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Λεξικόν</w:t>
      </w:r>
      <w:r>
        <w:br/>
      </w:r>
      <w:r>
        <w:rPr>
          <w:i/>
          <w:color w:val="666666"/>
          <w:sz w:val="40"/>
        </w:rPr>
        <w:t>Lexicon</w:t>
      </w:r>
    </w:p>
    <w:p>
      <w:pPr>
        <w:jc w:val="center"/>
      </w:pPr>
      <w:r>
        <w:rPr>
          <w:rFonts w:ascii="Times New Roman" w:hAnsi="Times New Roman"/>
          <w:color w:val="1E3A70"/>
          <w:sz w:val="32"/>
        </w:rPr>
        <w:t>Ψευδο-Ζωναρᾶς (Λεξικογράφος)</w:t>
      </w:r>
      <w:r>
        <w:br/>
      </w:r>
      <w:r>
        <w:rPr>
          <w:i/>
          <w:color w:val="666666"/>
          <w:sz w:val="28"/>
        </w:rPr>
        <w:t xml:space="preserve">by Pseudo-Zonaras </w:t>
      </w:r>
    </w:p>
    <w:p/>
    <w:p>
      <w:pPr>
        <w:jc w:val="center"/>
      </w:pPr>
      <w:r>
        <w:rPr>
          <w:rFonts w:ascii="Gentium Plus" w:hAnsi="Gentium Plus"/>
          <w:b/>
          <w:sz w:val="24"/>
        </w:rPr>
        <w:t>ΣΥΝΑΓΩΓΗ ΛΕΞΕΩΝ, ΣΥΛΛΕΓΕΙΣΑ ΕΚ ΔΙΑΦΟΡΩΝ</w:t>
      </w:r>
    </w:p>
    <w:p>
      <w:pPr>
        <w:jc w:val="center"/>
      </w:pPr>
      <w:r>
        <w:rPr>
          <w:rFonts w:ascii="Gentium Plus" w:hAnsi="Gentium Plus"/>
          <w:b/>
          <w:sz w:val="24"/>
        </w:rPr>
        <w:t>ΒΙΒΛΙΩΝ ΠΑΛΑΙΑΣ ΤΕ ΦΗΜΙ ΓΡΑΦΗΣ ΚΑΙ ΤΗΣ ΝΕΑΣ</w:t>
      </w:r>
    </w:p>
    <w:p>
      <w:pPr>
        <w:jc w:val="center"/>
      </w:pPr>
      <w:r>
        <w:rPr>
          <w:rFonts w:ascii="Gentium Plus" w:hAnsi="Gentium Plus"/>
          <w:b/>
          <w:sz w:val="24"/>
        </w:rPr>
        <w:t>ΚΑΙ ΑΥΤΗΣ ΔΗΠΟΥ ΤΗΣ ΘΥΡΑΘΕΝ.</w:t>
      </w:r>
    </w:p>
    <w:p>
      <w:pPr>
        <w:jc w:val="center"/>
      </w:pPr>
      <w:r>
        <w:rPr>
          <w:rFonts w:ascii="Gentium Plus" w:hAnsi="Gentium Plus"/>
          <w:b/>
          <w:sz w:val="24"/>
        </w:rPr>
        <w:t>Α</w:t>
      </w:r>
    </w:p>
    <w:p>
      <w:pPr>
        <w:jc w:val="center"/>
      </w:pPr>
      <w:r>
        <w:rPr>
          <w:rFonts w:ascii="Gentium Plus" w:hAnsi="Gentium Plus"/>
          <w:b/>
          <w:sz w:val="24"/>
        </w:rPr>
        <w:t>Τὸ Α μετὰ τοῦ Α.</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Ἄαπτος. ὁ ἀπροσπέλαστος. παρὰ τὸ ἅπτω· ἅπτος καὶ ἄαπτος· οὗ οὐκ ἄν τις ἅψαιτο, ἵν’ ᾖ ἀπρόσιτος· ἢ ὁ ἄγαν ἁπτόμενος, ἐπιτάσει τοῦ α.</w:t>
      </w:r>
    </w:p>
    <w:p>
      <w:r>
        <w:rPr>
          <w:rFonts w:ascii="Courier New" w:hAnsi="Courier New"/>
          <w:color w:val="555555"/>
          <w:sz w:val="20"/>
        </w:rPr>
        <w:t>[10]</w:t>
      </w:r>
    </w:p>
    <w:p>
      <w:r>
        <w:rPr>
          <w:rFonts w:ascii="Gentium Plus" w:hAnsi="Gentium Plus"/>
          <w:sz w:val="24"/>
        </w:rPr>
        <w:t>Ἄατος. ἀβλαβής. ἄτη γὰρ ἡ βλάβη. ἢ καὶ ὁ χαλεπὸς καὶ ὁ βλαβερὸς, ἐπιτάσει τοῦ α. οὕ‐ τως Μεθόδιος. ἢ παρὰ τὸ ἄω, τὸ βλάπτω, ἄσω, ἄτος καὶ ἄατος. Ἀάσχετος. ὁ ἀκράτητος. ἀπὸ τοῦ σχῶ, σχήσω,</w:t>
      </w:r>
    </w:p>
    <w:p>
      <w:r>
        <w:rPr>
          <w:rFonts w:ascii="Courier New" w:hAnsi="Courier New"/>
          <w:color w:val="555555"/>
          <w:sz w:val="20"/>
        </w:rPr>
        <w:t>[15]</w:t>
      </w:r>
    </w:p>
    <w:p>
      <w:r>
        <w:rPr>
          <w:rFonts w:ascii="Gentium Plus" w:hAnsi="Gentium Plus"/>
          <w:sz w:val="24"/>
        </w:rPr>
        <w:t>ἔσχηκα, ἔσχεμαι, ἔσχεσαι, ἔσχεται, σχετὸς καὶ ἄσχετος, καὶ πλεονασμῷ τοῦ α ἀάσχετος.</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Ἀάβυκτον. μέλαν· ἀβλαβές. Ἀαγές. ἄθραυστον· [ἰσχυρόν.] ἄγω γὰρ τὸ κλῶ.</w:t>
      </w:r>
    </w:p>
    <w:p>
      <w:r>
        <w:rPr>
          <w:rFonts w:ascii="Courier New" w:hAnsi="Courier New"/>
          <w:color w:val="555555"/>
          <w:sz w:val="20"/>
        </w:rPr>
        <w:t>[20]</w:t>
      </w:r>
    </w:p>
    <w:p>
      <w:r>
        <w:rPr>
          <w:rFonts w:ascii="Gentium Plus" w:hAnsi="Gentium Plus"/>
          <w:sz w:val="24"/>
        </w:rPr>
        <w:t>ἀγὲς καὶ μετὰ τοῦ στερητικοῦ α, ἀαγές.</w:t>
      </w:r>
    </w:p>
    <w:p>
      <w:r>
        <w:rPr>
          <w:rFonts w:ascii="Courier New" w:hAnsi="Courier New"/>
          <w:color w:val="555555"/>
          <w:sz w:val="20"/>
        </w:rPr>
        <w:t>[alpha 2]</w:t>
      </w:r>
    </w:p>
    <w:p>
      <w:r>
        <w:rPr>
          <w:rFonts w:ascii="Gentium Plus" w:hAnsi="Gentium Plus"/>
          <w:sz w:val="24"/>
        </w:rPr>
        <w:t>Ἀάλιον. ἄτακτον· ἀκρατές. ἀπὸ τοῦ ἁλῶ τὸ κρατῶ. καὶ στερήσει τοῦ α ἀάλιον. [ἅλιον δὲ τὸ μάταιον.]</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[Ἀάδειν. ὀχλεῖν. ἀδικεῖσθαι. ἀπορεῖν· ἀσιτεῖν.] Ἀασάμην. ἐβλάβην. ἀπὸ τοῦ ἄω τὸ βλάπτω. ὁ μέλλων ἄσω. ὁ ἀόριστος ἄσα, ὁ μέσος ἀσάμην, καὶ πλεονασμῷ τοῦ α, ἀασάμην. Ἄασας. ἔβλαψας.</w:t>
      </w:r>
    </w:p>
    <w:p>
      <w:r>
        <w:rPr>
          <w:rFonts w:ascii="Courier New" w:hAnsi="Courier New"/>
          <w:color w:val="555555"/>
          <w:sz w:val="20"/>
        </w:rPr>
        <w:t>[10]</w:t>
      </w:r>
    </w:p>
    <w:p>
      <w:r>
        <w:rPr>
          <w:rFonts w:ascii="Gentium Plus" w:hAnsi="Gentium Plus"/>
          <w:sz w:val="24"/>
        </w:rPr>
        <w:t>Ἀάσαι. τέσσαρα σημαίνει. τὸ κορέσαι· τὸ καθυ‐ πνῶσαι· τὸ βλάψαι καὶ τὸ λυπῆσαι.</w:t>
      </w:r>
    </w:p>
    <w:p>
      <w:pPr>
        <w:jc w:val="center"/>
      </w:pPr>
      <w:r>
        <w:rPr>
          <w:rFonts w:ascii="Gentium Plus" w:hAnsi="Gentium Plus"/>
          <w:b/>
          <w:sz w:val="24"/>
        </w:rPr>
        <w:t>Τὸ Α μετὰ τοῦ Β.</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Ἀββᾶς. †ὁ γέρων·† ὁ πατήρ. †καὶ ὁ ἀπό‐</w:t>
      </w:r>
    </w:p>
    <w:p>
      <w:r>
        <w:rPr>
          <w:rFonts w:ascii="Courier New" w:hAnsi="Courier New"/>
          <w:color w:val="555555"/>
          <w:sz w:val="20"/>
        </w:rPr>
        <w:t>[15]</w:t>
      </w:r>
    </w:p>
    <w:p>
      <w:r>
        <w:rPr>
          <w:rFonts w:ascii="Gentium Plus" w:hAnsi="Gentium Plus"/>
          <w:sz w:val="24"/>
        </w:rPr>
        <w:t>στολος· ἐν ᾧ κράζομεν ἀββᾶ ὁ πατήρ. λέ‐</w:t>
      </w:r>
    </w:p>
    <w:p>
      <w:r>
        <w:rPr>
          <w:rFonts w:ascii="Courier New" w:hAnsi="Courier New"/>
          <w:color w:val="555555"/>
          <w:sz w:val="20"/>
        </w:rPr>
        <w:t>[alpha 3]</w:t>
      </w:r>
    </w:p>
    <w:p>
      <w:r>
        <w:rPr>
          <w:rFonts w:ascii="Gentium Plus" w:hAnsi="Gentium Plus"/>
          <w:sz w:val="24"/>
        </w:rPr>
        <w:t>Ἀβλῆτα. μὴ βεβλημένον. Ἄβολης. ὁ μηδέπω ἐκβεβληκὼς τοὺς ὀδόντας, ἐξ οὗ γνωρίζεται ἡ ἡλικία τοῦ ζώου, οἷον ὄνου, ἵππου καὶ τῶν ὁμοίων.</w:t>
      </w:r>
    </w:p>
    <w:p>
      <w:r>
        <w:rPr>
          <w:rFonts w:ascii="Courier New" w:hAnsi="Courier New"/>
          <w:color w:val="555555"/>
          <w:sz w:val="20"/>
        </w:rPr>
        <w:t>[5]</w:t>
      </w:r>
    </w:p>
    <w:p>
      <w:r>
        <w:rPr>
          <w:rFonts w:ascii="Gentium Plus" w:hAnsi="Gentium Plus"/>
          <w:sz w:val="24"/>
        </w:rPr>
        <w:t>†Ἄβροτος. θεῖος· ἄφθαρτος.† Ἀβραάμ. κύριον· ὃ ἑρμηνεύεται πατήρ. Ἀβρόμιος. χωρὶς οἴνου· καὶ ὁ ἄοινος· βρόμος γὰρ ὁ Διόνυσος, ἢ καὶ ὁ ἔφορος τοῦ οἴνου κατὰ Ἕλληνας.</w:t>
      </w:r>
    </w:p>
    <w:p>
      <w:r>
        <w:rPr>
          <w:rFonts w:ascii="Courier New" w:hAnsi="Courier New"/>
          <w:color w:val="555555"/>
          <w:sz w:val="20"/>
        </w:rPr>
        <w:t>[10]</w:t>
      </w:r>
    </w:p>
    <w:p>
      <w:r>
        <w:rPr>
          <w:rFonts w:ascii="Gentium Plus" w:hAnsi="Gentium Plus"/>
          <w:sz w:val="24"/>
        </w:rPr>
        <w:t>Ἄβρομος. θορυβώδης· ἀπὸ τοῦ α ἐπιτατικοῦ μορίου καὶ τοῦ βρέμω, τὸ ἠχῶ. ἔστι δὲ καὶ ὁ ἀθορύβητος, στερήσει τοῦ α. Ἀβροτήμων. ὁ ἁμαρτωλός. Ἀβέρβηλος. ὁ ἀκατάστατος.</w:t>
      </w:r>
    </w:p>
    <w:p>
      <w:r>
        <w:rPr>
          <w:rFonts w:ascii="Courier New" w:hAnsi="Courier New"/>
          <w:color w:val="555555"/>
          <w:sz w:val="20"/>
        </w:rPr>
        <w:t>[15]</w:t>
      </w:r>
    </w:p>
    <w:p>
      <w:r>
        <w:rPr>
          <w:rFonts w:ascii="Gentium Plus" w:hAnsi="Gentium Plus"/>
          <w:sz w:val="24"/>
        </w:rPr>
        <w:t>Ἀβακήμων. ὁ μωρός. Ἄβαζος. ἄλαλος· ἥσυχος· ἤτοι ὁ ἐστερημένος τοῦ βάζειν, ὅ ἐστι τοῦ λέγειν. Ἄβιος. ὁ μὴ ἔχων βίον· ἢ ὁ μὴ ἔχων τόξον. βιὸς</w:t>
      </w:r>
    </w:p>
    <w:p>
      <w:r>
        <w:rPr>
          <w:rFonts w:ascii="Courier New" w:hAnsi="Courier New"/>
          <w:color w:val="555555"/>
          <w:sz w:val="20"/>
        </w:rPr>
        <w:t>[alpha 4]</w:t>
      </w:r>
    </w:p>
    <w:p>
      <w:r>
        <w:rPr>
          <w:rFonts w:ascii="Gentium Plus" w:hAnsi="Gentium Plus"/>
          <w:sz w:val="24"/>
        </w:rPr>
        <w:t>Ἀβέλτερος. ἀνόητος, ὁ τὸ βελτίον μὴ γινώσκων. τοῦτο παρὰ τὸ βέλτερος. ὥσπερ γὰρ παρὰ τὸ φέρω, φέρτερος, οὕτω παρὰ τὸ βάλλω, βέλ‐ τερος, καὶ στερήσει τοῦ α, ἀβέλτερος.</w:t>
      </w:r>
    </w:p>
    <w:p>
      <w:r>
        <w:rPr>
          <w:rFonts w:ascii="Courier New" w:hAnsi="Courier New"/>
          <w:color w:val="555555"/>
          <w:sz w:val="20"/>
        </w:rPr>
        <w:t>[5]</w:t>
      </w:r>
    </w:p>
    <w:p>
      <w:r>
        <w:rPr>
          <w:rFonts w:ascii="Gentium Plus" w:hAnsi="Gentium Plus"/>
          <w:sz w:val="24"/>
        </w:rPr>
        <w:t>Ἁβροδίαιτος. ὁ τρυφητής· ἁβρὸν γὰρ τὸ πλού‐ σιον. Ἀβαήρ. τὸ λεπτόν. Ἀβδηρίτης. ἄνεμος οὕτω καλούμενος ἀπὸ τοῦ τόπου.</w:t>
      </w:r>
    </w:p>
    <w:p>
      <w:r>
        <w:rPr>
          <w:rFonts w:ascii="Courier New" w:hAnsi="Courier New"/>
          <w:color w:val="555555"/>
          <w:sz w:val="20"/>
        </w:rPr>
        <w:t>[10]</w:t>
      </w:r>
    </w:p>
    <w:p>
      <w:r>
        <w:rPr>
          <w:rFonts w:ascii="Gentium Plus" w:hAnsi="Gentium Plus"/>
          <w:sz w:val="24"/>
        </w:rPr>
        <w:t>Ἄβαξ. κυρίως ὁ μὴ ἔχων βάσιν. καταχρηστι‐ κῶς δὲ καὶ ἐπὶ οἱασδήτινος σανίδος. παρὰ τὸ βῶ, τὸ βαίνω. Ἀβωριγίνες. ἔθνος Ἰταλικόν· οὐκ ἀπὸ τῆς ἀβω‐ ριγόνον εὐθείας, ὡς Λεοντίνος· ἀλλ’ ὡς Δελφὶν</w:t>
      </w:r>
    </w:p>
    <w:p>
      <w:r>
        <w:rPr>
          <w:rFonts w:ascii="Courier New" w:hAnsi="Courier New"/>
          <w:color w:val="555555"/>
          <w:sz w:val="20"/>
        </w:rPr>
        <w:t>[15]</w:t>
      </w:r>
    </w:p>
    <w:p>
      <w:r>
        <w:rPr>
          <w:rFonts w:ascii="Gentium Plus" w:hAnsi="Gentium Plus"/>
          <w:sz w:val="24"/>
        </w:rPr>
        <w:t>Δελφῖνος. †Ἀββακούμ. πατὴρ ἐγέρσεως. τὸ μὲν γὰρ ἀβ‐ βᾶ σημαίνει πατήρ· τὸ δὲ κοὺμ ἔγερσις. ὡς ἐν τῷ θείῳ εὐαγγελίῳ· ταβηθὰ κούμ, ἤγουν ἡ</w:t>
      </w:r>
    </w:p>
    <w:p>
      <w:r>
        <w:rPr>
          <w:rFonts w:ascii="Courier New" w:hAnsi="Courier New"/>
          <w:color w:val="555555"/>
          <w:sz w:val="20"/>
        </w:rPr>
        <w:t>[alpha 5]</w:t>
      </w:r>
    </w:p>
    <w:p>
      <w:r>
        <w:rPr>
          <w:rFonts w:ascii="Gentium Plus" w:hAnsi="Gentium Plus"/>
          <w:sz w:val="24"/>
        </w:rPr>
        <w:t>Ἀβάντειος δόμος. ὁ τοῦ Ἄβαντος· καὶ Ἀβαν‐ τιάδης. Ἄβαπτος. ὁ ἀστομώτατος. [Ἀβασάνιστος. ὁ ἀνεξέταστος· ἢ ἀγύμναστος</w:t>
      </w:r>
    </w:p>
    <w:p>
      <w:r>
        <w:rPr>
          <w:rFonts w:ascii="Courier New" w:hAnsi="Courier New"/>
          <w:color w:val="555555"/>
          <w:sz w:val="20"/>
        </w:rPr>
        <w:t>[5]</w:t>
      </w:r>
    </w:p>
    <w:p>
      <w:r>
        <w:rPr>
          <w:rFonts w:ascii="Gentium Plus" w:hAnsi="Gentium Plus"/>
          <w:sz w:val="24"/>
        </w:rPr>
        <w:t>καὶ ἀδοκίμαστος.] [Ἄβατον. ἱερόν· ἀπρόσιτον· ἔρημον· καὶ ὁδὸς ἄβατος ἡ ἀπόρευτος.] Ἄβαρις. Σκύθης, Σεύθου υἱός· συνεγράψατο δὲ χρησμοὺς τοὺς καλουμένους Σκυθήνους, καὶ</w:t>
      </w:r>
    </w:p>
    <w:p>
      <w:r>
        <w:rPr>
          <w:rFonts w:ascii="Courier New" w:hAnsi="Courier New"/>
          <w:color w:val="555555"/>
          <w:sz w:val="20"/>
        </w:rPr>
        <w:t>[10]</w:t>
      </w:r>
    </w:p>
    <w:p>
      <w:r>
        <w:rPr>
          <w:rFonts w:ascii="Gentium Plus" w:hAnsi="Gentium Plus"/>
          <w:sz w:val="24"/>
        </w:rPr>
        <w:t>γάμον Ἕβρου τοῦ ποταμοῦ καὶ καθαρμοὺς καὶ θεογονίαν. Ἄβας. σοφιστὴς ἱστορικὰ ὑπομνήματα καὶ τέχ‐ νην ῥητορικὴν καταλιπών. Ἀβάσκανος. ἀψευδής· ἀνεπίφθονος. ὁ δὲ μάρ‐</w:t>
      </w:r>
    </w:p>
    <w:p>
      <w:r>
        <w:rPr>
          <w:rFonts w:ascii="Courier New" w:hAnsi="Courier New"/>
          <w:color w:val="555555"/>
          <w:sz w:val="20"/>
        </w:rPr>
        <w:t>[15]</w:t>
      </w:r>
    </w:p>
    <w:p>
      <w:r>
        <w:rPr>
          <w:rFonts w:ascii="Gentium Plus" w:hAnsi="Gentium Plus"/>
          <w:sz w:val="24"/>
        </w:rPr>
        <w:t>τυς ἀβάσκανος γίνεται πρὸς Καίσαρα τῶν Ἀν‐ τιπάτρου κατορθωμάτων. Ἀβδίου· Ἀβιά· Ἀβιαθάρ· Ἀβρέας· Ἀβρο‐ νοτειχίστης· Ἀβριόρηξ· Ἀβριλιανὸς καὶ Ἀβρήλιος. ὀνόματα κύρια.</w:t>
      </w:r>
    </w:p>
    <w:p>
      <w:r>
        <w:rPr>
          <w:rFonts w:ascii="Courier New" w:hAnsi="Courier New"/>
          <w:color w:val="555555"/>
          <w:sz w:val="20"/>
        </w:rPr>
        <w:t>[20]</w:t>
      </w:r>
    </w:p>
    <w:p>
      <w:r>
        <w:rPr>
          <w:rFonts w:ascii="Gentium Plus" w:hAnsi="Gentium Plus"/>
          <w:sz w:val="24"/>
        </w:rPr>
        <w:t>Ἀβέβαιος. ὁ μὴ πάγιος. Ἀβελτεροκόκυξ. ὁ κενὸς καὶ ἀβέλτερος· βέλ‐ τερος γὰρ ὁ φρόνιμος. Ἀβής. ὁ ἀσύνετος. Ἀβιαδηνός. ὁ ἀπὸ πόλεως Ἀβιαδηνῆς.</w:t>
      </w:r>
    </w:p>
    <w:p>
      <w:r>
        <w:rPr>
          <w:rFonts w:ascii="Courier New" w:hAnsi="Courier New"/>
          <w:color w:val="555555"/>
          <w:sz w:val="20"/>
        </w:rPr>
        <w:t>[25]</w:t>
      </w:r>
    </w:p>
    <w:p>
      <w:r>
        <w:rPr>
          <w:rFonts w:ascii="Gentium Plus" w:hAnsi="Gentium Plus"/>
          <w:sz w:val="24"/>
        </w:rPr>
        <w:t>Ἀβιάς. υἱὸς Ῥοβοὰμ, τοῦ υἱοῦ Σολομῶντος, ὃς</w:t>
      </w:r>
    </w:p>
    <w:p>
      <w:r>
        <w:rPr>
          <w:rFonts w:ascii="Courier New" w:hAnsi="Courier New"/>
          <w:color w:val="555555"/>
          <w:sz w:val="20"/>
        </w:rPr>
        <w:t>[alpha 6]</w:t>
      </w:r>
    </w:p>
    <w:p>
      <w:r>
        <w:rPr>
          <w:rFonts w:ascii="Gentium Plus" w:hAnsi="Gentium Plus"/>
          <w:sz w:val="24"/>
        </w:rPr>
        <w:t>τος, καὶ ἀνεῖλεν ἄνδρας δυνατοὺς ἐν ἡμέρᾳ μιᾷ ͵αφ. Ἀβίβας. ὄνομα ποταμοῦ. Ἀβιμέλεχ. ὄνομα κύριον, ὁ καὶ υἱὸς Γεδεών.</w:t>
      </w:r>
    </w:p>
    <w:p>
      <w:r>
        <w:rPr>
          <w:rFonts w:ascii="Courier New" w:hAnsi="Courier New"/>
          <w:color w:val="555555"/>
          <w:sz w:val="20"/>
        </w:rPr>
        <w:t>[5]</w:t>
      </w:r>
    </w:p>
    <w:p>
      <w:r>
        <w:rPr>
          <w:rFonts w:ascii="Gentium Plus" w:hAnsi="Gentium Plus"/>
          <w:sz w:val="24"/>
        </w:rPr>
        <w:t>οὗτος ἐπάταξε τοὺς ἀδελφοὺς αὐτοῦ ἐκ τῶν ἐλευ‐ θέρων ἄνδρας οʹ ἐπὶ λίθον ἕνα, ἐξ ὧν οὐκ ἀπε‐ λείφθη πλὴν Ἰωαθὰμ τοῦ νεωτέρου διαδράν‐ τος. Ἄβιος. ὁ πολὺν μὴ ἔχων βίον· ἢ κατὰ ἀντί‐</w:t>
      </w:r>
    </w:p>
    <w:p>
      <w:r>
        <w:rPr>
          <w:rFonts w:ascii="Courier New" w:hAnsi="Courier New"/>
          <w:color w:val="555555"/>
          <w:sz w:val="20"/>
        </w:rPr>
        <w:t>[10]</w:t>
      </w:r>
    </w:p>
    <w:p>
      <w:r>
        <w:rPr>
          <w:rFonts w:ascii="Gentium Plus" w:hAnsi="Gentium Plus"/>
          <w:sz w:val="24"/>
        </w:rPr>
        <w:t>φρασιν ὁ πολὺν βίον ἔχων. ὥσπερ καὶ Ὅμηρος [τὸ ἄξυλον.] Ἀβίωτος. ὁ μὴ ζῶν. λέγεται δὲ καὶ ὁ κακὸς καὶ ἀηδὴς καὶ ὀδυνηρός. ὁ δὲ ἀβιώτως εἶχεν, εἰ μὴ κρατήσει τῆς πόλεως.</w:t>
      </w:r>
    </w:p>
    <w:p>
      <w:r>
        <w:rPr>
          <w:rFonts w:ascii="Courier New" w:hAnsi="Courier New"/>
          <w:color w:val="555555"/>
          <w:sz w:val="20"/>
        </w:rPr>
        <w:t>[15]</w:t>
      </w:r>
    </w:p>
    <w:p>
      <w:r>
        <w:rPr>
          <w:rFonts w:ascii="Gentium Plus" w:hAnsi="Gentium Plus"/>
          <w:sz w:val="24"/>
        </w:rPr>
        <w:t>Ἄβιτος. κύριον. Ἄβιτος τὴν ἀσκητικὴν καλύ‐ βην ἐπήξατο. Ἀβρογάστης. κύριον. οὗτος Φράγγος ἦν, ὃς κατὰ ἀλκὴν σώματος καὶ θυμοῦ τραχύτητα φλογοει‐ δὴς ἦν, δευτεραγωνιστὴς τυγχάνων Βάβδωνος.</w:t>
      </w:r>
    </w:p>
    <w:p>
      <w:r>
        <w:rPr>
          <w:rFonts w:ascii="Courier New" w:hAnsi="Courier New"/>
          <w:color w:val="555555"/>
          <w:sz w:val="20"/>
        </w:rPr>
        <w:t>[20]</w:t>
      </w:r>
    </w:p>
    <w:p>
      <w:r>
        <w:rPr>
          <w:rFonts w:ascii="Gentium Plus" w:hAnsi="Gentium Plus"/>
          <w:sz w:val="24"/>
        </w:rPr>
        <w:t>Ἁβροκόμας. οὗτος σατράπης ἦν Ἀρταξέρξου τοῦ Περσῶν βασιλέως. Ἁβροχίτων. ὁ τρυφερὰ φορῶν. Ἀβυδηνός. ἀπὸ πόλεως Ἀβύδου. ἐπὶ συκο‐ φαντίᾳ δὲ τάττεται ἡ λέξις διὰ τὸ δοκεῖν συ‐</w:t>
      </w:r>
    </w:p>
    <w:p>
      <w:r>
        <w:rPr>
          <w:rFonts w:ascii="Courier New" w:hAnsi="Courier New"/>
          <w:color w:val="555555"/>
          <w:sz w:val="20"/>
        </w:rPr>
        <w:t>[25]</w:t>
      </w:r>
    </w:p>
    <w:p>
      <w:r>
        <w:rPr>
          <w:rFonts w:ascii="Gentium Plus" w:hAnsi="Gentium Plus"/>
          <w:sz w:val="24"/>
        </w:rPr>
        <w:t>κοφάντας εἶναι τοὺς Ἀβυδηνούς. [καὶ Ἀβυδώ‐</w:t>
      </w:r>
    </w:p>
    <w:p>
      <w:r>
        <w:rPr>
          <w:rFonts w:ascii="Courier New" w:hAnsi="Courier New"/>
          <w:color w:val="555555"/>
          <w:sz w:val="20"/>
        </w:rPr>
        <w:t>[alpha 7]</w:t>
      </w:r>
    </w:p>
    <w:p>
      <w:r>
        <w:rPr>
          <w:rFonts w:ascii="Gentium Plus" w:hAnsi="Gentium Plus"/>
          <w:sz w:val="24"/>
        </w:rPr>
        <w:t>Ἄβρων. Φρὺξ ἢ Ῥόδιος γραμματικὸς, μαθητὴς Τρύφωνος, σοφιστεύσας ἐν Ῥώμῃ, γεγονὼς δὲ ἐκ δούλου, ὥς φησιν Ἕρμιππος. Ἀβλῆτα. κακόβλητον. παρὰ τὸ βέβληται. κλί‐</w:t>
      </w:r>
    </w:p>
    <w:p>
      <w:r>
        <w:rPr>
          <w:rFonts w:ascii="Courier New" w:hAnsi="Courier New"/>
          <w:color w:val="555555"/>
          <w:sz w:val="20"/>
        </w:rPr>
        <w:t>[5]</w:t>
      </w:r>
    </w:p>
    <w:p>
      <w:r>
        <w:rPr>
          <w:rFonts w:ascii="Gentium Plus" w:hAnsi="Gentium Plus"/>
          <w:sz w:val="24"/>
        </w:rPr>
        <w:t>νεται δὲ διὰ τοῦ τος, οἷον· ἀβλὴς, ἀβλῆτος. [τὰ γὰρ εἰς ος λήγοντα ὀξύτονα, σύνθετα ἀπὸ ῥήματος, μίαν συλλαβὴν φυλάττουσι τοῦ παρα‐ κειμένου παθητικοῦ, καὶ διὰ καθαροῦ τοῦ τος κλίνονται, εἴτε εἰς ως ὦσιν, εἴτε εἰς ης, εἴτε</w:t>
      </w:r>
    </w:p>
    <w:p>
      <w:r>
        <w:rPr>
          <w:rFonts w:ascii="Courier New" w:hAnsi="Courier New"/>
          <w:color w:val="555555"/>
          <w:sz w:val="20"/>
        </w:rPr>
        <w:t>[10]</w:t>
      </w:r>
    </w:p>
    <w:p>
      <w:r>
        <w:rPr>
          <w:rFonts w:ascii="Gentium Plus" w:hAnsi="Gentium Plus"/>
          <w:sz w:val="24"/>
        </w:rPr>
        <w:t>εἰς ας. οἷον κέκραται, χαλκοκράς. νεόκρατος ὁ νεωστὶ κεκραμμένος κέκληται. ἀβλὴς, ἀβλῆτος, ὁ μὴ τρωθείς.] Ἁβρός. ὁ κούφως βαίνων, κατὰ στέρησιν τοῦ βά‐ ρους· παρὰ τὸ βάρος [καὶ τὸ στερητικὸν α ἄβα‐</w:t>
      </w:r>
    </w:p>
    <w:p>
      <w:r>
        <w:rPr>
          <w:rFonts w:ascii="Courier New" w:hAnsi="Courier New"/>
          <w:color w:val="555555"/>
          <w:sz w:val="20"/>
        </w:rPr>
        <w:t>[15]</w:t>
      </w:r>
    </w:p>
    <w:p>
      <w:r>
        <w:rPr>
          <w:rFonts w:ascii="Gentium Plus" w:hAnsi="Gentium Plus"/>
          <w:sz w:val="24"/>
        </w:rPr>
        <w:t>ρος καὶ συγκοπῇ ἀβρός· τὸ δὲ βάρος] παρὰ τὸ βίᾳ αἴρεσθαι. [Ἄβρος. παροξυτόνως. ἔθνος παρὰ τὸ Ἀδρίᾳ.] [Ἁβρὸς λειμών. καινότερος καὶ εὐθαλής. πάν‐ τας δὲ ὡς ἁβρότατα τὲ καὶ ἅμα εἰς ἔκπληξιν</w:t>
      </w:r>
    </w:p>
    <w:p>
      <w:r>
        <w:rPr>
          <w:rFonts w:ascii="Courier New" w:hAnsi="Courier New"/>
          <w:color w:val="555555"/>
          <w:sz w:val="20"/>
        </w:rPr>
        <w:t>[20]</w:t>
      </w:r>
    </w:p>
    <w:p>
      <w:r>
        <w:rPr>
          <w:rFonts w:ascii="Gentium Plus" w:hAnsi="Gentium Plus"/>
          <w:sz w:val="24"/>
        </w:rPr>
        <w:t>κατὰ πλοῦτον. τῷ γε δὴ πλοῦτον θαυμάζοντι ἐσταλμένους.] Ἀβροείμονες. οἱ λαμπροφόροι καὶ ἁπαλοφόροι. ἁβρὸν γὰρ τὸ λαμπρὸν καὶ κοῦφον καὶ τρυφε‐ ρόν. [παρὰ τὸ ἅπτω ἢ κατὰ στέρησιν τοῦ βά‐</w:t>
      </w:r>
    </w:p>
    <w:p>
      <w:r>
        <w:rPr>
          <w:rFonts w:ascii="Courier New" w:hAnsi="Courier New"/>
          <w:color w:val="555555"/>
          <w:sz w:val="20"/>
        </w:rPr>
        <w:t>[25]</w:t>
      </w:r>
    </w:p>
    <w:p>
      <w:r>
        <w:rPr>
          <w:rFonts w:ascii="Gentium Plus" w:hAnsi="Gentium Plus"/>
          <w:sz w:val="24"/>
        </w:rPr>
        <w:t>ρους.] Ἀβίωτον βίον. ἀντὶ τοῦ εὐτελῆ καὶ πένητα.</w:t>
      </w:r>
    </w:p>
    <w:p>
      <w:pPr>
        <w:jc w:val="center"/>
      </w:pPr>
      <w:r>
        <w:rPr>
          <w:rFonts w:ascii="Gentium Plus" w:hAnsi="Gentium Plus"/>
          <w:b/>
          <w:sz w:val="24"/>
        </w:rPr>
        <w:t>(Θηλυκόν.)</w:t>
      </w:r>
    </w:p>
    <w:p>
      <w:r>
        <w:rPr>
          <w:rFonts w:ascii="Courier New" w:hAnsi="Courier New"/>
          <w:color w:val="555555"/>
          <w:sz w:val="20"/>
        </w:rPr>
        <w:t>[28]</w:t>
      </w:r>
    </w:p>
    <w:p>
      <w:r>
        <w:rPr>
          <w:rFonts w:ascii="Gentium Plus" w:hAnsi="Gentium Plus"/>
          <w:sz w:val="24"/>
        </w:rPr>
        <w:t>Ἀβρετίνη ἢ Ἀβρεττηνή. χώρα Μυσίας ἀπὸ</w:t>
      </w:r>
    </w:p>
    <w:p>
      <w:r>
        <w:rPr>
          <w:rFonts w:ascii="Courier New" w:hAnsi="Courier New"/>
          <w:color w:val="555555"/>
          <w:sz w:val="20"/>
        </w:rPr>
        <w:t>[alpha 8]</w:t>
      </w:r>
    </w:p>
    <w:p>
      <w:r>
        <w:rPr>
          <w:rFonts w:ascii="Gentium Plus" w:hAnsi="Gentium Plus"/>
          <w:sz w:val="24"/>
        </w:rPr>
        <w:t>Ἀβυδών. χώρα Μακεδονίας, καὶ κλίνεται Ἀβυ‐ δῶνος. [ὡς Καλυδῶνος· τὸ ἐθνικὸν Ἀβυδώνιος, ὡς Καλυδώνιος.] Ἄβυσσος. πλῆθος ὑδάτων ἀπέραντον. ἢ τόπος</w:t>
      </w:r>
    </w:p>
    <w:p>
      <w:r>
        <w:rPr>
          <w:rFonts w:ascii="Courier New" w:hAnsi="Courier New"/>
          <w:color w:val="555555"/>
          <w:sz w:val="20"/>
        </w:rPr>
        <w:t>[5]</w:t>
      </w:r>
    </w:p>
    <w:p>
      <w:r>
        <w:rPr>
          <w:rFonts w:ascii="Gentium Plus" w:hAnsi="Gentium Plus"/>
          <w:sz w:val="24"/>
        </w:rPr>
        <w:t>ἐν θαλάσσῃ ἀπύθμαντος. Ἀβρότης. τρυφερότης. Ἀβένα. ἡ ἀβῆνα. ῥωμαϊστί. Ἀβρότη νύξ. ἐν ᾗ βροτὸς οὐ φαίνεται. Ἀβυρτάκη. ὑπότριμμα βαρβαρικὸν δριμὺ, κατε‐</w:t>
      </w:r>
    </w:p>
    <w:p>
      <w:r>
        <w:rPr>
          <w:rFonts w:ascii="Courier New" w:hAnsi="Courier New"/>
          <w:color w:val="555555"/>
          <w:sz w:val="20"/>
        </w:rPr>
        <w:t>[10]</w:t>
      </w:r>
    </w:p>
    <w:p>
      <w:r>
        <w:rPr>
          <w:rFonts w:ascii="Gentium Plus" w:hAnsi="Gentium Plus"/>
          <w:sz w:val="24"/>
        </w:rPr>
        <w:t>σκευασμένον διὰ πράσων καὶ καρδάμων καὶ κόκ‐ κων ῥοιᾶς καὶ ἑτέρων. Ἀβαρνίς. πόλις Λαμψάκου. Ἀβαντίς. ἡ Εὔβοια. Ἄβαρνος. πόλις.</w:t>
      </w:r>
    </w:p>
    <w:p>
      <w:r>
        <w:rPr>
          <w:rFonts w:ascii="Courier New" w:hAnsi="Courier New"/>
          <w:color w:val="555555"/>
          <w:sz w:val="20"/>
        </w:rPr>
        <w:t>[15]</w:t>
      </w:r>
    </w:p>
    <w:p>
      <w:r>
        <w:rPr>
          <w:rFonts w:ascii="Gentium Plus" w:hAnsi="Gentium Plus"/>
          <w:sz w:val="24"/>
        </w:rPr>
        <w:t>Ἄβδηρα. πόλις Θρᾴκης [ἢ Ἰβηρίας.] Ἀβίλη. πόλις ἐν τῷ Ἰορδάνῃ. Ἅβρα. ἡ οἰκότριψ καὶ παρὰ χεῖρα θεράπαινα. Ἄβυσσος. ἀπὸ τοῦ δύω, τὸ ὑπεισέρχομαι, τρο‐ πῇ τοῦ δ εἰς β, βύω, βύσω, βέβυκα, βέβυ‐</w:t>
      </w:r>
    </w:p>
    <w:p>
      <w:r>
        <w:rPr>
          <w:rFonts w:ascii="Courier New" w:hAnsi="Courier New"/>
          <w:color w:val="555555"/>
          <w:sz w:val="20"/>
        </w:rPr>
        <w:t>[20]</w:t>
      </w:r>
    </w:p>
    <w:p>
      <w:r>
        <w:rPr>
          <w:rFonts w:ascii="Gentium Plus" w:hAnsi="Gentium Plus"/>
          <w:sz w:val="24"/>
        </w:rPr>
        <w:t>σμαι, βέβυσαι, βυσσὸς καὶ ἄβυσσος, ἐν ᾗ οὐ‐ δεὶς διέρχεται διὰ τὸ βάθος. Ἀβδία καὶ Ἀβδηρά. ἡ θάλασσα. ἔστι καὶ ὄνομα πόλεως. [καὶ τὸ ἐθνικὸν Ἀβδηρίτης.] Ἄβιννα. πόλις.</w:t>
      </w:r>
    </w:p>
    <w:p>
      <w:r>
        <w:rPr>
          <w:rFonts w:ascii="Courier New" w:hAnsi="Courier New"/>
          <w:color w:val="555555"/>
          <w:sz w:val="20"/>
        </w:rPr>
        <w:t>[25]</w:t>
      </w:r>
    </w:p>
    <w:p>
      <w:r>
        <w:rPr>
          <w:rFonts w:ascii="Gentium Plus" w:hAnsi="Gentium Plus"/>
          <w:sz w:val="24"/>
        </w:rPr>
        <w:t>Ἄβορα. ὄνομα τόπου. Ἀβρανίτις. χώρα. Ἀβαχθανή. λέξις ἑβραϊκή. Ἄβολλα. πόλις Σικελίας. τὸ ἐθνικὸν Ἀβολ‐</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Ἀβδέλυκτα. τὰ μὴ μιαίνοντα, ἃ οὐδεὶς βδελυ‐ χθείη. [τραγικωτέρα δὲ ἡ λέξις· καὶ μὴν φιλῶ γὰρ ἀβδέλυκτ’ ἐμοὶ τάδε.]</w:t>
      </w:r>
    </w:p>
    <w:p>
      <w:r>
        <w:rPr>
          <w:rFonts w:ascii="Courier New" w:hAnsi="Courier New"/>
          <w:color w:val="555555"/>
          <w:sz w:val="20"/>
        </w:rPr>
        <w:t>[5]</w:t>
      </w:r>
    </w:p>
    <w:p>
      <w:r>
        <w:rPr>
          <w:rFonts w:ascii="Gentium Plus" w:hAnsi="Gentium Plus"/>
          <w:sz w:val="24"/>
        </w:rPr>
        <w:t>Ἀβάκαινον. πόλις Σικελίας. [οὐ δύναται τὸ ἐθ‐ νικὸν Ἀβακαινῖνος.] [Ἀβούλητον κακόν. ἀθέλητον, ὃ οὐ θέλει τίς. καὶ ἀβούλητος ὁ μὴ βουλόμενος. Ἀβούλιτος δὲ, ὄνομα κύριον, διὰ τοῦ ἰῶτα.]</w:t>
      </w:r>
    </w:p>
    <w:p>
      <w:r>
        <w:rPr>
          <w:rFonts w:ascii="Courier New" w:hAnsi="Courier New"/>
          <w:color w:val="555555"/>
          <w:sz w:val="20"/>
        </w:rPr>
        <w:t>[10]</w:t>
      </w:r>
    </w:p>
    <w:p>
      <w:r>
        <w:rPr>
          <w:rFonts w:ascii="Gentium Plus" w:hAnsi="Gentium Plus"/>
          <w:sz w:val="24"/>
        </w:rPr>
        <w:t>[Ἀβουλία. ἀπαιδευσία. ἄνοια καὶ μωρία.] [Ἀβούλως. ἀφρόνως· ἀμαθῶς· κακῶς· ἄνευ λόγου.] [Ἀβώνου τεῖχος. πόλις ἐν τῷ Εὐξείνῳ πόντῳ. καὶ Ἀβωνοτειχίτης τὸ ἐθνικόν.]</w:t>
      </w:r>
    </w:p>
    <w:p>
      <w:r>
        <w:rPr>
          <w:rFonts w:ascii="Courier New" w:hAnsi="Courier New"/>
          <w:color w:val="555555"/>
          <w:sz w:val="20"/>
        </w:rPr>
        <w:t>[15]</w:t>
      </w:r>
    </w:p>
    <w:p>
      <w:r>
        <w:rPr>
          <w:rFonts w:ascii="Gentium Plus" w:hAnsi="Gentium Plus"/>
          <w:sz w:val="24"/>
        </w:rPr>
        <w:t>[Ἅβρα. οὔτε ἁπλῶς θεράπαινα οὔτε ἡ εὔμορφος θεράπαινα λέγεται. ἀλλ’ οἰκότριψ γυναικὸς κό‐ ρη καὶ ἔντιμος· εἴτε οἰκογενὴς εἴτε μή. κατὰ Μένανδρον.] [Ἀβραμιαῖος. ὁ ἀπόγονος τοῦ Ἀβραὰμ ἢ γιγαν‐</w:t>
      </w:r>
    </w:p>
    <w:p>
      <w:r>
        <w:rPr>
          <w:rFonts w:ascii="Courier New" w:hAnsi="Courier New"/>
          <w:color w:val="555555"/>
          <w:sz w:val="20"/>
        </w:rPr>
        <w:t>[20]</w:t>
      </w:r>
    </w:p>
    <w:p>
      <w:r>
        <w:rPr>
          <w:rFonts w:ascii="Gentium Plus" w:hAnsi="Gentium Plus"/>
          <w:sz w:val="24"/>
        </w:rPr>
        <w:t>τιαῖος ἱεροπρεπής.] [Ἁβραβαίνων. θρυπτόμενος· κολακευόμενος. ἐκεῖνος ὄντως ἁβραβαίνων ἐδόκει ἔχων τὰς ὀφρῦς ὑπερῃρμένας ἄνω.] [Ἁβραῖς. ἁπαλαῖς· τρυφεραῖς. Αἰλιανός· ἐπὶ</w:t>
      </w:r>
    </w:p>
    <w:p>
      <w:r>
        <w:rPr>
          <w:rFonts w:ascii="Courier New" w:hAnsi="Courier New"/>
          <w:color w:val="555555"/>
          <w:sz w:val="20"/>
        </w:rPr>
        <w:t>[25]</w:t>
      </w:r>
    </w:p>
    <w:p>
      <w:r>
        <w:rPr>
          <w:rFonts w:ascii="Gentium Plus" w:hAnsi="Gentium Plus"/>
          <w:sz w:val="24"/>
        </w:rPr>
        <w:t>κλίναις μάλα ἁβραῖς καὶ στρωμναῖς ὕφει τινὶ</w:t>
      </w:r>
    </w:p>
    <w:p>
      <w:r>
        <w:rPr>
          <w:rFonts w:ascii="Courier New" w:hAnsi="Courier New"/>
          <w:color w:val="555555"/>
          <w:sz w:val="20"/>
        </w:rPr>
        <w:t>[alpha 10]</w:t>
      </w:r>
    </w:p>
    <w:p>
      <w:r>
        <w:rPr>
          <w:rFonts w:ascii="Gentium Plus" w:hAnsi="Gentium Plus"/>
          <w:sz w:val="24"/>
        </w:rPr>
        <w:t>[Ἀβρέας. ὄνομα κύριον.] [Ἀβρετάνη χώρα ἡ λεγομένη Μυσία, ἀπὸ Βρε‐ τίας Νύμφης.] [Ἀβρηλία. χώρα.]</w:t>
      </w:r>
    </w:p>
    <w:p>
      <w:r>
        <w:rPr>
          <w:rFonts w:ascii="Courier New" w:hAnsi="Courier New"/>
          <w:color w:val="555555"/>
          <w:sz w:val="20"/>
        </w:rPr>
        <w:t>[5]</w:t>
      </w:r>
    </w:p>
    <w:p>
      <w:r>
        <w:rPr>
          <w:rFonts w:ascii="Gentium Plus" w:hAnsi="Gentium Plus"/>
          <w:sz w:val="24"/>
        </w:rPr>
        <w:t>Ἀβρικέστερον. τὸ ἀληθέστερον. Ἄβρικτον. τὸ ἐκ μέρους ἀκοῦον. [τὸ δύσκωφον.] τὸ ἀνύστακτον. [Ἀβριόρυξ. ὄνομα κύριον.] [Ἁβροδίαιτα. τρυφερὰ ζωὴ καὶ ἁπαλή. καὶ</w:t>
      </w:r>
    </w:p>
    <w:p>
      <w:r>
        <w:rPr>
          <w:rFonts w:ascii="Courier New" w:hAnsi="Courier New"/>
          <w:color w:val="555555"/>
          <w:sz w:val="20"/>
        </w:rPr>
        <w:t>[10]</w:t>
      </w:r>
    </w:p>
    <w:p>
      <w:r>
        <w:rPr>
          <w:rFonts w:ascii="Gentium Plus" w:hAnsi="Gentium Plus"/>
          <w:sz w:val="24"/>
        </w:rPr>
        <w:t>ἁβροδίαιτος· τρυφητής· τρυφερόβιος.] [Ἁβροσύνη. φαιδρότης.] Ἄβροτον. ἄψυχον. ἀναίσθητον. βροτὸν γὰρ τὸ αἷμα. †Ἄβατον. τὸ ἱερὸν ἢ τὸ ἔρημον.†</w:t>
      </w:r>
    </w:p>
    <w:p>
      <w:r>
        <w:rPr>
          <w:rFonts w:ascii="Courier New" w:hAnsi="Courier New"/>
          <w:color w:val="555555"/>
          <w:sz w:val="20"/>
        </w:rPr>
        <w:t>[15]</w:t>
      </w:r>
    </w:p>
    <w:p>
      <w:r>
        <w:rPr>
          <w:rFonts w:ascii="Gentium Plus" w:hAnsi="Gentium Plus"/>
          <w:sz w:val="24"/>
        </w:rPr>
        <w:t>†Ἀβέβηλον. τὸ καθαρόν.† †Ἀβλέπτημα. τὸ ἁμάρτημα.† †Ἀβληχρόν. ἀσθενές· κατ’ ἐπίτασιν τοῦ α. βλη‐ χρὸν γὰρ τὸ ἀσθενές. λαμβάνεται δὲ καὶ ἐπὶ τοῦ ἰσχυροῦ, οἷον· ποτὲ μὲν καταβάλλειν εἰς</w:t>
      </w:r>
    </w:p>
    <w:p>
      <w:r>
        <w:rPr>
          <w:rFonts w:ascii="Courier New" w:hAnsi="Courier New"/>
          <w:color w:val="555555"/>
          <w:sz w:val="20"/>
        </w:rPr>
        <w:t>[20]</w:t>
      </w:r>
    </w:p>
    <w:p>
      <w:r>
        <w:rPr>
          <w:rFonts w:ascii="Gentium Plus" w:hAnsi="Gentium Plus"/>
          <w:sz w:val="24"/>
        </w:rPr>
        <w:t>γῆν καὶ δύνασθαι ἀναιρεῖν, ποτὲ δὲ τὸ κατα‐ βάλλεσθαι εἰς γῆν.† †Ἀβασάνιστον. τὸ ἀγύμναστον καὶ ἀνεξέτα‐ στον.† [Ἁβρότερον. ἀλλ’ ἁβρότερον αὐτῶν εἶχον καὶ</w:t>
      </w:r>
    </w:p>
    <w:p>
      <w:r>
        <w:rPr>
          <w:rFonts w:ascii="Courier New" w:hAnsi="Courier New"/>
          <w:color w:val="555555"/>
          <w:sz w:val="20"/>
        </w:rPr>
        <w:t>[25]</w:t>
      </w:r>
    </w:p>
    <w:p>
      <w:r>
        <w:rPr>
          <w:rFonts w:ascii="Gentium Plus" w:hAnsi="Gentium Plus"/>
          <w:sz w:val="24"/>
        </w:rPr>
        <w:t>Συβάριδος μεστοὶ ἦσαν.]</w:t>
      </w:r>
    </w:p>
    <w:p>
      <w:r>
        <w:rPr>
          <w:rFonts w:ascii="Courier New" w:hAnsi="Courier New"/>
          <w:color w:val="555555"/>
          <w:sz w:val="20"/>
        </w:rPr>
        <w:t>[alpha 11]</w:t>
      </w:r>
    </w:p>
    <w:p>
      <w:r>
        <w:rPr>
          <w:rFonts w:ascii="Gentium Plus" w:hAnsi="Gentium Plus"/>
          <w:sz w:val="24"/>
        </w:rPr>
        <w:t>Ἀβρότονον. εἶδος βοτάνης. [ἔστι δὲ πικρότατον, θερμαῖνον καὶ ξηραῖνον κατὰ τὴν τρίτην ἀπό‐ στασιν· διαφορικῆς τε καὶ τμητικῆς ὑπάρχον δυνάμεως. ἀνατριβόμενον δὲ δι’ ἐλαίου δι’ ὅλου</w:t>
      </w:r>
    </w:p>
    <w:p>
      <w:r>
        <w:rPr>
          <w:rFonts w:ascii="Courier New" w:hAnsi="Courier New"/>
          <w:color w:val="555555"/>
          <w:sz w:val="20"/>
        </w:rPr>
        <w:t>[5]</w:t>
      </w:r>
    </w:p>
    <w:p>
      <w:r>
        <w:rPr>
          <w:rFonts w:ascii="Gentium Plus" w:hAnsi="Gentium Plus"/>
          <w:sz w:val="24"/>
        </w:rPr>
        <w:t>τοῦ σώματος τὰ κατὰ περίοδον ῥίγη ὑγιάζει καὶ τὸ κεκαυμένον μᾶλλον τοῦ ἀκαύστου· ἀλωπε‐ κίας ἰᾶται σύν τινι τῶν λεπτομερῶν ἐλαίων.] Ἀβύρβητον. πολύ· μάταιον.</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Ἀβάκησαν. ἠνόησαν. ἠσυνέτησαν. οἱ δὲ τὸ ἡσύ‐ χασαν. παρὰ τὸ βάζω, τὸ λέγω, οἷον· —εὖ μὲν βάζουσι— Ἀβρίξαι. τὸ ἀπὸ βορᾶς νυστάξαι, ἢ κοιμηθῆναι. Ἀβακιζομένων. ἡσυχαζόντων μὴ θορυβούντων.</w:t>
      </w:r>
    </w:p>
    <w:p>
      <w:r>
        <w:rPr>
          <w:rFonts w:ascii="Courier New" w:hAnsi="Courier New"/>
          <w:color w:val="555555"/>
          <w:sz w:val="20"/>
        </w:rPr>
        <w:t>[15]</w:t>
      </w:r>
    </w:p>
    <w:p>
      <w:r>
        <w:rPr>
          <w:rFonts w:ascii="Gentium Plus" w:hAnsi="Gentium Plus"/>
          <w:sz w:val="24"/>
        </w:rPr>
        <w:t>Ἀβροτάξομεν. κυρίως ἐπὶ τοῦ τοξότου, τοῦ βροτοῦ ἀποτυχεῖν, ὡς ἐν πολέμῳ. [λέγεται δὲ τὸ ἁπλῶς ἀποτυχεῖν ἀβροτάξω.] Ἀβροτάζω. τὸ ἁμαρτάνω. [Ἁβρύνεται. κοσμεῖται· θρύπτεται· καυχᾶται.]</w:t>
      </w:r>
    </w:p>
    <w:p>
      <w:r>
        <w:rPr>
          <w:rFonts w:ascii="Courier New" w:hAnsi="Courier New"/>
          <w:color w:val="555555"/>
          <w:sz w:val="20"/>
        </w:rPr>
        <w:t>[20]</w:t>
      </w:r>
    </w:p>
    <w:p>
      <w:r>
        <w:rPr>
          <w:rFonts w:ascii="Gentium Plus" w:hAnsi="Gentium Plus"/>
          <w:sz w:val="24"/>
        </w:rPr>
        <w:t>Ἄβαλεν. ἀντὶ τοῦ ἔβαλεν.</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Ἀβακέως. ἀντὶ τοῦ ἡσύχως. [οὕτως Ἡρωδια‐ νός.] Ἀβάλαι. ἀντὶ τοῦ φεῦ.</w:t>
      </w:r>
    </w:p>
    <w:p>
      <w:r>
        <w:rPr>
          <w:rFonts w:ascii="Courier New" w:hAnsi="Courier New"/>
          <w:color w:val="555555"/>
          <w:sz w:val="20"/>
        </w:rPr>
        <w:t>[5]</w:t>
      </w:r>
    </w:p>
    <w:p>
      <w:r>
        <w:rPr>
          <w:rFonts w:ascii="Gentium Plus" w:hAnsi="Gentium Plus"/>
          <w:sz w:val="24"/>
        </w:rPr>
        <w:t>Ἀβλεμέως. ἀντὶ τοῦ ἀφροντίστως. Ἀβούλει. ἀφρόνως· ἀμαθῶς. ὁ δὲ σφόδρα στοχα‐ ζόμενος τῆς τοῦ βασιλέως γνώμης ἀβουλότατα διεπράξατο.</w:t>
      </w:r>
    </w:p>
    <w:p>
      <w:pPr>
        <w:jc w:val="center"/>
      </w:pPr>
      <w:r>
        <w:rPr>
          <w:rFonts w:ascii="Gentium Plus" w:hAnsi="Gentium Plus"/>
          <w:b/>
          <w:sz w:val="24"/>
        </w:rPr>
        <w:t>Τὸ Α μετὰ τοῦ Γ.</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†Ἀγαθός. φύσει μόνος ὁ θεός. ἀγαθὸς γίνεται δὲ καὶ ὁ ἄνθρωπος ἐξ ἐπιμελείας τῶν τρόπων καὶ ὁ κατὰ μέθεξιν τοῦ ἀγαθοῦ καὶ ὁ χωρὶς αἰτήσεως ἀφθόνως τὰ καλὰ χαριζόμενος. ἐτυ‐</w:t>
      </w:r>
    </w:p>
    <w:p>
      <w:r>
        <w:rPr>
          <w:rFonts w:ascii="Courier New" w:hAnsi="Courier New"/>
          <w:color w:val="555555"/>
          <w:sz w:val="20"/>
        </w:rPr>
        <w:t>[15]</w:t>
      </w:r>
    </w:p>
    <w:p>
      <w:r>
        <w:rPr>
          <w:rFonts w:ascii="Gentium Plus" w:hAnsi="Gentium Plus"/>
          <w:sz w:val="24"/>
        </w:rPr>
        <w:t>μολογεῖται δὲ ἐκ τοῦ ἀγάζω, τὸ θαυμάζω. ὁ μέλλων ἀγάσω, ὁ παρακείμενος ἤγακα, ἤγα‐ σμαι, ἤγασται, ἀγαστὸς, ἀποβολῇ τοῦ ς καὶ</w:t>
      </w:r>
    </w:p>
    <w:p>
      <w:r>
        <w:rPr>
          <w:rFonts w:ascii="Courier New" w:hAnsi="Courier New"/>
          <w:color w:val="555555"/>
          <w:sz w:val="20"/>
        </w:rPr>
        <w:t>[alpha 13]</w:t>
      </w:r>
    </w:p>
    <w:p>
      <w:r>
        <w:rPr>
          <w:rFonts w:ascii="Gentium Plus" w:hAnsi="Gentium Plus"/>
          <w:sz w:val="24"/>
        </w:rPr>
        <w:t>[Ἀγαθός. ὁ φρόνιμος. οὐκ ἐπ’ ἴσης δὲ ὁ φρόνι‐ μος καὶ ὁ ἀγαθός· ἐπὶ πλέον γὰρ ὁ ἀγαθός· ἀγαθὸς γὰρ ὁ σώφρων, ὁ ἀνδρεῖος καὶ οἱ λοι‐ ποί. ἀγαθοὶ λέγονται καὶ οἱ ἐπιστήμονες. τοὺς</w:t>
      </w:r>
    </w:p>
    <w:p>
      <w:r>
        <w:rPr>
          <w:rFonts w:ascii="Courier New" w:hAnsi="Courier New"/>
          <w:color w:val="555555"/>
          <w:sz w:val="20"/>
        </w:rPr>
        <w:t>[5]</w:t>
      </w:r>
    </w:p>
    <w:p>
      <w:r>
        <w:rPr>
          <w:rFonts w:ascii="Gentium Plus" w:hAnsi="Gentium Plus"/>
          <w:sz w:val="24"/>
        </w:rPr>
        <w:t>δὲ Δαΐους ἀγαθοὺς μὲν ἀκοντιστὰς, ἀγαθοὺς δὲ καὶ ἐν χερσὶ ποιήσασθαι μάχην.] [Ἀγαθοεργοί. αἱρετοὶ κατ’ ἀνδραγαθίαν ἐκ τῶν ἐφόρων.] Ἀγάκλειτος. ὁ ἄγαν ἔνδοξος.</w:t>
      </w:r>
    </w:p>
    <w:p>
      <w:r>
        <w:rPr>
          <w:rFonts w:ascii="Courier New" w:hAnsi="Courier New"/>
          <w:color w:val="555555"/>
          <w:sz w:val="20"/>
        </w:rPr>
        <w:t>[10]</w:t>
      </w:r>
    </w:p>
    <w:p>
      <w:r>
        <w:rPr>
          <w:rFonts w:ascii="Gentium Plus" w:hAnsi="Gentium Plus"/>
          <w:sz w:val="24"/>
        </w:rPr>
        <w:t>Ἀγακλεεῖς. οἱ ἄγαν ἔνδοξοι. Ἀγαυοί. οἱ ἔνδοξοι καὶ λαμπροί. [παρὰ τὸ ἄγω, τὸ θαυμάζω, ἄγημαι, ἄγαμαι, καὶ ἤγακα, ἤγαμαι, ἤγασται, ἄγασται, ἀγαὸς, καὶ πλεονα‐ σμῷ τοῦ υ αἰολικῶς ἀγαυός· ὡς ναὸς ναυός. ἢ</w:t>
      </w:r>
    </w:p>
    <w:p>
      <w:r>
        <w:rPr>
          <w:rFonts w:ascii="Courier New" w:hAnsi="Courier New"/>
          <w:color w:val="555555"/>
          <w:sz w:val="20"/>
        </w:rPr>
        <w:t>[15]</w:t>
      </w:r>
    </w:p>
    <w:p>
      <w:r>
        <w:rPr>
          <w:rFonts w:ascii="Gentium Plus" w:hAnsi="Gentium Plus"/>
          <w:sz w:val="24"/>
        </w:rPr>
        <w:t>παρὰ τὸ γαίω, τὸ γαυριῶ, γαῖος καὶ τροπῇ τοῦ ι εἰς υ γαυός, ὡς δίφρος, δύφρος· καὶ μετὰ τοῦ ἐπιτατικοῦ α ἀγαυός.] Ἀγανόφρων. ὁ πραότατος. Ἀγάσυρτος. ὁ ἀκάθαρτος.</w:t>
      </w:r>
    </w:p>
    <w:p>
      <w:r>
        <w:rPr>
          <w:rFonts w:ascii="Courier New" w:hAnsi="Courier New"/>
          <w:color w:val="555555"/>
          <w:sz w:val="20"/>
        </w:rPr>
        <w:t>[20]</w:t>
      </w:r>
    </w:p>
    <w:p>
      <w:r>
        <w:rPr>
          <w:rFonts w:ascii="Gentium Plus" w:hAnsi="Gentium Plus"/>
          <w:sz w:val="24"/>
        </w:rPr>
        <w:t>Ἀγελαῖοι. ἰδιῶται, ἄγροικοι. Ἀγέρωχος. ὁ ὑπερόπτης, καὶ ὑβριστὴς, καὶ ὑπερ‐ ήφανος. †παρὰ τὸ ἄγαν αὐχεῖν. ἢ ὁ ἔντιμος καὶ ἀνδρεῖος, παρὰ τὸ ἄγαν γερουχεῖν.† Ἀγαυρός. ὁ ὑπερήφανος.</w:t>
      </w:r>
    </w:p>
    <w:p>
      <w:r>
        <w:rPr>
          <w:rFonts w:ascii="Courier New" w:hAnsi="Courier New"/>
          <w:color w:val="555555"/>
          <w:sz w:val="20"/>
        </w:rPr>
        <w:t>[25]</w:t>
      </w:r>
    </w:p>
    <w:p>
      <w:r>
        <w:rPr>
          <w:rFonts w:ascii="Gentium Plus" w:hAnsi="Gentium Plus"/>
          <w:sz w:val="24"/>
        </w:rPr>
        <w:t>Ἀγάθαρχος. κύριον. ἦν δὲ ζωγράφος ἐπιφανὴς, Εὐδήμου υἱὸς, τὸ δὲ γένος Σάμιος. Ἀγαθοκλῆς. οὗτος ἐγένετο τύραννος, καὶ, ὡς λέ‐ γει Τίμαιος, κατὰ τὴν πρώτην ἡλικίαν πόρνος ἕτοιμος τοῖς ἀκρατεστάτοις.</w:t>
      </w:r>
    </w:p>
    <w:p>
      <w:r>
        <w:rPr>
          <w:rFonts w:ascii="Courier New" w:hAnsi="Courier New"/>
          <w:color w:val="555555"/>
          <w:sz w:val="20"/>
        </w:rPr>
        <w:t>[30]</w:t>
      </w:r>
    </w:p>
    <w:p>
      <w:r>
        <w:rPr>
          <w:rFonts w:ascii="Gentium Plus" w:hAnsi="Gentium Plus"/>
          <w:sz w:val="24"/>
        </w:rPr>
        <w:t>Ἀγάθων. οὗτος τραγικὸς ἦν, διεβέβλητο δὲ ἐπὶ</w:t>
      </w:r>
    </w:p>
    <w:p>
      <w:r>
        <w:rPr>
          <w:rFonts w:ascii="Courier New" w:hAnsi="Courier New"/>
          <w:color w:val="555555"/>
          <w:sz w:val="20"/>
        </w:rPr>
        <w:t>[alpha 14]</w:t>
      </w:r>
    </w:p>
    <w:p>
      <w:r>
        <w:rPr>
          <w:rFonts w:ascii="Gentium Plus" w:hAnsi="Gentium Plus"/>
          <w:sz w:val="24"/>
        </w:rPr>
        <w:t>Ἀγάλακτοι. οἱονεὶ ὁμογάλακτοί τινες ὄντες ἢ οἱ τὸ αὐτὸ γάλα σπάσαντες· λέγει δὲ τοὺς ὁμαί‐ μους ἀδελφούς. ἄλλοι δὲ τοὺς ἱερείων κοινω‐ νοὺς καὶ συγγενεῖς. οἱ δὲ συντρόφους.</w:t>
      </w:r>
    </w:p>
    <w:p>
      <w:r>
        <w:rPr>
          <w:rFonts w:ascii="Courier New" w:hAnsi="Courier New"/>
          <w:color w:val="555555"/>
          <w:sz w:val="20"/>
        </w:rPr>
        <w:t>[5]</w:t>
      </w:r>
    </w:p>
    <w:p>
      <w:r>
        <w:rPr>
          <w:rFonts w:ascii="Gentium Plus" w:hAnsi="Gentium Plus"/>
          <w:sz w:val="24"/>
        </w:rPr>
        <w:t>Ἀγαλεών. ὄνομα ὄρους. Ἀγανοῖς. προσηνέσιν. ἀπὸ τοῦ ἄγαν καὶ τοῦ αἰ‐ νεῖσθαι. [Ἀγέλαος. ὄνομα κύριον.] Ἀγεσίλαος. κύριον καὶ ἐπώνυμον τοῦ Ἀΐδου.</w:t>
      </w:r>
    </w:p>
    <w:p>
      <w:r>
        <w:rPr>
          <w:rFonts w:ascii="Courier New" w:hAnsi="Courier New"/>
          <w:color w:val="555555"/>
          <w:sz w:val="20"/>
        </w:rPr>
        <w:t>[10]</w:t>
      </w:r>
    </w:p>
    <w:p>
      <w:r>
        <w:rPr>
          <w:rFonts w:ascii="Gentium Plus" w:hAnsi="Gentium Plus"/>
          <w:sz w:val="24"/>
        </w:rPr>
        <w:t>εἴρηται δὲ παρὰ τὸ ἄγειν τοὺς λαούς· ἄρχων γάρ ἐστι τῶν θανόντων. Ἀγήνωρ. ἔστιν ὅτε ἐπὶ ἐπαίνου λαμβάνεται· ση‐ μαίνει δὲ τὸν ἀνδρεῖον. παρὰ τὸ ἄγαν τῇ ἠνορέῃ, ὅ ἐστι τῇ ἀνδρείᾳ χρῆσθαι. ἔστι δὲ</w:t>
      </w:r>
    </w:p>
    <w:p>
      <w:r>
        <w:rPr>
          <w:rFonts w:ascii="Courier New" w:hAnsi="Courier New"/>
          <w:color w:val="555555"/>
          <w:sz w:val="20"/>
        </w:rPr>
        <w:t>[15]</w:t>
      </w:r>
    </w:p>
    <w:p>
      <w:r>
        <w:rPr>
          <w:rFonts w:ascii="Gentium Plus" w:hAnsi="Gentium Plus"/>
          <w:sz w:val="24"/>
        </w:rPr>
        <w:t>καὶ ὁ ἄγαν ὑβριστικὸς καὶ διὰ τῆς ἀνδρείας εἰς ὕβριν ἐμπεπτωκώς. Ἀγαλματοποιοί. χειρουργοὶ ἀκριβεῖς. Ἀγαμήδης. κύριον. κλητικὸν καὶ θηλυκὸν Ἀγα‐ μήδη.</w:t>
      </w:r>
    </w:p>
    <w:p>
      <w:r>
        <w:rPr>
          <w:rFonts w:ascii="Courier New" w:hAnsi="Courier New"/>
          <w:color w:val="555555"/>
          <w:sz w:val="20"/>
        </w:rPr>
        <w:t>[20]</w:t>
      </w:r>
    </w:p>
    <w:p>
      <w:r>
        <w:rPr>
          <w:rFonts w:ascii="Gentium Plus" w:hAnsi="Gentium Plus"/>
          <w:sz w:val="24"/>
        </w:rPr>
        <w:t>[Ἀγάννιφον. Ὅμηρος τὸ ὄρος τὸ λίαν χιονιζόμε‐ νον.] Ἀγαπήνορος. τὴν ἀνδρείαν ἀγαπῶντος. Ἀγαπητός. ὁ ἠγαπημένος ἢ καὶ ὁ μονογενής. Ἀγαστός. θαυμαστός.</w:t>
      </w:r>
    </w:p>
    <w:p>
      <w:r>
        <w:rPr>
          <w:rFonts w:ascii="Courier New" w:hAnsi="Courier New"/>
          <w:color w:val="555555"/>
          <w:sz w:val="20"/>
        </w:rPr>
        <w:t>[25]</w:t>
      </w:r>
    </w:p>
    <w:p>
      <w:r>
        <w:rPr>
          <w:rFonts w:ascii="Gentium Plus" w:hAnsi="Gentium Plus"/>
          <w:sz w:val="24"/>
        </w:rPr>
        <w:t>Ἄγαυρος ἢ Ἀγαυρός. ἔστι δὲ ὁ κομψός· οἱ δὲ κακός. [ὑπὸ Ἰώνων δὲ ὁ ἄπορος. ὑπὸ δὲ Ἀττι‐ κῶν ὁ τρυφερός.] Ἀγάστου. θανάτου. Ἀγαῖος. ὁ ἐπίφθονος.</w:t>
      </w:r>
    </w:p>
    <w:p>
      <w:r>
        <w:rPr>
          <w:rFonts w:ascii="Courier New" w:hAnsi="Courier New"/>
          <w:color w:val="555555"/>
          <w:sz w:val="20"/>
        </w:rPr>
        <w:t>[30]</w:t>
      </w:r>
    </w:p>
    <w:p>
      <w:r>
        <w:rPr>
          <w:rFonts w:ascii="Gentium Plus" w:hAnsi="Gentium Plus"/>
          <w:sz w:val="24"/>
        </w:rPr>
        <w:t>Ἀγέλαιος. ὁ ἀμαθὴς, προπαροξυτόνως.</w:t>
      </w:r>
    </w:p>
    <w:p>
      <w:r>
        <w:rPr>
          <w:rFonts w:ascii="Courier New" w:hAnsi="Courier New"/>
          <w:color w:val="555555"/>
          <w:sz w:val="20"/>
        </w:rPr>
        <w:t>[alpha 15]</w:t>
      </w:r>
    </w:p>
    <w:p>
      <w:r>
        <w:rPr>
          <w:rFonts w:ascii="Gentium Plus" w:hAnsi="Gentium Plus"/>
          <w:sz w:val="24"/>
        </w:rPr>
        <w:t>Ἀγελαῖος δὲ, ὁ ἐκ τῆς ἀγέλης, [ἰδιώτης, ἢ ὁ ἐν τῇ ἀγέλῃ διάγων, προπερισπωμένως· καὶ ἀγελαίων, ἰδιωτῶν.] Ἀγελαιών. ὁ τόπος τῆς ἀγέλης.</w:t>
      </w:r>
    </w:p>
    <w:p>
      <w:r>
        <w:rPr>
          <w:rFonts w:ascii="Courier New" w:hAnsi="Courier New"/>
          <w:color w:val="555555"/>
          <w:sz w:val="20"/>
        </w:rPr>
        <w:t>[5]</w:t>
      </w:r>
    </w:p>
    <w:p>
      <w:r>
        <w:rPr>
          <w:rFonts w:ascii="Gentium Plus" w:hAnsi="Gentium Plus"/>
          <w:sz w:val="24"/>
        </w:rPr>
        <w:t>Ἀγελαῖοι ἰχθύες. οἱ εὐτελεῖς καὶ μικροί. [Ἀγελάρχης. ὁ τῆς ἀγέλης τῶν βοῶν ἄρχων.] Ἀγελήτης βοῦς. ὁ ἐξ ἀγέλης. Ἀγελίαιος. οὗτος ἐπὶ Οὐάλεντος ἦν Κωνσταν‐ τινουπόλεως ἐπίσκοπος, βίον ἀποστολικὸν βιούς·</w:t>
      </w:r>
    </w:p>
    <w:p>
      <w:r>
        <w:rPr>
          <w:rFonts w:ascii="Courier New" w:hAnsi="Courier New"/>
          <w:color w:val="555555"/>
          <w:sz w:val="20"/>
        </w:rPr>
        <w:t>[10]</w:t>
      </w:r>
    </w:p>
    <w:p>
      <w:r>
        <w:rPr>
          <w:rFonts w:ascii="Gentium Plus" w:hAnsi="Gentium Plus"/>
          <w:sz w:val="24"/>
        </w:rPr>
        <w:t>ἀνυπόδετος γὰρ διόλου διῆγεν, ἑνί τε χιτῶνι ἐκέχρητο τὸ τοῦ εὐαγγελίου φυλάσσων ῥητόν. Ἀγέροπος. ὁ σπανίως ἐρχόμενος. Ἀγηλατοί. οἱ κεραυνοί. Ἀγητός. ὁ θαυμαστός.</w:t>
      </w:r>
    </w:p>
    <w:p>
      <w:r>
        <w:rPr>
          <w:rFonts w:ascii="Courier New" w:hAnsi="Courier New"/>
          <w:color w:val="555555"/>
          <w:sz w:val="20"/>
        </w:rPr>
        <w:t>[15]</w:t>
      </w:r>
    </w:p>
    <w:p>
      <w:r>
        <w:rPr>
          <w:rFonts w:ascii="Gentium Plus" w:hAnsi="Gentium Plus"/>
          <w:sz w:val="24"/>
        </w:rPr>
        <w:t>Ἀγηρηναῖοι. ὄνομα ἐθνικόν. [Ἀγήραον. ἄφθαρτον.] †Ἄγγελος. ζῶον λογικὸν, ὑμνολογικὸν, πύρι‐ νον, ἄϋπνον, ἀθάνατον κατὰ χάριν. οὐσία νοε‐ ρὰ αὐθεξούσιος ἀεικίνητος θεῷ λειτουργοῦσα·</w:t>
      </w:r>
    </w:p>
    <w:p>
      <w:r>
        <w:rPr>
          <w:rFonts w:ascii="Courier New" w:hAnsi="Courier New"/>
          <w:color w:val="555555"/>
          <w:sz w:val="20"/>
        </w:rPr>
        <w:t>[20]</w:t>
      </w:r>
    </w:p>
    <w:p>
      <w:r>
        <w:rPr>
          <w:rFonts w:ascii="Gentium Plus" w:hAnsi="Gentium Plus"/>
          <w:sz w:val="24"/>
        </w:rPr>
        <w:t>ἢ δύναμις ἁγία ἀποστελλομένη παρὰ κυρίου εἰς διακονίας.† †Ἅγιος. ὁ φύσει ἁγιάζων καὶ οὐχ ἁγιαζόμενος.</w:t>
      </w:r>
    </w:p>
    <w:p>
      <w:r>
        <w:rPr>
          <w:rFonts w:ascii="Courier New" w:hAnsi="Courier New"/>
          <w:color w:val="555555"/>
          <w:sz w:val="20"/>
        </w:rPr>
        <w:t>[alpha 16]</w:t>
      </w:r>
    </w:p>
    <w:p>
      <w:r>
        <w:rPr>
          <w:rFonts w:ascii="Gentium Plus" w:hAnsi="Gentium Plus"/>
          <w:sz w:val="24"/>
        </w:rPr>
        <w:t>Ἅγιος, ἅγιος, ἅγιος κύριος. ὅτι τοὺς λέγοντας μυριάκις ἔστιν ἅγιος ὁ θεὸς καὶ τοὺς παρερ‐ μηνεῦσαι τοῦτο τολμῶντας λαμπρῶς ἐλέγχει τό· ἐξεζήτησα τὸ πρόσωπόν σου· τὸ πρόσωπόν σου,</w:t>
      </w:r>
    </w:p>
    <w:p>
      <w:r>
        <w:rPr>
          <w:rFonts w:ascii="Courier New" w:hAnsi="Courier New"/>
          <w:color w:val="555555"/>
          <w:sz w:val="20"/>
        </w:rPr>
        <w:t>[5]</w:t>
      </w:r>
    </w:p>
    <w:p>
      <w:r>
        <w:rPr>
          <w:rFonts w:ascii="Gentium Plus" w:hAnsi="Gentium Plus"/>
          <w:sz w:val="24"/>
        </w:rPr>
        <w:t>κύριε, ζητήσω. μὴ ἀποστρέψῃς τὸ πρόσωπόν σου ἀπ’ ἐμοῦ. τὴν ἁγίαν ἀνακηρύττει τριάδα. οἱ δὲ λέγοντες τὸ ἅγιος ὁ σταυρωθεὶς ἐπιστομιζέσθω‐ σαν ἀπὸ τοῦ· ἐδίψησεν ἡ ψυχή μου πρὸς τὸν θεὸν τὸν ἰσχυρὸν τὸν ζῶντα.</w:t>
      </w:r>
    </w:p>
    <w:p>
      <w:r>
        <w:rPr>
          <w:rFonts w:ascii="Courier New" w:hAnsi="Courier New"/>
          <w:color w:val="555555"/>
          <w:sz w:val="20"/>
        </w:rPr>
        <w:t>[10]</w:t>
      </w:r>
    </w:p>
    <w:p>
      <w:r>
        <w:rPr>
          <w:rFonts w:ascii="Gentium Plus" w:hAnsi="Gentium Plus"/>
          <w:sz w:val="24"/>
        </w:rPr>
        <w:t>Ἀγκυλομήτεω. σκολιὰ βουλευομένου. Ἀγκών. παρὰ τὸ ὑποκεῖσθαι ἑτέρῳ ὀστέῳ, ἐγκὼν καὶ ἀγκών. Ἀγλευκής. παρὰ τὸ γλυκὺς καὶ πλεονασμῷ τοῦ ε ἀγλευκής.</w:t>
      </w:r>
    </w:p>
    <w:p>
      <w:r>
        <w:rPr>
          <w:rFonts w:ascii="Courier New" w:hAnsi="Courier New"/>
          <w:color w:val="555555"/>
          <w:sz w:val="20"/>
        </w:rPr>
        <w:t>[15]</w:t>
      </w:r>
    </w:p>
    <w:p>
      <w:r>
        <w:rPr>
          <w:rFonts w:ascii="Gentium Plus" w:hAnsi="Gentium Plus"/>
          <w:sz w:val="24"/>
        </w:rPr>
        <w:t>Ἁγνός. ὁ καθαρός. παρὰ τὸ ἅζω, τὸ σέβομαι. ἄζος, ἄγος, ἁγανὸς καὶ ἁγνός. τὸν γὰρ ἁγνὸν καὶ ἅγιον πάντες σεβόμεθα. Ἀγνὼς δὲ, ὁ ἀγνωστὸς, μέγα, καὶ κλίνεται ἀγνῶ‐ τος.</w:t>
      </w:r>
    </w:p>
    <w:p>
      <w:r>
        <w:rPr>
          <w:rFonts w:ascii="Courier New" w:hAnsi="Courier New"/>
          <w:color w:val="555555"/>
          <w:sz w:val="20"/>
        </w:rPr>
        <w:t>[20]</w:t>
      </w:r>
    </w:p>
    <w:p>
      <w:r>
        <w:rPr>
          <w:rFonts w:ascii="Gentium Plus" w:hAnsi="Gentium Plus"/>
          <w:sz w:val="24"/>
        </w:rPr>
        <w:t>Ἄγνος. φυτὸν, ὃν καὶ λύγονα καλοῦσι· παρὰ τὸ τοὺς ἐσθίοντας ἀγόνους τηρεῖν. τινὲς δὲ τὸν</w:t>
      </w:r>
    </w:p>
    <w:p>
      <w:r>
        <w:rPr>
          <w:rFonts w:ascii="Courier New" w:hAnsi="Courier New"/>
          <w:color w:val="555555"/>
          <w:sz w:val="20"/>
        </w:rPr>
        <w:t>[alpha 17]</w:t>
      </w:r>
    </w:p>
    <w:p>
      <w:r>
        <w:rPr>
          <w:rFonts w:ascii="Gentium Plus" w:hAnsi="Gentium Plus"/>
          <w:sz w:val="24"/>
        </w:rPr>
        <w:t>Ἀγοστός. ὁ ἄγαν ὀστώδης τόπος παρὰ τὸ τὴν συναγωγὴν καὶ ἐπίκαμψιν τῆς χειρὸς ἢ παρὰ τὸ δύνασθαι τοῦτο τινὰ ἔχειν ἢ διὰ τὸ ἐπάγε‐ σθαι τὴν χεῖρα, οἷον ἀγνυστία. ὥσπερ παρὰ</w:t>
      </w:r>
    </w:p>
    <w:p>
      <w:r>
        <w:rPr>
          <w:rFonts w:ascii="Courier New" w:hAnsi="Courier New"/>
          <w:color w:val="555555"/>
          <w:sz w:val="20"/>
        </w:rPr>
        <w:t>[5]</w:t>
      </w:r>
    </w:p>
    <w:p>
      <w:r>
        <w:rPr>
          <w:rFonts w:ascii="Gentium Plus" w:hAnsi="Gentium Plus"/>
          <w:sz w:val="24"/>
        </w:rPr>
        <w:t>τὸ πολλὸς γίνεται πολλοστὸς, οὕτω παρὰ τὸ ἄγω ἀγοστός· οἶμαι δὲ τὸν τοῦ ἀγκῶνος τόπον λέγειν. Ἀγοστῷ. τῷ ἀγκῶνι. ἐν ἀγοστῷ σὴν εὐεργεσίην τῷ προσιόντι λέγω.</w:t>
      </w:r>
    </w:p>
    <w:p>
      <w:r>
        <w:rPr>
          <w:rFonts w:ascii="Courier New" w:hAnsi="Courier New"/>
          <w:color w:val="555555"/>
          <w:sz w:val="20"/>
        </w:rPr>
        <w:t>[10]</w:t>
      </w:r>
    </w:p>
    <w:p>
      <w:r>
        <w:rPr>
          <w:rFonts w:ascii="Gentium Plus" w:hAnsi="Gentium Plus"/>
          <w:sz w:val="24"/>
        </w:rPr>
        <w:t>Ἄγριος. προπαροξυτόνως, ὁ ἀνήμερος. ἀγρεῖος δὲ διὰ τῆς ει διφθόγγου πρὸς ἀντιδιαστολήν. [Ἀγριᾶνες. τάξις στρατιωτική.] [Ἀγριόθυμος. ὁ ἄγριος τῇ ψυχῇ.] [Ἀγρότας. ἀγροίκους.]</w:t>
      </w:r>
    </w:p>
    <w:p>
      <w:r>
        <w:rPr>
          <w:rFonts w:ascii="Courier New" w:hAnsi="Courier New"/>
          <w:color w:val="555555"/>
          <w:sz w:val="20"/>
        </w:rPr>
        <w:t>[15]</w:t>
      </w:r>
    </w:p>
    <w:p>
      <w:r>
        <w:rPr>
          <w:rFonts w:ascii="Gentium Plus" w:hAnsi="Gentium Plus"/>
          <w:sz w:val="24"/>
        </w:rPr>
        <w:t>[Ἄγροφον. ὀρεινόν.] Ἄγγαροι. οἱ ἐκ διαδοχῆς γραμματοφόροι. οἱ δὲ αὐτοὶ καὶ ἀστάναι. Ἀγκών. ἐν τῇ βασιλικῇ αὐλῇ τοῦ Γελίμερος οἴ‐ κημα ἦν, σκότους ἀνάπλεον, ὃ δὴ ἀγκῶνα ἐκά‐</w:t>
      </w:r>
    </w:p>
    <w:p>
      <w:r>
        <w:rPr>
          <w:rFonts w:ascii="Courier New" w:hAnsi="Courier New"/>
          <w:color w:val="555555"/>
          <w:sz w:val="20"/>
        </w:rPr>
        <w:t>[20]</w:t>
      </w:r>
    </w:p>
    <w:p>
      <w:r>
        <w:rPr>
          <w:rFonts w:ascii="Gentium Plus" w:hAnsi="Gentium Plus"/>
          <w:sz w:val="24"/>
        </w:rPr>
        <w:t>λουν οἱ Καρχηδόνιοι· ἔνθα ἀνεβάλλοντο ἅπαν‐ τες, οἷς ἂν χαλεπαίνοι ὁ τύραννος.</w:t>
      </w:r>
    </w:p>
    <w:p>
      <w:r>
        <w:rPr>
          <w:rFonts w:ascii="Courier New" w:hAnsi="Courier New"/>
          <w:color w:val="555555"/>
          <w:sz w:val="20"/>
        </w:rPr>
        <w:t>[alpha 18]</w:t>
      </w:r>
    </w:p>
    <w:p>
      <w:r>
        <w:rPr>
          <w:rFonts w:ascii="Gentium Plus" w:hAnsi="Gentium Plus"/>
          <w:sz w:val="24"/>
        </w:rPr>
        <w:t>[Ἄγρωστις. εἶδος βοτάνης.] Ἀγρώσται. οἱ κυνηγέται. ἀπὸ τοῦ ἀγρώσσειν. Ἀγύρτας. συρφετώδεις· ὀχλαγωγούς· χυδαίους· ψεύστας· λωποδύτας· ἐπαίτας· φιλοκερδεῖς. καὶ</w:t>
      </w:r>
    </w:p>
    <w:p>
      <w:r>
        <w:rPr>
          <w:rFonts w:ascii="Courier New" w:hAnsi="Courier New"/>
          <w:color w:val="555555"/>
          <w:sz w:val="20"/>
        </w:rPr>
        <w:t>[5]</w:t>
      </w:r>
    </w:p>
    <w:p>
      <w:r>
        <w:rPr>
          <w:rFonts w:ascii="Gentium Plus" w:hAnsi="Gentium Plus"/>
          <w:sz w:val="24"/>
        </w:rPr>
        <w:t>ἀγύρτης, εἶδος βόλου, καὶ ὁ ἀλαζὼν καὶ ὁ ἀπατεών. παρὰ τὸ ἀγείρειν τὸ περιϊέναι καὶ περινοστεῖν ἐπὶ νίκῃ ἢ ἑτέρῳ τινὶ τοιούτῳ. Ἀγών. παρὰ τὸ ἄγω γίνεται ἀγών. ὁ φέρων πολ‐ λὴν ὄχλησιν καὶ ἀδημονίαν. σημαίνει δὲ τὸ</w:t>
      </w:r>
    </w:p>
    <w:p>
      <w:r>
        <w:rPr>
          <w:rFonts w:ascii="Courier New" w:hAnsi="Courier New"/>
          <w:color w:val="555555"/>
          <w:sz w:val="20"/>
        </w:rPr>
        <w:t>[10]</w:t>
      </w:r>
    </w:p>
    <w:p>
      <w:r>
        <w:rPr>
          <w:rFonts w:ascii="Gentium Plus" w:hAnsi="Gentium Plus"/>
          <w:sz w:val="24"/>
        </w:rPr>
        <w:t>ἀγὼν δ. ἀγὼν ὁ τόπος· λείηναν δὲ χῶρον καλὸν δ’ εὔρυναν ἀγῶνα. ἀγὼν καὶ τὸ πλῆθος· λῦτο δ’ ἀγών— ἀγὼν καὶ τὸ ἄθροισμα·</w:t>
      </w:r>
    </w:p>
    <w:p>
      <w:r>
        <w:rPr>
          <w:rFonts w:ascii="Courier New" w:hAnsi="Courier New"/>
          <w:color w:val="555555"/>
          <w:sz w:val="20"/>
        </w:rPr>
        <w:t>[15]</w:t>
      </w:r>
    </w:p>
    <w:p>
      <w:r>
        <w:rPr>
          <w:rFonts w:ascii="Gentium Plus" w:hAnsi="Gentium Plus"/>
          <w:sz w:val="24"/>
        </w:rPr>
        <w:t>Ἥρη μὲν μετ’ ἀγῶνα νεῶν— ἀγὼν καὶ τὸ ἆθλον καὶ ὁ ναός· —θεῖον δύσονται ἀγῶνα. ἀγὼν καὶ ἡ πρὸς τοὺς ἀγῶνας ἄσκησις. ἀγῶνα καὶ Ὅμηρος λέγει τὸν τόπον αὐτὸν, ἐν ᾧ ἀγω‐</w:t>
      </w:r>
    </w:p>
    <w:p>
      <w:r>
        <w:rPr>
          <w:rFonts w:ascii="Courier New" w:hAnsi="Courier New"/>
          <w:color w:val="555555"/>
          <w:sz w:val="20"/>
        </w:rPr>
        <w:t>[20]</w:t>
      </w:r>
    </w:p>
    <w:p>
      <w:r>
        <w:rPr>
          <w:rFonts w:ascii="Gentium Plus" w:hAnsi="Gentium Plus"/>
          <w:sz w:val="24"/>
        </w:rPr>
        <w:t>νίζονται. Ἀγλαότιμος. λαμπρός. τετιμημένος. Ἀγνώμονες. οἱ ἀχάριστοι. καὶ ἀγνώμονες οἱ</w:t>
      </w:r>
    </w:p>
    <w:p>
      <w:r>
        <w:rPr>
          <w:rFonts w:ascii="Courier New" w:hAnsi="Courier New"/>
          <w:color w:val="555555"/>
          <w:sz w:val="20"/>
        </w:rPr>
        <w:t>[alpha 19]</w:t>
      </w:r>
    </w:p>
    <w:p>
      <w:r>
        <w:rPr>
          <w:rFonts w:ascii="Gentium Plus" w:hAnsi="Gentium Plus"/>
          <w:sz w:val="24"/>
        </w:rPr>
        <w:t>[Ἄγροικος ὀργήν. φιλόδικος· ἀκρόχολος· εἰς ὀρ‐ γὴν εὔκολος. Ἀριστοφάνης· νῶϊν γάρ ἐστι δεσπότης ἄγροικος ὀργήν. καὶ ἀγροίτης ὁ ἀγρός.]</w:t>
      </w:r>
    </w:p>
    <w:p>
      <w:r>
        <w:rPr>
          <w:rFonts w:ascii="Courier New" w:hAnsi="Courier New"/>
          <w:color w:val="555555"/>
          <w:sz w:val="20"/>
        </w:rPr>
        <w:t>[5]</w:t>
      </w:r>
    </w:p>
    <w:p>
      <w:r>
        <w:rPr>
          <w:rFonts w:ascii="Gentium Plus" w:hAnsi="Gentium Plus"/>
          <w:sz w:val="24"/>
        </w:rPr>
        <w:t>[Ἀγροίκου μὴ καταφρόνει ῥήτορος. ὅτι μηδὲ τῶν εὐτελῶν δεῖ καταφρονεῖν.] [Ἀγροιλῆθεν. Ἀγροίλοι δῆμός ἐστι φυλῆς τῆς Ἐρεχθηΐδος· ὁ δὲ δημότης πάλαι ἐλέγετο ἀγροι‐ λεύς.]</w:t>
      </w:r>
    </w:p>
    <w:p>
      <w:r>
        <w:rPr>
          <w:rFonts w:ascii="Courier New" w:hAnsi="Courier New"/>
          <w:color w:val="555555"/>
          <w:sz w:val="20"/>
        </w:rPr>
        <w:t>[10]</w:t>
      </w:r>
    </w:p>
    <w:p>
      <w:r>
        <w:rPr>
          <w:rFonts w:ascii="Gentium Plus" w:hAnsi="Gentium Plus"/>
          <w:sz w:val="24"/>
        </w:rPr>
        <w:t>[Ἀγροιώτης. ὁ γεωργικὸς λεώς.] [Ἄγραυλοι. οἱ ἐν ἀγρῷ διανυκτερεύοντες ἢ αὐ‐ λιζόμενοι.] Ἀγοραῖος προπερισπωμένως, οἱ ἐν ἀγορᾷ ἀνα‐ στρεφόμενοι ἄνθρωποι.</w:t>
      </w:r>
    </w:p>
    <w:p>
      <w:r>
        <w:rPr>
          <w:rFonts w:ascii="Courier New" w:hAnsi="Courier New"/>
          <w:color w:val="555555"/>
          <w:sz w:val="20"/>
        </w:rPr>
        <w:t>[15]</w:t>
      </w:r>
    </w:p>
    <w:p>
      <w:r>
        <w:rPr>
          <w:rFonts w:ascii="Gentium Plus" w:hAnsi="Gentium Plus"/>
          <w:sz w:val="24"/>
        </w:rPr>
        <w:t>Ἀγόραιος δὲ, προπαροξυτόνως, ἡ ἡμέρα, ἐν ᾗ ἡ ἀγορὰ τελεῖται. Ἀγωγεύς. ὁ ἐνάγων τὴν δίκην, ὁ διώκων. καὶ ἀγωγεὺς ὁ λῶρος. καὶ ἀγωγεῖ τῷ ἱμάντι, ἐν ᾧ ἄγεται ἵππος.</w:t>
      </w:r>
    </w:p>
    <w:p>
      <w:r>
        <w:rPr>
          <w:rFonts w:ascii="Courier New" w:hAnsi="Courier New"/>
          <w:color w:val="555555"/>
          <w:sz w:val="20"/>
        </w:rPr>
        <w:t>[20]</w:t>
      </w:r>
    </w:p>
    <w:p>
      <w:r>
        <w:rPr>
          <w:rFonts w:ascii="Gentium Plus" w:hAnsi="Gentium Plus"/>
          <w:sz w:val="24"/>
        </w:rPr>
        <w:t>Ἀγωγόν. ἐπακτικόν. καὶ Πισίδης· πρὸς τοὺς ἀγω‐ γοὺς ἐτράπη τοῦ Τίγριδος. Ἀγωγούς. προπομπούς. Ἀγωνοθέτης. ὁ ἐν τοῖς σκηνικοῖς. ἀθλοθέτης, ὁ ἐν τοῖς γυμνικοῖς.</w:t>
      </w:r>
    </w:p>
    <w:p>
      <w:r>
        <w:rPr>
          <w:rFonts w:ascii="Courier New" w:hAnsi="Courier New"/>
          <w:color w:val="555555"/>
          <w:sz w:val="20"/>
        </w:rPr>
        <w:t>[25]</w:t>
      </w:r>
    </w:p>
    <w:p>
      <w:r>
        <w:rPr>
          <w:rFonts w:ascii="Gentium Plus" w:hAnsi="Gentium Plus"/>
          <w:sz w:val="24"/>
        </w:rPr>
        <w:t>Ἀγρέμιος. ὁ ἀπὸ τῆς ἄγρας.</w:t>
      </w:r>
    </w:p>
    <w:p>
      <w:r>
        <w:rPr>
          <w:rFonts w:ascii="Courier New" w:hAnsi="Courier New"/>
          <w:color w:val="555555"/>
          <w:sz w:val="20"/>
        </w:rPr>
        <w:t>[alpha 20]</w:t>
      </w:r>
    </w:p>
    <w:p>
      <w:r>
        <w:rPr>
          <w:rFonts w:ascii="Gentium Plus" w:hAnsi="Gentium Plus"/>
          <w:sz w:val="24"/>
        </w:rPr>
        <w:t>Ἀγριόθυμος. τὴν ψυχὴν ἄγριος. οἱ δὲ ἐλέφαντι ἀνέτρεχον καὶ ἐβόων ἀγριαίνοντες. Ἄγριππος. ἡ ἀγριέλαια. καὶ παροιμία· ἀγρίπ‐ που ἀκαρπότερος.</w:t>
      </w:r>
    </w:p>
    <w:p>
      <w:r>
        <w:rPr>
          <w:rFonts w:ascii="Courier New" w:hAnsi="Courier New"/>
          <w:color w:val="555555"/>
          <w:sz w:val="20"/>
        </w:rPr>
        <w:t>[5]</w:t>
      </w:r>
    </w:p>
    <w:p>
      <w:r>
        <w:rPr>
          <w:rFonts w:ascii="Gentium Plus" w:hAnsi="Gentium Plus"/>
          <w:sz w:val="24"/>
        </w:rPr>
        <w:t>Ἀγρότας. ἀγροίκους. [ἀλλ’ ὡς πάροινος ἀγρότης ἀνεκρίθης.] Ἄγρικος. ὀργίλος· φιλόδικος· εἰς ὀργὴν εὔκο‐ λος. Ἀγροιότης. ὁ γεωργικὸς λαὸς ὁ ἐν ἀγορᾷ.</w:t>
      </w:r>
    </w:p>
    <w:p>
      <w:r>
        <w:rPr>
          <w:rFonts w:ascii="Courier New" w:hAnsi="Courier New"/>
          <w:color w:val="555555"/>
          <w:sz w:val="20"/>
        </w:rPr>
        <w:t>[10]</w:t>
      </w:r>
    </w:p>
    <w:p>
      <w:r>
        <w:rPr>
          <w:rFonts w:ascii="Gentium Plus" w:hAnsi="Gentium Plus"/>
          <w:sz w:val="24"/>
        </w:rPr>
        <w:t>Ἀγυιαί. ἄμφοδα· ῥύμαι· ἢ ἐπιμήκεις ὁδοί. παρὰ τὸ μὴ ἔχειν πως γυῖα καὶ μέλη καὶ κάμψεις· τὰ δὲ ἄμφοδα ἔχουσιν ἑκατέρωθεν διεξόδους καὶ ταύτῃ διαφέρουσιν. Ἀγυιᾶς [δὲ] ἔνιοι μὲν ὀξύνουσι, [θηλυκῶς χρώ‐</w:t>
      </w:r>
    </w:p>
    <w:p>
      <w:r>
        <w:rPr>
          <w:rFonts w:ascii="Courier New" w:hAnsi="Courier New"/>
          <w:color w:val="555555"/>
          <w:sz w:val="20"/>
        </w:rPr>
        <w:t>[15]</w:t>
      </w:r>
    </w:p>
    <w:p>
      <w:r>
        <w:rPr>
          <w:rFonts w:ascii="Gentium Plus" w:hAnsi="Gentium Plus"/>
          <w:sz w:val="24"/>
        </w:rPr>
        <w:t>μενοι οἷον τὰς ὁδούς·] βέλτιον δὲ περισπᾷν, ὡς ἀπὸ τοῦ ἀγυιέας, [ἐν συναλοιφῇ δὲ ἀγυιᾶς. ἔστι δὲ ἴδιον Δωριέων. εἶεν δ’ ἂν οἱ παρὰ Ἀττικοῖς λεγόμενοι ἀγυιεῖς οἱ πρὸ τῶν οἰκιῶν βωμοί· ὡς Σοφοκλῆς μετάγων τὰ Ἀθηναίων ἔθη εἰς Τροίαν</w:t>
      </w:r>
    </w:p>
    <w:p>
      <w:r>
        <w:rPr>
          <w:rFonts w:ascii="Courier New" w:hAnsi="Courier New"/>
          <w:color w:val="555555"/>
          <w:sz w:val="20"/>
        </w:rPr>
        <w:t>[20]</w:t>
      </w:r>
    </w:p>
    <w:p>
      <w:r>
        <w:rPr>
          <w:rFonts w:ascii="Gentium Plus" w:hAnsi="Gentium Plus"/>
          <w:sz w:val="24"/>
        </w:rPr>
        <w:t>φησί· λάμπαδ’ ἀγυιεὺς βωμὸς ἀτμίζων πυρὶ Σμύρνης σταλαγμοὺς βαρβάρους εὐοσμίας. καὶ ἀγυιεὺς ὁ πρὸ τῶν αὐλίων θυρῶν κωνοει‐ δὴς κίων, ἱερὸς Ἀπόλλωνος, καὶ αὐτὸς θεός.</w:t>
      </w:r>
    </w:p>
    <w:p>
      <w:r>
        <w:rPr>
          <w:rFonts w:ascii="Courier New" w:hAnsi="Courier New"/>
          <w:color w:val="555555"/>
          <w:sz w:val="20"/>
        </w:rPr>
        <w:t>[25]</w:t>
      </w:r>
    </w:p>
    <w:p>
      <w:r>
        <w:rPr>
          <w:rFonts w:ascii="Gentium Plus" w:hAnsi="Gentium Plus"/>
          <w:sz w:val="24"/>
        </w:rPr>
        <w:t>Φερεκράτης κραπατάλοις·</w:t>
      </w:r>
    </w:p>
    <w:p>
      <w:r>
        <w:rPr>
          <w:rFonts w:ascii="Courier New" w:hAnsi="Courier New"/>
          <w:color w:val="555555"/>
          <w:sz w:val="20"/>
        </w:rPr>
        <w:t>[alpha 21]</w:t>
      </w:r>
    </w:p>
    <w:p>
      <w:r>
        <w:rPr>
          <w:rFonts w:ascii="Gentium Plus" w:hAnsi="Gentium Plus"/>
          <w:sz w:val="24"/>
        </w:rPr>
        <w:t>†Ἀγυιεύς. κίων εἰς ὀξὺ λήγων, ὃν ἱστῶσι πρὸ τῶν θυρῶν.† †Ἀγυρισμός. συναριθμός. ὁ δὲ ἐσπούδασεν εἰς τὸ δυνατὸν εἰς ἀγυρισμὸν τῆς ἀποῤῥήτου τῶν</w:t>
      </w:r>
    </w:p>
    <w:p>
      <w:r>
        <w:rPr>
          <w:rFonts w:ascii="Courier New" w:hAnsi="Courier New"/>
          <w:color w:val="555555"/>
          <w:sz w:val="20"/>
        </w:rPr>
        <w:t>[5]</w:t>
      </w:r>
    </w:p>
    <w:p>
      <w:r>
        <w:rPr>
          <w:rFonts w:ascii="Gentium Plus" w:hAnsi="Gentium Plus"/>
          <w:sz w:val="24"/>
        </w:rPr>
        <w:t>θείων θεραπείας.† Ἀγυρμός. ἐκκλησία· συναγωγή. Ἀγύῤῥιος τὸν Προνόμου πώγων’ ἔχων λέληθεν. ὁ Ἀγύῤῥιος στρατηγὸς θηλυδριώδης, ἄρξας ἐν Λήμνῳ· ὃς τῶν ποιητῶν τὸν μισθὸν συνέτεμεν.</w:t>
      </w:r>
    </w:p>
    <w:p>
      <w:r>
        <w:rPr>
          <w:rFonts w:ascii="Courier New" w:hAnsi="Courier New"/>
          <w:color w:val="555555"/>
          <w:sz w:val="20"/>
        </w:rPr>
        <w:t>[10]</w:t>
      </w:r>
    </w:p>
    <w:p>
      <w:r>
        <w:rPr>
          <w:rFonts w:ascii="Gentium Plus" w:hAnsi="Gentium Plus"/>
          <w:sz w:val="24"/>
        </w:rPr>
        <w:t>ὁ δὲ Πρόνομος αὐλητὴς ἦν πώγωνα μέγαν ἔχων. Ἄγχαυρος. ὁ παχνώδης ὄμβρος παρὰ τὸ πλη‐ σίαν ἔχειν τὴν αὔραν. Ὅμηρος· —αὔρη δὲ ψυχρὴ πνέεν ἠῶθι πρό.</w:t>
      </w:r>
    </w:p>
    <w:p>
      <w:r>
        <w:rPr>
          <w:rFonts w:ascii="Courier New" w:hAnsi="Courier New"/>
          <w:color w:val="555555"/>
          <w:sz w:val="20"/>
        </w:rPr>
        <w:t>[15]</w:t>
      </w:r>
    </w:p>
    <w:p>
      <w:r>
        <w:rPr>
          <w:rFonts w:ascii="Gentium Plus" w:hAnsi="Gentium Plus"/>
          <w:sz w:val="24"/>
        </w:rPr>
        <w:t>Ἀγχεῖος. ὁ πλησίον. Ἀγχείσιος. ὁ τοῦ Ἀγχείσου. Ἀγχιβαθής. ὁ ἐγγὺς βάθους. Ἀγχιστεῖς καὶ ἀγχισταί. οἱ ἀπὸ ἀδελφῶν καὶ ἀνεψιῶν καὶ θείων κατὰ πατέρα καὶ μητέρα</w:t>
      </w:r>
    </w:p>
    <w:p>
      <w:r>
        <w:rPr>
          <w:rFonts w:ascii="Courier New" w:hAnsi="Courier New"/>
          <w:color w:val="555555"/>
          <w:sz w:val="20"/>
        </w:rPr>
        <w:t>[20]</w:t>
      </w:r>
    </w:p>
    <w:p>
      <w:r>
        <w:rPr>
          <w:rFonts w:ascii="Gentium Plus" w:hAnsi="Gentium Plus"/>
          <w:sz w:val="24"/>
        </w:rPr>
        <w:t>ἐγγυτάτω τοῦ τελευτήσαντος· οἱ δὲ ἔξω τούτων συγγενεῖς μόνον. [οἱ δὲ κατ’ ἐπιγαμίαν ζευχθέν‐ τες τοῖς οἴκοις οἰκεῖοι λέγονται.]</w:t>
      </w:r>
    </w:p>
    <w:p>
      <w:r>
        <w:rPr>
          <w:rFonts w:ascii="Courier New" w:hAnsi="Courier New"/>
          <w:color w:val="555555"/>
          <w:sz w:val="20"/>
        </w:rPr>
        <w:t>[alpha 22]</w:t>
      </w:r>
    </w:p>
    <w:p>
      <w:r>
        <w:rPr>
          <w:rFonts w:ascii="Gentium Plus" w:hAnsi="Gentium Plus"/>
          <w:sz w:val="24"/>
        </w:rPr>
        <w:t>Ἀγχότερος. ἐγγύτερος. [Ἡρόδοτος· στεινοτέρη ἐφαίνετο καὶ ἀγχοτέρη ἡ εἰσβολή.] Ἀγχούροις. πλησιοχώροις. Ἀγγελιοφόρος. ὁ πρέσβυς ἢ ὁ ἐκ διαδοχῆς γραμ‐</w:t>
      </w:r>
    </w:p>
    <w:p>
      <w:r>
        <w:rPr>
          <w:rFonts w:ascii="Courier New" w:hAnsi="Courier New"/>
          <w:color w:val="555555"/>
          <w:sz w:val="20"/>
        </w:rPr>
        <w:t>[5]</w:t>
      </w:r>
    </w:p>
    <w:p>
      <w:r>
        <w:rPr>
          <w:rFonts w:ascii="Gentium Plus" w:hAnsi="Gentium Plus"/>
          <w:sz w:val="24"/>
        </w:rPr>
        <w:t>ματοφόρος. Ἀγορηταί. σύμβουλοι· φρόνιμοι. δημηγόροι. Ἀγρονόμοι. οἱ ἐν ἀγρῷ διάγοντες. Ἀγχιμάχοις. τοῖς ἐγγὺς μαχομένοις. Ἀγκυλομήτης. ὁ σκολιὰ βουλευόμενος.</w:t>
      </w:r>
    </w:p>
    <w:p>
      <w:r>
        <w:rPr>
          <w:rFonts w:ascii="Courier New" w:hAnsi="Courier New"/>
          <w:color w:val="555555"/>
          <w:sz w:val="20"/>
        </w:rPr>
        <w:t>[10]</w:t>
      </w:r>
    </w:p>
    <w:p>
      <w:r>
        <w:rPr>
          <w:rFonts w:ascii="Gentium Plus" w:hAnsi="Gentium Plus"/>
          <w:sz w:val="24"/>
        </w:rPr>
        <w:t>Ἀγένειος. μειράκιον. Ἀγεννής. ἄνανδρος. Ἀγαπησμός. ἡ φιλοφροσύνη. Ἀγάστονος. ὁ πολυστένακτος. Ἀγέραστος. ὁ ἄτιμος.</w:t>
      </w:r>
    </w:p>
    <w:p>
      <w:r>
        <w:rPr>
          <w:rFonts w:ascii="Courier New" w:hAnsi="Courier New"/>
          <w:color w:val="555555"/>
          <w:sz w:val="20"/>
        </w:rPr>
        <w:t>[15]</w:t>
      </w:r>
    </w:p>
    <w:p>
      <w:r>
        <w:rPr>
          <w:rFonts w:ascii="Gentium Plus" w:hAnsi="Gentium Plus"/>
          <w:sz w:val="24"/>
        </w:rPr>
        <w:t>Ἀγκυλοτόξους. ἐπικαμπῆ τόξα ἔχοντας. Ἀγκωνίσκοι. σκεύη τιμωρητικά. Ἀγχιμαχηταί. οἱ συστάδην μαχόμενοι. Ἀγχίστροφος. ὁ εὐπερίστροφος. Ἀγηνορίδης. ὁ αὐθάδης.</w:t>
      </w:r>
    </w:p>
    <w:p>
      <w:r>
        <w:rPr>
          <w:rFonts w:ascii="Courier New" w:hAnsi="Courier New"/>
          <w:color w:val="555555"/>
          <w:sz w:val="20"/>
        </w:rPr>
        <w:t>[20]</w:t>
      </w:r>
    </w:p>
    <w:p>
      <w:r>
        <w:rPr>
          <w:rFonts w:ascii="Gentium Plus" w:hAnsi="Gentium Plus"/>
          <w:sz w:val="24"/>
        </w:rPr>
        <w:t>Ἀγαστόρων. τῶν ὁμογαστόρων· τῶν ἀδελφῶν. οὕτως Λυκόφρων. Ἀγλαόκοιτος. ὁ πάνυ τίμιος.</w:t>
      </w:r>
    </w:p>
    <w:p>
      <w:r>
        <w:rPr>
          <w:rFonts w:ascii="Courier New" w:hAnsi="Courier New"/>
          <w:color w:val="555555"/>
          <w:sz w:val="20"/>
        </w:rPr>
        <w:t>[alpha 23]</w:t>
      </w:r>
    </w:p>
    <w:p>
      <w:r>
        <w:rPr>
          <w:rFonts w:ascii="Gentium Plus" w:hAnsi="Gentium Plus"/>
          <w:sz w:val="24"/>
        </w:rPr>
        <w:t>Ἀγροῖκος. ὁ ἀμαθής. Ἄγροικος ὁ ἐν τῷ ἀγρῷ αὐλιζόμενος. Ἄγγαρος. ὁ ἄγγελος [οὕτως ὁ Ψελλός.] Ἀγωγεύς. τὸ σχοινίον.</w:t>
      </w:r>
    </w:p>
    <w:p>
      <w:r>
        <w:rPr>
          <w:rFonts w:ascii="Courier New" w:hAnsi="Courier New"/>
          <w:color w:val="555555"/>
          <w:sz w:val="20"/>
        </w:rPr>
        <w:t>[5]</w:t>
      </w:r>
    </w:p>
    <w:p>
      <w:r>
        <w:rPr>
          <w:rFonts w:ascii="Gentium Plus" w:hAnsi="Gentium Plus"/>
          <w:sz w:val="24"/>
        </w:rPr>
        <w:t>Ἄγκονες. τὰ δοράτια. Ἄγκουρος. τὸ μελίπηκτον.</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[Ἀγαθῶν ἀγαθίδες. τάττεται ἡ παροιμία παρὰ τοῖς κωμικοῖς ἐπὶ τῶν πολλῶν ἀγαθῶν.]</w:t>
      </w:r>
    </w:p>
    <w:p>
      <w:r>
        <w:rPr>
          <w:rFonts w:ascii="Courier New" w:hAnsi="Courier New"/>
          <w:color w:val="555555"/>
          <w:sz w:val="20"/>
        </w:rPr>
        <w:t>[10]</w:t>
      </w:r>
    </w:p>
    <w:p>
      <w:r>
        <w:rPr>
          <w:rFonts w:ascii="Gentium Plus" w:hAnsi="Gentium Plus"/>
          <w:sz w:val="24"/>
        </w:rPr>
        <w:t>[Ἀγανοφροσύνη. προσήνεια· πραότης.] [Ἀγανώπιδος. πραέα βλεπούσης.] Ἀγχίνοια. ἡ ὀξύτης τοῦ νοὸς, παραχρῆμα εὑρε‐ τικὴ τοῦ δέοντος. Ἀγχιστῖναι. πυκναί.</w:t>
      </w:r>
    </w:p>
    <w:p>
      <w:r>
        <w:rPr>
          <w:rFonts w:ascii="Courier New" w:hAnsi="Courier New"/>
          <w:color w:val="555555"/>
          <w:sz w:val="20"/>
        </w:rPr>
        <w:t>[15]</w:t>
      </w:r>
    </w:p>
    <w:p>
      <w:r>
        <w:rPr>
          <w:rFonts w:ascii="Gentium Plus" w:hAnsi="Gentium Plus"/>
          <w:sz w:val="24"/>
        </w:rPr>
        <w:t>Ἀγάπη. ἄπαυστος πρόθεσις ἐπὶ τῇ φιλίᾳ τοῦ φιλουμένου, καὶ τοῦ προτιμᾷν ἑαυτοῦ ἀεὶ ἀπόν‐ τα καὶ παρόντα τὸν ἠγαπημένον· ἢ ἡ τῶν ἀν‐ θρώπων πρὸς ἀλλήλους συμψυχία. Ἀγάπη θεοῦ. ἀπόθεσις πάσης ἐννοίας καὶ παν‐</w:t>
      </w:r>
    </w:p>
    <w:p>
      <w:r>
        <w:rPr>
          <w:rFonts w:ascii="Courier New" w:hAnsi="Courier New"/>
          <w:color w:val="555555"/>
          <w:sz w:val="20"/>
        </w:rPr>
        <w:t>[20]</w:t>
      </w:r>
    </w:p>
    <w:p>
      <w:r>
        <w:rPr>
          <w:rFonts w:ascii="Gentium Plus" w:hAnsi="Gentium Plus"/>
          <w:sz w:val="24"/>
        </w:rPr>
        <w:t>τοίας πρὸς μόνον ἀτενίζουσα καὶ ἐκεῖ ἀσχολου‐ μένη.</w:t>
      </w:r>
    </w:p>
    <w:p>
      <w:r>
        <w:rPr>
          <w:rFonts w:ascii="Courier New" w:hAnsi="Courier New"/>
          <w:color w:val="555555"/>
          <w:sz w:val="20"/>
        </w:rPr>
        <w:t>[alpha 24]</w:t>
      </w:r>
    </w:p>
    <w:p>
      <w:r>
        <w:rPr>
          <w:rFonts w:ascii="Gentium Plus" w:hAnsi="Gentium Plus"/>
          <w:sz w:val="24"/>
        </w:rPr>
        <w:t>Ἀγκαρία. ἡ ἐκ βίας καὶ ἀκούσιος ὑπηρεσία. Ἀγγελία. ἡ φήμη. Ἀγιστία καὶ ἁγιαστία. ἡ καθαρότης· ἡ ἁγιω‐ σύνη. ποτὲ δὲ [καὶ] ἡ ἀκαθαρσία.</w:t>
      </w:r>
    </w:p>
    <w:p>
      <w:r>
        <w:rPr>
          <w:rFonts w:ascii="Courier New" w:hAnsi="Courier New"/>
          <w:color w:val="555555"/>
          <w:sz w:val="20"/>
        </w:rPr>
        <w:t>[5]</w:t>
      </w:r>
    </w:p>
    <w:p>
      <w:r>
        <w:rPr>
          <w:rFonts w:ascii="Gentium Plus" w:hAnsi="Gentium Plus"/>
          <w:sz w:val="24"/>
        </w:rPr>
        <w:t>Ἄγρα. ἡ θῆρα. Ἀγυιά. ῥύμη· ἄμφοδος· παρὰ τὸ ἄγω τὸ πορεύο‐ μαι. τινὲς δὲ περισπῶσι τὸ ἀγυιᾶ ἐπ’ εὐθείας. Ἀγχιστεία. ἡ συγγένεια. Ἁγιότης ἡ παντὸς ἄγους ἐλευθέρα καὶ παντελὴς</w:t>
      </w:r>
    </w:p>
    <w:p>
      <w:r>
        <w:rPr>
          <w:rFonts w:ascii="Courier New" w:hAnsi="Courier New"/>
          <w:color w:val="555555"/>
          <w:sz w:val="20"/>
        </w:rPr>
        <w:t>[10]</w:t>
      </w:r>
    </w:p>
    <w:p>
      <w:r>
        <w:rPr>
          <w:rFonts w:ascii="Gentium Plus" w:hAnsi="Gentium Plus"/>
          <w:sz w:val="24"/>
        </w:rPr>
        <w:t>καὶ πάντη ἄχραντος καθαρότης. [Ἀγή. θαῦμα· χαρά. ἀπιστία.] [Ἀγηνορίη. ἡ αὐθάδεια.] Ἀγαθοεργία. προθυμία ἔργου ἀγαθοῦ. Ἀγχίθυροι. αἱ ὡς σύνεγγυς τινὸς θύραι. ἀντ’</w:t>
      </w:r>
    </w:p>
    <w:p>
      <w:r>
        <w:rPr>
          <w:rFonts w:ascii="Courier New" w:hAnsi="Courier New"/>
          <w:color w:val="555555"/>
          <w:sz w:val="20"/>
        </w:rPr>
        <w:t>[15]</w:t>
      </w:r>
    </w:p>
    <w:p>
      <w:r>
        <w:rPr>
          <w:rFonts w:ascii="Gentium Plus" w:hAnsi="Gentium Plus"/>
          <w:sz w:val="24"/>
        </w:rPr>
        <w:t>ἄλλης τῇ ἀδηλίᾳ εἰς ἄλλην εἰσάγουσαι. Ἁγνεία. ἐπίτασις σωφροσύνης. Ἄγλιθες. αἱ κεφαλαὶ τῶν σκορόδων. [Ἀριστοφά‐ νης· ὡς ἀρουραῖοι μύες ὀρύσσετε πασσάλῳ τὰς ἄγλιθας.]</w:t>
      </w:r>
    </w:p>
    <w:p>
      <w:r>
        <w:rPr>
          <w:rFonts w:ascii="Courier New" w:hAnsi="Courier New"/>
          <w:color w:val="555555"/>
          <w:sz w:val="20"/>
        </w:rPr>
        <w:t>[20]</w:t>
      </w:r>
    </w:p>
    <w:p>
      <w:r>
        <w:rPr>
          <w:rFonts w:ascii="Gentium Plus" w:hAnsi="Gentium Plus"/>
          <w:sz w:val="24"/>
        </w:rPr>
        <w:t>Ἀγανάκτησις. βάρος· ἄχθος. Ἀγκάς. τὰς ἀγκάλας.</w:t>
      </w:r>
    </w:p>
    <w:p>
      <w:r>
        <w:rPr>
          <w:rFonts w:ascii="Courier New" w:hAnsi="Courier New"/>
          <w:color w:val="555555"/>
          <w:sz w:val="20"/>
        </w:rPr>
        <w:t>[alpha 25]</w:t>
      </w:r>
    </w:p>
    <w:p>
      <w:r>
        <w:rPr>
          <w:rFonts w:ascii="Gentium Plus" w:hAnsi="Gentium Plus"/>
          <w:sz w:val="24"/>
        </w:rPr>
        <w:t>Ἀγωγή. ἡ παίδευσις. Ἀγκοίνη. ἡ ἀγκάλη. Ἀγάθεια. πόλις Φωκίδος. [ὁ πολίτης Ἀγαθεύς.] [Ἀγάπη. ἀπόθεσις παντοίας ἐννοίας, παρὰ τὸ</w:t>
      </w:r>
    </w:p>
    <w:p>
      <w:r>
        <w:rPr>
          <w:rFonts w:ascii="Courier New" w:hAnsi="Courier New"/>
          <w:color w:val="555555"/>
          <w:sz w:val="20"/>
        </w:rPr>
        <w:t>[5]</w:t>
      </w:r>
    </w:p>
    <w:p>
      <w:r>
        <w:rPr>
          <w:rFonts w:ascii="Gentium Plus" w:hAnsi="Gentium Plus"/>
          <w:sz w:val="24"/>
        </w:rPr>
        <w:t>ἄγαν πιότητα ἔχειν.] Ἀγεληεία. ἡ Ἀθηνᾶ. ἡ ἄγουσα λεῖαν ἀπὸ τοῦ πολέμου· ὅ ἐστιν ἡ λαφυραγωγός. Ἄγνοια. διάζευξις τῶν ἐγνωκότων καὶ ἐγνωσμένων, νοούντων καὶ νοουμένων. ἢ ἡ τῆς κατὰ γνῶσιν</w:t>
      </w:r>
    </w:p>
    <w:p>
      <w:r>
        <w:rPr>
          <w:rFonts w:ascii="Courier New" w:hAnsi="Courier New"/>
          <w:color w:val="555555"/>
          <w:sz w:val="20"/>
        </w:rPr>
        <w:t>[10]</w:t>
      </w:r>
    </w:p>
    <w:p>
      <w:r>
        <w:rPr>
          <w:rFonts w:ascii="Gentium Plus" w:hAnsi="Gentium Plus"/>
          <w:sz w:val="24"/>
        </w:rPr>
        <w:t>ἐνεργείας ἀναίρεσις. εἴτις λέγει ἄγνοιαν εἶναι στέρησιν ἐπιστήμης, ἁμαρτάνει. ἔστι δὲ ἄγνοια ἕξις μοχθηρὰ καὶ ἠπατημένη. Ἀγωνία. φόβος πτώσεως ἢ ἥττης. ἐπὶ τοῦ εἰς ἀγῶνα μέλλοντος ἀπιέναι. [καταχρηστικῶς δὲ</w:t>
      </w:r>
    </w:p>
    <w:p>
      <w:r>
        <w:rPr>
          <w:rFonts w:ascii="Courier New" w:hAnsi="Courier New"/>
          <w:color w:val="555555"/>
          <w:sz w:val="20"/>
        </w:rPr>
        <w:t>[15]</w:t>
      </w:r>
    </w:p>
    <w:p>
      <w:r>
        <w:rPr>
          <w:rFonts w:ascii="Gentium Plus" w:hAnsi="Gentium Plus"/>
          <w:sz w:val="24"/>
        </w:rPr>
        <w:t>καὶ ἐπὶ τοῦ ἁπλοῦ φόβου. Ξενοφῶν δὲ τὸ ἀγω‐ νίᾳ. ἐν τῷ ἀγῶνι καὶ ὁ φόβος.] Ἀγκύλη. τὸ ὄπισθεν τοῦ γόνατος. ἢ τοῦ ἀγκῶ‐ νος ἡ κάμψις. [Ἀγκοίνη. ἀπὸ τῆς ἀγκῶνος ἀγκώνη καὶ ἀγκοίνη,</w:t>
      </w:r>
    </w:p>
    <w:p>
      <w:r>
        <w:rPr>
          <w:rFonts w:ascii="Courier New" w:hAnsi="Courier New"/>
          <w:color w:val="555555"/>
          <w:sz w:val="20"/>
        </w:rPr>
        <w:t>[20]</w:t>
      </w:r>
    </w:p>
    <w:p>
      <w:r>
        <w:rPr>
          <w:rFonts w:ascii="Gentium Plus" w:hAnsi="Gentium Plus"/>
          <w:sz w:val="24"/>
        </w:rPr>
        <w:t>ὅ ἐστιν ἡ ἀγκάλη.]</w:t>
      </w:r>
    </w:p>
    <w:p>
      <w:r>
        <w:rPr>
          <w:rFonts w:ascii="Courier New" w:hAnsi="Courier New"/>
          <w:color w:val="555555"/>
          <w:sz w:val="20"/>
        </w:rPr>
        <w:t>[alpha 26]</w:t>
      </w:r>
    </w:p>
    <w:p>
      <w:r>
        <w:rPr>
          <w:rFonts w:ascii="Gentium Plus" w:hAnsi="Gentium Plus"/>
          <w:sz w:val="24"/>
        </w:rPr>
        <w:t>Ἀγαθοθέλεια. ἡ τῶν ἀγαθῶν ἐκλογή. [οὐκ ἀρκεῖ τοῖς πράγμασιν ἡ ἀγαθοθέλεια μόνον, ἀλλὰ δεῖ καὶ ῥώμης καὶ ἐπιστρεφείας.] Ἀγελαία. σταφυλὴ ἡ εὐτελὴς καὶ μικρά.</w:t>
      </w:r>
    </w:p>
    <w:p>
      <w:r>
        <w:rPr>
          <w:rFonts w:ascii="Courier New" w:hAnsi="Courier New"/>
          <w:color w:val="555555"/>
          <w:sz w:val="20"/>
        </w:rPr>
        <w:t>[5]</w:t>
      </w:r>
    </w:p>
    <w:p>
      <w:r>
        <w:rPr>
          <w:rFonts w:ascii="Gentium Plus" w:hAnsi="Gentium Plus"/>
          <w:sz w:val="24"/>
        </w:rPr>
        <w:t>[Ἀγελαῖα δὲ, ἐπὶ οὐδετέρου, τὰ οὐ γενναῖα.] [Ἀγέληφιν. ἐκ τῆς ἀγέλης.] [Ἀγελείη. ἡ Ἀθηνᾶ. ἀπὸ τοῦ ἄγειν λείαν· του‐ τέστι στρατιωτική.] [Ἀγελαίη. ἡ Ἀθηνᾶ.]</w:t>
      </w:r>
    </w:p>
    <w:p>
      <w:r>
        <w:rPr>
          <w:rFonts w:ascii="Courier New" w:hAnsi="Courier New"/>
          <w:color w:val="555555"/>
          <w:sz w:val="20"/>
        </w:rPr>
        <w:t>[10]</w:t>
      </w:r>
    </w:p>
    <w:p>
      <w:r>
        <w:rPr>
          <w:rFonts w:ascii="Gentium Plus" w:hAnsi="Gentium Plus"/>
          <w:sz w:val="24"/>
        </w:rPr>
        <w:t>Ἀγκονίδες. αἱ ὑπηρέτιδες. [παρὰ τὸ ἐγκονεῖν, ὅ ἐστι μετὰ σπουδῆς ἐνεργεῖν.] Ἀγή. ἡ κλάσις τοῦ κύματος. [ἀπὸ τοῦ ἄγω, τὸ κλῶ, ἀγή.] Ἀγάθυρσος. πόλις Σικελίας· ὁ πολίτης Ἀγα‐</w:t>
      </w:r>
    </w:p>
    <w:p>
      <w:r>
        <w:rPr>
          <w:rFonts w:ascii="Courier New" w:hAnsi="Courier New"/>
          <w:color w:val="555555"/>
          <w:sz w:val="20"/>
        </w:rPr>
        <w:t>[15]</w:t>
      </w:r>
    </w:p>
    <w:p>
      <w:r>
        <w:rPr>
          <w:rFonts w:ascii="Gentium Plus" w:hAnsi="Gentium Plus"/>
          <w:sz w:val="24"/>
        </w:rPr>
        <w:t>θυρσαῖος. Ἄγρις. ἡ ὀδύνη. [ἐκ τούτου τὸ ἀγγρίζειν, ὅ ἐστι τὸ ὀδυνᾷν.] Ἀγκύλη. εἶδος ἀκοντίου. σημαίνει δὲ καὶ ἔργον τὶ</w:t>
      </w:r>
    </w:p>
    <w:p>
      <w:r>
        <w:rPr>
          <w:rFonts w:ascii="Courier New" w:hAnsi="Courier New"/>
          <w:color w:val="555555"/>
          <w:sz w:val="20"/>
        </w:rPr>
        <w:t>[alpha 27]</w:t>
      </w:r>
    </w:p>
    <w:p>
      <w:r>
        <w:rPr>
          <w:rFonts w:ascii="Gentium Plus" w:hAnsi="Gentium Plus"/>
          <w:sz w:val="24"/>
        </w:rPr>
        <w:t>Ἀγλαΐα. λαμπρότης. Ἀγλαομητία. ἡ μεγάλη καὶ λαμπρὰ βουλή. Ἀγονία. ἡ ἀτεκνία ἢ ἡ ἀκαρπία. [διεφθείρετο ἡ νεολαία καὶ ἦν ἀγονία.]</w:t>
      </w:r>
    </w:p>
    <w:p>
      <w:r>
        <w:rPr>
          <w:rFonts w:ascii="Courier New" w:hAnsi="Courier New"/>
          <w:color w:val="555555"/>
          <w:sz w:val="20"/>
        </w:rPr>
        <w:t>[5]</w:t>
      </w:r>
    </w:p>
    <w:p>
      <w:r>
        <w:rPr>
          <w:rFonts w:ascii="Gentium Plus" w:hAnsi="Gentium Plus"/>
          <w:sz w:val="24"/>
        </w:rPr>
        <w:t>Ἀγόνων χοῶν. τουτέστι τῶν ἐπὶ νεκροῖς χεομέ‐ νων θυσιῶν. Ἀγορά. ἡ ἐκκλησία καὶ ἡ συνάθροισις, ὅθεν καὶ ὁ Νέστωρ ἀγορήτης. Ἀγορανομίας. λογιστείας. εἴρηται δὲ ἐπὶ τῶν</w:t>
      </w:r>
    </w:p>
    <w:p>
      <w:r>
        <w:rPr>
          <w:rFonts w:ascii="Courier New" w:hAnsi="Courier New"/>
          <w:color w:val="555555"/>
          <w:sz w:val="20"/>
        </w:rPr>
        <w:t>[10]</w:t>
      </w:r>
    </w:p>
    <w:p>
      <w:r>
        <w:rPr>
          <w:rFonts w:ascii="Gentium Plus" w:hAnsi="Gentium Plus"/>
          <w:sz w:val="24"/>
        </w:rPr>
        <w:t>ἐπισκοπούντων τὰ τῶν πόλεων ὤνια. Ἀγοράς. ὁ Ὑπερίδης ἀντὶ τοῦ συνόδους. οὗτοι πολλάκις ἀγορὰς ποιοῦνται. Ἀγοραίαν δίκην. τὴν δικαιολογίαν. Ἀγορῆθεν. ἐκ τῆς ἀγορᾶς.</w:t>
      </w:r>
    </w:p>
    <w:p>
      <w:r>
        <w:rPr>
          <w:rFonts w:ascii="Courier New" w:hAnsi="Courier New"/>
          <w:color w:val="555555"/>
          <w:sz w:val="20"/>
        </w:rPr>
        <w:t>[15]</w:t>
      </w:r>
    </w:p>
    <w:p>
      <w:r>
        <w:rPr>
          <w:rFonts w:ascii="Gentium Plus" w:hAnsi="Gentium Plus"/>
          <w:sz w:val="24"/>
        </w:rPr>
        <w:t>Ἀγωγή. φορὰ τινῶν. ὃ καὶ παρακομίζειν λέγεται, ὡς λέγεται σίτου ἀγωγὴ ἢ οἴνου. Ἀγωγή. ἀναστροφή· τρόπος· ἢ κομιδὴ καὶ τὸ ἀγόμενον βάρος. ἀγωγὴ ἡ τῶν ἤθων τοῦ τρό‐ που κατακόσμησις· ὡς λέγεται παίδων ἀγωγή.</w:t>
      </w:r>
    </w:p>
    <w:p>
      <w:r>
        <w:rPr>
          <w:rFonts w:ascii="Courier New" w:hAnsi="Courier New"/>
          <w:color w:val="555555"/>
          <w:sz w:val="20"/>
        </w:rPr>
        <w:t>[20]</w:t>
      </w:r>
    </w:p>
    <w:p>
      <w:r>
        <w:rPr>
          <w:rFonts w:ascii="Gentium Plus" w:hAnsi="Gentium Plus"/>
          <w:sz w:val="24"/>
        </w:rPr>
        <w:t>Ἀγωγή. ἡ μεταβολή. Πολύβιος· ἤγαγε δὲ ὁ</w:t>
      </w:r>
    </w:p>
    <w:p>
      <w:r>
        <w:rPr>
          <w:rFonts w:ascii="Courier New" w:hAnsi="Courier New"/>
          <w:color w:val="555555"/>
          <w:sz w:val="20"/>
        </w:rPr>
        <w:t>[alpha 28]</w:t>
      </w:r>
    </w:p>
    <w:p>
      <w:r>
        <w:rPr>
          <w:rFonts w:ascii="Gentium Plus" w:hAnsi="Gentium Plus"/>
          <w:sz w:val="24"/>
        </w:rPr>
        <w:t>ἀγωγῆς μετεσχηκότα καὶ τριβὴν ἐν τοῖς πο‐ λεμικοῖς ἔχοντα σύμμετρον. Ἀγρεσία. ἡ ἄγρα. [οἱ τρισσοί τοι ταῦτα τὰ δίκτυα θῆκαν ὅμαιμοι,</w:t>
      </w:r>
    </w:p>
    <w:p>
      <w:r>
        <w:rPr>
          <w:rFonts w:ascii="Courier New" w:hAnsi="Courier New"/>
          <w:color w:val="555555"/>
          <w:sz w:val="20"/>
        </w:rPr>
        <w:t>[5]</w:t>
      </w:r>
    </w:p>
    <w:p>
      <w:r>
        <w:rPr>
          <w:rFonts w:ascii="Gentium Plus" w:hAnsi="Gentium Plus"/>
          <w:sz w:val="24"/>
        </w:rPr>
        <w:t>ἀγρότη Πὰν, ἄλλης ἄλλος ἐπ’ ἀγρεσίης.] Ἀγριᾶνες. τάξις στρατιωτική. Ἀγρίφη. δίκελλα, σκεῦος γεωργικὸν πολύγομφον. λέγεται δὲ καὶ ἡ σκάφη. [Ἀγρολέτειρα. ἡ Ἄρτεμις.]</w:t>
      </w:r>
    </w:p>
    <w:p>
      <w:r>
        <w:rPr>
          <w:rFonts w:ascii="Courier New" w:hAnsi="Courier New"/>
          <w:color w:val="555555"/>
          <w:sz w:val="20"/>
        </w:rPr>
        <w:t>[10]</w:t>
      </w:r>
    </w:p>
    <w:p>
      <w:r>
        <w:rPr>
          <w:rFonts w:ascii="Gentium Plus" w:hAnsi="Gentium Plus"/>
          <w:sz w:val="24"/>
        </w:rPr>
        <w:t>Ἀγροτέρας. ἀγρίου. ἐν ἐπιγραφῇ· τοῦτο σοὶ ἀγροτέρης Διονύσιος αὐτὸς ἐλαίης θῆκε ῥόπαλον. Ἀγροίλη. δῆμος ἐστὶ φυλῆς τῆς Ἐρεχθηΐδος. Ἄγυρις. συνάθροισις.</w:t>
      </w:r>
    </w:p>
    <w:p>
      <w:r>
        <w:rPr>
          <w:rFonts w:ascii="Courier New" w:hAnsi="Courier New"/>
          <w:color w:val="555555"/>
          <w:sz w:val="20"/>
        </w:rPr>
        <w:t>[15]</w:t>
      </w:r>
    </w:p>
    <w:p>
      <w:r>
        <w:rPr>
          <w:rFonts w:ascii="Gentium Plus" w:hAnsi="Gentium Plus"/>
          <w:sz w:val="24"/>
        </w:rPr>
        <w:t>†Ἄγη. ἔκπληξις.† [Ἀγχιστεία. ἡ μετουσία τῆς οὐσίας παρ’ Ἀρι‐ στοφάνει· νόθῳ μὴ εἶναι ἀγχιστείαν—] Ἀγχόνη. ὁ βρόχος· τὸ σχοινίον. ἀγχονὴ δὲ, ὀξυ‐</w:t>
      </w:r>
    </w:p>
    <w:p>
      <w:r>
        <w:rPr>
          <w:rFonts w:ascii="Courier New" w:hAnsi="Courier New"/>
          <w:color w:val="555555"/>
          <w:sz w:val="20"/>
        </w:rPr>
        <w:t>[20]</w:t>
      </w:r>
    </w:p>
    <w:p>
      <w:r>
        <w:rPr>
          <w:rFonts w:ascii="Gentium Plus" w:hAnsi="Gentium Plus"/>
          <w:sz w:val="24"/>
        </w:rPr>
        <w:t>τόνως, τὸ πρᾶγμα, ἡ ἐνέργεια.</w:t>
      </w:r>
    </w:p>
    <w:p>
      <w:r>
        <w:rPr>
          <w:rFonts w:ascii="Courier New" w:hAnsi="Courier New"/>
          <w:color w:val="555555"/>
          <w:sz w:val="20"/>
        </w:rPr>
        <w:t>[alpha 29]</w:t>
      </w:r>
    </w:p>
    <w:p>
      <w:r>
        <w:rPr>
          <w:rFonts w:ascii="Gentium Plus" w:hAnsi="Gentium Plus"/>
          <w:sz w:val="24"/>
        </w:rPr>
        <w:t>Ἄγχουσα. εἶδος βοτάνης, ἧς ἡ ῥίζα ἐρυθρὰ, ᾗ ἐρυθραίνουσι τὰ πρόσωπα αἱ γυναῖκες. ἡ ἄγχους’ ὀδυνήσει σε καὶ τὸ σὸν ψιμμί‐ θιον.</w:t>
      </w:r>
    </w:p>
    <w:p>
      <w:r>
        <w:rPr>
          <w:rFonts w:ascii="Courier New" w:hAnsi="Courier New"/>
          <w:color w:val="555555"/>
          <w:sz w:val="20"/>
        </w:rPr>
        <w:t>[5]</w:t>
      </w:r>
    </w:p>
    <w:p>
      <w:r>
        <w:rPr>
          <w:rFonts w:ascii="Gentium Plus" w:hAnsi="Gentium Plus"/>
          <w:sz w:val="24"/>
        </w:rPr>
        <w:t>Ἀγρεῖφνα. γεωργικὸν ἐργαλεῖον, δι’ οὗ συνάγουσι τὸν χόρτον. Ἀγρυπνία. ἤτοι ἀϋπνία καὶ κατὰ πλεονασμὸν τοῦ γρ ἀγρυπνία. Ἀγαθωσύνην. τὴν ἀπηρτισμένην ἀρετὴν καλεῖ</w:t>
      </w:r>
    </w:p>
    <w:p>
      <w:r>
        <w:rPr>
          <w:rFonts w:ascii="Courier New" w:hAnsi="Courier New"/>
          <w:color w:val="555555"/>
          <w:sz w:val="20"/>
        </w:rPr>
        <w:t>[10]</w:t>
      </w:r>
    </w:p>
    <w:p>
      <w:r>
        <w:rPr>
          <w:rFonts w:ascii="Gentium Plus" w:hAnsi="Gentium Plus"/>
          <w:sz w:val="24"/>
        </w:rPr>
        <w:t>ὁ ἀπόστολος· ὅτι καὶ αὐτοὶ μεστοὶ ἐστὲ ἀγα‐ θωσύνης. τὸ δὲ μεστοὶ ἐπιτάσεως ἐστὶ ῥῆμα.</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Ἄγημα. τὸ προϊὼν τοῦ βασιλέως τάγμα. [Ἄγαλμα. πᾶν, ἐφ’ ᾧ τὶς ἀγάλλεται. καὶ δίδω‐</w:t>
      </w:r>
    </w:p>
    <w:p>
      <w:r>
        <w:rPr>
          <w:rFonts w:ascii="Courier New" w:hAnsi="Courier New"/>
          <w:color w:val="555555"/>
          <w:sz w:val="20"/>
        </w:rPr>
        <w:t>[15]</w:t>
      </w:r>
    </w:p>
    <w:p>
      <w:r>
        <w:rPr>
          <w:rFonts w:ascii="Gentium Plus" w:hAnsi="Gentium Plus"/>
          <w:sz w:val="24"/>
        </w:rPr>
        <w:t>σιν ἀργύριον, ἵνα ἐκπονήσῃ τὸ ἄγαλμα ἄκρης τέχνης προσθεὶς τὸ μέγεθος καὶ προσειπὼν τῆς λίθου τὴν φύσιν.] [Ἀγάλματα. τὰ τῶν θεῶν μιμήματα καὶ πάντα τὰ κόσμου τινὸς μετέχοντα.]</w:t>
      </w:r>
    </w:p>
    <w:p>
      <w:r>
        <w:rPr>
          <w:rFonts w:ascii="Courier New" w:hAnsi="Courier New"/>
          <w:color w:val="555555"/>
          <w:sz w:val="20"/>
        </w:rPr>
        <w:t>[20]</w:t>
      </w:r>
    </w:p>
    <w:p>
      <w:r>
        <w:rPr>
          <w:rFonts w:ascii="Gentium Plus" w:hAnsi="Gentium Plus"/>
          <w:sz w:val="24"/>
        </w:rPr>
        <w:t>Ἀγάλματα. ξόανα. ἀνδριάντες. [παρὰ τὸ ἀγάλ‐ λω· τοῦτο παρὰ τὸ αἴγλη.] [Ἀγέλαστα. τὰ μὴ γέλωτος ἄξια, ἀλλ’ ἀγανα‐</w:t>
      </w:r>
    </w:p>
    <w:p>
      <w:r>
        <w:rPr>
          <w:rFonts w:ascii="Courier New" w:hAnsi="Courier New"/>
          <w:color w:val="555555"/>
          <w:sz w:val="20"/>
        </w:rPr>
        <w:t>[alpha 30]</w:t>
      </w:r>
    </w:p>
    <w:p>
      <w:r>
        <w:rPr>
          <w:rFonts w:ascii="Gentium Plus" w:hAnsi="Gentium Plus"/>
          <w:sz w:val="24"/>
        </w:rPr>
        <w:t>Ἀγκύριον. πόλις Ἰταλίας. [ὁ πολίτης Ἀγκύριος· ἢ Ἀγκυρεὺς, ὡς Σκυτιεύς. ἢ Ἀγκυριανὸς, ὡς Ἀδριανός.] Ἀγέννητον. οὗ κατ’ οὐσίαν ὑπάρχοντος οὐδὲν προσ‐</w:t>
      </w:r>
    </w:p>
    <w:p>
      <w:r>
        <w:rPr>
          <w:rFonts w:ascii="Courier New" w:hAnsi="Courier New"/>
          <w:color w:val="555555"/>
          <w:sz w:val="20"/>
        </w:rPr>
        <w:t>[5]</w:t>
      </w:r>
    </w:p>
    <w:p>
      <w:r>
        <w:rPr>
          <w:rFonts w:ascii="Gentium Plus" w:hAnsi="Gentium Plus"/>
          <w:sz w:val="24"/>
        </w:rPr>
        <w:t>επινοεῖται τῶν ὄντων. Ἀγκύλον. παρὰ τὸ ἄγω γίνεται. σημαίνει δὲ γ. τὸ σκολιὸν καὶ περιφερὲς κατὰ σχῆμα, ὡς ἐν τῷ· —ἀγκύλα τόξα— καὶ τὸ ἰσχυρὸν, ὡς ἐν τῷ·</w:t>
      </w:r>
    </w:p>
    <w:p>
      <w:r>
        <w:rPr>
          <w:rFonts w:ascii="Courier New" w:hAnsi="Courier New"/>
          <w:color w:val="555555"/>
          <w:sz w:val="20"/>
        </w:rPr>
        <w:t>[10]</w:t>
      </w:r>
    </w:p>
    <w:p>
      <w:r>
        <w:rPr>
          <w:rFonts w:ascii="Gentium Plus" w:hAnsi="Gentium Plus"/>
          <w:sz w:val="24"/>
        </w:rPr>
        <w:t>ἀγκύλον ἅρμα. οὕτως εὗρον ἐν ὑπομνήμασιν Ἰλιάδος. Ἀγλαά. τὰ λαμπρά. [παρὰ τὸ ἄγαν ἅλλεσθαι ἀγαλάα καὶ κατὰ συγκοπὴν ἀγλαά· ἢ παρὰ τὴν αἴγλην.]</w:t>
      </w:r>
    </w:p>
    <w:p>
      <w:r>
        <w:rPr>
          <w:rFonts w:ascii="Courier New" w:hAnsi="Courier New"/>
          <w:color w:val="555555"/>
          <w:sz w:val="20"/>
        </w:rPr>
        <w:t>[15]</w:t>
      </w:r>
    </w:p>
    <w:p>
      <w:r>
        <w:rPr>
          <w:rFonts w:ascii="Gentium Plus" w:hAnsi="Gentium Plus"/>
          <w:sz w:val="24"/>
        </w:rPr>
        <w:t>Ἁγίασμα. ὁ θεῖος νεώς. Δαβίδ· ἐγεννήθη Ἰου‐ δαίων ἁγίασμα [αὐτοῦ.] Ἄγκη καὶ ἄγκεα. οἱ φαραγκώδεις [καὶ ἀγκω‐ νοειδεῖς] καὶ σκοτοειδεῖς τόποι καὶ κοῖλοι καὶ καταδύσεις ἔχοντες. ἢ σύνδενδροι καὶ ὑλώδεις</w:t>
      </w:r>
    </w:p>
    <w:p>
      <w:r>
        <w:rPr>
          <w:rFonts w:ascii="Courier New" w:hAnsi="Courier New"/>
          <w:color w:val="555555"/>
          <w:sz w:val="20"/>
        </w:rPr>
        <w:t>[20]</w:t>
      </w:r>
    </w:p>
    <w:p>
      <w:r>
        <w:rPr>
          <w:rFonts w:ascii="Gentium Plus" w:hAnsi="Gentium Plus"/>
          <w:sz w:val="24"/>
        </w:rPr>
        <w:t>τόποι [καὶ ὑψηλοί. ἐν ἐπιγράμματι· θηροβόλει τούτῳ δ’ ἄγκεσι θηροτόκοις. καὶ ἐν ἑτέρῳ· ποσὶ δ’ αὖ ἐλθεῖν ἄγκος ἐς ὑψικάρηνον</w:t>
      </w:r>
    </w:p>
    <w:p>
      <w:r>
        <w:rPr>
          <w:rFonts w:ascii="Courier New" w:hAnsi="Courier New"/>
          <w:color w:val="555555"/>
          <w:sz w:val="20"/>
        </w:rPr>
        <w:t>[alpha 31]</w:t>
      </w:r>
    </w:p>
    <w:p>
      <w:r>
        <w:rPr>
          <w:rFonts w:ascii="Gentium Plus" w:hAnsi="Gentium Plus"/>
          <w:sz w:val="24"/>
        </w:rPr>
        <w:t>εἴρηται δὲ ἀπὸ τοῦ συγκεκλεῖσθαι καὶ συνάγε‐ σθαι ἐν αὐτοῖς τὰ ξύλα. παρὰ τὸ ἄγω τὸ φέ‐ ρω, ἄγη καὶ πλεονασμῷ τοῦ κ ἄγκη.] Ἀγαθικά. τὰ σπουδαῖα.</w:t>
      </w:r>
    </w:p>
    <w:p>
      <w:r>
        <w:rPr>
          <w:rFonts w:ascii="Courier New" w:hAnsi="Courier New"/>
          <w:color w:val="555555"/>
          <w:sz w:val="20"/>
        </w:rPr>
        <w:t>[5]</w:t>
      </w:r>
    </w:p>
    <w:p>
      <w:r>
        <w:rPr>
          <w:rFonts w:ascii="Gentium Plus" w:hAnsi="Gentium Plus"/>
          <w:sz w:val="24"/>
        </w:rPr>
        <w:t>Ἀγαπητὰ ἤθη. καλὰ καὶ σπουδαῖα καὶ ἀγαθά. Ἀγάσματα. τὰ σεβάσματα. Ἀγαυρίαμα. ἔπαρμα. [παρὰ τὸ γαίω τὸ γαυριῶ γίνεται γαῦρος, τροπῇ τοῦ ι εἰς υ, ὡς κλαίω, κλαύσω. καὶ ἐν ἐπιτάσει τοῦ α ἀγαυρὸς καὶ</w:t>
      </w:r>
    </w:p>
    <w:p>
      <w:r>
        <w:rPr>
          <w:rFonts w:ascii="Courier New" w:hAnsi="Courier New"/>
          <w:color w:val="555555"/>
          <w:sz w:val="20"/>
        </w:rPr>
        <w:t>[10]</w:t>
      </w:r>
    </w:p>
    <w:p>
      <w:r>
        <w:rPr>
          <w:rFonts w:ascii="Gentium Plus" w:hAnsi="Gentium Plus"/>
          <w:sz w:val="24"/>
        </w:rPr>
        <w:t>ἀγαυρίαμα. καὶ γαυριᾷν τὸ μεγάλα ἐπαίρε‐ σθαι.] Ἀγγεῖον. ἀπὸ τοῦ ἄγειν ἐφ’ ἑαυτῷ καὶ φέρειν τι. [Ἀγγείδιον. τὸ μικρὸν ἀγγεῖον.] Ἄγκιστρον. παρὰ τὸ ἄγω, ἄγιστρον καὶ ἄγκι‐</w:t>
      </w:r>
    </w:p>
    <w:p>
      <w:r>
        <w:rPr>
          <w:rFonts w:ascii="Courier New" w:hAnsi="Courier New"/>
          <w:color w:val="555555"/>
          <w:sz w:val="20"/>
        </w:rPr>
        <w:t>[15]</w:t>
      </w:r>
    </w:p>
    <w:p>
      <w:r>
        <w:rPr>
          <w:rFonts w:ascii="Gentium Plus" w:hAnsi="Gentium Plus"/>
          <w:sz w:val="24"/>
        </w:rPr>
        <w:t>στρον. Ἀγριωπόν. τὸ ἀγριόφθαλμον. Ἀγχώμαλον. †τὸ ἰσόστεον.† τὸ ἰσόπεδον. Ἀγαθόν. οὗ πάντα ἐφίεται. καὶ ἀγαθὸν λέγεται τὸ δι’ ἑαυτὸ φύσει ἀναγκαῖον.</w:t>
      </w:r>
    </w:p>
    <w:p>
      <w:r>
        <w:rPr>
          <w:rFonts w:ascii="Courier New" w:hAnsi="Courier New"/>
          <w:color w:val="555555"/>
          <w:sz w:val="20"/>
        </w:rPr>
        <w:t>[20]</w:t>
      </w:r>
    </w:p>
    <w:p>
      <w:r>
        <w:rPr>
          <w:rFonts w:ascii="Gentium Plus" w:hAnsi="Gentium Plus"/>
          <w:sz w:val="24"/>
        </w:rPr>
        <w:t>Ἅγια· ἁγίων ἅγια. τὰ ἐντὸς τοῦ καταπετά‐ σματος. ἁγίων τῶν ἐκτὸς τοῦ καταπετάσματος. Ἀγώγιον. τὸ ἀγόμενον βάρος ἐπὶ τῆς ἁμάξης.</w:t>
      </w:r>
    </w:p>
    <w:p>
      <w:r>
        <w:rPr>
          <w:rFonts w:ascii="Courier New" w:hAnsi="Courier New"/>
          <w:color w:val="555555"/>
          <w:sz w:val="20"/>
        </w:rPr>
        <w:t>[alpha 32]</w:t>
      </w:r>
    </w:p>
    <w:p>
      <w:r>
        <w:rPr>
          <w:rFonts w:ascii="Gentium Plus" w:hAnsi="Gentium Plus"/>
          <w:sz w:val="24"/>
        </w:rPr>
        <w:t>Ἀγωγίμων. φορτίων βασταζομένων ἢ ἐμπορικῶν. [αὐτοὺς μὲν τοὺς ἐμπόρους ἀπαθεῖς κακῶν. δια‐ σῶσαι· τὰ δὲ ἀγώγιμα σφίσιν ἀνασώσασθαι.] †Ἀγάννιφον. τὸ λίαν χιονιζόμενον ὄρος. οὕτως</w:t>
      </w:r>
    </w:p>
    <w:p>
      <w:r>
        <w:rPr>
          <w:rFonts w:ascii="Courier New" w:hAnsi="Courier New"/>
          <w:color w:val="555555"/>
          <w:sz w:val="20"/>
        </w:rPr>
        <w:t>[5]</w:t>
      </w:r>
    </w:p>
    <w:p>
      <w:r>
        <w:rPr>
          <w:rFonts w:ascii="Gentium Plus" w:hAnsi="Gentium Plus"/>
          <w:sz w:val="24"/>
        </w:rPr>
        <w:t>Ὅμηρος.† Ἄγανον. τὸ φρυγανῶδες ξύλον καὶ ἕτοιμον κατ‐ εαγῆναι. Ἀγχίστροφον. τὸ εὐθέως στρεφόμενον. Ἀγαλλίαμα. καύχημα· δόξασμα· χαροποίημα.</w:t>
      </w:r>
    </w:p>
    <w:p>
      <w:r>
        <w:rPr>
          <w:rFonts w:ascii="Courier New" w:hAnsi="Courier New"/>
          <w:color w:val="555555"/>
          <w:sz w:val="20"/>
        </w:rPr>
        <w:t>[10]</w:t>
      </w:r>
    </w:p>
    <w:p>
      <w:r>
        <w:rPr>
          <w:rFonts w:ascii="Gentium Plus" w:hAnsi="Gentium Plus"/>
          <w:sz w:val="24"/>
        </w:rPr>
        <w:t>Ἀγρετά. λεπτά. Ἀγχίαλον. τὸ παραθαλάσσιον. Ἀγχίμολον. τὸ μετ’ ὀλίγον ἐγγύς. Ἀγκύλια. οἱ κρίκοι τῶν ἁλύσεων. Ἀγκυροβόλιον. τὸ σίδηρον τοῦ πλοίου.</w:t>
      </w:r>
    </w:p>
    <w:p>
      <w:r>
        <w:rPr>
          <w:rFonts w:ascii="Courier New" w:hAnsi="Courier New"/>
          <w:color w:val="555555"/>
          <w:sz w:val="20"/>
        </w:rPr>
        <w:t>[15]</w:t>
      </w:r>
    </w:p>
    <w:p>
      <w:r>
        <w:rPr>
          <w:rFonts w:ascii="Gentium Plus" w:hAnsi="Gentium Plus"/>
          <w:sz w:val="24"/>
        </w:rPr>
        <w:t>Ἀγκύρισμα. εἶδος παλαίσματος καὶ σκεῦος ἀγρευ‐ τικὸν σύκων. Ἀγλευκές. τὸ ἀηδές. Ἀγλευκέστερον. ἀηδέστερον. Ἄγμασι. κλάσμασι· τροπαῖς. [ἄγματα ἀμφο‐</w:t>
      </w:r>
    </w:p>
    <w:p>
      <w:r>
        <w:rPr>
          <w:rFonts w:ascii="Courier New" w:hAnsi="Courier New"/>
          <w:color w:val="555555"/>
          <w:sz w:val="20"/>
        </w:rPr>
        <w:t>[20]</w:t>
      </w:r>
    </w:p>
    <w:p>
      <w:r>
        <w:rPr>
          <w:rFonts w:ascii="Gentium Plus" w:hAnsi="Gentium Plus"/>
          <w:sz w:val="24"/>
        </w:rPr>
        <w:t>ρέων εἰς τὰ ἑλώδη τῶν χωρίων λάθρα ἐμβε‐ βλήκεσαν.]</w:t>
      </w:r>
    </w:p>
    <w:p>
      <w:r>
        <w:rPr>
          <w:rFonts w:ascii="Courier New" w:hAnsi="Courier New"/>
          <w:color w:val="555555"/>
          <w:sz w:val="20"/>
        </w:rPr>
        <w:t>[alpha 33]</w:t>
      </w:r>
    </w:p>
    <w:p>
      <w:r>
        <w:rPr>
          <w:rFonts w:ascii="Gentium Plus" w:hAnsi="Gentium Plus"/>
          <w:sz w:val="24"/>
        </w:rPr>
        <w:t>Ἀγραφίου δίκη. τῶν ἐκ καταδίκης ὠφληκότων τῷ δημοσίῳ γράφουσι τὰ ὀνόματα ἐν σανίσιν οἱ κατὰ καιρὸν περὶ τούτων διοικοῦντες προστι‐ θέντες ἀνὰ πόσον ἐστὶ τὸ ὄφλημα.</w:t>
      </w:r>
    </w:p>
    <w:p>
      <w:r>
        <w:rPr>
          <w:rFonts w:ascii="Courier New" w:hAnsi="Courier New"/>
          <w:color w:val="555555"/>
          <w:sz w:val="20"/>
        </w:rPr>
        <w:t>[5]</w:t>
      </w:r>
    </w:p>
    <w:p>
      <w:r>
        <w:rPr>
          <w:rFonts w:ascii="Gentium Plus" w:hAnsi="Gentium Plus"/>
          <w:sz w:val="24"/>
        </w:rPr>
        <w:t>Ἀγράφου μετάλλου δίκη. οἱ τὰ ἀργύρια μέ‐ ταλλα ἐργαζόμενοι ὅπου βούλοιντο καινοῦ ἔργου ἅψασθαι, φανερὸν ἐποιοῦντο τοῖς ἐπ’ ἐκεῖνα τε‐ ταγμένοις ὑπὸ τοῦ δήμου καὶ ἀπεγράφοντο τοῦ τελεῖν ἕνεκα τούτου τῷ δήμῳ εἰκοστὴν τετάρ‐</w:t>
      </w:r>
    </w:p>
    <w:p>
      <w:r>
        <w:rPr>
          <w:rFonts w:ascii="Courier New" w:hAnsi="Courier New"/>
          <w:color w:val="555555"/>
          <w:sz w:val="20"/>
        </w:rPr>
        <w:t>[10]</w:t>
      </w:r>
    </w:p>
    <w:p>
      <w:r>
        <w:rPr>
          <w:rFonts w:ascii="Gentium Plus" w:hAnsi="Gentium Plus"/>
          <w:sz w:val="24"/>
        </w:rPr>
        <w:t>την τοῦ καινοῦ μετάλλου. εἰ οὖν ἐδόκει λάθρα ἐργάζεσθαι μέταλλον τὸν μὴ ἀπογραψάμενον, ἐξῆν τῷ βουλομένῳ γράφεσθαι καὶ ἐλέγχειν. Ἀγρίδιον. Ἀγώνισμα. σπουδήν· ἐπιμέλειαν. ἀγώνισμα τί‐</w:t>
      </w:r>
    </w:p>
    <w:p>
      <w:r>
        <w:rPr>
          <w:rFonts w:ascii="Courier New" w:hAnsi="Courier New"/>
          <w:color w:val="555555"/>
          <w:sz w:val="20"/>
        </w:rPr>
        <w:t>[15]</w:t>
      </w:r>
    </w:p>
    <w:p>
      <w:r>
        <w:rPr>
          <w:rFonts w:ascii="Gentium Plus" w:hAnsi="Gentium Plus"/>
          <w:sz w:val="24"/>
        </w:rPr>
        <w:t>θεσθαι συλλαβεῖν αὐτόν. [καὶ Ἀριστοφάνης· λαβεῖν τε ἀγώνισμά τι τῆς ὁδοῦ. ἔπαθλον.] Ἀγαθόν. τὸ ἄκρως ἀγαθὸν μόνου θεοῦ. κἂν τούτῳ καὶ ἄνθρωποι ὀνομάζωνται κατὰ χάριν τούτου μετέχοντες, ὅπερ οἶμαι δηλοῦν καὶ τό·</w:t>
      </w:r>
    </w:p>
    <w:p>
      <w:r>
        <w:rPr>
          <w:rFonts w:ascii="Courier New" w:hAnsi="Courier New"/>
          <w:color w:val="555555"/>
          <w:sz w:val="20"/>
        </w:rPr>
        <w:t>[20]</w:t>
      </w:r>
    </w:p>
    <w:p>
      <w:r>
        <w:rPr>
          <w:rFonts w:ascii="Gentium Plus" w:hAnsi="Gentium Plus"/>
          <w:sz w:val="24"/>
        </w:rPr>
        <w:t>ἀγαθὸς ἄνθρωπος ἐκ τοῦ ἀγαθοῦ θησαυροῦ προβάλλει τὸ ἀγαθόν. [καὶ πρὸ τούτου πρὸς</w:t>
      </w:r>
    </w:p>
    <w:p>
      <w:r>
        <w:rPr>
          <w:rFonts w:ascii="Courier New" w:hAnsi="Courier New"/>
          <w:color w:val="555555"/>
          <w:sz w:val="20"/>
        </w:rPr>
        <w:t>[alpha 34]</w:t>
      </w:r>
    </w:p>
    <w:p>
      <w:r>
        <w:rPr>
          <w:rFonts w:ascii="Gentium Plus" w:hAnsi="Gentium Plus"/>
          <w:sz w:val="24"/>
        </w:rPr>
        <w:t>λειῶν· καὶ δώσει τὴν βασιλείαν τῷ ἀγαθῷ ὑπέρ σε.]</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Ἄγαμαι. θαυμάζω.</w:t>
      </w:r>
    </w:p>
    <w:p>
      <w:r>
        <w:rPr>
          <w:rFonts w:ascii="Courier New" w:hAnsi="Courier New"/>
          <w:color w:val="555555"/>
          <w:sz w:val="20"/>
        </w:rPr>
        <w:t>[5]</w:t>
      </w:r>
    </w:p>
    <w:p>
      <w:r>
        <w:rPr>
          <w:rFonts w:ascii="Gentium Plus" w:hAnsi="Gentium Plus"/>
          <w:sz w:val="24"/>
        </w:rPr>
        <w:t>[Ἄγαμαι καρδίας. ἀττικῶς ἀντὶ τοῦ θαυμά‐ ζω.] [Ἀγάμενος. θαυμάζων· ἀγάμενοι τοῦτον τῆς εὐ‐ ψυχίας ἐποχοῦσι τῷ ἵππῳ.] [Ἄγετε. τὸ ἡγεῖσθε καὶ οἴετε.]</w:t>
      </w:r>
    </w:p>
    <w:p>
      <w:r>
        <w:rPr>
          <w:rFonts w:ascii="Courier New" w:hAnsi="Courier New"/>
          <w:color w:val="555555"/>
          <w:sz w:val="20"/>
        </w:rPr>
        <w:t>[10]</w:t>
      </w:r>
    </w:p>
    <w:p>
      <w:r>
        <w:rPr>
          <w:rFonts w:ascii="Gentium Plus" w:hAnsi="Gentium Plus"/>
          <w:sz w:val="24"/>
        </w:rPr>
        <w:t>[Ἀγείρει. συνάγει. καὶ ἀγείρουσιν.] [Ἀγείρας. ὁ χωλός.] [Ἄγειν καὶ φέρειν. τὸ ληστεύειν καὶ ἁρπάζειν. ἄγειν δὲ καὶ ἀπάγειν χρήματα. καὶ ἐπὶ ἀψύ‐ χων. καὶ κομίζειν ἀδιαφόρως.]</w:t>
      </w:r>
    </w:p>
    <w:p>
      <w:r>
        <w:rPr>
          <w:rFonts w:ascii="Courier New" w:hAnsi="Courier New"/>
          <w:color w:val="555555"/>
          <w:sz w:val="20"/>
        </w:rPr>
        <w:t>[15]</w:t>
      </w:r>
    </w:p>
    <w:p>
      <w:r>
        <w:rPr>
          <w:rFonts w:ascii="Gentium Plus" w:hAnsi="Gentium Plus"/>
          <w:sz w:val="24"/>
        </w:rPr>
        <w:t>Ἄγειν ἐπὶ ἐμψύχων. φέρειν ἐπὶ ἀψύχων. Ἀγηόχασιν. ἤνεγκαν. [παρ’ οὐδενὶ εὑρίσκεται τῶν ἀκριβῶν ἀγηόχασιν, ἀλλ’ ἐν ἐπιστολῇ Φιλίππου τοῦ Μακεδόνος· οἱ δόκιμοι δὲ περὶ τὴν διάλεκτον, ἦχα, συνῆχα, ἐξῆχα λέγου‐</w:t>
      </w:r>
    </w:p>
    <w:p>
      <w:r>
        <w:rPr>
          <w:rFonts w:ascii="Courier New" w:hAnsi="Courier New"/>
          <w:color w:val="555555"/>
          <w:sz w:val="20"/>
        </w:rPr>
        <w:t>[20]</w:t>
      </w:r>
    </w:p>
    <w:p>
      <w:r>
        <w:rPr>
          <w:rFonts w:ascii="Gentium Plus" w:hAnsi="Gentium Plus"/>
          <w:sz w:val="24"/>
        </w:rPr>
        <w:t>σιν.]</w:t>
      </w:r>
    </w:p>
    <w:p>
      <w:r>
        <w:rPr>
          <w:rFonts w:ascii="Courier New" w:hAnsi="Courier New"/>
          <w:color w:val="555555"/>
          <w:sz w:val="20"/>
        </w:rPr>
        <w:t>[alpha 35]</w:t>
      </w:r>
    </w:p>
    <w:p>
      <w:r>
        <w:rPr>
          <w:rFonts w:ascii="Gentium Plus" w:hAnsi="Gentium Plus"/>
          <w:sz w:val="24"/>
        </w:rPr>
        <w:t>Ἁγιάσατε. προευτρεπίσατε. Ἁγιάσαι. καρπῶσαι. καῦσαι ἁγίως. Ἀγάλλει. σκευάζει· κοσμεῖ. [ποιεῖ.] Ἀγαλματοφορούμενος. ἀγάλματα ἤτοι τῶν νοη‐</w:t>
      </w:r>
    </w:p>
    <w:p>
      <w:r>
        <w:rPr>
          <w:rFonts w:ascii="Courier New" w:hAnsi="Courier New"/>
          <w:color w:val="555555"/>
          <w:sz w:val="20"/>
        </w:rPr>
        <w:t>[5]</w:t>
      </w:r>
    </w:p>
    <w:p>
      <w:r>
        <w:rPr>
          <w:rFonts w:ascii="Gentium Plus" w:hAnsi="Gentium Plus"/>
          <w:sz w:val="24"/>
        </w:rPr>
        <w:t>θέντων φέρων ἐν ἑαυτῷ. οὕτως Φίλων. Ἀγάλλων. ὁ ἑαυτὸν σεμνὸν ποιῶν· ἢ χαίρων. [Ἀγηγέρατο. συνηθροίζοντο.] Ἀγαίομαι. φθονοῦμαι. Ἄγε δῆτα. φέρε, κόμιζε δεῦρο. Διόγενες, ἄγε,</w:t>
      </w:r>
    </w:p>
    <w:p>
      <w:r>
        <w:rPr>
          <w:rFonts w:ascii="Courier New" w:hAnsi="Courier New"/>
          <w:color w:val="555555"/>
          <w:sz w:val="20"/>
        </w:rPr>
        <w:t>[10]</w:t>
      </w:r>
    </w:p>
    <w:p>
      <w:r>
        <w:rPr>
          <w:rFonts w:ascii="Gentium Plus" w:hAnsi="Gentium Plus"/>
          <w:sz w:val="24"/>
        </w:rPr>
        <w:t>λέγε, τίς ἔλαβέ σε μόρος ἐς ἄϊδος; ἔλαβέ με κυνὸς ὀδάξ. Ἀγηλατεῖν. διώκειν, φυγαδεύειν. [ἐὰν δασύνῃς, τὸ ἄγος καὶ τὸ μίασμα ἐλαύνειν· ἐὰν δὲ ψιλώ‐ σῃς, ἀντὶ τοῦ ἀπελάσειν.]</w:t>
      </w:r>
    </w:p>
    <w:p>
      <w:r>
        <w:rPr>
          <w:rFonts w:ascii="Courier New" w:hAnsi="Courier New"/>
          <w:color w:val="555555"/>
          <w:sz w:val="20"/>
        </w:rPr>
        <w:t>[15]</w:t>
      </w:r>
    </w:p>
    <w:p>
      <w:r>
        <w:rPr>
          <w:rFonts w:ascii="Gentium Plus" w:hAnsi="Gentium Plus"/>
          <w:sz w:val="24"/>
        </w:rPr>
        <w:t>Ἀγηγέρατο. συνηθροίζοντο. [ἐκ τοῦ ἀγείρω. ὁ μέλλων ἀγειρῶ. ὁ παρακείμενος ἤγερκα, ὁ πα‐ θητικὸς ἤγερμαι. τὸ γ. ἤγερται, καὶ ἰακῶς ἀγήγερται. εἶτα ὁ ὑπερσυντελικὸς ἠγέρμην, ἤγερτο καὶ ἀγήγερτο, καὶ ἰακῶς ἀγηγέρατο.]</w:t>
      </w:r>
    </w:p>
    <w:p>
      <w:r>
        <w:rPr>
          <w:rFonts w:ascii="Courier New" w:hAnsi="Courier New"/>
          <w:color w:val="555555"/>
          <w:sz w:val="20"/>
        </w:rPr>
        <w:t>[20]</w:t>
      </w:r>
    </w:p>
    <w:p>
      <w:r>
        <w:rPr>
          <w:rFonts w:ascii="Gentium Plus" w:hAnsi="Gentium Plus"/>
          <w:sz w:val="24"/>
        </w:rPr>
        <w:t>Ἀγινεῖ. ἀντὶ τοῦ φέρει. ἐκ τοῦ ἄγω τὸ φέρω γί‐ νεται. [κατὰ πλεονασμὸν τοῦ ν. ἄγω ἀγνῶ καὶ ἀγινῶ. τὸ δὲ ν πέφυκε πλεονάζειν.] Ἀγλαεῖσθαι. καλλωπίζεσθαι. ἀγλαΐζω, ἀγλαΐ‐</w:t>
      </w:r>
    </w:p>
    <w:p>
      <w:r>
        <w:rPr>
          <w:rFonts w:ascii="Courier New" w:hAnsi="Courier New"/>
          <w:color w:val="555555"/>
          <w:sz w:val="20"/>
        </w:rPr>
        <w:t>[alpha 36]</w:t>
      </w:r>
    </w:p>
    <w:p>
      <w:r>
        <w:rPr>
          <w:rFonts w:ascii="Gentium Plus" w:hAnsi="Gentium Plus"/>
          <w:sz w:val="24"/>
        </w:rPr>
        <w:t>Ἀγνοῶ. παρὰ τὸ νοῶ καὶ πλεονασμῷ τοῦ γ, γνοῶ, καὶ μετὰ τοῦ στερητικοῦ α, ἀγνοῶ. Ἀγορεύω. παρὰ τὸ ἀγορά. τοῦτο παρὰ τὸ ἀγεί‐ ρω. τοῦτο παρὰ τὸ ἄγω καὶ τὸ εἴρω τὸ λέγω.</w:t>
      </w:r>
    </w:p>
    <w:p>
      <w:r>
        <w:rPr>
          <w:rFonts w:ascii="Courier New" w:hAnsi="Courier New"/>
          <w:color w:val="555555"/>
          <w:sz w:val="20"/>
        </w:rPr>
        <w:t>[5]</w:t>
      </w:r>
    </w:p>
    <w:p>
      <w:r>
        <w:rPr>
          <w:rFonts w:ascii="Gentium Plus" w:hAnsi="Gentium Plus"/>
          <w:sz w:val="24"/>
        </w:rPr>
        <w:t>ὁ πρὸς τὸ λέγειν συναθροιζόμενος. †Ἀγωνιόντες. ἀντὶ τοῦ ἀγωνιζόμενοι.† Ἁγιασθέντων. ἀφιερωθέντων. Ἁγίσαι καὶ καθαγίσαι. τὸ καρπῶσαι. Ἀγκιστρεύει. ἀντὶ τοῦ δελεάζει.</w:t>
      </w:r>
    </w:p>
    <w:p>
      <w:r>
        <w:rPr>
          <w:rFonts w:ascii="Courier New" w:hAnsi="Courier New"/>
          <w:color w:val="555555"/>
          <w:sz w:val="20"/>
        </w:rPr>
        <w:t>[10]</w:t>
      </w:r>
    </w:p>
    <w:p>
      <w:r>
        <w:rPr>
          <w:rFonts w:ascii="Gentium Plus" w:hAnsi="Gentium Plus"/>
          <w:sz w:val="24"/>
        </w:rPr>
        <w:t>Ἀγκυρίσας. ἀντὶ τοῦ καταπαλαίσας. Ἀγγαροφορεῖν. ἐπὶ τοῦ φορτία φέρειν. Ἀγωνίζεσθαι περὶ πράγματος καὶ ἀγωνίζεσθαι περὶ πρᾶγμα. ἀνάγγειλον ἡμῖν περὶ τὸ πρᾶγμα ἠγωνίσω.</w:t>
      </w:r>
    </w:p>
    <w:p>
      <w:r>
        <w:rPr>
          <w:rFonts w:ascii="Courier New" w:hAnsi="Courier New"/>
          <w:color w:val="555555"/>
          <w:sz w:val="20"/>
        </w:rPr>
        <w:t>[15]</w:t>
      </w:r>
    </w:p>
    <w:p>
      <w:r>
        <w:rPr>
          <w:rFonts w:ascii="Gentium Plus" w:hAnsi="Gentium Plus"/>
          <w:sz w:val="24"/>
        </w:rPr>
        <w:t>Ἄγχειν. πνίγειν. [παρὰ τὸ ἄγω, ἄγειν, καὶ πλεονασμῷ τοῦ χ ἄγχειν.] Ἀγοράσω λέγουσι· τὸ δ’ ἀγορῶ βάρβαρον. Ἀγχλάσας. ἀναχλάσας, ἀναβαστάσας, ἀνα‐ κουφίσας.</w:t>
      </w:r>
    </w:p>
    <w:p>
      <w:r>
        <w:rPr>
          <w:rFonts w:ascii="Courier New" w:hAnsi="Courier New"/>
          <w:color w:val="555555"/>
          <w:sz w:val="20"/>
        </w:rPr>
        <w:t>[20]</w:t>
      </w:r>
    </w:p>
    <w:p>
      <w:r>
        <w:rPr>
          <w:rFonts w:ascii="Gentium Plus" w:hAnsi="Gentium Plus"/>
          <w:sz w:val="24"/>
        </w:rPr>
        <w:t>Ἀγώμενος. θαυμαζόμενος. Ἀγόμενος δέ· ὁ φερόμενος μικρόν. Ἀγωνιᾷν. ἀντὶ τοῦ ἀγωνίζεσθαι. [οὕτως Ἰσοκρά‐ της.]</w:t>
      </w:r>
    </w:p>
    <w:p>
      <w:r>
        <w:rPr>
          <w:rFonts w:ascii="Courier New" w:hAnsi="Courier New"/>
          <w:color w:val="555555"/>
          <w:sz w:val="20"/>
        </w:rPr>
        <w:t>[alpha 37]</w:t>
      </w:r>
    </w:p>
    <w:p>
      <w:r>
        <w:rPr>
          <w:rFonts w:ascii="Gentium Plus" w:hAnsi="Gentium Plus"/>
          <w:sz w:val="24"/>
        </w:rPr>
        <w:t>Ἀγωνιῶ. τὸ κινδυνεύω καὶ τὸ φοβοῦμαι. [ἀγύβιος· πολλαὶ δὲ πόλεις προσετίθεντο τῶν μεσογαίων τοῖς Ῥωμαίοις.] Ἀγωνιῶσαι τὰς πεζικὰς παρατάξεις καὶ δυνά‐</w:t>
      </w:r>
    </w:p>
    <w:p>
      <w:r>
        <w:rPr>
          <w:rFonts w:ascii="Courier New" w:hAnsi="Courier New"/>
          <w:color w:val="555555"/>
          <w:sz w:val="20"/>
        </w:rPr>
        <w:t>[5]</w:t>
      </w:r>
    </w:p>
    <w:p>
      <w:r>
        <w:rPr>
          <w:rFonts w:ascii="Gentium Plus" w:hAnsi="Gentium Plus"/>
          <w:sz w:val="24"/>
        </w:rPr>
        <w:t>μεις. Ἀγωνιῶντες. ἀντὶ τοῦ ἀγωνιζόμενοι. [οὕτως Ἰσο‐ κράτης.] Ἀγωνιῶν. δεδιώς. [ἀγωνιῶν δὲ τὴν ἀθεσίαν τῶν Κελτῶν καὶ τὰς βουλὰς τὰς περὶ τὸ σῶμα.]</w:t>
      </w:r>
    </w:p>
    <w:p>
      <w:r>
        <w:rPr>
          <w:rFonts w:ascii="Courier New" w:hAnsi="Courier New"/>
          <w:color w:val="555555"/>
          <w:sz w:val="20"/>
        </w:rPr>
        <w:t>[10]</w:t>
      </w:r>
    </w:p>
    <w:p>
      <w:r>
        <w:rPr>
          <w:rFonts w:ascii="Gentium Plus" w:hAnsi="Gentium Plus"/>
          <w:sz w:val="24"/>
        </w:rPr>
        <w:t>Ἀγρόμενοι. συναθροιζόμενοι. καὶ συναθροίζον‐ τες. ἀγρόμενοι πᾶς δῆμος. [σύνταξις πρὸς σχῆ‐ μα· ὁ δῆμος ἀγρόμενοι. ἐπεὶ ὁ δῆμος πλῆθος σημαίνει.] [Ἀγρώσσω. τὸ ἀγρεύω. Ὅμηρος· ἰχθῦς ἀγρώσ‐</w:t>
      </w:r>
    </w:p>
    <w:p>
      <w:r>
        <w:rPr>
          <w:rFonts w:ascii="Courier New" w:hAnsi="Courier New"/>
          <w:color w:val="555555"/>
          <w:sz w:val="20"/>
        </w:rPr>
        <w:t>[15]</w:t>
      </w:r>
    </w:p>
    <w:p>
      <w:r>
        <w:rPr>
          <w:rFonts w:ascii="Gentium Plus" w:hAnsi="Gentium Plus"/>
          <w:sz w:val="24"/>
        </w:rPr>
        <w:t>σω.] Ἄγνυται. κλᾶται. Ἀγρυγεῖται. ὑβρίζει. Ἀγχονῆσαι. πνίξαι. ἀπαγχονίσαι δὲ, τ. Ἀγνυμένων. συντριβομένων.</w:t>
      </w:r>
    </w:p>
    <w:p>
      <w:r>
        <w:rPr>
          <w:rFonts w:ascii="Courier New" w:hAnsi="Courier New"/>
          <w:color w:val="555555"/>
          <w:sz w:val="20"/>
        </w:rPr>
        <w:t>[20]</w:t>
      </w:r>
    </w:p>
    <w:p>
      <w:r>
        <w:rPr>
          <w:rFonts w:ascii="Gentium Plus" w:hAnsi="Gentium Plus"/>
          <w:sz w:val="24"/>
        </w:rPr>
        <w:t>Ἀγασάμενοι. θαυμάσαντες. Ἀγγεῖλαι. κυρίως, τὸ διὰ λόγων κελεύειν. [πα‐ ρὰ τὸ λέγω, ἀνλέγω· καὶ καθ’ ὑπερβιβασμὸν ἀγγέλω, τροπῇ τοῦ ν εἰς γ.] Ἀγῆλαι. τιμῆσαι, κοσμῆσαι, σεμνύναι. [εἰς ἄγα‐</w:t>
      </w:r>
    </w:p>
    <w:p>
      <w:r>
        <w:rPr>
          <w:rFonts w:ascii="Courier New" w:hAnsi="Courier New"/>
          <w:color w:val="555555"/>
          <w:sz w:val="20"/>
        </w:rPr>
        <w:t>[25]</w:t>
      </w:r>
    </w:p>
    <w:p>
      <w:r>
        <w:rPr>
          <w:rFonts w:ascii="Gentium Plus" w:hAnsi="Gentium Plus"/>
          <w:sz w:val="24"/>
        </w:rPr>
        <w:t>σιν καὶ χαρὰν ἀγαγεῖν. ἄγασιν δὲ λέγει τὸν θαυμασμένον.] Ἀγηλάειν. σώζειν.</w:t>
      </w:r>
    </w:p>
    <w:p>
      <w:r>
        <w:rPr>
          <w:rFonts w:ascii="Courier New" w:hAnsi="Courier New"/>
          <w:color w:val="555555"/>
          <w:sz w:val="20"/>
        </w:rPr>
        <w:t>[alpha 38]</w:t>
      </w:r>
    </w:p>
    <w:p>
      <w:r>
        <w:rPr>
          <w:rFonts w:ascii="Gentium Plus" w:hAnsi="Gentium Plus"/>
          <w:sz w:val="24"/>
        </w:rPr>
        <w:t>[Ἀγαπᾷν. ὅπέρ ἐστιν ἐξ ἀγάπης. λέγεται δὲ καὶ τὸ ἀρκεῖσθαι.] Ἁγιάσατε. ἀφορίσατε. Ἀγορεύων. δημηγορῶν.</w:t>
      </w:r>
    </w:p>
    <w:p>
      <w:r>
        <w:rPr>
          <w:rFonts w:ascii="Courier New" w:hAnsi="Courier New"/>
          <w:color w:val="555555"/>
          <w:sz w:val="20"/>
        </w:rPr>
        <w:t>[5]</w:t>
      </w:r>
    </w:p>
    <w:p>
      <w:r>
        <w:rPr>
          <w:rFonts w:ascii="Gentium Plus" w:hAnsi="Gentium Plus"/>
          <w:sz w:val="24"/>
        </w:rPr>
        <w:t>Ἀγρίσκεται. πικραίνεται. Ἀγασάμενος. θαυμάσας, καὶ ἀντὶ τοῦ φθονήσας. Ἀγκυλώμενος. ἀντὶ τοῦ ἀγκύλην ἔχων. ἔστι δὲ ἡ ἀγκύλη εἶδος ἀκοντίου. Ἀγχεμαχῶν. ὁ συστάδην καὶ πλησίον πολεμῶν.</w:t>
      </w:r>
    </w:p>
    <w:p>
      <w:r>
        <w:rPr>
          <w:rFonts w:ascii="Courier New" w:hAnsi="Courier New"/>
          <w:color w:val="555555"/>
          <w:sz w:val="20"/>
        </w:rPr>
        <w:t>[10]</w:t>
      </w:r>
    </w:p>
    <w:p>
      <w:r>
        <w:rPr>
          <w:rFonts w:ascii="Gentium Plus" w:hAnsi="Gentium Plus"/>
          <w:sz w:val="24"/>
        </w:rPr>
        <w:t>[καὶ ἀγχέμαχα ὅπλα, οἷον ἐστὶν ἡ σπάθη. ἑκηβόλα δὲ ὅπλα τὰ ἀπὸ τόξου πεμπόμενα βέλη. καὶ ὁ θεολόγος· ἀγχεμάχοις ὅπλοις, τοῖς ἀπὸ γλώσσης.]</w:t>
      </w:r>
    </w:p>
    <w:p>
      <w:pPr>
        <w:jc w:val="center"/>
      </w:pPr>
      <w:r>
        <w:rPr>
          <w:rFonts w:ascii="Gentium Plus" w:hAnsi="Gentium Plus"/>
          <w:b/>
          <w:sz w:val="24"/>
        </w:rPr>
        <w:t>(Ἐπίῤῥημα.)</w:t>
      </w:r>
    </w:p>
    <w:p>
      <w:r>
        <w:rPr>
          <w:rFonts w:ascii="Courier New" w:hAnsi="Courier New"/>
          <w:color w:val="555555"/>
          <w:sz w:val="20"/>
        </w:rPr>
        <w:t>[15]</w:t>
      </w:r>
    </w:p>
    <w:p>
      <w:r>
        <w:rPr>
          <w:rFonts w:ascii="Gentium Plus" w:hAnsi="Gentium Plus"/>
          <w:sz w:val="24"/>
        </w:rPr>
        <w:t>Ἀγεννῶς. ἀνάνδρως. Ἀγεληδόν. δίκην ἀγέλης ἠθροισμένοι. Ἄγχι. πλησίον. Ἀγχοῦ. ἀντὶ τοῦ ἐγγύς. Ἀγροίκως. ἀμαθῶς.</w:t>
      </w:r>
    </w:p>
    <w:p>
      <w:r>
        <w:rPr>
          <w:rFonts w:ascii="Courier New" w:hAnsi="Courier New"/>
          <w:color w:val="555555"/>
          <w:sz w:val="20"/>
        </w:rPr>
        <w:t>[20]</w:t>
      </w:r>
    </w:p>
    <w:p>
      <w:r>
        <w:rPr>
          <w:rFonts w:ascii="Gentium Plus" w:hAnsi="Gentium Plus"/>
          <w:sz w:val="24"/>
        </w:rPr>
        <w:t>Ἀγνωμόνως. ἀχαρίστως, [ἀμαθῶς ἢ] ἀνοήτως. [παρὰ Πλάτωνι.] Ἀγκράτος ἐλαύνονται. ἀντὶ τοῦ πάνυ ἐλαύ‐ νονται. οὕτως Ξενοφῶν.</w:t>
      </w:r>
    </w:p>
    <w:p>
      <w:pPr>
        <w:jc w:val="center"/>
      </w:pPr>
      <w:r>
        <w:rPr>
          <w:rFonts w:ascii="Gentium Plus" w:hAnsi="Gentium Plus"/>
          <w:b/>
          <w:sz w:val="24"/>
        </w:rPr>
        <w:t>Τὸ Α μετὰ τοῦ Δ.</w:t>
      </w:r>
    </w:p>
    <w:p>
      <w:r>
        <w:rPr>
          <w:rFonts w:ascii="Courier New" w:hAnsi="Courier New"/>
          <w:color w:val="555555"/>
          <w:sz w:val="20"/>
        </w:rPr>
        <w:t>[25]</w:t>
      </w:r>
    </w:p>
    <w:p>
      <w:r>
        <w:rPr>
          <w:rFonts w:ascii="Gentium Plus" w:hAnsi="Gentium Plus"/>
          <w:sz w:val="24"/>
        </w:rPr>
        <w:t>Ἀδαής. ὁ ἀμαθὴς, ὁ ἐστερημένος τοῦ δαίειν,</w:t>
      </w:r>
    </w:p>
    <w:p>
      <w:r>
        <w:rPr>
          <w:rFonts w:ascii="Courier New" w:hAnsi="Courier New"/>
          <w:color w:val="555555"/>
          <w:sz w:val="20"/>
        </w:rPr>
        <w:t>[alpha 39]</w:t>
      </w:r>
    </w:p>
    <w:p>
      <w:r>
        <w:rPr>
          <w:rFonts w:ascii="Gentium Plus" w:hAnsi="Gentium Plus"/>
          <w:sz w:val="24"/>
        </w:rPr>
        <w:t>[Ἀδεής. ἄφοβος. γράφεται καὶ ἀδειὴς, πλεονα‐ σμῷ τοῦ ι.] Ἀδρός. ὁ πλούσιος. Ἅδης. χωρίον ἀφεγγὲς, καὶ σκότους αἰωνίου πε‐</w:t>
      </w:r>
    </w:p>
    <w:p>
      <w:r>
        <w:rPr>
          <w:rFonts w:ascii="Courier New" w:hAnsi="Courier New"/>
          <w:color w:val="555555"/>
          <w:sz w:val="20"/>
        </w:rPr>
        <w:t>[5]</w:t>
      </w:r>
    </w:p>
    <w:p>
      <w:r>
        <w:rPr>
          <w:rFonts w:ascii="Gentium Plus" w:hAnsi="Gentium Plus"/>
          <w:sz w:val="24"/>
        </w:rPr>
        <w:t>πληρωμένον. Ἀδιάκριτος. ἀδιαχώριστος. λέγεται δὲ καὶ ἐπὶ τῶν μὴ γινωσκόντων τὰ δέοντα, ἢ ἀφρόνως φλυαρούντων. Ἀδέκαστος. ὁ μὴ δεχόμενος πρόσωπα ἢ δῶρα.</w:t>
      </w:r>
    </w:p>
    <w:p>
      <w:r>
        <w:rPr>
          <w:rFonts w:ascii="Courier New" w:hAnsi="Courier New"/>
          <w:color w:val="555555"/>
          <w:sz w:val="20"/>
        </w:rPr>
        <w:t>[10]</w:t>
      </w:r>
    </w:p>
    <w:p>
      <w:r>
        <w:rPr>
          <w:rFonts w:ascii="Gentium Plus" w:hAnsi="Gentium Plus"/>
          <w:sz w:val="24"/>
        </w:rPr>
        <w:t>[παρὰ τὸ δέχω δέδεγμαι, δεκαστὸς καὶ ἀδέκα‐ στος.] Ἀδεκάτευτος. ἀτελώνευτος. Ἀδαήμων. ὁ ἄπειρος, ἀπὸ τοῦ δαίω τοῦ μανθάνω. [δαῶ, δαήσω. δαήμων καὶ ἀδαήμων, συστολῇ</w:t>
      </w:r>
    </w:p>
    <w:p>
      <w:r>
        <w:rPr>
          <w:rFonts w:ascii="Courier New" w:hAnsi="Courier New"/>
          <w:color w:val="555555"/>
          <w:sz w:val="20"/>
        </w:rPr>
        <w:t>[15]</w:t>
      </w:r>
    </w:p>
    <w:p>
      <w:r>
        <w:rPr>
          <w:rFonts w:ascii="Gentium Plus" w:hAnsi="Gentium Plus"/>
          <w:sz w:val="24"/>
        </w:rPr>
        <w:t>τοῦ ι, καὶ μεταθέσει τοῦ τόνου.] Ἀδάμας. γένος λίθου ἄθραυστον. Ἀδόκιμον. ἀπόβλητον. Ἄδδιξ. μέτρον τετράσχοινον. Ἀδρανής. ἀνίσχυρος, [ὁ μὴ δυνάμενος πρᾶξαί τι.</w:t>
      </w:r>
    </w:p>
    <w:p>
      <w:r>
        <w:rPr>
          <w:rFonts w:ascii="Courier New" w:hAnsi="Courier New"/>
          <w:color w:val="555555"/>
          <w:sz w:val="20"/>
        </w:rPr>
        <w:t>[20]</w:t>
      </w:r>
    </w:p>
    <w:p>
      <w:r>
        <w:rPr>
          <w:rFonts w:ascii="Gentium Plus" w:hAnsi="Gentium Plus"/>
          <w:sz w:val="24"/>
        </w:rPr>
        <w:t>δρῶ γὰρ τὸ πράττω.] Ἀδένες. οἱ μαλακοὶ καὶ σπογγώδεις τόποι· αἱ μα‐ σχάλαι αἱ δύο, καὶ εἴτι ἐν τοῖς μέλεσι τούτοις ὅμοιον. Ἀδερκὴς καὶ ἀδαρκής. ὁ τυφλὸς, [ὁ ἐστερημέ‐</w:t>
      </w:r>
    </w:p>
    <w:p>
      <w:r>
        <w:rPr>
          <w:rFonts w:ascii="Courier New" w:hAnsi="Courier New"/>
          <w:color w:val="555555"/>
          <w:sz w:val="20"/>
        </w:rPr>
        <w:t>[25]</w:t>
      </w:r>
    </w:p>
    <w:p>
      <w:r>
        <w:rPr>
          <w:rFonts w:ascii="Gentium Plus" w:hAnsi="Gentium Plus"/>
          <w:sz w:val="24"/>
        </w:rPr>
        <w:t>νος τοῦ δέρκειν ἤτοι τοῦ βλέπειν.] Ἀδδηφάγος. γαστρίμαργος, πολυφάγος. [ἀθρόως ἐσθίων. παρὰ τὸ ἄδδην τὸ δαψιλῶς καὶ τοῦ</w:t>
      </w:r>
    </w:p>
    <w:p>
      <w:r>
        <w:rPr>
          <w:rFonts w:ascii="Courier New" w:hAnsi="Courier New"/>
          <w:color w:val="555555"/>
          <w:sz w:val="20"/>
        </w:rPr>
        <w:t>[alpha 40]</w:t>
      </w:r>
    </w:p>
    <w:p>
      <w:r>
        <w:rPr>
          <w:rFonts w:ascii="Gentium Plus" w:hAnsi="Gentium Plus"/>
          <w:sz w:val="24"/>
        </w:rPr>
        <w:t>Ἀδελφειός. ὁ ἀδελφός. Ἀδέλφιος δὲ ὄνομα κύ‐ ριον. Ἀδευκής. ὁ ἀπροσδόκητος καὶ ἄγνωστος. [παρὰ τὸ δείκω, τὸ δεικνύω, δεικὴς καὶ ἀδεικής. καὶ</w:t>
      </w:r>
    </w:p>
    <w:p>
      <w:r>
        <w:rPr>
          <w:rFonts w:ascii="Courier New" w:hAnsi="Courier New"/>
          <w:color w:val="555555"/>
          <w:sz w:val="20"/>
        </w:rPr>
        <w:t>[5]</w:t>
      </w:r>
    </w:p>
    <w:p>
      <w:r>
        <w:rPr>
          <w:rFonts w:ascii="Gentium Plus" w:hAnsi="Gentium Plus"/>
          <w:sz w:val="24"/>
        </w:rPr>
        <w:t>τροπῇ τοῦ ι εἰς υ ἀδευκής. καὶ ἀδευκέος, τοῦ πικροῦ καὶ ἀπεοικότος. δεῦκος γὰρ τὸ γλυκύ. ὅθεν καὶ Πολυδεύκης ἐκλήθη.] Ἀδράφαξις. λάχανόν τι—ἄγριον. Ἀδελφιδοῦς. ἀνεψιός. [ἰστέον, ὅτι τὰ εἰς ους λή‐</w:t>
      </w:r>
    </w:p>
    <w:p>
      <w:r>
        <w:rPr>
          <w:rFonts w:ascii="Courier New" w:hAnsi="Courier New"/>
          <w:color w:val="555555"/>
          <w:sz w:val="20"/>
        </w:rPr>
        <w:t>[10]</w:t>
      </w:r>
    </w:p>
    <w:p>
      <w:r>
        <w:rPr>
          <w:rFonts w:ascii="Gentium Plus" w:hAnsi="Gentium Plus"/>
          <w:sz w:val="24"/>
        </w:rPr>
        <w:t>γοντα εἰς ου ἔχουσι τὴν γενικήν. οἷον ἀδελφιδοῦς ἀδελφιδοῦ· θυγατριδοῦς, θυγατριδοῦ. γέγονε δὲ ἀπὸ τοῦ θυγατρίδεος καὶ ἀδελφίδεος, κατὰ κρᾶσιν, οὐχ, ὥς τινες λέγουσι, τὸ ἐναντίον, ἀπὸ τοῦ ἀδελφιδοῦς ἀδελφίδεος. οὐδέποτε γὰρ εὐ‐</w:t>
      </w:r>
    </w:p>
    <w:p>
      <w:r>
        <w:rPr>
          <w:rFonts w:ascii="Courier New" w:hAnsi="Courier New"/>
          <w:color w:val="555555"/>
          <w:sz w:val="20"/>
        </w:rPr>
        <w:t>[15]</w:t>
      </w:r>
    </w:p>
    <w:p>
      <w:r>
        <w:rPr>
          <w:rFonts w:ascii="Gentium Plus" w:hAnsi="Gentium Plus"/>
          <w:sz w:val="24"/>
        </w:rPr>
        <w:t>θεῖα διαλύεται. τὸ γὰρ εἰς εις, εεις, πλεο‐ νασμὸν ἔχει τοῦ ε. πρὸς δὲ τοὺς λέγοντας, ὅτι, εἰ γέγονε τὸ ἀδελφιδοῦς καὶ θυγατριδοῦς ἀπὸ τοῦ ἀδελφίδεος, ἔδει ὀξύνεσθαι, λέγομεν, ὅτι πρὸς τὸν χαρακτῆρα τῶν εἰς οῦς ἁπλῶν περι‐</w:t>
      </w:r>
    </w:p>
    <w:p>
      <w:r>
        <w:rPr>
          <w:rFonts w:ascii="Courier New" w:hAnsi="Courier New"/>
          <w:color w:val="555555"/>
          <w:sz w:val="20"/>
        </w:rPr>
        <w:t>[20]</w:t>
      </w:r>
    </w:p>
    <w:p>
      <w:r>
        <w:rPr>
          <w:rFonts w:ascii="Gentium Plus" w:hAnsi="Gentium Plus"/>
          <w:sz w:val="24"/>
        </w:rPr>
        <w:t>σπωμένων.] Ἀδελφός. δελφὺς λέγεται ἡ μήτρα καὶ μετὰ τοῦ α τοῦ σημαίνοντος τὸ ὁμοῦ, γίνεται ἀδελφὸς, οἱονεὶ ὁμόδελφός τις ὢν, ἐκ τῆς αὐτῆς δελφύος. Ἄδερ. οὗτος ὁ ἀλιτήριος ἐπανέστη τῷ Σολομῶντι.</w:t>
      </w:r>
    </w:p>
    <w:p>
      <w:r>
        <w:rPr>
          <w:rFonts w:ascii="Courier New" w:hAnsi="Courier New"/>
          <w:color w:val="555555"/>
          <w:sz w:val="20"/>
        </w:rPr>
        <w:t>[25]</w:t>
      </w:r>
    </w:p>
    <w:p>
      <w:r>
        <w:rPr>
          <w:rFonts w:ascii="Gentium Plus" w:hAnsi="Gentium Plus"/>
          <w:sz w:val="24"/>
        </w:rPr>
        <w:t>παῖς δὲ ἦν Ἰδουμαῖος τὸ γένος ἐκ βασιλικοῦ σπέρματος. κατέστρεψε δὲ τὴν Ἰδουμαίαν [ἐπὶ] Ἰωὰβ τοῦ Δαβὶδ στρατηγοῦ.</w:t>
      </w:r>
    </w:p>
    <w:p>
      <w:r>
        <w:rPr>
          <w:rFonts w:ascii="Courier New" w:hAnsi="Courier New"/>
          <w:color w:val="555555"/>
          <w:sz w:val="20"/>
        </w:rPr>
        <w:t>[alpha 41]</w:t>
      </w:r>
    </w:p>
    <w:p>
      <w:r>
        <w:rPr>
          <w:rFonts w:ascii="Gentium Plus" w:hAnsi="Gentium Plus"/>
          <w:sz w:val="24"/>
        </w:rPr>
        <w:t>Ἀδήλητος. ἀσινὴς, ἀβλαβής. [Ἀγαθίας· καὶ ἐπεδείκνυντο σῶοι τὲ καὶ ἀδήλητοι. δηλῶ γὰρ, τὸ βλάπτω.] Ἀδημονέστερος. ἀντὶ τοῦ ἀγωνιστικώτερος. [ὢν</w:t>
      </w:r>
    </w:p>
    <w:p>
      <w:r>
        <w:rPr>
          <w:rFonts w:ascii="Courier New" w:hAnsi="Courier New"/>
          <w:color w:val="555555"/>
          <w:sz w:val="20"/>
        </w:rPr>
        <w:t>[5]</w:t>
      </w:r>
    </w:p>
    <w:p>
      <w:r>
        <w:rPr>
          <w:rFonts w:ascii="Gentium Plus" w:hAnsi="Gentium Plus"/>
          <w:sz w:val="24"/>
        </w:rPr>
        <w:t>δὲ τοῦ προσήκοντος ἀδημονέστερος ἀντεῖχε τούτῳ.] Ἀδέρκων. πόλις Ἰβηρίας. [ὁ πολίτης Ἀδερκωνί‐ της, ὡς Ἀσκαλωνίτης.] Ἀδράμυττις. νῆσος κατὰ τὴν Λυκίαν. [τὸ ἐθνι‐</w:t>
      </w:r>
    </w:p>
    <w:p>
      <w:r>
        <w:rPr>
          <w:rFonts w:ascii="Courier New" w:hAnsi="Courier New"/>
          <w:color w:val="555555"/>
          <w:sz w:val="20"/>
        </w:rPr>
        <w:t>[10]</w:t>
      </w:r>
    </w:p>
    <w:p>
      <w:r>
        <w:rPr>
          <w:rFonts w:ascii="Gentium Plus" w:hAnsi="Gentium Plus"/>
          <w:sz w:val="24"/>
        </w:rPr>
        <w:t>κὸν Ἀδραμυττίτης, ὡς Ναύκρατις, Ναυκρατίτης.] Ἀδινῷ. ἀδιαλείπτῳ. παρὰ τὸ ἄδδην ἐπίῤῥημα. Ἀδιαίτητος. ἀλλότριος, ἀήδης καὶ ὁ μὴ διαι‐ τώμενος. Ἀδόκητος. ἀπροσδόκητος.</w:t>
      </w:r>
    </w:p>
    <w:p>
      <w:r>
        <w:rPr>
          <w:rFonts w:ascii="Courier New" w:hAnsi="Courier New"/>
          <w:color w:val="555555"/>
          <w:sz w:val="20"/>
        </w:rPr>
        <w:t>[15]</w:t>
      </w:r>
    </w:p>
    <w:p>
      <w:r>
        <w:rPr>
          <w:rFonts w:ascii="Gentium Plus" w:hAnsi="Gentium Plus"/>
          <w:sz w:val="24"/>
        </w:rPr>
        <w:t>Ἀδοκίμαστος. δοκιμασθῆναι λέγεται τὸ εἰς ἄν‐ δρας ἐγγραφθῆναι. ἀδοκίμαστος ὁ μήπω ἐγγε‐ γραμμένος. οὕτως Λυσίας. Ἀδόκιμος. ὁ ἀδοκίμαστος καὶ ὁ ἀπόβλητος. Ἀδωναῖος. ὁ ὑπὸ τὸν ᾅδην.</w:t>
      </w:r>
    </w:p>
    <w:p>
      <w:r>
        <w:rPr>
          <w:rFonts w:ascii="Courier New" w:hAnsi="Courier New"/>
          <w:color w:val="555555"/>
          <w:sz w:val="20"/>
        </w:rPr>
        <w:t>[20]</w:t>
      </w:r>
    </w:p>
    <w:p>
      <w:r>
        <w:rPr>
          <w:rFonts w:ascii="Gentium Plus" w:hAnsi="Gentium Plus"/>
          <w:sz w:val="24"/>
        </w:rPr>
        <w:t>Ἀδώνειοι κῆποι. οἱ μετέωροι κῆποι. [Ἀδινάων. παρὰ τὸ ἄδην, ὃ σημαίνει τὸ πλῆρες, ἢ τὸ ἀδιαλείπτως, γέγονε ἀδινὸς, τὸ θηλυκὸν, ἀδινή· καὶ ἀδινῶν καὶ ἀδινάων. τὸ δι ἰῶτα, δια‐</w:t>
      </w:r>
    </w:p>
    <w:p>
      <w:r>
        <w:rPr>
          <w:rFonts w:ascii="Courier New" w:hAnsi="Courier New"/>
          <w:color w:val="555555"/>
          <w:sz w:val="20"/>
        </w:rPr>
        <w:t>[alpha 42]</w:t>
      </w:r>
    </w:p>
    <w:p>
      <w:r>
        <w:rPr>
          <w:rFonts w:ascii="Gentium Plus" w:hAnsi="Gentium Plus"/>
          <w:sz w:val="24"/>
        </w:rPr>
        <w:t>μενα διὰ τοῦ ι γράφεται. οἷον πύκα πυκινός· ἄδην, ἀδινός.] Ἀδωνίδειος καρπός. ὁ τοῦ Ἀδώνιδος, ὅ ἐστι τοῦ ᾅδου. ἡ εὐθεῖα ὁ Ἄδωνις, τοῦ Ἀδώνιδος.</w:t>
      </w:r>
    </w:p>
    <w:p>
      <w:r>
        <w:rPr>
          <w:rFonts w:ascii="Courier New" w:hAnsi="Courier New"/>
          <w:color w:val="555555"/>
          <w:sz w:val="20"/>
        </w:rPr>
        <w:t>[5]</w:t>
      </w:r>
    </w:p>
    <w:p>
      <w:r>
        <w:rPr>
          <w:rFonts w:ascii="Gentium Plus" w:hAnsi="Gentium Plus"/>
          <w:sz w:val="24"/>
        </w:rPr>
        <w:t>Ἀδύτῳ. τῷ ἐνδοτάτῳ. [δύω, δῦμι, δύσω, δέδυκα, δέδυμαι, σαι, ται. δυτὸς καὶ ἄδυτος.] καὶ ἄδυ‐ τον τὸ σπήλαιον, ἢ τὸ ἀπόκρυφον μέρος τοῦ ἱεροῦ. Ἀδραστίδης. κύριον.</w:t>
      </w:r>
    </w:p>
    <w:p>
      <w:r>
        <w:rPr>
          <w:rFonts w:ascii="Courier New" w:hAnsi="Courier New"/>
          <w:color w:val="555555"/>
          <w:sz w:val="20"/>
        </w:rPr>
        <w:t>[10]</w:t>
      </w:r>
    </w:p>
    <w:p>
      <w:r>
        <w:rPr>
          <w:rFonts w:ascii="Gentium Plus" w:hAnsi="Gentium Plus"/>
          <w:sz w:val="24"/>
        </w:rPr>
        <w:t>Ἀδύνατοι. οἱ πεπηρωμένοι τὸ σῶμα. [ἐλάμβανον δὲ οὗτοι δοκιμασθέντες ὑπὸ τῆς βουλῆς, οἱ μὲν ἐφ’ ἑκάστης ἡμέρας ὀβολοὺς δύο, οἱ δὲ ὀβολόν. Φιλόχορος δέ φησι, δραχμὰς κατὰ μῆνα.] Ἅδης καὶ θάνατος διαφέρει· ὅτι ὁ μὲν ψυχὰς</w:t>
      </w:r>
    </w:p>
    <w:p>
      <w:r>
        <w:rPr>
          <w:rFonts w:ascii="Courier New" w:hAnsi="Courier New"/>
          <w:color w:val="555555"/>
          <w:sz w:val="20"/>
        </w:rPr>
        <w:t>[15]</w:t>
      </w:r>
    </w:p>
    <w:p>
      <w:r>
        <w:rPr>
          <w:rFonts w:ascii="Gentium Plus" w:hAnsi="Gentium Plus"/>
          <w:sz w:val="24"/>
        </w:rPr>
        <w:t>κατέχει, ὁ δὲ σώματα.</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Ἄδωνις. παρὰ τὸ ἄδω τὸ ψάλλω, ἢ παρὰ τὸ ἥδω τὸ εὐφραίνομαι. Ἀδιαφορία. ἀμέλεια· χωρὶς παρατηρήσεως.</w:t>
      </w:r>
    </w:p>
    <w:p>
      <w:r>
        <w:rPr>
          <w:rFonts w:ascii="Courier New" w:hAnsi="Courier New"/>
          <w:color w:val="555555"/>
          <w:sz w:val="20"/>
        </w:rPr>
        <w:t>[20]</w:t>
      </w:r>
    </w:p>
    <w:p>
      <w:r>
        <w:rPr>
          <w:rFonts w:ascii="Gentium Plus" w:hAnsi="Gentium Plus"/>
          <w:sz w:val="24"/>
        </w:rPr>
        <w:t>Ἀδικία. ἕξις παροπτικὴ τοῦ δικαίου, ἢ κίνησις ἐν τῷ αὐτῷ πολυχρονίῳ θυμοῦ καὶ ἐπιθυμίας, τοῦ μὲν τοῖς παροῦσιν ὀργιζομένου, τῆς δὲ ἐφιε‐</w:t>
      </w:r>
    </w:p>
    <w:p>
      <w:r>
        <w:rPr>
          <w:rFonts w:ascii="Courier New" w:hAnsi="Courier New"/>
          <w:color w:val="555555"/>
          <w:sz w:val="20"/>
        </w:rPr>
        <w:t>[alpha 43]</w:t>
      </w:r>
    </w:p>
    <w:p>
      <w:r>
        <w:rPr>
          <w:rFonts w:ascii="Gentium Plus" w:hAnsi="Gentium Plus"/>
          <w:sz w:val="24"/>
        </w:rPr>
        <w:t>στόλῳ ἡ τῶν εἰδώλων ἀπάτη· ἐκεῖνοι οὖν τὴν ἀδικίαν κατέχουσιν, ὅσοι τὸ σέβας τοῦ θεοῦ πα‐ ραπέμπουσιν εἰδώλοις· τὸ δὲ κατέχουσιν, ἀντὶ τοῦ φυλάττουσιν. ὁ δὲ Πλάτων φησὶ τὴν ἀδικίαν</w:t>
      </w:r>
    </w:p>
    <w:p>
      <w:r>
        <w:rPr>
          <w:rFonts w:ascii="Courier New" w:hAnsi="Courier New"/>
          <w:color w:val="555555"/>
          <w:sz w:val="20"/>
        </w:rPr>
        <w:t>[5]</w:t>
      </w:r>
    </w:p>
    <w:p>
      <w:r>
        <w:rPr>
          <w:rFonts w:ascii="Gentium Plus" w:hAnsi="Gentium Plus"/>
          <w:sz w:val="24"/>
        </w:rPr>
        <w:t>νόσον ψυχῆς εἶναι. οὐδεμία οὖν νόσος ψυχῆς ὠφέλιμος ἐστίν. Ἀδειάς. εἶδος ἐσχάρας. Ἀδράστεια. ὄνομα κύριον, καὶ ἡ νέμεσις. καὶ τόπος μεταξὺ Πριάμου καὶ τοῦ Παρείου.</w:t>
      </w:r>
    </w:p>
    <w:p>
      <w:r>
        <w:rPr>
          <w:rFonts w:ascii="Courier New" w:hAnsi="Courier New"/>
          <w:color w:val="555555"/>
          <w:sz w:val="20"/>
        </w:rPr>
        <w:t>[10]</w:t>
      </w:r>
    </w:p>
    <w:p>
      <w:r>
        <w:rPr>
          <w:rFonts w:ascii="Gentium Plus" w:hAnsi="Gentium Plus"/>
          <w:sz w:val="24"/>
        </w:rPr>
        <w:t>Ἀδμῆτιν. ἀδάμαστον. Ἀδημονία. σκυθρωπότης ψυχῆς. ἡ διάθεσις ἐπὶ ἀποτυχίᾳ τινὸς τῶν ποθουμένων γινομένη. ἀδη‐ μονία λέγεται καὶ ἡ φροντίς. Ἄδεια. ἀφοβία, εὐδία.</w:t>
      </w:r>
    </w:p>
    <w:p>
      <w:r>
        <w:rPr>
          <w:rFonts w:ascii="Courier New" w:hAnsi="Courier New"/>
          <w:color w:val="555555"/>
          <w:sz w:val="20"/>
        </w:rPr>
        <w:t>[15]</w:t>
      </w:r>
    </w:p>
    <w:p>
      <w:r>
        <w:rPr>
          <w:rFonts w:ascii="Gentium Plus" w:hAnsi="Gentium Plus"/>
          <w:sz w:val="24"/>
        </w:rPr>
        <w:t>Ἀδελφιξία. ἡ κοινωνία. καὶ ἀδελφὸν τὸ κοινόν. Ἀδμενίδες. αἱ δοῦλαι. οἶμαι δὲ, ὅτι ἀδμωλίδες θέ‐ λει γράφεσθαι. Ἀδρήνη. πόλις Θρᾴκης. [ἡ μικρὸν ὑπὲρ τῆς Βερ‐ νίκης κεῖται. τὸ ἐθνικὸν Ἀδρηνήτης. ὡς Συήνη,</w:t>
      </w:r>
    </w:p>
    <w:p>
      <w:r>
        <w:rPr>
          <w:rFonts w:ascii="Courier New" w:hAnsi="Courier New"/>
          <w:color w:val="555555"/>
          <w:sz w:val="20"/>
        </w:rPr>
        <w:t>[20]</w:t>
      </w:r>
    </w:p>
    <w:p>
      <w:r>
        <w:rPr>
          <w:rFonts w:ascii="Gentium Plus" w:hAnsi="Gentium Plus"/>
          <w:sz w:val="24"/>
        </w:rPr>
        <w:t>Συηνήτης. δύναται δὲ καὶ Ἀδρηναῖος. ὡς Κυρή‐ νη, Κυρηναῖος.] Ἀδάμαστος παρθένος. ἄζυξ. Ἄδανα. πόλις. [ἀπὸ Ἄδανος τινός. ὁ πολίτης Ἀδανεὺς, ὡς Γάργαρα, Γαργαρεύς.]</w:t>
      </w:r>
    </w:p>
    <w:p>
      <w:r>
        <w:rPr>
          <w:rFonts w:ascii="Courier New" w:hAnsi="Courier New"/>
          <w:color w:val="555555"/>
          <w:sz w:val="20"/>
        </w:rPr>
        <w:t>[25]</w:t>
      </w:r>
    </w:p>
    <w:p>
      <w:r>
        <w:rPr>
          <w:rFonts w:ascii="Gentium Plus" w:hAnsi="Gentium Plus"/>
          <w:sz w:val="24"/>
        </w:rPr>
        <w:t>Ἀδηλία. ἡ κρυφιότης ἢ ἀοριστία καὶ ἡ ἀπειρία. [τῷ δὲ ὑπερηφανίᾳ χρωμένῳ, καὶ τὴν τοῦ πο‐ λέμου ἀδηλίαν ἥκιστα βαλλομένῳ εἰς νοῦν, ἤλ‐</w:t>
      </w:r>
    </w:p>
    <w:p>
      <w:r>
        <w:rPr>
          <w:rFonts w:ascii="Courier New" w:hAnsi="Courier New"/>
          <w:color w:val="555555"/>
          <w:sz w:val="20"/>
        </w:rPr>
        <w:t>[alpha 44]</w:t>
      </w:r>
    </w:p>
    <w:p>
      <w:r>
        <w:rPr>
          <w:rFonts w:ascii="Gentium Plus" w:hAnsi="Gentium Plus"/>
          <w:sz w:val="24"/>
        </w:rPr>
        <w:t>Ἀδρία. πόλις, καὶ παρ’ αὐτὴν κόλπος Ἀδρίας. ἡ χώρα δὲ τοῖς βοσκήμασιν ἔστιν ἀγαθὴ, καὶ δὶς τίκτουσα τὸν ἐνιαυτὸν καὶ διδυμοτοκεῖν. πολλὰς δὲ καὶ τρεῖς τέσσαρας ἐρίφους τίκτειν. ὁ πο‐</w:t>
      </w:r>
    </w:p>
    <w:p>
      <w:r>
        <w:rPr>
          <w:rFonts w:ascii="Courier New" w:hAnsi="Courier New"/>
          <w:color w:val="555555"/>
          <w:sz w:val="20"/>
        </w:rPr>
        <w:t>[5]</w:t>
      </w:r>
    </w:p>
    <w:p>
      <w:r>
        <w:rPr>
          <w:rFonts w:ascii="Gentium Plus" w:hAnsi="Gentium Plus"/>
          <w:sz w:val="24"/>
        </w:rPr>
        <w:t>λίτης [Ἀδριανός. ὡς Ἀσία, Ἀσιανός. καὶ Ἀδριάτης, Ἀδριατικός.] Ἀδιαβηνή. αὕτη ἡ χώρα κεῖται πρὸ τῆς Μεσο‐ ποταμίας, ὡς ἐπὶ ἀνατολὴν, πέραν τοῦ Τίγρη‐ τος. ἐν αὐτῇ δ’ ἐστὶν καὶ ἡ ἄσφαλτος ἡ λεγο‐</w:t>
      </w:r>
    </w:p>
    <w:p>
      <w:r>
        <w:rPr>
          <w:rFonts w:ascii="Courier New" w:hAnsi="Courier New"/>
          <w:color w:val="555555"/>
          <w:sz w:val="20"/>
        </w:rPr>
        <w:t>[10]</w:t>
      </w:r>
    </w:p>
    <w:p>
      <w:r>
        <w:rPr>
          <w:rFonts w:ascii="Gentium Plus" w:hAnsi="Gentium Plus"/>
          <w:sz w:val="24"/>
        </w:rPr>
        <w:t>μένη νάφθα. λέγεται δὲ Ἀδιαβηνὴ διὰ τὸ εἶναι πλείους ποταμοὺς ἐν αὐτῇ καὶ δυσχερεστέραν ποιεῖν τὴν διάβασιν. ἐκεῖ ἔστιν καὶ ἡ Νινευΐ. τοσαύτην δὲ ἀσφάλειαν ποιεῖ τοῖς κτίσμασιν ἡ ἄσφαλτος, ὥστε ταῖς ὀπταῖς πλίνθοις καὶ ἄλ‐</w:t>
      </w:r>
    </w:p>
    <w:p>
      <w:r>
        <w:rPr>
          <w:rFonts w:ascii="Courier New" w:hAnsi="Courier New"/>
          <w:color w:val="555555"/>
          <w:sz w:val="20"/>
        </w:rPr>
        <w:t>[15]</w:t>
      </w:r>
    </w:p>
    <w:p>
      <w:r>
        <w:rPr>
          <w:rFonts w:ascii="Gentium Plus" w:hAnsi="Gentium Plus"/>
          <w:sz w:val="24"/>
        </w:rPr>
        <w:t>λοις λίθοις συμμιγεῖσα, ἰσχυροτέρα γίνεται παν‐ τὸς σιδήρου. ἐκεῖσε δὲ ἐστὶ καὶ τὸ ἄορνον στό‐ μιον, ἐξ οὗ δεινὸν πνεῦμα ἀναδίδοται, ὥστε πᾶν μὲν ἐπίγειον ζῶον, πᾶν δὲ πτηνὸν διαφθείρειν, καὶ [εἰ] πρὸς τὸ τυχὸν ὀσφρήσαιτο· καὶ εἰ ἐσκε‐</w:t>
      </w:r>
    </w:p>
    <w:p>
      <w:r>
        <w:rPr>
          <w:rFonts w:ascii="Courier New" w:hAnsi="Courier New"/>
          <w:color w:val="555555"/>
          <w:sz w:val="20"/>
        </w:rPr>
        <w:t>[20]</w:t>
      </w:r>
    </w:p>
    <w:p>
      <w:r>
        <w:rPr>
          <w:rFonts w:ascii="Gentium Plus" w:hAnsi="Gentium Plus"/>
          <w:sz w:val="24"/>
        </w:rPr>
        <w:t>δάννυτο, οὐκ ἂν ᾠκίσθη ὁ χῶρος, ἀλλὰ κατ’ εὐ‐ θεῖαν ἄνεισι. καὶ ὀλίγον ἀνερχόμενον πάλιν ἀντανακλᾶται, καὶ ἐκ τούτου τά τε ἐν ὑψηλο‐ τέρῳ πετόμενα σώζεται, καὶ τὰ πέριξ νεμόμε‐ να. ὁ πολίτης Ἀδιαβηνός.</w:t>
      </w:r>
    </w:p>
    <w:p>
      <w:r>
        <w:rPr>
          <w:rFonts w:ascii="Courier New" w:hAnsi="Courier New"/>
          <w:color w:val="555555"/>
          <w:sz w:val="20"/>
        </w:rPr>
        <w:t>[25]</w:t>
      </w:r>
    </w:p>
    <w:p>
      <w:r>
        <w:rPr>
          <w:rFonts w:ascii="Gentium Plus" w:hAnsi="Gentium Plus"/>
          <w:sz w:val="24"/>
        </w:rPr>
        <w:t>Ἀδικοδοξία. παράλογος λοιδορία. [ὁ δὲ στρατη‐ γὸς οὐ δυνάμενος ἐνεγκεῖν τὴν ἀδικοδοξίαν τῶν</w:t>
      </w:r>
    </w:p>
    <w:p>
      <w:r>
        <w:rPr>
          <w:rFonts w:ascii="Courier New" w:hAnsi="Courier New"/>
          <w:color w:val="555555"/>
          <w:sz w:val="20"/>
        </w:rPr>
        <w:t>[alpha 45]</w:t>
      </w:r>
    </w:p>
    <w:p>
      <w:r>
        <w:rPr>
          <w:rFonts w:ascii="Gentium Plus" w:hAnsi="Gentium Plus"/>
          <w:sz w:val="24"/>
        </w:rPr>
        <w:t>Ἀδμολία. ἡ ἄγνοια παρὰ Καλλιμάχῳ. [παρὰ τὸ εἴδω τὸ γινώσκω, ἴδμων, ἴδμονος, ἰδμονία, καὶ ἀϊδμονία, καὶ συγκοπῇ καὶ τροπῇ, ἀδμολία.] Ἀδορατία. ἡ ἀστρατεία, κυρίως δὲ, ἡ ἀργία.</w:t>
      </w:r>
    </w:p>
    <w:p>
      <w:r>
        <w:rPr>
          <w:rFonts w:ascii="Courier New" w:hAnsi="Courier New"/>
          <w:color w:val="555555"/>
          <w:sz w:val="20"/>
        </w:rPr>
        <w:t>[5]</w:t>
      </w:r>
    </w:p>
    <w:p>
      <w:r>
        <w:rPr>
          <w:rFonts w:ascii="Gentium Plus" w:hAnsi="Gentium Plus"/>
          <w:sz w:val="24"/>
        </w:rPr>
        <w:t>[ἀπὸ τοῦ α στερητικοῦ μορίου καὶ τοῦ δόρατος, ὅ ἐστι τοῦ κονταρίου.] Ἀδωνίαν ἄγομεν. ὅ ἐστι στερούμεθα τοῦ Ἀδώνι‐ δος. [Ἀδωνίαν ἄγομεν καὶ τὸν Ἄδωνιν κλάο‐ μεν.]</w:t>
      </w:r>
    </w:p>
    <w:p>
      <w:r>
        <w:rPr>
          <w:rFonts w:ascii="Courier New" w:hAnsi="Courier New"/>
          <w:color w:val="555555"/>
          <w:sz w:val="20"/>
        </w:rPr>
        <w:t>[10]</w:t>
      </w:r>
    </w:p>
    <w:p>
      <w:r>
        <w:rPr>
          <w:rFonts w:ascii="Gentium Plus" w:hAnsi="Gentium Plus"/>
          <w:sz w:val="24"/>
        </w:rPr>
        <w:t>Ἀδρηστίνη. ὄνομα κύριον. [τὰ διὰ τοῦ ινη, μὴ γινόμενα ἀπὸ ἐπιθέσεως κύρια μονογενῆ, ἀπο‐ στρέφονται τὴν ει, πλὴν τοῦ πείνη· οἷον Αἰη‐ τίνη· δίνη· Ἀδρηστίνη. πρόσκειται μὴ γινόμενα ἀπὸ ἐπιθέτου κυρίου, ἐπειδὴ φωτεινὸς τόπος καὶ</w:t>
      </w:r>
    </w:p>
    <w:p>
      <w:r>
        <w:rPr>
          <w:rFonts w:ascii="Courier New" w:hAnsi="Courier New"/>
          <w:color w:val="555555"/>
          <w:sz w:val="20"/>
        </w:rPr>
        <w:t>[15]</w:t>
      </w:r>
    </w:p>
    <w:p>
      <w:r>
        <w:rPr>
          <w:rFonts w:ascii="Gentium Plus" w:hAnsi="Gentium Plus"/>
          <w:sz w:val="24"/>
        </w:rPr>
        <w:t>φωτεινὴ οἰκία· καὶ γίνεται ἐκ τούτου Φωτεινὴ, ὄνομα κύριον.] Ἄδρησις. ἡ ἀδρόασις. ἡ ἀπραξία. Ἀδημονία. ἐπικράτεια θλίψεως παρατεταμένη. Ἀδηκτοτάτη. ἀσητοτάτη. [Ἡσίοδος· τῆμος</w:t>
      </w:r>
    </w:p>
    <w:p>
      <w:r>
        <w:rPr>
          <w:rFonts w:ascii="Courier New" w:hAnsi="Courier New"/>
          <w:color w:val="555555"/>
          <w:sz w:val="20"/>
        </w:rPr>
        <w:t>[20]</w:t>
      </w:r>
    </w:p>
    <w:p>
      <w:r>
        <w:rPr>
          <w:rFonts w:ascii="Gentium Plus" w:hAnsi="Gentium Plus"/>
          <w:sz w:val="24"/>
        </w:rPr>
        <w:t>ἀδηκτοτάτη πέλεται τμηθεῖσα σιδήρῳ Ὕλη.]</w:t>
      </w:r>
    </w:p>
    <w:p>
      <w:pPr>
        <w:jc w:val="center"/>
      </w:pPr>
      <w:r>
        <w:rPr>
          <w:rFonts w:ascii="Gentium Plus" w:hAnsi="Gentium Plus"/>
          <w:b/>
          <w:sz w:val="24"/>
        </w:rPr>
        <w:t>(Οὐδέτερον.)</w:t>
      </w:r>
    </w:p>
    <w:p>
      <w:r>
        <w:rPr>
          <w:rFonts w:ascii="Courier New" w:hAnsi="Courier New"/>
          <w:color w:val="555555"/>
          <w:sz w:val="20"/>
        </w:rPr>
        <w:t>[22]</w:t>
      </w:r>
    </w:p>
    <w:p>
      <w:r>
        <w:rPr>
          <w:rFonts w:ascii="Gentium Plus" w:hAnsi="Gentium Plus"/>
          <w:sz w:val="24"/>
        </w:rPr>
        <w:t>Ἄδαιτρον. τὸ ἀμέριστον. Ἀδείμαντα. ἄφοβα. [ἀπὸ τοῦ δειμαίνω, τὸ φο‐</w:t>
      </w:r>
    </w:p>
    <w:p>
      <w:r>
        <w:rPr>
          <w:rFonts w:ascii="Courier New" w:hAnsi="Courier New"/>
          <w:color w:val="555555"/>
          <w:sz w:val="20"/>
        </w:rPr>
        <w:t>[alpha 46]</w:t>
      </w:r>
    </w:p>
    <w:p>
      <w:r>
        <w:rPr>
          <w:rFonts w:ascii="Gentium Plus" w:hAnsi="Gentium Plus"/>
          <w:sz w:val="24"/>
        </w:rPr>
        <w:t>Ἀδῄωτον. ἀπόρθητον, ἀπράθευτον. οἱ δὲ τὸ χω‐ ρίον ἀδῄωτον ἔχειν ἐθέλοντες ὡμολόγησαν ἀρ‐ γύριον σταθμὰ ͵α δώσειν. [γίνεται δὲ παρὰ τὸ δῃῶ τὸ πορθῶ. τοῦτο παρὰ τὸ δαίω τὸ κόπτω,</w:t>
      </w:r>
    </w:p>
    <w:p>
      <w:r>
        <w:rPr>
          <w:rFonts w:ascii="Courier New" w:hAnsi="Courier New"/>
          <w:color w:val="555555"/>
          <w:sz w:val="20"/>
        </w:rPr>
        <w:t>[5]</w:t>
      </w:r>
    </w:p>
    <w:p>
      <w:r>
        <w:rPr>
          <w:rFonts w:ascii="Gentium Plus" w:hAnsi="Gentium Plus"/>
          <w:sz w:val="24"/>
        </w:rPr>
        <w:t>τροπῇ τοῦ α εἰς η, τοῦ ι ἀνεκφωνήτου ὄντος.] Ἀδιάστατον. τὸ ἀχώριστον, ἢ τὸ μήπω διεστη‐ κὸς, μὴ δὲ διακεκριμένον. οὕτως Ἀντιφῶν. Ἀδελφά. ὅμοια, κοινά. Ἀδερκές. τὸ ἀόρατον.</w:t>
      </w:r>
    </w:p>
    <w:p>
      <w:r>
        <w:rPr>
          <w:rFonts w:ascii="Courier New" w:hAnsi="Courier New"/>
          <w:color w:val="555555"/>
          <w:sz w:val="20"/>
        </w:rPr>
        <w:t>[10]</w:t>
      </w:r>
    </w:p>
    <w:p>
      <w:r>
        <w:rPr>
          <w:rFonts w:ascii="Gentium Plus" w:hAnsi="Gentium Plus"/>
          <w:sz w:val="24"/>
        </w:rPr>
        <w:t>Ἀδήριτον. ἄμαχον, ἀπολέμητον, ἀφιλονείκητον. [ἀδῆρις γὰρ ἡ φιλονεικία.] Ἀδιάρθρωτον. ἄσημον, ἀτράνωτον. Ἄδυτον. τὸ ἀπόκρυφον μέρος τοῦ ἱεροῦ [ἢ τὸ σπή‐ λαιον.]</w:t>
      </w:r>
    </w:p>
    <w:p>
      <w:r>
        <w:rPr>
          <w:rFonts w:ascii="Courier New" w:hAnsi="Courier New"/>
          <w:color w:val="555555"/>
          <w:sz w:val="20"/>
        </w:rPr>
        <w:t>[15]</w:t>
      </w:r>
    </w:p>
    <w:p>
      <w:r>
        <w:rPr>
          <w:rFonts w:ascii="Gentium Plus" w:hAnsi="Gentium Plus"/>
          <w:sz w:val="24"/>
        </w:rPr>
        <w:t>Ἀδέψητον. ὠμὸν, ἀνέργαστον. Ἀδιάσκευον. ἀνεπιμέλητον, ἀκόσμητον. Ἀδαλές. ὑγιές. Ἀδινόν. οἰκτρὸν, λεπτόν. ἢ καὶ τὸ πυκνὸν καὶ [τὸ] συνετόν.</w:t>
      </w:r>
    </w:p>
    <w:p>
      <w:r>
        <w:rPr>
          <w:rFonts w:ascii="Courier New" w:hAnsi="Courier New"/>
          <w:color w:val="555555"/>
          <w:sz w:val="20"/>
        </w:rPr>
        <w:t>[20]</w:t>
      </w:r>
    </w:p>
    <w:p>
      <w:r>
        <w:rPr>
          <w:rFonts w:ascii="Gentium Plus" w:hAnsi="Gentium Plus"/>
          <w:sz w:val="24"/>
        </w:rPr>
        <w:t>Ἄδοξον εὖχος. ἄτιμον καύχημα, ἄδοξον καὶ ἐπί‐ ψογον δόξαν. Ἁδρόν. δαψιλὲς, μέγα, πλούσιον. Ἀδίοπον. ἄναρχον, ἀφύλακτον. ἀπὸ τοῦ διέπω.</w:t>
      </w:r>
    </w:p>
    <w:p>
      <w:r>
        <w:rPr>
          <w:rFonts w:ascii="Courier New" w:hAnsi="Courier New"/>
          <w:color w:val="555555"/>
          <w:sz w:val="20"/>
        </w:rPr>
        <w:t>[alpha 47]</w:t>
      </w:r>
    </w:p>
    <w:p>
      <w:r>
        <w:rPr>
          <w:rFonts w:ascii="Gentium Plus" w:hAnsi="Gentium Plus"/>
          <w:sz w:val="24"/>
        </w:rPr>
        <w:t>Ἀδιάδραστον. ἄφυκτον. καταπλαγείη ἄν τις τὸ ἀδιάδραστον τῆς δίκης, ἐκ τῆς συμβάσης τού‐ τῳ τιμωρίας. Ἀδιεξίτητον. τὸ ἀδιεξέλευστον. τὸ ἀπόρευτον.</w:t>
      </w:r>
    </w:p>
    <w:p>
      <w:r>
        <w:rPr>
          <w:rFonts w:ascii="Courier New" w:hAnsi="Courier New"/>
          <w:color w:val="555555"/>
          <w:sz w:val="20"/>
        </w:rPr>
        <w:t>[5]</w:t>
      </w:r>
    </w:p>
    <w:p>
      <w:r>
        <w:rPr>
          <w:rFonts w:ascii="Gentium Plus" w:hAnsi="Gentium Plus"/>
          <w:sz w:val="24"/>
        </w:rPr>
        <w:t>Ἄδιον. τὸ πλάγιον. Ἀδιόριστον. ἀδιαχώριστον. Ἀδόκητον. τὸ διεψευσμένον. [δεδιὼς, μὴ ἀφυλά‐ κτοις αὐτοῖς ἐπιπέσοιεν· ὃ δὴ οὐκ ἀδόκητον ἐγεγόνει. ἐπεὶ καὶ ληστήριον αὐτῶν προέβαι‐</w:t>
      </w:r>
    </w:p>
    <w:p>
      <w:r>
        <w:rPr>
          <w:rFonts w:ascii="Courier New" w:hAnsi="Courier New"/>
          <w:color w:val="555555"/>
          <w:sz w:val="20"/>
        </w:rPr>
        <w:t>[10]</w:t>
      </w:r>
    </w:p>
    <w:p>
      <w:r>
        <w:rPr>
          <w:rFonts w:ascii="Gentium Plus" w:hAnsi="Gentium Plus"/>
          <w:sz w:val="24"/>
        </w:rPr>
        <w:t>νεν.] Ἀδόνητον. τὸ ἀσάλευτον. [δόνος γὰρ ἡ ταραχὴ, καὶ δονῶ τὸ ταράσσω.] Ἄδορον. τὸ ἀνέκδαρτον. Ἀδύνατα εἶναι. ἀντὶ τοῦ ἀδύνατον. [πολλάκις γὰρ</w:t>
      </w:r>
    </w:p>
    <w:p>
      <w:r>
        <w:rPr>
          <w:rFonts w:ascii="Courier New" w:hAnsi="Courier New"/>
          <w:color w:val="555555"/>
          <w:sz w:val="20"/>
        </w:rPr>
        <w:t>[15]</w:t>
      </w:r>
    </w:p>
    <w:p>
      <w:r>
        <w:rPr>
          <w:rFonts w:ascii="Gentium Plus" w:hAnsi="Gentium Plus"/>
          <w:sz w:val="24"/>
        </w:rPr>
        <w:t>κέχρηται Θουκυδίδης τοῖς πληθυντικοῖς ἀντὶ ἑνι‐ κῶν, μάλιστα δὲ ἐπὶ ταύτης τῆς λέξεως. ἀδύ‐ νατον δὲ λέγεται, ὃ μὴ ἔστιν ἐπιδεκτικὸν τοῦ ἀληθὲς εἶναι. οἷον, ἡ γῆ ἵπταται. ἀδύνατα ἔχοντος τοῦ στρατηγοῦ κύμον ἀναῤῥίψαι πολέ‐</w:t>
      </w:r>
    </w:p>
    <w:p>
      <w:r>
        <w:rPr>
          <w:rFonts w:ascii="Courier New" w:hAnsi="Courier New"/>
          <w:color w:val="555555"/>
          <w:sz w:val="20"/>
        </w:rPr>
        <w:t>[20]</w:t>
      </w:r>
    </w:p>
    <w:p>
      <w:r>
        <w:rPr>
          <w:rFonts w:ascii="Gentium Plus" w:hAnsi="Gentium Plus"/>
          <w:sz w:val="24"/>
        </w:rPr>
        <w:t>μου τοσούτου.] Ἀδυσώπητον. ἀπροσωπόληπτον ἢ ἀπαράκλητον.</w:t>
      </w:r>
    </w:p>
    <w:p>
      <w:r>
        <w:rPr>
          <w:rFonts w:ascii="Courier New" w:hAnsi="Courier New"/>
          <w:color w:val="555555"/>
          <w:sz w:val="20"/>
        </w:rPr>
        <w:t>[alpha 48]</w:t>
      </w:r>
    </w:p>
    <w:p>
      <w:r>
        <w:rPr>
          <w:rFonts w:ascii="Gentium Plus" w:hAnsi="Gentium Plus"/>
          <w:sz w:val="24"/>
        </w:rPr>
        <w:t>Ἀδιαλώβητον. τὸ ἀβλαβές. Ἀδάϊον. τὸ ἄκαυστον.</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Ἀδολεσχῆσαι. τέσσαρα σημαίνει. τὸ φιλοσοφεῖν,</w:t>
      </w:r>
    </w:p>
    <w:p>
      <w:r>
        <w:rPr>
          <w:rFonts w:ascii="Courier New" w:hAnsi="Courier New"/>
          <w:color w:val="555555"/>
          <w:sz w:val="20"/>
        </w:rPr>
        <w:t>[5]</w:t>
      </w:r>
    </w:p>
    <w:p>
      <w:r>
        <w:rPr>
          <w:rFonts w:ascii="Gentium Plus" w:hAnsi="Gentium Plus"/>
          <w:sz w:val="24"/>
        </w:rPr>
        <w:t>ὡς τό· ὅδε δοῦλος σοῦ ἠδολέσχει ἐν τοῖς δικαιώ‐ μασί σου. καὶ τὸ παίζω, ὡς τό· ἐξῆλθεν Ἰακὼβ ἀδολεσχῆσαι ἐν τῷ πεδίῳ. καὶ τὸ ὀλιγωρῶ, ὡς τό· ἠδολέσχησε καὶ ὀλιγοψύχησε τὸ πνεῦμά μου. καὶ τὸ φλυαρεῖν, ὡς τό· ἀδολεσχεῖς, ἄν‐</w:t>
      </w:r>
    </w:p>
    <w:p>
      <w:r>
        <w:rPr>
          <w:rFonts w:ascii="Courier New" w:hAnsi="Courier New"/>
          <w:color w:val="555555"/>
          <w:sz w:val="20"/>
        </w:rPr>
        <w:t>[10]</w:t>
      </w:r>
    </w:p>
    <w:p>
      <w:r>
        <w:rPr>
          <w:rFonts w:ascii="Gentium Plus" w:hAnsi="Gentium Plus"/>
          <w:sz w:val="24"/>
        </w:rPr>
        <w:t>θρωπε. Ἄδει. λέγει, ὑμνεῖ. Ἁδρύνοιτο. αὐξαίνοιτο. Ἀδηκότες. κεκμηκότες, ταλαιπωρήσαντες. [ἀπὸ κόπου ἀηδῶς διακείμενοι. ἀηδῶ, ἀηδήσω.]</w:t>
      </w:r>
    </w:p>
    <w:p>
      <w:r>
        <w:rPr>
          <w:rFonts w:ascii="Courier New" w:hAnsi="Courier New"/>
          <w:color w:val="555555"/>
          <w:sz w:val="20"/>
        </w:rPr>
        <w:t>[15]</w:t>
      </w:r>
    </w:p>
    <w:p>
      <w:r>
        <w:rPr>
          <w:rFonts w:ascii="Gentium Plus" w:hAnsi="Gentium Plus"/>
          <w:sz w:val="24"/>
        </w:rPr>
        <w:t>Ἀδήσεις. ἀρέσκεις. Ἀδεῖν. ἀρέσαι, ὑπὸ τοῦ ἄδω τὸ ἀρέσκω. [ἢ ἥδω, ἥσω, ἅδον ὁ δεύτερος ἀόριστος, ἐξ οὗ τό· —ἅδε δ’ Ἕκτορι— ὁ δὲ δεύτερος μέλλων ἀδῶ. καὶ τὸ ἀπαρέμφατον</w:t>
      </w:r>
    </w:p>
    <w:p>
      <w:r>
        <w:rPr>
          <w:rFonts w:ascii="Courier New" w:hAnsi="Courier New"/>
          <w:color w:val="555555"/>
          <w:sz w:val="20"/>
        </w:rPr>
        <w:t>[20]</w:t>
      </w:r>
    </w:p>
    <w:p>
      <w:r>
        <w:rPr>
          <w:rFonts w:ascii="Gentium Plus" w:hAnsi="Gentium Plus"/>
          <w:sz w:val="24"/>
        </w:rPr>
        <w:t>ἀδεῖν.] Ἀδαξῆσαι. κνῆσαι, λυπῆσαι.</w:t>
      </w:r>
    </w:p>
    <w:p>
      <w:r>
        <w:rPr>
          <w:rFonts w:ascii="Courier New" w:hAnsi="Courier New"/>
          <w:color w:val="555555"/>
          <w:sz w:val="20"/>
        </w:rPr>
        <w:t>[alpha 49]</w:t>
      </w:r>
    </w:p>
    <w:p>
      <w:r>
        <w:rPr>
          <w:rFonts w:ascii="Gentium Plus" w:hAnsi="Gentium Plus"/>
          <w:sz w:val="24"/>
        </w:rPr>
        <w:t>Ἄδδουσι. εἰς κόρον ἐσθίουσιν. Ἀδρύνω. τὸ αὐξάνω. Ἀδμεύειν. τὸ ὑγιαίνειν. Ἀδημονῶ. ἀκηδιῶ. ἀγωνιῶ· λίαν λυποῦμαι. [ὁ δὲ,</w:t>
      </w:r>
    </w:p>
    <w:p>
      <w:r>
        <w:rPr>
          <w:rFonts w:ascii="Courier New" w:hAnsi="Courier New"/>
          <w:color w:val="555555"/>
          <w:sz w:val="20"/>
        </w:rPr>
        <w:t>[5]</w:t>
      </w:r>
    </w:p>
    <w:p>
      <w:r>
        <w:rPr>
          <w:rFonts w:ascii="Gentium Plus" w:hAnsi="Gentium Plus"/>
          <w:sz w:val="24"/>
        </w:rPr>
        <w:t>τὸ μὲν πρῶτον ἠδημόνει, καὶ ἡσυχίαν εἶχεν ὑπὸ τοῦ παρόντος κακοῦ. καὶ ἀδημονούσης ἀντὶ τοῦ ἀπορούσης.] Ἀδελφίζειν. ἀντὶ τοῦ ἀδελφὸν καλεῖν. [οὕτως Ἰσοκράτης, καὶ ὁ Μιλήσιος Ἑκαταῖος καὶ</w:t>
      </w:r>
    </w:p>
    <w:p>
      <w:r>
        <w:rPr>
          <w:rFonts w:ascii="Courier New" w:hAnsi="Courier New"/>
          <w:color w:val="555555"/>
          <w:sz w:val="20"/>
        </w:rPr>
        <w:t>[10]</w:t>
      </w:r>
    </w:p>
    <w:p>
      <w:r>
        <w:rPr>
          <w:rFonts w:ascii="Gentium Plus" w:hAnsi="Gentium Plus"/>
          <w:sz w:val="24"/>
        </w:rPr>
        <w:t>Ἀπολλοφάνης ἐχρήσαντο.] Ἀδοξεῖται. οὐ τιμᾶται. [οὐκ ἀπόδεκτόν ἐστι τὸ νικᾷν παρὰ Ῥωμαίοις ἄνευ παραγγέλματος· ἀδο‐ ξεῖται γάρ.]</w:t>
      </w:r>
    </w:p>
    <w:p>
      <w:pPr>
        <w:jc w:val="center"/>
      </w:pPr>
      <w:r>
        <w:rPr>
          <w:rFonts w:ascii="Gentium Plus" w:hAnsi="Gentium Plus"/>
          <w:b/>
          <w:sz w:val="24"/>
        </w:rPr>
        <w:t>(Ἐπίῤῥημα.)</w:t>
      </w:r>
    </w:p>
    <w:p>
      <w:r>
        <w:rPr>
          <w:rFonts w:ascii="Courier New" w:hAnsi="Courier New"/>
          <w:color w:val="555555"/>
          <w:sz w:val="20"/>
        </w:rPr>
        <w:t>[15]</w:t>
      </w:r>
    </w:p>
    <w:p>
      <w:r>
        <w:rPr>
          <w:rFonts w:ascii="Gentium Plus" w:hAnsi="Gentium Plus"/>
          <w:sz w:val="24"/>
        </w:rPr>
        <w:t>Ἀδυναστί. ἀντὶ τοῦ ἀδυνάτως. Ἀδωναΐ. θεός. Ἀδέρκτως. οὐ προσβλεπόντως. [ἀλλ’ ἢ καταμη‐ νύοντες· παραμειβόμεθ’ ἀδέρκτως.] Ἀδηνέως. ἁπλῶς καὶ ἀταλαιπώρως.</w:t>
      </w:r>
    </w:p>
    <w:p>
      <w:r>
        <w:rPr>
          <w:rFonts w:ascii="Courier New" w:hAnsi="Courier New"/>
          <w:color w:val="555555"/>
          <w:sz w:val="20"/>
        </w:rPr>
        <w:t>[20]</w:t>
      </w:r>
    </w:p>
    <w:p>
      <w:r>
        <w:rPr>
          <w:rFonts w:ascii="Gentium Plus" w:hAnsi="Gentium Plus"/>
          <w:sz w:val="24"/>
        </w:rPr>
        <w:t>Ἀδεκάστως. δικαίως· ἀδωροδοκήτως· ἀμερίστως. Ἀδαηστί. χωρὶς μαθήσεως, ἢ μερισμοῦ χωρίς. Ἀδορεί. ἀνεκδάρτως. [ἀδωρὶ δὲ χωρὶς δώρων. μέ‐ γα καὶ ί.] Ἀδηρίτως. ἀμάχως, ἀφιλονείκως.</w:t>
      </w:r>
    </w:p>
    <w:p>
      <w:r>
        <w:rPr>
          <w:rFonts w:ascii="Courier New" w:hAnsi="Courier New"/>
          <w:color w:val="555555"/>
          <w:sz w:val="20"/>
        </w:rPr>
        <w:t>[25]</w:t>
      </w:r>
    </w:p>
    <w:p>
      <w:r>
        <w:rPr>
          <w:rFonts w:ascii="Gentium Plus" w:hAnsi="Gentium Plus"/>
          <w:sz w:val="24"/>
        </w:rPr>
        <w:t>Ἀδεεί. ἀφόβως, ἀδογματίστως, ἀναμφιβόλως.</w:t>
      </w:r>
    </w:p>
    <w:p>
      <w:r>
        <w:rPr>
          <w:rFonts w:ascii="Courier New" w:hAnsi="Courier New"/>
          <w:color w:val="555555"/>
          <w:sz w:val="20"/>
        </w:rPr>
        <w:t>[alpha 50]</w:t>
      </w:r>
    </w:p>
    <w:p>
      <w:r>
        <w:rPr>
          <w:rFonts w:ascii="Gentium Plus" w:hAnsi="Gentium Plus"/>
          <w:sz w:val="24"/>
        </w:rPr>
        <w:t>Ἀδεῶς. ἀφόβως. Ἀδακρυτί. ἀκλαυστί. Ἀδμωλεί. χωρὶς δουλείας.</w:t>
      </w:r>
    </w:p>
    <w:p>
      <w:pPr>
        <w:jc w:val="center"/>
      </w:pPr>
      <w:r>
        <w:rPr>
          <w:rFonts w:ascii="Gentium Plus" w:hAnsi="Gentium Plus"/>
          <w:b/>
          <w:sz w:val="24"/>
        </w:rPr>
        <w:t>Τὸ Α μετὰ τοῦ Ε.</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Ἀελλόπους. ὁ ταχύτατος. Ἀεργός. ὀκνηρὸς, ἀργός. Ἀεσίφρων. ὀξύφρων ἢ ματαιόφρων. Ἀένναος. ὁ ἀεὶ ῥέων.</w:t>
      </w:r>
    </w:p>
    <w:p>
      <w:r>
        <w:rPr>
          <w:rFonts w:ascii="Courier New" w:hAnsi="Courier New"/>
          <w:color w:val="555555"/>
          <w:sz w:val="20"/>
        </w:rPr>
        <w:t>[10]</w:t>
      </w:r>
    </w:p>
    <w:p>
      <w:r>
        <w:rPr>
          <w:rFonts w:ascii="Gentium Plus" w:hAnsi="Gentium Plus"/>
          <w:sz w:val="24"/>
        </w:rPr>
        <w:t>Ἀερσίπους. ὁ εἰς ὕψος αἴρων τοὺς πόδας. Ἀεικέλιος. ἀπρεπὴς, ἀνόμοιος, σκληρός. [ὡς πέμπω, πέμπελος. εἴκω, τὸ ὁμοιῶ, ἀεικέλιος.] Ἀεικής. ἀπρεπὴς, σκληρός. ἀπὸ τοῦ μὴ εἴκειν. Ἀετιδεῖς. οἱ νεοσσοὶ τῶν ἀετῶν.</w:t>
      </w:r>
    </w:p>
    <w:p>
      <w:r>
        <w:rPr>
          <w:rFonts w:ascii="Courier New" w:hAnsi="Courier New"/>
          <w:color w:val="555555"/>
          <w:sz w:val="20"/>
        </w:rPr>
        <w:t>[15]</w:t>
      </w:r>
    </w:p>
    <w:p>
      <w:r>
        <w:rPr>
          <w:rFonts w:ascii="Gentium Plus" w:hAnsi="Gentium Plus"/>
          <w:sz w:val="24"/>
        </w:rPr>
        <w:t>Ἀέτιος. ὄνομα κύριον. οὗτος ἐξ Ἀντιοχείας τῆς Συρίας εἷλκε τὸ γένος, διδάσκαλος γεγονὼς Εὐ‐ νομίου, ἀπὸ πενιχρῶν καὶ εὐτελῶν γονέων τυγ‐ χάνων· ᾧτινι ἀνάθεμα ἐγώ φημι. Ἀετίτης. εἶδος λίθου.</w:t>
      </w:r>
    </w:p>
    <w:p>
      <w:r>
        <w:rPr>
          <w:rFonts w:ascii="Courier New" w:hAnsi="Courier New"/>
          <w:color w:val="555555"/>
          <w:sz w:val="20"/>
        </w:rPr>
        <w:t>[20]</w:t>
      </w:r>
    </w:p>
    <w:p>
      <w:r>
        <w:rPr>
          <w:rFonts w:ascii="Gentium Plus" w:hAnsi="Gentium Plus"/>
          <w:sz w:val="24"/>
        </w:rPr>
        <w:t>Ἀείτης. ὁ ἑταῖρος, ἀπὸ τοῦ ἀεὶ εἶναι. Ἀερμών. ὄρος κατὰ Παλαιστίνην, ἐφ’ ᾧ πολλὴ χιὼν συνάγεται, ἀφ’ ἧς ἀτμοὶ ἀναδιδόμενοι. καὶ τὸν ἀέρα τὸν ὑπεράνω τῆς Σιὼν παχύνοντες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Ἀέκητι. τῇ ἀβουλίᾳ. Ἀεργηλή. ἀργὴ, ἄπρακτος. [τρομερῷ γήραϊ κά‐ μνων χειρὸς ἀεργηλᾶς ἀνέθηκε κορύναν.]</w:t>
      </w:r>
    </w:p>
    <w:p>
      <w:r>
        <w:rPr>
          <w:rFonts w:ascii="Courier New" w:hAnsi="Courier New"/>
          <w:color w:val="555555"/>
          <w:sz w:val="20"/>
        </w:rPr>
        <w:t>[5]</w:t>
      </w:r>
    </w:p>
    <w:p>
      <w:r>
        <w:rPr>
          <w:rFonts w:ascii="Gentium Plus" w:hAnsi="Gentium Plus"/>
          <w:sz w:val="24"/>
        </w:rPr>
        <w:t>Ἀερονηχεῖς. τὰς ἐν τῷ ἀέρι νηχομένας νεφέλας. οὕτως Ἀριστοφάνης. Ἄεσις. πόνος τίς. Ἄελλαι. πνοιαὶ ἀνέμων. ἢ ἄτακτα πνεύματα. [καὶ καταιγίδες. ἢ μεγάλαι συστροφαί. αἱ ἄγαν</w:t>
      </w:r>
    </w:p>
    <w:p>
      <w:r>
        <w:rPr>
          <w:rFonts w:ascii="Courier New" w:hAnsi="Courier New"/>
          <w:color w:val="555555"/>
          <w:sz w:val="20"/>
        </w:rPr>
        <w:t>[10]</w:t>
      </w:r>
    </w:p>
    <w:p>
      <w:r>
        <w:rPr>
          <w:rFonts w:ascii="Gentium Plus" w:hAnsi="Gentium Plus"/>
          <w:sz w:val="24"/>
        </w:rPr>
        <w:t>εἱλοῦσαι. ἢ παρὰ τὸ ἄω τὸ πνέω, ὁ μέλλων ἀήσω καὶ ἀέσω· καὶ ἐξ αὐτῶν ἄελλα, πλεο‐ νασμῷ ἑτέρου λ.] Ἀειλογία. ἡ πολυλογία. Ἀερία. ἡ Αἴγυπτος.</w:t>
      </w:r>
    </w:p>
    <w:p>
      <w:r>
        <w:rPr>
          <w:rFonts w:ascii="Courier New" w:hAnsi="Courier New"/>
          <w:color w:val="555555"/>
          <w:sz w:val="20"/>
        </w:rPr>
        <w:t>[15]</w:t>
      </w:r>
    </w:p>
    <w:p>
      <w:r>
        <w:rPr>
          <w:rFonts w:ascii="Gentium Plus" w:hAnsi="Gentium Plus"/>
          <w:sz w:val="24"/>
        </w:rPr>
        <w:t>Ἀετασία. ἡ λύπη. Ἀειγλινῇσι. ταῖς διηνεκέσι ῥυπαρίαις. Ἀετίγεννα. πόλις οὕτω καλουμένη. Ἀεικίας. τὰς ἀπρεπεῖς ὕβρεις. [τὰς ὑβριστικὰς αἰσχύνας. ἀπὸ τοῦ ἀϊκίας. πλεονασμῷ τοῦ ε</w:t>
      </w:r>
    </w:p>
    <w:p>
      <w:r>
        <w:rPr>
          <w:rFonts w:ascii="Courier New" w:hAnsi="Courier New"/>
          <w:color w:val="555555"/>
          <w:sz w:val="20"/>
        </w:rPr>
        <w:t>[20]</w:t>
      </w:r>
    </w:p>
    <w:p>
      <w:r>
        <w:rPr>
          <w:rFonts w:ascii="Gentium Plus" w:hAnsi="Gentium Plus"/>
          <w:sz w:val="24"/>
        </w:rPr>
        <w:t>ἀεικίας.] Ἀεινεφίς. ἡ τύφλωσις.</w:t>
      </w:r>
    </w:p>
    <w:p>
      <w:r>
        <w:rPr>
          <w:rFonts w:ascii="Courier New" w:hAnsi="Courier New"/>
          <w:color w:val="555555"/>
          <w:sz w:val="20"/>
        </w:rPr>
        <w:t>[alpha 52]</w:t>
      </w:r>
    </w:p>
    <w:p>
      <w:r>
        <w:rPr>
          <w:rFonts w:ascii="Gentium Plus" w:hAnsi="Gentium Plus"/>
          <w:sz w:val="24"/>
        </w:rPr>
        <w:t>Ἀειφυγία. ἡ εἰς ἀεὶ φυγή. [χωρήσειν δ’ αὐτοῖς ἅπαντα κατὰ νοῦν, εἰ τὸν αὐτόχειρα ἐλάσουσι τοῦ στρατοῦ ἀειφυγίᾳ.] Ἀειλογία. τὸ ἀεὶ λόγον καὶ εὐθύνας ὑπέχειν.</w:t>
      </w:r>
    </w:p>
    <w:p>
      <w:r>
        <w:rPr>
          <w:rFonts w:ascii="Courier New" w:hAnsi="Courier New"/>
          <w:color w:val="555555"/>
          <w:sz w:val="20"/>
        </w:rPr>
        <w:t>[5]</w:t>
      </w:r>
    </w:p>
    <w:p>
      <w:r>
        <w:rPr>
          <w:rFonts w:ascii="Gentium Plus" w:hAnsi="Gentium Plus"/>
          <w:sz w:val="24"/>
        </w:rPr>
        <w:t>[οὕτως Δημοσθένης καὶ Ἰσαῖος.]</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Ἀεικελές. ἀπρεπές. Ἀειθαλές. τὸ ἀεὶ θάλλον. Ἀείρυτον. τὸ ἀεὶ ῥέον.</w:t>
      </w:r>
    </w:p>
    <w:p>
      <w:r>
        <w:rPr>
          <w:rFonts w:ascii="Courier New" w:hAnsi="Courier New"/>
          <w:color w:val="555555"/>
          <w:sz w:val="20"/>
        </w:rPr>
        <w:t>[10]</w:t>
      </w:r>
    </w:p>
    <w:p>
      <w:r>
        <w:rPr>
          <w:rFonts w:ascii="Gentium Plus" w:hAnsi="Gentium Plus"/>
          <w:sz w:val="24"/>
        </w:rPr>
        <w:t>Ἄερκτον. τὸ ἄφρακτον. [ἕρκος γὰρ τὸ περί‐ φραγμα.] Ἀερόεν. μέγα σκοτεινόν. Ἀεκήλια. οὐκ εἰρηναῖα, οὐδ’ ἥσυχα, ἀλλὰ ταρα‐ χώδη.</w:t>
      </w:r>
    </w:p>
    <w:p>
      <w:r>
        <w:rPr>
          <w:rFonts w:ascii="Courier New" w:hAnsi="Courier New"/>
          <w:color w:val="555555"/>
          <w:sz w:val="20"/>
        </w:rPr>
        <w:t>[15]</w:t>
      </w:r>
    </w:p>
    <w:p>
      <w:r>
        <w:rPr>
          <w:rFonts w:ascii="Gentium Plus" w:hAnsi="Gentium Plus"/>
          <w:sz w:val="24"/>
        </w:rPr>
        <w:t>Ἄειλα. τὰ πολύσκια χωρία, κατὰ στέρησιν τῆς ἕλης. Ἀείδελον. ἀφανές. [εἴδω, τὸ γινώσκω, τὸ οἶδα. γίνεται εἴδελος, ὡς πέμπω πέμπελος. ὡς Ἡσίο‐ δος περὶ Αὐτολύκου.]</w:t>
      </w:r>
    </w:p>
    <w:p>
      <w:r>
        <w:rPr>
          <w:rFonts w:ascii="Courier New" w:hAnsi="Courier New"/>
          <w:color w:val="555555"/>
          <w:sz w:val="20"/>
        </w:rPr>
        <w:t>[20]</w:t>
      </w:r>
    </w:p>
    <w:p>
      <w:r>
        <w:rPr>
          <w:rFonts w:ascii="Gentium Plus" w:hAnsi="Gentium Plus"/>
          <w:sz w:val="24"/>
        </w:rPr>
        <w:t>Ἀετώματα. στεγάσματα.</w:t>
      </w:r>
    </w:p>
    <w:p>
      <w:r>
        <w:rPr>
          <w:rFonts w:ascii="Courier New" w:hAnsi="Courier New"/>
          <w:color w:val="555555"/>
          <w:sz w:val="20"/>
        </w:rPr>
        <w:t>[alpha 53]</w:t>
      </w:r>
    </w:p>
    <w:p>
      <w:r>
        <w:rPr>
          <w:rFonts w:ascii="Gentium Plus" w:hAnsi="Gentium Plus"/>
          <w:sz w:val="24"/>
        </w:rPr>
        <w:t>Ἀεροτόμα. τὰ πετεινὰ τὰ τοῖς πτεροῖς τέμνοντα τὸν ἀέρα. Ἄεισμα καινόν. ὕμνος καινός. Ἀείσωμεν. ὁδεύσομεν.</w:t>
      </w:r>
    </w:p>
    <w:p>
      <w:r>
        <w:rPr>
          <w:rFonts w:ascii="Courier New" w:hAnsi="Courier New"/>
          <w:color w:val="555555"/>
          <w:sz w:val="20"/>
        </w:rPr>
        <w:t>[5]</w:t>
      </w:r>
    </w:p>
    <w:p>
      <w:r>
        <w:rPr>
          <w:rFonts w:ascii="Gentium Plus" w:hAnsi="Gentium Plus"/>
          <w:sz w:val="24"/>
        </w:rPr>
        <w:t>Ἄεθλον. τὸ ἐπὶ τοῦ ἀγῶνος διδόμενον. [νηῶν δ’ ἔφερ’ ἄεθλα. ἀπὸ τοῦ ἐθέλω, ἐπιτάσει τοῦ α, ἄεθλον.]</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Ἀεθλεύειν. ἀγωνίζεσθαι.</w:t>
      </w:r>
    </w:p>
    <w:p>
      <w:r>
        <w:rPr>
          <w:rFonts w:ascii="Courier New" w:hAnsi="Courier New"/>
          <w:color w:val="555555"/>
          <w:sz w:val="20"/>
        </w:rPr>
        <w:t>[10]</w:t>
      </w:r>
    </w:p>
    <w:p>
      <w:r>
        <w:rPr>
          <w:rFonts w:ascii="Gentium Plus" w:hAnsi="Gentium Plus"/>
          <w:sz w:val="24"/>
        </w:rPr>
        <w:t>Ἀείρας. κουφίσας, ἐπάρας, βαστάσας. Ἀεροβατεῖν. εἰς τὸν ἀέρα βαίνειν. Ἀείδω. τὸ λέγω. Ἀέξει. αὔξει. Ἀεικίσουσιν. ὑβρίσουσιν.</w:t>
      </w:r>
    </w:p>
    <w:p>
      <w:r>
        <w:rPr>
          <w:rFonts w:ascii="Courier New" w:hAnsi="Courier New"/>
          <w:color w:val="555555"/>
          <w:sz w:val="20"/>
        </w:rPr>
        <w:t>[15]</w:t>
      </w:r>
    </w:p>
    <w:p>
      <w:r>
        <w:rPr>
          <w:rFonts w:ascii="Gentium Plus" w:hAnsi="Gentium Plus"/>
          <w:sz w:val="24"/>
        </w:rPr>
        <w:t>Ἀεικίζει. ἀπολλύει, φθείρει. οἱ δὲ ἀντὶ τοῦ αἰκίζεται. Ἀελπέων. οὐκ ἐλπίζων. Ἀερέθονται. αἴρονται. ἢ λίαν παροξύνονται. [Ἀέντες. πνέοντες. παρὰ τὸ ἄω τὸ πνέω.]</w:t>
      </w:r>
    </w:p>
    <w:p>
      <w:r>
        <w:rPr>
          <w:rFonts w:ascii="Courier New" w:hAnsi="Courier New"/>
          <w:color w:val="555555"/>
          <w:sz w:val="20"/>
        </w:rPr>
        <w:t>[20]</w:t>
      </w:r>
    </w:p>
    <w:p>
      <w:r>
        <w:rPr>
          <w:rFonts w:ascii="Gentium Plus" w:hAnsi="Gentium Plus"/>
          <w:sz w:val="24"/>
        </w:rPr>
        <w:t>Ἀερτάζειν. βαστάζειν.</w:t>
      </w:r>
    </w:p>
    <w:p>
      <w:r>
        <w:rPr>
          <w:rFonts w:ascii="Courier New" w:hAnsi="Courier New"/>
          <w:color w:val="555555"/>
          <w:sz w:val="20"/>
        </w:rPr>
        <w:t>[alpha 54]</w:t>
      </w:r>
    </w:p>
    <w:p>
      <w:r>
        <w:rPr>
          <w:rFonts w:ascii="Gentium Plus" w:hAnsi="Gentium Plus"/>
          <w:sz w:val="24"/>
        </w:rPr>
        <w:t>Ἄειρε. πρόσφερε. μή μοι οἶνον ἄειρε μελίφρονα— καὶ ἀντὶ τοῦ ἔβαλε. [καὶ ἴπνια λύματ’ ἄειρεν.]</w:t>
      </w:r>
    </w:p>
    <w:p>
      <w:r>
        <w:rPr>
          <w:rFonts w:ascii="Courier New" w:hAnsi="Courier New"/>
          <w:color w:val="555555"/>
          <w:sz w:val="20"/>
        </w:rPr>
        <w:t>[5]</w:t>
      </w:r>
    </w:p>
    <w:p>
      <w:r>
        <w:rPr>
          <w:rFonts w:ascii="Gentium Plus" w:hAnsi="Gentium Plus"/>
          <w:sz w:val="24"/>
        </w:rPr>
        <w:t>†Ἀειροῦς. ὁ ἀεὶ ῥέων.† Ἀεικίσω. ὑβρίσω. [ὡς εὐγενὴς εὐγενίζω, οὕτως ἀεικὴς ἀεικίζω.] Ἀειρόμεναι. κουφιζόμεναι. [παρὰ τὸ αἴρειν. ἢ ἀὴρ, ἀέρος, ἀέρω, καὶ πλεονασμῷ τοῦ ι ἀείρω.]</w:t>
      </w:r>
    </w:p>
    <w:p>
      <w:r>
        <w:rPr>
          <w:rFonts w:ascii="Courier New" w:hAnsi="Courier New"/>
          <w:color w:val="555555"/>
          <w:sz w:val="20"/>
        </w:rPr>
        <w:t>[10]</w:t>
      </w:r>
    </w:p>
    <w:p>
      <w:r>
        <w:rPr>
          <w:rFonts w:ascii="Gentium Plus" w:hAnsi="Gentium Plus"/>
          <w:sz w:val="24"/>
        </w:rPr>
        <w:t>Ἀέσαμεν. ἀνεπαυσάμεθα. [Ὅμηρος· νύκτα μὲν ἀέσαμεν χαλεπὰ φρεσὶν ὁρμαίνοντες.] Ἀέλπτως. ἀνελπίστως. Ἀένναος. ὁ ἀεὶ νάων καὶ ῥέων. [ὁ δὲ Ἰουστινια‐ νὸς ὥσπερ ποταμὸς ἀένναος ἐδῄου τοὺς ὑπη‐</w:t>
      </w:r>
    </w:p>
    <w:p>
      <w:r>
        <w:rPr>
          <w:rFonts w:ascii="Courier New" w:hAnsi="Courier New"/>
          <w:color w:val="555555"/>
          <w:sz w:val="20"/>
        </w:rPr>
        <w:t>[15]</w:t>
      </w:r>
    </w:p>
    <w:p>
      <w:r>
        <w:rPr>
          <w:rFonts w:ascii="Gentium Plus" w:hAnsi="Gentium Plus"/>
          <w:sz w:val="24"/>
        </w:rPr>
        <w:t>κόους.] Ἀείσαμεν. ὁδεύσαμεν. ἢ ἠκούσαμεν δι’ ἰῶτα.</w:t>
      </w:r>
    </w:p>
    <w:p>
      <w:pPr>
        <w:jc w:val="center"/>
      </w:pPr>
      <w:r>
        <w:rPr>
          <w:rFonts w:ascii="Gentium Plus" w:hAnsi="Gentium Plus"/>
          <w:b/>
          <w:sz w:val="24"/>
        </w:rPr>
        <w:t>Τὸ Α μετὰ τοῦ Ζ.</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Ἄζηλοι. οἱ ἄτιμοι.</w:t>
      </w:r>
    </w:p>
    <w:p>
      <w:r>
        <w:rPr>
          <w:rFonts w:ascii="Courier New" w:hAnsi="Courier New"/>
          <w:color w:val="555555"/>
          <w:sz w:val="20"/>
        </w:rPr>
        <w:t>[20]</w:t>
      </w:r>
    </w:p>
    <w:p>
      <w:r>
        <w:rPr>
          <w:rFonts w:ascii="Gentium Plus" w:hAnsi="Gentium Plus"/>
          <w:sz w:val="24"/>
        </w:rPr>
        <w:t>Ἄζυγες. οἱ μονάζοντες. καὶ ἀζυγῶν τῶν μονα‐</w:t>
      </w:r>
    </w:p>
    <w:p>
      <w:r>
        <w:rPr>
          <w:rFonts w:ascii="Courier New" w:hAnsi="Courier New"/>
          <w:color w:val="555555"/>
          <w:sz w:val="20"/>
        </w:rPr>
        <w:t>[alpha 55]</w:t>
      </w:r>
    </w:p>
    <w:p>
      <w:r>
        <w:rPr>
          <w:rFonts w:ascii="Gentium Plus" w:hAnsi="Gentium Plus"/>
          <w:sz w:val="24"/>
        </w:rPr>
        <w:t>Ἄζυμοι. καθαροί. ἄτυφοι. οἱ ἔπαρσιν μὴ ἔχον‐ τες. τὸ γὰρ ἄζυμον οὐχ ὑψοῦται. Ἄζην. ὁ πώγων κατὰ Φρύγας. Ἀζείρου. τοῦ ἀζώστου ἢ πολυζώστου. [ἀπὸ τοῦ</w:t>
      </w:r>
    </w:p>
    <w:p>
      <w:r>
        <w:rPr>
          <w:rFonts w:ascii="Courier New" w:hAnsi="Courier New"/>
          <w:color w:val="555555"/>
          <w:sz w:val="20"/>
        </w:rPr>
        <w:t>[5]</w:t>
      </w:r>
    </w:p>
    <w:p>
      <w:r>
        <w:rPr>
          <w:rFonts w:ascii="Gentium Plus" w:hAnsi="Gentium Plus"/>
          <w:sz w:val="24"/>
        </w:rPr>
        <w:t>ζειρά.] Ἀζειῶται. Τρωϊκὸν ἔθνος. Ἀζειάδης. κύριον. καὶ πατρωνυμικῶς Ἀζειάδα. Ἀζέμελκος. Ἀζείδης. Ἀζήϊος. Ἀζηνᾶς. Ἀζη‐ νεύς. καὶ Ἄζωρος. ὀνόματα κύρια.</w:t>
      </w:r>
    </w:p>
    <w:p>
      <w:r>
        <w:rPr>
          <w:rFonts w:ascii="Courier New" w:hAnsi="Courier New"/>
          <w:color w:val="555555"/>
          <w:sz w:val="20"/>
        </w:rPr>
        <w:t>[10]</w:t>
      </w:r>
    </w:p>
    <w:p>
      <w:r>
        <w:rPr>
          <w:rFonts w:ascii="Gentium Plus" w:hAnsi="Gentium Plus"/>
          <w:sz w:val="24"/>
        </w:rPr>
        <w:t>Ἀζηρός. ὁ μὴ ξηρός. Ἀζαώθ. ὄνομα κύριον. Ἄζυξ. ὁ μὴ συνεζευγμένος γάμῳ. [καὶ ὁ κέλης ἵππος.] Ἀζητός. ὁ σεβαστός.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Ἀζηνία. δῆμος ἐστὶ τῆς φυλῆς τῆς Ἱπποθωον‐ τίδος. Ἀζαλέην. κατάξηρον. [Ὅμηρος· βοῦν ἀζα‐ λέην.]</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Ἀζήμιθρον. ἤτοι ἀζήμιον. Ἄζειρον. τὸ ἀποίκιλτον. ζειρὸν γὰρ τὸ ποικίλον. ἢ τὸ ἄχρωστον. Ἀζηλόεν. τὸ μέλαν.</w:t>
      </w:r>
    </w:p>
    <w:p>
      <w:r>
        <w:rPr>
          <w:rFonts w:ascii="Courier New" w:hAnsi="Courier New"/>
          <w:color w:val="555555"/>
          <w:sz w:val="20"/>
        </w:rPr>
        <w:t>[25]</w:t>
      </w:r>
    </w:p>
    <w:p>
      <w:r>
        <w:rPr>
          <w:rFonts w:ascii="Gentium Plus" w:hAnsi="Gentium Plus"/>
          <w:sz w:val="24"/>
        </w:rPr>
        <w:t>Ἀζήτητον. τὸ ζήτησιν καὶ κατηγορίαν ἔχειν κε‐ κωλυμένον. [οὕτως Αἰσχίνης.] Ἀζηχές. τὸ ἀδιάλειπτον. [τροπῇ τοῦ δ εἰς ζ. ἀδηχὲς γάρ. ἄδην δέ ἐστι τὸ ἀδιάλειπτον. ἢ ἀζηχὲς τὸ μεγαλόηχον. οἷον·</w:t>
      </w:r>
    </w:p>
    <w:p>
      <w:r>
        <w:rPr>
          <w:rFonts w:ascii="Courier New" w:hAnsi="Courier New"/>
          <w:color w:val="555555"/>
          <w:sz w:val="20"/>
        </w:rPr>
        <w:t>[30]</w:t>
      </w:r>
    </w:p>
    <w:p>
      <w:r>
        <w:rPr>
          <w:rFonts w:ascii="Gentium Plus" w:hAnsi="Gentium Plus"/>
          <w:sz w:val="24"/>
        </w:rPr>
        <w:t>—ἀζηχὲς μεμαυῖα.]</w:t>
      </w:r>
    </w:p>
    <w:p>
      <w:pPr>
        <w:jc w:val="center"/>
      </w:pPr>
      <w:r>
        <w:rPr>
          <w:rFonts w:ascii="Gentium Plus" w:hAnsi="Gentium Plus"/>
          <w:b/>
          <w:sz w:val="24"/>
        </w:rPr>
        <w:t>(Ῥῆμα.)</w:t>
      </w:r>
    </w:p>
    <w:p>
      <w:r>
        <w:rPr>
          <w:rFonts w:ascii="Courier New" w:hAnsi="Courier New"/>
          <w:color w:val="555555"/>
          <w:sz w:val="20"/>
        </w:rPr>
        <w:t>[32]</w:t>
      </w:r>
    </w:p>
    <w:p>
      <w:r>
        <w:rPr>
          <w:rFonts w:ascii="Gentium Plus" w:hAnsi="Gentium Plus"/>
          <w:sz w:val="24"/>
        </w:rPr>
        <w:t>Ἀζείρει. ἀντὶ τοῦ ζέει. ἀζήρει δὲ, ἀντὶ τοῦ</w:t>
      </w:r>
    </w:p>
    <w:p>
      <w:r>
        <w:rPr>
          <w:rFonts w:ascii="Courier New" w:hAnsi="Courier New"/>
          <w:color w:val="555555"/>
          <w:sz w:val="20"/>
        </w:rPr>
        <w:t>[alpha 56]</w:t>
      </w:r>
    </w:p>
    <w:p>
      <w:r>
        <w:rPr>
          <w:rFonts w:ascii="Gentium Plus" w:hAnsi="Gentium Plus"/>
          <w:sz w:val="24"/>
        </w:rPr>
        <w:t>Ἄζω. τὸ ξηραίνω. ἅζω· τὸ σέβομαι· ὃ καὶ δασύ‐ νεται. Ἄζειν ἢ Ἀζεῖν. τὸ στόμα ἀθρόως προσπνεῖν.</w:t>
      </w:r>
    </w:p>
    <w:p>
      <w:pPr>
        <w:jc w:val="center"/>
      </w:pPr>
      <w:r>
        <w:rPr>
          <w:rFonts w:ascii="Gentium Plus" w:hAnsi="Gentium Plus"/>
          <w:b/>
          <w:sz w:val="24"/>
        </w:rPr>
        <w:t>(Ἐπίῤῥημα.)</w:t>
      </w:r>
    </w:p>
    <w:p>
      <w:r>
        <w:rPr>
          <w:rFonts w:ascii="Courier New" w:hAnsi="Courier New"/>
          <w:color w:val="555555"/>
          <w:sz w:val="20"/>
        </w:rPr>
        <w:t>[5]</w:t>
      </w:r>
    </w:p>
    <w:p>
      <w:r>
        <w:rPr>
          <w:rFonts w:ascii="Gentium Plus" w:hAnsi="Gentium Plus"/>
          <w:sz w:val="24"/>
        </w:rPr>
        <w:t>Ἀζητῶς. σεβαστῶς. Ἀζημίως. ἀβλαβῶς. κυρίως δὲ ζημία ἡ τῆς ζωῆς μείωσις.</w:t>
      </w:r>
    </w:p>
    <w:p>
      <w:pPr>
        <w:jc w:val="center"/>
      </w:pPr>
      <w:r>
        <w:rPr>
          <w:rFonts w:ascii="Gentium Plus" w:hAnsi="Gentium Plus"/>
          <w:b/>
          <w:sz w:val="24"/>
        </w:rPr>
        <w:t>Τὸ Α μετὰ τοῦ Η.</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Ἀήρ. οὗ πᾶσαι αἱ κινήσεις κατὰ φύσιν εἰσίν. ἀὴρ δὲ ἐστὶ στοιχεῖον λεπτότατον, ὑγρόν τε καὶ θερ‐ μὸν, τοῦ πυρὸς βαρύτερον, τῆς δὲ γῆς καὶ τῶν ὑδάτων κουφότερον, ἀναπνοῆς καὶ ἐκφύσεως αἴτιον, ἀχρωμάτιστον ἤτοι ἐκ φύσεως χρῆμα</w:t>
      </w:r>
    </w:p>
    <w:p>
      <w:r>
        <w:rPr>
          <w:rFonts w:ascii="Courier New" w:hAnsi="Courier New"/>
          <w:color w:val="555555"/>
          <w:sz w:val="20"/>
        </w:rPr>
        <w:t>[15]</w:t>
      </w:r>
    </w:p>
    <w:p>
      <w:r>
        <w:rPr>
          <w:rFonts w:ascii="Gentium Plus" w:hAnsi="Gentium Plus"/>
          <w:sz w:val="24"/>
        </w:rPr>
        <w:t>μὴ κεκτημένον· διειδὲς, διαφανές· φωτὸς γὰρ ἐστὶ διεκτικὸν, καὶ ταῖς τρισὶν αἰσθήσεσιν ἡμῶν διακονοῦν, δι’ αὐτοῦ γὰρ ὁρῶμεν, ἀκούομεν καὶ ὀσφραινόμεθα. δεκτικὸν θάλψεώς τε καὶ ψύ‐ ξεως, ξηρότητός τε καὶ ὑγρότητος, οὗ πᾶσαι αἱ</w:t>
      </w:r>
    </w:p>
    <w:p>
      <w:r>
        <w:rPr>
          <w:rFonts w:ascii="Courier New" w:hAnsi="Courier New"/>
          <w:color w:val="555555"/>
          <w:sz w:val="20"/>
        </w:rPr>
        <w:t>[20]</w:t>
      </w:r>
    </w:p>
    <w:p>
      <w:r>
        <w:rPr>
          <w:rFonts w:ascii="Gentium Plus" w:hAnsi="Gentium Plus"/>
          <w:sz w:val="24"/>
        </w:rPr>
        <w:t>κατὰ τόπον κινήσεις εἰσὶν, ἄνω, κάτω, ἔσω, ἔξω, δεξιὰ, ἀριστερὰ, καὶ ἡ κυκλοφορικὴ κίνη‐ σις. οἴκοθεν μὴ κεκτημένος τὸ φῶς, ἀλλ’ ὑπὸ ἡλίου καὶ σελήνης καὶ ἄστρων καὶ πυρὸς φωτι‐ ζόμενος. καὶ τοῦτο ἐστὶν ὃ εἶπεν ἡ γραφή·</w:t>
      </w:r>
    </w:p>
    <w:p>
      <w:r>
        <w:rPr>
          <w:rFonts w:ascii="Courier New" w:hAnsi="Courier New"/>
          <w:color w:val="555555"/>
          <w:sz w:val="20"/>
        </w:rPr>
        <w:t>[25]</w:t>
      </w:r>
    </w:p>
    <w:p>
      <w:r>
        <w:rPr>
          <w:rFonts w:ascii="Gentium Plus" w:hAnsi="Gentium Plus"/>
          <w:sz w:val="24"/>
        </w:rPr>
        <w:t>σκότος ἦν ἐπάνω τῆς ἀβύσσου, θέλουσα δεῖξαι, ὡς οὐκ οἴκοθεν ὁ ἀὴρ τὸ φῶς κέκτηται, ἀλλ’ ἄλλη ἐστὶν οὐσία τοῦ φωτός. παρὰ τὸ ἄω, τὸ πνέω, ἀήρ· ἡ γὰρ κίνησις αὐτοῦ ποιεῖ τὸν ἄνε‐ μον. ἢ παρὰ τὸ ἔρω, τὸ κουφίζω, ἀήρ· κουφί‐</w:t>
      </w:r>
    </w:p>
    <w:p>
      <w:r>
        <w:rPr>
          <w:rFonts w:ascii="Courier New" w:hAnsi="Courier New"/>
          <w:color w:val="555555"/>
          <w:sz w:val="20"/>
        </w:rPr>
        <w:t>[30]</w:t>
      </w:r>
    </w:p>
    <w:p>
      <w:r>
        <w:rPr>
          <w:rFonts w:ascii="Gentium Plus" w:hAnsi="Gentium Plus"/>
          <w:sz w:val="24"/>
        </w:rPr>
        <w:t>ζονται γὰρ ἐν αὐτῷ καὶ αἴρονται τινὰ ζῶα. Ἀήσυλος. ἡμαρτημένος. [ἀπὸ τοῦ ἄω μέλλον‐</w:t>
      </w:r>
    </w:p>
    <w:p>
      <w:r>
        <w:rPr>
          <w:rFonts w:ascii="Courier New" w:hAnsi="Courier New"/>
          <w:color w:val="555555"/>
          <w:sz w:val="20"/>
        </w:rPr>
        <w:t>[alpha 57]</w:t>
      </w:r>
    </w:p>
    <w:p>
      <w:r>
        <w:rPr>
          <w:rFonts w:ascii="Gentium Plus" w:hAnsi="Gentium Plus"/>
          <w:sz w:val="24"/>
        </w:rPr>
        <w:t>ῥηματικὸν ἀήσυλος· κατὰ πλεονασμὸν τοῦ η. ἢ ἀπὸ τοῦ ἥδω, ἥσω, ἥσυλα.] καὶ ἀήσυλα· τὰ μὴ τέρποντα, ἢ ἄδικα καὶ ἁμαρτωλά. Ἀήθης. ὁ ἀσυνήθης. [συντάττεται δὲ ἐπὶ δοτι‐</w:t>
      </w:r>
    </w:p>
    <w:p>
      <w:r>
        <w:rPr>
          <w:rFonts w:ascii="Courier New" w:hAnsi="Courier New"/>
          <w:color w:val="555555"/>
          <w:sz w:val="20"/>
        </w:rPr>
        <w:t>[5]</w:t>
      </w:r>
    </w:p>
    <w:p>
      <w:r>
        <w:rPr>
          <w:rFonts w:ascii="Gentium Plus" w:hAnsi="Gentium Plus"/>
          <w:sz w:val="24"/>
        </w:rPr>
        <w:t>κῆς καὶ γενικῆς, οἷον ἀήθης εἰμὶ τούτῳ τῷ πράγματι. καὶ γὰρ ἀήθης τοῦ κατακούειν τινός.] Ἀηνόβαρβος. χαλκοπώγων. Ἄητος. ἀκόρεστος. Ἀήσσητος. ὁ ἀήττητος, ὁ ἀνίκητος.</w:t>
      </w:r>
    </w:p>
    <w:p>
      <w:r>
        <w:rPr>
          <w:rFonts w:ascii="Courier New" w:hAnsi="Courier New"/>
          <w:color w:val="555555"/>
          <w:sz w:val="20"/>
        </w:rPr>
        <w:t>[10]</w:t>
      </w:r>
    </w:p>
    <w:p>
      <w:r>
        <w:rPr>
          <w:rFonts w:ascii="Gentium Plus" w:hAnsi="Gentium Plus"/>
          <w:sz w:val="24"/>
        </w:rPr>
        <w:t>[Ἀήτης. ὁ ἄνεμος. ἀπὸ τοῦ ἄω τὸ πνέω. ἀΐ‐ της δὲ ὁ ὁρμητικὸς, ι. ἀπὸ τοῦ ἀΐσσω τὸ ὁρ‐ μῶ.] ἀείτης δὲ, ὁ φίλος, δίφθογγος. Ἀηδών. ἀπὸ τοῦ ἀείδω. ἀειδὼν, καὶ τροπῇ αἰολι‐ κῇ τῆς ει διφθόγγου εἰς η, ἢ μόνου τοῦ ε εἰς</w:t>
      </w:r>
    </w:p>
    <w:p>
      <w:r>
        <w:rPr>
          <w:rFonts w:ascii="Courier New" w:hAnsi="Courier New"/>
          <w:color w:val="555555"/>
          <w:sz w:val="20"/>
        </w:rPr>
        <w:t>[15]</w:t>
      </w:r>
    </w:p>
    <w:p>
      <w:r>
        <w:rPr>
          <w:rFonts w:ascii="Gentium Plus" w:hAnsi="Gentium Plus"/>
          <w:sz w:val="24"/>
        </w:rPr>
        <w:t>η ἀηδών.</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Ἀήσυρον. τὸ ἐλαφρὸν, ἀπὸ τοῦ ἄω, τὸ πνέω. Ἀήσυλον. ἄδικον, ἁμαρτωλὸν, μὴ τέρπον. Ἀητόν. τὸ πολὺ καταπνεόμενον.</w:t>
      </w:r>
    </w:p>
    <w:p>
      <w:r>
        <w:rPr>
          <w:rFonts w:ascii="Courier New" w:hAnsi="Courier New"/>
          <w:color w:val="555555"/>
          <w:sz w:val="20"/>
        </w:rPr>
        <w:t>[20]</w:t>
      </w:r>
    </w:p>
    <w:p>
      <w:r>
        <w:rPr>
          <w:rFonts w:ascii="Gentium Plus" w:hAnsi="Gentium Plus"/>
          <w:sz w:val="24"/>
        </w:rPr>
        <w:t>Ἄημα. τὸ πνοὴν φέρον. Ἄηκες. τὸ [μὴ] ἠκονημένον ξίφος. Ἀηνές. τὸ ἀΐδιον, τὸ λαμπρόν. Ἀηδές. ἀνεύφραντον.</w:t>
      </w:r>
    </w:p>
    <w:p>
      <w:pPr>
        <w:jc w:val="center"/>
      </w:pPr>
      <w:r>
        <w:rPr>
          <w:rFonts w:ascii="Gentium Plus" w:hAnsi="Gentium Plus"/>
          <w:b/>
          <w:sz w:val="24"/>
        </w:rPr>
        <w:t>(Ῥῆμα.)</w:t>
      </w:r>
    </w:p>
    <w:p>
      <w:r>
        <w:rPr>
          <w:rFonts w:ascii="Courier New" w:hAnsi="Courier New"/>
          <w:color w:val="555555"/>
          <w:sz w:val="20"/>
        </w:rPr>
        <w:t>[25]</w:t>
      </w:r>
    </w:p>
    <w:p>
      <w:r>
        <w:rPr>
          <w:rFonts w:ascii="Gentium Plus" w:hAnsi="Gentium Plus"/>
          <w:sz w:val="24"/>
        </w:rPr>
        <w:t>Ἀήμενος. ὁ ὑπὸ ἀνέμων καταπνεόμενος. [ἀή‐</w:t>
      </w:r>
    </w:p>
    <w:p>
      <w:r>
        <w:rPr>
          <w:rFonts w:ascii="Courier New" w:hAnsi="Courier New"/>
          <w:color w:val="555555"/>
          <w:sz w:val="20"/>
        </w:rPr>
        <w:t>[alpha 58]</w:t>
      </w:r>
    </w:p>
    <w:p>
      <w:r>
        <w:rPr>
          <w:rFonts w:ascii="Gentium Plus" w:hAnsi="Gentium Plus"/>
          <w:sz w:val="24"/>
        </w:rPr>
        <w:t>Ἀηθέσσουσιν. ἀσυνήθεις εἰσίν. Ἀήδιζον. ἀηδῶς εἶχον. ἰστέον, ὅτι τὰ ἀπὸ φω‐ νήεντος ἀρχόμενα ῥήματα χρονικῶς αὔξονται ἐν τῷ παρατατικῷ, οἷον· ἄγω, ἦγον· αἴρω, ἦρον·</w:t>
      </w:r>
    </w:p>
    <w:p>
      <w:r>
        <w:rPr>
          <w:rFonts w:ascii="Courier New" w:hAnsi="Courier New"/>
          <w:color w:val="555555"/>
          <w:sz w:val="20"/>
        </w:rPr>
        <w:t>[5]</w:t>
      </w:r>
    </w:p>
    <w:p>
      <w:r>
        <w:rPr>
          <w:rFonts w:ascii="Gentium Plus" w:hAnsi="Gentium Plus"/>
          <w:sz w:val="24"/>
        </w:rPr>
        <w:t>αἰτῶ, ἤτουν. δεῖ προσθεῖναι ἐκτὸς τῶν ἰωνικῶν καὶ ποιητικῶν· οὗτοι γὰρ συναρχομένους πολλά‐ κις τοὺς παρακειμένους τοῖς ἰδίοις ἐνεστῶσι, οἷον ἄγω, ἄγεν· —ἄγε δέ ἑ μοῖρα βαρεῖα.</w:t>
      </w:r>
    </w:p>
    <w:p>
      <w:r>
        <w:rPr>
          <w:rFonts w:ascii="Courier New" w:hAnsi="Courier New"/>
          <w:color w:val="555555"/>
          <w:sz w:val="20"/>
        </w:rPr>
        <w:t>[10]</w:t>
      </w:r>
    </w:p>
    <w:p>
      <w:r>
        <w:rPr>
          <w:rFonts w:ascii="Gentium Plus" w:hAnsi="Gentium Plus"/>
          <w:sz w:val="24"/>
        </w:rPr>
        <w:t>καί· ἅψατο δ’ ἡμιόνου— καὶ χωρὶς τῶν ἀπὸ προθέσεως ἀρχομένων, οἷον ἀναγινώσκω, ἀνεγίνωσκον, ἀνέρχομαι, ἀνηρχό‐ μην. ἐπὶ τούτων γὰρ ἡ ἀρχὴ ἐνεστῶτος ἐφυ‐</w:t>
      </w:r>
    </w:p>
    <w:p>
      <w:r>
        <w:rPr>
          <w:rFonts w:ascii="Courier New" w:hAnsi="Courier New"/>
          <w:color w:val="555555"/>
          <w:sz w:val="20"/>
        </w:rPr>
        <w:t>[15]</w:t>
      </w:r>
    </w:p>
    <w:p>
      <w:r>
        <w:rPr>
          <w:rFonts w:ascii="Gentium Plus" w:hAnsi="Gentium Plus"/>
          <w:sz w:val="24"/>
        </w:rPr>
        <w:t>λάχθη ἐν τῷ παρατατικῷ.</w:t>
      </w:r>
    </w:p>
    <w:p>
      <w:pPr>
        <w:jc w:val="center"/>
      </w:pPr>
      <w:r>
        <w:rPr>
          <w:rFonts w:ascii="Gentium Plus" w:hAnsi="Gentium Plus"/>
          <w:b/>
          <w:sz w:val="24"/>
        </w:rPr>
        <w:t>Τὸ Α μετὰ τοῦ Θ.</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Ἀθύρας. ἐπίνειον παρὰ τὸ Βυζάντιον. ἡ κλῆσις ἰσοσυλλάβως. Ἀθυραῖος, ὡς Ῥήβας, Ῥη‐</w:t>
      </w:r>
    </w:p>
    <w:p>
      <w:r>
        <w:rPr>
          <w:rFonts w:ascii="Courier New" w:hAnsi="Courier New"/>
          <w:color w:val="555555"/>
          <w:sz w:val="20"/>
        </w:rPr>
        <w:t>[20]</w:t>
      </w:r>
    </w:p>
    <w:p>
      <w:r>
        <w:rPr>
          <w:rFonts w:ascii="Gentium Plus" w:hAnsi="Gentium Plus"/>
          <w:sz w:val="24"/>
        </w:rPr>
        <w:t>βαῖος. Ἀθῶος. ἀναίτιος, ἀζήμιος. [ἀπὸ τοῦ θῶ, τοῦ σημαίνοντος τὸ καταβάλλω, γίνεται θωὴ, ὅ ἐστι ζημία. ὁ γὰρ ζημιούμενος καταβάλλεται τί.] Ἄθως. ἀκρωτήριον ἢ ὄρος Θρᾴκης. Ἄθως σκιάζει</w:t>
      </w:r>
    </w:p>
    <w:p>
      <w:r>
        <w:rPr>
          <w:rFonts w:ascii="Courier New" w:hAnsi="Courier New"/>
          <w:color w:val="555555"/>
          <w:sz w:val="20"/>
        </w:rPr>
        <w:t>[25]</w:t>
      </w:r>
    </w:p>
    <w:p>
      <w:r>
        <w:rPr>
          <w:rFonts w:ascii="Gentium Plus" w:hAnsi="Gentium Plus"/>
          <w:sz w:val="24"/>
        </w:rPr>
        <w:t>νῶτα [Λημνίας βοός. βοῦς γὰρ ἵδρυται ἐν τῇ</w:t>
      </w:r>
    </w:p>
    <w:p>
      <w:r>
        <w:rPr>
          <w:rFonts w:ascii="Courier New" w:hAnsi="Courier New"/>
          <w:color w:val="555555"/>
          <w:sz w:val="20"/>
        </w:rPr>
        <w:t>[alpha 59]</w:t>
      </w:r>
    </w:p>
    <w:p>
      <w:r>
        <w:rPr>
          <w:rFonts w:ascii="Gentium Plus" w:hAnsi="Gentium Plus"/>
          <w:sz w:val="24"/>
        </w:rPr>
        <w:t>Λήμνῳ. εἴρηται δὲ Ἄθως ἀπὸ Ἄθου γίγαν‐ τος. τὸ τοπικὸν, Ἄθωος χωρὶς τοῦ ι, καὶ Ἀθώους τοὺς ἐνοικοῦντας. τὸ θηλυκὸν Ἀθωὶς εἴρηται καὶ Ἀθῶος, ὡς Κῶς Κῶος, καὶ κατὰ</w:t>
      </w:r>
    </w:p>
    <w:p>
      <w:r>
        <w:rPr>
          <w:rFonts w:ascii="Courier New" w:hAnsi="Courier New"/>
          <w:color w:val="555555"/>
          <w:sz w:val="20"/>
        </w:rPr>
        <w:t>[5]</w:t>
      </w:r>
    </w:p>
    <w:p>
      <w:r>
        <w:rPr>
          <w:rFonts w:ascii="Gentium Plus" w:hAnsi="Gentium Plus"/>
          <w:sz w:val="24"/>
        </w:rPr>
        <w:t>συναίρεσιν Ἄθους. ἔστι καὶ Ἀθῶος πόλις ἐπὶ τῷ Ἄθῳ. ὁ πολίτης Ἀθωίτης.] Ἄθρους. εἰς ἅπαν συνηγμένους ὁμοῦ, ἢ ἀθρόους. [τοιαῦτα μὲν ἐποίκιλλεν ἄθρους δεδισσόμενος.] Ἀθαμβής. ὁ ἄφοβος.</w:t>
      </w:r>
    </w:p>
    <w:p>
      <w:r>
        <w:rPr>
          <w:rFonts w:ascii="Courier New" w:hAnsi="Courier New"/>
          <w:color w:val="555555"/>
          <w:sz w:val="20"/>
        </w:rPr>
        <w:t>[10]</w:t>
      </w:r>
    </w:p>
    <w:p>
      <w:r>
        <w:rPr>
          <w:rFonts w:ascii="Gentium Plus" w:hAnsi="Gentium Plus"/>
          <w:sz w:val="24"/>
        </w:rPr>
        <w:t>Ἄθεσμος. ὁ ἄνομος. Ἀθέμηνος. ὁ κακός. Ἀθίγγανος. ὁ αἱρετικός. Ἀθέρες. εἶδος σπέρματος. Ἀθέριστος. ὁ ἀφρόντιστος.</w:t>
      </w:r>
    </w:p>
    <w:p>
      <w:r>
        <w:rPr>
          <w:rFonts w:ascii="Courier New" w:hAnsi="Courier New"/>
          <w:color w:val="555555"/>
          <w:sz w:val="20"/>
        </w:rPr>
        <w:t>[15]</w:t>
      </w:r>
    </w:p>
    <w:p>
      <w:r>
        <w:rPr>
          <w:rFonts w:ascii="Gentium Plus" w:hAnsi="Gentium Plus"/>
          <w:sz w:val="24"/>
        </w:rPr>
        <w:t>Ἄθλιος. ὁ ἐν ἀγωνίᾳ καὶ θρήνῳ ὢν καὶ μηδόλως ἄνεσιν ἔχων. Ἀθλοθετῆρα. ἀγωνοθέτην. Ἆθλος. τὸ ἀγώνισμα καὶ ὁ πόνος· παρὰ τὸ τλῶ, τὸ καρτερῶ, τλὸς καὶ ἄτλος, καὶ τροπῇ τοῦ τ</w:t>
      </w:r>
    </w:p>
    <w:p>
      <w:r>
        <w:rPr>
          <w:rFonts w:ascii="Courier New" w:hAnsi="Courier New"/>
          <w:color w:val="555555"/>
          <w:sz w:val="20"/>
        </w:rPr>
        <w:t>[20]</w:t>
      </w:r>
    </w:p>
    <w:p>
      <w:r>
        <w:rPr>
          <w:rFonts w:ascii="Gentium Plus" w:hAnsi="Gentium Plus"/>
          <w:sz w:val="24"/>
        </w:rPr>
        <w:t>εἰς θ ἄθλος. γράφεται καὶ ἄεθλος. [ὡς τό, οὗτος μὲν δὴ ἄεθλος ἄατος— καὶ ἐπὶ οὐδετέρου, ἄεθλον, τὸ διδόμενον ἐπὶ τοῦ ἀγῶνος· —νηῶν δ’ ἔφερ’ ἄεθλα—</w:t>
      </w:r>
    </w:p>
    <w:p>
      <w:r>
        <w:rPr>
          <w:rFonts w:ascii="Courier New" w:hAnsi="Courier New"/>
          <w:color w:val="555555"/>
          <w:sz w:val="20"/>
        </w:rPr>
        <w:t>[25]</w:t>
      </w:r>
    </w:p>
    <w:p>
      <w:r>
        <w:rPr>
          <w:rFonts w:ascii="Gentium Plus" w:hAnsi="Gentium Plus"/>
          <w:sz w:val="24"/>
        </w:rPr>
        <w:t>ἀπὸ τοῦ ἐθέλω, καὶ μετὰ τοῦ ἐπιτατικοῦ α ἀέθελον, τὸ πάνυ θέλον, καὶ συγκοπῇ ἄε‐ θλον καὶ κράσει τοῦ α ε, ἆθλον. τὸ ἆθλον</w:t>
      </w:r>
    </w:p>
    <w:p>
      <w:r>
        <w:rPr>
          <w:rFonts w:ascii="Courier New" w:hAnsi="Courier New"/>
          <w:color w:val="555555"/>
          <w:sz w:val="20"/>
        </w:rPr>
        <w:t>[alpha 60]</w:t>
      </w:r>
    </w:p>
    <w:p>
      <w:r>
        <w:rPr>
          <w:rFonts w:ascii="Gentium Plus" w:hAnsi="Gentium Plus"/>
          <w:sz w:val="24"/>
        </w:rPr>
        <w:t>Ἄθρακτος. ἀτάραχος. Ἀθυρονόμοι. ὡς ἔτυχε τοῖς νόμοις χρώμενοι.</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Ἄθρυπτος. ἀνδρώδης, μὴ βλακεύουσα μήτε μαλα‐</w:t>
      </w:r>
    </w:p>
    <w:p>
      <w:r>
        <w:rPr>
          <w:rFonts w:ascii="Courier New" w:hAnsi="Courier New"/>
          <w:color w:val="555555"/>
          <w:sz w:val="20"/>
        </w:rPr>
        <w:t>[5]</w:t>
      </w:r>
    </w:p>
    <w:p>
      <w:r>
        <w:rPr>
          <w:rFonts w:ascii="Gentium Plus" w:hAnsi="Gentium Plus"/>
          <w:sz w:val="24"/>
        </w:rPr>
        <w:t>κιζομένη, μήτε χαυνουμένη. Δαμάσκιος· τήνδε τρυφὴν ἐκληρώσατο μετρίαν τινὰ καὶ ἄθρυπτον. †Ἀθηνᾶ. ὁ ἀὴρ καὶ ἡ φρόνησις.† Ἀθανασία. αἰώνιος καὶ ἀΐδιος ζωή. Ἀθλιότης. ἡ ἐν τοῖς λυπηροῖς καὶ ἀβουλήτοις</w:t>
      </w:r>
    </w:p>
    <w:p>
      <w:r>
        <w:rPr>
          <w:rFonts w:ascii="Courier New" w:hAnsi="Courier New"/>
          <w:color w:val="555555"/>
          <w:sz w:val="20"/>
        </w:rPr>
        <w:t>[10]</w:t>
      </w:r>
    </w:p>
    <w:p>
      <w:r>
        <w:rPr>
          <w:rFonts w:ascii="Gentium Plus" w:hAnsi="Gentium Plus"/>
          <w:sz w:val="24"/>
        </w:rPr>
        <w:t>πάθεσι ταλαιπωρία. Ἀθρήνη. εἶδος μελίσσης. Ἀθυρογλωττία. ἡ φλυαρία. Ἀθεσία. ἡ παράβασις. Ἀθήναζε. εἰς Ἀθήνας.</w:t>
      </w:r>
    </w:p>
    <w:p>
      <w:r>
        <w:rPr>
          <w:rFonts w:ascii="Courier New" w:hAnsi="Courier New"/>
          <w:color w:val="555555"/>
          <w:sz w:val="20"/>
        </w:rPr>
        <w:t>[15]</w:t>
      </w:r>
    </w:p>
    <w:p>
      <w:r>
        <w:rPr>
          <w:rFonts w:ascii="Gentium Plus" w:hAnsi="Gentium Plus"/>
          <w:sz w:val="24"/>
        </w:rPr>
        <w:t>Ἀθήνηθεν. ἐξ Ἀθηνῶν. Ἀθάρα. ἄλευρον ἑψημένον. λέγει δὲ τὴν γρού‐ την, ὡς οἶμαι. Ἀθλοθεσία. ἡ ἀνταπόδοσις. Ἀθρυβίς. πόλις Αἰγύπτου.</w:t>
      </w:r>
    </w:p>
    <w:p>
      <w:r>
        <w:rPr>
          <w:rFonts w:ascii="Courier New" w:hAnsi="Courier New"/>
          <w:color w:val="555555"/>
          <w:sz w:val="20"/>
        </w:rPr>
        <w:t>[20]</w:t>
      </w:r>
    </w:p>
    <w:p>
      <w:r>
        <w:rPr>
          <w:rFonts w:ascii="Gentium Plus" w:hAnsi="Gentium Plus"/>
          <w:sz w:val="24"/>
        </w:rPr>
        <w:t>Ἀθυμία. ἡ τῶν καταθυμίων ἀβούλητος στέρησις. Ἀθέτησις. ἄμειψις, ἐκβολή. οὕτως ὁ Ἀπόστο‐ λος· ἀθέτησις γὰρ γίνεται προαγούσης ἐντο‐ λῆς διὰ τὸ αὐτῆς ἀσθενὲς καὶ ἀνωφελές. Ἀθωνίς. πόλις. καὶ Ἀθωΐς.</w:t>
      </w:r>
    </w:p>
    <w:p>
      <w:pPr>
        <w:jc w:val="center"/>
      </w:pPr>
      <w:r>
        <w:rPr>
          <w:rFonts w:ascii="Gentium Plus" w:hAnsi="Gentium Plus"/>
          <w:b/>
          <w:sz w:val="24"/>
        </w:rPr>
        <w:t>(Οὐδέτερον.)</w:t>
      </w:r>
    </w:p>
    <w:p>
      <w:r>
        <w:rPr>
          <w:rFonts w:ascii="Courier New" w:hAnsi="Courier New"/>
          <w:color w:val="555555"/>
          <w:sz w:val="20"/>
        </w:rPr>
        <w:t>[26]</w:t>
      </w:r>
    </w:p>
    <w:p>
      <w:r>
        <w:rPr>
          <w:rFonts w:ascii="Gentium Plus" w:hAnsi="Gentium Plus"/>
          <w:sz w:val="24"/>
        </w:rPr>
        <w:t>Ἀθηρήλοιγον καὶ ἀθερόλογον. τὸ λικμητήριον,</w:t>
      </w:r>
    </w:p>
    <w:p>
      <w:r>
        <w:rPr>
          <w:rFonts w:ascii="Courier New" w:hAnsi="Courier New"/>
          <w:color w:val="555555"/>
          <w:sz w:val="20"/>
        </w:rPr>
        <w:t>[alpha 61]</w:t>
      </w:r>
    </w:p>
    <w:p>
      <w:r>
        <w:rPr>
          <w:rFonts w:ascii="Gentium Plus" w:hAnsi="Gentium Plus"/>
          <w:sz w:val="24"/>
        </w:rPr>
        <w:t>τὰ ἄχυρα. γίνεται κατὰ πλεονασμὸν τοῦ ι ἀθη‐ ρήλοιγον. Ἀθύρματα. παίγνια παρὰ τὸ θύω, τὸ ὁρμῶ· θύω, θύρω καὶ ἀθύρω καὶ ἄθυρμα· ἢ ἀθρύμα‐</w:t>
      </w:r>
    </w:p>
    <w:p>
      <w:r>
        <w:rPr>
          <w:rFonts w:ascii="Courier New" w:hAnsi="Courier New"/>
          <w:color w:val="555555"/>
          <w:sz w:val="20"/>
        </w:rPr>
        <w:t>[5]</w:t>
      </w:r>
    </w:p>
    <w:p>
      <w:r>
        <w:rPr>
          <w:rFonts w:ascii="Gentium Plus" w:hAnsi="Gentium Plus"/>
          <w:sz w:val="24"/>
        </w:rPr>
        <w:t>τα τινὰ ὄντα, παρὰ τὸ ἀθρεῖν τινὰ θεάματα. Ἀθέμιτον. ἄδικον. Ἀθώπευτον. ἀκολάκευτον. Ἀθή. σκληρόν· ἀδάμαστον· ἀνδρῶδες. Ἀθρέμβολα. ὄργανα τιμωρητικὰ, [ἄρθροις, ὡς</w:t>
      </w:r>
    </w:p>
    <w:p>
      <w:r>
        <w:rPr>
          <w:rFonts w:ascii="Courier New" w:hAnsi="Courier New"/>
          <w:color w:val="555555"/>
          <w:sz w:val="20"/>
        </w:rPr>
        <w:t>[10]</w:t>
      </w:r>
    </w:p>
    <w:p>
      <w:r>
        <w:rPr>
          <w:rFonts w:ascii="Gentium Plus" w:hAnsi="Gentium Plus"/>
          <w:sz w:val="24"/>
        </w:rPr>
        <w:t>ἔοικεν, ἐμβαλλόμενα, καὶ διασπῶντα καὶ πλήτ‐ τοντα. οἶμαι δὲ, ὅτι ἀρθρέμβολα γράφονται.] Ἀθέσφατον. πολύ. Ἄθικτον. ἀπρόσψαυστον, καθαρὸν, ἀμόλυντον. †Ἀθρῶ. τὸ βλέπω.†</w:t>
      </w:r>
    </w:p>
    <w:p>
      <w:r>
        <w:rPr>
          <w:rFonts w:ascii="Courier New" w:hAnsi="Courier New"/>
          <w:color w:val="555555"/>
          <w:sz w:val="20"/>
        </w:rPr>
        <w:t>[15]</w:t>
      </w:r>
    </w:p>
    <w:p>
      <w:r>
        <w:rPr>
          <w:rFonts w:ascii="Gentium Plus" w:hAnsi="Gentium Plus"/>
          <w:sz w:val="24"/>
        </w:rPr>
        <w:t>†Ἀθέριζεν. ἐξουθένει, ἐξύβριζεν.† Ἀθρίμματα. δῶρα πεμπόμενα τοῖς γεγαμη‐ μένοις. Ἀθρόα. ὁμοῦ πάντα. Ἀθρήνιον. ὁ μουσῶν τόπος.</w:t>
      </w:r>
    </w:p>
    <w:p>
      <w:r>
        <w:rPr>
          <w:rFonts w:ascii="Courier New" w:hAnsi="Courier New"/>
          <w:color w:val="555555"/>
          <w:sz w:val="20"/>
        </w:rPr>
        <w:t>[20]</w:t>
      </w:r>
    </w:p>
    <w:p>
      <w:r>
        <w:rPr>
          <w:rFonts w:ascii="Gentium Plus" w:hAnsi="Gentium Plus"/>
          <w:sz w:val="24"/>
        </w:rPr>
        <w:t>Ἄθροισμα. σώρευμα, σύναξις.</w:t>
      </w:r>
    </w:p>
    <w:p>
      <w:pPr>
        <w:jc w:val="center"/>
      </w:pPr>
      <w:r>
        <w:rPr>
          <w:rFonts w:ascii="Gentium Plus" w:hAnsi="Gentium Plus"/>
          <w:b/>
          <w:sz w:val="24"/>
        </w:rPr>
        <w:t>(Ῥῆμα.)</w:t>
      </w:r>
    </w:p>
    <w:p>
      <w:r>
        <w:rPr>
          <w:rFonts w:ascii="Courier New" w:hAnsi="Courier New"/>
          <w:color w:val="555555"/>
          <w:sz w:val="20"/>
        </w:rPr>
        <w:t>[22]</w:t>
      </w:r>
    </w:p>
    <w:p>
      <w:r>
        <w:rPr>
          <w:rFonts w:ascii="Gentium Plus" w:hAnsi="Gentium Plus"/>
          <w:sz w:val="24"/>
        </w:rPr>
        <w:t>Ἀθέρισον. ἀποδοκίμασον. Ἀθερώσσει. ἀγρυπνεῖ. Ἀθρήσας. θεωρήσας, ἰδών.</w:t>
      </w:r>
    </w:p>
    <w:p>
      <w:r>
        <w:rPr>
          <w:rFonts w:ascii="Courier New" w:hAnsi="Courier New"/>
          <w:color w:val="555555"/>
          <w:sz w:val="20"/>
        </w:rPr>
        <w:t>[25]</w:t>
      </w:r>
    </w:p>
    <w:p>
      <w:r>
        <w:rPr>
          <w:rFonts w:ascii="Gentium Plus" w:hAnsi="Gentium Plus"/>
          <w:sz w:val="24"/>
        </w:rPr>
        <w:t>Ἀθροίσας. συναθροίσας. ἀθροίζω· ἐκ τοῦ θροῦς,</w:t>
      </w:r>
    </w:p>
    <w:p>
      <w:r>
        <w:rPr>
          <w:rFonts w:ascii="Courier New" w:hAnsi="Courier New"/>
          <w:color w:val="555555"/>
          <w:sz w:val="20"/>
        </w:rPr>
        <w:t>[alpha 62]</w:t>
      </w:r>
    </w:p>
    <w:p>
      <w:r>
        <w:rPr>
          <w:rFonts w:ascii="Gentium Plus" w:hAnsi="Gentium Plus"/>
          <w:sz w:val="24"/>
        </w:rPr>
        <w:t>κατὰ συναίρεσιν καὶ μετὰ τοῦ ἐπιτατικοῦ α ἀθροίζω. Ἀθρῶν. μετ’ ἐπιτάσεως θεωρῶν. κατὰ συγκο‐ πὴν καὶ ἐπιτάσει ἀθρῶν. [ἢ ἀπὸ τοῦ δρῶ, τὸ</w:t>
      </w:r>
    </w:p>
    <w:p>
      <w:r>
        <w:rPr>
          <w:rFonts w:ascii="Courier New" w:hAnsi="Courier New"/>
          <w:color w:val="555555"/>
          <w:sz w:val="20"/>
        </w:rPr>
        <w:t>[5]</w:t>
      </w:r>
    </w:p>
    <w:p>
      <w:r>
        <w:rPr>
          <w:rFonts w:ascii="Gentium Plus" w:hAnsi="Gentium Plus"/>
          <w:sz w:val="24"/>
        </w:rPr>
        <w:t>βλέπω, καὶ μετὰ τοῦ ἐπιτατικοῦ α ἀδρῶ, καὶ τροπῇ τοῦ δ εἰς θ ἀθρῶ.] Ἄθρει. βλέπε, θεώρησον· νόει. Ἀθρύοντες. ἰδεῖν ἐπιθυμοῦντες. Ἀθυμοῦσι. λυποῦνται.</w:t>
      </w:r>
    </w:p>
    <w:p>
      <w:r>
        <w:rPr>
          <w:rFonts w:ascii="Courier New" w:hAnsi="Courier New"/>
          <w:color w:val="555555"/>
          <w:sz w:val="20"/>
        </w:rPr>
        <w:t>[10]</w:t>
      </w:r>
    </w:p>
    <w:p>
      <w:r>
        <w:rPr>
          <w:rFonts w:ascii="Gentium Plus" w:hAnsi="Gentium Plus"/>
          <w:sz w:val="24"/>
        </w:rPr>
        <w:t>Ἀθυροστομεῖ. βλασφημεῖ. Ἀθύρειν. παίζειν. Ἀθερίζειν. τὸ ἐκρίπτειν καὶ ἀποβάλλειν, ἐκ με‐ ταφορᾶς τῶν ἀθέρων, τῶν μὴ δυναμένων θε‐ ρίζεσθαι καρπῶν· οἱ γὰρ λικμῶντες ἐκρίπτουσι</w:t>
      </w:r>
    </w:p>
    <w:p>
      <w:r>
        <w:rPr>
          <w:rFonts w:ascii="Courier New" w:hAnsi="Courier New"/>
          <w:color w:val="555555"/>
          <w:sz w:val="20"/>
        </w:rPr>
        <w:t>[15]</w:t>
      </w:r>
    </w:p>
    <w:p>
      <w:r>
        <w:rPr>
          <w:rFonts w:ascii="Gentium Plus" w:hAnsi="Gentium Plus"/>
          <w:sz w:val="24"/>
        </w:rPr>
        <w:t>τοὺς ἀθέρας ἤτοι τὰ ἄχυρα. [ἐκ τοῦ θέρους, θερίζω, καὶ τοῦ στερητικοῦ α, ἀθερίζω· τὸ δὲ θέρος παρὰ τὸ θέρω τὸ θερμαίνω, ὁ μέλλων θερῶ καὶ θέρσω αἰολικῶς. καὶ θερσίτης καὶ θερμός.]</w:t>
      </w:r>
    </w:p>
    <w:p>
      <w:r>
        <w:rPr>
          <w:rFonts w:ascii="Courier New" w:hAnsi="Courier New"/>
          <w:color w:val="555555"/>
          <w:sz w:val="20"/>
        </w:rPr>
        <w:t>[20]</w:t>
      </w:r>
    </w:p>
    <w:p>
      <w:r>
        <w:rPr>
          <w:rFonts w:ascii="Gentium Plus" w:hAnsi="Gentium Plus"/>
          <w:sz w:val="24"/>
        </w:rPr>
        <w:t>Ἀθέλδεται. διηθεῖται. Ἀθετεῖν. τὸ ἀπιστεῖν, τὸ διαπαίζειν. οὕτως ὁ Ἀπόστολος· οὐκ ἀθετῶ τὴν χάριν τοῦ θεοῦ.</w:t>
      </w:r>
    </w:p>
    <w:p>
      <w:pPr>
        <w:jc w:val="center"/>
      </w:pPr>
      <w:r>
        <w:rPr>
          <w:rFonts w:ascii="Gentium Plus" w:hAnsi="Gentium Plus"/>
          <w:b/>
          <w:sz w:val="24"/>
        </w:rPr>
        <w:t>(Ἐπίῤῥημα.)</w:t>
      </w:r>
    </w:p>
    <w:p>
      <w:r>
        <w:rPr>
          <w:rFonts w:ascii="Courier New" w:hAnsi="Courier New"/>
          <w:color w:val="555555"/>
          <w:sz w:val="20"/>
        </w:rPr>
        <w:t>[24]</w:t>
      </w:r>
    </w:p>
    <w:p>
      <w:r>
        <w:rPr>
          <w:rFonts w:ascii="Gentium Plus" w:hAnsi="Gentium Plus"/>
          <w:sz w:val="24"/>
        </w:rPr>
        <w:t>Ἀθρηνί. χωρὶς θρήνου.</w:t>
      </w:r>
    </w:p>
    <w:p>
      <w:r>
        <w:rPr>
          <w:rFonts w:ascii="Courier New" w:hAnsi="Courier New"/>
          <w:color w:val="555555"/>
          <w:sz w:val="20"/>
        </w:rPr>
        <w:t>[25]</w:t>
      </w:r>
    </w:p>
    <w:p>
      <w:r>
        <w:rPr>
          <w:rFonts w:ascii="Gentium Plus" w:hAnsi="Gentium Plus"/>
          <w:sz w:val="24"/>
        </w:rPr>
        <w:t>[Ἀθρόον καὶ] ἀθρόως. ἀντὶ τοῦ ἐξαίφνης.</w:t>
      </w:r>
    </w:p>
    <w:p>
      <w:r>
        <w:rPr>
          <w:rFonts w:ascii="Courier New" w:hAnsi="Courier New"/>
          <w:color w:val="555555"/>
          <w:sz w:val="20"/>
        </w:rPr>
        <w:t>[alpha 63]</w:t>
      </w:r>
    </w:p>
    <w:p>
      <w:r>
        <w:rPr>
          <w:rFonts w:ascii="Gentium Plus" w:hAnsi="Gentium Plus"/>
          <w:sz w:val="24"/>
        </w:rPr>
        <w:t>Ἀθεεί. χωρὶς θεοῦ. Ἀθαυμαστί. χωρὶς θαύματος, ἢ θαυμασμοῦ. Ἄθε. ἀντὶ τοῦ εἴθε, καὶ ἄν ποτε. Ἀθεωρητί. χωρὶς θεωρίας.</w:t>
      </w:r>
    </w:p>
    <w:p>
      <w:pPr>
        <w:jc w:val="center"/>
      </w:pPr>
      <w:r>
        <w:rPr>
          <w:rFonts w:ascii="Gentium Plus" w:hAnsi="Gentium Plus"/>
          <w:b/>
          <w:sz w:val="24"/>
        </w:rPr>
        <w:t>Τὸ Α μετὰ τοῦ Ι.</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Ἄϊθες καὶ Ἄϊνες. ἐθνικά. Ἄϊρος. κύριον [ὄνομα.] Ἄϊς. ὁ μὴ βλεπόμενος, καὶ ἀνίσχυρος, ἀπὸ τοῦ</w:t>
      </w:r>
    </w:p>
    <w:p>
      <w:r>
        <w:rPr>
          <w:rFonts w:ascii="Courier New" w:hAnsi="Courier New"/>
          <w:color w:val="555555"/>
          <w:sz w:val="20"/>
        </w:rPr>
        <w:t>[10]</w:t>
      </w:r>
    </w:p>
    <w:p>
      <w:r>
        <w:rPr>
          <w:rFonts w:ascii="Gentium Plus" w:hAnsi="Gentium Plus"/>
          <w:sz w:val="24"/>
        </w:rPr>
        <w:t>ἲς, ἡ δύναμις. Αἶνος. ὁ ἔπαινος, ἢ λόγος παροιμιώδης. Αἰσυμνῆται. ἀγωνοθέται. Αἰών. ὁ χρόνος ἢ τὸ συμπαρεκτεινόμενον τοῖς οὐρανοῖς. οἷόν τι χρονικὸν κίνημα καὶ διάστημα·</w:t>
      </w:r>
    </w:p>
    <w:p>
      <w:r>
        <w:rPr>
          <w:rFonts w:ascii="Courier New" w:hAnsi="Courier New"/>
          <w:color w:val="555555"/>
          <w:sz w:val="20"/>
        </w:rPr>
        <w:t>[15]</w:t>
      </w:r>
    </w:p>
    <w:p>
      <w:r>
        <w:rPr>
          <w:rFonts w:ascii="Gentium Plus" w:hAnsi="Gentium Plus"/>
          <w:sz w:val="24"/>
        </w:rPr>
        <w:t>ἢ παράστασις ζωῆς πάντων τῶν λογικῶν, εἴτε</w:t>
      </w:r>
    </w:p>
    <w:p>
      <w:r>
        <w:rPr>
          <w:rFonts w:ascii="Courier New" w:hAnsi="Courier New"/>
          <w:color w:val="555555"/>
          <w:sz w:val="20"/>
        </w:rPr>
        <w:t>[alpha 64]</w:t>
      </w:r>
    </w:p>
    <w:p>
      <w:r>
        <w:rPr>
          <w:rFonts w:ascii="Gentium Plus" w:hAnsi="Gentium Plus"/>
          <w:sz w:val="24"/>
        </w:rPr>
        <w:t>καλῆς εἴτε ἄλλως. ἀπέραντος αἰὼν δὲ ἀπὸ τοῦ ἀεὶ ὤν. †Αἰνός. ὁ χαλεπὸς καὶ φοβερός.† Αἰσχροκερδής. ὁ ἕνεκα τοῦ κερδῆσαι εἰς αἰσχρὰ</w:t>
      </w:r>
    </w:p>
    <w:p>
      <w:r>
        <w:rPr>
          <w:rFonts w:ascii="Courier New" w:hAnsi="Courier New"/>
          <w:color w:val="555555"/>
          <w:sz w:val="20"/>
        </w:rPr>
        <w:t>[5]</w:t>
      </w:r>
    </w:p>
    <w:p>
      <w:r>
        <w:rPr>
          <w:rFonts w:ascii="Gentium Plus" w:hAnsi="Gentium Plus"/>
          <w:sz w:val="24"/>
        </w:rPr>
        <w:t>ἔργα αὑτὸν ἐμβάλλων. Αἰδήμονα. ἄξιον αἰδοῦς. Αἰών. σύστημα φυσικὸν ἐκ σωμάτων ποικίλων, λογικὰ διάφορα περιέχον, τῆς τοῦ θεοῦ γνώ‐ σεως ἕνεκα. [Αἰών· ζωὴ, ἢ συμπέρασμα χρό‐</w:t>
      </w:r>
    </w:p>
    <w:p>
      <w:r>
        <w:rPr>
          <w:rFonts w:ascii="Courier New" w:hAnsi="Courier New"/>
          <w:color w:val="555555"/>
          <w:sz w:val="20"/>
        </w:rPr>
        <w:t>[10]</w:t>
      </w:r>
    </w:p>
    <w:p>
      <w:r>
        <w:rPr>
          <w:rFonts w:ascii="Gentium Plus" w:hAnsi="Gentium Plus"/>
          <w:sz w:val="24"/>
        </w:rPr>
        <w:t>νων πολλῶν παρὰ τὸ ἀεὶ ὄν.] Αἰακίδης. ὁ τοῦ Αἰακοῦ υἱός. Αἰανός. σκοτεινός. [Σοφοκλῆς· νυκτὸς αἰανῆς κύκλος— ἢ θρηνητῆς, ἀπὸ τοῦ αἰάζω, τὸ θρηνῶ.]</w:t>
      </w:r>
    </w:p>
    <w:p>
      <w:r>
        <w:rPr>
          <w:rFonts w:ascii="Courier New" w:hAnsi="Courier New"/>
          <w:color w:val="555555"/>
          <w:sz w:val="20"/>
        </w:rPr>
        <w:t>[15]</w:t>
      </w:r>
    </w:p>
    <w:p>
      <w:r>
        <w:rPr>
          <w:rFonts w:ascii="Gentium Plus" w:hAnsi="Gentium Plus"/>
          <w:sz w:val="24"/>
        </w:rPr>
        <w:t>Αἴαξ· Αἰμύλος· Αἰβιωναῖος· Αἰγαίωρος·</w:t>
      </w:r>
    </w:p>
    <w:p>
      <w:r>
        <w:rPr>
          <w:rFonts w:ascii="Courier New" w:hAnsi="Courier New"/>
          <w:color w:val="555555"/>
          <w:sz w:val="20"/>
        </w:rPr>
        <w:t>[alpha 65]</w:t>
      </w:r>
    </w:p>
    <w:p>
      <w:r>
        <w:rPr>
          <w:rFonts w:ascii="Gentium Plus" w:hAnsi="Gentium Plus"/>
          <w:sz w:val="24"/>
        </w:rPr>
        <w:t>Αἰγέα. τὸ τῆς αἰγὸς δέρμα. [Ἀριστοφάνης· τὸν ἐρεχθέα καὶ τὸν αἰγέα κάλει.] Αἰγεσταῖος· Αἰγεὺς καὶ Ἀγεύς· Αἰγεστεύς. ὀνόματα κύρια.</w:t>
      </w:r>
    </w:p>
    <w:p>
      <w:r>
        <w:rPr>
          <w:rFonts w:ascii="Courier New" w:hAnsi="Courier New"/>
          <w:color w:val="555555"/>
          <w:sz w:val="20"/>
        </w:rPr>
        <w:t>[5]</w:t>
      </w:r>
    </w:p>
    <w:p>
      <w:r>
        <w:rPr>
          <w:rFonts w:ascii="Gentium Plus" w:hAnsi="Gentium Plus"/>
          <w:sz w:val="24"/>
        </w:rPr>
        <w:t>Αἰγείδης. ὁ τοῦ Αἰγέως παῖς. Αἴγειος ἀσκός. ὁ ἀπὸ τῆς αἰγός. Αἴγειρος. εἶδος φυτοῦ. [αἴγειρος ἦν Ἀθήνῃσι πλησίον τοῦ ἱεροῦ, ἔνθα, πρὶν γενέσθαι θέα‐ τρον, τὰ ἰκρία ἐπήγνυον. τινὲς ἴκρια γράφουσι.</w:t>
      </w:r>
    </w:p>
    <w:p>
      <w:r>
        <w:rPr>
          <w:rFonts w:ascii="Courier New" w:hAnsi="Courier New"/>
          <w:color w:val="555555"/>
          <w:sz w:val="20"/>
        </w:rPr>
        <w:t>[10]</w:t>
      </w:r>
    </w:p>
    <w:p>
      <w:r>
        <w:rPr>
          <w:rFonts w:ascii="Gentium Plus" w:hAnsi="Gentium Plus"/>
          <w:sz w:val="24"/>
        </w:rPr>
        <w:t>γίνεται δὲ ἐκ τοῦ ἀΐσσω τὸ ὁρμῶ. τὰ εἰς ρος ῥήματα τῇ ει διφθόγγῳ παραλήγουσιν, οἷον, μάσσω, μάγειρος, ἀΐσσω, αἴγειρος. ἢ παρὰ τὸ αἴρω, τὸ εἰς ὕψος αἴρεσθαι καὶ αὔξεσθαι. καὶ Ὅμηρος· μακεδονῆς αἰγείροιο. Αἴγιρος δὲ, ὄνο‐</w:t>
      </w:r>
    </w:p>
    <w:p>
      <w:r>
        <w:rPr>
          <w:rFonts w:ascii="Courier New" w:hAnsi="Courier New"/>
          <w:color w:val="555555"/>
          <w:sz w:val="20"/>
        </w:rPr>
        <w:t>[15]</w:t>
      </w:r>
    </w:p>
    <w:p>
      <w:r>
        <w:rPr>
          <w:rFonts w:ascii="Gentium Plus" w:hAnsi="Gentium Plus"/>
          <w:sz w:val="24"/>
        </w:rPr>
        <w:t>μα πόλεως, ι.] Αἰγιαλεύς. κύριον. Αἴγιγες. ὄνομα ἔθνους. Αἴγιλλος. εἶδος βοτάνης. Αἰγίμιος· Αἴγινθος· Αἴγισθος. κύρια ὀνόματα.</w:t>
      </w:r>
    </w:p>
    <w:p>
      <w:r>
        <w:rPr>
          <w:rFonts w:ascii="Courier New" w:hAnsi="Courier New"/>
          <w:color w:val="555555"/>
          <w:sz w:val="20"/>
        </w:rPr>
        <w:t>[20]</w:t>
      </w:r>
    </w:p>
    <w:p>
      <w:r>
        <w:rPr>
          <w:rFonts w:ascii="Gentium Plus" w:hAnsi="Gentium Plus"/>
          <w:sz w:val="24"/>
        </w:rPr>
        <w:t>†Αἰγόκερως. εἶδος ζώου.† Αἰγύπτιος. πλινθοφόρος. παροιμία ἐστὶν, ὅτι οἱ Αἰγύπτιοι διαβάλλονται ὡς ἀχθοφόροι ὄντες. Αἰγιαλός. παρὰ τὸ τὴν αἶαν γείτονα εἶναι τῆς ἁλός.</w:t>
      </w:r>
    </w:p>
    <w:p>
      <w:r>
        <w:rPr>
          <w:rFonts w:ascii="Courier New" w:hAnsi="Courier New"/>
          <w:color w:val="555555"/>
          <w:sz w:val="20"/>
        </w:rPr>
        <w:t>[25]</w:t>
      </w:r>
    </w:p>
    <w:p>
      <w:r>
        <w:rPr>
          <w:rFonts w:ascii="Gentium Plus" w:hAnsi="Gentium Plus"/>
          <w:sz w:val="24"/>
        </w:rPr>
        <w:t>Αἰγυπιός. εἶδος ἀετοῦ· οἱ δὲ τὸν γῦπα παρὰ τὸ ἀΐσσω, τὸ ὁρμῶ.</w:t>
      </w:r>
    </w:p>
    <w:p>
      <w:r>
        <w:rPr>
          <w:rFonts w:ascii="Courier New" w:hAnsi="Courier New"/>
          <w:color w:val="555555"/>
          <w:sz w:val="20"/>
        </w:rPr>
        <w:t>[alpha 66]</w:t>
      </w:r>
    </w:p>
    <w:p>
      <w:r>
        <w:rPr>
          <w:rFonts w:ascii="Gentium Plus" w:hAnsi="Gentium Plus"/>
          <w:sz w:val="24"/>
        </w:rPr>
        <w:t>[ὁ δὲ Ἰσίδωρος ἐξεπλήττετο ὁρῶν τὸν Πρόκλον αἰδοῖον τὲ καὶ δεινὸν ἰδεῖν.] Αἴδυλος καὶ ἀίδυλος. [ὁ] θρασύς. Αἰγιαλός. ὁ ψαμμώδης λέγεται τόπος.</w:t>
      </w:r>
    </w:p>
    <w:p>
      <w:r>
        <w:rPr>
          <w:rFonts w:ascii="Courier New" w:hAnsi="Courier New"/>
          <w:color w:val="555555"/>
          <w:sz w:val="20"/>
        </w:rPr>
        <w:t>[5]</w:t>
      </w:r>
    </w:p>
    <w:p>
      <w:r>
        <w:rPr>
          <w:rFonts w:ascii="Gentium Plus" w:hAnsi="Gentium Plus"/>
          <w:sz w:val="24"/>
        </w:rPr>
        <w:t>Αἰαῖος ἢ αἰαιός. ὁ σύγαμβρος. Αἰένυπνος. ὁ θάνατος ἢ ὁ ἀεὶ κοιμώμενος. [σέ τοι κικλήσκω τὸν αἰένυπνον. οὕτως Σοφοκλῆς.] Αἰετός. ὁ ἀετὸς, ὅν φασι δίψους καὶ κρύους εἶναι ἀνώτερον. [παρὰ τὸ ἀΐσσειν γέγονεν ἀετός·</w:t>
      </w:r>
    </w:p>
    <w:p>
      <w:r>
        <w:rPr>
          <w:rFonts w:ascii="Courier New" w:hAnsi="Courier New"/>
          <w:color w:val="555555"/>
          <w:sz w:val="20"/>
        </w:rPr>
        <w:t>[10]</w:t>
      </w:r>
    </w:p>
    <w:p>
      <w:r>
        <w:rPr>
          <w:rFonts w:ascii="Gentium Plus" w:hAnsi="Gentium Plus"/>
          <w:sz w:val="24"/>
        </w:rPr>
        <w:t>ὅθεν καὶ ἀναλογωτέρως οἱ Ἀττικοὶ ἀετὸς λέ‐ γουσι, χωρὶς τοῦ ι, ὡς κλαίω κλάω.] Αἰειγενέτῃσιν. ἐκ τοῦ αἰεὶ καὶ τοῦ γενέτης. [τὸ δὲ γενέτης ἐκ τοῦ γινῶ τὸ ὑπάρχω, γέγονε γενῶ, γενέτης, ἢ ἐκ τοῦ γεννῶ. τὰ διὰ τοῦ</w:t>
      </w:r>
    </w:p>
    <w:p>
      <w:r>
        <w:rPr>
          <w:rFonts w:ascii="Courier New" w:hAnsi="Courier New"/>
          <w:color w:val="555555"/>
          <w:sz w:val="20"/>
        </w:rPr>
        <w:t>[15]</w:t>
      </w:r>
    </w:p>
    <w:p>
      <w:r>
        <w:rPr>
          <w:rFonts w:ascii="Gentium Plus" w:hAnsi="Gentium Plus"/>
          <w:sz w:val="24"/>
        </w:rPr>
        <w:t>έτης ἀρσενικὰ βαρύτονα, εἴτε ἁπλᾶ εἴτε σύν‐ θετα, διὰ τοῦ ε ψιλοῦ γράφονται, οἷον μητιέ‐ της, λογοθέτης. πλὴν τοῦ εὐχαίτης, ὁ καλόθριξ, καὶ προσαίτης· τὸ δὲ εὐχέτης, ὁ εὐχόμενος, ψιλογραφεῖται.]</w:t>
      </w:r>
    </w:p>
    <w:p>
      <w:r>
        <w:rPr>
          <w:rFonts w:ascii="Courier New" w:hAnsi="Courier New"/>
          <w:color w:val="555555"/>
          <w:sz w:val="20"/>
        </w:rPr>
        <w:t>[20]</w:t>
      </w:r>
    </w:p>
    <w:p>
      <w:r>
        <w:rPr>
          <w:rFonts w:ascii="Gentium Plus" w:hAnsi="Gentium Plus"/>
          <w:sz w:val="24"/>
        </w:rPr>
        <w:t>Ἀΐδηλος. ἀφανής. [ἀείδελος δὲ, ὁ ἀεὶ δελεά‐ ζων, δίφθογγον.] Αἴθαλος καὶ αἰθάλειος. ὁ καπνός. Αἰσιομήτης. ὁ αἴσια βουλεύων. Αἰέλουρος. ζῶον τοῦτο· οὐκ ἔστι πλεονασμὸς, ἀλ‐</w:t>
      </w:r>
    </w:p>
    <w:p>
      <w:r>
        <w:rPr>
          <w:rFonts w:ascii="Courier New" w:hAnsi="Courier New"/>
          <w:color w:val="555555"/>
          <w:sz w:val="20"/>
        </w:rPr>
        <w:t>[25]</w:t>
      </w:r>
    </w:p>
    <w:p>
      <w:r>
        <w:rPr>
          <w:rFonts w:ascii="Gentium Plus" w:hAnsi="Gentium Plus"/>
          <w:sz w:val="24"/>
        </w:rPr>
        <w:t>λὰ ἀντίθεσις· παρὰ γὰρ τὸ αἴολον καὶ τὴν οὐ‐ ρὰν ἐτυμολογεῖται αἰέλουρος· γράφεται δὲ καὶ αἴλουρος. Ἔλουρος δὲ ἔθνος· ψιλόν.</w:t>
      </w:r>
    </w:p>
    <w:p>
      <w:r>
        <w:rPr>
          <w:rFonts w:ascii="Courier New" w:hAnsi="Courier New"/>
          <w:color w:val="555555"/>
          <w:sz w:val="20"/>
        </w:rPr>
        <w:t>[alpha 67]</w:t>
      </w:r>
    </w:p>
    <w:p>
      <w:r>
        <w:rPr>
          <w:rFonts w:ascii="Gentium Plus" w:hAnsi="Gentium Plus"/>
          <w:sz w:val="24"/>
        </w:rPr>
        <w:t>Αἰγινίτης. τοπικὸν, ἀπὸ τῆς Αἰγαὶ πόλεως. Αἴαγρος. ζῶον. καὶ αἴγαγρος. Αἴαψος. ὁ ποικίλος. Αἰγίθαλος. πτηνὸν καὶ εἶδος βοτάνης.</w:t>
      </w:r>
    </w:p>
    <w:p>
      <w:r>
        <w:rPr>
          <w:rFonts w:ascii="Courier New" w:hAnsi="Courier New"/>
          <w:color w:val="555555"/>
          <w:sz w:val="20"/>
        </w:rPr>
        <w:t>[5]</w:t>
      </w:r>
    </w:p>
    <w:p>
      <w:r>
        <w:rPr>
          <w:rFonts w:ascii="Gentium Plus" w:hAnsi="Gentium Plus"/>
          <w:sz w:val="24"/>
        </w:rPr>
        <w:t>Ἀϊδίφρων. αἰσχυντηλός. Ἄϊδρις. ὁ ἄπειρος, καὶ κλίνεται ἀΐδρεως. Αἴεσχος. ὁ τῆς δάφνης κλάδος. ἔεσχος δὲ ὁ ἔσχατος. τὰ δύο ψιλά. Ἀΐστωρ. ὁ ἀμαθής.</w:t>
      </w:r>
    </w:p>
    <w:p>
      <w:r>
        <w:rPr>
          <w:rFonts w:ascii="Courier New" w:hAnsi="Courier New"/>
          <w:color w:val="555555"/>
          <w:sz w:val="20"/>
        </w:rPr>
        <w:t>[10]</w:t>
      </w:r>
    </w:p>
    <w:p>
      <w:r>
        <w:rPr>
          <w:rFonts w:ascii="Gentium Plus" w:hAnsi="Gentium Plus"/>
          <w:sz w:val="24"/>
        </w:rPr>
        <w:t>Αἰακίξ. εἶδος κύλικος ἢ κόρακος. Αἰήτης. κύριον. καὶ αἰήτειον ἔπος. Αἰθαλείδης. δῆμος ὁ τῆς Λεοντίδος. Αἴθαλος. κύριον καὶ τόπος. Αἰθαλώδης. σκοτώδης.</w:t>
      </w:r>
    </w:p>
    <w:p>
      <w:r>
        <w:rPr>
          <w:rFonts w:ascii="Courier New" w:hAnsi="Courier New"/>
          <w:color w:val="555555"/>
          <w:sz w:val="20"/>
        </w:rPr>
        <w:t>[15]</w:t>
      </w:r>
    </w:p>
    <w:p>
      <w:r>
        <w:rPr>
          <w:rFonts w:ascii="Gentium Plus" w:hAnsi="Gentium Plus"/>
          <w:sz w:val="24"/>
        </w:rPr>
        <w:t>Αἰθήρ. ὁ ἐν ὕψει ἀὴρ, ὁ ἐπάνω τοῦ ἀέρος, καιό‐ μενος ἐκ τοῦ ἡλίου. παρὰ τὸ αἴθω αἰθήρ. πυ‐ ρώδης γὰρ ὁ τόπος ὁ ὑπεράνω τὸν αἰθέρα. καὶ λέγεται θηλυκὸν ὁ αἰθήρ. τὸ παράγωγον αἰ‐ θέριος. καὶ αἰθερία καὶ τῆς αἰθέρος, αἰθερί‐</w:t>
      </w:r>
    </w:p>
    <w:p>
      <w:r>
        <w:rPr>
          <w:rFonts w:ascii="Courier New" w:hAnsi="Courier New"/>
          <w:color w:val="555555"/>
          <w:sz w:val="20"/>
        </w:rPr>
        <w:t>[20]</w:t>
      </w:r>
    </w:p>
    <w:p>
      <w:r>
        <w:rPr>
          <w:rFonts w:ascii="Gentium Plus" w:hAnsi="Gentium Plus"/>
          <w:sz w:val="24"/>
        </w:rPr>
        <w:t>της. ἀστροειδέα νῶτα διφρεύους’ αἰθέρος ἱερᾶς.</w:t>
      </w:r>
    </w:p>
    <w:p>
      <w:r>
        <w:rPr>
          <w:rFonts w:ascii="Courier New" w:hAnsi="Courier New"/>
          <w:color w:val="555555"/>
          <w:sz w:val="20"/>
        </w:rPr>
        <w:t>[alpha 68]</w:t>
      </w:r>
    </w:p>
    <w:p>
      <w:r>
        <w:rPr>
          <w:rFonts w:ascii="Gentium Plus" w:hAnsi="Gentium Plus"/>
          <w:sz w:val="24"/>
        </w:rPr>
        <w:t>Αἰθιολεύς. κύριον. Αἰθιοπεύς. ὁ ἀπὸ Αἰθιοπίας. [ἡ αἰτιατικὴ τῶν πληθυντικῶν Αἰθιοπῆας.] Αἰθίοψ. ὁ μέλας.</w:t>
      </w:r>
    </w:p>
    <w:p>
      <w:r>
        <w:rPr>
          <w:rFonts w:ascii="Courier New" w:hAnsi="Courier New"/>
          <w:color w:val="555555"/>
          <w:sz w:val="20"/>
        </w:rPr>
        <w:t>[5]</w:t>
      </w:r>
    </w:p>
    <w:p>
      <w:r>
        <w:rPr>
          <w:rFonts w:ascii="Gentium Plus" w:hAnsi="Gentium Plus"/>
          <w:sz w:val="24"/>
        </w:rPr>
        <w:t>Αἶθος. ὁ ἐκκαύστης· ὁ αἴθων καὶ καίων. παρὰ τὸ αἴθω τὸ καίω. [αἰθὸς δὲ ὁ αἰθόμενος καὶ καιόμενος.] Αἴθωνας. λαμπροὺς, πυροειδεῖς ἢ καυστικούς. Αἴθοπα. μέλανα, διάπυρον ἢ τὸν ποιοῦντα</w:t>
      </w:r>
    </w:p>
    <w:p>
      <w:r>
        <w:rPr>
          <w:rFonts w:ascii="Courier New" w:hAnsi="Courier New"/>
          <w:color w:val="555555"/>
          <w:sz w:val="20"/>
        </w:rPr>
        <w:t>[10]</w:t>
      </w:r>
    </w:p>
    <w:p>
      <w:r>
        <w:rPr>
          <w:rFonts w:ascii="Gentium Plus" w:hAnsi="Gentium Plus"/>
          <w:sz w:val="24"/>
        </w:rPr>
        <w:t>ἐρυθροὺς, ἢ τὸν καυστικὸν, ὡς τό· —αἴθοπα οἶνον. ἡ εὐθεῖα ὁ αἴθοψ. Αἴθων. ὁ βίαιος λιμός. [ἀπὸ τοῦ αἴθωνος ἡλίου τινός.]</w:t>
      </w:r>
    </w:p>
    <w:p>
      <w:r>
        <w:rPr>
          <w:rFonts w:ascii="Courier New" w:hAnsi="Courier New"/>
          <w:color w:val="555555"/>
          <w:sz w:val="20"/>
        </w:rPr>
        <w:t>[15]</w:t>
      </w:r>
    </w:p>
    <w:p>
      <w:r>
        <w:rPr>
          <w:rFonts w:ascii="Gentium Plus" w:hAnsi="Gentium Plus"/>
          <w:sz w:val="24"/>
        </w:rPr>
        <w:t>Αἰθονίδης. κύριον. Αἰθριαίνης· Αἴθριξ. ὀνόματα κύρια. [Αἴθριος. ὁ ὑπὸ τὸν αἰθέρα.] [Αἴθριππος. παχύς.] [Αἰθρηγενέτης.]</w:t>
      </w:r>
    </w:p>
    <w:p>
      <w:r>
        <w:rPr>
          <w:rFonts w:ascii="Courier New" w:hAnsi="Courier New"/>
          <w:color w:val="555555"/>
          <w:sz w:val="20"/>
        </w:rPr>
        <w:t>[20]</w:t>
      </w:r>
    </w:p>
    <w:p>
      <w:r>
        <w:rPr>
          <w:rFonts w:ascii="Gentium Plus" w:hAnsi="Gentium Plus"/>
          <w:sz w:val="24"/>
        </w:rPr>
        <w:t>[Αἰκανός. ὄνομα ὄρους.]</w:t>
      </w:r>
    </w:p>
    <w:p>
      <w:r>
        <w:rPr>
          <w:rFonts w:ascii="Courier New" w:hAnsi="Courier New"/>
          <w:color w:val="555555"/>
          <w:sz w:val="20"/>
        </w:rPr>
        <w:t>[alpha 69]</w:t>
      </w:r>
    </w:p>
    <w:p>
      <w:r>
        <w:rPr>
          <w:rFonts w:ascii="Gentium Plus" w:hAnsi="Gentium Plus"/>
          <w:sz w:val="24"/>
        </w:rPr>
        <w:t>Αἰκοῦλοι. ἔθνος. Αἰκόλος. κύριον, καὶ ὄνομα ὄρους. Αἰλιανός· Αἴλιος. κύρια. Αἴλινος. ὁ θρῆνος, ἢ ὀδυρτικὴ καὶ θρηνητικὴ</w:t>
      </w:r>
    </w:p>
    <w:p>
      <w:r>
        <w:rPr>
          <w:rFonts w:ascii="Courier New" w:hAnsi="Courier New"/>
          <w:color w:val="555555"/>
          <w:sz w:val="20"/>
        </w:rPr>
        <w:t>[5]</w:t>
      </w:r>
    </w:p>
    <w:p>
      <w:r>
        <w:rPr>
          <w:rFonts w:ascii="Gentium Plus" w:hAnsi="Gentium Plus"/>
          <w:sz w:val="24"/>
        </w:rPr>
        <w:t>αὐδή. Αἴλιος. ὁ σύγγαμβρος. καὶ εἶδος βοτάνης. Αἵμους. τοὺς δρόσους λέγει ὁ Αἰσχύλος. Αἱμύλος. ὁ ἀπατεών. [παρὰ τὸ δαίω, τὸ μανθά‐ νω, δαίμων, ἀποβολῇ τοῦ δ, αἵμων.] *Αἵμονα</w:t>
      </w:r>
    </w:p>
    <w:p>
      <w:r>
        <w:rPr>
          <w:rFonts w:ascii="Courier New" w:hAnsi="Courier New"/>
          <w:color w:val="555555"/>
          <w:sz w:val="20"/>
        </w:rPr>
        <w:t>[10]</w:t>
      </w:r>
    </w:p>
    <w:p>
      <w:r>
        <w:rPr>
          <w:rFonts w:ascii="Gentium Plus" w:hAnsi="Gentium Plus"/>
          <w:sz w:val="24"/>
        </w:rPr>
        <w:t>θήρης. εἰδήμονα.* ὑποκοριστικὸν ἐκ τοῦ αἵ‐ μων αἱμύλος, οὗ τὸ κτητικὸν αἱμύλιος. Αἱματωπός. ὁ τοὺς ὦπας ᾑμαγμένους ἔχων. Αἰμιλιανός· Αἰμύλιος. κύρια. Αἱμοβόρος. ὁ ἐσθίων καὶ πίνων αἷμα.</w:t>
      </w:r>
    </w:p>
    <w:p>
      <w:r>
        <w:rPr>
          <w:rFonts w:ascii="Courier New" w:hAnsi="Courier New"/>
          <w:color w:val="555555"/>
          <w:sz w:val="20"/>
        </w:rPr>
        <w:t>[15]</w:t>
      </w:r>
    </w:p>
    <w:p>
      <w:r>
        <w:rPr>
          <w:rFonts w:ascii="Gentium Plus" w:hAnsi="Gentium Plus"/>
          <w:sz w:val="24"/>
        </w:rPr>
        <w:t>Αἱμόνιος. κύριον. Αἱμοπότης καὶ αἱματοπότης. ὁ φονεύς. Αἰλάμ. ὁ βασιλέων πρόδρομος. Αἱμόῤῥους. γένος ἔχεος ἤτοι ὄφεως ἐν τοῖς πετρώ‐ δεσι χηραμοῖς ἔχων τὰς διατριβάς.</w:t>
      </w:r>
    </w:p>
    <w:p>
      <w:r>
        <w:rPr>
          <w:rFonts w:ascii="Courier New" w:hAnsi="Courier New"/>
          <w:color w:val="555555"/>
          <w:sz w:val="20"/>
        </w:rPr>
        <w:t>[20]</w:t>
      </w:r>
    </w:p>
    <w:p>
      <w:r>
        <w:rPr>
          <w:rFonts w:ascii="Gentium Plus" w:hAnsi="Gentium Plus"/>
          <w:sz w:val="24"/>
        </w:rPr>
        <w:t>Αἱμόῤῥους. καὶ ἡ αἱμόῤῥοιαν πάσχουσα. Αἰμύλος. ὁ κόλαξ. [τῶν μέν τινες αἰμύλων καὶ κομψῶν οἰήσονταί με παίζειν.] Αἱμωπούς. πλήρεις αἵματος ὀφθαλμούς. ἢ ἀγρι‐</w:t>
      </w:r>
    </w:p>
    <w:p>
      <w:r>
        <w:rPr>
          <w:rFonts w:ascii="Courier New" w:hAnsi="Courier New"/>
          <w:color w:val="555555"/>
          <w:sz w:val="20"/>
        </w:rPr>
        <w:t>[alpha 70]</w:t>
      </w:r>
    </w:p>
    <w:p>
      <w:r>
        <w:rPr>
          <w:rFonts w:ascii="Gentium Plus" w:hAnsi="Gentium Plus"/>
          <w:sz w:val="24"/>
        </w:rPr>
        <w:t>Αἰνάρετος καὶ ἀναρετής. ὁ ἐπὶ κακῷ τὴν ἀρε‐ τὴν κεκτημένος. Αἰνέας· Αἰνείας· [Αἴνιος· Αἴνικος.] ὀνόματα κύρια. Αἰνιᾶνες. ἔθνος.</w:t>
      </w:r>
    </w:p>
    <w:p>
      <w:r>
        <w:rPr>
          <w:rFonts w:ascii="Courier New" w:hAnsi="Courier New"/>
          <w:color w:val="555555"/>
          <w:sz w:val="20"/>
        </w:rPr>
        <w:t>[5]</w:t>
      </w:r>
    </w:p>
    <w:p>
      <w:r>
        <w:rPr>
          <w:rFonts w:ascii="Gentium Plus" w:hAnsi="Gentium Plus"/>
          <w:sz w:val="24"/>
        </w:rPr>
        <w:t>Αἰνόμορος. κακοθάνατος. Αἶνος. ὁ ἔπαινος. παρὰ τὸ ἰαίνω τὸ τέρπω, καὶ διαχέω τὴν ψυχὴν, ἴαινος καὶ αἶνος. νῦν δ’ αἶνον ἐρέω—. Αἰνός. ὁ φοβερὸς καὶ ὁ χαλεπός. ἀφ’ οὗ αἰνόθεν.</w:t>
      </w:r>
    </w:p>
    <w:p>
      <w:r>
        <w:rPr>
          <w:rFonts w:ascii="Courier New" w:hAnsi="Courier New"/>
          <w:color w:val="555555"/>
          <w:sz w:val="20"/>
        </w:rPr>
        <w:t>[10]</w:t>
      </w:r>
    </w:p>
    <w:p>
      <w:r>
        <w:rPr>
          <w:rFonts w:ascii="Gentium Plus" w:hAnsi="Gentium Plus"/>
          <w:sz w:val="24"/>
        </w:rPr>
        <w:t>Αἰνῶς καὶ αἰνότατος. παρὰ τὸ δεινὸς, τροπῇ τοῦ ε εἰς α, καὶ ἀποβολῇ τοῦ δ, αἰνός. σημαίνει δὲ καὶ τὸ λίαν. αἰνῶς ἀκτίνεσσιν ἐοικότες ἠελίοιο. Αἴνηθος. ὄρος. τὸ ἐθνικὸν Αἰνήθιος.</w:t>
      </w:r>
    </w:p>
    <w:p>
      <w:r>
        <w:rPr>
          <w:rFonts w:ascii="Courier New" w:hAnsi="Courier New"/>
          <w:color w:val="555555"/>
          <w:sz w:val="20"/>
        </w:rPr>
        <w:t>[15]</w:t>
      </w:r>
    </w:p>
    <w:p>
      <w:r>
        <w:rPr>
          <w:rFonts w:ascii="Gentium Plus" w:hAnsi="Gentium Plus"/>
          <w:sz w:val="24"/>
        </w:rPr>
        <w:t>Αἷμος. ὄνομα ὄρους. Αἰωλοπώλους. ταχυπώλους, ἢ τοὺς ποικίλως ἱππαζομένους. γίνεται αἰόλλω, ὃ σημαίνει τὸ κινῶ, καὶ τοῦ πῶλος· τοῦτο παρὰ τὸ ἐν τῇ πόᾳ ἐνάλλεσθαι, πόαλος καὶ πῶλος, προπερισπω‐</w:t>
      </w:r>
    </w:p>
    <w:p>
      <w:r>
        <w:rPr>
          <w:rFonts w:ascii="Courier New" w:hAnsi="Courier New"/>
          <w:color w:val="555555"/>
          <w:sz w:val="20"/>
        </w:rPr>
        <w:t>[20]</w:t>
      </w:r>
    </w:p>
    <w:p>
      <w:r>
        <w:rPr>
          <w:rFonts w:ascii="Gentium Plus" w:hAnsi="Gentium Plus"/>
          <w:sz w:val="24"/>
        </w:rPr>
        <w:t>μένως. ἐπειδὴ τὰ εἰς ος δισσύλλαβα προπερι‐ σπώμενα ἐν τῇ συνθέσει προπαροξύνονται. οἷον· οἶκος, ἄοικος· κοῦρος, ἐπίκουρος. οὕτω καὶ πῶ‐ λος αἰωλόπωλος. Αἰολεῖς. οἱ περὶ Σικελίαν. Ὀρέστης κατὰ χρησμὸν</w:t>
      </w:r>
    </w:p>
    <w:p>
      <w:r>
        <w:rPr>
          <w:rFonts w:ascii="Courier New" w:hAnsi="Courier New"/>
          <w:color w:val="555555"/>
          <w:sz w:val="20"/>
        </w:rPr>
        <w:t>[25]</w:t>
      </w:r>
    </w:p>
    <w:p>
      <w:r>
        <w:rPr>
          <w:rFonts w:ascii="Gentium Plus" w:hAnsi="Gentium Plus"/>
          <w:sz w:val="24"/>
        </w:rPr>
        <w:t>συνήθροισε πολλοὺς τοὺς ὠνομασμένους Αἰολεῖς.</w:t>
      </w:r>
    </w:p>
    <w:p>
      <w:r>
        <w:rPr>
          <w:rFonts w:ascii="Courier New" w:hAnsi="Courier New"/>
          <w:color w:val="555555"/>
          <w:sz w:val="20"/>
        </w:rPr>
        <w:t>[alpha 71]</w:t>
      </w:r>
    </w:p>
    <w:p>
      <w:r>
        <w:rPr>
          <w:rFonts w:ascii="Gentium Plus" w:hAnsi="Gentium Plus"/>
          <w:sz w:val="24"/>
        </w:rPr>
        <w:t>ἀπὸ τοῦ οὖν ἀολλίζω τὸ συναθροίζω Αἰολεῖς διὰ τὸ ἐκ πολλῶν ἐθνῶν συνηθροῖσθαι. Αἰόλιος. ὄνομα κύριον. [αἰόλος, ὁ ποικίλος, καὶ ὄνομα κύριον, καὶ] ἢ καὶ ὁ εὐκίνητος, ἢ ὁ τα‐</w:t>
      </w:r>
    </w:p>
    <w:p>
      <w:r>
        <w:rPr>
          <w:rFonts w:ascii="Courier New" w:hAnsi="Courier New"/>
          <w:color w:val="555555"/>
          <w:sz w:val="20"/>
        </w:rPr>
        <w:t>[5]</w:t>
      </w:r>
    </w:p>
    <w:p>
      <w:r>
        <w:rPr>
          <w:rFonts w:ascii="Gentium Plus" w:hAnsi="Gentium Plus"/>
          <w:sz w:val="24"/>
        </w:rPr>
        <w:t>χύς. παρὰ τὸ τὴν ἄελλαν καὶ τὴν πνοὴν, ἥτις ἀπὸ τοῦ ἄειν καὶ πνέειν ἄελλα λέγεται. Αἰολομίτρης. ὁ ποικίλην μίτραν ἔχων. Αἴθριος. ὁ ὑπὸ τὸν αἰθέρα. Αἴθριππος. ὁ ταχύς.</w:t>
      </w:r>
    </w:p>
    <w:p>
      <w:r>
        <w:rPr>
          <w:rFonts w:ascii="Courier New" w:hAnsi="Courier New"/>
          <w:color w:val="555555"/>
          <w:sz w:val="20"/>
        </w:rPr>
        <w:t>[10]</w:t>
      </w:r>
    </w:p>
    <w:p>
      <w:r>
        <w:rPr>
          <w:rFonts w:ascii="Gentium Plus" w:hAnsi="Gentium Plus"/>
          <w:sz w:val="24"/>
        </w:rPr>
        <w:t>Αἰθρηγενέτης. ὁ βορέας. Αἰκανός. ὄνομα ὄρους. Αἰκίστριος· Αἶκλος. ὀνόματα κύρια. Αἰών. νωτιαῖος μυελὸς, καὶ ὁ χρόνος. καὶ ἡ ζωὴ καὶ ὁ βίος. Σοφοκλῆς·</w:t>
      </w:r>
    </w:p>
    <w:p>
      <w:r>
        <w:rPr>
          <w:rFonts w:ascii="Courier New" w:hAnsi="Courier New"/>
          <w:color w:val="555555"/>
          <w:sz w:val="20"/>
        </w:rPr>
        <w:t>[15]</w:t>
      </w:r>
    </w:p>
    <w:p>
      <w:r>
        <w:rPr>
          <w:rFonts w:ascii="Gentium Plus" w:hAnsi="Gentium Plus"/>
          <w:sz w:val="24"/>
        </w:rPr>
        <w:t>ὡς οὐκ ἂν αἰῶν’ ἐκμάθῃς βροτῶν. Αἰωνάριος. ὁ Ἰάννου ἅγιος μήν. οὕτως ἑρμηνεῦ‐ σαι αὐτὸν Λογγῖνος βιάζεται, ὡσανεὶ αἰῶνος πατέρα. Αἰξωνεύς. ὁ βλάσφημος· βλάσφημοι γὰρ κωμῳ‐</w:t>
      </w:r>
    </w:p>
    <w:p>
      <w:r>
        <w:rPr>
          <w:rFonts w:ascii="Courier New" w:hAnsi="Courier New"/>
          <w:color w:val="555555"/>
          <w:sz w:val="20"/>
        </w:rPr>
        <w:t>[20]</w:t>
      </w:r>
    </w:p>
    <w:p>
      <w:r>
        <w:rPr>
          <w:rFonts w:ascii="Gentium Plus" w:hAnsi="Gentium Plus"/>
          <w:sz w:val="24"/>
        </w:rPr>
        <w:t>δοῦνται οἱ Αἰξωνεῖς. Αἰπόλος. ὁ αἰγονόμος· παρὰ τὸ αἰπὰ, ὅ ἐστιν ὑψηλοῖς τόποις, περιπολεῖν· χαίρουσι γὰρ τοῖς ὑψηλοῖς. καὶ αἰπὸν τὸ ἀκρωτήριον ἐπὶ ἀρσενι‐ κοῦ. ἡ εὐθεῖα ὁ αἰπός. οἶμαι δὲ, ὅτι ἐστὶ καὶ</w:t>
      </w:r>
    </w:p>
    <w:p>
      <w:r>
        <w:rPr>
          <w:rFonts w:ascii="Courier New" w:hAnsi="Courier New"/>
          <w:color w:val="555555"/>
          <w:sz w:val="20"/>
        </w:rPr>
        <w:t>[25]</w:t>
      </w:r>
    </w:p>
    <w:p>
      <w:r>
        <w:rPr>
          <w:rFonts w:ascii="Gentium Plus" w:hAnsi="Gentium Plus"/>
          <w:sz w:val="24"/>
        </w:rPr>
        <w:t>αἶπος τὸ ὕψος ἐπὶ οὐδετέρου.</w:t>
      </w:r>
    </w:p>
    <w:p>
      <w:r>
        <w:rPr>
          <w:rFonts w:ascii="Courier New" w:hAnsi="Courier New"/>
          <w:color w:val="555555"/>
          <w:sz w:val="20"/>
        </w:rPr>
        <w:t>[alpha 72]</w:t>
      </w:r>
    </w:p>
    <w:p>
      <w:r>
        <w:rPr>
          <w:rFonts w:ascii="Gentium Plus" w:hAnsi="Gentium Plus"/>
          <w:sz w:val="24"/>
        </w:rPr>
        <w:t>Αἰπύς. ὁ ὀλέθριος καὶ ὁ χαλεπός. καὶ αἰπὺ ἐπὶ οὐδετέρου, ὅ ἐστι δυσχερὲς, ὑψηλὸν, μέγα. Αἰρέσιος. κύριον. Αἰρεσιέων. ὄνομα ἔθνους. καὶ Αἰρεσιεύς.</w:t>
      </w:r>
    </w:p>
    <w:p>
      <w:r>
        <w:rPr>
          <w:rFonts w:ascii="Courier New" w:hAnsi="Courier New"/>
          <w:color w:val="555555"/>
          <w:sz w:val="20"/>
        </w:rPr>
        <w:t>[5]</w:t>
      </w:r>
    </w:p>
    <w:p>
      <w:r>
        <w:rPr>
          <w:rFonts w:ascii="Gentium Plus" w:hAnsi="Gentium Plus"/>
          <w:sz w:val="24"/>
        </w:rPr>
        <w:t>Αἱρετικός. ὁ τὸ ψεῦδος τῆς ἀληθείας προτιμῶν. Αἴσακος. ὁ κλάδος τῆς δάφνης· ὃν κατέχοντες οἱ Ἕλληνες ὕμνουν τοὺς θεοὺς αὐτῶν. Αἴσηπος. ποταμὸς Λυκίας. Αἰσήποιο ῥοαῖς—.</w:t>
      </w:r>
    </w:p>
    <w:p>
      <w:r>
        <w:rPr>
          <w:rFonts w:ascii="Courier New" w:hAnsi="Courier New"/>
          <w:color w:val="555555"/>
          <w:sz w:val="20"/>
        </w:rPr>
        <w:t>[10]</w:t>
      </w:r>
    </w:p>
    <w:p>
      <w:r>
        <w:rPr>
          <w:rFonts w:ascii="Gentium Plus" w:hAnsi="Gentium Plus"/>
          <w:sz w:val="24"/>
        </w:rPr>
        <w:t>Αἴσιμος. προσήκων, δίκαιος. ὥσπερ ἀπὸ τοῦ σπο‐ ρὰ σπόριμος, οὕτως καὶ παρὰ τὸ αἶσα αἴσιμος. ὅθεν καὶ αἰσιμία. αἴσιμος δὲ καὶ ὁ χωλὸς καὶ ὁ ἄτιμος καὶ ὁ ἀμαθής. Ἀριστοφάνης· τὸ δὲ κοινὸν ὥσπερ αἴσιμος κυλίνδεται.</w:t>
      </w:r>
    </w:p>
    <w:p>
      <w:r>
        <w:rPr>
          <w:rFonts w:ascii="Courier New" w:hAnsi="Courier New"/>
          <w:color w:val="555555"/>
          <w:sz w:val="20"/>
        </w:rPr>
        <w:t>[15]</w:t>
      </w:r>
    </w:p>
    <w:p>
      <w:r>
        <w:rPr>
          <w:rFonts w:ascii="Gentium Plus" w:hAnsi="Gentium Plus"/>
          <w:sz w:val="24"/>
        </w:rPr>
        <w:t>Αἴσιος. ὁ καθήκων καὶ ἀληθής. Αἰσυμνητήρ. ὁ βασιλεὺς ὁ τὸ καθῆκον νέμων· ὁ ἀγωνοθέτης, ὁ βραβευτής. ἢ αἰσυμενεστὴρ, ὁ ἐν τῷ καθήκοντι μένων. [οἱ δὲ παρὰ τὸ αἰσυ‐ μνᾷν, τουτέστι τῶν αἰσίων μνήμην ποιεῖσθαι. ἢ</w:t>
      </w:r>
    </w:p>
    <w:p>
      <w:r>
        <w:rPr>
          <w:rFonts w:ascii="Courier New" w:hAnsi="Courier New"/>
          <w:color w:val="555555"/>
          <w:sz w:val="20"/>
        </w:rPr>
        <w:t>[20]</w:t>
      </w:r>
    </w:p>
    <w:p>
      <w:r>
        <w:rPr>
          <w:rFonts w:ascii="Gentium Plus" w:hAnsi="Gentium Plus"/>
          <w:sz w:val="24"/>
        </w:rPr>
        <w:t>αἰσιομήτης ὁ αἴσια βουλεύων. ὁ γὰρ τύραννος τοὐναντίον.] Αἰσχρός. παρὰ τὸ αἶσχος· τοῦτο παρὰ τοῦ ἴσχειν τοὺς λαμβάνοντας αὐτό. Αἰσχύλος. κύριον, παρὰ τὸ αἶσχος Αἰσχύλος,</w:t>
      </w:r>
    </w:p>
    <w:p>
      <w:r>
        <w:rPr>
          <w:rFonts w:ascii="Courier New" w:hAnsi="Courier New"/>
          <w:color w:val="555555"/>
          <w:sz w:val="20"/>
        </w:rPr>
        <w:t>[25]</w:t>
      </w:r>
    </w:p>
    <w:p>
      <w:r>
        <w:rPr>
          <w:rFonts w:ascii="Gentium Plus" w:hAnsi="Gentium Plus"/>
          <w:sz w:val="24"/>
        </w:rPr>
        <w:t>ὡς σιμὸς, Σιμύλος. Αἰσούρ. κύριον.</w:t>
      </w:r>
    </w:p>
    <w:p>
      <w:r>
        <w:rPr>
          <w:rFonts w:ascii="Courier New" w:hAnsi="Courier New"/>
          <w:color w:val="555555"/>
          <w:sz w:val="20"/>
        </w:rPr>
        <w:t>[alpha 73]</w:t>
      </w:r>
    </w:p>
    <w:p>
      <w:r>
        <w:rPr>
          <w:rFonts w:ascii="Gentium Plus" w:hAnsi="Gentium Plus"/>
          <w:sz w:val="24"/>
        </w:rPr>
        <w:t>Αἰσυάταο. τοῦ Αἰσυήτου. Αἰσυητῆρι. χοιροβοσκῷ. Αἰσύφηλος. ὁ δειλὸς ἢ ὁ ψεύστης. Αἴσυμνος· Αἰσχίνης. ὀνόματα κύρια.</w:t>
      </w:r>
    </w:p>
    <w:p>
      <w:r>
        <w:rPr>
          <w:rFonts w:ascii="Courier New" w:hAnsi="Courier New"/>
          <w:color w:val="555555"/>
          <w:sz w:val="20"/>
        </w:rPr>
        <w:t>[5]</w:t>
      </w:r>
    </w:p>
    <w:p>
      <w:r>
        <w:rPr>
          <w:rFonts w:ascii="Gentium Plus" w:hAnsi="Gentium Plus"/>
          <w:sz w:val="24"/>
        </w:rPr>
        <w:t>Αἰσχίους ἄνδρας. ἀμόρφους. Αἰσχρίων. Μιτυληναῖος, ἐποποιός. Αἴτιος. ὁ πρόξενος. ἐκ τοῦ αἰτῶ αἴτιος· τῷ τι, ι, ὡς τὸ ἄρκιος· ἢ παρὰ τὸ ἄτη, αἴτιος. Αἰστῶν. ὁ κατατήξας.</w:t>
      </w:r>
    </w:p>
    <w:p>
      <w:r>
        <w:rPr>
          <w:rFonts w:ascii="Courier New" w:hAnsi="Courier New"/>
          <w:color w:val="555555"/>
          <w:sz w:val="20"/>
        </w:rPr>
        <w:t>[10]</w:t>
      </w:r>
    </w:p>
    <w:p>
      <w:r>
        <w:rPr>
          <w:rFonts w:ascii="Gentium Plus" w:hAnsi="Gentium Plus"/>
          <w:sz w:val="24"/>
        </w:rPr>
        <w:t>Αἰτναῖοι κάνθαροι. οἱ μεγάλοι. Αἰτωλοί. οἱ ἀπὸ Ἰταλίας· οἱ τὴν Καλυδόνα κατ‐ οικοῦντες. Αἰφηρητιάδαο. ἀπὸ τοῦ Φέρης, Φέρητος, γίνε‐ ται Φερητίδης, καὶ πλεονασμῷ τοῦ α, καὶ τρο‐</w:t>
      </w:r>
    </w:p>
    <w:p>
      <w:r>
        <w:rPr>
          <w:rFonts w:ascii="Courier New" w:hAnsi="Courier New"/>
          <w:color w:val="555555"/>
          <w:sz w:val="20"/>
        </w:rPr>
        <w:t>[15]</w:t>
      </w:r>
    </w:p>
    <w:p>
      <w:r>
        <w:rPr>
          <w:rFonts w:ascii="Gentium Plus" w:hAnsi="Gentium Plus"/>
          <w:sz w:val="24"/>
        </w:rPr>
        <w:t>πῇ τοῦ ε εἰς η Φηρητιάδης. Αἰτήσιος. ὁ αἰτῶν. Αἰτηταί. οἱ παρά τινος τὶ αἰτοῦντες. [οἱ δὲ Ῥόδιοι τῷ Περσεῖ οὐκ αἰτηταὶ τῆς εἰρήνης μᾶλλον ἢ δόται ὄντες.]</w:t>
      </w:r>
    </w:p>
    <w:p>
      <w:r>
        <w:rPr>
          <w:rFonts w:ascii="Courier New" w:hAnsi="Courier New"/>
          <w:color w:val="555555"/>
          <w:sz w:val="20"/>
        </w:rPr>
        <w:t>[20]</w:t>
      </w:r>
    </w:p>
    <w:p>
      <w:r>
        <w:rPr>
          <w:rFonts w:ascii="Gentium Plus" w:hAnsi="Gentium Plus"/>
          <w:sz w:val="24"/>
        </w:rPr>
        <w:t>Αἰτώλιος. ὁ ἀπὸ Αἰτωλίας. Αἰχμητής. μαχητὴς, πολεμικός. Αἰψηρός. ταχὺς, ἀπὸ τοῦ ψαίρειν, ὃ σημαίνει τὸ ταχύνειν. Ἀϊδνός. ὁ ἀφανής. εἴδω τὸ βλέπω, ἢ τὸ γινώσκω.</w:t>
      </w:r>
    </w:p>
    <w:p>
      <w:r>
        <w:rPr>
          <w:rFonts w:ascii="Courier New" w:hAnsi="Courier New"/>
          <w:color w:val="555555"/>
          <w:sz w:val="20"/>
        </w:rPr>
        <w:t>[25]</w:t>
      </w:r>
    </w:p>
    <w:p>
      <w:r>
        <w:rPr>
          <w:rFonts w:ascii="Gentium Plus" w:hAnsi="Gentium Plus"/>
          <w:sz w:val="24"/>
        </w:rPr>
        <w:t>ὄνομα ἰδνὸς, καὶ μετὰ τοῦ στερητικοῦ α ἀϊδνὸς,</w:t>
      </w:r>
    </w:p>
    <w:p>
      <w:r>
        <w:rPr>
          <w:rFonts w:ascii="Courier New" w:hAnsi="Courier New"/>
          <w:color w:val="555555"/>
          <w:sz w:val="20"/>
        </w:rPr>
        <w:t>[alpha 74]</w:t>
      </w:r>
    </w:p>
    <w:p>
      <w:r>
        <w:rPr>
          <w:rFonts w:ascii="Gentium Plus" w:hAnsi="Gentium Plus"/>
          <w:sz w:val="24"/>
        </w:rPr>
        <w:t>εἰς ὃν οὐκ ἔστιν ἰδεῖν. [ἐκ τοῦ ἄϊδνος γίνεται ἀϊδνόδηλος καὶ κατὰ συγκοπὴν ἀΐδηλος. ἢ ἐκ τοῦ ἀΐδης, ἀΐδου, γίνεται ἀϊδανὸς καὶ ἐν συγ‐ κοπῇ ἀϊδνός.]</w:t>
      </w:r>
    </w:p>
    <w:p>
      <w:r>
        <w:rPr>
          <w:rFonts w:ascii="Courier New" w:hAnsi="Courier New"/>
          <w:color w:val="555555"/>
          <w:sz w:val="20"/>
        </w:rPr>
        <w:t>[5]</w:t>
      </w:r>
    </w:p>
    <w:p>
      <w:r>
        <w:rPr>
          <w:rFonts w:ascii="Gentium Plus" w:hAnsi="Gentium Plus"/>
          <w:sz w:val="24"/>
        </w:rPr>
        <w:t>Ἀΐδης. ὁ ᾅδης, καὶ κλίνεται τοῦ ἀΐδου, ἡ δοτικὴ τῷ ἀΐδῃ καὶ κατὰ πλεονασμὸν ἄϊδι. [ἢ παρὰ τὸ εἴδω τὸ βλέπω, ὁ μέλλων εἴσω. καὶ ὄνομα ῥηματικὸν ἲς, καὶ μετὰ τοῦ στερητικοῦ α ἄϊς, ἐν ᾧ οὐδὲν ἔστιν ὁρᾷν. ἡ γενικὴ ἄϊδος, καὶ ἡ</w:t>
      </w:r>
    </w:p>
    <w:p>
      <w:r>
        <w:rPr>
          <w:rFonts w:ascii="Courier New" w:hAnsi="Courier New"/>
          <w:color w:val="555555"/>
          <w:sz w:val="20"/>
        </w:rPr>
        <w:t>[10]</w:t>
      </w:r>
    </w:p>
    <w:p>
      <w:r>
        <w:rPr>
          <w:rFonts w:ascii="Gentium Plus" w:hAnsi="Gentium Plus"/>
          <w:sz w:val="24"/>
        </w:rPr>
        <w:t>δοτικὴ ἄϊδι.] Ἄϊδρις. ὁ ἄπειρος. εἴδω τὸ ἐπίσταμαι, ὁ μέλλων εἴσω. οἷον· εἴσομ’, αἴκε μ’ ὁ Τυδείδης— ὄνομα εἴδις, καὶ πλεονασμῷ τοῦ ρ καὶ ἀποβολῇ</w:t>
      </w:r>
    </w:p>
    <w:p>
      <w:r>
        <w:rPr>
          <w:rFonts w:ascii="Courier New" w:hAnsi="Courier New"/>
          <w:color w:val="555555"/>
          <w:sz w:val="20"/>
        </w:rPr>
        <w:t>[15]</w:t>
      </w:r>
    </w:p>
    <w:p>
      <w:r>
        <w:rPr>
          <w:rFonts w:ascii="Gentium Plus" w:hAnsi="Gentium Plus"/>
          <w:sz w:val="24"/>
        </w:rPr>
        <w:t>τοῦ ε ἴδρις· ἡ γενικὴ ἀΐδρεως, ἀΐδρεϊ καὶ ἀΐδρει. καὶ ἀϊδρεία, ἡ ἀπειρία, παρὰ τὸ ἴδρις, ἄϊδρος. Ἄϊστος. εἰ μὲν σημαίνει τὸν ἀφανῆ, ἔστιν ἀπὸ τοῦ εἴδω τὸ βλέπω, ὁ μέλλων εἴσω, ὁ παρακεί‐ μενος εἶκα, ὁ παθητικὸς εἶμαι, καὶ ἐκ τοῦ</w:t>
      </w:r>
    </w:p>
    <w:p>
      <w:r>
        <w:rPr>
          <w:rFonts w:ascii="Courier New" w:hAnsi="Courier New"/>
          <w:color w:val="555555"/>
          <w:sz w:val="20"/>
        </w:rPr>
        <w:t>[20]</w:t>
      </w:r>
    </w:p>
    <w:p>
      <w:r>
        <w:rPr>
          <w:rFonts w:ascii="Gentium Plus" w:hAnsi="Gentium Plus"/>
          <w:sz w:val="24"/>
        </w:rPr>
        <w:t>τρίτου προσώπου ἰστὸς καὶ ἄϊστος. εἰ δὲ σημαί‐ νει τὸ ἄγνωστον, ἀπὸ τοῦ εἴδω τὸ γινώσκω. ὁμοίως ἐκ τούτων καὶ τὸ ἀϊστῶσαι. Ἀΐτης. ὁ ἐρώμενος καὶ ὁρμητικὸς, παρὰ τὸ ἀΐειν, ὅ ἐστι πνέειν· ὁ εἰς πνεῦμα τὸν ἔρωτα τῷ</w:t>
      </w:r>
    </w:p>
    <w:p>
      <w:r>
        <w:rPr>
          <w:rFonts w:ascii="Courier New" w:hAnsi="Courier New"/>
          <w:color w:val="555555"/>
          <w:sz w:val="20"/>
        </w:rPr>
        <w:t>[25]</w:t>
      </w:r>
    </w:p>
    <w:p>
      <w:r>
        <w:rPr>
          <w:rFonts w:ascii="Gentium Plus" w:hAnsi="Gentium Plus"/>
          <w:sz w:val="24"/>
        </w:rPr>
        <w:t>ἐραστῇ. [ἢ παρὰ τὸ ἀΐσσω τὸ ὁρμῶ. ἢ ὁμοΐτης</w:t>
      </w:r>
    </w:p>
    <w:p>
      <w:r>
        <w:rPr>
          <w:rFonts w:ascii="Courier New" w:hAnsi="Courier New"/>
          <w:color w:val="555555"/>
          <w:sz w:val="20"/>
        </w:rPr>
        <w:t>[alpha 75]</w:t>
      </w:r>
    </w:p>
    <w:p>
      <w:r>
        <w:rPr>
          <w:rFonts w:ascii="Gentium Plus" w:hAnsi="Gentium Plus"/>
          <w:sz w:val="24"/>
        </w:rPr>
        <w:t>ὡς ἄλοχος ἡ ὁμόλεχος. γράφεται διὰ τοῦ ι τῷ χαρακτῆρι τῶν διὰ τοῦ ιτης. οἷον πολίτης.] Ἀΐδιος. ὁ ἀεὶ διὼν, ὁ μηδέποτε ἀρξάμενος μὴ δὲ λήγων. τὰ παρὰ τὸ ἀεὶ σύνθετα δίφθογγον</w:t>
      </w:r>
    </w:p>
    <w:p>
      <w:r>
        <w:rPr>
          <w:rFonts w:ascii="Courier New" w:hAnsi="Courier New"/>
          <w:color w:val="555555"/>
          <w:sz w:val="20"/>
        </w:rPr>
        <w:t>[5]</w:t>
      </w:r>
    </w:p>
    <w:p>
      <w:r>
        <w:rPr>
          <w:rFonts w:ascii="Gentium Plus" w:hAnsi="Gentium Plus"/>
          <w:sz w:val="24"/>
        </w:rPr>
        <w:t>ἔχουσι, οἷον· ἀείμνηστος, ἀείφρουρος, πλὴν τοῦ ἀΐδιος. δώδεκα δὲ φωναὶ εἰσὶ τοῦ ἀεί· ἔστι γὰρ ἀεὶ καὶ αἰὲν, καὶ αἰὲς, καὶ ἄει· αἰεί· αἰῒν καὶ ἄϊν καὶ ἀῒ, ἐξ οὗ τὸ ἀΐδιος· καὶ ἀεὶ καὶ ἀὲ καὶ ἀές.</w:t>
      </w:r>
    </w:p>
    <w:p>
      <w:r>
        <w:rPr>
          <w:rFonts w:ascii="Courier New" w:hAnsi="Courier New"/>
          <w:color w:val="555555"/>
          <w:sz w:val="20"/>
        </w:rPr>
        <w:t>[10]</w:t>
      </w:r>
    </w:p>
    <w:p>
      <w:r>
        <w:rPr>
          <w:rFonts w:ascii="Gentium Plus" w:hAnsi="Gentium Plus"/>
          <w:sz w:val="24"/>
        </w:rPr>
        <w:t>Αἰγίλοψ. κόρης πάθος. Αἰνείας. κύριον. παρὰ τὸ αἶνος, ὃ σημαίνει τὸν ἔπαινον, γίνεται Αἰνέας, καὶ πλεονασμῷ τοῦ ι Αἰνείας. τὸ δὲ αἶνος παρὰ τὸ ἰαίνω τὸ εὐφραίνο‐ μαι· γίνεται ἴαινος, καὶ ἀποβολῇ τοῦ ι αἶνος.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Αἰανή. πόλις Μακεδονίας· ἀπὸ Αἰανοῦ τοῦ παι‐ δὸς Ἰλύμαντος, τοῦ βασιλέως Τυῤῥηνῶν. τὸ ἐθνικὸν Αἰαναῖος. [ἰχναῖος γὰρ λέγεται, καὶ</w:t>
      </w:r>
    </w:p>
    <w:p>
      <w:r>
        <w:rPr>
          <w:rFonts w:ascii="Courier New" w:hAnsi="Courier New"/>
          <w:color w:val="555555"/>
          <w:sz w:val="20"/>
        </w:rPr>
        <w:t>[alpha 76]</w:t>
      </w:r>
    </w:p>
    <w:p>
      <w:r>
        <w:rPr>
          <w:rFonts w:ascii="Gentium Plus" w:hAnsi="Gentium Plus"/>
          <w:sz w:val="24"/>
        </w:rPr>
        <w:t>Αἰανή. ἡ σκοτεινὴ, ἢ θρηνητική· ἀπὸ τοῦ αἰάζω τὸ θρηνῶ. Σοφοκλῆς· νυκτὸς αἰανῆς κύκλος— Αἶα. ἡ γῆ. παρὰ τὸ γαῖα αἶα, ἀποβολῇ τοῦ γ.</w:t>
      </w:r>
    </w:p>
    <w:p>
      <w:r>
        <w:rPr>
          <w:rFonts w:ascii="Courier New" w:hAnsi="Courier New"/>
          <w:color w:val="555555"/>
          <w:sz w:val="20"/>
        </w:rPr>
        <w:t>[5]</w:t>
      </w:r>
    </w:p>
    <w:p>
      <w:r>
        <w:rPr>
          <w:rFonts w:ascii="Gentium Plus" w:hAnsi="Gentium Plus"/>
          <w:sz w:val="24"/>
        </w:rPr>
        <w:t>Αἴβουρα. πόλις Ἰβηρίας. [ὁ πολίτης Αἰβουραῖος, ὡς ἄρουρα ἀρουραῖος, Κόλουρα Κολουραῖος. πό‐ λις δέ ἐστι περὶ τὴν Πριήνην.] Αἰβάλη. ἡ θύρα. Αἰγηΐς. φυλὴ ἀπὸ Αἰγέως· οἱ φυλίται Αἰγεῖδαι.</w:t>
      </w:r>
    </w:p>
    <w:p>
      <w:r>
        <w:rPr>
          <w:rFonts w:ascii="Courier New" w:hAnsi="Courier New"/>
          <w:color w:val="555555"/>
          <w:sz w:val="20"/>
        </w:rPr>
        <w:t>[10]</w:t>
      </w:r>
    </w:p>
    <w:p>
      <w:r>
        <w:rPr>
          <w:rFonts w:ascii="Gentium Plus" w:hAnsi="Gentium Plus"/>
          <w:sz w:val="24"/>
        </w:rPr>
        <w:t>καὶ Αἰγεῖα θάλασσα. Αἰγιάλια· Αἰγιάλη. ὀνόματα κύρια. Αἰγίβολος γῆ. ἐγὼ δὲ λέγω αἰγίνομος, αἰγί‐ βοσκος. ἡ ἐπιτηδεία αἶγας βόσκειν. Αἰγιαλία. δῆμος Ἀντιοχείας. ὁ δημότης Αἰγια‐</w:t>
      </w:r>
    </w:p>
    <w:p>
      <w:r>
        <w:rPr>
          <w:rFonts w:ascii="Courier New" w:hAnsi="Courier New"/>
          <w:color w:val="555555"/>
          <w:sz w:val="20"/>
        </w:rPr>
        <w:t>[15]</w:t>
      </w:r>
    </w:p>
    <w:p>
      <w:r>
        <w:rPr>
          <w:rFonts w:ascii="Gentium Plus" w:hAnsi="Gentium Plus"/>
          <w:sz w:val="24"/>
        </w:rPr>
        <w:t>λεύς. Αἰγιμιώ. ὄνομα πόλεως. Αἴγινα. νῆσος, μία τῶν Κυκλάδων. καὶ Αἰγιναῖα ναῦς, ἡ ἀπὸ Αἰγίνης. Αἰγίς. ἣν Λίβυες φοροῦσι δορὰν, καὶ τὸ ἐκ στεμ‐</w:t>
      </w:r>
    </w:p>
    <w:p>
      <w:r>
        <w:rPr>
          <w:rFonts w:ascii="Courier New" w:hAnsi="Courier New"/>
          <w:color w:val="555555"/>
          <w:sz w:val="20"/>
        </w:rPr>
        <w:t>[20]</w:t>
      </w:r>
    </w:p>
    <w:p>
      <w:r>
        <w:rPr>
          <w:rFonts w:ascii="Gentium Plus" w:hAnsi="Gentium Plus"/>
          <w:sz w:val="24"/>
        </w:rPr>
        <w:t>μάτων πλέγμα, καὶ τὸ διὰ στεμμάτων πεπλεγ‐</w:t>
      </w:r>
    </w:p>
    <w:p>
      <w:r>
        <w:rPr>
          <w:rFonts w:ascii="Courier New" w:hAnsi="Courier New"/>
          <w:color w:val="555555"/>
          <w:sz w:val="20"/>
        </w:rPr>
        <w:t>[alpha 77]</w:t>
      </w:r>
    </w:p>
    <w:p>
      <w:r>
        <w:rPr>
          <w:rFonts w:ascii="Gentium Plus" w:hAnsi="Gentium Plus"/>
          <w:sz w:val="24"/>
        </w:rPr>
        <w:t>μένον δίκτυον. οὕτως Λυκοῦργος· καὶ Ἡρόδο‐ τος· ἡ δὲ ἱέρεια Ἀθήνῃσι, τὴν ἱερὰν αἰγίδα φέ‐ ρουσα, τοὺς νεογάμους εἰσήρχετο. αἰγὶς καὶ ὁ θώραξ. καὶ ἡ ἐν ταῖς πεύκαις οὐλότης. Νυμφό‐</w:t>
      </w:r>
    </w:p>
    <w:p>
      <w:r>
        <w:rPr>
          <w:rFonts w:ascii="Courier New" w:hAnsi="Courier New"/>
          <w:color w:val="555555"/>
          <w:sz w:val="20"/>
        </w:rPr>
        <w:t>[5]</w:t>
      </w:r>
    </w:p>
    <w:p>
      <w:r>
        <w:rPr>
          <w:rFonts w:ascii="Gentium Plus" w:hAnsi="Gentium Plus"/>
          <w:sz w:val="24"/>
        </w:rPr>
        <w:t>δωρος δὲ ταῦτα ὑπὸ Λιβύων αἰγέας φησὶ καλεῖ‐ σθαι. αἰγὶς ὅπλον Διὸς, Ἡφαιστότευκτον. [οὐχ, ὥς τινες φασὶν, ἀπὸ τῆς Ἀμαλθείας αἰγὸς τῆς ἀναθρεψάσης τὸν Δία, ἀλλ’ ἀπὸ τοῦ τὰς συ‐ στροφὰς τῶν ἀνέμων ποιεῖν κινουμένας αἰγίδας</w:t>
      </w:r>
    </w:p>
    <w:p>
      <w:r>
        <w:rPr>
          <w:rFonts w:ascii="Courier New" w:hAnsi="Courier New"/>
          <w:color w:val="555555"/>
          <w:sz w:val="20"/>
        </w:rPr>
        <w:t>[10]</w:t>
      </w:r>
    </w:p>
    <w:p>
      <w:r>
        <w:rPr>
          <w:rFonts w:ascii="Gentium Plus" w:hAnsi="Gentium Plus"/>
          <w:sz w:val="24"/>
        </w:rPr>
        <w:t>καὶ καταιγίδας· τὸ δὲ αἰγὶς ἀπὸ τοῦ ἀΐσσω τὸ ὁρμῶ.] Αἰγανέα. ἀκόντιον μικρὸν, ἀπὸ τοῦ ἄγαν νεῖσθαι, ὅ ἐστι πορεύεσθαι. [ἢ ἀπὸ τοῦ ἄγαν ἵεσθαι, ἢ διὰ τὰς αἶγας. ἐπ’ αὐτὰς γὰρ μάλιστα ἵεται.</w:t>
      </w:r>
    </w:p>
    <w:p>
      <w:r>
        <w:rPr>
          <w:rFonts w:ascii="Courier New" w:hAnsi="Courier New"/>
          <w:color w:val="555555"/>
          <w:sz w:val="20"/>
        </w:rPr>
        <w:t>[15]</w:t>
      </w:r>
    </w:p>
    <w:p>
      <w:r>
        <w:rPr>
          <w:rFonts w:ascii="Gentium Plus" w:hAnsi="Gentium Plus"/>
          <w:sz w:val="24"/>
        </w:rPr>
        <w:t>ἢ διὰ τὸ εὐθετεῖν αὐτὸ εἰς αἰγῶν ἄγραν.] Αἰγίλιψ. πόλις Κεφαληνίας. λέγεται καὶ ἡ ὑψη‐ λὴ καὶ δύσβατος πέτρα, ἣν καὶ αἶγες ἀπο‐ λείπουσι. παρὰ τὸ λείπω, λείψω, λεὶψ, καὶ ἀποβολῇ τοῦ ε, λὶψ, καὶ ἐν συνθέσει μετὰ τοῦ</w:t>
      </w:r>
    </w:p>
    <w:p>
      <w:r>
        <w:rPr>
          <w:rFonts w:ascii="Courier New" w:hAnsi="Courier New"/>
          <w:color w:val="555555"/>
          <w:sz w:val="20"/>
        </w:rPr>
        <w:t>[20]</w:t>
      </w:r>
    </w:p>
    <w:p>
      <w:r>
        <w:rPr>
          <w:rFonts w:ascii="Gentium Plus" w:hAnsi="Gentium Plus"/>
          <w:sz w:val="24"/>
        </w:rPr>
        <w:t>αἶξ, αἰγίλιψ. Αἰγαί. πόλις Κιλικίας. ἔστι καὶ Μακεδονίας καὶ Αἰτωλίας καὶ Εὐβοίας. τὸ ἐθνικὸν, ἀπὸ μὲν δισ‐ συλλάβου Αἰγαῖος, ἀπὸ δὲ τρισσυλλάβου Αἰ‐ γαιάτης. καὶ Αἰγαῖον πέλαγος.</w:t>
      </w:r>
    </w:p>
    <w:p>
      <w:r>
        <w:rPr>
          <w:rFonts w:ascii="Courier New" w:hAnsi="Courier New"/>
          <w:color w:val="555555"/>
          <w:sz w:val="20"/>
        </w:rPr>
        <w:t>[25]</w:t>
      </w:r>
    </w:p>
    <w:p>
      <w:r>
        <w:rPr>
          <w:rFonts w:ascii="Gentium Plus" w:hAnsi="Gentium Plus"/>
          <w:sz w:val="24"/>
        </w:rPr>
        <w:t>Αἴγλη. αὐγή· λαμπηδών· ἢ βόλος κυβευτικός. δηλοῖ δὲ καὶ ποπάνου εἶδος, καὶ θυσίαν. καὶ ἡ σελήνη οὕτως καλεῖται. καὶ ὁ Ἀσκληπιός. Αἰγώνη καὶ Αἰγωνίεια. ὀνόματα πόλεων. Αἴγινα. νῆσος. ὁ πολίτης Αἰγινεὺς, ἢ Αἰγινίτης.</w:t>
      </w:r>
    </w:p>
    <w:p>
      <w:r>
        <w:rPr>
          <w:rFonts w:ascii="Courier New" w:hAnsi="Courier New"/>
          <w:color w:val="555555"/>
          <w:sz w:val="20"/>
        </w:rPr>
        <w:t>[30]</w:t>
      </w:r>
    </w:p>
    <w:p>
      <w:r>
        <w:rPr>
          <w:rFonts w:ascii="Gentium Plus" w:hAnsi="Gentium Plus"/>
          <w:sz w:val="24"/>
        </w:rPr>
        <w:t>[ὁ δὲ τοῦ Αἰγινήτου φόρτος. ἢ δοῦλος Αἰγινη‐ τικός. ὡς τὸ, Ῥόδιος, Ῥοδιακός.] Αἴγυπτος. ἀπὸ Αἰγύπτου βασιλέως τοῦ Βήλου,</w:t>
      </w:r>
    </w:p>
    <w:p>
      <w:r>
        <w:rPr>
          <w:rFonts w:ascii="Courier New" w:hAnsi="Courier New"/>
          <w:color w:val="555555"/>
          <w:sz w:val="20"/>
        </w:rPr>
        <w:t>[alpha 78]</w:t>
      </w:r>
    </w:p>
    <w:p>
      <w:r>
        <w:rPr>
          <w:rFonts w:ascii="Gentium Plus" w:hAnsi="Gentium Plus"/>
          <w:sz w:val="24"/>
        </w:rPr>
        <w:t>γίποτος, διὰ τὸ αἶγας πίονας ἔχειν. σημείωσαι, ὅτι ἐν τεσσαράκοντα ἡμέραις γεγόνασιν αἱ κατ’ Αἴγυπτον πληγαί. Αἰγλήεντα. λαμπρόν.</w:t>
      </w:r>
    </w:p>
    <w:p>
      <w:r>
        <w:rPr>
          <w:rFonts w:ascii="Courier New" w:hAnsi="Courier New"/>
          <w:color w:val="555555"/>
          <w:sz w:val="20"/>
        </w:rPr>
        <w:t>[5]</w:t>
      </w:r>
    </w:p>
    <w:p>
      <w:r>
        <w:rPr>
          <w:rFonts w:ascii="Gentium Plus" w:hAnsi="Gentium Plus"/>
          <w:sz w:val="24"/>
        </w:rPr>
        <w:t>Αἰαία. ὄνομα νήσου. Αἰδώς. αἰσχύνη ἢ εὐλάβεια, ἢ φόβος. Αἰδοσύνη. ἐπὶ τῶν ἀποκεκρυμμένων καὶ ἀφα‐ νῶν καὶ λανθάνειν βουλομένων. Αἰθάλη. σποδὸς, τέφρα. τὸ ἐκ καμίνου μέλαν.</w:t>
      </w:r>
    </w:p>
    <w:p>
      <w:r>
        <w:rPr>
          <w:rFonts w:ascii="Courier New" w:hAnsi="Courier New"/>
          <w:color w:val="555555"/>
          <w:sz w:val="20"/>
        </w:rPr>
        <w:t>[10]</w:t>
      </w:r>
    </w:p>
    <w:p>
      <w:r>
        <w:rPr>
          <w:rFonts w:ascii="Gentium Plus" w:hAnsi="Gentium Plus"/>
          <w:sz w:val="24"/>
        </w:rPr>
        <w:t>ἢ εἶδος καπνοῦ πεπυκνωμένου. καὶ ὁ κονιορτός. ἐκέλευσε τὰ ταμιεῖα τῆς αἰθάλης μαχαιριδίοις διατιτρᾷν, ὅ ἐστι διατορεῖν, διατρυπεῖν, δια‐ κόπτειν. γίνεται δὲ ἀπὸ τοῦ αἴθω τὸ καίω. Αἰθαλοκομπίαις. καπνοῖς καὶ ψευδολογίαις.</w:t>
      </w:r>
    </w:p>
    <w:p>
      <w:r>
        <w:rPr>
          <w:rFonts w:ascii="Courier New" w:hAnsi="Courier New"/>
          <w:color w:val="555555"/>
          <w:sz w:val="20"/>
        </w:rPr>
        <w:t>[15]</w:t>
      </w:r>
    </w:p>
    <w:p>
      <w:r>
        <w:rPr>
          <w:rFonts w:ascii="Gentium Plus" w:hAnsi="Gentium Plus"/>
          <w:sz w:val="24"/>
        </w:rPr>
        <w:t>Αἴθη. ὄνομα θηλείας ἵππου. καὶ Ὅμηρος· [Αἴ‐ θην τὴν Ἀγαμεμνονέην.] Αἰθήρ. ἀστεροειδέα νῶτα διφρεύους’ αἰθέρος ἱερᾶς. Αἰθιοπία. χώρα.</w:t>
      </w:r>
    </w:p>
    <w:p>
      <w:r>
        <w:rPr>
          <w:rFonts w:ascii="Courier New" w:hAnsi="Courier New"/>
          <w:color w:val="555555"/>
          <w:sz w:val="20"/>
        </w:rPr>
        <w:t>[20]</w:t>
      </w:r>
    </w:p>
    <w:p>
      <w:r>
        <w:rPr>
          <w:rFonts w:ascii="Gentium Plus" w:hAnsi="Gentium Plus"/>
          <w:sz w:val="24"/>
        </w:rPr>
        <w:t>Αἰθούσῃσι. στοαῖς ταῖς καταλαμπομέναις ὑπὸ τοῦ ἡλίου. ἢ αἴθουσα διὰ τὸ ἐν αὐτῷ χειμῶνι αἴθεσθαι. ἢ διὰ τὴν τοῦ ἡλίου βολήν. Αἰθάλη. ἐκαλεῖτο ἡ Λῆμνος· ἀπὸ τῶν ἀναδιδο‐ μένων αἰθαλῶν ἐκ τῶν Ἡφαίστου χαλκείων. τὸ</w:t>
      </w:r>
    </w:p>
    <w:p>
      <w:r>
        <w:rPr>
          <w:rFonts w:ascii="Courier New" w:hAnsi="Courier New"/>
          <w:color w:val="555555"/>
          <w:sz w:val="20"/>
        </w:rPr>
        <w:t>[25]</w:t>
      </w:r>
    </w:p>
    <w:p>
      <w:r>
        <w:rPr>
          <w:rFonts w:ascii="Gentium Plus" w:hAnsi="Gentium Plus"/>
          <w:sz w:val="24"/>
        </w:rPr>
        <w:t>ἐθνικὸν Αἰθαλίτης. [τὰ ἀπὸ [τῶν] εἰς λος βαρύτονα ὑπὲρ δύο συλλαβὰς ὄντα μὴ ἐθνικὰ, διὰ τῆς ει διφθόγγου γράφονται. οἷον αἴολος, ὁ κατάστικτος καὶ ποικίλος, αἰόλειος· αἴθω, αἴθαλος, αἰθάλειος· σημαίνει δὲ καὶ τὸν καπνόν·</w:t>
      </w:r>
    </w:p>
    <w:p>
      <w:r>
        <w:rPr>
          <w:rFonts w:ascii="Courier New" w:hAnsi="Courier New"/>
          <w:color w:val="555555"/>
          <w:sz w:val="20"/>
        </w:rPr>
        <w:t>[30]</w:t>
      </w:r>
    </w:p>
    <w:p>
      <w:r>
        <w:rPr>
          <w:rFonts w:ascii="Gentium Plus" w:hAnsi="Gentium Plus"/>
          <w:sz w:val="24"/>
        </w:rPr>
        <w:t>δαίδαλος, ὁ ποικίλος, δαιδαλεῖος· μεγάλειος, ὡς ἀπὸ τοῦ μεγάλεος βαρυτόνου. πρόσκειται διὰ</w:t>
      </w:r>
    </w:p>
    <w:p>
      <w:r>
        <w:rPr>
          <w:rFonts w:ascii="Courier New" w:hAnsi="Courier New"/>
          <w:color w:val="555555"/>
          <w:sz w:val="20"/>
        </w:rPr>
        <w:t>[alpha 79]</w:t>
      </w:r>
    </w:p>
    <w:p>
      <w:r>
        <w:rPr>
          <w:rFonts w:ascii="Gentium Plus" w:hAnsi="Gentium Plus"/>
          <w:sz w:val="24"/>
        </w:rPr>
        <w:t>Αἰθιόπιον. χώρα Λυδίας, ἀφ’ οὗ ἡ Ἄρτεμις Αἰ‐ θιοπία. Αἰθάλη. ἡ Χίος. Αἰθώ. ὄνομα πόλεως.</w:t>
      </w:r>
    </w:p>
    <w:p>
      <w:r>
        <w:rPr>
          <w:rFonts w:ascii="Courier New" w:hAnsi="Courier New"/>
          <w:color w:val="555555"/>
          <w:sz w:val="20"/>
        </w:rPr>
        <w:t>[5]</w:t>
      </w:r>
    </w:p>
    <w:p>
      <w:r>
        <w:rPr>
          <w:rFonts w:ascii="Gentium Plus" w:hAnsi="Gentium Plus"/>
          <w:sz w:val="24"/>
        </w:rPr>
        <w:t>Αἴθρη. ὄνομα κύριον. Αἰθρία. ἔξω ὑπὸ τὸν ἀέρα καὶ τὸ ὕπαιθρον καὶ τὴν εὐδίαν. Αἴθυα. ἡ ἴγδη καὶ ἡ θαλάσσιος ὄρνις. αἰθύης ὑπὸ πτερύγεσσιν ἔλυσε πείσματα νηός. αἱ</w:t>
      </w:r>
    </w:p>
    <w:p>
      <w:r>
        <w:rPr>
          <w:rFonts w:ascii="Courier New" w:hAnsi="Courier New"/>
          <w:color w:val="555555"/>
          <w:sz w:val="20"/>
        </w:rPr>
        <w:t>[10]</w:t>
      </w:r>
    </w:p>
    <w:p>
      <w:r>
        <w:rPr>
          <w:rFonts w:ascii="Gentium Plus" w:hAnsi="Gentium Plus"/>
          <w:sz w:val="24"/>
        </w:rPr>
        <w:t>γὰρ αἴθυαι ὅταν δύνωσι, κάκιστος οἰωνὸς ὑπάρ‐ χει τοῖς πλέουσι. τινὲς δὲ τὴν αἰτίαν λέγουσιν, ὅτι γαλήνης οὔσης οὐ τολμᾷ προϊέναι φοβου‐ μένη τὰ θαλάσσια ζῶα, χειμῶνα δὲ προορω‐ μένη προέρχεται, τῶν ἄλλων ζώων ἐν ταῖς κα‐</w:t>
      </w:r>
    </w:p>
    <w:p>
      <w:r>
        <w:rPr>
          <w:rFonts w:ascii="Courier New" w:hAnsi="Courier New"/>
          <w:color w:val="555555"/>
          <w:sz w:val="20"/>
        </w:rPr>
        <w:t>[15]</w:t>
      </w:r>
    </w:p>
    <w:p>
      <w:r>
        <w:rPr>
          <w:rFonts w:ascii="Gentium Plus" w:hAnsi="Gentium Plus"/>
          <w:sz w:val="24"/>
        </w:rPr>
        <w:t>ταδύσεσιν ὄντων. Αἰθόλικας. τὰς περὶ τὴν ἐπιφάνειαν φλυ‐ κτίδας. Ἀϊκάς. ἐκ τοῦ ἀϊκὴ ὀξυτόνου, ἀϊκὰς, ὡς ἰωκὴ, ἰω‐ κάς. τὸ δὲ ἰωκὴ ἀπὸ τοῦ ἀΐσσω τὸ ὁρμῶ. ἀπὸ</w:t>
      </w:r>
    </w:p>
    <w:p>
      <w:r>
        <w:rPr>
          <w:rFonts w:ascii="Courier New" w:hAnsi="Courier New"/>
          <w:color w:val="555555"/>
          <w:sz w:val="20"/>
        </w:rPr>
        <w:t>[20]</w:t>
      </w:r>
    </w:p>
    <w:p>
      <w:r>
        <w:rPr>
          <w:rFonts w:ascii="Gentium Plus" w:hAnsi="Gentium Plus"/>
          <w:sz w:val="24"/>
        </w:rPr>
        <w:t>δὲ τοῦ ἄϊξ δισσύλλαβον ἄϊκας. ἄϊκες δὲ αἱ ἐν τῷ πολέμῳ κλίσεις ἐφ’ ἑκάτερα. καὶ τοῦτο δὲ ἀπὸ τοῦ ἀΐσσω τὸ ὁρμῶ. ἄϊκες, αἱ ὁρμαὶ, διὰ τοῦ ι. καὶ γὰρ πολλάκις ὁ μέλλων ἀποβάλ‐ λων τὸ ω ἀποτελεῖ ὄνομα. [ἀΐσσω, ἀΐξω, ἄϊξ.</w:t>
      </w:r>
    </w:p>
    <w:p>
      <w:r>
        <w:rPr>
          <w:rFonts w:ascii="Courier New" w:hAnsi="Courier New"/>
          <w:color w:val="555555"/>
          <w:sz w:val="20"/>
        </w:rPr>
        <w:t>[25]</w:t>
      </w:r>
    </w:p>
    <w:p>
      <w:r>
        <w:rPr>
          <w:rFonts w:ascii="Gentium Plus" w:hAnsi="Gentium Plus"/>
          <w:sz w:val="24"/>
        </w:rPr>
        <w:t>ἄλλως· τὰ εἰς ξ λήγοντα ὀνόματα ἀποστρέ‐ φονται τὴν ει. τέττιξ, πέρδιξ. οὕτω καὶ ἄϊξ. πρόσκειται τῇ ει διφθόγγῳ, διὰ τὸ γλαῦξ καὶ Θρᾷξ καὶ αἶξ.]</w:t>
      </w:r>
    </w:p>
    <w:p>
      <w:r>
        <w:rPr>
          <w:rFonts w:ascii="Courier New" w:hAnsi="Courier New"/>
          <w:color w:val="555555"/>
          <w:sz w:val="20"/>
        </w:rPr>
        <w:t>[alpha 80]</w:t>
      </w:r>
    </w:p>
    <w:p>
      <w:r>
        <w:rPr>
          <w:rFonts w:ascii="Gentium Plus" w:hAnsi="Gentium Plus"/>
          <w:sz w:val="24"/>
        </w:rPr>
        <w:t>Αἰκία. ὕβρις, μάστιξ, εἶδος δίκης ἰδιωτικῆς, ἐπὶ πληγαῖς λαγχανομένης, ἧς τὸ τίμημα ἐν τοῖς νό‐ μοις οὐκ ἔστιν ὡρισμένον, ἀλλ’ ὁ μὲν κατή‐ γορος τίμημα ἐπιγράφεται, ὁπόσου δοκεῖ εἶναι</w:t>
      </w:r>
    </w:p>
    <w:p>
      <w:r>
        <w:rPr>
          <w:rFonts w:ascii="Courier New" w:hAnsi="Courier New"/>
          <w:color w:val="555555"/>
          <w:sz w:val="20"/>
        </w:rPr>
        <w:t>[5]</w:t>
      </w:r>
    </w:p>
    <w:p>
      <w:r>
        <w:rPr>
          <w:rFonts w:ascii="Gentium Plus" w:hAnsi="Gentium Plus"/>
          <w:sz w:val="24"/>
        </w:rPr>
        <w:t>ἄξιον τὸ ἀδίκημα, οἱ δὲ δικασταὶ ἐπικρίνουσι. Αἰκίστρια. ἡ αἰκίζουσα. Αἴλινος. αὐδὴ ὀδυρτικὴ, [καὶ] θρηνητική. Αἰκία. ὕβρις. διαφέρει ὕβρεως αἰκία. αἰκία μὲν γὰρ κατὰ τῶν πληγῶν, ὕβρις δὲ ἄνευ πλη‐</w:t>
      </w:r>
    </w:p>
    <w:p>
      <w:r>
        <w:rPr>
          <w:rFonts w:ascii="Courier New" w:hAnsi="Courier New"/>
          <w:color w:val="555555"/>
          <w:sz w:val="20"/>
        </w:rPr>
        <w:t>[10]</w:t>
      </w:r>
    </w:p>
    <w:p>
      <w:r>
        <w:rPr>
          <w:rFonts w:ascii="Gentium Plus" w:hAnsi="Gentium Plus"/>
          <w:sz w:val="24"/>
        </w:rPr>
        <w:t>γῶν· ἡ μετὰ προπηλακισμοῦ καὶ ἐπιβουλῆς. Αἰλία. πόλις Παλαιστίνης, ἡ πάλαι Ἱεροσόλυμα, ἀπὸ Αἰλίου Ἀδριανοῦ. ὁ πολίτης Αἰλιώτης. Αἱμασία. τὸ ἐκ χαλίκων ᾠκονομημένον τειχεῖον ἄνευ πηλοῦ. κυρίως δὲ ὁ ἠκανθωμένος φρα‐</w:t>
      </w:r>
    </w:p>
    <w:p>
      <w:r>
        <w:rPr>
          <w:rFonts w:ascii="Courier New" w:hAnsi="Courier New"/>
          <w:color w:val="555555"/>
          <w:sz w:val="20"/>
        </w:rPr>
        <w:t>[15]</w:t>
      </w:r>
    </w:p>
    <w:p>
      <w:r>
        <w:rPr>
          <w:rFonts w:ascii="Gentium Plus" w:hAnsi="Gentium Plus"/>
          <w:sz w:val="24"/>
        </w:rPr>
        <w:t>γμός. [ἀπὸ τοῦ αἱμάττεσθαι τοὺς ὑπερβαί‐ νοντας. τὸ δὲ αἱμάττεσθαι συντάσσεται μετὰ πτώσεως αἰτιατικῆς.] Αἰμιλία· Αἰμονία. κύρια. Αἶνος. πόλις Θρᾴκης, ὁ πολίτης Αἰνίτης.</w:t>
      </w:r>
    </w:p>
    <w:p>
      <w:r>
        <w:rPr>
          <w:rFonts w:ascii="Courier New" w:hAnsi="Courier New"/>
          <w:color w:val="555555"/>
          <w:sz w:val="20"/>
        </w:rPr>
        <w:t>[20]</w:t>
      </w:r>
    </w:p>
    <w:p>
      <w:r>
        <w:rPr>
          <w:rFonts w:ascii="Gentium Plus" w:hAnsi="Gentium Plus"/>
          <w:sz w:val="24"/>
        </w:rPr>
        <w:t>Αἰνή. χαλεπὴ, δεινή. Αἴνη δὲ τὸ τῆς Σικελίας ὄρος. Αἴξ. παρὰ τὸ ἀΐσσω τὸ ὁρμῶ γίνεται ἄϊξ καὶ κατὰ συναίρεσιν αἴξ. ὅθεν Ὅμηρος ἴξαλον ταύ‐ την εἶπεν.</w:t>
      </w:r>
    </w:p>
    <w:p>
      <w:r>
        <w:rPr>
          <w:rFonts w:ascii="Courier New" w:hAnsi="Courier New"/>
          <w:color w:val="555555"/>
          <w:sz w:val="20"/>
        </w:rPr>
        <w:t>[25]</w:t>
      </w:r>
    </w:p>
    <w:p>
      <w:r>
        <w:rPr>
          <w:rFonts w:ascii="Gentium Plus" w:hAnsi="Gentium Plus"/>
          <w:sz w:val="24"/>
        </w:rPr>
        <w:t>Αἰξωνεία. ἡ βλασφημία. καὶ αἰξωνεύεσθαι τὸ κατηγορεῖν βλασφημοῦντος. μετῆκται δὲ ἀπὸ τῶν Αἰξωνέων· βλάσφημοι γὰρ κωμῳδοῦνται εἶ‐</w:t>
      </w:r>
    </w:p>
    <w:p>
      <w:r>
        <w:rPr>
          <w:rFonts w:ascii="Courier New" w:hAnsi="Courier New"/>
          <w:color w:val="555555"/>
          <w:sz w:val="20"/>
        </w:rPr>
        <w:t>[alpha 81]</w:t>
      </w:r>
    </w:p>
    <w:p>
      <w:r>
        <w:rPr>
          <w:rFonts w:ascii="Gentium Plus" w:hAnsi="Gentium Plus"/>
          <w:sz w:val="24"/>
        </w:rPr>
        <w:t>Αἰξωνηΐς. δῆμος, φυλῆς Κεκροπίδος. Αἰξωνίδα τρίγλην. δοκοῦσαι αὗται κάλλισται εἶναι, καὶ τῶν ἄλλων διαφέρειν ταύτῃ. Αἰολομήτραν. ποικίλην ἔχουσα μήτρην· μίτρα</w:t>
      </w:r>
    </w:p>
    <w:p>
      <w:r>
        <w:rPr>
          <w:rFonts w:ascii="Courier New" w:hAnsi="Courier New"/>
          <w:color w:val="555555"/>
          <w:sz w:val="20"/>
        </w:rPr>
        <w:t>[5]</w:t>
      </w:r>
    </w:p>
    <w:p>
      <w:r>
        <w:rPr>
          <w:rFonts w:ascii="Gentium Plus" w:hAnsi="Gentium Plus"/>
          <w:sz w:val="24"/>
        </w:rPr>
        <w:t>δὲ ἡ πολεμικὴ ζώνη ἐστί. Αἰόλαν. πηδητικήν. [Ἀριστοφάνης· αἰόλαν χορείαν ἐφθεγξάμεθα βρεκεκεέξ.] σημαίνει καὶ σκοτεινήν. Αἰόλη νύξ. μέλαινα ἢ ποικίλη διὰ τὰ ἄστρα.</w:t>
      </w:r>
    </w:p>
    <w:p>
      <w:r>
        <w:rPr>
          <w:rFonts w:ascii="Courier New" w:hAnsi="Courier New"/>
          <w:color w:val="555555"/>
          <w:sz w:val="20"/>
        </w:rPr>
        <w:t>[10]</w:t>
      </w:r>
    </w:p>
    <w:p>
      <w:r>
        <w:rPr>
          <w:rFonts w:ascii="Gentium Plus" w:hAnsi="Gentium Plus"/>
          <w:sz w:val="24"/>
        </w:rPr>
        <w:t>Αἴπεια. ὄνομα πόλεως. Αἰπεινή. ὑψηλή. Αἰπεινὴν ἐλάτην ἔρισε βάτος. Αἰπήεσσα. ὑψηλή. Αἰπεῖα. ὑψηλή. τὰ ἀπὸ τῶν εἰς υς διὰ τοῦ εῖα</w:t>
      </w:r>
    </w:p>
    <w:p>
      <w:r>
        <w:rPr>
          <w:rFonts w:ascii="Courier New" w:hAnsi="Courier New"/>
          <w:color w:val="555555"/>
          <w:sz w:val="20"/>
        </w:rPr>
        <w:t>[15]</w:t>
      </w:r>
    </w:p>
    <w:p>
      <w:r>
        <w:rPr>
          <w:rFonts w:ascii="Gentium Plus" w:hAnsi="Gentium Plus"/>
          <w:sz w:val="24"/>
        </w:rPr>
        <w:t>σχηματιζόμενα θηλυκὰ διὰ τῆς ει διφθόγγου γράφεται. οἷον· αἰπὺς, αἰπεῖα, ταχὺς, ταχεῖα, θῆλυς, θήλεια. ταῦτα δὲ τὰ εἰς υς, εἰ μὲν βα‐ ρύτονα, προπαροξύνουσι τὰ θηλυκὰ, οἷον θῆ‐ λυς, θήλεια, ἥμισυ, ἡμίσεια· εἰ δ’ ὀξύτονα,</w:t>
      </w:r>
    </w:p>
    <w:p>
      <w:r>
        <w:rPr>
          <w:rFonts w:ascii="Courier New" w:hAnsi="Courier New"/>
          <w:color w:val="555555"/>
          <w:sz w:val="20"/>
        </w:rPr>
        <w:t>[20]</w:t>
      </w:r>
    </w:p>
    <w:p>
      <w:r>
        <w:rPr>
          <w:rFonts w:ascii="Gentium Plus" w:hAnsi="Gentium Plus"/>
          <w:sz w:val="24"/>
        </w:rPr>
        <w:t>προπερισπῶσιν ἐκεῖνα, οἷον αἰπὺς, αἰπεῖα, χω‐ ρὶς τοῦ ἐλαχὺς, ἐλάχεια, ἡ μικρὰ, καὶ λιγὺς, λίγεια, ἡ ἡδεῖα. Αἵρεσις. ἡ περὶ πίστεως οὐκ ἀληθὴς δόξα, ἢ δόξα πλειόνων ἀνθρώπων πρὸς ἀλλήλους μὲν</w:t>
      </w:r>
    </w:p>
    <w:p>
      <w:r>
        <w:rPr>
          <w:rFonts w:ascii="Courier New" w:hAnsi="Courier New"/>
          <w:color w:val="555555"/>
          <w:sz w:val="20"/>
        </w:rPr>
        <w:t>[25]</w:t>
      </w:r>
    </w:p>
    <w:p>
      <w:r>
        <w:rPr>
          <w:rFonts w:ascii="Gentium Plus" w:hAnsi="Gentium Plus"/>
          <w:sz w:val="24"/>
        </w:rPr>
        <w:t>συμφωνούντων, πρὸς ἀλλήλους δὲ διαφωνούν‐ των. ἢ αἵρεσις ἐστὶν, ὡς μὲν εἰδοποιὸς, ποιό‐ της· ὡς δὲ συνεκτικὴ, δύναμις· ὡς δὲ συστατι‐ κὴ, ἰδιότης· ὡς δὲ ἀφορίζουσα, διαφορά· ὡς δὲ</w:t>
      </w:r>
    </w:p>
    <w:p>
      <w:r>
        <w:rPr>
          <w:rFonts w:ascii="Courier New" w:hAnsi="Courier New"/>
          <w:color w:val="555555"/>
          <w:sz w:val="20"/>
        </w:rPr>
        <w:t>[alpha 82]</w:t>
      </w:r>
    </w:p>
    <w:p>
      <w:r>
        <w:rPr>
          <w:rFonts w:ascii="Gentium Plus" w:hAnsi="Gentium Plus"/>
          <w:sz w:val="24"/>
        </w:rPr>
        <w:t>έργεια· ἢ αἵρεσις ἐστὶ καταστροφὴ, κατάλυσις. ἵνα σφίσι, τὸ λεγόμενον ἐξ ἄκρας, ἡ αἵρεσις γένηται. καὶ ἡ λόγῳ τινὶ κατὰ τὸ λεγόμε‐ νον ἀκολουθοῦσα, ἢ δοκοῦσα ἀκολουθεῖν. ἔστι</w:t>
      </w:r>
    </w:p>
    <w:p>
      <w:r>
        <w:rPr>
          <w:rFonts w:ascii="Courier New" w:hAnsi="Courier New"/>
          <w:color w:val="555555"/>
          <w:sz w:val="20"/>
        </w:rPr>
        <w:t>[5]</w:t>
      </w:r>
    </w:p>
    <w:p>
      <w:r>
        <w:rPr>
          <w:rFonts w:ascii="Gentium Plus" w:hAnsi="Gentium Plus"/>
          <w:sz w:val="24"/>
        </w:rPr>
        <w:t>δὲ αἵρεσις καὶ ἡ πρόκρισις ἀπὸ τοῦ αἱρῶ τὸ βουλεύομαι καὶ προκρίνω. Αἶρα. ἡ τοῦ σίτου· δίφθογγον. ἔρα δὲ ἡ γῆ· ψιλόν. Αἰσαλών. εἶδος ζώου.</w:t>
      </w:r>
    </w:p>
    <w:p>
      <w:r>
        <w:rPr>
          <w:rFonts w:ascii="Courier New" w:hAnsi="Courier New"/>
          <w:color w:val="555555"/>
          <w:sz w:val="20"/>
        </w:rPr>
        <w:t>[10]</w:t>
      </w:r>
    </w:p>
    <w:p>
      <w:r>
        <w:rPr>
          <w:rFonts w:ascii="Gentium Plus" w:hAnsi="Gentium Plus"/>
          <w:sz w:val="24"/>
        </w:rPr>
        <w:t>Αἶσα. ἡ μοῖρα. τὴν σὴν ἤθελον αἶσαν ἔχειν. [πα‐ ρὰ τὸ δαίω, τὸ μερίζω, ὁ μέλλων δήσω. ὡς βήσω βήσα, καὶ πείσω πεῖσα, ἡ πεισμονή· καὶ ἀποβολῇ τοῦ δ αἶσα, ἡ ἑκάστῳ μεμερι‐ σμένη. ἢ παρὰ τὸ ἀεὶ ἴσημι. ἡ μεταβαλλομένη·</w:t>
      </w:r>
    </w:p>
    <w:p>
      <w:r>
        <w:rPr>
          <w:rFonts w:ascii="Courier New" w:hAnsi="Courier New"/>
          <w:color w:val="555555"/>
          <w:sz w:val="20"/>
        </w:rPr>
        <w:t>[15]</w:t>
      </w:r>
    </w:p>
    <w:p>
      <w:r>
        <w:rPr>
          <w:rFonts w:ascii="Gentium Plus" w:hAnsi="Gentium Plus"/>
          <w:sz w:val="24"/>
        </w:rPr>
        <w:t>πᾶσι γὰρ ὁμοίως ἔπεισιν.] Αἰσιμία. ἡ μαντεία. Αἰσύμη καὶ Αἰσύμνη. πόλεις. Αἰσχύνη. ἡ τοῖς κατεγνωσμένοις ἐπιγινομένη αἰ‐ δώς. ἢ ἐπιτεταμένη αἰδώς.</w:t>
      </w:r>
    </w:p>
    <w:p>
      <w:r>
        <w:rPr>
          <w:rFonts w:ascii="Courier New" w:hAnsi="Courier New"/>
          <w:color w:val="555555"/>
          <w:sz w:val="20"/>
        </w:rPr>
        <w:t>[20]</w:t>
      </w:r>
    </w:p>
    <w:p>
      <w:r>
        <w:rPr>
          <w:rFonts w:ascii="Gentium Plus" w:hAnsi="Gentium Plus"/>
          <w:sz w:val="24"/>
        </w:rPr>
        <w:t>Αἰκάλη. ἡ ἀπάτη. Αἰμωδία. ἡ νάρκη. Αἴσθησις. πνεῦμα νοερὸν ἀπὸ τοῦ ἡγεμονικοῦ ἐπὶ τὰ ὄργανα πεμπόμενον, ἢ νοὸς γεῦσις ἀκριβὴς τῶν διακρινομένων, ἢ δύναμις τῆς ψυ‐</w:t>
      </w:r>
    </w:p>
    <w:p>
      <w:r>
        <w:rPr>
          <w:rFonts w:ascii="Courier New" w:hAnsi="Courier New"/>
          <w:color w:val="555555"/>
          <w:sz w:val="20"/>
        </w:rPr>
        <w:t>[25]</w:t>
      </w:r>
    </w:p>
    <w:p>
      <w:r>
        <w:rPr>
          <w:rFonts w:ascii="Gentium Plus" w:hAnsi="Gentium Plus"/>
          <w:sz w:val="24"/>
        </w:rPr>
        <w:t>χῆς ἀντιληπτικὴ τῶν ὑλῶν ἤγουν διαγνωστι‐ κή. αἰσθήσεις δὲ εἰσὶ πέντε· ὁμοίως καὶ αἰ‐ σθητήρια πέντε· πρώτη αἴσθησις ὅρασις· αἰσθη‐ τήρια δὲ καὶ ὄργανα τῆς ὁράσεως τὰ ἐξ ἐγκε‐</w:t>
      </w:r>
    </w:p>
    <w:p>
      <w:r>
        <w:rPr>
          <w:rFonts w:ascii="Courier New" w:hAnsi="Courier New"/>
          <w:color w:val="555555"/>
          <w:sz w:val="20"/>
        </w:rPr>
        <w:t>[alpha 83]</w:t>
      </w:r>
    </w:p>
    <w:p>
      <w:r>
        <w:rPr>
          <w:rFonts w:ascii="Gentium Plus" w:hAnsi="Gentium Plus"/>
          <w:sz w:val="24"/>
        </w:rPr>
        <w:t>ἡ ὄψις κατὰ πρῶτον λόγον τοῦ χρώματος· συνδιαγινώσκει δὲ τῷ χρώματι τὸ κεχρωσμέ‐ νον σῶμα, καὶ τὸ μέγεθος αὐτοῦ, καὶ τὸ σχῆ‐ μα, καὶ τὸν τόπον, ἔνθα ἔστι, καὶ τὸ διάστη‐</w:t>
      </w:r>
    </w:p>
    <w:p>
      <w:r>
        <w:rPr>
          <w:rFonts w:ascii="Courier New" w:hAnsi="Courier New"/>
          <w:color w:val="555555"/>
          <w:sz w:val="20"/>
        </w:rPr>
        <w:t>[5]</w:t>
      </w:r>
    </w:p>
    <w:p>
      <w:r>
        <w:rPr>
          <w:rFonts w:ascii="Gentium Plus" w:hAnsi="Gentium Plus"/>
          <w:sz w:val="24"/>
        </w:rPr>
        <w:t>μα τὸ μεταξὺ, καὶ τὸν ἀριθμὸν, κίνησίν τε καὶ στάσιν, καὶ τὸ τραχὺ καὶ λεῖον, καὶ ὁμα‐ λὸν καὶ ἀνώμαλον, καὶ τὸ ὀξὺ καὶ ἀμβλύ· καὶ τὴν σύστασιν, εἴ τε ὑδατώδης ἐστὶν, εἴ τε γεώδης, ἤγουν ὑγρὰ ἢ ξηρά. δευτέρα αἴσθησίς</w:t>
      </w:r>
    </w:p>
    <w:p>
      <w:r>
        <w:rPr>
          <w:rFonts w:ascii="Courier New" w:hAnsi="Courier New"/>
          <w:color w:val="555555"/>
          <w:sz w:val="20"/>
        </w:rPr>
        <w:t>[10]</w:t>
      </w:r>
    </w:p>
    <w:p>
      <w:r>
        <w:rPr>
          <w:rFonts w:ascii="Gentium Plus" w:hAnsi="Gentium Plus"/>
          <w:sz w:val="24"/>
        </w:rPr>
        <w:t>ἐστιν ἀκοὴ τῶν φωνῶν καὶ τῶν ψόφων οὖσα αἰσθητική· διαγινώσκει δὲ αὐτῶν τὴν ὀξύτητα καὶ τὴν βαρύτητα, λειότητά τε καὶ τραχύ‐ τητα καὶ μέγεθος. ὄργανα δὲ αὐτῆς τὰ ἐξ ἐγκεφάλου μαλακὰ νεῦρα, καὶ τῶν ὠτῶν ἡ κα‐</w:t>
      </w:r>
    </w:p>
    <w:p>
      <w:r>
        <w:rPr>
          <w:rFonts w:ascii="Courier New" w:hAnsi="Courier New"/>
          <w:color w:val="555555"/>
          <w:sz w:val="20"/>
        </w:rPr>
        <w:t>[15]</w:t>
      </w:r>
    </w:p>
    <w:p>
      <w:r>
        <w:rPr>
          <w:rFonts w:ascii="Gentium Plus" w:hAnsi="Gentium Plus"/>
          <w:sz w:val="24"/>
        </w:rPr>
        <w:t>τασκευή· μόνος δὲ ἄνθρωπος καὶ πίθηκος οὐ κινοῦσι τὰ ὦτα. τρίτη αἴσθησίς ἐστιν ὄσφρη‐ σις, ἥτις γίνεται μὲν διὰ τῶν ῥινῶν ἀναπεμ‐ πουσῶν τοὺς ἀτμοὺς ἐπὶ τὸν ἐγκέφαλον· περαί‐ νεται δὲ εἰς τὰ πέρατα τῶν ἐμπροσθίων κοιλίων</w:t>
      </w:r>
    </w:p>
    <w:p>
      <w:r>
        <w:rPr>
          <w:rFonts w:ascii="Courier New" w:hAnsi="Courier New"/>
          <w:color w:val="555555"/>
          <w:sz w:val="20"/>
        </w:rPr>
        <w:t>[20]</w:t>
      </w:r>
    </w:p>
    <w:p>
      <w:r>
        <w:rPr>
          <w:rFonts w:ascii="Gentium Plus" w:hAnsi="Gentium Plus"/>
          <w:sz w:val="24"/>
        </w:rPr>
        <w:t>τοῦ ἐγκεφάλου· αἰσθητικὴ γάρ ἐστι καὶ ἀντι‐ ληπτικὴ τῶν ἀτμῶν. ἡ γενικωτάτη διαφορὰ ἔστιν εὐωδία καὶ δυσωδία, καὶ τὸ μέσον τούτου, ὃ μήτε εὐῶδες ἐστὶ μήτε δυσῶδες. γίνεται μὲν εὐωδία, τῶν ὑγρῶν τῶν ἐν τοῖς σώμασιν ἀκρι‐</w:t>
      </w:r>
    </w:p>
    <w:p>
      <w:r>
        <w:rPr>
          <w:rFonts w:ascii="Courier New" w:hAnsi="Courier New"/>
          <w:color w:val="555555"/>
          <w:sz w:val="20"/>
        </w:rPr>
        <w:t>[25]</w:t>
      </w:r>
    </w:p>
    <w:p>
      <w:r>
        <w:rPr>
          <w:rFonts w:ascii="Gentium Plus" w:hAnsi="Gentium Plus"/>
          <w:sz w:val="24"/>
        </w:rPr>
        <w:t>βῶς πεμφθέντων, μέση διάθεσις· κατὰ δὲ ἕτερον ἢ μηδ’ ὅλως πεμφθέντων ἡ δυσωδία γί‐ νεται. τετάρτη αἴσθησίς ἐστι γεῦσις· τῶν χυ‐ μῶν γάρ ἐστιν ἀντιληπτικὴ ἤγουν αἰσθητική· ὄργανα δὲ ταύτης ἡ γλῶσσα, καὶ ταύτης</w:t>
      </w:r>
    </w:p>
    <w:p>
      <w:r>
        <w:rPr>
          <w:rFonts w:ascii="Courier New" w:hAnsi="Courier New"/>
          <w:color w:val="555555"/>
          <w:sz w:val="20"/>
        </w:rPr>
        <w:t>[30]</w:t>
      </w:r>
    </w:p>
    <w:p>
      <w:r>
        <w:rPr>
          <w:rFonts w:ascii="Gentium Plus" w:hAnsi="Gentium Plus"/>
          <w:sz w:val="24"/>
        </w:rPr>
        <w:t>πλέον τὸ ἄκρον καὶ ἡ ὑπερῶα, ἣν καλοῦσι τινὲς οὐρανίσκον, ἐν οἷς ἐστι τὰ ἐξ ἐγκεφάλου φερό‐ μενα νεῦρα περιπλατυσμένα καὶ ἀπαγγέλλοντα τῷ ἡγεμονικῷ τὴν γενομένην ἀντίληψιν ἤγουν</w:t>
      </w:r>
    </w:p>
    <w:p>
      <w:r>
        <w:rPr>
          <w:rFonts w:ascii="Courier New" w:hAnsi="Courier New"/>
          <w:color w:val="555555"/>
          <w:sz w:val="20"/>
        </w:rPr>
        <w:t>[alpha 84]</w:t>
      </w:r>
    </w:p>
    <w:p>
      <w:r>
        <w:rPr>
          <w:rFonts w:ascii="Gentium Plus" w:hAnsi="Gentium Plus"/>
          <w:sz w:val="24"/>
        </w:rPr>
        <w:t>τῶν χυμῶν εἰσὶν αὗται· γλυκύτης· δριμύτης· στρυφνότης· αὐστηρότης· πικρότης· ἁλμυρότης· γλισχρότης· τούτων γάρ ἐστιν ἡ γεῦσις διαγνω‐ στική. τὸ δὲ ὕδωρ ἄποσόν ἐστι κατὰ ταύτας</w:t>
      </w:r>
    </w:p>
    <w:p>
      <w:r>
        <w:rPr>
          <w:rFonts w:ascii="Courier New" w:hAnsi="Courier New"/>
          <w:color w:val="555555"/>
          <w:sz w:val="20"/>
        </w:rPr>
        <w:t>[5]</w:t>
      </w:r>
    </w:p>
    <w:p>
      <w:r>
        <w:rPr>
          <w:rFonts w:ascii="Gentium Plus" w:hAnsi="Gentium Plus"/>
          <w:sz w:val="24"/>
        </w:rPr>
        <w:t>τὰς ποιότητας, οὐδεμίαν γὰρ αὐτῶν ἔχει. ἡ δὲ στρυφνότης ἐπίτασίς ἐστι καὶ πλεονασμὸς τῆς αὐστηρότητος. πέμπτη αἴσθησίς ἐστιν ἁφὴ, ἥτις καὶ κοινή ἐστι πάντων τῶν ζώων· γίνεται δὲ ἐκ τῶν ἀπὸ τοῦ ἐγκεφάλου πεμπομένων νεύ‐</w:t>
      </w:r>
    </w:p>
    <w:p>
      <w:r>
        <w:rPr>
          <w:rFonts w:ascii="Courier New" w:hAnsi="Courier New"/>
          <w:color w:val="555555"/>
          <w:sz w:val="20"/>
        </w:rPr>
        <w:t>[10]</w:t>
      </w:r>
    </w:p>
    <w:p>
      <w:r>
        <w:rPr>
          <w:rFonts w:ascii="Gentium Plus" w:hAnsi="Gentium Plus"/>
          <w:sz w:val="24"/>
        </w:rPr>
        <w:t>ρων εἰς ὅλον τὸ σῶμα. ἀλλὰ καὶ τὰ λοιπὰ αἰσθη‐ τήρια τὴν τῆς ἁφῆς ἔχουσιν αἴσθησιν. ὑπόκειν‐ ται δὲ τῇ ἁφῇ τὸ θερμὸν καὶ ψυχρὸν, τό τε μαλακὸν καὶ γλίσχρον καὶ σκληρὸν, βαρύ τε καὶ κοῦφον· διὰ μόνης γὰρ τῆς ἁφῆς ταῦτα γινώσκε‐</w:t>
      </w:r>
    </w:p>
    <w:p>
      <w:r>
        <w:rPr>
          <w:rFonts w:ascii="Courier New" w:hAnsi="Courier New"/>
          <w:color w:val="555555"/>
          <w:sz w:val="20"/>
        </w:rPr>
        <w:t>[15]</w:t>
      </w:r>
    </w:p>
    <w:p>
      <w:r>
        <w:rPr>
          <w:rFonts w:ascii="Gentium Plus" w:hAnsi="Gentium Plus"/>
          <w:sz w:val="24"/>
        </w:rPr>
        <w:t>ται· κοινὰ δὲ ἁφῆς καὶ ὄψεως τό τε τραχὺ καὶ λεῖον, ξηρὸν καὶ ὑγρὸν, παχύ τε καὶ λεπτὸν, ἄνω τε καὶ κάτω, καὶ ὁ τόπος, καὶ τὸ μέγεθος, ὅταν εἴη τοιοῦτος, ὡς κατὰ μίαν προσβολὴν τῆς ἁφῆς περιλαμβάνεσθαι, καὶ τὸ πυκνὸν καὶ τὸ μα‐</w:t>
      </w:r>
    </w:p>
    <w:p>
      <w:r>
        <w:rPr>
          <w:rFonts w:ascii="Courier New" w:hAnsi="Courier New"/>
          <w:color w:val="555555"/>
          <w:sz w:val="20"/>
        </w:rPr>
        <w:t>[20]</w:t>
      </w:r>
    </w:p>
    <w:p>
      <w:r>
        <w:rPr>
          <w:rFonts w:ascii="Gentium Plus" w:hAnsi="Gentium Plus"/>
          <w:sz w:val="24"/>
        </w:rPr>
        <w:t>νὸν, ἤγουν ἀραιὸν, καὶ τὸ στρογγύλον, ὅταν εἴη μικρὸν, καὶ ἄλλα τινὰ σχήματα· ὁμοίως δὲ καὶ τοῦ πλησιάζοντος σώματος. αἰσθάνεται οὖν τῇ μνήμῃ τε καὶ τῇ διανοίᾳ· ὡσαύτως δὲ καὶ ἀρι‐ θμοῦ μέχρι δύο ἢ τριῶν, καὶ τούτων μικρῶν</w:t>
      </w:r>
    </w:p>
    <w:p>
      <w:r>
        <w:rPr>
          <w:rFonts w:ascii="Courier New" w:hAnsi="Courier New"/>
          <w:color w:val="555555"/>
          <w:sz w:val="20"/>
        </w:rPr>
        <w:t>[25]</w:t>
      </w:r>
    </w:p>
    <w:p>
      <w:r>
        <w:rPr>
          <w:rFonts w:ascii="Gentium Plus" w:hAnsi="Gentium Plus"/>
          <w:sz w:val="24"/>
        </w:rPr>
        <w:t>καὶ ῥαδίως περιλαμβανομένων. τούτων δὲ μᾶλ‐ λον τῆς ἁφῆς ἡ ὅρασις ἀντιλαμβάνεται. χρὴ δὲ γινώσκειν, ὡς ἕκαστον τῶν ἄλλων αἰσθητη‐ ρίων διπλοῦν ὁ δημιουργὸς κατεσκεύασεν, ἵνα τοῦ ἑνὸς βλαπτομένου τὸ ἕτερον ἀναπληροῖ τὴν</w:t>
      </w:r>
    </w:p>
    <w:p>
      <w:r>
        <w:rPr>
          <w:rFonts w:ascii="Courier New" w:hAnsi="Courier New"/>
          <w:color w:val="555555"/>
          <w:sz w:val="20"/>
        </w:rPr>
        <w:t>[30]</w:t>
      </w:r>
    </w:p>
    <w:p>
      <w:r>
        <w:rPr>
          <w:rFonts w:ascii="Gentium Plus" w:hAnsi="Gentium Plus"/>
          <w:sz w:val="24"/>
        </w:rPr>
        <w:t>χρείαν· δύο γὰρ ὀφθαλμοὺς, καὶ δύο ὦτα, καὶ δύο πόρους τῆς ῥινὸς, καὶ δύο γλώσσας· ἀλλ’ ἐν τοῖς μὲν τῶν ζώων διῃρημένας, ὡς ταῖς ὄφεσιν, ἐν τοῖς δὲ ἡνωμένας, ὡς ἐν τῷ ἀνθρώπῳ· τὴν</w:t>
      </w:r>
    </w:p>
    <w:p>
      <w:r>
        <w:rPr>
          <w:rFonts w:ascii="Courier New" w:hAnsi="Courier New"/>
          <w:color w:val="555555"/>
          <w:sz w:val="20"/>
        </w:rPr>
        <w:t>[alpha 85]</w:t>
      </w:r>
    </w:p>
    <w:p>
      <w:r>
        <w:rPr>
          <w:rFonts w:ascii="Gentium Plus" w:hAnsi="Gentium Plus"/>
          <w:sz w:val="24"/>
        </w:rPr>
        <w:t>νεύρων, ὀνύχων τε καὶ κεράτων, τριχῶν καὶ τῶν ὁμοίων. ἰστέον δὲ καὶ τοῦτο, ὦ ἑταῖρε· ἡ μὲν ὄψις κατ’ εὐθείας γραμμὰς ὁρᾷ, ἡ δὲ ὄσφρησις καὶ ἀκοὴ οὐ κατ’ εὐθεῖαν μόνον, ἀλ‐</w:t>
      </w:r>
    </w:p>
    <w:p>
      <w:r>
        <w:rPr>
          <w:rFonts w:ascii="Courier New" w:hAnsi="Courier New"/>
          <w:color w:val="555555"/>
          <w:sz w:val="20"/>
        </w:rPr>
        <w:t>[5]</w:t>
      </w:r>
    </w:p>
    <w:p>
      <w:r>
        <w:rPr>
          <w:rFonts w:ascii="Gentium Plus" w:hAnsi="Gentium Plus"/>
          <w:sz w:val="24"/>
        </w:rPr>
        <w:t>λὰ καὶ πανταχόθεν· ἡ δὲ ἁφὴ καὶ γεῦσις οὐ κατ’ εὐθεῖαν οὐδὲ πανταχόθεν γνωρίζουσιν, ἀλ‐ λὰ τότε μόνον, ὅταν αὐτοῖς πλησιάσωσι τοῖς ἰδίοις αἰσθητοῖς. Αἰσύμη. πόλις Θρᾴκης. ὁ πολίτης Αἰσυμαῖος, ὡς</w:t>
      </w:r>
    </w:p>
    <w:p>
      <w:r>
        <w:rPr>
          <w:rFonts w:ascii="Courier New" w:hAnsi="Courier New"/>
          <w:color w:val="555555"/>
          <w:sz w:val="20"/>
        </w:rPr>
        <w:t>[10]</w:t>
      </w:r>
    </w:p>
    <w:p>
      <w:r>
        <w:rPr>
          <w:rFonts w:ascii="Gentium Plus" w:hAnsi="Gentium Plus"/>
          <w:sz w:val="24"/>
        </w:rPr>
        <w:t>Δύμη, Δυμαῖος. Αἰχμαλωσία. παρὰ τὴν αἰχμὴν, τοῦτ’ ἔστι τὸ ξίφος, καὶ τὸ ἁλῶ, τὸ πορθῶ. [Αἰχμαί. αἱ ἐπιδορατίδες τῶν σιδηρῶν δοράτων, αἵτινες λόγχαι καλοῦνται. παρὰ τὸ ἀΐσσω, τὸ</w:t>
      </w:r>
    </w:p>
    <w:p>
      <w:r>
        <w:rPr>
          <w:rFonts w:ascii="Courier New" w:hAnsi="Courier New"/>
          <w:color w:val="555555"/>
          <w:sz w:val="20"/>
        </w:rPr>
        <w:t>[15]</w:t>
      </w:r>
    </w:p>
    <w:p>
      <w:r>
        <w:rPr>
          <w:rFonts w:ascii="Gentium Plus" w:hAnsi="Gentium Plus"/>
          <w:sz w:val="24"/>
        </w:rPr>
        <w:t>ὁρμῶ, ἢ παρὰ τὸ αἷμα χέειν ἀϊμὴ καὶ κράσει αἰμὴ, καὶ πλεονασμῷ τοῦ χ αἰχμή. καὶ αἰχ‐ μητάων, δωρικῶς.] Αἴτησις. παρὰ Ἀριστοτέλει αἴτησίς ἐστι τοῦ ἐναντίου ἡ ἐν λόγοις παραγωγὴ, τὸ λαμβάνειν</w:t>
      </w:r>
    </w:p>
    <w:p>
      <w:r>
        <w:rPr>
          <w:rFonts w:ascii="Courier New" w:hAnsi="Courier New"/>
          <w:color w:val="555555"/>
          <w:sz w:val="20"/>
        </w:rPr>
        <w:t>[20]</w:t>
      </w:r>
    </w:p>
    <w:p>
      <w:r>
        <w:rPr>
          <w:rFonts w:ascii="Gentium Plus" w:hAnsi="Gentium Plus"/>
          <w:sz w:val="24"/>
        </w:rPr>
        <w:t>τι παρὰ τοῦ ἀποκριναμένου, καὶ μετὰ ταῦτα πειρᾶσθαι τὸ ἀντικείμενον αὐτῷ παρ’ αὐτοῦ λαμβάνειν, καὶ διὰ τούτου τοῦ τρόπου δεῖξαι τὴν ἀντιλογίαν τῶν ἀποκρίσεων. Αἰτναία πῶλος. ἀντὶ τοῦ μεγάλη.</w:t>
      </w:r>
    </w:p>
    <w:p>
      <w:r>
        <w:rPr>
          <w:rFonts w:ascii="Courier New" w:hAnsi="Courier New"/>
          <w:color w:val="555555"/>
          <w:sz w:val="20"/>
        </w:rPr>
        <w:t>[25]</w:t>
      </w:r>
    </w:p>
    <w:p>
      <w:r>
        <w:rPr>
          <w:rFonts w:ascii="Gentium Plus" w:hAnsi="Gentium Plus"/>
          <w:sz w:val="24"/>
        </w:rPr>
        <w:t>Αἰτναίας ἐπὶ πώλου βεβῶσαν. Αἴτνη. ὄρος ἐν Κατάνῃ τῆς Σικελίας, ἐν ᾗ τὸ</w:t>
      </w:r>
    </w:p>
    <w:p>
      <w:r>
        <w:rPr>
          <w:rFonts w:ascii="Courier New" w:hAnsi="Courier New"/>
          <w:color w:val="555555"/>
          <w:sz w:val="20"/>
        </w:rPr>
        <w:t>[alpha 86]</w:t>
      </w:r>
    </w:p>
    <w:p>
      <w:r>
        <w:rPr>
          <w:rFonts w:ascii="Gentium Plus" w:hAnsi="Gentium Plus"/>
          <w:sz w:val="24"/>
        </w:rPr>
        <w:t>Αἰτωλία. χώρα, ἥτις ἐστὶν ἡ Καλυδών. Αἰτία. ἡ ἀρχὴ τῆς ἀρχῆς, ἤγουν ἡ πηγὴ καὶ ἡ ῥίζα. ἡ αἰτία καὶ ἡ πρόξενος. Αἰψηρήν. ἀντὶ τοῦ ταχεῖαν.</w:t>
      </w:r>
    </w:p>
    <w:p>
      <w:r>
        <w:rPr>
          <w:rFonts w:ascii="Courier New" w:hAnsi="Courier New"/>
          <w:color w:val="555555"/>
          <w:sz w:val="20"/>
        </w:rPr>
        <w:t>[5]</w:t>
      </w:r>
    </w:p>
    <w:p>
      <w:r>
        <w:rPr>
          <w:rFonts w:ascii="Gentium Plus" w:hAnsi="Gentium Plus"/>
          <w:sz w:val="24"/>
        </w:rPr>
        <w:t>—λύσαν δ’ ἀγορὴν αἰψηρήν— Αἶρα. παρὰ τὸ ῥαίω τὸ φθείρω γίνεται ῥαία καὶ ἐν ὑπερθέσει αἶρα. ἡ τὰ τυπτόμενα διαφθεί‐ ρουσα. Αἰώρα. ἀπὸ τοῦ αἴρω αἶρα, καὶ πλεονασμῷ τοῦ</w:t>
      </w:r>
    </w:p>
    <w:p>
      <w:r>
        <w:rPr>
          <w:rFonts w:ascii="Courier New" w:hAnsi="Courier New"/>
          <w:color w:val="555555"/>
          <w:sz w:val="20"/>
        </w:rPr>
        <w:t>[10]</w:t>
      </w:r>
    </w:p>
    <w:p>
      <w:r>
        <w:rPr>
          <w:rFonts w:ascii="Gentium Plus" w:hAnsi="Gentium Plus"/>
          <w:sz w:val="24"/>
        </w:rPr>
        <w:t>ω αἰώρα, ἡ κρεμάστρια.</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Αἴαγμα. ὁ θρῆνος. ἔαγμα δὲ τὸ σύντριμμα, ψι‐ λόν. Αἰγεῖον. τὸ τοῦ Αἰγέως μαντεῖον. αἰγεῖον,</w:t>
      </w:r>
    </w:p>
    <w:p>
      <w:r>
        <w:rPr>
          <w:rFonts w:ascii="Courier New" w:hAnsi="Courier New"/>
          <w:color w:val="555555"/>
          <w:sz w:val="20"/>
        </w:rPr>
        <w:t>[15]</w:t>
      </w:r>
    </w:p>
    <w:p>
      <w:r>
        <w:rPr>
          <w:rFonts w:ascii="Gentium Plus" w:hAnsi="Gentium Plus"/>
          <w:sz w:val="24"/>
        </w:rPr>
        <w:t>δέρμα αἰγὸς ἢ καὶ μέλος. Αἴγιον. πόλις, ἢ τόπος τῆς Ἀχαΐας. ὁ πολίτης Αἰγιεύς. Αἰγλήεντα. λαμπρὸν, καὶ ἐπὶ ἀρσενικοῦ. Αἰδέσιμον. καλὸν, ἢ λαμπρὸν, ἀξιοτίμητον.</w:t>
      </w:r>
    </w:p>
    <w:p>
      <w:r>
        <w:rPr>
          <w:rFonts w:ascii="Courier New" w:hAnsi="Courier New"/>
          <w:color w:val="555555"/>
          <w:sz w:val="20"/>
        </w:rPr>
        <w:t>[20]</w:t>
      </w:r>
    </w:p>
    <w:p>
      <w:r>
        <w:rPr>
          <w:rFonts w:ascii="Gentium Plus" w:hAnsi="Gentium Plus"/>
          <w:sz w:val="24"/>
        </w:rPr>
        <w:t>Αἰδοῖα. τὰ μόρια παρὰ τὸ τὴν αἰδῶ· γυμνῶσαι γὰρ ἢ ὀνομάσαι ταῦτα αἰδούμεθα. ἢ παρὰ τὸ ἀνοιδαίνειν ἐν τῇ συνουσίᾳ ὀργῶντα. ἔστιν οὖν οἰδοῖα, καὶ τροπῇ τοῦ ο εἰς α αἰδοῖα. Αἰθιόπιον. χωρίον τῆς Εὐβοίας. καὶ Αἰθυόπιον</w:t>
      </w:r>
    </w:p>
    <w:p>
      <w:r>
        <w:rPr>
          <w:rFonts w:ascii="Courier New" w:hAnsi="Courier New"/>
          <w:color w:val="555555"/>
          <w:sz w:val="20"/>
        </w:rPr>
        <w:t>[25]</w:t>
      </w:r>
    </w:p>
    <w:p>
      <w:r>
        <w:rPr>
          <w:rFonts w:ascii="Gentium Plus" w:hAnsi="Gentium Plus"/>
          <w:sz w:val="24"/>
        </w:rPr>
        <w:t>χωρίον Λυδίας. ἀφ’ οὗ ἡ Ἄρτεμις Αἰθιοπία. Αἰθαλόεν. κεκαυμένον.</w:t>
      </w:r>
    </w:p>
    <w:p>
      <w:r>
        <w:rPr>
          <w:rFonts w:ascii="Courier New" w:hAnsi="Courier New"/>
          <w:color w:val="555555"/>
          <w:sz w:val="20"/>
        </w:rPr>
        <w:t>[alpha 87]</w:t>
      </w:r>
    </w:p>
    <w:p>
      <w:r>
        <w:rPr>
          <w:rFonts w:ascii="Gentium Plus" w:hAnsi="Gentium Plus"/>
          <w:sz w:val="24"/>
        </w:rPr>
        <w:t>Αἶθος. τὸ καῦμα, φλογμός. Αἴθυγμα. τὸ ὅρμημα. ὁ δὲ βασιλείαν ὠνειρο‐ πόλει· καὶ αἴθυγμα ἀμηγέπη, καὶ φαντασίαν τινὰ ἀπετέλει μοναρχίας.</w:t>
      </w:r>
    </w:p>
    <w:p>
      <w:r>
        <w:rPr>
          <w:rFonts w:ascii="Courier New" w:hAnsi="Courier New"/>
          <w:color w:val="555555"/>
          <w:sz w:val="20"/>
        </w:rPr>
        <w:t>[5]</w:t>
      </w:r>
    </w:p>
    <w:p>
      <w:r>
        <w:rPr>
          <w:rFonts w:ascii="Gentium Plus" w:hAnsi="Gentium Plus"/>
          <w:sz w:val="24"/>
        </w:rPr>
        <w:t>Αἴθυγμα. ἐπὶ πυρός. αἴθυγμα καὶ τὸ ὁμοίωμα. Αἶκνον. τὸ σύνδειπνον. Αἷμα. ἡ τελευταία τροφὴ τοῖς ἐναίμοις ζώοις. καὶ αἷμα τὸ γένος· ταύτης τοι γενεῆς καὶ αἵματος εὔχομαι εἶναι.</w:t>
      </w:r>
    </w:p>
    <w:p>
      <w:r>
        <w:rPr>
          <w:rFonts w:ascii="Courier New" w:hAnsi="Courier New"/>
          <w:color w:val="555555"/>
          <w:sz w:val="20"/>
        </w:rPr>
        <w:t>[10]</w:t>
      </w:r>
    </w:p>
    <w:p>
      <w:r>
        <w:rPr>
          <w:rFonts w:ascii="Gentium Plus" w:hAnsi="Gentium Plus"/>
          <w:sz w:val="24"/>
        </w:rPr>
        <w:t>καὶ τῶν ἐν ἡμῖν τεσσάρων χυμῶν τὸ καιριώτατον. Αἱματώεντα. τὸ αἱματώδη. Αἱμηρόν. πλῆρες αἵματος. Αἴμνιον. τὸ ἄγγος. Αἴνιγμα. διήγησις μὲν ὡσπερεὶ γεγονότος, μὴ γε‐</w:t>
      </w:r>
    </w:p>
    <w:p>
      <w:r>
        <w:rPr>
          <w:rFonts w:ascii="Courier New" w:hAnsi="Courier New"/>
          <w:color w:val="555555"/>
          <w:sz w:val="20"/>
        </w:rPr>
        <w:t>[15]</w:t>
      </w:r>
    </w:p>
    <w:p>
      <w:r>
        <w:rPr>
          <w:rFonts w:ascii="Gentium Plus" w:hAnsi="Gentium Plus"/>
          <w:sz w:val="24"/>
        </w:rPr>
        <w:t>γονότος δὲ, μὴ γενέσθαι δυναμένου, σημαίνον‐ τος δέ· ὡς τό· εἶπε τὰ ξύλα χρίσαι ἐφ’ ἑαυτοῖς βασιλέα. ἐκ τοῦ αἰνὸς, ὃ σημαίνει τὸ δεινὸν καὶ φοβερόν. Αἰνίγματα. τὰ ζητήματα.</w:t>
      </w:r>
    </w:p>
    <w:p>
      <w:r>
        <w:rPr>
          <w:rFonts w:ascii="Courier New" w:hAnsi="Courier New"/>
          <w:color w:val="555555"/>
          <w:sz w:val="20"/>
        </w:rPr>
        <w:t>[20]</w:t>
      </w:r>
    </w:p>
    <w:p>
      <w:r>
        <w:rPr>
          <w:rFonts w:ascii="Gentium Plus" w:hAnsi="Gentium Plus"/>
          <w:sz w:val="24"/>
        </w:rPr>
        <w:t>Αἰνικτά. ἄγνωστα, κεκρυμμένα. ὡς πάνταγ’ αἰ‐ νικτὰ καὶ ἀσαφῆ μοι λέγεις. Αἴνιον. πόλις. καὶ Αἰνίους. Αἰπόλια. αἰγονόμια. Αἰπύ. δυσχερὲς, ὑψηλὸν, μέγα.</w:t>
      </w:r>
    </w:p>
    <w:p>
      <w:r>
        <w:rPr>
          <w:rFonts w:ascii="Courier New" w:hAnsi="Courier New"/>
          <w:color w:val="555555"/>
          <w:sz w:val="20"/>
        </w:rPr>
        <w:t>[25]</w:t>
      </w:r>
    </w:p>
    <w:p>
      <w:r>
        <w:rPr>
          <w:rFonts w:ascii="Gentium Plus" w:hAnsi="Gentium Plus"/>
          <w:sz w:val="24"/>
        </w:rPr>
        <w:t>Αἶπος. τὸ ὕψος. Αἰπόν. τὸ ἀκρωτήριον.</w:t>
      </w:r>
    </w:p>
    <w:p>
      <w:r>
        <w:rPr>
          <w:rFonts w:ascii="Courier New" w:hAnsi="Courier New"/>
          <w:color w:val="555555"/>
          <w:sz w:val="20"/>
        </w:rPr>
        <w:t>[alpha 88]</w:t>
      </w:r>
    </w:p>
    <w:p>
      <w:r>
        <w:rPr>
          <w:rFonts w:ascii="Gentium Plus" w:hAnsi="Gentium Plus"/>
          <w:sz w:val="24"/>
        </w:rPr>
        <w:t>ὑπὲρ τοῦ τὰς αἴρας διελθεῖν. λέγεται δὲ καὶ τὸ σκοτεινόν. Αἱρετόν. τὸ ἐπιθυμητόν· τὸ καλόν· τὸ ἡδύ· τὸ συμφέρον.</w:t>
      </w:r>
    </w:p>
    <w:p>
      <w:r>
        <w:rPr>
          <w:rFonts w:ascii="Courier New" w:hAnsi="Courier New"/>
          <w:color w:val="555555"/>
          <w:sz w:val="20"/>
        </w:rPr>
        <w:t>[5]</w:t>
      </w:r>
    </w:p>
    <w:p>
      <w:r>
        <w:rPr>
          <w:rFonts w:ascii="Gentium Plus" w:hAnsi="Gentium Plus"/>
          <w:sz w:val="24"/>
        </w:rPr>
        <w:t>Αἱρετώτερον. τὸ προκριτώτερον. οὐκ ἐκ τοῦ πα‐ ραλλήλου κεῖται τὸ αἱρετώτερον τοῦ βελτίονος, ἀλλ’ ἐπὶ πλεῖον τὸ βέλτιον τοῦ αἱρετωτέρου. τὸ μὲν γὰρ αἱρετώτερον ἐν τοῖς αἱρετοῖς, καὶ μό‐ νοις· τὸ δὲ βέλτιον καὶ ἐν ἄλλοις. καὶ γὰρ ἐν</w:t>
      </w:r>
    </w:p>
    <w:p>
      <w:r>
        <w:rPr>
          <w:rFonts w:ascii="Courier New" w:hAnsi="Courier New"/>
          <w:color w:val="555555"/>
          <w:sz w:val="20"/>
        </w:rPr>
        <w:t>[10]</w:t>
      </w:r>
    </w:p>
    <w:p>
      <w:r>
        <w:rPr>
          <w:rFonts w:ascii="Gentium Plus" w:hAnsi="Gentium Plus"/>
          <w:sz w:val="24"/>
        </w:rPr>
        <w:t>θεωρητικοῖς καὶ φυσικοῖς καὶ λογικοῖς ἡ ζήτη‐ σις ἡ τοῦ βελτίονος. ὁ γὰρ ζητῶν, ποτέρα βελ‐ τίων οὐσία, ἡ κινουμένη ἢ ἡ ἀκίνητος, φυσικὸν μεταχειρίζεται πρόβλημα· λογικὸς δὲ ὁ ζητῶν, βέλτιον πότερον, ἐπαγωγὴ ἢ συλλογισμός· θεω‐</w:t>
      </w:r>
    </w:p>
    <w:p>
      <w:r>
        <w:rPr>
          <w:rFonts w:ascii="Courier New" w:hAnsi="Courier New"/>
          <w:color w:val="555555"/>
          <w:sz w:val="20"/>
        </w:rPr>
        <w:t>[15]</w:t>
      </w:r>
    </w:p>
    <w:p>
      <w:r>
        <w:rPr>
          <w:rFonts w:ascii="Gentium Plus" w:hAnsi="Gentium Plus"/>
          <w:sz w:val="24"/>
        </w:rPr>
        <w:t>ρητικὸς δὲ ζητῶν, πότερον ἡ φρόνησις πρακτι‐ κωτάτη ἢ θεωρητική. Αἴσια. δίκαια, γνήσια, δεξιά. Αἴσυλα. ἁμαρτωλὰ, ἄδικα, παράνομα, ἀπρεπῆ. —αἴσυλα ῥέζεις.</w:t>
      </w:r>
    </w:p>
    <w:p>
      <w:r>
        <w:rPr>
          <w:rFonts w:ascii="Courier New" w:hAnsi="Courier New"/>
          <w:color w:val="555555"/>
          <w:sz w:val="20"/>
        </w:rPr>
        <w:t>[20]</w:t>
      </w:r>
    </w:p>
    <w:p>
      <w:r>
        <w:rPr>
          <w:rFonts w:ascii="Gentium Plus" w:hAnsi="Gentium Plus"/>
          <w:sz w:val="24"/>
        </w:rPr>
        <w:t>Αἴσιμα. τὰ προσήκοντα, παρὰ τὴν αἶσαν· ἐνίο‐ τε δὲ καὶ τὰ καθήκοντα ἢ τὰ ἀγαθά· ἔστιν ὅτε καὶ τὰ εἱμαρμένα. Αἴτημα. ζήτημα, καὶ ἡ ἐπιθυμία. Δαβίδ· καὶ ἔδωκεν αὐτοῖς τὸ αἴτημα αὐτῶν.</w:t>
      </w:r>
    </w:p>
    <w:p>
      <w:r>
        <w:rPr>
          <w:rFonts w:ascii="Courier New" w:hAnsi="Courier New"/>
          <w:color w:val="555555"/>
          <w:sz w:val="20"/>
        </w:rPr>
        <w:t>[25]</w:t>
      </w:r>
    </w:p>
    <w:p>
      <w:r>
        <w:rPr>
          <w:rFonts w:ascii="Gentium Plus" w:hAnsi="Gentium Plus"/>
          <w:sz w:val="24"/>
        </w:rPr>
        <w:t>Αἴτιον. ἐξ οὗ γίνεταί τι, καὶ δι’ οὗ, καὶ ἐν ᾧ. ἰστέον, ὅτι τὸ αἴτιον ἑπταχῶς· ποιητικὸν αἴτιον,</w:t>
      </w:r>
    </w:p>
    <w:p>
      <w:r>
        <w:rPr>
          <w:rFonts w:ascii="Courier New" w:hAnsi="Courier New"/>
          <w:color w:val="555555"/>
          <w:sz w:val="20"/>
        </w:rPr>
        <w:t>[alpha 89]</w:t>
      </w:r>
    </w:p>
    <w:p>
      <w:r>
        <w:rPr>
          <w:rFonts w:ascii="Gentium Plus" w:hAnsi="Gentium Plus"/>
          <w:sz w:val="24"/>
        </w:rPr>
        <w:t>ἀνάπαυσις, δι’ ἣν ἡ κλίσις· ὄργανον αἴτιον, ὡς τὸ σκέπαρνον καὶ ὀπρίων, δι’ ὧν ἡ κλίσις· ὑλι‐ κὸν αἴτιον, ὡς τὸ ξύλον, ἐξ οὗ ἡ σκευαζομένη κατὰ διάνοιαν καὶ εἰδοποιουμένη διαμόρφωσις·</w:t>
      </w:r>
    </w:p>
    <w:p>
      <w:r>
        <w:rPr>
          <w:rFonts w:ascii="Courier New" w:hAnsi="Courier New"/>
          <w:color w:val="555555"/>
          <w:sz w:val="20"/>
        </w:rPr>
        <w:t>[5]</w:t>
      </w:r>
    </w:p>
    <w:p>
      <w:r>
        <w:rPr>
          <w:rFonts w:ascii="Gentium Plus" w:hAnsi="Gentium Plus"/>
          <w:sz w:val="24"/>
        </w:rPr>
        <w:t>παραδειγματικὸν αἴτιον, ὡς ἡ ἑτέρα κλίνη, πρὸς ἣν ἰδὼν ὁ τεχνίτης τὴν εἰς ἔργον αὐτῷ προσκει‐ μένην ἐδημιούργησε· φυσικὸν αἴτιον, ὡς πατὴρ τοῦ υἱοῦ, καθὸ καὶ μόνον ὁ θεὸς καὶ πατὴρ αἴτιος τοῦ μονογενοῦς εἶναι λέγεται· τῆς δὲ</w:t>
      </w:r>
    </w:p>
    <w:p>
      <w:r>
        <w:rPr>
          <w:rFonts w:ascii="Courier New" w:hAnsi="Courier New"/>
          <w:color w:val="555555"/>
          <w:sz w:val="20"/>
        </w:rPr>
        <w:t>[10]</w:t>
      </w:r>
    </w:p>
    <w:p>
      <w:r>
        <w:rPr>
          <w:rFonts w:ascii="Gentium Plus" w:hAnsi="Gentium Plus"/>
          <w:sz w:val="24"/>
        </w:rPr>
        <w:t>κτίσεως ποιητικὸν αἴτιον εἶναι λέγομεν τὸν θεόν. τελικὸν δὲ αἴτιον τὴν τῶν δημιουργηθέν‐ των εὐεργεσίαν καὶ τὴν περὶ αὐτὰ ἀγαθότητα· εἰδικὸν δὲ αἴτιον τὴν ἐν αὐτῷ τῶν δημιουργημά‐ των γνῶσιν φαμὲν, ἣν ἐξ ἀϊδίου πρὸ αἰώνων</w:t>
      </w:r>
    </w:p>
    <w:p>
      <w:r>
        <w:rPr>
          <w:rFonts w:ascii="Courier New" w:hAnsi="Courier New"/>
          <w:color w:val="555555"/>
          <w:sz w:val="20"/>
        </w:rPr>
        <w:t>[15]</w:t>
      </w:r>
    </w:p>
    <w:p>
      <w:r>
        <w:rPr>
          <w:rFonts w:ascii="Gentium Plus" w:hAnsi="Gentium Plus"/>
          <w:sz w:val="24"/>
        </w:rPr>
        <w:t>ἔσχεν, οὐκ ἐς ὕστερον αὐτῷ ἐπιγενομένην, ἀλ‐ λὰ συνδιαιωνίζουσαν, καὶ συμπαρεκτεινομένην ἀείποτε. τὸ δὲ ὑλικὸν αἴτιον καὶ ὀργανικὸν καὶ παραδειγματικὸν πόῤῥω τῆς θείας καὶ ἀπειρο‐ δυνάμου φύσεως. Ἰστέον, ὅτι τετραχῶς τὰ αἴ‐</w:t>
      </w:r>
    </w:p>
    <w:p>
      <w:r>
        <w:rPr>
          <w:rFonts w:ascii="Courier New" w:hAnsi="Courier New"/>
          <w:color w:val="555555"/>
          <w:sz w:val="20"/>
        </w:rPr>
        <w:t>[20]</w:t>
      </w:r>
    </w:p>
    <w:p>
      <w:r>
        <w:rPr>
          <w:rFonts w:ascii="Gentium Plus" w:hAnsi="Gentium Plus"/>
          <w:sz w:val="24"/>
        </w:rPr>
        <w:t>τια· ὡς ὕλη· ὡς εἶδος· ὡς τέλος, καὶ ὡς ποιη‐ τικόν· καὶ τῶν αἰτίων τὰ μὲν προκαταρκτικὰ, τὰ δὲ συνεργὰ, ἢ συναίτια, τὰ δὲ τελικά. Αἰτιῶδες. ψεῦδος, ὃ ἀπὸ ψεύδους ἄρχεται, ἢ μὴ εἰς ἀκόλουθον λήγει, ἢ ἔχει τῷ λήγοντι τὸ</w:t>
      </w:r>
    </w:p>
    <w:p>
      <w:r>
        <w:rPr>
          <w:rFonts w:ascii="Courier New" w:hAnsi="Courier New"/>
          <w:color w:val="555555"/>
          <w:sz w:val="20"/>
        </w:rPr>
        <w:t>[25]</w:t>
      </w:r>
    </w:p>
    <w:p>
      <w:r>
        <w:rPr>
          <w:rFonts w:ascii="Gentium Plus" w:hAnsi="Gentium Plus"/>
          <w:sz w:val="24"/>
        </w:rPr>
        <w:t>ἀρχόμενον ἀκόλουθον. οἷον· διότι νύξ ἐστι, Δίων περιπατεῖ. Αἰφνίδιον. τὸ ἐξαίφνης. παρὰ τὸ ἀφανὴς ἀφανί‐ διον καὶ ἐν συγκοπῇ αἰφνίδιον. Αἰψηρόν. τὸ ταχύ.</w:t>
      </w:r>
    </w:p>
    <w:p>
      <w:r>
        <w:rPr>
          <w:rFonts w:ascii="Courier New" w:hAnsi="Courier New"/>
          <w:color w:val="555555"/>
          <w:sz w:val="20"/>
        </w:rPr>
        <w:t>[30]</w:t>
      </w:r>
    </w:p>
    <w:p>
      <w:r>
        <w:rPr>
          <w:rFonts w:ascii="Gentium Plus" w:hAnsi="Gentium Plus"/>
          <w:sz w:val="24"/>
        </w:rPr>
        <w:t>Αἰσθητήρια. τὰ ὄργανα, ἤγουν τὰ μέλη, δι’ ὧν αἰσθανόμεθα, καὶ αἱ αἰσθήσεις τοῦ ἀνθρώπου, ἢ ἐν οἷς καθίδρυται ἡ αἴσθησις. Αἰσθητικόν. πᾶν ζῶον αἴσθησιν φόβου καὶ θα‐ νάτου ἔχον, ἢ αὐτὸ τὸ ζῶον τὸ κεκτημένον τὰς</w:t>
      </w:r>
    </w:p>
    <w:p>
      <w:r>
        <w:rPr>
          <w:rFonts w:ascii="Courier New" w:hAnsi="Courier New"/>
          <w:color w:val="555555"/>
          <w:sz w:val="20"/>
        </w:rPr>
        <w:t>[35]</w:t>
      </w:r>
    </w:p>
    <w:p>
      <w:r>
        <w:rPr>
          <w:rFonts w:ascii="Gentium Plus" w:hAnsi="Gentium Plus"/>
          <w:sz w:val="24"/>
        </w:rPr>
        <w:t>αἰσθήσεις. Αἰσθητά. τὰ ὁρώμενα, τὰ πεφυκότα ταῖς αἰσθή‐</w:t>
      </w:r>
    </w:p>
    <w:p>
      <w:r>
        <w:rPr>
          <w:rFonts w:ascii="Courier New" w:hAnsi="Courier New"/>
          <w:color w:val="555555"/>
          <w:sz w:val="20"/>
        </w:rPr>
        <w:t>[alpha 90]</w:t>
      </w:r>
    </w:p>
    <w:p>
      <w:r>
        <w:rPr>
          <w:rFonts w:ascii="Gentium Plus" w:hAnsi="Gentium Plus"/>
          <w:sz w:val="24"/>
        </w:rPr>
        <w:t>ὄγκος καὶ ποικιλότης, καὶ ἀντιτυπία καὶ μαλα‐ κότης, ψόφοι καὶ ἀτμοὶ καὶ χυμοὶ, λειότης, τραχύτης καὶ τὰ τοιαῦτα. Αἰσθανόμενον. ἔστι ζῶον ἀντιληπτικὸν κατὰ δύ‐</w:t>
      </w:r>
    </w:p>
    <w:p>
      <w:r>
        <w:rPr>
          <w:rFonts w:ascii="Courier New" w:hAnsi="Courier New"/>
          <w:color w:val="555555"/>
          <w:sz w:val="20"/>
        </w:rPr>
        <w:t>[5]</w:t>
      </w:r>
    </w:p>
    <w:p>
      <w:r>
        <w:rPr>
          <w:rFonts w:ascii="Gentium Plus" w:hAnsi="Gentium Plus"/>
          <w:sz w:val="24"/>
        </w:rPr>
        <w:t>ναμιν φυσικὴν τῶν αἰσθητῶν. Ἀϊδώνια. τὰ τοῦ ᾅδου θανάσιμα. Ἀΐδιον. τὸ ἀρχὴν μὲν ἔχον, τέλος δὲ μὴ ἔχον. ἔστι καὶ ἀΐδιον τὸ ἀρχὴν μὲν μὴ ἔχον, τέλος δὲ ἔχον. ἔστι δὲ ἀΐδιον τὸ μήτε ἀρχὴν μήτε</w:t>
      </w:r>
    </w:p>
    <w:p>
      <w:r>
        <w:rPr>
          <w:rFonts w:ascii="Courier New" w:hAnsi="Courier New"/>
          <w:color w:val="555555"/>
          <w:sz w:val="20"/>
        </w:rPr>
        <w:t>[10]</w:t>
      </w:r>
    </w:p>
    <w:p>
      <w:r>
        <w:rPr>
          <w:rFonts w:ascii="Gentium Plus" w:hAnsi="Gentium Plus"/>
          <w:sz w:val="24"/>
        </w:rPr>
        <w:t>τέλος ἔχον, ὥσπερ ὁ θεός. ἀΐδιον ἐστὶ τὸ μὴ ἑαυτὸ, ὃ ἐστὶ κατ’ οὐσίαν, νοηθῆναι δυνάμενον. ἀΐδιον δὲ λέγεται τὸ ἀεὶ διόν· ἤγουν τὸ μηδέπο‐ τε ἀρξάμενον, μὴ δὲ λῆγον. οὐ πᾶν γὰρ ἀτε‐ λεύτητον πάντως καὶ ἄναρχον· οἱ γὰρ ἄγγελοι</w:t>
      </w:r>
    </w:p>
    <w:p>
      <w:r>
        <w:rPr>
          <w:rFonts w:ascii="Courier New" w:hAnsi="Courier New"/>
          <w:color w:val="555555"/>
          <w:sz w:val="20"/>
        </w:rPr>
        <w:t>[15]</w:t>
      </w:r>
    </w:p>
    <w:p>
      <w:r>
        <w:rPr>
          <w:rFonts w:ascii="Gentium Plus" w:hAnsi="Gentium Plus"/>
          <w:sz w:val="24"/>
        </w:rPr>
        <w:t>καὶ αἱ ψυχαὶ ἀρχὴν μὲν ἔσχον τοῦ εἶναι, τέ‐ λος δὲ οὐκ ἔχουσι. ἀΐδιον οὐδὲν ἄλλο ἢ μόνον ἡ θεότης. Ἀϊδνόν. τὸ ἀφανές. Αἰσώπειον αἷμα. ἐπὶ τῶν ἀδίκως ἀναιρουμένων.</w:t>
      </w:r>
    </w:p>
    <w:p>
      <w:r>
        <w:rPr>
          <w:rFonts w:ascii="Courier New" w:hAnsi="Courier New"/>
          <w:color w:val="555555"/>
          <w:sz w:val="20"/>
        </w:rPr>
        <w:t>[20]</w:t>
      </w:r>
    </w:p>
    <w:p>
      <w:r>
        <w:rPr>
          <w:rFonts w:ascii="Gentium Plus" w:hAnsi="Gentium Plus"/>
          <w:sz w:val="24"/>
        </w:rPr>
        <w:t>οὐ γὰρ ἐνδίκως ἀπέκτειναν τὸν Αἴσωπον οἱ Δελ‐ φοί. Ἀΐδιον. τὸ διαιωνίζον, καὶ λῆξιν μηδαμῶς ἔχον.</w:t>
      </w:r>
    </w:p>
    <w:p>
      <w:pPr>
        <w:jc w:val="center"/>
      </w:pPr>
      <w:r>
        <w:rPr>
          <w:rFonts w:ascii="Gentium Plus" w:hAnsi="Gentium Plus"/>
          <w:b/>
          <w:sz w:val="24"/>
        </w:rPr>
        <w:t>(Ῥῆμα.)</w:t>
      </w:r>
    </w:p>
    <w:p>
      <w:r>
        <w:rPr>
          <w:rFonts w:ascii="Courier New" w:hAnsi="Courier New"/>
          <w:color w:val="555555"/>
          <w:sz w:val="20"/>
        </w:rPr>
        <w:t>[24]</w:t>
      </w:r>
    </w:p>
    <w:p>
      <w:r>
        <w:rPr>
          <w:rFonts w:ascii="Gentium Plus" w:hAnsi="Gentium Plus"/>
          <w:sz w:val="24"/>
        </w:rPr>
        <w:t>Αἰάζειν. οἰκτείρειν, θρηνεῖν. παρὰ τὸ αι σχετλια‐</w:t>
      </w:r>
    </w:p>
    <w:p>
      <w:r>
        <w:rPr>
          <w:rFonts w:ascii="Courier New" w:hAnsi="Courier New"/>
          <w:color w:val="555555"/>
          <w:sz w:val="20"/>
        </w:rPr>
        <w:t>[25]</w:t>
      </w:r>
    </w:p>
    <w:p>
      <w:r>
        <w:rPr>
          <w:rFonts w:ascii="Gentium Plus" w:hAnsi="Gentium Plus"/>
          <w:sz w:val="24"/>
        </w:rPr>
        <w:t>στικὸν ἐπίῤῥημα γέγονεν αἰάζω· ὡς λίαν λιάζω. Αἰγίζειν. διασπᾷν. καὶ αἰγίζεσθαι. ἡ μεταφορὰ ἐκ τῶν καταιγίδων. Αἰγιάζειν. σὺ δ’ αἰγιάζων ἐνθαδὶ καθήμενος.</w:t>
      </w:r>
    </w:p>
    <w:p>
      <w:r>
        <w:rPr>
          <w:rFonts w:ascii="Courier New" w:hAnsi="Courier New"/>
          <w:color w:val="555555"/>
          <w:sz w:val="20"/>
        </w:rPr>
        <w:t>[30]</w:t>
      </w:r>
    </w:p>
    <w:p>
      <w:r>
        <w:rPr>
          <w:rFonts w:ascii="Gentium Plus" w:hAnsi="Gentium Plus"/>
          <w:sz w:val="24"/>
        </w:rPr>
        <w:t>Αἰγυπτιάζειν. τὸ κακοτροπεῖν καὶ πανουργεύε‐ σθαι. τοιοῦτοι γὰρ οἱ Αἰγύπτιοι. Αἰδέσασθαι. μεταπεισθῆναι. οὕτω Λυσίας καὶ Δημοσθένης ἐν τῷ κατὰ Ἀριστοκράτου, ἀντὶ τοῦ ἐξιλάσασθαι καὶ πείσειν.</w:t>
      </w:r>
    </w:p>
    <w:p>
      <w:r>
        <w:rPr>
          <w:rFonts w:ascii="Courier New" w:hAnsi="Courier New"/>
          <w:color w:val="555555"/>
          <w:sz w:val="20"/>
        </w:rPr>
        <w:t>[35]</w:t>
      </w:r>
    </w:p>
    <w:p>
      <w:r>
        <w:rPr>
          <w:rFonts w:ascii="Gentium Plus" w:hAnsi="Gentium Plus"/>
          <w:sz w:val="24"/>
        </w:rPr>
        <w:t>Αἰδέσεται. ἀπὸ τοῦ αἰδῶ, αἰδέσω, αἰδέσῃ, αἰδέ</w:t>
      </w:r>
    </w:p>
    <w:p>
      <w:r>
        <w:rPr>
          <w:rFonts w:ascii="Courier New" w:hAnsi="Courier New"/>
          <w:color w:val="555555"/>
          <w:sz w:val="20"/>
        </w:rPr>
        <w:t>[alpha 91]</w:t>
      </w:r>
    </w:p>
    <w:p>
      <w:r>
        <w:rPr>
          <w:rFonts w:ascii="Gentium Plus" w:hAnsi="Gentium Plus"/>
          <w:sz w:val="24"/>
        </w:rPr>
        <w:t>[Αἰδουμένω. αἰδέω, αἰδῶ, αἰδέομαι, αἰδοῦμαι. ἡ μετοχὴ αἰδεόμενος, αἰδούμενος. τὸ δυϊκὸν αἰ‐ δεουμένω, καὶ ἀποβολῇ τοῦ ε αἰδουμένω.] Αἰθεροβατεῖν. εἰς τὸν αἰθέρα βαίνειν.</w:t>
      </w:r>
    </w:p>
    <w:p>
      <w:r>
        <w:rPr>
          <w:rFonts w:ascii="Courier New" w:hAnsi="Courier New"/>
          <w:color w:val="555555"/>
          <w:sz w:val="20"/>
        </w:rPr>
        <w:t>[5]</w:t>
      </w:r>
    </w:p>
    <w:p>
      <w:r>
        <w:rPr>
          <w:rFonts w:ascii="Gentium Plus" w:hAnsi="Gentium Plus"/>
          <w:sz w:val="24"/>
        </w:rPr>
        <w:t>Αἴθειν. καίειν. [παρεκελεύετο αἴθειν καὶ φθεί‐ ρειν τὴν χώραν.] Αἰθόμενος. καιόμενος. Αἴθρει. χειμάζει. Αἰθριάζουσιν. ἐν εὐδίᾳ εἰσίν.</w:t>
      </w:r>
    </w:p>
    <w:p>
      <w:r>
        <w:rPr>
          <w:rFonts w:ascii="Courier New" w:hAnsi="Courier New"/>
          <w:color w:val="555555"/>
          <w:sz w:val="20"/>
        </w:rPr>
        <w:t>[10]</w:t>
      </w:r>
    </w:p>
    <w:p>
      <w:r>
        <w:rPr>
          <w:rFonts w:ascii="Gentium Plus" w:hAnsi="Gentium Plus"/>
          <w:sz w:val="24"/>
        </w:rPr>
        <w:t>Αἰκίζω. τὸ μαστίζω. ἀπὸ τοῦ ἀεικὴς, ὃ σημαίνει τὸν σκληρὸν καὶ ἀπότομον, ἀεικίζω. Αἰθύξασα. κινήσασα. Αἰθύσσω. θερμαίνω, ἐκτείνω καὶ τὸ διαλάμπω. Αἰθύσσων λιπαρῆς ἄνθος ὕπερθε κόμης.</w:t>
      </w:r>
    </w:p>
    <w:p>
      <w:r>
        <w:rPr>
          <w:rFonts w:ascii="Courier New" w:hAnsi="Courier New"/>
          <w:color w:val="555555"/>
          <w:sz w:val="20"/>
        </w:rPr>
        <w:t>[15]</w:t>
      </w:r>
    </w:p>
    <w:p>
      <w:r>
        <w:rPr>
          <w:rFonts w:ascii="Gentium Plus" w:hAnsi="Gentium Plus"/>
          <w:sz w:val="24"/>
        </w:rPr>
        <w:t>Αἰκάλλει. σαίνει, ἀπατᾷ. αἰκάλλει καρδίαν ἐμήν—. Αἰκίζει. κακοῖ, μαστίζει, τύπτει, καθυβρίζει. Αἱμωδεῖν καὶ αἱμωδιᾷν. τὸ τοὺς ὀδόντας ὀδυνᾶ‐ σθαι μετὰ κνησμοῦ· ὡς καὶ αἱμάττεσθαι παρὰ</w:t>
      </w:r>
    </w:p>
    <w:p>
      <w:r>
        <w:rPr>
          <w:rFonts w:ascii="Courier New" w:hAnsi="Courier New"/>
          <w:color w:val="555555"/>
          <w:sz w:val="20"/>
        </w:rPr>
        <w:t>[20]</w:t>
      </w:r>
    </w:p>
    <w:p>
      <w:r>
        <w:rPr>
          <w:rFonts w:ascii="Gentium Plus" w:hAnsi="Gentium Plus"/>
          <w:sz w:val="24"/>
        </w:rPr>
        <w:t>τὸ αἷμα. αἱμωδία γὰρ ἡ τῶν ὀδόντων νάρκη. Αἴθω. τὸ καίω. ἔθω δὲ, τὸ ἐξ ἔθους τι διαπράτ‐ τομαι, ψιλόν. καὶ Ὅμηρος· ἔθων Οἰνῆος ἀλωήν—</w:t>
      </w:r>
    </w:p>
    <w:p>
      <w:r>
        <w:rPr>
          <w:rFonts w:ascii="Courier New" w:hAnsi="Courier New"/>
          <w:color w:val="555555"/>
          <w:sz w:val="20"/>
        </w:rPr>
        <w:t>[alpha 92]</w:t>
      </w:r>
    </w:p>
    <w:p>
      <w:r>
        <w:rPr>
          <w:rFonts w:ascii="Gentium Plus" w:hAnsi="Gentium Plus"/>
          <w:sz w:val="24"/>
        </w:rPr>
        <w:t>Αἰνίσσω. τὸ ἐν παραβολαῖς λέγω. Αἰνεῖν. τὸ ἀναβράττειν τὸν ἀληλεσμένον σῖτον, ὅ ἐστιν ἀναδεύειν καὶ ἀνακινεῖν τὰς κριθὰς ὕδατι φυρῶντα.</w:t>
      </w:r>
    </w:p>
    <w:p>
      <w:r>
        <w:rPr>
          <w:rFonts w:ascii="Courier New" w:hAnsi="Courier New"/>
          <w:color w:val="555555"/>
          <w:sz w:val="20"/>
        </w:rPr>
        <w:t>[5]</w:t>
      </w:r>
    </w:p>
    <w:p>
      <w:r>
        <w:rPr>
          <w:rFonts w:ascii="Gentium Plus" w:hAnsi="Gentium Plus"/>
          <w:sz w:val="24"/>
        </w:rPr>
        <w:t>Αἰνέσαιμι. ἐπαινέσαιμι ἢ ἀναπείσαιμι. Ἀΐσθω. τὸ ἐκπνέω. Ἄϊεν. ἐξέπνεεν. Ἀϊστῶσαι. ἀφανίσαι, φονεῦσαι. Ἀΐων. ἐπακούων.</w:t>
      </w:r>
    </w:p>
    <w:p>
      <w:r>
        <w:rPr>
          <w:rFonts w:ascii="Courier New" w:hAnsi="Courier New"/>
          <w:color w:val="555555"/>
          <w:sz w:val="20"/>
        </w:rPr>
        <w:t>[10]</w:t>
      </w:r>
    </w:p>
    <w:p>
      <w:r>
        <w:rPr>
          <w:rFonts w:ascii="Gentium Plus" w:hAnsi="Gentium Plus"/>
          <w:sz w:val="24"/>
        </w:rPr>
        <w:t>Αἴνυμαι. τὸ ἀφαιρῶ ἢ τὸ λαμβάνω. παρὰ τὸ αἰ‐ ρῶ. [ἀρνῶ, ὡς περῶ περνῶ. ἀφ’ οὗ· —περνάσω νήσων ἐπὶ τηλεδαπάων. παράγωγον αἴρνυμι καὶ αἴρνυμαι· καὶ ἀποβολῆ τοῦ ρ αἴνυμαι.]</w:t>
      </w:r>
    </w:p>
    <w:p>
      <w:r>
        <w:rPr>
          <w:rFonts w:ascii="Courier New" w:hAnsi="Courier New"/>
          <w:color w:val="555555"/>
          <w:sz w:val="20"/>
        </w:rPr>
        <w:t>[15]</w:t>
      </w:r>
    </w:p>
    <w:p>
      <w:r>
        <w:rPr>
          <w:rFonts w:ascii="Gentium Plus" w:hAnsi="Gentium Plus"/>
          <w:sz w:val="24"/>
        </w:rPr>
        <w:t>Αἰνῶ. τὸ παραιτοῦμαι σημαίνει καὶ τὸ ἐπαινῶ. Αἰνοίην. ἀντὶ τοῦ συνκατένευσα. Αἰόλλει. ποικίλλει, στρέφει, πλανᾷ. Αἰωνίζει. διαπαντὸς μένει. Αἰωροῦμαι. ἐν ἀέρι φέρομαι. αἰώρα γὰρ ἡ κρε‐</w:t>
      </w:r>
    </w:p>
    <w:p>
      <w:r>
        <w:rPr>
          <w:rFonts w:ascii="Courier New" w:hAnsi="Courier New"/>
          <w:color w:val="555555"/>
          <w:sz w:val="20"/>
        </w:rPr>
        <w:t>[20]</w:t>
      </w:r>
    </w:p>
    <w:p>
      <w:r>
        <w:rPr>
          <w:rFonts w:ascii="Gentium Plus" w:hAnsi="Gentium Plus"/>
          <w:sz w:val="24"/>
        </w:rPr>
        <w:t>μάστρα καὶ ἡ ἀγχόνη ἤγουν ἡ φούλκα. Αἰωρηθέντες. κρεμασθέντες, μετεωρισθέντες. καὶ αἰώρημα, καὶ αἰωρήσεις, καὶ αἰωροῦνται. εἰς ὃν [τὰ] τῶν Καρχηδονίων αἰωροῦνται πράγματα.</w:t>
      </w:r>
    </w:p>
    <w:p>
      <w:r>
        <w:rPr>
          <w:rFonts w:ascii="Courier New" w:hAnsi="Courier New"/>
          <w:color w:val="555555"/>
          <w:sz w:val="20"/>
        </w:rPr>
        <w:t>[alpha 93]</w:t>
      </w:r>
    </w:p>
    <w:p>
      <w:r>
        <w:rPr>
          <w:rFonts w:ascii="Gentium Plus" w:hAnsi="Gentium Plus"/>
          <w:sz w:val="24"/>
        </w:rPr>
        <w:t>Αἴρεσθαι. προσενέγκασθαι. οὐ σῖτον αἴρεσθαι, οὐχ ὕπνου λαχεῖν μέρος. Αἶρε. πρόσφερε. Ὅμηρος· μή μοι αἶνον ἄειρε—</w:t>
      </w:r>
    </w:p>
    <w:p>
      <w:r>
        <w:rPr>
          <w:rFonts w:ascii="Courier New" w:hAnsi="Courier New"/>
          <w:color w:val="555555"/>
          <w:sz w:val="20"/>
        </w:rPr>
        <w:t>[5]</w:t>
      </w:r>
    </w:p>
    <w:p>
      <w:r>
        <w:rPr>
          <w:rFonts w:ascii="Gentium Plus" w:hAnsi="Gentium Plus"/>
          <w:sz w:val="24"/>
        </w:rPr>
        <w:t>καὶ Ἀριστοφάνης· αἶρ’ αἶρε μάζαν ὡς τάχιστα κανθάρῳ. Αἱρηθέν. θεληθέν. Αἱρεύμενον. λαμβάνοντα, ἀφαιροῦντα, αἴροντα. παρὰ τὸ αἱρῶ τὸ λαμβάνω. αἱρῶ οὖν, αἱρούμε‐</w:t>
      </w:r>
    </w:p>
    <w:p>
      <w:r>
        <w:rPr>
          <w:rFonts w:ascii="Courier New" w:hAnsi="Courier New"/>
          <w:color w:val="555555"/>
          <w:sz w:val="20"/>
        </w:rPr>
        <w:t>[10]</w:t>
      </w:r>
    </w:p>
    <w:p>
      <w:r>
        <w:rPr>
          <w:rFonts w:ascii="Gentium Plus" w:hAnsi="Gentium Plus"/>
          <w:sz w:val="24"/>
        </w:rPr>
        <w:t>νον, καὶ τροπῇ αἰολικῇ αἱρεύμενον. Αἱρετίζω. τὰ τῶν αἱρετικῶν φρονῶ. καὶ τὸ προ‐ αιροῦμαι. ἐξ οὗ καὶ αἱρετισάμενος. Αἰρεῖ. φονεύει, ἀναιρεῖ. [Σοφοκλῆς· —πόλεμος γὰρ οὐδέν’ ἄνδρ’ ἑκὼν</w:t>
      </w:r>
    </w:p>
    <w:p>
      <w:r>
        <w:rPr>
          <w:rFonts w:ascii="Courier New" w:hAnsi="Courier New"/>
          <w:color w:val="555555"/>
          <w:sz w:val="20"/>
        </w:rPr>
        <w:t>[15]</w:t>
      </w:r>
    </w:p>
    <w:p>
      <w:r>
        <w:rPr>
          <w:rFonts w:ascii="Gentium Plus" w:hAnsi="Gentium Plus"/>
          <w:sz w:val="24"/>
        </w:rPr>
        <w:t>αἴρει πονηρὸν, ἀλλὰ τοὺς χρηστοὺς ἀεί.] σημαίνει δὲ καὶ τὸ καταλαμβάνει. Αἴρειν. αὔξειν, ἢ τράπεζαν παρατιθέναι, ἢ αἴ‐ ρειν. *καὶ τὸ ἀναρτᾷν· ὡς τό· ἕως πότε τὴν ψυχὴν ἡμῶν αἴρεις; ὅ ἐστι αἰωρεῖς μέσον πί‐</w:t>
      </w:r>
    </w:p>
    <w:p>
      <w:r>
        <w:rPr>
          <w:rFonts w:ascii="Courier New" w:hAnsi="Courier New"/>
          <w:color w:val="555555"/>
          <w:sz w:val="20"/>
        </w:rPr>
        <w:t>[20]</w:t>
      </w:r>
    </w:p>
    <w:p>
      <w:r>
        <w:rPr>
          <w:rFonts w:ascii="Gentium Plus" w:hAnsi="Gentium Plus"/>
          <w:sz w:val="24"/>
        </w:rPr>
        <w:t>στεως καὶ ἀπιστίας. Αἱρεῖς. δοξάζεις, ἡγῇ. καὶ ἐκ τοῦ θεολόγου· καὶ ὁ λόγος αἱρεῖ μὴ τιθέναι πρόσκομμα. Αἱρεῖσθαι. ἐργάζεσθαι. Αἱρῇ. βούλει. ἐπείπερ αὐτὸς αἱρῇ λέγειν.</w:t>
      </w:r>
    </w:p>
    <w:p>
      <w:r>
        <w:rPr>
          <w:rFonts w:ascii="Courier New" w:hAnsi="Courier New"/>
          <w:color w:val="555555"/>
          <w:sz w:val="20"/>
        </w:rPr>
        <w:t>[25]</w:t>
      </w:r>
    </w:p>
    <w:p>
      <w:r>
        <w:rPr>
          <w:rFonts w:ascii="Gentium Plus" w:hAnsi="Gentium Plus"/>
          <w:sz w:val="24"/>
        </w:rPr>
        <w:t>Αἱρήσομαι. βουλεύσομαι. Αἱρησάμενος. βουλευσάμενος. Αἱρήσασθαι. λαβεῖν. Αἱρήσεται. λήψει. Αἱρήσειν. κρατήσειν, συλλαβεῖν, ἑλκύσαι, πορθῆ‐</w:t>
      </w:r>
    </w:p>
    <w:p>
      <w:r>
        <w:rPr>
          <w:rFonts w:ascii="Courier New" w:hAnsi="Courier New"/>
          <w:color w:val="555555"/>
          <w:sz w:val="20"/>
        </w:rPr>
        <w:t>[30]</w:t>
      </w:r>
    </w:p>
    <w:p>
      <w:r>
        <w:rPr>
          <w:rFonts w:ascii="Gentium Plus" w:hAnsi="Gentium Plus"/>
          <w:sz w:val="24"/>
        </w:rPr>
        <w:t>σαι, χειρώσασθαι.</w:t>
      </w:r>
    </w:p>
    <w:p>
      <w:r>
        <w:rPr>
          <w:rFonts w:ascii="Courier New" w:hAnsi="Courier New"/>
          <w:color w:val="555555"/>
          <w:sz w:val="20"/>
        </w:rPr>
        <w:t>[alpha 94]</w:t>
      </w:r>
    </w:p>
    <w:p>
      <w:r>
        <w:rPr>
          <w:rFonts w:ascii="Gentium Plus" w:hAnsi="Gentium Plus"/>
          <w:sz w:val="24"/>
        </w:rPr>
        <w:t>Αἱρήσομαι. λήψομαι, σκέψομαι, βουλεύσομαι. Αἱρείτω. κατασχέτω. Αἱρόμενος. φερόμενος. αἰρούμενος· βουλόμενος, ἑλόμενος. καὶ δεῖπνον αἱρουμένοις.</w:t>
      </w:r>
    </w:p>
    <w:p>
      <w:r>
        <w:rPr>
          <w:rFonts w:ascii="Courier New" w:hAnsi="Courier New"/>
          <w:color w:val="555555"/>
          <w:sz w:val="20"/>
        </w:rPr>
        <w:t>[5]</w:t>
      </w:r>
    </w:p>
    <w:p>
      <w:r>
        <w:rPr>
          <w:rFonts w:ascii="Gentium Plus" w:hAnsi="Gentium Plus"/>
          <w:sz w:val="24"/>
        </w:rPr>
        <w:t>Αἱρῇ. ἀντὶ τοῦ λαμβάνεις, μετέχεις. [σῖτον τὲ αἱρῇ τὸν αὐτὸν ἐκείνοις, καὶ πόμα παραπλή‐ σιον.] Αἱρετιεῖ. προτιμότερον ἡγήσεται. Αἰρόμενος. ἐπαιρόμενος, κουφιζόμενος.</w:t>
      </w:r>
    </w:p>
    <w:p>
      <w:r>
        <w:rPr>
          <w:rFonts w:ascii="Courier New" w:hAnsi="Courier New"/>
          <w:color w:val="555555"/>
          <w:sz w:val="20"/>
        </w:rPr>
        <w:t>[10]</w:t>
      </w:r>
    </w:p>
    <w:p>
      <w:r>
        <w:rPr>
          <w:rFonts w:ascii="Gentium Plus" w:hAnsi="Gentium Plus"/>
          <w:sz w:val="24"/>
        </w:rPr>
        <w:t>Αἰσιμῶ. τὸ καταναλίσκω. Αἰσθήμην. νοησαίμην. Αἴσθω. ἀπὸ τοῦ ἀΐω ῥήματος, τοῦ σημαίνοντος τὸ ἐκπνέω, γίνεται παράγωγον ῥῆμα ἄϊστος, ἐκ τούτου ἀϊστῶ, καὶ τροπῇ τοῦ τ εἰς θ ἀΐσθω,</w:t>
      </w:r>
    </w:p>
    <w:p>
      <w:r>
        <w:rPr>
          <w:rFonts w:ascii="Courier New" w:hAnsi="Courier New"/>
          <w:color w:val="555555"/>
          <w:sz w:val="20"/>
        </w:rPr>
        <w:t>[15]</w:t>
      </w:r>
    </w:p>
    <w:p>
      <w:r>
        <w:rPr>
          <w:rFonts w:ascii="Gentium Plus" w:hAnsi="Gentium Plus"/>
          <w:sz w:val="24"/>
        </w:rPr>
        <w:t>ἡ μετοχὴ ἀΐσθων, καὶ κατὰ συναίρεσιν αἴσθω. οὕτως καὶ ἀπὸ τοῦ ἐγείρω ἐγερτὸς, καὶ κατὰ τροπὴν τοῦ τ εἰς θ ἐγέρθω. Αἰσθάνεσθαι. τοῦτο δύο σημαίνει, τὸ κατὰ δύ‐ ναμιν καὶ κατ’ ἐνέργειαν. αἰσθάνεσθαι τοίνυν</w:t>
      </w:r>
    </w:p>
    <w:p>
      <w:r>
        <w:rPr>
          <w:rFonts w:ascii="Courier New" w:hAnsi="Courier New"/>
          <w:color w:val="555555"/>
          <w:sz w:val="20"/>
        </w:rPr>
        <w:t>[20]</w:t>
      </w:r>
    </w:p>
    <w:p>
      <w:r>
        <w:rPr>
          <w:rFonts w:ascii="Gentium Plus" w:hAnsi="Gentium Plus"/>
          <w:sz w:val="24"/>
        </w:rPr>
        <w:t>λέγονται οἱ κοιμώμενοι, δύναμιν ἔχοντες τοῦ αἰσθάνεσθαι. Αἴσθεσθαι ἐνεστώς ἐστι· αἰσθέσθαι δὲ ὑπερσυν‐ τελικός. αἴσθεσθαι [δὲ] καὶ αἰσθάνεσθαι δια‐ φέρει. τὸ γὰρ αἴσθεσθαι ὑπὲρ τοῦ ἀκριβῶς</w:t>
      </w:r>
    </w:p>
    <w:p>
      <w:r>
        <w:rPr>
          <w:rFonts w:ascii="Courier New" w:hAnsi="Courier New"/>
          <w:color w:val="555555"/>
          <w:sz w:val="20"/>
        </w:rPr>
        <w:t>[25]</w:t>
      </w:r>
    </w:p>
    <w:p>
      <w:r>
        <w:rPr>
          <w:rFonts w:ascii="Gentium Plus" w:hAnsi="Gentium Plus"/>
          <w:sz w:val="24"/>
        </w:rPr>
        <w:t>εἰδέναι τί· τὸ δὲ αἰσθάνεσθαι [ἐπὶ τοῦ] ὑπο‐ νοεῖν τί. καὶ περὶ μὲν τοῦ αἴσθεσθαι φησὶν Ἀντιφῶν· ἔτι δὲ καὶ πλείω ἡμᾶς ἠσθημένος ἠδικημένους. τὸ δὲ αἰσθάνεσθαι ἐπὶ τοῦ ὑπο‐ πτεύειν, καὶ οὐκ ἐπὶ τοῦ βεβαίως εἰδέναι. Λυ‐</w:t>
      </w:r>
    </w:p>
    <w:p>
      <w:r>
        <w:rPr>
          <w:rFonts w:ascii="Courier New" w:hAnsi="Courier New"/>
          <w:color w:val="555555"/>
          <w:sz w:val="20"/>
        </w:rPr>
        <w:t>[30]</w:t>
      </w:r>
    </w:p>
    <w:p>
      <w:r>
        <w:rPr>
          <w:rFonts w:ascii="Gentium Plus" w:hAnsi="Gentium Plus"/>
          <w:sz w:val="24"/>
        </w:rPr>
        <w:t>σίας· οἶμαι τοίνυν καὶ ἡμᾶς ἐκεῖνο αἰσθάνε‐</w:t>
      </w:r>
    </w:p>
    <w:p>
      <w:r>
        <w:rPr>
          <w:rFonts w:ascii="Courier New" w:hAnsi="Courier New"/>
          <w:color w:val="555555"/>
          <w:sz w:val="20"/>
        </w:rPr>
        <w:t>[alpha 95]</w:t>
      </w:r>
    </w:p>
    <w:p>
      <w:r>
        <w:rPr>
          <w:rFonts w:ascii="Gentium Plus" w:hAnsi="Gentium Plus"/>
          <w:sz w:val="24"/>
        </w:rPr>
        <w:t>σθαι, ὅτι Ἀλκιβιάδης οὐκ ἄλλο τι κομίσασθαι, ἀλλὰ τῶν ἐμῶν ἠμφισβήτει. Αἰσθάνομαί σου. τὸ τῆς αἰσθήσεως ἐπιλαμβά‐ νομαι.</w:t>
      </w:r>
    </w:p>
    <w:p>
      <w:r>
        <w:rPr>
          <w:rFonts w:ascii="Courier New" w:hAnsi="Courier New"/>
          <w:color w:val="555555"/>
          <w:sz w:val="20"/>
        </w:rPr>
        <w:t>[5]</w:t>
      </w:r>
    </w:p>
    <w:p>
      <w:r>
        <w:rPr>
          <w:rFonts w:ascii="Gentium Plus" w:hAnsi="Gentium Plus"/>
          <w:sz w:val="24"/>
        </w:rPr>
        <w:t>Αἰσθόμενοι. νοήσαντες. οἱ δὲ τὴν προθυμίαν τοῦ Καίσαρος ἰδόντες καὶ τὰ ἔργα ὁμολογοῦντα ταῖς ἐλπίσιν αἰσθόμενοι. Αἴσθων. αἰσθανόμενος, βασανιζόμενος, ἢ ἐκ‐ πνέων.</w:t>
      </w:r>
    </w:p>
    <w:p>
      <w:r>
        <w:rPr>
          <w:rFonts w:ascii="Courier New" w:hAnsi="Courier New"/>
          <w:color w:val="555555"/>
          <w:sz w:val="20"/>
        </w:rPr>
        <w:t>[10]</w:t>
      </w:r>
    </w:p>
    <w:p>
      <w:r>
        <w:rPr>
          <w:rFonts w:ascii="Gentium Plus" w:hAnsi="Gentium Plus"/>
          <w:sz w:val="24"/>
        </w:rPr>
        <w:t>Αἰσχύνει. αἰκίζεται, λυμαίνεται. Αἰσχύνομαι. αἰδοῦμαι. ταῖς προτέραις ἁμαρτίαις αἰσχύνομαι. Αἰτιῶμαι. γενικῇ καὶ αἰτιατικῇ. ὅτε μὲν γενικῇ συντάττεται, τοιοῦτόν ἐστιν, οἷον αἴτιον ἀπο‐</w:t>
      </w:r>
    </w:p>
    <w:p>
      <w:r>
        <w:rPr>
          <w:rFonts w:ascii="Courier New" w:hAnsi="Courier New"/>
          <w:color w:val="555555"/>
          <w:sz w:val="20"/>
        </w:rPr>
        <w:t>[15]</w:t>
      </w:r>
    </w:p>
    <w:p>
      <w:r>
        <w:rPr>
          <w:rFonts w:ascii="Gentium Plus" w:hAnsi="Gentium Plus"/>
          <w:sz w:val="24"/>
        </w:rPr>
        <w:t>φαίνω· ὅτε δὲ αἰτιατικῇ, οἷον μέμφομαι. Αἰτήσασθαι. τὸ χρήσασθαι. ἀνδρὸς τίτθην, ἣν ἄν τις ὑμῶν παιδίον ᾐτήσατο. Αἰτίζων. ἀντὶ τοῦ αἰτῶν, ποιητικῶς. [αἰτίζων ἀκόλους, οὐκ ἄορας οὔτε λέβητας.]</w:t>
      </w:r>
    </w:p>
    <w:p>
      <w:r>
        <w:rPr>
          <w:rFonts w:ascii="Courier New" w:hAnsi="Courier New"/>
          <w:color w:val="555555"/>
          <w:sz w:val="20"/>
        </w:rPr>
        <w:t>[20]</w:t>
      </w:r>
    </w:p>
    <w:p>
      <w:r>
        <w:rPr>
          <w:rFonts w:ascii="Gentium Plus" w:hAnsi="Gentium Plus"/>
          <w:sz w:val="24"/>
        </w:rPr>
        <w:t>[Αἰτῶν. εἰς ἀεὶ ἕξων. αἰτούμενος δὲ, λαβὼν καὶ αὖθις ἀποδώσων.] Αἰχμάσουσι. δορατομαχήσουσι, νικήσουσι. [Ἀϊχθήτην. ὥρμησαν.]</w:t>
      </w:r>
    </w:p>
    <w:p>
      <w:r>
        <w:rPr>
          <w:rFonts w:ascii="Courier New" w:hAnsi="Courier New"/>
          <w:color w:val="555555"/>
          <w:sz w:val="20"/>
        </w:rPr>
        <w:t>[alpha 96]</w:t>
      </w:r>
    </w:p>
    <w:p>
      <w:r>
        <w:rPr>
          <w:rFonts w:ascii="Gentium Plus" w:hAnsi="Gentium Plus"/>
          <w:sz w:val="24"/>
        </w:rPr>
        <w:t>τῆς τοῦ πονηροῦ τυραννίδος λαμβάνοντες, ἀπὸ δουλείας εἰς ἐλευθερίαν. καὶ ὁ Ἀπόστολος· αἰχμαλωτίζοντες πᾶν νόημα εἰς τὴν ὑπακοὴν τοῦ Χριστοῦ.]</w:t>
      </w:r>
    </w:p>
    <w:p>
      <w:pPr>
        <w:jc w:val="center"/>
      </w:pPr>
      <w:r>
        <w:rPr>
          <w:rFonts w:ascii="Gentium Plus" w:hAnsi="Gentium Plus"/>
          <w:b/>
          <w:sz w:val="24"/>
        </w:rPr>
        <w:t>(Ἐπίῤῥημα.)</w:t>
      </w:r>
    </w:p>
    <w:p>
      <w:r>
        <w:rPr>
          <w:rFonts w:ascii="Courier New" w:hAnsi="Courier New"/>
          <w:color w:val="555555"/>
          <w:sz w:val="20"/>
        </w:rPr>
        <w:t>[6]</w:t>
      </w:r>
    </w:p>
    <w:p>
      <w:r>
        <w:rPr>
          <w:rFonts w:ascii="Gentium Plus" w:hAnsi="Gentium Plus"/>
          <w:sz w:val="24"/>
        </w:rPr>
        <w:t>[Αἶ. ψιλούμενον καὶ περισπώμενον τὸ ὄφελον ση‐ μαίνει, κατὰ ἀποκοπὴν τοῦ αἴθε· δασυνόμενον δὲ καὶ βαρυνόμενον, ἄρθρον θηλυκὸν καὶ ἀνα‐ φορικόν· οἷον αἳ καὶ αἵτινες. σημαίνει δὲ καὶ</w:t>
      </w:r>
    </w:p>
    <w:p>
      <w:r>
        <w:rPr>
          <w:rFonts w:ascii="Courier New" w:hAnsi="Courier New"/>
          <w:color w:val="555555"/>
          <w:sz w:val="20"/>
        </w:rPr>
        <w:t>[10]</w:t>
      </w:r>
    </w:p>
    <w:p>
      <w:r>
        <w:rPr>
          <w:rFonts w:ascii="Gentium Plus" w:hAnsi="Gentium Plus"/>
          <w:sz w:val="24"/>
        </w:rPr>
        <w:t>ἐπίῤῥημα θρηνητικὸν, περισπώμενον καὶ ψιλού‐ μενον, ὃ καὶ διπλασιάζεται· αἶ αἶ τάλαινα θηλαμὼν κεκαυμένη.] [Αἴ. σημαίνει τὸ εἴθε. ἰστέον, τὸ αἲ γέγονεν ἐκ τοῦ εἲ, εὐκτικοῦ ἐπιῤῥήματος. ἔστι γὰρ εἲ, ὃ</w:t>
      </w:r>
    </w:p>
    <w:p>
      <w:r>
        <w:rPr>
          <w:rFonts w:ascii="Courier New" w:hAnsi="Courier New"/>
          <w:color w:val="555555"/>
          <w:sz w:val="20"/>
        </w:rPr>
        <w:t>[15]</w:t>
      </w:r>
    </w:p>
    <w:p>
      <w:r>
        <w:rPr>
          <w:rFonts w:ascii="Gentium Plus" w:hAnsi="Gentium Plus"/>
          <w:sz w:val="24"/>
        </w:rPr>
        <w:t>σημαίνει τὸ εἴθε. τοῦτο τὸ εἲ γίνεται αἲ, τοῦ ε τραπέντος εἰς ἄλφα.] Αἰδημόνως. ἀντὶ τοῦ αἰδεσίμως. Αἰεί. ἀντὶ τοῦ ἀεί. αἰεὶ γὰρ ἡ γυνή ς’ ἔχει διὰ στόμα.</w:t>
      </w:r>
    </w:p>
    <w:p>
      <w:r>
        <w:rPr>
          <w:rFonts w:ascii="Courier New" w:hAnsi="Courier New"/>
          <w:color w:val="555555"/>
          <w:sz w:val="20"/>
        </w:rPr>
        <w:t>[20]</w:t>
      </w:r>
    </w:p>
    <w:p>
      <w:r>
        <w:rPr>
          <w:rFonts w:ascii="Gentium Plus" w:hAnsi="Gentium Plus"/>
          <w:sz w:val="24"/>
        </w:rPr>
        <w:t>ἀντὶ τοῦ διὰ στόματος. [Αἰεὶ ἔστω. Ἀντιφῶν τὴν ἀϊδιότητα καὶ τὸ ἐπὶ τῶν αὐτῶν ἀεὶ ἑστάναι. ὥσπερ καὶ, ἔστω εὖ, ἡ εὐδαιμονία καλεῖται. ἡ λέξις Διογενιανοῦ. ἐν</w:t>
      </w:r>
    </w:p>
    <w:p>
      <w:r>
        <w:rPr>
          <w:rFonts w:ascii="Courier New" w:hAnsi="Courier New"/>
          <w:color w:val="555555"/>
          <w:sz w:val="20"/>
        </w:rPr>
        <w:t>[alpha 97]</w:t>
      </w:r>
    </w:p>
    <w:p>
      <w:r>
        <w:rPr>
          <w:rFonts w:ascii="Gentium Plus" w:hAnsi="Gentium Plus"/>
          <w:sz w:val="24"/>
        </w:rPr>
        <w:t>Αἰέν. διαπαντός. Ἀιεί. ὁμοίως. Αἰνιγματωδῶς. δυσχερῶς, ἀσαφῶς. Αἰβοῖ. ἀντὶ τοῦ φεῦ.</w:t>
      </w:r>
    </w:p>
    <w:p>
      <w:r>
        <w:rPr>
          <w:rFonts w:ascii="Courier New" w:hAnsi="Courier New"/>
          <w:color w:val="555555"/>
          <w:sz w:val="20"/>
        </w:rPr>
        <w:t>[5]</w:t>
      </w:r>
    </w:p>
    <w:p>
      <w:r>
        <w:rPr>
          <w:rFonts w:ascii="Gentium Plus" w:hAnsi="Gentium Plus"/>
          <w:sz w:val="24"/>
        </w:rPr>
        <w:t>Ἀΐγθην. ὁρμητικῶς, ἐπίῤῥημα μεσότητος. παρὰ τὸ ἀΐσσω τὸ ὁρμῶ. Ἀϊδρῶς. διαφανῶς, ἢ ἀπείρως. Ἀϊδῶς. ἀκαταλήπτως. Αἴθ’ ὄφελεν. παραλλήλως τὰ εὐκτικὰ κείμενα</w:t>
      </w:r>
    </w:p>
    <w:p>
      <w:r>
        <w:rPr>
          <w:rFonts w:ascii="Courier New" w:hAnsi="Courier New"/>
          <w:color w:val="555555"/>
          <w:sz w:val="20"/>
        </w:rPr>
        <w:t>[10]</w:t>
      </w:r>
    </w:p>
    <w:p>
      <w:r>
        <w:rPr>
          <w:rFonts w:ascii="Gentium Plus" w:hAnsi="Gentium Plus"/>
          <w:sz w:val="24"/>
        </w:rPr>
        <w:t>μόρια κατὰ τοῦτο διαφέρουσιν, ὅτι τὸ μέν ἐστιν ἀπαρέμφατον πρόσωπον ἤγουν μηδὲν ἐμφαῖνον· τὸ δὲ ὄφελον τὰ πρόσωπα ἐμφαίνει. αἴθ’ ὄφελες θανέειν ἢ πανύστατον ὀρχήσα‐ σθαι.</w:t>
      </w:r>
    </w:p>
    <w:p>
      <w:r>
        <w:rPr>
          <w:rFonts w:ascii="Courier New" w:hAnsi="Courier New"/>
          <w:color w:val="555555"/>
          <w:sz w:val="20"/>
        </w:rPr>
        <w:t>[15]</w:t>
      </w:r>
    </w:p>
    <w:p>
      <w:r>
        <w:rPr>
          <w:rFonts w:ascii="Gentium Plus" w:hAnsi="Gentium Plus"/>
          <w:sz w:val="24"/>
        </w:rPr>
        <w:t>παρὰ τῆς γλαυκὸς τοῦτο· ἣν ὅταν λάβωσι τὰ παιδία, περιάγουσιν· ἡ δὲ μὴ βλέπουσα δι’ ἡμέ‐ ρας, ὥσπερ ὀρχεῖται. Αἴκεν πως. ἐάν πως. Αἰκέποθι. ἐάν ποτε.</w:t>
      </w:r>
    </w:p>
    <w:p>
      <w:r>
        <w:rPr>
          <w:rFonts w:ascii="Courier New" w:hAnsi="Courier New"/>
          <w:color w:val="555555"/>
          <w:sz w:val="20"/>
        </w:rPr>
        <w:t>[20]</w:t>
      </w:r>
    </w:p>
    <w:p>
      <w:r>
        <w:rPr>
          <w:rFonts w:ascii="Gentium Plus" w:hAnsi="Gentium Plus"/>
          <w:sz w:val="24"/>
        </w:rPr>
        <w:t>Αἰνόθεν. ἀντὶ τοῦ αἰνῶς, λίαν, δεινῶς, ἐκ δει‐ νοῦ. τὸ γὰρ αἰνόθεν γενική. Αἶψα. ἀντὶ τοῦ ταχέως. [Αἶψα γὰρ ἐν κακότητι βροτοὶ καταγηρά‐ σκουσι.</w:t>
      </w:r>
    </w:p>
    <w:p>
      <w:r>
        <w:rPr>
          <w:rFonts w:ascii="Courier New" w:hAnsi="Courier New"/>
          <w:color w:val="555555"/>
          <w:sz w:val="20"/>
        </w:rPr>
        <w:t>[25]</w:t>
      </w:r>
    </w:p>
    <w:p>
      <w:r>
        <w:rPr>
          <w:rFonts w:ascii="Gentium Plus" w:hAnsi="Gentium Plus"/>
          <w:sz w:val="24"/>
        </w:rPr>
        <w:t>γίνεται δὲ κατὰ στέρησιν τοῦ ἴψαι, τοῦ σημαί‐ νοντος τὸ βλάψαι· τὸ γὰρ βλάπτον καὶ ἐμπο‐ δίζειν ἀνάγκη. τὸ δὲ ἀνεμπόδιστον ταχὺ γίνε‐ ται. ἢ παρὰ τὸ ἅψω, αἶψα. δοκεῖ γὰρ τὸ τα‐ χέως γινόμενον ἀλλήλων ἅπτεσθαι κατὰ συνέ‐</w:t>
      </w:r>
    </w:p>
    <w:p>
      <w:r>
        <w:rPr>
          <w:rFonts w:ascii="Courier New" w:hAnsi="Courier New"/>
          <w:color w:val="555555"/>
          <w:sz w:val="20"/>
        </w:rPr>
        <w:t>[30]</w:t>
      </w:r>
    </w:p>
    <w:p>
      <w:r>
        <w:rPr>
          <w:rFonts w:ascii="Gentium Plus" w:hAnsi="Gentium Plus"/>
          <w:sz w:val="24"/>
        </w:rPr>
        <w:t>χειαν.]</w:t>
      </w:r>
    </w:p>
    <w:p>
      <w:pPr>
        <w:jc w:val="center"/>
      </w:pPr>
      <w:r>
        <w:rPr>
          <w:rFonts w:ascii="Gentium Plus" w:hAnsi="Gentium Plus"/>
          <w:b/>
          <w:sz w:val="24"/>
        </w:rPr>
        <w:t>Τὸ Α μετὰ τοῦ Κ.</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Ἀκάθαρτος. ὁ ἁμαρτωλός. ἀκάθαρτος γὰρ τὴν ψυχὴν ὅγε κακός· καθαρὸς δὲ ὁ ἐναντίος.</w:t>
      </w:r>
    </w:p>
    <w:p>
      <w:r>
        <w:rPr>
          <w:rFonts w:ascii="Courier New" w:hAnsi="Courier New"/>
          <w:color w:val="555555"/>
          <w:sz w:val="20"/>
        </w:rPr>
        <w:t>[5]</w:t>
      </w:r>
    </w:p>
    <w:p>
      <w:r>
        <w:rPr>
          <w:rFonts w:ascii="Gentium Plus" w:hAnsi="Gentium Plus"/>
          <w:sz w:val="24"/>
        </w:rPr>
        <w:t>Ἀκαθαίρετος. ὁ ἀκατάβλητος. πύργος ἀκαθαί‐ ρετος. Ἀκαμπίας. ὁ εὐθύδρομος. ἀκάμπιος δρόμος ὁ μακρὸς καὶ δι’ εὐθείας περίπατος. Ἀκαρίδιος. βραχύτατος. ἀκαρίδιος ὁ ἀνθρώπινος</w:t>
      </w:r>
    </w:p>
    <w:p>
      <w:r>
        <w:rPr>
          <w:rFonts w:ascii="Courier New" w:hAnsi="Courier New"/>
          <w:color w:val="555555"/>
          <w:sz w:val="20"/>
        </w:rPr>
        <w:t>[10]</w:t>
      </w:r>
    </w:p>
    <w:p>
      <w:r>
        <w:rPr>
          <w:rFonts w:ascii="Gentium Plus" w:hAnsi="Gentium Plus"/>
          <w:sz w:val="24"/>
        </w:rPr>
        <w:t>βίος, καὶ μετ’ ὀλίγον πάντ’ ἐξετάθημεν. Ἀκατάβλητον. ἀήττητον. παρὰ τὸ μὴ κατα‐ βάλλειν. [οὐ γάρ που τότ’ ἐξεπίστατο Φειδιππίδης μοι τὸν ἀκατάβλητον λόγον.</w:t>
      </w:r>
    </w:p>
    <w:p>
      <w:r>
        <w:rPr>
          <w:rFonts w:ascii="Courier New" w:hAnsi="Courier New"/>
          <w:color w:val="555555"/>
          <w:sz w:val="20"/>
        </w:rPr>
        <w:t>[15]</w:t>
      </w:r>
    </w:p>
    <w:p>
      <w:r>
        <w:rPr>
          <w:rFonts w:ascii="Gentium Plus" w:hAnsi="Gentium Plus"/>
          <w:sz w:val="24"/>
        </w:rPr>
        <w:t>οὕτως Ἀριστοφάνης.] Ἀκαταῖος. ἵππος ὠνομασμένος. Ἀκαταιτίατος. ὁ ἀναίτιος. Ἀκατίροις. ἐθνικόν. Ἀκεανός. εἶδος ὀσπρίου.</w:t>
      </w:r>
    </w:p>
    <w:p>
      <w:r>
        <w:rPr>
          <w:rFonts w:ascii="Courier New" w:hAnsi="Courier New"/>
          <w:color w:val="555555"/>
          <w:sz w:val="20"/>
        </w:rPr>
        <w:t>[20]</w:t>
      </w:r>
    </w:p>
    <w:p>
      <w:r>
        <w:rPr>
          <w:rFonts w:ascii="Gentium Plus" w:hAnsi="Gentium Plus"/>
          <w:sz w:val="24"/>
        </w:rPr>
        <w:t>Ἀκαλός. ὁ ἥσυχος· ὅ ἐστιν ἦκα τὸ ἠρέμα καὶ ἡσύχως. ἐκ τούτου γίνεται παράγωγον ἤκαλος, ὡς πέμπω, πέμπελος, καὶ κατὰ συστάδην ἀκαλός. Ἀκαλαρείτης. ὁ ἡσύχως ῥέων. παρὰ τὸ ἄκη‐ λον καὶ ἤκαλον, τὸ ἥσυχον. τὰ παρὰ τὸ ῥέω</w:t>
      </w:r>
    </w:p>
    <w:p>
      <w:r>
        <w:rPr>
          <w:rFonts w:ascii="Courier New" w:hAnsi="Courier New"/>
          <w:color w:val="555555"/>
          <w:sz w:val="20"/>
        </w:rPr>
        <w:t>[25]</w:t>
      </w:r>
    </w:p>
    <w:p>
      <w:r>
        <w:rPr>
          <w:rFonts w:ascii="Gentium Plus" w:hAnsi="Gentium Plus"/>
          <w:sz w:val="24"/>
        </w:rPr>
        <w:t>διὰ τῆς ει διφθόγγου γράφεται. Ἄκερως βοῦς. ὁ μὴ ἔχων κέρατα. Ἀκέσιος. ἐπίσκοπος Ναυατιανῶν, ὃς παρῆν ἐπὶ τοῦ μεγάλου Κωνσταντίνου. Ἀκειροκόμης. ὁ τὴν κόμην μὴ κειρόμενος. κείρω</w:t>
      </w:r>
    </w:p>
    <w:p>
      <w:r>
        <w:rPr>
          <w:rFonts w:ascii="Courier New" w:hAnsi="Courier New"/>
          <w:color w:val="555555"/>
          <w:sz w:val="20"/>
        </w:rPr>
        <w:t>[30]</w:t>
      </w:r>
    </w:p>
    <w:p>
      <w:r>
        <w:rPr>
          <w:rFonts w:ascii="Gentium Plus" w:hAnsi="Gentium Plus"/>
          <w:sz w:val="24"/>
        </w:rPr>
        <w:t>γὰρ τὸ κόπτω. Ἀκέφαλος. ἄτιμος. καὶ παροιμιωδῶς ἀκέφαλος</w:t>
      </w:r>
    </w:p>
    <w:p>
      <w:r>
        <w:rPr>
          <w:rFonts w:ascii="Courier New" w:hAnsi="Courier New"/>
          <w:color w:val="555555"/>
          <w:sz w:val="20"/>
        </w:rPr>
        <w:t>[alpha 99]</w:t>
      </w:r>
    </w:p>
    <w:p>
      <w:r>
        <w:rPr>
          <w:rFonts w:ascii="Gentium Plus" w:hAnsi="Gentium Plus"/>
          <w:sz w:val="24"/>
        </w:rPr>
        <w:t>Ἀκέστωρ. ὁ θεραπευτὴς, ἰατρός· ἄκος γὰρ ἡ θεραπεία. Ἀκεσώδυνος. ὁ ἰατρὸς, ὁ θεραπευτὴς, ὁ τὰς ὀδύ‐ νας παύων καὶ θεραπεύων.</w:t>
      </w:r>
    </w:p>
    <w:p>
      <w:r>
        <w:rPr>
          <w:rFonts w:ascii="Courier New" w:hAnsi="Courier New"/>
          <w:color w:val="555555"/>
          <w:sz w:val="20"/>
        </w:rPr>
        <w:t>[5]</w:t>
      </w:r>
    </w:p>
    <w:p>
      <w:r>
        <w:rPr>
          <w:rFonts w:ascii="Gentium Plus" w:hAnsi="Gentium Plus"/>
          <w:sz w:val="24"/>
        </w:rPr>
        <w:t>Ἀκήδεστοι. μηδεμιᾶς φροντίδος τυχόντες. ἢ ἄτα‐ φοι, παρὰ τὸ μὴ ἔχειν κηδεμονίαν. ἐκ τοῦ κήδω ὁ μέλλων κηδῶ. καὶ μετάγεται εἰς ἐνεστῶτα, ὁ μέλλων κηδεύσω, ὁ παρακείμενος κεκήδευκα, ὁ παθητικὸς κεκήδευμαι, κεκήδευσαι, κηδευτὸς</w:t>
      </w:r>
    </w:p>
    <w:p>
      <w:r>
        <w:rPr>
          <w:rFonts w:ascii="Courier New" w:hAnsi="Courier New"/>
          <w:color w:val="555555"/>
          <w:sz w:val="20"/>
        </w:rPr>
        <w:t>[10]</w:t>
      </w:r>
    </w:p>
    <w:p>
      <w:r>
        <w:rPr>
          <w:rFonts w:ascii="Gentium Plus" w:hAnsi="Gentium Plus"/>
          <w:sz w:val="24"/>
        </w:rPr>
        <w:t>καὶ ἀκήδευτος. Ἀκηδής. ἄταφος, ἀμελής. οἱ δὲ Ῥωμαῖοι τοὺς ἑαυ‐ τῶν πολεμίους ἀκηδεῖς οὐχ ὑπέμειναν παριδεῖν. Ἀκροσφαλής. ὁ ἑτοιμόπτωτος. Ἀκερσοκόμης. ὁ μὴ κείρων τὴν κόμην. παρὰ τὸ</w:t>
      </w:r>
    </w:p>
    <w:p>
      <w:r>
        <w:rPr>
          <w:rFonts w:ascii="Courier New" w:hAnsi="Courier New"/>
          <w:color w:val="555555"/>
          <w:sz w:val="20"/>
        </w:rPr>
        <w:t>[15]</w:t>
      </w:r>
    </w:p>
    <w:p>
      <w:r>
        <w:rPr>
          <w:rFonts w:ascii="Gentium Plus" w:hAnsi="Gentium Plus"/>
          <w:sz w:val="24"/>
        </w:rPr>
        <w:t>κείρω, ὁ μέλλων αἰολικῶς κέρσω, καὶ τὴν κό‐ μην γίνεται κερσοκόμης, διὰ τοῦ ο μικροῦ. πᾶς γὰρ ἐνεστὼς ἐν πρώτῳ προσώπῳ λαβὼν συνή‐ θειαν, τρέπει τὸ ω μέγα εἰς ο μικρόν. λείπω, λειποτάκτης· μίξω, μιξοπόλιος.</w:t>
      </w:r>
    </w:p>
    <w:p>
      <w:r>
        <w:rPr>
          <w:rFonts w:ascii="Courier New" w:hAnsi="Courier New"/>
          <w:color w:val="555555"/>
          <w:sz w:val="20"/>
        </w:rPr>
        <w:t>[20]</w:t>
      </w:r>
    </w:p>
    <w:p>
      <w:r>
        <w:rPr>
          <w:rFonts w:ascii="Gentium Plus" w:hAnsi="Gentium Plus"/>
          <w:sz w:val="24"/>
        </w:rPr>
        <w:t>Ἀκινάκης. σπαδομάχαιρον, ῥηκτάριον δόρυ ἢ ἀκόν‐ τιον Περσικόν. παρὰ τὸ ἀκὴ, ὃ σημαίνει τὴν ὀξύ‐ τητα, ἢ παρὰ τὸ ἀκίδιον, ἀλλήλοις συντεθέντων τῶν δύο ὁμοιοσήμων. καὶ δῆλον ὅτι ἐτράπη τὸ δ εἰς τὸ ν. ὡς ἐπὶ τοῦ Ἐριχθεὺς Ἐριχθέος καὶ</w:t>
      </w:r>
    </w:p>
    <w:p>
      <w:r>
        <w:rPr>
          <w:rFonts w:ascii="Courier New" w:hAnsi="Courier New"/>
          <w:color w:val="555555"/>
          <w:sz w:val="20"/>
        </w:rPr>
        <w:t>[25]</w:t>
      </w:r>
    </w:p>
    <w:p>
      <w:r>
        <w:rPr>
          <w:rFonts w:ascii="Gentium Plus" w:hAnsi="Gentium Plus"/>
          <w:sz w:val="24"/>
        </w:rPr>
        <w:t>Ἐριχθόνιος, παρὰ τὸ τὴν ἔραν καὶ τὴν χθόνα. ἢ παρὰ τὸ ὠκὺς καὶ τὴν ἀκὴν γίνεται ἀκινάκης. Ἀκήρατος. αἰώνιος, ἄφθαρτος. παρὰ τὸ γῆρας γήρατος, καὶ μετὰ τοῦ στερητικοῦ α, ἀγήρα‐ τος καὶ ἀκήρατος, ὁ μὴ γηρῶν.</w:t>
      </w:r>
    </w:p>
    <w:p>
      <w:r>
        <w:rPr>
          <w:rFonts w:ascii="Courier New" w:hAnsi="Courier New"/>
          <w:color w:val="555555"/>
          <w:sz w:val="20"/>
        </w:rPr>
        <w:t>[30]</w:t>
      </w:r>
    </w:p>
    <w:p>
      <w:r>
        <w:rPr>
          <w:rFonts w:ascii="Gentium Plus" w:hAnsi="Gentium Plus"/>
          <w:sz w:val="24"/>
        </w:rPr>
        <w:t>Ἀκαιροβόας. ὁ λάλος. Ἀκιδνός. ὁ ἀσθενής. παρὰ τὸ κινῶ ἄκινος, καὶ πλεονασμῷ τοῦ δ ἀκιδνὸς, ὁ μὴ κινούμενος. ἢ παρὰ τὸ αἰκίζω, αἰκιανὸς, ὁ εὐτελὴς καὶ ἐν αἰκισμοῖς ὤν.</w:t>
      </w:r>
    </w:p>
    <w:p>
      <w:r>
        <w:rPr>
          <w:rFonts w:ascii="Courier New" w:hAnsi="Courier New"/>
          <w:color w:val="555555"/>
          <w:sz w:val="20"/>
        </w:rPr>
        <w:t>[35]</w:t>
      </w:r>
    </w:p>
    <w:p>
      <w:r>
        <w:rPr>
          <w:rFonts w:ascii="Gentium Plus" w:hAnsi="Gentium Plus"/>
          <w:sz w:val="24"/>
        </w:rPr>
        <w:t>Ἄκικυς. ὁ ἀνισχυρός.</w:t>
      </w:r>
    </w:p>
    <w:p>
      <w:r>
        <w:rPr>
          <w:rFonts w:ascii="Courier New" w:hAnsi="Courier New"/>
          <w:color w:val="555555"/>
          <w:sz w:val="20"/>
        </w:rPr>
        <w:t>[alpha 100]</w:t>
      </w:r>
    </w:p>
    <w:p>
      <w:r>
        <w:rPr>
          <w:rFonts w:ascii="Gentium Plus" w:hAnsi="Gentium Plus"/>
          <w:sz w:val="24"/>
        </w:rPr>
        <w:t>Ἀκκισμοί. προσποιήσεις καὶ ὑποκρίσεις, ἀπὸ Ἀκ‐ κὼ, τινὸς Σαμίας μωρᾶς οὔσης. Ἄκμηνος. ἄγευστος. ἄκμηνος δόρποιο.</w:t>
      </w:r>
    </w:p>
    <w:p>
      <w:r>
        <w:rPr>
          <w:rFonts w:ascii="Courier New" w:hAnsi="Courier New"/>
          <w:color w:val="555555"/>
          <w:sz w:val="20"/>
        </w:rPr>
        <w:t>[5]</w:t>
      </w:r>
    </w:p>
    <w:p>
      <w:r>
        <w:rPr>
          <w:rFonts w:ascii="Gentium Plus" w:hAnsi="Gentium Plus"/>
          <w:sz w:val="24"/>
        </w:rPr>
        <w:t>Ἀκμαῖος. σφριγῶν· νεανίσκος. Ἄκμων. παρὰ τὸ κάμνω. ἀκάμων τὶς ὢν, ὁ ἀκα‐ μάτως φέρων. Ἀκμήτης. ὁ νέος· ὁ ἀκμάζων, ὁ μὴ κοπιῶν. καὶ ἀκμῆτις. παρὰ τὸ κάμνω, ὁ δεύτερος ἀόρι‐</w:t>
      </w:r>
    </w:p>
    <w:p>
      <w:r>
        <w:rPr>
          <w:rFonts w:ascii="Courier New" w:hAnsi="Courier New"/>
          <w:color w:val="555555"/>
          <w:sz w:val="20"/>
        </w:rPr>
        <w:t>[10]</w:t>
      </w:r>
    </w:p>
    <w:p>
      <w:r>
        <w:rPr>
          <w:rFonts w:ascii="Gentium Plus" w:hAnsi="Gentium Plus"/>
          <w:sz w:val="24"/>
        </w:rPr>
        <w:t>στος [ἔκαμον,] ἐξ αὐτοῦ καμὴς, καὶ μετὰ τοῦ στερητικοῦ α ἀκαμὴς καὶ συγκοπῇ ἀκμής. Ἀκόλαστος. ἀκρατὴς, θρασὺς, ἢ ὁ ἀπαίδευ‐ τος. παρὰ τὸ [μὴ] κολάσεως τετυχηκέναι, ὅ ἐστι παιδείας. ἐπὶ δὲ τοῦ κατωφεροῦς, παρὰ τὸ</w:t>
      </w:r>
    </w:p>
    <w:p>
      <w:r>
        <w:rPr>
          <w:rFonts w:ascii="Courier New" w:hAnsi="Courier New"/>
          <w:color w:val="555555"/>
          <w:sz w:val="20"/>
        </w:rPr>
        <w:t>[15]</w:t>
      </w:r>
    </w:p>
    <w:p>
      <w:r>
        <w:rPr>
          <w:rFonts w:ascii="Gentium Plus" w:hAnsi="Gentium Plus"/>
          <w:sz w:val="24"/>
        </w:rPr>
        <w:t>μὴ κολάσαι τὴν ἐπιθυμίαν. Ἄκολος. ὁ μικρὸς ψωμὸς, ὁ μηκέτι κολούεσθαι δυνάμενος καὶ εἰς μικρὰ τέμνεσθαι. Ἀκόρητος. ὁ ἀνεπιμέλητος, ἢ ἄπλητος, παρὰ τὸ κόρος. τὸ δὲ κόρος παρὰ τὸ κορῶ, κορέσω,</w:t>
      </w:r>
    </w:p>
    <w:p>
      <w:r>
        <w:rPr>
          <w:rFonts w:ascii="Courier New" w:hAnsi="Courier New"/>
          <w:color w:val="555555"/>
          <w:sz w:val="20"/>
        </w:rPr>
        <w:t>[20]</w:t>
      </w:r>
    </w:p>
    <w:p>
      <w:r>
        <w:rPr>
          <w:rFonts w:ascii="Gentium Plus" w:hAnsi="Gentium Plus"/>
          <w:sz w:val="24"/>
        </w:rPr>
        <w:t>κορήσω, κεκόρηκα, κεκόρημαι, κεκόρησαι, [κεκό‐ ρηται,] κορητὸς καὶ ἀκόρητος. Ἀκρατοπότης. ὁ μέθυσος, ὁ τὸν ἄκρατον οἶνον ἀπλήστως πίνων. Ἀκριβής. ὁ νέος. καὶ ἡ δι’ ἀναγκαίων γινομένη,</w:t>
      </w:r>
    </w:p>
    <w:p>
      <w:r>
        <w:rPr>
          <w:rFonts w:ascii="Courier New" w:hAnsi="Courier New"/>
          <w:color w:val="555555"/>
          <w:sz w:val="20"/>
        </w:rPr>
        <w:t>[25]</w:t>
      </w:r>
    </w:p>
    <w:p>
      <w:r>
        <w:rPr>
          <w:rFonts w:ascii="Gentium Plus" w:hAnsi="Gentium Plus"/>
          <w:sz w:val="24"/>
        </w:rPr>
        <w:t>καὶ ὧν πᾶσα σπουδαίου ὑπόληψις ἔχει. ἀκρι‐ βὴς καὶ ὁ βέβαιος. λέγεται γάρ· ἀκριβὴς ζηλω‐ τὴς τῆς τοῦ Μάνεντος δόξης. παρὰ τὸ κρίβω, κριβὴς καὶ ἀκριβής. καὶ γὰρ τὸν ἀκριβῆ οὐδεὶς δύναται λαθεῖν. [ἢ παρὰ τὸ ἄχρι καὶ τὸ βαί‐</w:t>
      </w:r>
    </w:p>
    <w:p>
      <w:r>
        <w:rPr>
          <w:rFonts w:ascii="Courier New" w:hAnsi="Courier New"/>
          <w:color w:val="555555"/>
          <w:sz w:val="20"/>
        </w:rPr>
        <w:t>[30]</w:t>
      </w:r>
    </w:p>
    <w:p>
      <w:r>
        <w:rPr>
          <w:rFonts w:ascii="Gentium Plus" w:hAnsi="Gentium Plus"/>
          <w:sz w:val="24"/>
        </w:rPr>
        <w:t>νειν, ἀχριβὴς καὶ ἀκριβής. ὁ γὰρ ἀκριβὴς μέ‐ χρι καὶ τοῦ μικροῦ καταγίνεται.] Ἄκριτος. ὁ ἀδιάκριτος. οὕτως Δημοσθένης. Ἀκρόβελις. εἶδος ἀκοντίου. Ἀκροβολισμός. ἐρεθισμὸς, καὶ τὸ ἄκρον βάλλειν.</w:t>
      </w:r>
    </w:p>
    <w:p>
      <w:r>
        <w:rPr>
          <w:rFonts w:ascii="Courier New" w:hAnsi="Courier New"/>
          <w:color w:val="555555"/>
          <w:sz w:val="20"/>
        </w:rPr>
        <w:t>[35]</w:t>
      </w:r>
    </w:p>
    <w:p>
      <w:r>
        <w:rPr>
          <w:rFonts w:ascii="Gentium Plus" w:hAnsi="Gentium Plus"/>
          <w:sz w:val="24"/>
        </w:rPr>
        <w:t>Ἀκρόβολοι. ἀκοντισταὶ, τοξόται.</w:t>
      </w:r>
    </w:p>
    <w:p>
      <w:r>
        <w:rPr>
          <w:rFonts w:ascii="Courier New" w:hAnsi="Courier New"/>
          <w:color w:val="555555"/>
          <w:sz w:val="20"/>
        </w:rPr>
        <w:t>[alpha 101]</w:t>
      </w:r>
    </w:p>
    <w:p>
      <w:r>
        <w:rPr>
          <w:rFonts w:ascii="Gentium Plus" w:hAnsi="Gentium Plus"/>
          <w:sz w:val="24"/>
        </w:rPr>
        <w:t>Ἀκρόκομοι. μετρίως κομῶντες, ἢ λίαν. ἢ οἱ τὰ ἄκρα τῆς κεφαλῆς κομῶντες. Ἀκρότομος λίθος. σκληρὸς, ὑψηλὸς, ἢ ὀξύτατος. Ἄκρος, τέλειος, εἰς ἄκρον ἐληλακός.</w:t>
      </w:r>
    </w:p>
    <w:p>
      <w:r>
        <w:rPr>
          <w:rFonts w:ascii="Courier New" w:hAnsi="Courier New"/>
          <w:color w:val="555555"/>
          <w:sz w:val="20"/>
        </w:rPr>
        <w:t>[5]</w:t>
      </w:r>
    </w:p>
    <w:p>
      <w:r>
        <w:rPr>
          <w:rFonts w:ascii="Gentium Plus" w:hAnsi="Gentium Plus"/>
          <w:sz w:val="24"/>
        </w:rPr>
        <w:t>Ἀκρέμων. ὁ κλάδος, ὁ βλαστὸς, παρὰ τὸ ἄκρον. ἢ παρὰ τὸ κρέμω. ὁ αὐτὸς καὶ κρε‐ μὼν λέγεται. Ἀκρατής. ὁ εἰδὼς τὰ κακὰ, ὅτι φαῦλα, καὶ πράττων αὐτὰ δι’ ἡδονήν.</w:t>
      </w:r>
    </w:p>
    <w:p>
      <w:r>
        <w:rPr>
          <w:rFonts w:ascii="Courier New" w:hAnsi="Courier New"/>
          <w:color w:val="555555"/>
          <w:sz w:val="20"/>
        </w:rPr>
        <w:t>[10]</w:t>
      </w:r>
    </w:p>
    <w:p>
      <w:r>
        <w:rPr>
          <w:rFonts w:ascii="Gentium Plus" w:hAnsi="Gentium Plus"/>
          <w:sz w:val="24"/>
        </w:rPr>
        <w:t>Ἀκρόχολος. ὁ καθ’ ὑπερβολὴν ὀξὺς καὶ πρὸς πᾶν ὀργίλος. Ἀκροθόριξ. ὁ μέθυσος. Ἀκραιφνής. κυρίως ὁ περιφανὴς, παρὰ τὸ ἀκέ‐ ραιον καὶ τὸ φαίνω, ἀκεραιοφανής· καὶ κατὰ</w:t>
      </w:r>
    </w:p>
    <w:p>
      <w:r>
        <w:rPr>
          <w:rFonts w:ascii="Courier New" w:hAnsi="Courier New"/>
          <w:color w:val="555555"/>
          <w:sz w:val="20"/>
        </w:rPr>
        <w:t>[15]</w:t>
      </w:r>
    </w:p>
    <w:p>
      <w:r>
        <w:rPr>
          <w:rFonts w:ascii="Gentium Plus" w:hAnsi="Gentium Plus"/>
          <w:sz w:val="24"/>
        </w:rPr>
        <w:t>συγκοπὴν ἀκραιφνὴς, τοῦ ο εἰς α τραπέντος, ὡς ἐπὶ τοῦ μεσοπόλιος μεσαιπόλιος. Ἄκρητος. ὁ ἄκρατος. ἐκ τοῦ κερῶ, κεράσω· συγ‐ κοπῇ κράσω, κρατὴρ καὶ κρητήρ. ἐκ δὲ τοῦ κε‐ ράσω, κρατὸς, ἄκρατος καὶ ἄκρητος.</w:t>
      </w:r>
    </w:p>
    <w:p>
      <w:r>
        <w:rPr>
          <w:rFonts w:ascii="Courier New" w:hAnsi="Courier New"/>
          <w:color w:val="555555"/>
          <w:sz w:val="20"/>
        </w:rPr>
        <w:t>[20]</w:t>
      </w:r>
    </w:p>
    <w:p>
      <w:r>
        <w:rPr>
          <w:rFonts w:ascii="Gentium Plus" w:hAnsi="Gentium Plus"/>
          <w:sz w:val="24"/>
        </w:rPr>
        <w:t>Ἀκρατοκώθωνες. οἱ νέοι, οἱ πίνοντες τὰ ἄκρατα ἐκ τῶν κωθώνων. Ἀκριτόμυθος. ὁ πολλὰ λέγων. κρινῶ, κέκρικα, κέκριται τὸ τρίτον τοῦ παθητικοῦ παρακειμέ‐ νου, καὶ ἐξ αὐτοῦ κριτός· καὶ τὸ μῦθος, ἀκρι‐</w:t>
      </w:r>
    </w:p>
    <w:p>
      <w:r>
        <w:rPr>
          <w:rFonts w:ascii="Courier New" w:hAnsi="Courier New"/>
          <w:color w:val="555555"/>
          <w:sz w:val="20"/>
        </w:rPr>
        <w:t>[25]</w:t>
      </w:r>
    </w:p>
    <w:p>
      <w:r>
        <w:rPr>
          <w:rFonts w:ascii="Gentium Plus" w:hAnsi="Gentium Plus"/>
          <w:sz w:val="24"/>
        </w:rPr>
        <w:t>τόμυθος. Ἀκταί. οἱ ζωγράφοι. Ἀκταίωρος. παρὰ τὸ τὴν ἀκτὴν ὠρεῖν, ὃ ἐστὶ φυλάσσειν. Ἀκοινώνητος. ὁ ἀκριβής.</w:t>
      </w:r>
    </w:p>
    <w:p>
      <w:r>
        <w:rPr>
          <w:rFonts w:ascii="Courier New" w:hAnsi="Courier New"/>
          <w:color w:val="555555"/>
          <w:sz w:val="20"/>
        </w:rPr>
        <w:t>[30]</w:t>
      </w:r>
    </w:p>
    <w:p>
      <w:r>
        <w:rPr>
          <w:rFonts w:ascii="Gentium Plus" w:hAnsi="Gentium Plus"/>
          <w:sz w:val="24"/>
        </w:rPr>
        <w:t>Ἀκοίτης. ὁ ἀνήρ· ἄκοιτις δὲ ἡ γυνή.</w:t>
      </w:r>
    </w:p>
    <w:p>
      <w:r>
        <w:rPr>
          <w:rFonts w:ascii="Courier New" w:hAnsi="Courier New"/>
          <w:color w:val="555555"/>
          <w:sz w:val="20"/>
        </w:rPr>
        <w:t>[alpha 102]</w:t>
      </w:r>
    </w:p>
    <w:p>
      <w:r>
        <w:rPr>
          <w:rFonts w:ascii="Gentium Plus" w:hAnsi="Gentium Plus"/>
          <w:sz w:val="24"/>
        </w:rPr>
        <w:t>Ἄκυλος. τῆς πρίνου ὁ καρπός. ἔκυλος δὲ εἶδος βοτάνης. Ἄκακοι. οἱ ἁπλούστεροι. καὶ ὁ Ἀπόστολος· τὰς καρδίας τῶν ἀκάκων.</w:t>
      </w:r>
    </w:p>
    <w:p>
      <w:r>
        <w:rPr>
          <w:rFonts w:ascii="Courier New" w:hAnsi="Courier New"/>
          <w:color w:val="555555"/>
          <w:sz w:val="20"/>
        </w:rPr>
        <w:t>[5]</w:t>
      </w:r>
    </w:p>
    <w:p>
      <w:r>
        <w:rPr>
          <w:rFonts w:ascii="Gentium Plus" w:hAnsi="Gentium Plus"/>
          <w:sz w:val="24"/>
        </w:rPr>
        <w:t>Ἀκρήβης. ὁ ἀκμάζων. Ἀκριτόμυθος. τὰ εἰς ος δισύλλαβα ἀναβιβάζουσι τὸν τόνον. Ἀκάθεκτος. ὁ ἀκατάσχετος. ἦν γὰρ ἀκάθεκτος ὁρμὴ περὶ αὐτὸν διὰ τὰς τῶν Περσῶν ἐπάρσεις.</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Ἀκακία. ἡ ἁπλότης, ἡ ἀγαθοσύνη. Ἀκαλανθίς. εἶδος ὀρνέου, ἢ [ἡ] κύων, παρὰ τὸ αἰκάλλειν ἴσως τοὺς γνωρίμους, ὑλακτεῖν δὲ τοὺς ξένους.</w:t>
      </w:r>
    </w:p>
    <w:p>
      <w:r>
        <w:rPr>
          <w:rFonts w:ascii="Courier New" w:hAnsi="Courier New"/>
          <w:color w:val="555555"/>
          <w:sz w:val="20"/>
        </w:rPr>
        <w:t>[15]</w:t>
      </w:r>
    </w:p>
    <w:p>
      <w:r>
        <w:rPr>
          <w:rFonts w:ascii="Gentium Plus" w:hAnsi="Gentium Plus"/>
          <w:sz w:val="24"/>
        </w:rPr>
        <w:t>Ἀκαδημία. γυμνάσιον ἐν Ἀθήναις, ἀπὸ Ἀκαδή‐ μου τινὸς ὠνομασμένου. λέγεται καὶ ἡ διατριβὴ τῶν φίλων. Ἀκαλήφη. θαλάσσιον φυτὸν, δῆξιν καὶ κνησμὸν ἐμποιοῦσα. ἢ ἡ χερσαῖα κνίδη. [παυσάμενον</w:t>
      </w:r>
    </w:p>
    <w:p>
      <w:r>
        <w:rPr>
          <w:rFonts w:ascii="Courier New" w:hAnsi="Courier New"/>
          <w:color w:val="555555"/>
          <w:sz w:val="20"/>
        </w:rPr>
        <w:t>[20]</w:t>
      </w:r>
    </w:p>
    <w:p>
      <w:r>
        <w:rPr>
          <w:rFonts w:ascii="Gentium Plus" w:hAnsi="Gentium Plus"/>
          <w:sz w:val="24"/>
        </w:rPr>
        <w:t>τῆς δυσκολίας, ἀπὸ τῆς ὀργῆς τὴν ἀκαλήφην ἀφελέσθαι.] ἀκαλήφη δὲ ἡ θαλάσσιος, ἥτις καὶ διὰ τοῦ ι γράφεται, ἔστι κογχυλίδιόν τι. Ἀριστοφάνης· καὶ τὰς κραναὰς ἀκαλίφας—</w:t>
      </w:r>
    </w:p>
    <w:p>
      <w:r>
        <w:rPr>
          <w:rFonts w:ascii="Courier New" w:hAnsi="Courier New"/>
          <w:color w:val="555555"/>
          <w:sz w:val="20"/>
        </w:rPr>
        <w:t>[25]</w:t>
      </w:r>
    </w:p>
    <w:p>
      <w:r>
        <w:rPr>
          <w:rFonts w:ascii="Gentium Plus" w:hAnsi="Gentium Plus"/>
          <w:sz w:val="24"/>
        </w:rPr>
        <w:t>καὶ Φερεκράτης· βουλοίμην γὰρ κᾂν ἀκαλίφαις τὸν ἴσον χρό‐ νον ἐστεφανῶσθαι. κατὰ ἀντίφρασιν δὲ ἀκαλήφη, ἡ ἔχουσα ἀκαλῆ τὴν ἁφὴν, ἧς οὐκ ἔστιν ἀκαλῶς, ὅ ἐστι ἡσύχως,</w:t>
      </w:r>
    </w:p>
    <w:p>
      <w:r>
        <w:rPr>
          <w:rFonts w:ascii="Courier New" w:hAnsi="Courier New"/>
          <w:color w:val="555555"/>
          <w:sz w:val="20"/>
        </w:rPr>
        <w:t>[30]</w:t>
      </w:r>
    </w:p>
    <w:p>
      <w:r>
        <w:rPr>
          <w:rFonts w:ascii="Gentium Plus" w:hAnsi="Gentium Plus"/>
          <w:sz w:val="24"/>
        </w:rPr>
        <w:t>ἅπτεσθαι· τὰ δὲ διὰ τοῦ ιφη μονογενῆ διὰ τοῦ</w:t>
      </w:r>
    </w:p>
    <w:p>
      <w:r>
        <w:rPr>
          <w:rFonts w:ascii="Courier New" w:hAnsi="Courier New"/>
          <w:color w:val="555555"/>
          <w:sz w:val="20"/>
        </w:rPr>
        <w:t>[alpha 103]</w:t>
      </w:r>
    </w:p>
    <w:p>
      <w:r>
        <w:rPr>
          <w:rFonts w:ascii="Gentium Plus" w:hAnsi="Gentium Plus"/>
          <w:sz w:val="24"/>
        </w:rPr>
        <w:t>ι γράφεται, οἷον· Σίφη, ἡ πόλις· ἀκρίφη, ἡ σκάφη. τὸ κνήφη, ἀκαλήφη σεσημείωται. Ἀκάτειρα. ὄνομα πόλεως. Ἄκαψις. ὄνομα πόλεως.</w:t>
      </w:r>
    </w:p>
    <w:p>
      <w:r>
        <w:rPr>
          <w:rFonts w:ascii="Courier New" w:hAnsi="Courier New"/>
          <w:color w:val="555555"/>
          <w:sz w:val="20"/>
        </w:rPr>
        <w:t>[5]</w:t>
      </w:r>
    </w:p>
    <w:p>
      <w:r>
        <w:rPr>
          <w:rFonts w:ascii="Gentium Plus" w:hAnsi="Gentium Plus"/>
          <w:sz w:val="24"/>
        </w:rPr>
        <w:t>Ἀκαιή. ῥάβδος θαλασσία. Ἄκαινα. ῥάβδος. ἔστι δὲ μέτρον δεκάπουν, δι’ ἧς κεντοῦσι τοὺς βόας· ὡς τῶν Πελασγῶν τοῦτο εὑρόντων. Ἄκανθα. ἀπὸ τοῦ ἀκῇ ἀνθεῖν, ὃ ἔστιν ὀξύτητι.</w:t>
      </w:r>
    </w:p>
    <w:p>
      <w:r>
        <w:rPr>
          <w:rFonts w:ascii="Courier New" w:hAnsi="Courier New"/>
          <w:color w:val="555555"/>
          <w:sz w:val="20"/>
        </w:rPr>
        <w:t>[10]</w:t>
      </w:r>
    </w:p>
    <w:p>
      <w:r>
        <w:rPr>
          <w:rFonts w:ascii="Gentium Plus" w:hAnsi="Gentium Plus"/>
          <w:sz w:val="24"/>
        </w:rPr>
        <w:t>ἀκάνθας δὲ ἡ θεῖα γραφὴ τὰς βιωτικὰς λέγει φροντίδας. Ἄκανθα καὶ ἡ ἁμαρτία. φησὶ γὰρ ὁ Δαβίδ· ἐν τῷ ἐμπαγῆναί μοι ἄκανθαν. Ἀκαθαρσία. τὰ ἐκ φυσικῆς ἀνάγκης συμβαί‐</w:t>
      </w:r>
    </w:p>
    <w:p>
      <w:r>
        <w:rPr>
          <w:rFonts w:ascii="Courier New" w:hAnsi="Courier New"/>
          <w:color w:val="555555"/>
          <w:sz w:val="20"/>
        </w:rPr>
        <w:t>[15]</w:t>
      </w:r>
    </w:p>
    <w:p>
      <w:r>
        <w:rPr>
          <w:rFonts w:ascii="Gentium Plus" w:hAnsi="Gentium Plus"/>
          <w:sz w:val="24"/>
        </w:rPr>
        <w:t>νοντα. Ἀκερδὴς χάρις. ἡ μὴ δεόντως διδομένη. ἦεν ἂν φαῦλον τὸ κέρδος. [μηδ’ ἄλαστον ἀκερδῆ χάριν, ἄν τ’ ἰδὼν μετάσχοιμί πως.] Ἄκεσσα. Ῥωμαϊκόν τι μηχάνημα, ἐκ δενδροτομίας</w:t>
      </w:r>
    </w:p>
    <w:p>
      <w:r>
        <w:rPr>
          <w:rFonts w:ascii="Courier New" w:hAnsi="Courier New"/>
          <w:color w:val="555555"/>
          <w:sz w:val="20"/>
        </w:rPr>
        <w:t>[20]</w:t>
      </w:r>
    </w:p>
    <w:p>
      <w:r>
        <w:rPr>
          <w:rFonts w:ascii="Gentium Plus" w:hAnsi="Gentium Plus"/>
          <w:sz w:val="24"/>
        </w:rPr>
        <w:t>πρὸς ἐρυμνότητα μετασκευαζόμενον. [οἱ δὲ Ῥω‐ μαῖοι ξυνέθεσαν τὴν λεγομένην ἄκεσσαν τῇ Ῥω‐ μαίων φωνῇ· δενδροτομήσαντες γὰρ ἀλλεπάλ‐ ληλα στελέχη καὶ τῇ συνθήκῃ καταστορέσαντες, ἀπετείχισαν, ὡς ἐνῆν, τὴν ἐνθένδε πορείαν τῆς</w:t>
      </w:r>
    </w:p>
    <w:p>
      <w:r>
        <w:rPr>
          <w:rFonts w:ascii="Courier New" w:hAnsi="Courier New"/>
          <w:color w:val="555555"/>
          <w:sz w:val="20"/>
        </w:rPr>
        <w:t>[25]</w:t>
      </w:r>
    </w:p>
    <w:p>
      <w:r>
        <w:rPr>
          <w:rFonts w:ascii="Gentium Plus" w:hAnsi="Gentium Plus"/>
          <w:sz w:val="24"/>
        </w:rPr>
        <w:t>πόλεως.] Ἄκη. πόλις Φοινίκης, ἡ νῦν λεγομένη Πτολεμαΐς. Ἀκή. παρὰ τὸ ἥκω γίνεται ἀκὴ, ὃ σημαίνει τὴν</w:t>
      </w:r>
    </w:p>
    <w:p>
      <w:r>
        <w:rPr>
          <w:rFonts w:ascii="Courier New" w:hAnsi="Courier New"/>
          <w:color w:val="555555"/>
          <w:sz w:val="20"/>
        </w:rPr>
        <w:t>[alpha 104]</w:t>
      </w:r>
    </w:p>
    <w:p>
      <w:r>
        <w:rPr>
          <w:rFonts w:ascii="Gentium Plus" w:hAnsi="Gentium Plus"/>
          <w:sz w:val="24"/>
        </w:rPr>
        <w:t>Ἀκηδία. ῥαθυμία, λύπη, ἀχθηδών. Δαβίδ· καὶ ἠκηδίασεν ἐπ’ ἐμὲ τὸ πνεῦμα μοῦ. Ἀκιδαλία. ὄνομα κρήνης. Ἀκινησία. ἠρεμία. [καὶ τοὺς ἵππους ἐξελαύνειν</w:t>
      </w:r>
    </w:p>
    <w:p>
      <w:r>
        <w:rPr>
          <w:rFonts w:ascii="Courier New" w:hAnsi="Courier New"/>
          <w:color w:val="555555"/>
          <w:sz w:val="20"/>
        </w:rPr>
        <w:t>[5]</w:t>
      </w:r>
    </w:p>
    <w:p>
      <w:r>
        <w:rPr>
          <w:rFonts w:ascii="Gentium Plus" w:hAnsi="Gentium Plus"/>
          <w:sz w:val="24"/>
        </w:rPr>
        <w:t>προσέταξεν, ὡς διαύοιτο αὐτοῖς τὸ ὑπὸ τοῦ πα‐ ράπλου νεναρκηκὸς ὑπὸ ἀκινησίας.] Ἀκίνασις. ὄνομα τόπου. Ἀκηδία. πάρεσις. ψυχῆς· νοὸς ἔκλυσις. Ἀκίς. ἡ ὀξύτης τοῦ βέλους.</w:t>
      </w:r>
    </w:p>
    <w:p>
      <w:r>
        <w:rPr>
          <w:rFonts w:ascii="Courier New" w:hAnsi="Courier New"/>
          <w:color w:val="555555"/>
          <w:sz w:val="20"/>
        </w:rPr>
        <w:t>[10]</w:t>
      </w:r>
    </w:p>
    <w:p>
      <w:r>
        <w:rPr>
          <w:rFonts w:ascii="Gentium Plus" w:hAnsi="Gentium Plus"/>
          <w:sz w:val="24"/>
        </w:rPr>
        <w:t>Ἄκατος. τὸ πλοῖον. παρὰ τὸ ἄζω, ἄξω, ἦχα, ἦχμαι, ἦκται, ἀκτὸς, καὶ πλεονασμῷ τοῦ α ἄκατος. [ἢ ἀπὸ τοῦ ἀκτὴ γίνεται ἄκατος, ἡ ἀπ’ ἀκτῆς εἰς ἀκτὴν περιερχομένη, ὡς καὶ πορθμὴ λέγεται, ἡ μὴ πελαγοδρομοῦσα. λέγεται καὶ</w:t>
      </w:r>
    </w:p>
    <w:p>
      <w:r>
        <w:rPr>
          <w:rFonts w:ascii="Courier New" w:hAnsi="Courier New"/>
          <w:color w:val="555555"/>
          <w:sz w:val="20"/>
        </w:rPr>
        <w:t>[15]</w:t>
      </w:r>
    </w:p>
    <w:p>
      <w:r>
        <w:rPr>
          <w:rFonts w:ascii="Gentium Plus" w:hAnsi="Gentium Plus"/>
          <w:sz w:val="24"/>
        </w:rPr>
        <w:t>ἐπακτὶς καὶ πορθμὶς καὶ κάραβος, καὶ ἀκά‐ τιον ὑποκοριστικῶς.] Ἀκληρία. δυστυχία. Ἄκνηστις. ἡ ῥάχις· παρὰ τὸ μὴ δύνασθαί τινα κνήσασθαι αὐτὴν τῇ ἰδίᾳ χειρί.</w:t>
      </w:r>
    </w:p>
    <w:p>
      <w:r>
        <w:rPr>
          <w:rFonts w:ascii="Courier New" w:hAnsi="Courier New"/>
          <w:color w:val="555555"/>
          <w:sz w:val="20"/>
        </w:rPr>
        <w:t>[20]</w:t>
      </w:r>
    </w:p>
    <w:p>
      <w:r>
        <w:rPr>
          <w:rFonts w:ascii="Gentium Plus" w:hAnsi="Gentium Plus"/>
          <w:sz w:val="24"/>
        </w:rPr>
        <w:t>Ἀκόνη. παρὰ τὸ κονῶ τὸ ἐνεργῶ, ἢ κονῶ τὸ λε‐ πτύνω καὶ φθείρω, ἐπιτάσει τοῦ α, ἡ διαφθεί‐ ρουσα καὶ λεπτύνουσα τὸν σίδηρον. Ἄκοιτις. ἡ ἐκ παρθενίας ἄλλης κοίτης μὴ πειρα‐ σθεῖσα· [καὶ] ἡ ὁμόκοιτος. καταχρηστικῶς καὶ</w:t>
      </w:r>
    </w:p>
    <w:p>
      <w:r>
        <w:rPr>
          <w:rFonts w:ascii="Courier New" w:hAnsi="Courier New"/>
          <w:color w:val="555555"/>
          <w:sz w:val="20"/>
        </w:rPr>
        <w:t>[25]</w:t>
      </w:r>
    </w:p>
    <w:p>
      <w:r>
        <w:rPr>
          <w:rFonts w:ascii="Gentium Plus" w:hAnsi="Gentium Plus"/>
          <w:sz w:val="24"/>
        </w:rPr>
        <w:t>ἡ δευτέρου γάμου μετεσχηκυῖα. Ἀκίς. ἡ ὀξύτης, παρὰ τὸ ἀκή. ὃ κατ’ ἐπένθε‐</w:t>
      </w:r>
    </w:p>
    <w:p>
      <w:r>
        <w:rPr>
          <w:rFonts w:ascii="Courier New" w:hAnsi="Courier New"/>
          <w:color w:val="555555"/>
          <w:sz w:val="20"/>
        </w:rPr>
        <w:t>[alpha 105]</w:t>
      </w:r>
    </w:p>
    <w:p>
      <w:r>
        <w:rPr>
          <w:rFonts w:ascii="Gentium Plus" w:hAnsi="Gentium Plus"/>
          <w:sz w:val="24"/>
        </w:rPr>
        <w:t>ὑποκοριστικὸν ἀκὶς, ὡς σκάφη σκαφὶς, ἄμνη ἀμνίς.] Ἀκμή. παρὰ τὸ κάμω γέγονεν ἐν συγκοπῇ κμῶ, καὶ μετὰ τοῦ στερητικοῦ α ἀκμὴ, ἡ μὴ κά‐</w:t>
      </w:r>
    </w:p>
    <w:p>
      <w:r>
        <w:rPr>
          <w:rFonts w:ascii="Courier New" w:hAnsi="Courier New"/>
          <w:color w:val="555555"/>
          <w:sz w:val="20"/>
        </w:rPr>
        <w:t>[5]</w:t>
      </w:r>
    </w:p>
    <w:p>
      <w:r>
        <w:rPr>
          <w:rFonts w:ascii="Gentium Plus" w:hAnsi="Gentium Plus"/>
          <w:sz w:val="24"/>
        </w:rPr>
        <w:t>μνουσα διὰ νεότητα, ἢ ἡ μὴ δυναμένη πόνους ὑποστῆναι. Ἄκρα. τελεία. ἧκε παρὰ βασιλέως παῖς Αὐγά‐ ρου, καλὸς καὶ μέγας, ἐν ὥρᾳ ἄκρᾳ. Ἄκραν ἐπὶ γύαλον. ἐπ’ ἄκραν πέτραν.</w:t>
      </w:r>
    </w:p>
    <w:p>
      <w:r>
        <w:rPr>
          <w:rFonts w:ascii="Courier New" w:hAnsi="Courier New"/>
          <w:color w:val="555555"/>
          <w:sz w:val="20"/>
        </w:rPr>
        <w:t>[10]</w:t>
      </w:r>
    </w:p>
    <w:p>
      <w:r>
        <w:rPr>
          <w:rFonts w:ascii="Gentium Plus" w:hAnsi="Gentium Plus"/>
          <w:sz w:val="24"/>
        </w:rPr>
        <w:t>Ἄκρας νυκτός. περὶ πρῶτον ὕπνον. Ἀκρασίας. ἀνωμαλίας, παρὰ τὸ μὴ συγκεκρᾶ‐ σθαι. [Ἰώσηπος· οἱ δὲ Ῥωμαῖοι διὰ χειρῶν ἀκρασίας ἁλίσκονται.] ἀκρασία καὶ ἀκολασία διαφέρει· ἡ μὲν γὰρ κατὰ προαίρεσιν πράττε‐</w:t>
      </w:r>
    </w:p>
    <w:p>
      <w:r>
        <w:rPr>
          <w:rFonts w:ascii="Courier New" w:hAnsi="Courier New"/>
          <w:color w:val="555555"/>
          <w:sz w:val="20"/>
        </w:rPr>
        <w:t>[15]</w:t>
      </w:r>
    </w:p>
    <w:p>
      <w:r>
        <w:rPr>
          <w:rFonts w:ascii="Gentium Plus" w:hAnsi="Gentium Plus"/>
          <w:sz w:val="24"/>
        </w:rPr>
        <w:t>ται τὰ αἰσχρὰ, ἤτοι ἡ ἀκολασία· ἡ δὲ παρὰ προαίρεσιν. λέγεται δὲ καὶ ἀκράσιος· οὕτω τε εἰς πᾶσαν ἀκράσιον ἐκπεπτωκυῖα τρίβον. ἢ ἀκρασία ἐστὶν ἕξις βιαστικὴ παρὰ τὸν ὀρθὸν λογισμὸν πρὸς τὰ δοκοῦντα ἡδέα εἶναι. κατὰ</w:t>
      </w:r>
    </w:p>
    <w:p>
      <w:r>
        <w:rPr>
          <w:rFonts w:ascii="Courier New" w:hAnsi="Courier New"/>
          <w:color w:val="555555"/>
          <w:sz w:val="20"/>
        </w:rPr>
        <w:t>[20]</w:t>
      </w:r>
    </w:p>
    <w:p>
      <w:r>
        <w:rPr>
          <w:rFonts w:ascii="Gentium Plus" w:hAnsi="Gentium Plus"/>
          <w:sz w:val="24"/>
        </w:rPr>
        <w:t>τὸν ἐν θεολογίᾳ Γρηγόριον τὸ περιττὸν καὶ ὑπὲρ τὴν χρείαν. Ἀκήλητον. ἄθελκτον· ἀπηνὲς καὶ τὸ ἀκίνητον τοῦ θυμοῦ. [ἔθελξε λύρα ἢ τὸν ἀκήλητον θυ‐ μόν.]</w:t>
      </w:r>
    </w:p>
    <w:p>
      <w:r>
        <w:rPr>
          <w:rFonts w:ascii="Courier New" w:hAnsi="Courier New"/>
          <w:color w:val="555555"/>
          <w:sz w:val="20"/>
        </w:rPr>
        <w:t>[25]</w:t>
      </w:r>
    </w:p>
    <w:p>
      <w:r>
        <w:rPr>
          <w:rFonts w:ascii="Gentium Plus" w:hAnsi="Gentium Plus"/>
          <w:sz w:val="24"/>
        </w:rPr>
        <w:t>Ἀκίχητα. τὰ μὴ καταλαμβανόμενα. θηλυκόν. Ἀκράγαντος. πόλις Σικελίας, ἀπὸ ποταμοῦ παραρέοντος. φησὶ γὰρ Δοῦρις, ὅτι αἱ πλεῖσται τῶν Σικελικῶν πόλεων ἐκ τῶν ποταμῶν ὀνο‐</w:t>
      </w:r>
    </w:p>
    <w:p>
      <w:r>
        <w:rPr>
          <w:rFonts w:ascii="Courier New" w:hAnsi="Courier New"/>
          <w:color w:val="555555"/>
          <w:sz w:val="20"/>
        </w:rPr>
        <w:t>[alpha 106]</w:t>
      </w:r>
    </w:p>
    <w:p>
      <w:r>
        <w:rPr>
          <w:rFonts w:ascii="Gentium Plus" w:hAnsi="Gentium Plus"/>
          <w:sz w:val="24"/>
        </w:rPr>
        <w:t>καὶ Ἀστερόπης τῆς Ὠκεανοῦ. τὸ ἐθνικὸν Ἀκραγαντῖνος.] Ἀκρησία. ἡ ἀκρασία. ἀκρισία δὲ ἡ ἀδιακρισία καὶ ἡ κακὴ κρίσις, ι. [καὶ Λιβάνιος· οὐκοῦν</w:t>
      </w:r>
    </w:p>
    <w:p>
      <w:r>
        <w:rPr>
          <w:rFonts w:ascii="Courier New" w:hAnsi="Courier New"/>
          <w:color w:val="555555"/>
          <w:sz w:val="20"/>
        </w:rPr>
        <w:t>[5]</w:t>
      </w:r>
    </w:p>
    <w:p>
      <w:r>
        <w:rPr>
          <w:rFonts w:ascii="Gentium Plus" w:hAnsi="Gentium Plus"/>
          <w:sz w:val="24"/>
        </w:rPr>
        <w:t>ἀκρισία μὲν ἐν ἀμφοῖν· ἔχει δέ τινα τοὐμὸν φι‐ λανθρωπίαν.] Ἀκρίς. παρὰ τὸ κάρη καρὶς, καὶ μετὰ τοῦ στε‐ ρητικοῦ α ἀκαρίς. οἱ δὲ παρὰ τὸ τὰ ἄκρα τῶν ἀσταχύων καὶ φυτῶν νέμεσθαι.</w:t>
      </w:r>
    </w:p>
    <w:p>
      <w:r>
        <w:rPr>
          <w:rFonts w:ascii="Courier New" w:hAnsi="Courier New"/>
          <w:color w:val="555555"/>
          <w:sz w:val="20"/>
        </w:rPr>
        <w:t>[10]</w:t>
      </w:r>
    </w:p>
    <w:p>
      <w:r>
        <w:rPr>
          <w:rFonts w:ascii="Gentium Plus" w:hAnsi="Gentium Plus"/>
          <w:sz w:val="24"/>
        </w:rPr>
        <w:t>Ἀκρίς. βοτάνη τις οὕτω καλουμένη. καὶ Σολο‐ μῶν ἡμᾶς διδάσκει λέγων· ἀνθήσει τὸ ἀμύγδα‐ λον καὶ παχυνθήσεται ἡ ἀκρίς. ταύτην οἶμαι καὶ τὸν βαπτιστὴν Ἰωάννην καὶ πρόδρομον ἐν τῇ ἐρήμῳ ἐσθίειν.</w:t>
      </w:r>
    </w:p>
    <w:p>
      <w:r>
        <w:rPr>
          <w:rFonts w:ascii="Courier New" w:hAnsi="Courier New"/>
          <w:color w:val="555555"/>
          <w:sz w:val="20"/>
        </w:rPr>
        <w:t>[15]</w:t>
      </w:r>
    </w:p>
    <w:p>
      <w:r>
        <w:rPr>
          <w:rFonts w:ascii="Gentium Plus" w:hAnsi="Gentium Plus"/>
          <w:sz w:val="24"/>
        </w:rPr>
        <w:t>Ἀκρίας. τὰς ἀκρωρείας, ἀπὸ τοῦ ἄκρις, ἄκριος. [τὸ δὲ ἄκρις, ἀπὸ τοῦ ἄκρα. ἄκρις βαρυτόνως.] Ἀκρολοφία. ἡ κορυφὴ τοῦ λόφου, τοῦτ’ ἐστὶ τοῦ βουνοῦ. Ἀκρόνυξ. τὸ ἄκρον τῆς νυκτὸς, καὶ ἀκρονυχία.</w:t>
      </w:r>
    </w:p>
    <w:p>
      <w:r>
        <w:rPr>
          <w:rFonts w:ascii="Courier New" w:hAnsi="Courier New"/>
          <w:color w:val="555555"/>
          <w:sz w:val="20"/>
        </w:rPr>
        <w:t>[20]</w:t>
      </w:r>
    </w:p>
    <w:p>
      <w:r>
        <w:rPr>
          <w:rFonts w:ascii="Gentium Plus" w:hAnsi="Gentium Plus"/>
          <w:sz w:val="24"/>
        </w:rPr>
        <w:t>ἀκρώνυξ δὲ καὶ ἀκρωνυχία, τὸ ἄκρον τοῦ ὄνυ‐ χος καὶ τοῦ ὄρους διὰ τοῦ ω μεγάλου γράφε‐ ται. Ἀκρόπολις. καρόπολίς τις οὖσα. ἡ κεφαλὴ τῆς πόλεως.</w:t>
      </w:r>
    </w:p>
    <w:p>
      <w:r>
        <w:rPr>
          <w:rFonts w:ascii="Courier New" w:hAnsi="Courier New"/>
          <w:color w:val="555555"/>
          <w:sz w:val="20"/>
        </w:rPr>
        <w:t>[25]</w:t>
      </w:r>
    </w:p>
    <w:p>
      <w:r>
        <w:rPr>
          <w:rFonts w:ascii="Gentium Plus" w:hAnsi="Gentium Plus"/>
          <w:sz w:val="24"/>
        </w:rPr>
        <w:t>Ἀκρόπολις. πόλις Λιβύης. [ὁ πολίτης Ἀκροπο‐ λίτης. δύναται δὲ καὶ Ἀκροπολιεὺς, ὡς Τετρα‐ πολιεύς.] Ἀκροπόλοισιν. ἐπὶ οὐδετέρου, ὧν τὰ ἄκρα καὶ αἱ κορυφαὶ περιπολοῦνται καὶ κινοῦνται, ὡς</w:t>
      </w:r>
    </w:p>
    <w:p>
      <w:r>
        <w:rPr>
          <w:rFonts w:ascii="Courier New" w:hAnsi="Courier New"/>
          <w:color w:val="555555"/>
          <w:sz w:val="20"/>
        </w:rPr>
        <w:t>[30]</w:t>
      </w:r>
    </w:p>
    <w:p>
      <w:r>
        <w:rPr>
          <w:rFonts w:ascii="Gentium Plus" w:hAnsi="Gentium Plus"/>
          <w:sz w:val="24"/>
        </w:rPr>
        <w:t>οἶμαι.</w:t>
      </w:r>
    </w:p>
    <w:p>
      <w:r>
        <w:rPr>
          <w:rFonts w:ascii="Courier New" w:hAnsi="Courier New"/>
          <w:color w:val="555555"/>
          <w:sz w:val="20"/>
        </w:rPr>
        <w:t>[alpha 107]</w:t>
      </w:r>
    </w:p>
    <w:p>
      <w:r>
        <w:rPr>
          <w:rFonts w:ascii="Gentium Plus" w:hAnsi="Gentium Plus"/>
          <w:sz w:val="24"/>
        </w:rPr>
        <w:t>Ἀκροχορδῶνες. αἱ ἐν τῷ προσώπῳ ἐλαῖαι. οἶ‐ μαι δὲ, ὅτι ἀρσενικὸν ἐστί· θέλει γὰρ εἶναι ὁ ἀκροχορδών. Ἀκρώρεια. ἡ κορυφὴ τοῦ ὄρους ἢ ἄκρον ὄρους,</w:t>
      </w:r>
    </w:p>
    <w:p>
      <w:r>
        <w:rPr>
          <w:rFonts w:ascii="Courier New" w:hAnsi="Courier New"/>
          <w:color w:val="555555"/>
          <w:sz w:val="20"/>
        </w:rPr>
        <w:t>[5]</w:t>
      </w:r>
    </w:p>
    <w:p>
      <w:r>
        <w:rPr>
          <w:rFonts w:ascii="Gentium Plus" w:hAnsi="Gentium Plus"/>
          <w:sz w:val="24"/>
        </w:rPr>
        <w:t>ἐν ᾧ οἱ οἰκοῦντες ἀκρωρεῖται. ὑπώρεια δὲ τὰ πλευρὰ τοῦ ὄρους. Ἀκταίη. ἡ παραθαλασσία. δῶρα παρ’ ἀκταίης σοὶ τάδ’ ἐπωφελίης. ἐν ἐπιγραφῇ τοῦτο ἑώρων.</w:t>
      </w:r>
    </w:p>
    <w:p>
      <w:r>
        <w:rPr>
          <w:rFonts w:ascii="Courier New" w:hAnsi="Courier New"/>
          <w:color w:val="555555"/>
          <w:sz w:val="20"/>
        </w:rPr>
        <w:t>[10]</w:t>
      </w:r>
    </w:p>
    <w:p>
      <w:r>
        <w:rPr>
          <w:rFonts w:ascii="Gentium Plus" w:hAnsi="Gentium Plus"/>
          <w:sz w:val="24"/>
        </w:rPr>
        <w:t>Ἀκροβυστία. τὸ κεκαλυμμένον. Ἀκτή. ὁ αἰγιαλὸς, ὁ πετρώδης καὶ ἀγχιβαθής. παρὰ τὸ κατάγνυσθαι καὶ κλᾶσθαι ἐν αὐτῇ τὰ κύματα. Ἀκτίς. παρὰ τὸ ἄγω, ἄξω, ἦχα, ἦχμαι γέγο‐</w:t>
      </w:r>
    </w:p>
    <w:p>
      <w:r>
        <w:rPr>
          <w:rFonts w:ascii="Courier New" w:hAnsi="Courier New"/>
          <w:color w:val="555555"/>
          <w:sz w:val="20"/>
        </w:rPr>
        <w:t>[15]</w:t>
      </w:r>
    </w:p>
    <w:p>
      <w:r>
        <w:rPr>
          <w:rFonts w:ascii="Gentium Plus" w:hAnsi="Gentium Plus"/>
          <w:sz w:val="24"/>
        </w:rPr>
        <w:t>νεν ἀκτίς· οἱονεὶ ἡ πανταχοῦ φερομένη καὶ συ‐ στρεφομένη. ἡ γὰρ ἀκτὶς τοῦ ἡλίου πάνυ ἐστὶν ἐκτεταμένη. ἢ ἀπὸ τοῦ ἀΐσσω, ἀΐξω, ἤϊχα, ἤϊγμαι, ἤϊκται, ἀκτὶς, ἡ οὖσα ὁρμητική. Ἀκυληΐα. ἡ Σικελία, ἢ πόλις Ἰταλίας πολυ‐</w:t>
      </w:r>
    </w:p>
    <w:p>
      <w:r>
        <w:rPr>
          <w:rFonts w:ascii="Courier New" w:hAnsi="Courier New"/>
          <w:color w:val="555555"/>
          <w:sz w:val="20"/>
        </w:rPr>
        <w:t>[20]</w:t>
      </w:r>
    </w:p>
    <w:p>
      <w:r>
        <w:rPr>
          <w:rFonts w:ascii="Gentium Plus" w:hAnsi="Gentium Plus"/>
          <w:sz w:val="24"/>
        </w:rPr>
        <w:t>άνθρωπος, προκειμένη ἐν θαλάσσῃ. καὶ Ἀκυ‐ λήσιοι. Ἀκυλία. ἡ Βενετία ἢ Σικελία. Ἄκυθος. ἡ ἄγονος. Καλλίμαχος· —οὐδ’ ἀγάλακτες</w:t>
      </w:r>
    </w:p>
    <w:p>
      <w:r>
        <w:rPr>
          <w:rFonts w:ascii="Courier New" w:hAnsi="Courier New"/>
          <w:color w:val="555555"/>
          <w:sz w:val="20"/>
        </w:rPr>
        <w:t>[25]</w:t>
      </w:r>
    </w:p>
    <w:p>
      <w:r>
        <w:rPr>
          <w:rFonts w:ascii="Gentium Plus" w:hAnsi="Gentium Plus"/>
          <w:sz w:val="24"/>
        </w:rPr>
        <w:t>ὄϊες, οὐδ’ ἄκυθοι, πᾶσαι δέ κεν εἶεν ὕπαρνοι. παρὰ τὸ κύω ἄκυος, καὶ πλεονασμῷ τοῦ θ ἄκυ‐ θος. [ὡς λύω, λυτὸς, ἄλυτος· καὶ ὦρται, ὀρ‐ τὸς, καὶ ὀρθός. ἢ παρὰ τὸ κεύθω, τὸ κρύπτω,</w:t>
      </w:r>
    </w:p>
    <w:p>
      <w:r>
        <w:rPr>
          <w:rFonts w:ascii="Courier New" w:hAnsi="Courier New"/>
          <w:color w:val="555555"/>
          <w:sz w:val="20"/>
        </w:rPr>
        <w:t>[alpha 108]</w:t>
      </w:r>
    </w:p>
    <w:p>
      <w:r>
        <w:rPr>
          <w:rFonts w:ascii="Gentium Plus" w:hAnsi="Gentium Plus"/>
          <w:sz w:val="24"/>
        </w:rPr>
        <w:t>βὰς, διὰ τοῦ υ γράφονται. οἷον, ἄκυθος· Μικύ‐ θος, κύριον· παμμάκυθος, ὁ μωρός. οὕτω Θεό‐ γνωστος.] Ἀκωκή. ἡ ὀξύτης. παρὰ τὸ ἀκὴ γίνεται κατὰ</w:t>
      </w:r>
    </w:p>
    <w:p>
      <w:r>
        <w:rPr>
          <w:rFonts w:ascii="Courier New" w:hAnsi="Courier New"/>
          <w:color w:val="555555"/>
          <w:sz w:val="20"/>
        </w:rPr>
        <w:t>[5]</w:t>
      </w:r>
    </w:p>
    <w:p>
      <w:r>
        <w:rPr>
          <w:rFonts w:ascii="Gentium Plus" w:hAnsi="Gentium Plus"/>
          <w:sz w:val="24"/>
        </w:rPr>
        <w:t>ἀναδιπλασιασμὸν ἀκωκή. τὰ γὰρ ἔχοντα ἐν τῇ πρώτῃ καὶ ἐν τῇ δευτέρᾳ συλλαβῇ τὸ αὐτὸ σύμ‐ φωνον, διὰ τοῦ ω μεγάλου γράφεται, οἷον· ἔδω, ἐδὴ, ἐδωδὴ, ἄγω, ἀγὴ καὶ ἀγωγή. οὕτως οὖν ἀκὴ καὶ ἀκωκή.</w:t>
      </w:r>
    </w:p>
    <w:p>
      <w:r>
        <w:rPr>
          <w:rFonts w:ascii="Courier New" w:hAnsi="Courier New"/>
          <w:color w:val="555555"/>
          <w:sz w:val="20"/>
        </w:rPr>
        <w:t>[10]</w:t>
      </w:r>
    </w:p>
    <w:p>
      <w:r>
        <w:rPr>
          <w:rFonts w:ascii="Gentium Plus" w:hAnsi="Gentium Plus"/>
          <w:sz w:val="24"/>
        </w:rPr>
        <w:t>Ἄκυτος. νῆσος. παρὰ τὴν Κυδωνίαν Κρήτης. ὁ νησιώτης Ἀκύτιος. Ἀκόνιτον. Εὐφορίων λέγει τὴν βοτάνην, ἣν οὐ‐ δεὶς δύναται κονίσαι, ὃ ἔστι νικῆσαι· δηλητηριώ‐ δης γὰρ ἐστίν.</w:t>
      </w:r>
    </w:p>
    <w:p>
      <w:r>
        <w:rPr>
          <w:rFonts w:ascii="Courier New" w:hAnsi="Courier New"/>
          <w:color w:val="555555"/>
          <w:sz w:val="20"/>
        </w:rPr>
        <w:t>[15]</w:t>
      </w:r>
    </w:p>
    <w:p>
      <w:r>
        <w:rPr>
          <w:rFonts w:ascii="Gentium Plus" w:hAnsi="Gentium Plus"/>
          <w:sz w:val="24"/>
        </w:rPr>
        <w:t>Ἀκκώ. ὄνομα γυναικὸς Σαμίας ἐπὶ μωρίας δια‐ βαλλομένης. Ἀκίνητος σφραγίς. ὁ υἱὸς, κατὰ τὸ ἄτρεπτον καὶ ἀναλλοίωτον. ῥηθήσεται δὲ καὶ κινουμένη, κατὰ τὸ μὴ εἶναι ἄψυχος, ἀλλὰ ζῶσα. ἀπὸ</w:t>
      </w:r>
    </w:p>
    <w:p>
      <w:r>
        <w:rPr>
          <w:rFonts w:ascii="Courier New" w:hAnsi="Courier New"/>
          <w:color w:val="555555"/>
          <w:sz w:val="20"/>
        </w:rPr>
        <w:t>[20]</w:t>
      </w:r>
    </w:p>
    <w:p>
      <w:r>
        <w:rPr>
          <w:rFonts w:ascii="Gentium Plus" w:hAnsi="Gentium Plus"/>
          <w:sz w:val="24"/>
        </w:rPr>
        <w:t>τοῦ εὐαγγελίου δὲ σφραγὶς ἐλήφθη· τοῦτον γὰρ, φησὶν ὁ πατὴρ, ἐσφράγισεν ὁ θεός.</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Ἀκακήσιον. ὄνομα ὄρους. Ἀκάραντον. ἀπλήρωτον. [παρὰ τὸ κραίνω· τοῦ‐</w:t>
      </w:r>
    </w:p>
    <w:p>
      <w:r>
        <w:rPr>
          <w:rFonts w:ascii="Courier New" w:hAnsi="Courier New"/>
          <w:color w:val="555555"/>
          <w:sz w:val="20"/>
        </w:rPr>
        <w:t>[25]</w:t>
      </w:r>
    </w:p>
    <w:p>
      <w:r>
        <w:rPr>
          <w:rFonts w:ascii="Gentium Plus" w:hAnsi="Gentium Plus"/>
          <w:sz w:val="24"/>
        </w:rPr>
        <w:t>το παρὰ τὸ κάρα, καραίνω, καὶ συγκοπῇ κραί‐ νω. πλεονασμὸς δὲ τοῦ α ποιητικῶς.] Ἀκάματον. ἀκοπίαστον, παρὰ τὸ κάμνω. ἔστι καὶ ἀκάματον παρὰ τὸ κάμω, κάματος καὶ</w:t>
      </w:r>
    </w:p>
    <w:p>
      <w:r>
        <w:rPr>
          <w:rFonts w:ascii="Courier New" w:hAnsi="Courier New"/>
          <w:color w:val="555555"/>
          <w:sz w:val="20"/>
        </w:rPr>
        <w:t>[alpha 109]</w:t>
      </w:r>
    </w:p>
    <w:p>
      <w:r>
        <w:rPr>
          <w:rFonts w:ascii="Gentium Plus" w:hAnsi="Gentium Plus"/>
          <w:sz w:val="24"/>
        </w:rPr>
        <w:t>Ἀκαριαῖον. τὸ ὀλίγον, τὸ βραχὺ, τὸ λεπτό‐ τατον. Ἀκατάλληλον. τὸ ἀνάρμοστον. Ἀκαπήλευτον. ἄδολον, καθαρόν· ἀραδιούργητον.</w:t>
      </w:r>
    </w:p>
    <w:p>
      <w:r>
        <w:rPr>
          <w:rFonts w:ascii="Courier New" w:hAnsi="Courier New"/>
          <w:color w:val="555555"/>
          <w:sz w:val="20"/>
        </w:rPr>
        <w:t>[5]</w:t>
      </w:r>
    </w:p>
    <w:p>
      <w:r>
        <w:rPr>
          <w:rFonts w:ascii="Gentium Plus" w:hAnsi="Gentium Plus"/>
          <w:sz w:val="24"/>
        </w:rPr>
        <w:t>Ἀκαθοσίωτον. ἄνομον, ἀπόβλητον, ἀκόσμητον. Ἀκάτιον. τὸ μικρὸν πλοῖον. Ἀκάματον. τὸ πολὺ καὶ ἄσβεστον. [ἀκάματον] πῦρ. Ἀκατέργαστον. ἀμόρφωτον, ἀδιατύπωτον.</w:t>
      </w:r>
    </w:p>
    <w:p>
      <w:r>
        <w:rPr>
          <w:rFonts w:ascii="Courier New" w:hAnsi="Courier New"/>
          <w:color w:val="555555"/>
          <w:sz w:val="20"/>
        </w:rPr>
        <w:t>[10]</w:t>
      </w:r>
    </w:p>
    <w:p>
      <w:r>
        <w:rPr>
          <w:rFonts w:ascii="Gentium Plus" w:hAnsi="Gentium Plus"/>
          <w:sz w:val="24"/>
        </w:rPr>
        <w:t>Ἀκενόσπουδον. παρὰ Διογνήτου ἔμαθον τὸ ἀκενό‐ σπουδον καὶ τὸ ἀπιστητικόν· φησὶ Μάρκος ὁ φιλόσοφος βασιλεύς. Ἀκέραιον. ἄκακον· ὁλόκληρον. Ἀκεσίπονον. τὸ θεραπευτικόν.</w:t>
      </w:r>
    </w:p>
    <w:p>
      <w:r>
        <w:rPr>
          <w:rFonts w:ascii="Courier New" w:hAnsi="Courier New"/>
          <w:color w:val="555555"/>
          <w:sz w:val="20"/>
        </w:rPr>
        <w:t>[15]</w:t>
      </w:r>
    </w:p>
    <w:p>
      <w:r>
        <w:rPr>
          <w:rFonts w:ascii="Gentium Plus" w:hAnsi="Gentium Plus"/>
          <w:sz w:val="24"/>
        </w:rPr>
        <w:t>Ἀκήματα. θεραπείας. παρὰ τὸ ἀκῶ, ἀκέσω, ὡς νεμῶ, νεμέσω· ἐντεῦθεν ἀκεστὴς, ἀκέστρια καὶ ἀνήκεστος. Ἀκήλητον. ἄθελκτον, ἀπηνὲς, καὶ τὸ ἀκόνητον. [καὶ τὸ ἀκήλητον θυμοῦ ἔθελξε λύρα. ἢ τὸν</w:t>
      </w:r>
    </w:p>
    <w:p>
      <w:r>
        <w:rPr>
          <w:rFonts w:ascii="Courier New" w:hAnsi="Courier New"/>
          <w:color w:val="555555"/>
          <w:sz w:val="20"/>
        </w:rPr>
        <w:t>[20]</w:t>
      </w:r>
    </w:p>
    <w:p>
      <w:r>
        <w:rPr>
          <w:rFonts w:ascii="Gentium Plus" w:hAnsi="Gentium Plus"/>
          <w:sz w:val="24"/>
        </w:rPr>
        <w:t>ἀκήλητον θυμόν.] Ἀκίχητα. μὴ καταλαμβανόμενα. ἀπὸ τοῦ κιχῶ ἀκίχητα· τοῦτο παρὰ τὸ κίω, τὸ πορεύομαι. Ἀκήριον. ἀσθενὲς, νεκροποιὸν, παρὰ τὸ κῆρ, ὃ σημαίνει τὴν θανατηφόρον μοῖραν.</w:t>
      </w:r>
    </w:p>
    <w:p>
      <w:r>
        <w:rPr>
          <w:rFonts w:ascii="Courier New" w:hAnsi="Courier New"/>
          <w:color w:val="555555"/>
          <w:sz w:val="20"/>
        </w:rPr>
        <w:t>[25]</w:t>
      </w:r>
    </w:p>
    <w:p>
      <w:r>
        <w:rPr>
          <w:rFonts w:ascii="Gentium Plus" w:hAnsi="Gentium Plus"/>
          <w:sz w:val="24"/>
        </w:rPr>
        <w:t>Ἀκινάγματα. τὰ μετὰ ῥυθμοῦ κινάγματα τῶν</w:t>
      </w:r>
    </w:p>
    <w:p>
      <w:r>
        <w:rPr>
          <w:rFonts w:ascii="Courier New" w:hAnsi="Courier New"/>
          <w:color w:val="555555"/>
          <w:sz w:val="20"/>
        </w:rPr>
        <w:t>[alpha 110]</w:t>
      </w:r>
    </w:p>
    <w:p>
      <w:r>
        <w:rPr>
          <w:rFonts w:ascii="Gentium Plus" w:hAnsi="Gentium Plus"/>
          <w:sz w:val="24"/>
        </w:rPr>
        <w:t>Ἀκήρατον. ἄφθαρτον, αἰώνιον. Ἀκίβδηλον. καθαρὸν, οὐ νόθον. ὅθεν δὲ ἡ λέ‐ ξις, ἡ ἱστορία δηλώσει. οἱ Ἀθηναῖοι, τῷ μίσει πρὸς τοὺς ἐν Χίῳ, τὸ χ χαράττοντες ἐν τοῖς</w:t>
      </w:r>
    </w:p>
    <w:p>
      <w:r>
        <w:rPr>
          <w:rFonts w:ascii="Courier New" w:hAnsi="Courier New"/>
          <w:color w:val="555555"/>
          <w:sz w:val="20"/>
        </w:rPr>
        <w:t>[5]</w:t>
      </w:r>
    </w:p>
    <w:p>
      <w:r>
        <w:rPr>
          <w:rFonts w:ascii="Gentium Plus" w:hAnsi="Gentium Plus"/>
          <w:sz w:val="24"/>
        </w:rPr>
        <w:t>ἀδοκίμοις ἑαυτῶν νομίσμασιν, ἐκάλουν χίβδηλα, εἶτα πρὸς τὸ εὐφωνότερον μετέβαλον τὸ χ εἰς κ. Ἀκλεές. τὸ ἄδοξον. Ἀκληρήμασι. συμφοραῖς, δυστυχίαις. [διὰ τοῦ‐</w:t>
      </w:r>
    </w:p>
    <w:p>
      <w:r>
        <w:rPr>
          <w:rFonts w:ascii="Courier New" w:hAnsi="Courier New"/>
          <w:color w:val="555555"/>
          <w:sz w:val="20"/>
        </w:rPr>
        <w:t>[10]</w:t>
      </w:r>
    </w:p>
    <w:p>
      <w:r>
        <w:rPr>
          <w:rFonts w:ascii="Gentium Plus" w:hAnsi="Gentium Plus"/>
          <w:sz w:val="24"/>
        </w:rPr>
        <w:t>το δοκεῖ μοι μάλιστα ἐμπεσεῖν τοῖς ἀκληρή‐ μασιν.] Ἄκομψον. εὐτελὲς, ἀπάνουργον. [ἀρχὴ δέ τις αὕτη παρὰ Ῥωμαίοις οὐκ ἄκομψος.] Ἀκόνιτον. εἶδος βοτάνης δηλητηριώδους.</w:t>
      </w:r>
    </w:p>
    <w:p>
      <w:r>
        <w:rPr>
          <w:rFonts w:ascii="Courier New" w:hAnsi="Courier New"/>
          <w:color w:val="555555"/>
          <w:sz w:val="20"/>
        </w:rPr>
        <w:t>[15]</w:t>
      </w:r>
    </w:p>
    <w:p>
      <w:r>
        <w:rPr>
          <w:rFonts w:ascii="Gentium Plus" w:hAnsi="Gentium Plus"/>
          <w:sz w:val="24"/>
        </w:rPr>
        <w:t>ἀλλὰ πιὼν ἀκόνιτον, ὑπέκφυγε τοῦτ’ ἀκονιτί. ὅ ἐστι χωρὶς κόπου. [καὶ ἐπὶ θηλυκοῦ, ἀκό‐ νιτον.] Ἄκος. ἡ θεραπεία. Ἀκουσίθεον. τὸ εἰς θεοῦ ἀκοὰς ἐρχόμενον.</w:t>
      </w:r>
    </w:p>
    <w:p>
      <w:r>
        <w:rPr>
          <w:rFonts w:ascii="Courier New" w:hAnsi="Courier New"/>
          <w:color w:val="555555"/>
          <w:sz w:val="20"/>
        </w:rPr>
        <w:t>[20]</w:t>
      </w:r>
    </w:p>
    <w:p>
      <w:r>
        <w:rPr>
          <w:rFonts w:ascii="Gentium Plus" w:hAnsi="Gentium Plus"/>
          <w:sz w:val="24"/>
        </w:rPr>
        <w:t>ἢν δέ μ’ ἀνάψας εὔχηται, λάμψω φέγγος ἀκουσίθεον. Ἀκούμβιτα. στρωμναὶ μαλακαὶ εἰς ὕψος ᾐρ‐ μέναι· αὗται δὲ τρυφῆς καὶ βλακείας εἰσίν. ἡ λέξις Ῥωμαϊκή· ἀκούμβω γὰρ παρὰ Ῥωμαίοις</w:t>
      </w:r>
    </w:p>
    <w:p>
      <w:r>
        <w:rPr>
          <w:rFonts w:ascii="Courier New" w:hAnsi="Courier New"/>
          <w:color w:val="555555"/>
          <w:sz w:val="20"/>
        </w:rPr>
        <w:t>[25]</w:t>
      </w:r>
    </w:p>
    <w:p>
      <w:r>
        <w:rPr>
          <w:rFonts w:ascii="Gentium Plus" w:hAnsi="Gentium Plus"/>
          <w:sz w:val="24"/>
        </w:rPr>
        <w:t>τὸ ἀναπίπτω. Ἀκούσια. τὰ ὑφ’ ἡμῶν γινόμενα, τινὸς ἔξωθεν</w:t>
      </w:r>
    </w:p>
    <w:p>
      <w:r>
        <w:rPr>
          <w:rFonts w:ascii="Courier New" w:hAnsi="Courier New"/>
          <w:color w:val="555555"/>
          <w:sz w:val="20"/>
        </w:rPr>
        <w:t>[alpha 111]</w:t>
      </w:r>
    </w:p>
    <w:p>
      <w:r>
        <w:rPr>
          <w:rFonts w:ascii="Gentium Plus" w:hAnsi="Gentium Plus"/>
          <w:sz w:val="24"/>
        </w:rPr>
        <w:t>Ἀκρακόρυμβα. τὰ ἀκροστόλια τῶν νηῶν, τὰ ἐξέχοντα κατὰ πρύμναν ἢ πρώραν, ἐν οἷς τὰ σεβόμενα ἐνέγραφον. Ἀκράτιστα. ἔμβρωμα.</w:t>
      </w:r>
    </w:p>
    <w:p>
      <w:r>
        <w:rPr>
          <w:rFonts w:ascii="Courier New" w:hAnsi="Courier New"/>
          <w:color w:val="555555"/>
          <w:sz w:val="20"/>
        </w:rPr>
        <w:t>[5]</w:t>
      </w:r>
    </w:p>
    <w:p>
      <w:r>
        <w:rPr>
          <w:rFonts w:ascii="Gentium Plus" w:hAnsi="Gentium Plus"/>
          <w:sz w:val="24"/>
        </w:rPr>
        <w:t>Ἀκράδαντον. ἄσειστον. καὶ γίνεται ἀπὸ τοῦ α στερητικοῦ μορίου, καὶ τοῦ κραδαίνω, τὸ σείω. Ἀκραιφνές. καθαρὸν, λαμπρὸν, διαυγὲς, τέλειον, ὑψηλόν. ἐτυμολογεῖται δὲ ἀπὸ τοῦ ἄκρως φαί‐ νειν.</w:t>
      </w:r>
    </w:p>
    <w:p>
      <w:r>
        <w:rPr>
          <w:rFonts w:ascii="Courier New" w:hAnsi="Courier New"/>
          <w:color w:val="555555"/>
          <w:sz w:val="20"/>
        </w:rPr>
        <w:t>[10]</w:t>
      </w:r>
    </w:p>
    <w:p>
      <w:r>
        <w:rPr>
          <w:rFonts w:ascii="Gentium Plus" w:hAnsi="Gentium Plus"/>
          <w:sz w:val="24"/>
        </w:rPr>
        <w:t>Ἀκριτόφυλλον. σύμφυτον πολλοῖς δένδροις, ὥστε μὴ διακρίναι αὐτῶν τὰ φύλλα, ἃ φέρει. Ἀκρόλιον. ἀπαρχὴ, ὥσπερ πρωτόλιον. ὅσα ἦν θεοῖς ἀναθήματα καὶ ἀκρόλια. Ἄκρον ἐπιλίγδην. μεσότητος ἐπίῤῥημα, ἀντὶ</w:t>
      </w:r>
    </w:p>
    <w:p>
      <w:r>
        <w:rPr>
          <w:rFonts w:ascii="Courier New" w:hAnsi="Courier New"/>
          <w:color w:val="555555"/>
          <w:sz w:val="20"/>
        </w:rPr>
        <w:t>[15]</w:t>
      </w:r>
    </w:p>
    <w:p>
      <w:r>
        <w:rPr>
          <w:rFonts w:ascii="Gentium Plus" w:hAnsi="Gentium Plus"/>
          <w:sz w:val="24"/>
        </w:rPr>
        <w:t>τοῦ ἐπιψαύδην, ὅσον ἐπιψαῦσαι μόνον. ἄκρον σημαίνει καὶ τὸ πέρας, καὶ τὸ ἐξέχον, καὶ τὸ ἄχρι, καὶ τὸ ὄν. ἄχρον καὶ ἄκρον. [ἢ ἄρχον τι ὄν. ἢ παρὰ τὸ ἀκὴν, ἄκερον, καὶ ἐν συγκο‐ κῇ ἄκρον.]</w:t>
      </w:r>
    </w:p>
    <w:p>
      <w:r>
        <w:rPr>
          <w:rFonts w:ascii="Courier New" w:hAnsi="Courier New"/>
          <w:color w:val="555555"/>
          <w:sz w:val="20"/>
        </w:rPr>
        <w:t>[20]</w:t>
      </w:r>
    </w:p>
    <w:p>
      <w:r>
        <w:rPr>
          <w:rFonts w:ascii="Gentium Plus" w:hAnsi="Gentium Plus"/>
          <w:sz w:val="24"/>
        </w:rPr>
        <w:t>Ἀκροθίνια. αἱ ἀπαρχαὶ τῶν θινῶν ἤτοι τῶν σωρῶν· λέγεται δὲ καταχρηστικῶς καὶ πᾶσα ἀπαρχή. Ἀκροστόλιον. τὸ ἄθλαστον ξύλον, τὸ ἐξέχον ἀπὸ τῆς πρύμνης, καὶ διῆκον μέχρι τῆς πρώρας</w:t>
      </w:r>
    </w:p>
    <w:p>
      <w:r>
        <w:rPr>
          <w:rFonts w:ascii="Courier New" w:hAnsi="Courier New"/>
          <w:color w:val="555555"/>
          <w:sz w:val="20"/>
        </w:rPr>
        <w:t>[25]</w:t>
      </w:r>
    </w:p>
    <w:p>
      <w:r>
        <w:rPr>
          <w:rFonts w:ascii="Gentium Plus" w:hAnsi="Gentium Plus"/>
          <w:sz w:val="24"/>
        </w:rPr>
        <w:t>ξύλον, [στόλος γὰρ λέγεται τὸ ἐξέχον ἀπὸ τῆς πρύμνης καὶ διῆκον τῆς πρώρας ξύλον,] ἔνθα τὸ τῆς νεὼς ἐπιγράφεται ὄνομα. Ἀκραγγές. ἀσθενές.</w:t>
      </w:r>
    </w:p>
    <w:p>
      <w:r>
        <w:rPr>
          <w:rFonts w:ascii="Courier New" w:hAnsi="Courier New"/>
          <w:color w:val="555555"/>
          <w:sz w:val="20"/>
        </w:rPr>
        <w:t>[alpha 112]</w:t>
      </w:r>
    </w:p>
    <w:p>
      <w:r>
        <w:rPr>
          <w:rFonts w:ascii="Gentium Plus" w:hAnsi="Gentium Plus"/>
          <w:sz w:val="24"/>
        </w:rPr>
        <w:t>Ἄκραντον. ἀπλήρωτον. καὶ γίνεται ἀπὸ τοῦ α στερητικοῦ μορίου, καὶ τοῦ κραίνω τὸ τελειῶ. Ἀκροσφαλές. ἑτοιμόπτωτον. Ἀκροφύσια. τὰ ἀκροστόμια τῶν ἀσκῶν.</w:t>
      </w:r>
    </w:p>
    <w:p>
      <w:r>
        <w:rPr>
          <w:rFonts w:ascii="Courier New" w:hAnsi="Courier New"/>
          <w:color w:val="555555"/>
          <w:sz w:val="20"/>
        </w:rPr>
        <w:t>[5]</w:t>
      </w:r>
    </w:p>
    <w:p>
      <w:r>
        <w:rPr>
          <w:rFonts w:ascii="Gentium Plus" w:hAnsi="Gentium Plus"/>
          <w:sz w:val="24"/>
        </w:rPr>
        <w:t>Ἀκρωλένιον. τὸ τῆς χειρὸς ἄκρον. Ἄκτιστον. τὸ θεῖον. Ἄκυθον. τὸ ἄγονον καὶ τὸ ἄγρυπνον. [ὥσπερ γέ‐ γραπται ἐν τοῖς θηλυκοῖς.] Ἀκωδώνιστον. ἀπείραστον, ἀβασάνιστον.</w:t>
      </w:r>
    </w:p>
    <w:p>
      <w:r>
        <w:rPr>
          <w:rFonts w:ascii="Courier New" w:hAnsi="Courier New"/>
          <w:color w:val="555555"/>
          <w:sz w:val="20"/>
        </w:rPr>
        <w:t>[10]</w:t>
      </w:r>
    </w:p>
    <w:p>
      <w:r>
        <w:rPr>
          <w:rFonts w:ascii="Gentium Plus" w:hAnsi="Gentium Plus"/>
          <w:sz w:val="24"/>
        </w:rPr>
        <w:t>Ἀκροθινίων. σκύλων, λαφύρων. ὁ Ἀπόστολος· ᾧ καὶ δεκάτην Ἀβραὰμ ἔδωκεν ἐκ τῶν ἀκροθι‐ νίων ὁ πατριάρχης. Ἀκιώτατον. τὸ ἀσηπτότατον. Ἡσίοδος· δάφνης ἢ πτελέας ἀκιώτατοι ἱστοβοῆες.</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Ἀκαχείατο. ἐλυποῦντο. Ἀκαχίζεο. λυποῦ. [καὶ] ἀκαχήμενον [οὐδέτερον ὁμοίως. ἀπὸ τοῦ ἄχος, ἀχῶ, ἀχίζω, καὶ ἀκα‐ χίζω.]</w:t>
      </w:r>
    </w:p>
    <w:p>
      <w:r>
        <w:rPr>
          <w:rFonts w:ascii="Courier New" w:hAnsi="Courier New"/>
          <w:color w:val="555555"/>
          <w:sz w:val="20"/>
        </w:rPr>
        <w:t>[20]</w:t>
      </w:r>
    </w:p>
    <w:p>
      <w:r>
        <w:rPr>
          <w:rFonts w:ascii="Gentium Plus" w:hAnsi="Gentium Plus"/>
          <w:sz w:val="24"/>
        </w:rPr>
        <w:t>Ἀκαχμένον. ἠκονημένον, ὀξύτητα ἔχον. ἀπὸ τοῦ ἀκὴ γίνεται ἀκάζω, [σημαίνει τὸ ἀκονῶ, ὁ μέλ‐ λων ἀκάσω, ἤκακα, ἤκασμαι, ἠκασμένον καὶ τροπῇ τοῦ ς εἰς χ ἠκαχμένον. ἰστέον, ὅτι μό‐ νη ἡ τοῦ παρακειμένου μετοχὴ ἀεὶ παροξύνε‐</w:t>
      </w:r>
    </w:p>
    <w:p>
      <w:r>
        <w:rPr>
          <w:rFonts w:ascii="Courier New" w:hAnsi="Courier New"/>
          <w:color w:val="555555"/>
          <w:sz w:val="20"/>
        </w:rPr>
        <w:t>[25]</w:t>
      </w:r>
    </w:p>
    <w:p>
      <w:r>
        <w:rPr>
          <w:rFonts w:ascii="Gentium Plus" w:hAnsi="Gentium Plus"/>
          <w:sz w:val="24"/>
        </w:rPr>
        <w:t>ται, τῶν ἄλλων πασῶν προπαροξυνομένων. οἷον τυπτόμενος, τυφθησόμενος. δεῖ προσθεῖναι, χω‐ ρὶς εἰ μὴ πάθωσιν. ἐὰν γὰρ πάθωσιν αἱ εἰς μενος μετοχαὶ παρακειμένου, μὴ οὖσαι ὑπὲρ δύο συλλαβὰς, ἀναβιβάζουσι, τουτέστι προ‐</w:t>
      </w:r>
    </w:p>
    <w:p>
      <w:r>
        <w:rPr>
          <w:rFonts w:ascii="Courier New" w:hAnsi="Courier New"/>
          <w:color w:val="555555"/>
          <w:sz w:val="20"/>
        </w:rPr>
        <w:t>[30]</w:t>
      </w:r>
    </w:p>
    <w:p>
      <w:r>
        <w:rPr>
          <w:rFonts w:ascii="Gentium Plus" w:hAnsi="Gentium Plus"/>
          <w:sz w:val="24"/>
        </w:rPr>
        <w:t>παροξύνονται. οἷον ἥδω, ἧσμαι, ἡσμένος καὶ</w:t>
      </w:r>
    </w:p>
    <w:p>
      <w:r>
        <w:rPr>
          <w:rFonts w:ascii="Courier New" w:hAnsi="Courier New"/>
          <w:color w:val="555555"/>
          <w:sz w:val="20"/>
        </w:rPr>
        <w:t>[alpha 113]</w:t>
      </w:r>
    </w:p>
    <w:p>
      <w:r>
        <w:rPr>
          <w:rFonts w:ascii="Gentium Plus" w:hAnsi="Gentium Plus"/>
          <w:sz w:val="24"/>
        </w:rPr>
        <w:t>ἄσμενος. καὶ πάλιν δεδεγμένος, δέγμενος. πρόσ‐ κειται, μὴ οὖσαι ὑπὲρ τρεῖς συλλαβὰς, ἐπειδὴ ἐὰν ὦσιν ὑπὲρ τρεῖς συλλαβὰς καὶ πάθωσι, τὸν αὐτὸν τόνον φυλάττουσιν. οἷον, ἀκάχω, ἀκα‐</w:t>
      </w:r>
    </w:p>
    <w:p>
      <w:r>
        <w:rPr>
          <w:rFonts w:ascii="Courier New" w:hAnsi="Courier New"/>
          <w:color w:val="555555"/>
          <w:sz w:val="20"/>
        </w:rPr>
        <w:t>[5]</w:t>
      </w:r>
    </w:p>
    <w:p>
      <w:r>
        <w:rPr>
          <w:rFonts w:ascii="Gentium Plus" w:hAnsi="Gentium Plus"/>
          <w:sz w:val="24"/>
        </w:rPr>
        <w:t>χήσω, ἠκάχηκα, ἤκαχμαι, ἠκαχμένος, [ἀκαχ‐ μένος.] τὸ γὰρ οὐτάμενος, καὶ ἐληλαμένος, ὁ Ἡρωδιανὸς οὐ δοξάζει κατὰ πάθος, ἀπὸ τοῦ οὐτασμένος καὶ ἐληλαμένος· ἐπειδὴ ὡς ὄντα ὑπὲρ τρεῖς συλλαβὰς, ὤφειλε τὸν αὐτὸν τόνον</w:t>
      </w:r>
    </w:p>
    <w:p>
      <w:r>
        <w:rPr>
          <w:rFonts w:ascii="Courier New" w:hAnsi="Courier New"/>
          <w:color w:val="555555"/>
          <w:sz w:val="20"/>
        </w:rPr>
        <w:t>[10]</w:t>
      </w:r>
    </w:p>
    <w:p>
      <w:r>
        <w:rPr>
          <w:rFonts w:ascii="Gentium Plus" w:hAnsi="Gentium Plus"/>
          <w:sz w:val="24"/>
        </w:rPr>
        <w:t>φυλάττειν· ἀλλ’ ἀπὸ τῶν εἰς μι λέγονται αὐ‐ τά· ἀπὸ τοῦ οὔτημι, καὶ ἐλήλαμαι, ἵνα ὦσιν ἐνεστῶτες καὶ παρατατικοί· ὡς τὸ, ἵστημι, ἵσταμαι, καὶ ἱστάμενος.] [Ἀκαχείατο. ἐλυποῦντο. ἀπὸ τοῦ ἀκαχῶ, ἀκα‐</w:t>
      </w:r>
    </w:p>
    <w:p>
      <w:r>
        <w:rPr>
          <w:rFonts w:ascii="Courier New" w:hAnsi="Courier New"/>
          <w:color w:val="555555"/>
          <w:sz w:val="20"/>
        </w:rPr>
        <w:t>[15]</w:t>
      </w:r>
    </w:p>
    <w:p>
      <w:r>
        <w:rPr>
          <w:rFonts w:ascii="Gentium Plus" w:hAnsi="Gentium Plus"/>
          <w:sz w:val="24"/>
        </w:rPr>
        <w:t>χήσω, ἠκάχημαι. ὁ ὑπερσυντελικὸς, ἠκαχή‐ μην. καὶ ἰωνικῶς ἀκαχείατο.] Ἀκαχήμενος. λυπούμενος. [οὐκ ἔστι παρακείμε‐ νος· ἐπεὶ ὤφειλε παροξύνεσθαι, ὡς τὸ, πεποιη‐ μένος· ἀλλ’ ἔστιν ἀπὸ τοῦ ἀκάχω, ἀκάχημι</w:t>
      </w:r>
    </w:p>
    <w:p>
      <w:r>
        <w:rPr>
          <w:rFonts w:ascii="Courier New" w:hAnsi="Courier New"/>
          <w:color w:val="555555"/>
          <w:sz w:val="20"/>
        </w:rPr>
        <w:t>[20]</w:t>
      </w:r>
    </w:p>
    <w:p>
      <w:r>
        <w:rPr>
          <w:rFonts w:ascii="Gentium Plus" w:hAnsi="Gentium Plus"/>
          <w:sz w:val="24"/>
        </w:rPr>
        <w:t>ἐνεστῶτος, ὁ παθητικὸς ἀκάχημαι. οἱ Αἰολεῖς δὲ τὴν παραλήγουσαν οὐ συστέλλουσι. καὶ ἡ μετοχὴ ἀκαχήμενος.] Ἀκαχείατο. ἐλυπήθη. Ἀκέων. ἀντὶ τοῦ ἐφ’ ἡσυχίας. Ὅμηρος·</w:t>
      </w:r>
    </w:p>
    <w:p>
      <w:r>
        <w:rPr>
          <w:rFonts w:ascii="Courier New" w:hAnsi="Courier New"/>
          <w:color w:val="555555"/>
          <w:sz w:val="20"/>
        </w:rPr>
        <w:t>[25]</w:t>
      </w:r>
    </w:p>
    <w:p>
      <w:r>
        <w:rPr>
          <w:rFonts w:ascii="Gentium Plus" w:hAnsi="Gentium Plus"/>
          <w:sz w:val="24"/>
        </w:rPr>
        <w:t>ἀλλ’ ἀκέων δαίνυσθε καθήμενοι——. Ἀκεῖσθαι. θεραπεύειν. Ἀκήδεσεν. οὐκ ἐφρόντισεν. Ἀκέων. ἡσυχάζων. [παρὰ τὸ μὴ χαίνειν γίνε‐ ται ἀχὴν καὶ ἀκὴν καὶ ἐξ αὐτοῦ ἀκέων. ἢ παρὰ</w:t>
      </w:r>
    </w:p>
    <w:p>
      <w:r>
        <w:rPr>
          <w:rFonts w:ascii="Courier New" w:hAnsi="Courier New"/>
          <w:color w:val="555555"/>
          <w:sz w:val="20"/>
        </w:rPr>
        <w:t>[30]</w:t>
      </w:r>
    </w:p>
    <w:p>
      <w:r>
        <w:rPr>
          <w:rFonts w:ascii="Gentium Plus" w:hAnsi="Gentium Plus"/>
          <w:sz w:val="24"/>
        </w:rPr>
        <w:t>τὸ κέω τὸ κοιμῶμαι, ἀκέων ἐπιτάσει τοῦ α.] Ἀκεύμενον. τὸ τεθεραπευμένον. καὶ ἀκῶ τὸ</w:t>
      </w:r>
    </w:p>
    <w:p>
      <w:r>
        <w:rPr>
          <w:rFonts w:ascii="Courier New" w:hAnsi="Courier New"/>
          <w:color w:val="555555"/>
          <w:sz w:val="20"/>
        </w:rPr>
        <w:t>[alpha 114]</w:t>
      </w:r>
    </w:p>
    <w:p>
      <w:r>
        <w:rPr>
          <w:rFonts w:ascii="Gentium Plus" w:hAnsi="Gentium Plus"/>
          <w:sz w:val="24"/>
        </w:rPr>
        <w:t>ρικῇ τοῦ ε καὶ ο εἰς τὴν ευ δίφθογγον, ἀκεύ‐ μενον. Ἀκηχέδαται. λυποῦνται. [παρὰ τὸ ἀχῶ ἀχά‐ ζω, ὡς ἀνιῶ ἀνιάζω, ἤχακα, ἤχαδα ὁ μέσος,</w:t>
      </w:r>
    </w:p>
    <w:p>
      <w:r>
        <w:rPr>
          <w:rFonts w:ascii="Courier New" w:hAnsi="Courier New"/>
          <w:color w:val="555555"/>
          <w:sz w:val="20"/>
        </w:rPr>
        <w:t>[5]</w:t>
      </w:r>
    </w:p>
    <w:p>
      <w:r>
        <w:rPr>
          <w:rFonts w:ascii="Gentium Plus" w:hAnsi="Gentium Plus"/>
          <w:sz w:val="24"/>
        </w:rPr>
        <w:t>παθητικὸς ἤχασμαι, ἤχασται. καὶ ἰωνικῶς ἠχά‐ δαται. καὶ μετὰ ἀναδιπλασιασμοῦ ἀττικοῦ καὶ τροπῇ τοῦ α εἰς η ἀκηχέδαται.] Ἀκινητίζω. ἐπιθυμῶ μὴ κινεῖσθαι. Ἀκκίζεται. ἔτι τῆς ὕβρεως ἔχεται· ἢ ἐπαίρεται,</w:t>
      </w:r>
    </w:p>
    <w:p>
      <w:r>
        <w:rPr>
          <w:rFonts w:ascii="Courier New" w:hAnsi="Courier New"/>
          <w:color w:val="555555"/>
          <w:sz w:val="20"/>
        </w:rPr>
        <w:t>[10]</w:t>
      </w:r>
    </w:p>
    <w:p>
      <w:r>
        <w:rPr>
          <w:rFonts w:ascii="Gentium Plus" w:hAnsi="Gentium Plus"/>
          <w:sz w:val="24"/>
        </w:rPr>
        <w:t>γυναικίζεται, θρύπτεται, μωραίνει. [εἴρηται δὲ ἀπὸ Σαμίας τινὸς γυναικὸς μωρᾶς, ἧς ὄνομα Ἀκκώ.] Ἀκμάζει. νεάζει, τὰ νέων πράττει. [οὕτως Ὑπερίδης καὶ Λυσίας.]</w:t>
      </w:r>
    </w:p>
    <w:p>
      <w:r>
        <w:rPr>
          <w:rFonts w:ascii="Courier New" w:hAnsi="Courier New"/>
          <w:color w:val="555555"/>
          <w:sz w:val="20"/>
        </w:rPr>
        <w:t>[15]</w:t>
      </w:r>
    </w:p>
    <w:p>
      <w:r>
        <w:rPr>
          <w:rFonts w:ascii="Gentium Plus" w:hAnsi="Gentium Plus"/>
          <w:sz w:val="24"/>
        </w:rPr>
        <w:t>Ἀκληρεῖ. οὐ μετέχει, οὐ κεκλήρωται. Ἀκληρούντων. δυστυχούντων. [συμπάσχοντες τῇ τῶν ἀκληρούντων ὑπερωδυνίᾳ.] Ἀκολασταίνω. τὸ μωραίνω. λέγεται καὶ ἐπὶ τοῦ ἀκρατοῦς καὶ ὑβριστοῦ καὶ ἐπὶ τοῦ ἀξίου</w:t>
      </w:r>
    </w:p>
    <w:p>
      <w:r>
        <w:rPr>
          <w:rFonts w:ascii="Courier New" w:hAnsi="Courier New"/>
          <w:color w:val="555555"/>
          <w:sz w:val="20"/>
        </w:rPr>
        <w:t>[20]</w:t>
      </w:r>
    </w:p>
    <w:p>
      <w:r>
        <w:rPr>
          <w:rFonts w:ascii="Gentium Plus" w:hAnsi="Gentium Plus"/>
          <w:sz w:val="24"/>
        </w:rPr>
        <w:t>κολάσεως. Ἀκουάζεσθε. παρ’ Ὁμήρῳ· ἀντὶ τοῦ αἰσθά‐ νεσθε, ἐπεὶ ἡ ἀκοὴ ὁδὸς ἐστὶ τῆς αἰσθήσεως. Ἀκουτίσαι. διδάξαι. Ἀκοστήσας. κριθιάσας, σταυλίσας.</w:t>
      </w:r>
    </w:p>
    <w:p>
      <w:r>
        <w:rPr>
          <w:rFonts w:ascii="Courier New" w:hAnsi="Courier New"/>
          <w:color w:val="555555"/>
          <w:sz w:val="20"/>
        </w:rPr>
        <w:t>[25]</w:t>
      </w:r>
    </w:p>
    <w:p>
      <w:r>
        <w:rPr>
          <w:rFonts w:ascii="Gentium Plus" w:hAnsi="Gentium Plus"/>
          <w:sz w:val="24"/>
        </w:rPr>
        <w:t>Ἀκρατίζω. τὸ ἄκρατον πίνω. [καὶ ἀκρατισαμένη ἡσυχίαν ἦγεν, ἀκράτου σπάσασα.] [Ἀκούμβω. τὸ ἀναπίπτω παρὰ Ῥωμαίοις· ὅθεν καὶ ἀκούμβιτα.] Ἀκριβωθήσεται. ἀκριβῶς μελετηθήσεται. [Ἀρι‐</w:t>
      </w:r>
    </w:p>
    <w:p>
      <w:r>
        <w:rPr>
          <w:rFonts w:ascii="Courier New" w:hAnsi="Courier New"/>
          <w:color w:val="555555"/>
          <w:sz w:val="20"/>
        </w:rPr>
        <w:t>[30]</w:t>
      </w:r>
    </w:p>
    <w:p>
      <w:r>
        <w:rPr>
          <w:rFonts w:ascii="Gentium Plus" w:hAnsi="Gentium Plus"/>
          <w:sz w:val="24"/>
        </w:rPr>
        <w:t>στοφάνης· οὐδ’ ἂν προβαίη τὸν πόδα</w:t>
      </w:r>
    </w:p>
    <w:p>
      <w:r>
        <w:rPr>
          <w:rFonts w:ascii="Courier New" w:hAnsi="Courier New"/>
          <w:color w:val="555555"/>
          <w:sz w:val="20"/>
        </w:rPr>
        <w:t>[alpha 115]</w:t>
      </w:r>
    </w:p>
    <w:p>
      <w:r>
        <w:rPr>
          <w:rFonts w:ascii="Gentium Plus" w:hAnsi="Gentium Plus"/>
          <w:sz w:val="24"/>
        </w:rPr>
        <w:t>Ἀκριτομυθεῖν. πολυλογεῖν. Ἀκροβολίζειν. τοξεύειν, ἀκοντίζειν. Ἀκροᾶσθαι. ὑπακούειν. οὕτως Ἀντιφῶν. Ἀκολουθεῖ. παρὰ τὸ κόλλη καὶ τὸ θέω τὸ τρέ‐</w:t>
      </w:r>
    </w:p>
    <w:p>
      <w:r>
        <w:rPr>
          <w:rFonts w:ascii="Courier New" w:hAnsi="Courier New"/>
          <w:color w:val="555555"/>
          <w:sz w:val="20"/>
        </w:rPr>
        <w:t>[5]</w:t>
      </w:r>
    </w:p>
    <w:p>
      <w:r>
        <w:rPr>
          <w:rFonts w:ascii="Gentium Plus" w:hAnsi="Gentium Plus"/>
          <w:sz w:val="24"/>
        </w:rPr>
        <w:t>χω· ἢ ἐκ τοῦ ἐλεύθω, ἔλευθα, ἐξ αὐτοῦ ἀκο‐ λουθεῖ. Ἀκροκελαινιόων. τὸ ἄκρον τοῦ κύματος μελαί‐ νων. Ἀκρωτηριάζω. τὰ ἄκρα τέμνω.</w:t>
      </w:r>
    </w:p>
    <w:p>
      <w:r>
        <w:rPr>
          <w:rFonts w:ascii="Courier New" w:hAnsi="Courier New"/>
          <w:color w:val="555555"/>
          <w:sz w:val="20"/>
        </w:rPr>
        <w:t>[10]</w:t>
      </w:r>
    </w:p>
    <w:p>
      <w:r>
        <w:rPr>
          <w:rFonts w:ascii="Gentium Plus" w:hAnsi="Gentium Plus"/>
          <w:sz w:val="24"/>
        </w:rPr>
        <w:t>Ἀκτάζων. ἐξανιστάμενος. Ἀκταίνειν. γαυριᾷν, ἀκολασταίνειν καὶ ἀτάκτως πηδᾷν. Ἀκροῶ. παρὰ τὸ ἀκούω. [ὥσπερ κύρω, κυρῶ, καὶ πλεονασμῷ τοῦ ρ ἀκροῶ.]</w:t>
      </w:r>
    </w:p>
    <w:p>
      <w:r>
        <w:rPr>
          <w:rFonts w:ascii="Courier New" w:hAnsi="Courier New"/>
          <w:color w:val="555555"/>
          <w:sz w:val="20"/>
        </w:rPr>
        <w:t>[15]</w:t>
      </w:r>
    </w:p>
    <w:p>
      <w:r>
        <w:rPr>
          <w:rFonts w:ascii="Gentium Plus" w:hAnsi="Gentium Plus"/>
          <w:sz w:val="24"/>
        </w:rPr>
        <w:t>Ἀκαχίζω. ἀπὸ τοῦ ἄχος, ἀχῶ, ἀχίζω καὶ ἀκα‐ χίζω. παρὰ τὸ τὴν ἄγην, ὃ σημαίνει τὴν ἔκπλη‐ ξιν. ἡ γὰρ ἔκπληξις ἀφωνίας οἶδε ποιεῖν. κατὰ τροπὴν τοῦ γ εἰς κ.</w:t>
      </w:r>
    </w:p>
    <w:p>
      <w:pPr>
        <w:jc w:val="center"/>
      </w:pPr>
      <w:r>
        <w:rPr>
          <w:rFonts w:ascii="Gentium Plus" w:hAnsi="Gentium Plus"/>
          <w:b/>
          <w:sz w:val="24"/>
        </w:rPr>
        <w:t>(Ἐπίῤῥημα.)</w:t>
      </w:r>
    </w:p>
    <w:p>
      <w:r>
        <w:rPr>
          <w:rFonts w:ascii="Courier New" w:hAnsi="Courier New"/>
          <w:color w:val="555555"/>
          <w:sz w:val="20"/>
        </w:rPr>
        <w:t>[20]</w:t>
      </w:r>
    </w:p>
    <w:p>
      <w:r>
        <w:rPr>
          <w:rFonts w:ascii="Gentium Plus" w:hAnsi="Gentium Plus"/>
          <w:sz w:val="24"/>
        </w:rPr>
        <w:t>Ἀκάματα. ἀντὶ τοῦ ἀκαμάτως καὶ ἀδιαλείπτως, ἢ οὐ κεκμηκότως. Σοφοκλῆς· —ὃν ἐγώγ’ ἀκάματα προσμένους’ ἄτεκνος τάλαινα—.</w:t>
      </w:r>
    </w:p>
    <w:p>
      <w:r>
        <w:rPr>
          <w:rFonts w:ascii="Courier New" w:hAnsi="Courier New"/>
          <w:color w:val="555555"/>
          <w:sz w:val="20"/>
        </w:rPr>
        <w:t>[25]</w:t>
      </w:r>
    </w:p>
    <w:p>
      <w:r>
        <w:rPr>
          <w:rFonts w:ascii="Gentium Plus" w:hAnsi="Gentium Plus"/>
          <w:sz w:val="24"/>
        </w:rPr>
        <w:t>Ἀκαρῶς· ἀκαρεῖ. ἐν βραχείᾳ ὥρᾳ, ἐν ἀτό‐ μῳ, ἐν ῥιπῇ ὀφθαλμοῦ, ἐν στιγμῇ. Ἀκαταλλήλως. ἀναρμοδίως. Ἀκαταλήκτως. ἀκαταπαύστως. Ἄκαρ. ἀντὶ τοῦ μικρὸν ἢ οὐδέν.</w:t>
      </w:r>
    </w:p>
    <w:p>
      <w:r>
        <w:rPr>
          <w:rFonts w:ascii="Courier New" w:hAnsi="Courier New"/>
          <w:color w:val="555555"/>
          <w:sz w:val="20"/>
        </w:rPr>
        <w:t>[30]</w:t>
      </w:r>
    </w:p>
    <w:p>
      <w:r>
        <w:rPr>
          <w:rFonts w:ascii="Gentium Plus" w:hAnsi="Gentium Plus"/>
          <w:sz w:val="24"/>
        </w:rPr>
        <w:t>Ἀκηδῶς. ἀντὶ τοῦ ἀτάφως. ἐριμμένον ἀκηδῶς καὶ ὀλιγώρως τὸν τεθνεῶτα παρελθεῖν οὐκ ἐτόλ‐</w:t>
      </w:r>
    </w:p>
    <w:p>
      <w:r>
        <w:rPr>
          <w:rFonts w:ascii="Courier New" w:hAnsi="Courier New"/>
          <w:color w:val="555555"/>
          <w:sz w:val="20"/>
        </w:rPr>
        <w:t>[alpha 116]</w:t>
      </w:r>
    </w:p>
    <w:p>
      <w:r>
        <w:rPr>
          <w:rFonts w:ascii="Gentium Plus" w:hAnsi="Gentium Plus"/>
          <w:sz w:val="24"/>
        </w:rPr>
        <w:t>Ἀκῆν. ἐπὶ ἄκρας ἡσυχίας. Ἀκινδυνί. [καὶ] ἀκινδυνότατα. χωρὶς κινδύνου. Ἀκηράτως. αἰωνίως, ἀφθάρτως. Ἀκλαυστί. χωρὶς κλαυθμοῦ.</w:t>
      </w:r>
    </w:p>
    <w:p>
      <w:r>
        <w:rPr>
          <w:rFonts w:ascii="Courier New" w:hAnsi="Courier New"/>
          <w:color w:val="555555"/>
          <w:sz w:val="20"/>
        </w:rPr>
        <w:t>[5]</w:t>
      </w:r>
    </w:p>
    <w:p>
      <w:r>
        <w:rPr>
          <w:rFonts w:ascii="Gentium Plus" w:hAnsi="Gentium Plus"/>
          <w:sz w:val="24"/>
        </w:rPr>
        <w:t>Ἀκληρεί. χωρὶς κλήρου. Ἀκλητί. χωρὶς κλήσεως. Ἀκμητί. ἀκόπως. Ἀκοντί. ἀντὶ τοῦ ἀκουσίως. Ἀκονιτί. ἄνευ ἀγῶνος καὶ μάχης. [ἀπὸ τοῦ κό‐</w:t>
      </w:r>
    </w:p>
    <w:p>
      <w:r>
        <w:rPr>
          <w:rFonts w:ascii="Courier New" w:hAnsi="Courier New"/>
          <w:color w:val="555555"/>
          <w:sz w:val="20"/>
        </w:rPr>
        <w:t>[10]</w:t>
      </w:r>
    </w:p>
    <w:p>
      <w:r>
        <w:rPr>
          <w:rFonts w:ascii="Gentium Plus" w:hAnsi="Gentium Plus"/>
          <w:sz w:val="24"/>
        </w:rPr>
        <w:t>νης, κόνιτος καὶ ἀκονιτί.] Ἀκριτί. ἄνευ κρίσεως. Ἀκροποδιτί. ἄκροις ποσίν. Ἄκρυ. ἀληθῶς. Ἀκυμάντως. ἀταράχως. καὶ γίνεται ἀπὸ τοῦ</w:t>
      </w:r>
    </w:p>
    <w:p>
      <w:r>
        <w:rPr>
          <w:rFonts w:ascii="Courier New" w:hAnsi="Courier New"/>
          <w:color w:val="555555"/>
          <w:sz w:val="20"/>
        </w:rPr>
        <w:t>[15]</w:t>
      </w:r>
    </w:p>
    <w:p>
      <w:r>
        <w:rPr>
          <w:rFonts w:ascii="Gentium Plus" w:hAnsi="Gentium Plus"/>
          <w:sz w:val="24"/>
        </w:rPr>
        <w:t>α στερητικοῦ μορίου καὶ τοῦ κυμαίνω τὸ τα‐ ράσσω.</w:t>
      </w:r>
    </w:p>
    <w:p>
      <w:pPr>
        <w:jc w:val="center"/>
      </w:pPr>
      <w:r>
        <w:rPr>
          <w:rFonts w:ascii="Gentium Plus" w:hAnsi="Gentium Plus"/>
          <w:b/>
          <w:sz w:val="24"/>
        </w:rPr>
        <w:t>Τὸ Α μετὰ τοῦ Λ.</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Ἀλαός. ὁ τυφλὸς ἢ ὁ πλανώμενος. Ὅμηρος·</w:t>
      </w:r>
    </w:p>
    <w:p>
      <w:r>
        <w:rPr>
          <w:rFonts w:ascii="Courier New" w:hAnsi="Courier New"/>
          <w:color w:val="555555"/>
          <w:sz w:val="20"/>
        </w:rPr>
        <w:t>[20]</w:t>
      </w:r>
    </w:p>
    <w:p>
      <w:r>
        <w:rPr>
          <w:rFonts w:ascii="Gentium Plus" w:hAnsi="Gentium Plus"/>
          <w:sz w:val="24"/>
        </w:rPr>
        <w:t>ἀσπαίροντα λάων. ἀντὶ τοῦ βλέπων. ἢ παρὰ τὸ ἀλῶ, τὸ πλανῶ, ἀλαὸς ὁ πλανώμενος. Ἄλαστε. ἀνεπίληστε. τέκνον ἐμὸν ἄλαστον———.</w:t>
      </w:r>
    </w:p>
    <w:p>
      <w:r>
        <w:rPr>
          <w:rFonts w:ascii="Courier New" w:hAnsi="Courier New"/>
          <w:color w:val="555555"/>
          <w:sz w:val="20"/>
        </w:rPr>
        <w:t>[25]</w:t>
      </w:r>
    </w:p>
    <w:p>
      <w:r>
        <w:rPr>
          <w:rFonts w:ascii="Gentium Plus" w:hAnsi="Gentium Plus"/>
          <w:sz w:val="24"/>
        </w:rPr>
        <w:t>Ἀλαπαδνός. ὁ ἀσθενής· παρὰ τὸ ἀλαπάζω, ὃ σημαίνει τὸ ἐκκενῶ. Ἀλάστωρ. ὁ πικρὸς καὶ φονικὸς δαίμων. ὁ δὲ ἀνέγραψε πικρῶς καὶ παραστατικῶς, ἀλάστο‐</w:t>
      </w:r>
    </w:p>
    <w:p>
      <w:r>
        <w:rPr>
          <w:rFonts w:ascii="Courier New" w:hAnsi="Courier New"/>
          <w:color w:val="555555"/>
          <w:sz w:val="20"/>
        </w:rPr>
        <w:t>[alpha 117]</w:t>
      </w:r>
    </w:p>
    <w:p>
      <w:r>
        <w:rPr>
          <w:rFonts w:ascii="Gentium Plus" w:hAnsi="Gentium Plus"/>
          <w:sz w:val="24"/>
        </w:rPr>
        <w:t>στολῆς. ἢ ἀλάστωρ ὁ ἄξιος ἐλαύνεσθαι διὰ φόνον. ἢ ἀπὸ τοῦ ἀλᾶσθαι, τοῦ πλανᾶσθαι. Ἀλαλαγμός. ὕμνος ἐπινίκιος. ἢ ἀλαλαγμός ἐστι φωνή τις ἄναρθρος σύμφωνος, ἀλλήλοις τῶν</w:t>
      </w:r>
    </w:p>
    <w:p>
      <w:r>
        <w:rPr>
          <w:rFonts w:ascii="Courier New" w:hAnsi="Courier New"/>
          <w:color w:val="555555"/>
          <w:sz w:val="20"/>
        </w:rPr>
        <w:t>[5]</w:t>
      </w:r>
    </w:p>
    <w:p>
      <w:r>
        <w:rPr>
          <w:rFonts w:ascii="Gentium Plus" w:hAnsi="Gentium Plus"/>
          <w:sz w:val="24"/>
        </w:rPr>
        <w:t>ἐν πολέμοις συνασπιζόντων καὶ συνυπηχούντων. παρὰ τὸ τὴν ἀλαλὰν, ὃ σημαίνει τὸν θόρυβον, γίνεται ἀλαλάζω, καὶ ἐξ αὐτοῦ ἀλαλαγμὸς καὶ ἀλάλαγμα. Ἅλα. ἡ θάλασσα. ἡ εὐθεῖα ὁ ἃλς, τοῦ ἁλὸς,</w:t>
      </w:r>
    </w:p>
    <w:p>
      <w:r>
        <w:rPr>
          <w:rFonts w:ascii="Courier New" w:hAnsi="Courier New"/>
          <w:color w:val="555555"/>
          <w:sz w:val="20"/>
        </w:rPr>
        <w:t>[10]</w:t>
      </w:r>
    </w:p>
    <w:p>
      <w:r>
        <w:rPr>
          <w:rFonts w:ascii="Gentium Plus" w:hAnsi="Gentium Plus"/>
          <w:sz w:val="24"/>
        </w:rPr>
        <w:t>τῷ ἁλὶ, τὸν ἅλα. Ἀλαζών. ὁ ἀπατεὼν, ἢ κομπαστής· παρὰ τὸ ἐν ἄλῃ καὶ πλάνῃ ζῇν. ἢ ὁ ἐκ τοῦ ἀλᾷν ζῶν, οὐκ ἐξ ἐπιτηδευμάτων, ἀλλ’ ἐξ ἀπάτης. Ἀλαλητός. ὁ θόρυβος.</w:t>
      </w:r>
    </w:p>
    <w:p>
      <w:r>
        <w:rPr>
          <w:rFonts w:ascii="Courier New" w:hAnsi="Courier New"/>
          <w:color w:val="555555"/>
          <w:sz w:val="20"/>
        </w:rPr>
        <w:t>[15]</w:t>
      </w:r>
    </w:p>
    <w:p>
      <w:r>
        <w:rPr>
          <w:rFonts w:ascii="Gentium Plus" w:hAnsi="Gentium Plus"/>
          <w:sz w:val="24"/>
        </w:rPr>
        <w:t>Ἀλλάντος. εἶδος ἐντέρου ἐσκευασμένου. καὶ ἀλ‐ λαντοπώλης ὁ ἐντεροπράτης. ἡ εὐθεῖα ὁ ἀλὰς, τοῦ ἀλαντός. Ἀλβανοί. ὄνομα ἔθνους Γαλατῶν. τούτων φασὶ τὴν γῆν εὐδαίμονα καὶ καρποὺς ἐνεγκεῖν οὖσαν</w:t>
      </w:r>
    </w:p>
    <w:p>
      <w:r>
        <w:rPr>
          <w:rFonts w:ascii="Courier New" w:hAnsi="Courier New"/>
          <w:color w:val="555555"/>
          <w:sz w:val="20"/>
        </w:rPr>
        <w:t>[20]</w:t>
      </w:r>
    </w:p>
    <w:p>
      <w:r>
        <w:rPr>
          <w:rFonts w:ascii="Gentium Plus" w:hAnsi="Gentium Plus"/>
          <w:sz w:val="24"/>
        </w:rPr>
        <w:t>ἀγαθὴν, οἶνον πολὺν καὶ ἡδὺν ἔχουσαν. Ἀλγεινός. ὁ ἀλγεινόεις, ὁ λυπηρός. Ἀλαιεύς. ὄνομα δήμου. Ἀλαινής. ὁ μαινόμενος. Ἀλεεινός. θερινὸς, θερμός. οὕτως Ξενοφῶν.</w:t>
      </w:r>
    </w:p>
    <w:p>
      <w:r>
        <w:rPr>
          <w:rFonts w:ascii="Courier New" w:hAnsi="Courier New"/>
          <w:color w:val="555555"/>
          <w:sz w:val="20"/>
        </w:rPr>
        <w:t>[25]</w:t>
      </w:r>
    </w:p>
    <w:p>
      <w:r>
        <w:rPr>
          <w:rFonts w:ascii="Gentium Plus" w:hAnsi="Gentium Plus"/>
          <w:sz w:val="24"/>
        </w:rPr>
        <w:t>Ἀλεκινός. δυνατός. Ἄλεκτρος. ἀκοίμητος. Ἀλεξιτῆρα. βοηθὸν, σωτῆρα. Ἀλεξιβέλεμνον. τὸν τὰ βέλη ἀπερύκοντα. ἐν</w:t>
      </w:r>
    </w:p>
    <w:p>
      <w:r>
        <w:rPr>
          <w:rFonts w:ascii="Courier New" w:hAnsi="Courier New"/>
          <w:color w:val="555555"/>
          <w:sz w:val="20"/>
        </w:rPr>
        <w:t>[alpha 118]</w:t>
      </w:r>
    </w:p>
    <w:p>
      <w:r>
        <w:rPr>
          <w:rFonts w:ascii="Gentium Plus" w:hAnsi="Gentium Plus"/>
          <w:sz w:val="24"/>
        </w:rPr>
        <w:t>καὶ τὸν ἀλεξιβέλεμνον ἀπὸ στέρνοιο χιτῶνα. Ἀλεξίκακε. καθαρτικὲ τῆς κακίας, ἢ ἀποτρό‐ παιε· ὁ τὰ δεινὰ καθείργων. ἢ ἀλεξίκακος ὁ σωτὴρ καὶ βοηθός.</w:t>
      </w:r>
    </w:p>
    <w:p>
      <w:r>
        <w:rPr>
          <w:rFonts w:ascii="Courier New" w:hAnsi="Courier New"/>
          <w:color w:val="555555"/>
          <w:sz w:val="20"/>
        </w:rPr>
        <w:t>[5]</w:t>
      </w:r>
    </w:p>
    <w:p>
      <w:r>
        <w:rPr>
          <w:rFonts w:ascii="Gentium Plus" w:hAnsi="Gentium Plus"/>
          <w:sz w:val="24"/>
        </w:rPr>
        <w:t>Ἀλετρίβανος. οἱ μὲν δασέως παρὰ τὰς ἅλας τρίβειν, οἱ δὲ ψιλῶς παρὰ τὸ ἀλεῖν, [τὸ ἀλή‐ θειν.] Ἀλείπτης. ὁ πρὸς τοὺς ἀγῶνας ἐπασκῶν, καὶ ὁ ἀγωνοθέτης. φησὶ καὶ ὁ θεόλογος Γρηγόριος·</w:t>
      </w:r>
    </w:p>
    <w:p>
      <w:r>
        <w:rPr>
          <w:rFonts w:ascii="Courier New" w:hAnsi="Courier New"/>
          <w:color w:val="555555"/>
          <w:sz w:val="20"/>
        </w:rPr>
        <w:t>[10]</w:t>
      </w:r>
    </w:p>
    <w:p>
      <w:r>
        <w:rPr>
          <w:rFonts w:ascii="Gentium Plus" w:hAnsi="Gentium Plus"/>
          <w:sz w:val="24"/>
        </w:rPr>
        <w:t>ἀλεῖπται τῆς ἀρετῆς. γίνεται δὲ ἀπὸ τοῦ ἀλεί‐ φω. ὅσα ὀνόματα ἀπὸ τοῦ ἀλείφω γινόμενα εἰ μὲν διὰ τοῦ πτ ἐκφέρονται, φυλάσσουσι τὸν ει δίφθογγον· οἷον ἀλείπτω, ἀλείπτης, ἄλειπτον φάρμακον· ἀνάλειπτος ὁ μὴ ἀλειφθείς. εἰ δὲ</w:t>
      </w:r>
    </w:p>
    <w:p>
      <w:r>
        <w:rPr>
          <w:rFonts w:ascii="Courier New" w:hAnsi="Courier New"/>
          <w:color w:val="555555"/>
          <w:sz w:val="20"/>
        </w:rPr>
        <w:t>[15]</w:t>
      </w:r>
    </w:p>
    <w:p>
      <w:r>
        <w:rPr>
          <w:rFonts w:ascii="Gentium Plus" w:hAnsi="Gentium Plus"/>
          <w:sz w:val="24"/>
        </w:rPr>
        <w:t>διὰ τοῦ φ ἐκφέρονται σύνθετα ὄντα, οὐ φυλάσ‐ σουσι τὸν ει δίφθογγον, ἀλλὰ διὰ τοῦ ι γρά‐ φεται· οἷον νηλιφὴς, ἀνηλιφής· σημαίνει δὲ τὴν ναῦν τὴν μὴ ἀλειφθεῖσαν πίσσῃ. πρόσκει‐ ται σύνθετα διὰ τὸ ἄλειφα, ὃ σημαίνει τὸ</w:t>
      </w:r>
    </w:p>
    <w:p>
      <w:r>
        <w:rPr>
          <w:rFonts w:ascii="Courier New" w:hAnsi="Courier New"/>
          <w:color w:val="555555"/>
          <w:sz w:val="20"/>
        </w:rPr>
        <w:t>[20]</w:t>
      </w:r>
    </w:p>
    <w:p>
      <w:r>
        <w:rPr>
          <w:rFonts w:ascii="Gentium Plus" w:hAnsi="Gentium Plus"/>
          <w:sz w:val="24"/>
        </w:rPr>
        <w:t>ἄλειμμα. ἐκ δὲ τοῦ ἀλείπτης γίνεται φιλα‐ λειπτῶ, ὡς· οὐκ ἔστι πίστις ἀνδρὶ φιλαλει‐ πτοῦντι. Ἀλείτης. ὁ ἁμαρτωλὸς, παρὰ τὸ ἀλῶ τὸ πλα‐ νῶ. γράφεται διὰ τῆς ει διφθόγγου, διότι [ἀν‐</w:t>
      </w:r>
    </w:p>
    <w:p>
      <w:r>
        <w:rPr>
          <w:rFonts w:ascii="Courier New" w:hAnsi="Courier New"/>
          <w:color w:val="555555"/>
          <w:sz w:val="20"/>
        </w:rPr>
        <w:t>[25]</w:t>
      </w:r>
    </w:p>
    <w:p>
      <w:r>
        <w:rPr>
          <w:rFonts w:ascii="Gentium Plus" w:hAnsi="Gentium Plus"/>
          <w:sz w:val="24"/>
        </w:rPr>
        <w:t>εφάνη] τὸ ο ἐν τῷ ἀλείτης· τὰ γὰρ ἔχοντα τὸ ο ἀναφαινόμενον ἔχουσι τὸ [ε] ἐγκείμενον· οἷον σπείρω, σπορὰ, ἀλείφω, ἀλοιφή.</w:t>
      </w:r>
    </w:p>
    <w:p>
      <w:r>
        <w:rPr>
          <w:rFonts w:ascii="Courier New" w:hAnsi="Courier New"/>
          <w:color w:val="555555"/>
          <w:sz w:val="20"/>
        </w:rPr>
        <w:t>[alpha 119]</w:t>
      </w:r>
    </w:p>
    <w:p>
      <w:r>
        <w:rPr>
          <w:rFonts w:ascii="Gentium Plus" w:hAnsi="Gentium Plus"/>
          <w:sz w:val="24"/>
        </w:rPr>
        <w:t>Ἀλεξίκακος. τὰ ἀπὸ ἐνεστώτων ἢ μελλόντων γινόμενα ὀνόματα ἐν τῇ συνθέσει τρέπει τὸ ω εἰς ι· ἄρχω, ἀρχιστράτηγος· αὔξω, αὐξίφω‐ τος· λύσω, λυσίκομος· ἀλέξω, ἀλεξίκακος.</w:t>
      </w:r>
    </w:p>
    <w:p>
      <w:r>
        <w:rPr>
          <w:rFonts w:ascii="Courier New" w:hAnsi="Courier New"/>
          <w:color w:val="555555"/>
          <w:sz w:val="20"/>
        </w:rPr>
        <w:t>[5]</w:t>
      </w:r>
    </w:p>
    <w:p>
      <w:r>
        <w:rPr>
          <w:rFonts w:ascii="Gentium Plus" w:hAnsi="Gentium Plus"/>
          <w:sz w:val="24"/>
        </w:rPr>
        <w:t>Ἀλίβας. ὁ νεκρὸς, παρὰ τὸ λιβάδα μὴ ἔχειν, ὃ ἔστιν ὑγρότητα. Ἁλιγενής. ὁ ἐν θαλάσσῃ γεννηθείς. Ἀλιγέρνης. κύριον. Ἀληθής. ὁ τὰ ὄντα ὡς ἔχει λέγων.</w:t>
      </w:r>
    </w:p>
    <w:p>
      <w:r>
        <w:rPr>
          <w:rFonts w:ascii="Courier New" w:hAnsi="Courier New"/>
          <w:color w:val="555555"/>
          <w:sz w:val="20"/>
        </w:rPr>
        <w:t>[10]</w:t>
      </w:r>
    </w:p>
    <w:p>
      <w:r>
        <w:rPr>
          <w:rFonts w:ascii="Gentium Plus" w:hAnsi="Gentium Plus"/>
          <w:sz w:val="24"/>
        </w:rPr>
        <w:t>Ἀληθοεπής. ὁ ἀψευδής. Ἀλήϊος. ὁ πλανητικός. Ἄληξ. ποταμὸς Ἰταλίας. Ἄληπτος. ὁ ἀκράτητος. εἰπεῖν τὴν αἰτίαν, δι’ ἧς ἄληπτός ἐστι τοῖς ἐχθροῖς. ἄληπτος καὶ ὁ</w:t>
      </w:r>
    </w:p>
    <w:p>
      <w:r>
        <w:rPr>
          <w:rFonts w:ascii="Courier New" w:hAnsi="Courier New"/>
          <w:color w:val="555555"/>
          <w:sz w:val="20"/>
        </w:rPr>
        <w:t>[15]</w:t>
      </w:r>
    </w:p>
    <w:p>
      <w:r>
        <w:rPr>
          <w:rFonts w:ascii="Gentium Plus" w:hAnsi="Gentium Plus"/>
          <w:sz w:val="24"/>
        </w:rPr>
        <w:t>ἀκατάληπτος. καὶ ἀλήπτως ἐπίῤῥημα ἀντὶ τοῦ ἀκαταγνώστως. Ἁλίαρτος. ὁ ἠρτυμένος ἅλατι. Ἁλιάρται. ἀπὸ Ἁλιαρτίας χώρας. Ἀλλίας. ὄνομα κύριον.</w:t>
      </w:r>
    </w:p>
    <w:p>
      <w:r>
        <w:rPr>
          <w:rFonts w:ascii="Courier New" w:hAnsi="Courier New"/>
          <w:color w:val="555555"/>
          <w:sz w:val="20"/>
        </w:rPr>
        <w:t>[20]</w:t>
      </w:r>
    </w:p>
    <w:p>
      <w:r>
        <w:rPr>
          <w:rFonts w:ascii="Gentium Plus" w:hAnsi="Gentium Plus"/>
          <w:sz w:val="24"/>
        </w:rPr>
        <w:t>Ἀλίαστος. ὁ μὴ φεύγων. παρὰ τὸ λιάζω λια‐ στός. [—ἀμφὶ δ’ ἄρα σφι λιάζετο κῦμα— ὁ μέλλων λιάσω, λελίακα, λελίαμαι, λελία‐ σται. ῥηματικὸν ὄνομα λιαστός. καὶ μετὰ τοῦ</w:t>
      </w:r>
    </w:p>
    <w:p>
      <w:r>
        <w:rPr>
          <w:rFonts w:ascii="Courier New" w:hAnsi="Courier New"/>
          <w:color w:val="555555"/>
          <w:sz w:val="20"/>
        </w:rPr>
        <w:t>[25]</w:t>
      </w:r>
    </w:p>
    <w:p>
      <w:r>
        <w:rPr>
          <w:rFonts w:ascii="Gentium Plus" w:hAnsi="Gentium Plus"/>
          <w:sz w:val="24"/>
        </w:rPr>
        <w:t>στερητικοῦ α ἀλίαστος, ὃν οὐκ ἄν τις ἐκκλί‐ νῃ. καὶ τό· λιαζόμενον ποτὶ γαίην— τουτέστι κλινόμενον ἐπὶ τὴν γῆν. ὥστε τὸ λιά‐</w:t>
      </w:r>
    </w:p>
    <w:p>
      <w:r>
        <w:rPr>
          <w:rFonts w:ascii="Courier New" w:hAnsi="Courier New"/>
          <w:color w:val="555555"/>
          <w:sz w:val="20"/>
        </w:rPr>
        <w:t>[alpha 120]</w:t>
      </w:r>
    </w:p>
    <w:p>
      <w:r>
        <w:rPr>
          <w:rFonts w:ascii="Gentium Plus" w:hAnsi="Gentium Plus"/>
          <w:sz w:val="24"/>
        </w:rPr>
        <w:t>ἐκκλίνεσθαι. ἢ παρὰ τὸ ἀλῶ, ἀλίζω, ἀφ’ οὗ τὸ ἀλεύατο, ὡς φοιτῶ, φοιτίζω.] Ἁλίβρωτος. ὁ ἅλας ἐσθίων, ἢ ὁ ὑπὸ τοῦ ἅλα‐ τος βεβρωμένος καὶ δεδασμένος.</w:t>
      </w:r>
    </w:p>
    <w:p>
      <w:r>
        <w:rPr>
          <w:rFonts w:ascii="Courier New" w:hAnsi="Courier New"/>
          <w:color w:val="555555"/>
          <w:sz w:val="20"/>
        </w:rPr>
        <w:t>[5]</w:t>
      </w:r>
    </w:p>
    <w:p>
      <w:r>
        <w:rPr>
          <w:rFonts w:ascii="Gentium Plus" w:hAnsi="Gentium Plus"/>
          <w:sz w:val="24"/>
        </w:rPr>
        <w:t>Ἁλιζῶνες. οἱ Βιθυνοὶ, ὅτι ἡ γῆ αὐτῶν θαλάσ‐ σῃ διέζωται, καὶ οἱονεὶ χερσόνησός ἐστιν, ἀπὸ τοῦ Εὐξείνου τῆς Προποντίδος διεζευγμένη. Ἁληΐτορες. ἁλιεῖς καὶ ἁλεῖς οἱ αὐτοί. Ἁλικαρνασός. πόλις Καρίας ἀπὸ τοῦ ἅλιον πε‐</w:t>
      </w:r>
    </w:p>
    <w:p>
      <w:r>
        <w:rPr>
          <w:rFonts w:ascii="Courier New" w:hAnsi="Courier New"/>
          <w:color w:val="555555"/>
          <w:sz w:val="20"/>
        </w:rPr>
        <w:t>[10]</w:t>
      </w:r>
    </w:p>
    <w:p>
      <w:r>
        <w:rPr>
          <w:rFonts w:ascii="Gentium Plus" w:hAnsi="Gentium Plus"/>
          <w:sz w:val="24"/>
        </w:rPr>
        <w:t>ριέχεσθαι τὴν Καρίαν. ὁ πολίτης Ἁλικαρνα‐ σεύς. Ἀλιμούσιος· Ἀλιμοῦς. δῆμος ἐστὶ τῆς Λεοντίδος. Ἅλιος. ὁ θαλάσσιος. καὶ ὁ ἥλιος κατὰ τροπὴν δωρικήν. καὶ ἅλιος ὁ μάταιος.</w:t>
      </w:r>
    </w:p>
    <w:p>
      <w:r>
        <w:rPr>
          <w:rFonts w:ascii="Courier New" w:hAnsi="Courier New"/>
          <w:color w:val="555555"/>
          <w:sz w:val="20"/>
        </w:rPr>
        <w:t>[15]</w:t>
      </w:r>
    </w:p>
    <w:p>
      <w:r>
        <w:rPr>
          <w:rFonts w:ascii="Gentium Plus" w:hAnsi="Gentium Plus"/>
          <w:sz w:val="24"/>
        </w:rPr>
        <w:t>Ἀλιπλάγητος. οὕτω καλεῖται ὁ Πάν· ἢ ὅτι ἐβοήθησεν τοῖς Ἀθηναίοις ἐν τῇ ναυμαχίᾳ, ἢ ὅτι τὸν Τυφῶνα δικτύοις ἤγρευσεν. [ἢ ὅτι οἱ ἁλιεῖς τιμῶσι τὸν Πᾶνα, ὡς νόμιον θεόν. ἢ ὅτι μεγαλόφρων ἐν τῇ χορείᾳ, ὡς ἁλίβρομος. ἢ</w:t>
      </w:r>
    </w:p>
    <w:p>
      <w:r>
        <w:rPr>
          <w:rFonts w:ascii="Courier New" w:hAnsi="Courier New"/>
          <w:color w:val="555555"/>
          <w:sz w:val="20"/>
        </w:rPr>
        <w:t>[20]</w:t>
      </w:r>
    </w:p>
    <w:p>
      <w:r>
        <w:rPr>
          <w:rFonts w:ascii="Gentium Plus" w:hAnsi="Gentium Plus"/>
          <w:sz w:val="24"/>
        </w:rPr>
        <w:t>ὅτι τῆς Ἠχοῦς ἐρᾷ. πολύηχος ἡ θάλασσα.] Ἀλήτης. ὁ πλανήτης. ἀπὸ τοῦ ἄλη ἀλήτης, ὡς πέδη πεδήτης. Ἀλιτήριος. ἀνόσιος, ὁ ἐνεχόμενος μιάσματι καὶ ἐξημαρτηκὼς εἰς θεόν. ἀλιτήριοι δὲ ἐκλή‐</w:t>
      </w:r>
    </w:p>
    <w:p>
      <w:r>
        <w:rPr>
          <w:rFonts w:ascii="Courier New" w:hAnsi="Courier New"/>
          <w:color w:val="555555"/>
          <w:sz w:val="20"/>
        </w:rPr>
        <w:t>[25]</w:t>
      </w:r>
    </w:p>
    <w:p>
      <w:r>
        <w:rPr>
          <w:rFonts w:ascii="Gentium Plus" w:hAnsi="Gentium Plus"/>
          <w:sz w:val="24"/>
        </w:rPr>
        <w:t>θησαν ἀπὸ τοιαύτης ἱστορίας. λιμὸς κατέλαβε ποτὲ τοὺς Ἀθηναίους, καὶ οἱ πένητες τὰ τῶν ἀλούντων ἄλευρα διήρπαζον. ἀπὸ γοῦν ἐκείνων τοὺς πονηροὺς ἀλιτηρίους ἐκάλουν. παρέτεινε δὲ</w:t>
      </w:r>
    </w:p>
    <w:p>
      <w:r>
        <w:rPr>
          <w:rFonts w:ascii="Courier New" w:hAnsi="Courier New"/>
          <w:color w:val="555555"/>
          <w:sz w:val="20"/>
        </w:rPr>
        <w:t>[alpha 121]</w:t>
      </w:r>
    </w:p>
    <w:p>
      <w:r>
        <w:rPr>
          <w:rFonts w:ascii="Gentium Plus" w:hAnsi="Gentium Plus"/>
          <w:sz w:val="24"/>
        </w:rPr>
        <w:t>Ἀλιτηρίους. ἀποτυχόντας, ἁμαρτάνοντας, ἀστο‐ χήσαντας. [οὐ μόνον ἀπράκτους παρεσκεύασας ἐπανελθεῖν, ἀλλὰ καὶ ἀλιτηρίους πάντων τῶν αὐτοῖς ἐντεταλμένων ἀπέδειξας.]</w:t>
      </w:r>
    </w:p>
    <w:p>
      <w:r>
        <w:rPr>
          <w:rFonts w:ascii="Courier New" w:hAnsi="Courier New"/>
          <w:color w:val="555555"/>
          <w:sz w:val="20"/>
        </w:rPr>
        <w:t>[5]</w:t>
      </w:r>
    </w:p>
    <w:p>
      <w:r>
        <w:rPr>
          <w:rFonts w:ascii="Gentium Plus" w:hAnsi="Gentium Plus"/>
          <w:sz w:val="24"/>
        </w:rPr>
        <w:t>Ἀλιτήμων. ὁ ἁμαρτωλός. ἀλίτω βαρύτονον καὶ ἀλιτῶ περισπώμενον. ἀπὸ γοῦν τοῦ ἀλιτῶ ἀλιτήσω γίνεται ἀλιτήμων· ὡς φιλῶ φιλήσω, φιλήμων. [ἀπὸ δὲ τοῦ ἀλιτῶ ἀλιταίνω, ἐξ οὗ καὶ τὸ ἀλιτρὸν, ἀλιτραίνω.]</w:t>
      </w:r>
    </w:p>
    <w:p>
      <w:r>
        <w:rPr>
          <w:rFonts w:ascii="Courier New" w:hAnsi="Courier New"/>
          <w:color w:val="555555"/>
          <w:sz w:val="20"/>
        </w:rPr>
        <w:t>[10]</w:t>
      </w:r>
    </w:p>
    <w:p>
      <w:r>
        <w:rPr>
          <w:rFonts w:ascii="Gentium Plus" w:hAnsi="Gentium Plus"/>
          <w:sz w:val="24"/>
        </w:rPr>
        <w:t>Ἀλιφειρεύς. ὄνομα ποταμοῦ. Ἄλθαινος. ὄνομα ποταμοῦ. Ἀλκμάν. ὄρνεον θρηνητικόν. Ἀλκαμένης· Ἀλκαῖος· Ἀλκιβιάδης· Ἀλκί‐ μαχος καὶ Ἀλκιδάμας. ὀνόματα κύρια.</w:t>
      </w:r>
    </w:p>
    <w:p>
      <w:r>
        <w:rPr>
          <w:rFonts w:ascii="Courier New" w:hAnsi="Courier New"/>
          <w:color w:val="555555"/>
          <w:sz w:val="20"/>
        </w:rPr>
        <w:t>[15]</w:t>
      </w:r>
    </w:p>
    <w:p>
      <w:r>
        <w:rPr>
          <w:rFonts w:ascii="Gentium Plus" w:hAnsi="Gentium Plus"/>
          <w:sz w:val="24"/>
        </w:rPr>
        <w:t>Ἀλκίνοος. κύριον. καὶ ὁ δυνατός. Ἀλκμαιωνίδαι. γένος ἐστὶν ἐπιφανὲς Ἀθήνῃσιν, ἀπὸ Ἀλκμάνος. Ἀλκτῆρες. οἱ φύλακες. θείας ἀλκτῆρες ἱμερτῆς φιλότητος.</w:t>
      </w:r>
    </w:p>
    <w:p>
      <w:r>
        <w:rPr>
          <w:rFonts w:ascii="Courier New" w:hAnsi="Courier New"/>
          <w:color w:val="555555"/>
          <w:sz w:val="20"/>
        </w:rPr>
        <w:t>[20]</w:t>
      </w:r>
    </w:p>
    <w:p>
      <w:r>
        <w:rPr>
          <w:rFonts w:ascii="Gentium Plus" w:hAnsi="Gentium Plus"/>
          <w:sz w:val="24"/>
        </w:rPr>
        <w:t>Ἄλογοι. ἐρανισταὶ, οἱ μήπω ἐξειλεχότες τὸ ἐπιβάλλον αὐτοῖς. Ἀλλοδαπής. ὁ ξένος, ἀπὸ ἄλλου δαπέδου. Ἀλοητός. ὁ καιρὸς τοῦ θέρους. Ἀλλοθρόους. ἀλλοφώνους.</w:t>
      </w:r>
    </w:p>
    <w:p>
      <w:r>
        <w:rPr>
          <w:rFonts w:ascii="Courier New" w:hAnsi="Courier New"/>
          <w:color w:val="555555"/>
          <w:sz w:val="20"/>
        </w:rPr>
        <w:t>[25]</w:t>
      </w:r>
    </w:p>
    <w:p>
      <w:r>
        <w:rPr>
          <w:rFonts w:ascii="Gentium Plus" w:hAnsi="Gentium Plus"/>
          <w:sz w:val="24"/>
        </w:rPr>
        <w:t>Ἀλλοπρόσαλλος. εὐμετάβλητος, ἀνάρμοστος. Ἄλλος. ἀντὶ τοῦ ἕτερος. —Διῒ δ’ ἡμεῖς οἴσομεν ἄλλον. Ἄλλος. προσώπου σημαντικὸν ἔστιν ἤγουν ὑπο‐ στάσεως. οἷον ἄλλος καὶ ἄλλος, Παῦλος. ἄλλο</w:t>
      </w:r>
    </w:p>
    <w:p>
      <w:r>
        <w:rPr>
          <w:rFonts w:ascii="Courier New" w:hAnsi="Courier New"/>
          <w:color w:val="555555"/>
          <w:sz w:val="20"/>
        </w:rPr>
        <w:t>[30]</w:t>
      </w:r>
    </w:p>
    <w:p>
      <w:r>
        <w:rPr>
          <w:rFonts w:ascii="Gentium Plus" w:hAnsi="Gentium Plus"/>
          <w:sz w:val="24"/>
        </w:rPr>
        <w:t>δὲ τὴν κατὰ φύσιν διαφορὰν σημαίνει. οἷον· ἄλλο ἄνθρωπος καὶ ἄλλο ἵππος. τὸ δ’ ἀλλοῖον ἐπὶ τῶν κατὰ συμβεβηκὸς διαφορῶν τίθεται· τὸ γὰρ ἀλλοῖον ποιεῖ. Ἄλλος ἄλλον. ἀντὶ τοῦ ἀλλήλους.</w:t>
      </w:r>
    </w:p>
    <w:p>
      <w:r>
        <w:rPr>
          <w:rFonts w:ascii="Courier New" w:hAnsi="Courier New"/>
          <w:color w:val="555555"/>
          <w:sz w:val="20"/>
        </w:rPr>
        <w:t>[35]</w:t>
      </w:r>
    </w:p>
    <w:p>
      <w:r>
        <w:rPr>
          <w:rFonts w:ascii="Gentium Plus" w:hAnsi="Gentium Plus"/>
          <w:sz w:val="24"/>
        </w:rPr>
        <w:t>Ἀλλότριος. ξένος. ἀλλοόριος, καὶ κατὰ συγκο‐</w:t>
      </w:r>
    </w:p>
    <w:p>
      <w:r>
        <w:rPr>
          <w:rFonts w:ascii="Courier New" w:hAnsi="Courier New"/>
          <w:color w:val="555555"/>
          <w:sz w:val="20"/>
        </w:rPr>
        <w:t>[alpha 122]</w:t>
      </w:r>
    </w:p>
    <w:p>
      <w:r>
        <w:rPr>
          <w:rFonts w:ascii="Gentium Plus" w:hAnsi="Gentium Plus"/>
          <w:sz w:val="24"/>
        </w:rPr>
        <w:t>πὴν ἀλλόριος, *ὁ ἄλλων ὁρίων ὑπάρχων. καὶ κατὰ πλεονασμὸν τοῦ τ ἀλλότριος.* Ἄλλος. ἀπὸ τοῦ ἄλαλος καὶ συγκοπῇ ἄλλος· ἀναιρετικὸν γάρ ἐστι τῶν ὡρισμένων προσώπων.</w:t>
      </w:r>
    </w:p>
    <w:p>
      <w:r>
        <w:rPr>
          <w:rFonts w:ascii="Courier New" w:hAnsi="Courier New"/>
          <w:color w:val="555555"/>
          <w:sz w:val="20"/>
        </w:rPr>
        <w:t>[5]</w:t>
      </w:r>
    </w:p>
    <w:p>
      <w:r>
        <w:rPr>
          <w:rFonts w:ascii="Gentium Plus" w:hAnsi="Gentium Plus"/>
          <w:sz w:val="24"/>
        </w:rPr>
        <w:t>οἷον· ἄλλος, οὐκ ἐγὼ, ἄλλος, οὐ σύ. ἰστέον, ὅτι τὸ ἄλλος κλητικὸν οὐκ ἔστιν, οἷον ἄλλε, ἡ γὰρ φύσις τῆς κλίσεως μάχεται τῷ σημαινομένῳ τοῦ ὀνόματος. ἡ γὰρ κλητικὴ πρὸς παρόν ἐστι πρόσ‐ ωπον καὶ γνωριζόμενον· τὸ δὲ ἄλλος ἀγνοού‐</w:t>
      </w:r>
    </w:p>
    <w:p>
      <w:r>
        <w:rPr>
          <w:rFonts w:ascii="Courier New" w:hAnsi="Courier New"/>
          <w:color w:val="555555"/>
          <w:sz w:val="20"/>
        </w:rPr>
        <w:t>[10]</w:t>
      </w:r>
    </w:p>
    <w:p>
      <w:r>
        <w:rPr>
          <w:rFonts w:ascii="Gentium Plus" w:hAnsi="Gentium Plus"/>
          <w:sz w:val="24"/>
        </w:rPr>
        <w:t>μενόν ἐστι καὶ ἀπόν. ὁμοίως καὶ αἱ κλητικαὶ τῶν πυσμάτων, τοῦ· ποῖος· τίς· πόσος· ἐκλε‐ λοίπασιν, ἐπειδὴ τὰ πύσματα περὶ ἀπόντων καὶ ἀγνοουμένων γέγονε προσώπων, αἱ δὲ κλη‐ τικαὶ παρόντων εἰσὶ καὶ ἐγνωσμένων προσώπων</w:t>
      </w:r>
    </w:p>
    <w:p>
      <w:r>
        <w:rPr>
          <w:rFonts w:ascii="Courier New" w:hAnsi="Courier New"/>
          <w:color w:val="555555"/>
          <w:sz w:val="20"/>
        </w:rPr>
        <w:t>[15]</w:t>
      </w:r>
    </w:p>
    <w:p>
      <w:r>
        <w:rPr>
          <w:rFonts w:ascii="Gentium Plus" w:hAnsi="Gentium Plus"/>
          <w:sz w:val="24"/>
        </w:rPr>
        <w:t>κλίσεις. Ἄλλος. ὄνομά ἐστιν ἀντωνυμία. *εἰσὶ μὲν τινὲς λόγοι, μὴ ἕλκοντες αὐτὸ εἶναι ἀντωνυμία καὶ μὴ ὄνομα.* ἐπειδὴ ὃν τρόπον τὸ ἐκεῖνος καὶ οὗτος ποιοῦσι τὰ οὐδέτερα αὐτῶν ἀποβολῇ τοῦ</w:t>
      </w:r>
    </w:p>
    <w:p>
      <w:r>
        <w:rPr>
          <w:rFonts w:ascii="Courier New" w:hAnsi="Courier New"/>
          <w:color w:val="555555"/>
          <w:sz w:val="20"/>
        </w:rPr>
        <w:t>[20]</w:t>
      </w:r>
    </w:p>
    <w:p>
      <w:r>
        <w:rPr>
          <w:rFonts w:ascii="Gentium Plus" w:hAnsi="Gentium Plus"/>
          <w:sz w:val="24"/>
        </w:rPr>
        <w:t>ς, ἐκεῖνο καὶ τοῦτο, τὸν αὐτὸν τρόπον καὶ τὸ ἄλλο ἀποβολῇ τοῦ ν ποιεῖ τὸ οὐδέτερον, σεσημειωμένον τὸ ἄλλο καὶ τοῦτο, καὶ τὰ ὅμοια. ἕτερος δὲ λόγος τοῦ μὴ εἶναι ἀντωνυ‐ μίαν, ἀλλ’ ὄνομα. ἡ γὰρ ἀντωνυμία ἀντὶ ὀνό‐</w:t>
      </w:r>
    </w:p>
    <w:p>
      <w:r>
        <w:rPr>
          <w:rFonts w:ascii="Courier New" w:hAnsi="Courier New"/>
          <w:color w:val="555555"/>
          <w:sz w:val="20"/>
        </w:rPr>
        <w:t>[25]</w:t>
      </w:r>
    </w:p>
    <w:p>
      <w:r>
        <w:rPr>
          <w:rFonts w:ascii="Gentium Plus" w:hAnsi="Gentium Plus"/>
          <w:sz w:val="24"/>
        </w:rPr>
        <w:t>ματος παραλαμβάνεται. τὸ δὲ ἄλλος ἀόριστον, διότι καὶ γ καὶ β. τὸ ἐκεῖνος καὶ οὗτος καὶ τὰ λοιπὰ ἢ δεῖξιν σημαίνει, ἢ ἀναφοράν· τὸ δὲ ἄλλος οὔτε δεῖξιν σημαίνει, οὔτε ἀναφορὰν, καὶ ἔστιν ὄνομα.</w:t>
      </w:r>
    </w:p>
    <w:p>
      <w:r>
        <w:rPr>
          <w:rFonts w:ascii="Courier New" w:hAnsi="Courier New"/>
          <w:color w:val="555555"/>
          <w:sz w:val="20"/>
        </w:rPr>
        <w:t>[30]</w:t>
      </w:r>
    </w:p>
    <w:p>
      <w:r>
        <w:rPr>
          <w:rFonts w:ascii="Gentium Plus" w:hAnsi="Gentium Plus"/>
          <w:sz w:val="24"/>
        </w:rPr>
        <w:t>Ἁλμυρός. ὡς τὸ τόλμη τολμηρὸς, οὕτω καὶ ἅλ‐ μη ἁλμυρός. καὶ ὡς τηρὸς, τύρος. κυρίως δὲ τίθεται ἡ λέξις ἐπὶ τῶν ἅλας μυρωμένων πο‐ ταμῶν, ὅ ἐστιν ἐκχεομένων. Ἀλοιμός. ἡ ἐπάνω [τῆς] τοῦ θαλάμου γανώ‐</w:t>
      </w:r>
    </w:p>
    <w:p>
      <w:r>
        <w:rPr>
          <w:rFonts w:ascii="Courier New" w:hAnsi="Courier New"/>
          <w:color w:val="555555"/>
          <w:sz w:val="20"/>
        </w:rPr>
        <w:t>[35]</w:t>
      </w:r>
    </w:p>
    <w:p>
      <w:r>
        <w:rPr>
          <w:rFonts w:ascii="Gentium Plus" w:hAnsi="Gentium Plus"/>
          <w:sz w:val="24"/>
        </w:rPr>
        <w:t>σεως ἐνιεῖσα ἐπάλειψις, καθάπερ πετάλωσις</w:t>
      </w:r>
    </w:p>
    <w:p>
      <w:r>
        <w:rPr>
          <w:rFonts w:ascii="Courier New" w:hAnsi="Courier New"/>
          <w:color w:val="555555"/>
          <w:sz w:val="20"/>
        </w:rPr>
        <w:t>[alpha 123]</w:t>
      </w:r>
    </w:p>
    <w:p>
      <w:r>
        <w:rPr>
          <w:rFonts w:ascii="Gentium Plus" w:hAnsi="Gentium Plus"/>
          <w:sz w:val="24"/>
        </w:rPr>
        <w:t>οὖσα ἐν αὐτῷ. ὡς οὖν λείπω λοιμὸς, οὕτω ἀλεί‐ φω ἄλοιμος. Ἄλπις. ὄρος μέγα τῆς Εὐρώπης, ἀφ’ οὗ ῥεῖ ὁ Ἴστρος· καὶ ἄλλο δυτικώτερον, ἀφ’ οὗ ῥεῖ ὁ Ῥῆ‐</w:t>
      </w:r>
    </w:p>
    <w:p>
      <w:r>
        <w:rPr>
          <w:rFonts w:ascii="Courier New" w:hAnsi="Courier New"/>
          <w:color w:val="555555"/>
          <w:sz w:val="20"/>
        </w:rPr>
        <w:t>[5]</w:t>
      </w:r>
    </w:p>
    <w:p>
      <w:r>
        <w:rPr>
          <w:rFonts w:ascii="Gentium Plus" w:hAnsi="Gentium Plus"/>
          <w:sz w:val="24"/>
        </w:rPr>
        <w:t>νος ποταμός. Ἄλπις δὲ λέγεται ἀπὸ τινὸς Ἄλ‐ πιος, ὑπὸ τοὺς τόπους ἀνῃρημένου· ἢ παρὰ τὸ ἄλτον, ὃ σημαίνει τὸν ὑψηλόν. Ἅλας. ἡ θάλασσα. παρὰ τὸ ἅλες, τὸ συν‐ εστραμμένον καὶ ἠθροισμένον.</w:t>
      </w:r>
    </w:p>
    <w:p>
      <w:r>
        <w:rPr>
          <w:rFonts w:ascii="Courier New" w:hAnsi="Courier New"/>
          <w:color w:val="555555"/>
          <w:sz w:val="20"/>
        </w:rPr>
        <w:t>[10]</w:t>
      </w:r>
    </w:p>
    <w:p>
      <w:r>
        <w:rPr>
          <w:rFonts w:ascii="Gentium Plus" w:hAnsi="Gentium Plus"/>
          <w:sz w:val="24"/>
        </w:rPr>
        <w:t>Ἀλιάτης. Λυδῶν βασιλεὺς, ὃς [ἦν] τὰ πολέ‐ μια γενναῖος. τινὲς δύο ττ γράφουσι τὸ Ἀλιάτ‐ της. ὁ οἰκήτωρ Ἀλιαττηνός. καὶ Ἀλιάτα χώρα Βιθυνίας ἀπὸ Ἀλιάττου. Ἀλύδενος. ὁ κακὸς ἄνεμος.</w:t>
      </w:r>
    </w:p>
    <w:p>
      <w:r>
        <w:rPr>
          <w:rFonts w:ascii="Courier New" w:hAnsi="Courier New"/>
          <w:color w:val="555555"/>
          <w:sz w:val="20"/>
        </w:rPr>
        <w:t>[15]</w:t>
      </w:r>
    </w:p>
    <w:p>
      <w:r>
        <w:rPr>
          <w:rFonts w:ascii="Gentium Plus" w:hAnsi="Gentium Plus"/>
          <w:sz w:val="24"/>
        </w:rPr>
        <w:t>Ἀλύδιμος. ὁ οἰκουρός. Ἀλφειός. ποταμὸς τῆς Ἀρκαδικῆς πόλεως, ἣ κα‐ τὰ τὴν Πελοπόννησον κεῖται. Ἀλφιτεῖς. οἱ τὰ ἄλφιτα ποιοῦντες. οὕτως Ὑπερ‐ ίδης.</w:t>
      </w:r>
    </w:p>
    <w:p>
      <w:r>
        <w:rPr>
          <w:rFonts w:ascii="Courier New" w:hAnsi="Courier New"/>
          <w:color w:val="555555"/>
          <w:sz w:val="20"/>
        </w:rPr>
        <w:t>[20]</w:t>
      </w:r>
    </w:p>
    <w:p>
      <w:r>
        <w:rPr>
          <w:rFonts w:ascii="Gentium Plus" w:hAnsi="Gentium Plus"/>
          <w:sz w:val="24"/>
        </w:rPr>
        <w:t>Ἀλφός. πάθος τὶ, παρὰ τὸ ἐναλλάσσειν τὴν χροίαν. ἀλλόφος τὶς ὢν, [ὁ ἀλλοιοφανὲς τὸ χρῶμα ποιῶν.] Ἀλωπόχρους. ὁ πολιός. Ἀλώβητοι. ἀνύβριστοι, ἀβλαβεῖς, ἀμώμητοι.</w:t>
      </w:r>
    </w:p>
    <w:p>
      <w:r>
        <w:rPr>
          <w:rFonts w:ascii="Courier New" w:hAnsi="Courier New"/>
          <w:color w:val="555555"/>
          <w:sz w:val="20"/>
        </w:rPr>
        <w:t>[25]</w:t>
      </w:r>
    </w:p>
    <w:p>
      <w:r>
        <w:rPr>
          <w:rFonts w:ascii="Gentium Plus" w:hAnsi="Gentium Plus"/>
          <w:sz w:val="24"/>
        </w:rPr>
        <w:t>Ἀλωτός. χειρωτός. Ἀλφός. πάθος τὶ λευκόχρουν. Ἀλιτρός. ὁ ἁμαρτωλός. Ἀλφειός. ὁ ἐν Ἤλιδι ποταμός. παρὰ τὸ τοὺς ἀλ‐ φοὺς θεραπεύειν. ἢ παρὰ τὸ ἄλφειν, ὅ ἐστιν</w:t>
      </w:r>
    </w:p>
    <w:p>
      <w:r>
        <w:rPr>
          <w:rFonts w:ascii="Courier New" w:hAnsi="Courier New"/>
          <w:color w:val="555555"/>
          <w:sz w:val="20"/>
        </w:rPr>
        <w:t>[30]</w:t>
      </w:r>
    </w:p>
    <w:p>
      <w:r>
        <w:rPr>
          <w:rFonts w:ascii="Gentium Plus" w:hAnsi="Gentium Plus"/>
          <w:sz w:val="24"/>
        </w:rPr>
        <w:t>ὠφελεῖν· ὠφέλιμον γὰρ αὐτοῦ τὸ ὕδωρ. τὰ διὰ</w:t>
      </w:r>
    </w:p>
    <w:p>
      <w:r>
        <w:rPr>
          <w:rFonts w:ascii="Courier New" w:hAnsi="Courier New"/>
          <w:color w:val="555555"/>
          <w:sz w:val="20"/>
        </w:rPr>
        <w:t>[alpha 124]</w:t>
      </w:r>
    </w:p>
    <w:p>
      <w:r>
        <w:rPr>
          <w:rFonts w:ascii="Gentium Plus" w:hAnsi="Gentium Plus"/>
          <w:sz w:val="24"/>
        </w:rPr>
        <w:t>τοῦ εἰς ος τρισύλλαβα ἐπὶ ποταμῶν ὀξύτονα ὄντα δίφθογγον ἔχει, οἷον· Πηνειὸς, Σπερχειός. πρόσκειται ὀξύτονα, διὰ τὸ Μηνιός. γράφεται γὰρ διὰ τοῦ ι τρισύλλαβα διὰ τὸ Σαγγάριος.</w:t>
      </w:r>
    </w:p>
    <w:p>
      <w:r>
        <w:rPr>
          <w:rFonts w:ascii="Courier New" w:hAnsi="Courier New"/>
          <w:color w:val="555555"/>
          <w:sz w:val="20"/>
        </w:rPr>
        <w:t>[5]</w:t>
      </w:r>
    </w:p>
    <w:p>
      <w:r>
        <w:rPr>
          <w:rFonts w:ascii="Gentium Plus" w:hAnsi="Gentium Plus"/>
          <w:sz w:val="24"/>
        </w:rPr>
        <w:t>Ἀλαζόνας. τοὺς ἐφ’ οἷς οὐκ ἔχουσιν αὐχοῦντας, ὡς ἔχοντας. οὕτως Παῦλος ὁ Ἀπόστολος. Ἀλλοτριοεπίσκοπος. ὁ τὰς ἑαυτοῦ ἁμαρτίας ἀφεὶς, τὰς δὲ τῶν ἑτέρων περιεργαζόμενος.</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Ἀλαβαστροθήκη. μυροθήκη. Ἀλάβανθα. πόλις Καρίας. Ἀλβανία. χώρα. Ἀλάκατος καὶ ἠλάκατος καὶ ἠλακάτη. παρὰ τὸ ἄζω, ἄξω, γίνεται ὄνομα ῥηματικὸν ἀκτὸς,</w:t>
      </w:r>
    </w:p>
    <w:p>
      <w:r>
        <w:rPr>
          <w:rFonts w:ascii="Courier New" w:hAnsi="Courier New"/>
          <w:color w:val="555555"/>
          <w:sz w:val="20"/>
        </w:rPr>
        <w:t>[15]</w:t>
      </w:r>
    </w:p>
    <w:p>
      <w:r>
        <w:rPr>
          <w:rFonts w:ascii="Gentium Plus" w:hAnsi="Gentium Plus"/>
          <w:sz w:val="24"/>
        </w:rPr>
        <w:t>τὸ θηλυκὸν ἀκτὴ, καὶ πλεονασμῷ τῆς αλ συλ‐ λαβῆς, ὥσπερ εἴωθε, γίνεται ἀλακάτη, ἡ ἄγου‐ σα τὸ ἔριον ἢ λίνον. Ἀλαζονεία. ἕξις προσποιητικὴ τῶν μὴ ὑπαρχόν‐ των.</w:t>
      </w:r>
    </w:p>
    <w:p>
      <w:r>
        <w:rPr>
          <w:rFonts w:ascii="Courier New" w:hAnsi="Courier New"/>
          <w:color w:val="555555"/>
          <w:sz w:val="20"/>
        </w:rPr>
        <w:t>[20]</w:t>
      </w:r>
    </w:p>
    <w:p>
      <w:r>
        <w:rPr>
          <w:rFonts w:ascii="Gentium Plus" w:hAnsi="Gentium Plus"/>
          <w:sz w:val="24"/>
        </w:rPr>
        <w:t>Ἀλγεινή. ἡ χαλεπή. Ἀλαοσκοπιή. ἡ τύφλωσις. Ἄλγησις καὶ ἀλγηρά. ἡ λυπηρά. Ἀλέας. πόλις Θεσσαλονίκης. οἱ πολῖται Ἀλεῖς. Ἀλεξιάρη. γῆ ἡ τοῖς ἀνδράσι βοηθοῦσα.</w:t>
      </w:r>
    </w:p>
    <w:p>
      <w:r>
        <w:rPr>
          <w:rFonts w:ascii="Courier New" w:hAnsi="Courier New"/>
          <w:color w:val="555555"/>
          <w:sz w:val="20"/>
        </w:rPr>
        <w:t>[25]</w:t>
      </w:r>
    </w:p>
    <w:p>
      <w:r>
        <w:rPr>
          <w:rFonts w:ascii="Gentium Plus" w:hAnsi="Gentium Plus"/>
          <w:sz w:val="24"/>
        </w:rPr>
        <w:t>Ἀλεία. ἡ ἄγρευσις. ἀλία δὲ μόνον ι. Ἀλειτία. ἡ ἁμαρτία. Ἀλεωρή. ἡ φυλακή. παρὰ τὸ τὴν ἀλέαν καὶ τὸ ὠρεῖν, τὸ φυλάσσειν.</w:t>
      </w:r>
    </w:p>
    <w:p>
      <w:r>
        <w:rPr>
          <w:rFonts w:ascii="Courier New" w:hAnsi="Courier New"/>
          <w:color w:val="555555"/>
          <w:sz w:val="20"/>
        </w:rPr>
        <w:t>[alpha 125]</w:t>
      </w:r>
    </w:p>
    <w:p>
      <w:r>
        <w:rPr>
          <w:rFonts w:ascii="Gentium Plus" w:hAnsi="Gentium Plus"/>
          <w:sz w:val="24"/>
        </w:rPr>
        <w:t>Ἀλευρόττησις. τὸ λεπτὸν τοῦ ἀλεύρου, ἢ τὸ κόσκινον. σήθω, σήσω, σῆσις, καὶ τροπῇ τοῦ ς εἰς τ, τῆσις, καὶ πλεονασμῷ τοῦ τ μετὰ τὸ ἄλευρον, ἀλευρόττησις.</w:t>
      </w:r>
    </w:p>
    <w:p>
      <w:r>
        <w:rPr>
          <w:rFonts w:ascii="Courier New" w:hAnsi="Courier New"/>
          <w:color w:val="555555"/>
          <w:sz w:val="20"/>
        </w:rPr>
        <w:t>[5]</w:t>
      </w:r>
    </w:p>
    <w:p>
      <w:r>
        <w:rPr>
          <w:rFonts w:ascii="Gentium Plus" w:hAnsi="Gentium Plus"/>
          <w:sz w:val="24"/>
        </w:rPr>
        <w:t>Ἅλη. ἡ πλάνη, παρὰ τὸ ἁλῶ, τὸ πλανῶ. [τοῦτο παρὰ τὸ λῶ, τὸ θέλω, καὶ μετὰ τοῦ στερητι‐ κοῦ α ἄλη.] Ἀλληγορία. διαφορὰ νοημάτων πρὸς τὸ ὑποκεί‐ μενον· ἢ τροπολογία, ἢ ἄλλο τι παρὰ τὸ ἐνορώ‐</w:t>
      </w:r>
    </w:p>
    <w:p>
      <w:r>
        <w:rPr>
          <w:rFonts w:ascii="Courier New" w:hAnsi="Courier New"/>
          <w:color w:val="555555"/>
          <w:sz w:val="20"/>
        </w:rPr>
        <w:t>[10]</w:t>
      </w:r>
    </w:p>
    <w:p>
      <w:r>
        <w:rPr>
          <w:rFonts w:ascii="Gentium Plus" w:hAnsi="Gentium Plus"/>
          <w:sz w:val="24"/>
        </w:rPr>
        <w:t>μενον ὑποδεικνύουσα. Ἀλάβαστρα. πόλις Φρυγίας. τὸ ἐθνικὸν Ἀλα‐ βαστρίτης. Ἀλεκτρυών. ἐπὶ ἄρσενος καὶ θηλείας· ἀλέκτωρ δὲ ἐπὶ μόνου ἀρσενικοῦ· ἀλεκτορὶς δὲ ἐπὶ θη‐</w:t>
      </w:r>
    </w:p>
    <w:p>
      <w:r>
        <w:rPr>
          <w:rFonts w:ascii="Courier New" w:hAnsi="Courier New"/>
          <w:color w:val="555555"/>
          <w:sz w:val="20"/>
        </w:rPr>
        <w:t>[15]</w:t>
      </w:r>
    </w:p>
    <w:p>
      <w:r>
        <w:rPr>
          <w:rFonts w:ascii="Gentium Plus" w:hAnsi="Gentium Plus"/>
          <w:sz w:val="24"/>
        </w:rPr>
        <w:t>λυκοῦ. ὁ ἐκ τῶν λέκτρων, τοῦτ’ ἔστι τῶν κοι‐ τῶν, ἡμᾶς διεγείρων. [τοῦ α στερητικοῦ ὄντος, ὁ στερῶν ἡμᾶς τῶν λέκτρων. καὶ ὁ ἥλιος δὲ ἀλέκτωρ λέγεται.] [Ἀλέα. ἡ θέρμη. ἢ ὁ τόπος ὁ ὑπὸ τοῦ ἡλίου</w:t>
      </w:r>
    </w:p>
    <w:p>
      <w:r>
        <w:rPr>
          <w:rFonts w:ascii="Courier New" w:hAnsi="Courier New"/>
          <w:color w:val="555555"/>
          <w:sz w:val="20"/>
        </w:rPr>
        <w:t>[20]</w:t>
      </w:r>
    </w:p>
    <w:p>
      <w:r>
        <w:rPr>
          <w:rFonts w:ascii="Gentium Plus" w:hAnsi="Gentium Plus"/>
          <w:sz w:val="24"/>
        </w:rPr>
        <w:t>θερμαινόμενος. παρὰ τὸ ἅλιος· ἅλιος γὰρ ὁ ἥλιος. μεταφορικῶς δὲ καὶ πάντα τόπον θέρ‐ μην ἔχοντα. ἢ παρὰ τὸ ἀλῶ, τὸ πλανῶ.] Ἁλιζώνου. τῆς ὑπὸ θαλάσσης περιεζωσμένης. Λαΐδ’ ἔχω πολιῆτιν ἁλιζώνοιο Κορίνθου.</w:t>
      </w:r>
    </w:p>
    <w:p>
      <w:r>
        <w:rPr>
          <w:rFonts w:ascii="Courier New" w:hAnsi="Courier New"/>
          <w:color w:val="555555"/>
          <w:sz w:val="20"/>
        </w:rPr>
        <w:t>[25]</w:t>
      </w:r>
    </w:p>
    <w:p>
      <w:r>
        <w:rPr>
          <w:rFonts w:ascii="Gentium Plus" w:hAnsi="Gentium Plus"/>
          <w:sz w:val="24"/>
        </w:rPr>
        <w:t>Ἀλίζωστις. εἶδος βοτάνης θαλασσίας. Ἀλίμενον. τὴν τέλος μὴ ἔχουσαν μηδὲ ὅρμον. Ἁλινηχέος. ἐν θαλάσσῃ νηχομένης. ἁλινηχέος ὄργανα τέχνης ἄνθετο.</w:t>
      </w:r>
    </w:p>
    <w:p>
      <w:r>
        <w:rPr>
          <w:rFonts w:ascii="Courier New" w:hAnsi="Courier New"/>
          <w:color w:val="555555"/>
          <w:sz w:val="20"/>
        </w:rPr>
        <w:t>[30]</w:t>
      </w:r>
    </w:p>
    <w:p>
      <w:r>
        <w:rPr>
          <w:rFonts w:ascii="Gentium Plus" w:hAnsi="Gentium Plus"/>
          <w:sz w:val="24"/>
        </w:rPr>
        <w:t>Ἄλλικα. χλαμύδα. [κατὰ Θεσσαλούς. ἄλλικα χρυσείῃσιν ἐργομένην ἐνέτῃσιν.</w:t>
      </w:r>
    </w:p>
    <w:p>
      <w:r>
        <w:rPr>
          <w:rFonts w:ascii="Courier New" w:hAnsi="Courier New"/>
          <w:color w:val="555555"/>
          <w:sz w:val="20"/>
        </w:rPr>
        <w:t>[alpha 126]</w:t>
      </w:r>
    </w:p>
    <w:p>
      <w:r>
        <w:rPr>
          <w:rFonts w:ascii="Gentium Plus" w:hAnsi="Gentium Plus"/>
          <w:sz w:val="24"/>
        </w:rPr>
        <w:t>Ἁλιξάντοις. τοῖς ὑπὸ τῆς ἁλὸς ξηραινομένοις. ἀκταίοις νησίδος ἁλιξάντοισι χοιράσιν. Ἀλιπαρῆ. ἀχμηράν· ἢ λιπαρῆ. ἐξ ἧς αὐτὸν λιπαρήσομεν.</w:t>
      </w:r>
    </w:p>
    <w:p>
      <w:r>
        <w:rPr>
          <w:rFonts w:ascii="Courier New" w:hAnsi="Courier New"/>
          <w:color w:val="555555"/>
          <w:sz w:val="20"/>
        </w:rPr>
        <w:t>[5]</w:t>
      </w:r>
    </w:p>
    <w:p>
      <w:r>
        <w:rPr>
          <w:rFonts w:ascii="Gentium Plus" w:hAnsi="Gentium Plus"/>
          <w:sz w:val="24"/>
        </w:rPr>
        <w:t>Ἀλιτημόρου. παράφρονος γεγονυίας. Ἀλλαρία. πόλις Κρήτης. τὸ ἐθνικὸν Ἀλλαριώ‐ της. Ἄλλιξ. ἡ χλαμύς. παρὰ τὸ ἀλλάσσω ἄλλαξ καὶ ἄλλιξ.</w:t>
      </w:r>
    </w:p>
    <w:p>
      <w:r>
        <w:rPr>
          <w:rFonts w:ascii="Courier New" w:hAnsi="Courier New"/>
          <w:color w:val="555555"/>
          <w:sz w:val="20"/>
        </w:rPr>
        <w:t>[10]</w:t>
      </w:r>
    </w:p>
    <w:p>
      <w:r>
        <w:rPr>
          <w:rFonts w:ascii="Gentium Plus" w:hAnsi="Gentium Plus"/>
          <w:sz w:val="24"/>
        </w:rPr>
        <w:t>Ἀλληλουχία. ἡ συνέχουσα καὶ συγκρατοῦσα ἀλ‐ λήλους. Ἀλειπής. πηγὴ ἐν Ἐφέσῳ. Ἀλήθεια. ἀπόφασις λέγουσα τὸ ὑπάρχον ὡς ὑπάρχον καὶ τὸ μὴ ὑπάρχον ὡς μὴ ὑπάρχον.</w:t>
      </w:r>
    </w:p>
    <w:p>
      <w:r>
        <w:rPr>
          <w:rFonts w:ascii="Courier New" w:hAnsi="Courier New"/>
          <w:color w:val="555555"/>
          <w:sz w:val="20"/>
        </w:rPr>
        <w:t>[15]</w:t>
      </w:r>
    </w:p>
    <w:p>
      <w:r>
        <w:rPr>
          <w:rFonts w:ascii="Gentium Plus" w:hAnsi="Gentium Plus"/>
          <w:sz w:val="24"/>
        </w:rPr>
        <w:t>Ἀλκαῖα. κυρίως ἡ οὐρὰ τοῦ λέοντος, διὰ τὸ εἰς ἀλκὴν αὐτὴν προτρέπειν. Ἀλκή. δύναμις, βοήθεια. ἀρκή τίς ἐστι τροπῇ τοῦ ρ εἰς λ. ἢ παρὰ τὸ ἀκμὴ, ὃ σημαίνει τὴν ἡλικίαν.</w:t>
      </w:r>
    </w:p>
    <w:p>
      <w:r>
        <w:rPr>
          <w:rFonts w:ascii="Courier New" w:hAnsi="Courier New"/>
          <w:color w:val="555555"/>
          <w:sz w:val="20"/>
        </w:rPr>
        <w:t>[20]</w:t>
      </w:r>
    </w:p>
    <w:p>
      <w:r>
        <w:rPr>
          <w:rFonts w:ascii="Gentium Plus" w:hAnsi="Gentium Plus"/>
          <w:sz w:val="24"/>
        </w:rPr>
        <w:t>Ἀλλεπάλληλοι. συνεχεῖς. Ἀλινθήδρα. ὁ τόπος, ἐν ᾧ τιθέντες ἑαυτοὺς οἱ ἵπποι κυλίονται. Ἀλκιμάχη. ἡ Ἀθηνᾶ. Ἀλκμήνη. κύριον. [ὡς μέση, μεσήνη· πύλη, πυ‐</w:t>
      </w:r>
    </w:p>
    <w:p>
      <w:r>
        <w:rPr>
          <w:rFonts w:ascii="Courier New" w:hAnsi="Courier New"/>
          <w:color w:val="555555"/>
          <w:sz w:val="20"/>
        </w:rPr>
        <w:t>[25]</w:t>
      </w:r>
    </w:p>
    <w:p>
      <w:r>
        <w:rPr>
          <w:rFonts w:ascii="Gentium Plus" w:hAnsi="Gentium Plus"/>
          <w:sz w:val="24"/>
        </w:rPr>
        <w:t>λήνη· ἀκμὴν, ἀκμήνη· οὕτως καὶ τὸ ἀλκὴ ἀλ‐ κήνη, καὶ πλεονασμῷ τοῦ μ ἀλκμήνη.] Ἀλθαία. κύριον ὄνομα. Ἀλθηφίας. ἡ ἄμπελος ἀπὸ Ἀλθηφίου τινός. καὶ ἀνθηδονίας καὶ ὑπερίας ἡ ἄμπελος ἐπὶ Ἀνθη‐</w:t>
      </w:r>
    </w:p>
    <w:p>
      <w:r>
        <w:rPr>
          <w:rFonts w:ascii="Courier New" w:hAnsi="Courier New"/>
          <w:color w:val="555555"/>
          <w:sz w:val="20"/>
        </w:rPr>
        <w:t>[30]</w:t>
      </w:r>
    </w:p>
    <w:p>
      <w:r>
        <w:rPr>
          <w:rFonts w:ascii="Gentium Plus" w:hAnsi="Gentium Plus"/>
          <w:sz w:val="24"/>
        </w:rPr>
        <w:t>δόνος καὶ Ὑπέρου. χρησμός·</w:t>
      </w:r>
    </w:p>
    <w:p>
      <w:r>
        <w:rPr>
          <w:rFonts w:ascii="Courier New" w:hAnsi="Courier New"/>
          <w:color w:val="555555"/>
          <w:sz w:val="20"/>
        </w:rPr>
        <w:t>[alpha 127]</w:t>
      </w:r>
    </w:p>
    <w:p>
      <w:r>
        <w:rPr>
          <w:rFonts w:ascii="Gentium Plus" w:hAnsi="Gentium Plus"/>
          <w:sz w:val="24"/>
        </w:rPr>
        <w:t>Πῖνε οἶνον τρυγίας, ἐπεὶ οὐκ Ἀνθηδόνα ναίεις οὐδ’ ἱερὰν Ὑπέραν, ὅθι τ’ ἄτρυγον οἶνον ἔπινες.</w:t>
      </w:r>
    </w:p>
    <w:p>
      <w:r>
        <w:rPr>
          <w:rFonts w:ascii="Courier New" w:hAnsi="Courier New"/>
          <w:color w:val="555555"/>
          <w:sz w:val="20"/>
        </w:rPr>
        <w:t>[5]</w:t>
      </w:r>
    </w:p>
    <w:p>
      <w:r>
        <w:rPr>
          <w:rFonts w:ascii="Gentium Plus" w:hAnsi="Gentium Plus"/>
          <w:sz w:val="24"/>
        </w:rPr>
        <w:t>Ἀλκυών. θαλάσσιον ὄρνεον. παρὰ τὸ ἐν ἁλὶ κύειν. Ἀλκυονίδαι. ἡμέραι εὐδιειναί. Ἅλμη. παρὰ τὸ ἁλὸς, ἅλη, καὶ πλεονασμῷ τοῦ μ ἅλμη.</w:t>
      </w:r>
    </w:p>
    <w:p>
      <w:r>
        <w:rPr>
          <w:rFonts w:ascii="Courier New" w:hAnsi="Courier New"/>
          <w:color w:val="555555"/>
          <w:sz w:val="20"/>
        </w:rPr>
        <w:t>[10]</w:t>
      </w:r>
    </w:p>
    <w:p>
      <w:r>
        <w:rPr>
          <w:rFonts w:ascii="Gentium Plus" w:hAnsi="Gentium Plus"/>
          <w:sz w:val="24"/>
        </w:rPr>
        <w:t>Ἄλξ. ἡ δύναμις. ἀπὸ τῶν εἰς κη θηλυκῶν κατὰ ἀφαίρεσιν τοῦ η καὶ τροπῇ τοῦ προκειμένου κ εἰς ξ γίνεται ἂλξ, ὡς Φοινίκη, Φοίνιξ, φρίκη, φρὶξ, κρόκη, κρὸξ, οὕτως ἀλκὴ, ἄλξ. Ἁλμάδες. αἱ κολυμβηταὶ ἐλαῖαι.</w:t>
      </w:r>
    </w:p>
    <w:p>
      <w:r>
        <w:rPr>
          <w:rFonts w:ascii="Courier New" w:hAnsi="Courier New"/>
          <w:color w:val="555555"/>
          <w:sz w:val="20"/>
        </w:rPr>
        <w:t>[15]</w:t>
      </w:r>
    </w:p>
    <w:p>
      <w:r>
        <w:rPr>
          <w:rFonts w:ascii="Gentium Plus" w:hAnsi="Gentium Plus"/>
          <w:sz w:val="24"/>
        </w:rPr>
        <w:t>Ἀλογία. ἡ ἀφροντισία. Ἡρόδοτος· ὁ δὲ κατά‐ σκοπος εὑρὼν τοὺς Λακεδαιμονίους ἀλογίης τὲ ἐνεκύρησε πολλῆς. Ἀλογία. ἡ ἀταξία. ταχὺ δὲ τοῦ λόγου διαδοθέν‐ τος εἰς τὸ πλῆθος, οὐκ ἔτι συνέβαινε γίνεσθαι</w:t>
      </w:r>
    </w:p>
    <w:p>
      <w:r>
        <w:rPr>
          <w:rFonts w:ascii="Courier New" w:hAnsi="Courier New"/>
          <w:color w:val="555555"/>
          <w:sz w:val="20"/>
        </w:rPr>
        <w:t>[20]</w:t>
      </w:r>
    </w:p>
    <w:p>
      <w:r>
        <w:rPr>
          <w:rFonts w:ascii="Gentium Plus" w:hAnsi="Gentium Plus"/>
          <w:sz w:val="24"/>
        </w:rPr>
        <w:t>τὴν ἀλογίαν ἢ τὴν ἀταξίαν. Ἄλογος ὄρεξις. ὀργὴ καὶ ἐπιθυμία. Ἄληξ. ἡ αὖλαξ, τὸ μετ’ ἀρότρου, ἢ τὸ ἀλώ‐ νιον. παρὰ τὸ αὖλαξ ἐλλείψει τοῦ υ καὶ τροπῇ τοῦ α εἰς η ἄληξ.</w:t>
      </w:r>
    </w:p>
    <w:p>
      <w:r>
        <w:rPr>
          <w:rFonts w:ascii="Courier New" w:hAnsi="Courier New"/>
          <w:color w:val="555555"/>
          <w:sz w:val="20"/>
        </w:rPr>
        <w:t>[25]</w:t>
      </w:r>
    </w:p>
    <w:p>
      <w:r>
        <w:rPr>
          <w:rFonts w:ascii="Gentium Plus" w:hAnsi="Gentium Plus"/>
          <w:sz w:val="24"/>
        </w:rPr>
        <w:t>Ἁλώπη. χώρα ἡ καλουμένη Χία πρὸς τῇ Ἐφέ‐ σῳ. ἀπὸ τοῦ ἐν τῷ παραλίῳ αὐτῆς πρῶτον αὐ‐ τομάτως ἅλας πηχθῆναι. Ἁλλόνησος. νησύδριον ἐν τῷ Αἰγαίῳ πελάγει. Ἁλοσύδνης. τῆς θαλάσσης. παρὰ τὸ ἁλὸς γε‐</w:t>
      </w:r>
    </w:p>
    <w:p>
      <w:r>
        <w:rPr>
          <w:rFonts w:ascii="Courier New" w:hAnsi="Courier New"/>
          <w:color w:val="555555"/>
          <w:sz w:val="20"/>
        </w:rPr>
        <w:t>[30]</w:t>
      </w:r>
    </w:p>
    <w:p>
      <w:r>
        <w:rPr>
          <w:rFonts w:ascii="Gentium Plus" w:hAnsi="Gentium Plus"/>
          <w:sz w:val="24"/>
        </w:rPr>
        <w:t>νικὸν ἁλόσυνος καὶ τὸ θηλυκὸν ἁλοσύνη, καὶ</w:t>
      </w:r>
    </w:p>
    <w:p>
      <w:r>
        <w:rPr>
          <w:rFonts w:ascii="Courier New" w:hAnsi="Courier New"/>
          <w:color w:val="555555"/>
          <w:sz w:val="20"/>
        </w:rPr>
        <w:t>[alpha 128]</w:t>
      </w:r>
    </w:p>
    <w:p>
      <w:r>
        <w:rPr>
          <w:rFonts w:ascii="Gentium Plus" w:hAnsi="Gentium Plus"/>
          <w:sz w:val="24"/>
        </w:rPr>
        <w:t>πλεονασμῷ τοῦ δ ἁλοσύδνη, ὡς παρὰ τὸ γη‐ θόσυνος γηθοσύνη. Ἁλουργοπωλική. ἡ πορφυροπωλικὴ λεγομένη. οὕτως Ἰσαῖος.</w:t>
      </w:r>
    </w:p>
    <w:p>
      <w:r>
        <w:rPr>
          <w:rFonts w:ascii="Courier New" w:hAnsi="Courier New"/>
          <w:color w:val="555555"/>
          <w:sz w:val="20"/>
        </w:rPr>
        <w:t>[5]</w:t>
      </w:r>
    </w:p>
    <w:p>
      <w:r>
        <w:rPr>
          <w:rFonts w:ascii="Gentium Plus" w:hAnsi="Gentium Plus"/>
          <w:sz w:val="24"/>
        </w:rPr>
        <w:t>Ἀλουργίς. πορφυρᾶ χλανίς. ἐκ τοῦ ἃλς, ἁλὸς, καὶ τὸ ἔργον. ἡ ἀπὸ τοῦ θαλασσίου κόχλου γινομένη. ἀλουργὴς δὲ ἡ αἰσθὴς η, καὶ κλί‐ νεται τῆς ἀλουργοῦς, τῇ ἀλουργεῖ. Ἄλοχος. κυρίως ἡ ἐκ παρθενείας ἑτέρου λέχους</w:t>
      </w:r>
    </w:p>
    <w:p>
      <w:r>
        <w:rPr>
          <w:rFonts w:ascii="Courier New" w:hAnsi="Courier New"/>
          <w:color w:val="555555"/>
          <w:sz w:val="20"/>
        </w:rPr>
        <w:t>[10]</w:t>
      </w:r>
    </w:p>
    <w:p>
      <w:r>
        <w:rPr>
          <w:rFonts w:ascii="Gentium Plus" w:hAnsi="Gentium Plus"/>
          <w:sz w:val="24"/>
        </w:rPr>
        <w:t>ἄπειρος. καὶ μετὰ τοῦ α ἀντὶ τοῦ ὁμοῦ σημαί‐ νοντος ἢ ἅμα, γίνεται ἄλοχος, οἱονεὶ ὁμόλοχος τὶς οὖσα ἡ μετέχουσα τῆς κοίτης τοῦ ἀνδρός. Ἀλοχεύτου. ἀσπόρου. ἐξ ἀλοχεύτου προελθὼν καὶ λοχευθεὶς τὴν πλευρὰν πλαστουργέμου.</w:t>
      </w:r>
    </w:p>
    <w:p>
      <w:r>
        <w:rPr>
          <w:rFonts w:ascii="Courier New" w:hAnsi="Courier New"/>
          <w:color w:val="555555"/>
          <w:sz w:val="20"/>
        </w:rPr>
        <w:t>[15]</w:t>
      </w:r>
    </w:p>
    <w:p>
      <w:r>
        <w:rPr>
          <w:rFonts w:ascii="Gentium Plus" w:hAnsi="Gentium Plus"/>
          <w:sz w:val="24"/>
        </w:rPr>
        <w:t>Ἀλίσαρνα. πόλις Τρωάδος. ὁ πολίτης Ἀλισαρ‐ ναῖος. Ἀλλοδαπή. ἡ ξένη. Ἀλλοτρίωσις. χωρισμὸς οἰκείων. Ἀλλοίωσις. ἡ ἀπὸ τοῦ κρείττονος ἐπὶ τὸ χεῖρον</w:t>
      </w:r>
    </w:p>
    <w:p>
      <w:r>
        <w:rPr>
          <w:rFonts w:ascii="Courier New" w:hAnsi="Courier New"/>
          <w:color w:val="555555"/>
          <w:sz w:val="20"/>
        </w:rPr>
        <w:t>[20]</w:t>
      </w:r>
    </w:p>
    <w:p>
      <w:r>
        <w:rPr>
          <w:rFonts w:ascii="Gentium Plus" w:hAnsi="Gentium Plus"/>
          <w:sz w:val="24"/>
        </w:rPr>
        <w:t>τροπή· μεταβολὴ δὲ, ἡ ἀπὸ τοῦ χείρονος ἐπὶ τὸ κρεῖττον· ἡ ἀπὸ τοῦ μέσου δὲ ἐπὶ τὸ χεῖ‐ ρον, ἢ ἐπὶ τὸ κρεῖττον, τροπὴ λέγεται. Ἄλπεις. οἱ ἐν στενοχωρίᾳ δίοδοι. Ἅλυσις. παρὰ τὸ λύω, λύσω. ἄλυτος γάρ ἐστιν.</w:t>
      </w:r>
    </w:p>
    <w:p>
      <w:r>
        <w:rPr>
          <w:rFonts w:ascii="Courier New" w:hAnsi="Courier New"/>
          <w:color w:val="555555"/>
          <w:sz w:val="20"/>
        </w:rPr>
        <w:t>[25]</w:t>
      </w:r>
    </w:p>
    <w:p>
      <w:r>
        <w:rPr>
          <w:rFonts w:ascii="Gentium Plus" w:hAnsi="Gentium Plus"/>
          <w:sz w:val="24"/>
        </w:rPr>
        <w:t>ἢ ἄλλη ἄλλης ἐξήρτηται. Ἄλυξις. ἀπόπτωσις, φυγή. Ἀλυκτοπέδη. δεσμὸς ἄφυκτος. ἀλυτοπέδη τίς ἐστι καὶ πλεονασμῷ τοῦ κ ἀλυκτοπέδη. Ἀλυκτοσύνη. φυγὴ, ἔκκλισις.</w:t>
      </w:r>
    </w:p>
    <w:p>
      <w:r>
        <w:rPr>
          <w:rFonts w:ascii="Courier New" w:hAnsi="Courier New"/>
          <w:color w:val="555555"/>
          <w:sz w:val="20"/>
        </w:rPr>
        <w:t>[30]</w:t>
      </w:r>
    </w:p>
    <w:p>
      <w:r>
        <w:rPr>
          <w:rFonts w:ascii="Gentium Plus" w:hAnsi="Gentium Plus"/>
          <w:sz w:val="24"/>
        </w:rPr>
        <w:t>Ἀλύβη. ὄνομα στήλης.</w:t>
      </w:r>
    </w:p>
    <w:p>
      <w:r>
        <w:rPr>
          <w:rFonts w:ascii="Courier New" w:hAnsi="Courier New"/>
          <w:color w:val="555555"/>
          <w:sz w:val="20"/>
        </w:rPr>
        <w:t>[alpha 129]</w:t>
      </w:r>
    </w:p>
    <w:p>
      <w:r>
        <w:rPr>
          <w:rFonts w:ascii="Gentium Plus" w:hAnsi="Gentium Plus"/>
          <w:sz w:val="24"/>
        </w:rPr>
        <w:t>Ἀλφεσίβοια. εὑρετικὴ βοῶν. Ἀλφή. ἡ τιμή. Ἅλωσις. ἐρήμωσις, πόρθωσις. Ἀλωπεκόννησος. πόλις ἐστὶ μία τῶν ἐν Χεῤῥο‐</w:t>
      </w:r>
    </w:p>
    <w:p>
      <w:r>
        <w:rPr>
          <w:rFonts w:ascii="Courier New" w:hAnsi="Courier New"/>
          <w:color w:val="555555"/>
          <w:sz w:val="20"/>
        </w:rPr>
        <w:t>[5]</w:t>
      </w:r>
    </w:p>
    <w:p>
      <w:r>
        <w:rPr>
          <w:rFonts w:ascii="Gentium Plus" w:hAnsi="Gentium Plus"/>
          <w:sz w:val="24"/>
        </w:rPr>
        <w:t>νήσῳ. Ἀλωή. ἡ ἀμπελόφυτος γῆ. παρὰ τὸ τὴν ἄλσιν, ὃ σημαίνει τὴν αὔξησιν. ἄλδω, ἀλοὴ, [ἀλωή.] Ἀλυπία. ἕξις, καθ’ ἣν ἀνέκπτωτοι ἐσμὲν πρὸς λύπην.</w:t>
      </w:r>
    </w:p>
    <w:p>
      <w:r>
        <w:rPr>
          <w:rFonts w:ascii="Courier New" w:hAnsi="Courier New"/>
          <w:color w:val="555555"/>
          <w:sz w:val="20"/>
        </w:rPr>
        <w:t>[10]</w:t>
      </w:r>
    </w:p>
    <w:p>
      <w:r>
        <w:rPr>
          <w:rFonts w:ascii="Gentium Plus" w:hAnsi="Gentium Plus"/>
          <w:sz w:val="24"/>
        </w:rPr>
        <w:t>Ἀλωπεκία. πάθος ψιλωτικὸν τῶν τριχῶν καὶ τῶν γενείων. ἡ μεταφορὰ ἀπὸ τῆς ἀλώπεκος, ἥτις, ἔνθα ἂν οὐρήσῃ, τὸν τόπον ἄκαρπον ποιεῖ, ξηραίνουσα καὶ τὴν προϋπάρχουσαν βοτάνην, καὶ ἑτέραν ἀναβλαστῆσαι οὐ συγχωρεῖ. τινὲς</w:t>
      </w:r>
    </w:p>
    <w:p>
      <w:r>
        <w:rPr>
          <w:rFonts w:ascii="Courier New" w:hAnsi="Courier New"/>
          <w:color w:val="555555"/>
          <w:sz w:val="20"/>
        </w:rPr>
        <w:t>[15]</w:t>
      </w:r>
    </w:p>
    <w:p>
      <w:r>
        <w:rPr>
          <w:rFonts w:ascii="Gentium Plus" w:hAnsi="Gentium Plus"/>
          <w:sz w:val="24"/>
        </w:rPr>
        <w:t>δὲ λέγουσιν ἀλωπεκία ἡ περικεφαλαία· ἀλω‐ πέκεια δὲ ἡ νόσος ἡ περὶ τὴν κεφαλὴν, ἣ καὶ διὰ διφθόγγου γράφεται. Ἅλως. τὸ ἀλώνιον. παρὰ τὴν τῶν ἀσταχύων ἀλοίησιν καὶ συντριβήν.</w:t>
      </w:r>
    </w:p>
    <w:p>
      <w:r>
        <w:rPr>
          <w:rFonts w:ascii="Courier New" w:hAnsi="Courier New"/>
          <w:color w:val="555555"/>
          <w:sz w:val="20"/>
        </w:rPr>
        <w:t>[20]</w:t>
      </w:r>
    </w:p>
    <w:p>
      <w:r>
        <w:rPr>
          <w:rFonts w:ascii="Gentium Plus" w:hAnsi="Gentium Plus"/>
          <w:sz w:val="24"/>
        </w:rPr>
        <w:t>Ἀλώπηξ. καὶ κλίνεται ἀλώπεκος. σεσημείωται, ὅτι ἔτρεψε τὸ η εἰς ε ἐν τῇ γενικῇ, καὶ ἔστιν εἰπεῖν, ὅτι τὰ εἰς ηξ θηλυκὰ οὐ φαίνεται πα‐ ραληγόμενα τὸ ω· οἷον πήληξ, ἀντίπηξ· τὸ γὰρ σκώληξ [παραληγόμενον τῷ ω οὐκ ἀντί‐</w:t>
      </w:r>
    </w:p>
    <w:p>
      <w:r>
        <w:rPr>
          <w:rFonts w:ascii="Courier New" w:hAnsi="Courier New"/>
          <w:color w:val="555555"/>
          <w:sz w:val="20"/>
        </w:rPr>
        <w:t>[25]</w:t>
      </w:r>
    </w:p>
    <w:p>
      <w:r>
        <w:rPr>
          <w:rFonts w:ascii="Gentium Plus" w:hAnsi="Gentium Plus"/>
          <w:sz w:val="24"/>
        </w:rPr>
        <w:t>κειται· ἀρσενικὸν γάρ ἐστιν. ἐπεὶ οὖν τὸ ἀλώ‐ πηξ θηλυκόν ἐστι] παραληγόμενον τὸ ω εἰκό‐ τως ὡς παρήλλαξαν κατὰ τὴν παραλήγουσαν, παρήλλαξε καὶ κατὰ τὴν κλίσιν. λέγεται καὶ</w:t>
      </w:r>
    </w:p>
    <w:p>
      <w:r>
        <w:rPr>
          <w:rFonts w:ascii="Courier New" w:hAnsi="Courier New"/>
          <w:color w:val="555555"/>
          <w:sz w:val="20"/>
        </w:rPr>
        <w:t>[alpha 130]</w:t>
      </w:r>
    </w:p>
    <w:p>
      <w:r>
        <w:rPr>
          <w:rFonts w:ascii="Gentium Plus" w:hAnsi="Gentium Plus"/>
          <w:sz w:val="24"/>
        </w:rPr>
        <w:t>Ἀλεωρήν. φυγήν. Ἡσίοδος· —λιμοῦ τ’ ἀλεωρήν.</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Ἄλα. τὰ κόπρια. [Ὅμηρος ἐν Ὀδυσσείᾳ·</w:t>
      </w:r>
    </w:p>
    <w:p>
      <w:r>
        <w:rPr>
          <w:rFonts w:ascii="Courier New" w:hAnsi="Courier New"/>
          <w:color w:val="555555"/>
          <w:sz w:val="20"/>
        </w:rPr>
        <w:t>[5]</w:t>
      </w:r>
    </w:p>
    <w:p>
      <w:r>
        <w:rPr>
          <w:rFonts w:ascii="Gentium Plus" w:hAnsi="Gentium Plus"/>
          <w:sz w:val="24"/>
        </w:rPr>
        <w:t>οὐ σύγ’ ἐξ οἴκου σῷ ἐπιστάτῃ οὐδ’ ἄλα δοίης.] Ἄλαστα. τὰ κακά· ἀνεπίληστα τινὰ ὄντα, ἀπὸ τοῦ ἀλαστῶ, ἀλαστήσω, τὸ χαλεπαίνω. Ἀλάβαστρον. μυροθήκη, ψήφινος ἢ λίθινος. ἀλάβαστόν τι ὂν, πλεονασμῷ τοῦ ρ, οὗ λαβέ‐</w:t>
      </w:r>
    </w:p>
    <w:p>
      <w:r>
        <w:rPr>
          <w:rFonts w:ascii="Courier New" w:hAnsi="Courier New"/>
          <w:color w:val="555555"/>
          <w:sz w:val="20"/>
        </w:rPr>
        <w:t>[10]</w:t>
      </w:r>
    </w:p>
    <w:p>
      <w:r>
        <w:rPr>
          <w:rFonts w:ascii="Gentium Plus" w:hAnsi="Gentium Plus"/>
          <w:sz w:val="24"/>
        </w:rPr>
        <w:t>σθαι διὰ λειότητα ἀδύνατον. Ἀλλαρίοις. σιτηρεσίοις. Ἀλαπαδνόν. τὸ ἀσθενές. Ἄλλαγμα. ἀντεισαγωγή. Ἄλγεα. λυπηρὰ, κακά.</w:t>
      </w:r>
    </w:p>
    <w:p>
      <w:r>
        <w:rPr>
          <w:rFonts w:ascii="Courier New" w:hAnsi="Courier New"/>
          <w:color w:val="555555"/>
          <w:sz w:val="20"/>
        </w:rPr>
        <w:t>[15]</w:t>
      </w:r>
    </w:p>
    <w:p>
      <w:r>
        <w:rPr>
          <w:rFonts w:ascii="Gentium Plus" w:hAnsi="Gentium Plus"/>
          <w:sz w:val="24"/>
        </w:rPr>
        <w:t>Ἄλγος. λύπη, θλίψις. ἀπὸ τοῦ ἀλέγω τὸ φρον‐ τίζω. [τὰ γὰρ πολυπαθῆ φροντίδος ἄξια. ἢ ἃ μὴ λέγοι τὶς, μὴ δὲ ὀνομάζοι. τὸ δὲ ἀλέγω παρὰ τὸ λέγω, τὸ φροντίζω,] ἀφ’ οὗ λόγος ἡ φρον‐ τὶς, καὶ ἀλέγω, ἀλεγεινὸς, οὐ δὲ ἀπὸ τοῦ ἐλεῶ,</w:t>
      </w:r>
    </w:p>
    <w:p>
      <w:r>
        <w:rPr>
          <w:rFonts w:ascii="Courier New" w:hAnsi="Courier New"/>
          <w:color w:val="555555"/>
          <w:sz w:val="20"/>
        </w:rPr>
        <w:t>[20]</w:t>
      </w:r>
    </w:p>
    <w:p>
      <w:r>
        <w:rPr>
          <w:rFonts w:ascii="Gentium Plus" w:hAnsi="Gentium Plus"/>
          <w:sz w:val="24"/>
        </w:rPr>
        <w:t>ἐλεεινὸς, ἐπεὶ ὤφειλε γράφεσθαι διὰ τοῦ ι. τὰ γὰρ εἰς νος ὀξύτονα, μὴ ὄντα παρώνυμα, διὰ τοῦ ι γράφεται· οἷον τάχα ταχινὸς, ἀλή‐ θεια ἀληθινὸς, χθὲς χθεσινὸς, πύκα πυκινὸς, ἀλλὰ ἀπὸ τοῦ ἄλγος ἀλγεινὸς καὶ ἔλεος ἐλεει‐</w:t>
      </w:r>
    </w:p>
    <w:p>
      <w:r>
        <w:rPr>
          <w:rFonts w:ascii="Courier New" w:hAnsi="Courier New"/>
          <w:color w:val="555555"/>
          <w:sz w:val="20"/>
        </w:rPr>
        <w:t>[25]</w:t>
      </w:r>
    </w:p>
    <w:p>
      <w:r>
        <w:rPr>
          <w:rFonts w:ascii="Gentium Plus" w:hAnsi="Gentium Plus"/>
          <w:sz w:val="24"/>
        </w:rPr>
        <w:t>νὸς, καὶ γράφεται διὰ τῆς ει διφθόγγου ὡς παρώνυμον. Ἄλεκτρα καὶ ἄνυμφα. [ἀντὶ τοῦ παράνομα καὶ οὐ νενομισμένα διὰ τὴν μοιχείαν. τουτέστι δύσ‐</w:t>
      </w:r>
    </w:p>
    <w:p>
      <w:r>
        <w:rPr>
          <w:rFonts w:ascii="Courier New" w:hAnsi="Courier New"/>
          <w:color w:val="555555"/>
          <w:sz w:val="20"/>
        </w:rPr>
        <w:t>[alpha 131]</w:t>
      </w:r>
    </w:p>
    <w:p>
      <w:r>
        <w:rPr>
          <w:rFonts w:ascii="Gentium Plus" w:hAnsi="Gentium Plus"/>
          <w:sz w:val="24"/>
        </w:rPr>
        <w:t>ἄνυμφα γὰρ ἐπέβη μιαιφόνων γάμων ἁμιλλή‐ ματα. Ἅλειον. τὸ τοῦ ἡλίου ἱερὸν κατὰ Ῥοδίους. ση‐ μαίνει δὲ καὶ τὸ ὕδωρ.</w:t>
      </w:r>
    </w:p>
    <w:p>
      <w:r>
        <w:rPr>
          <w:rFonts w:ascii="Courier New" w:hAnsi="Courier New"/>
          <w:color w:val="555555"/>
          <w:sz w:val="20"/>
        </w:rPr>
        <w:t>[5]</w:t>
      </w:r>
    </w:p>
    <w:p>
      <w:r>
        <w:rPr>
          <w:rFonts w:ascii="Gentium Plus" w:hAnsi="Gentium Plus"/>
          <w:sz w:val="24"/>
        </w:rPr>
        <w:t>Ἅλιον δὲ, τὸ μάταιον, ι. [παρὰ τὸ ἃλς, ἁλὸς, ἅλιον, ὡς πτὺξ, πτυχὸς, πτύχιον, οἱονεὶ τὸ εἰς θάλασσαν ῥιπτόμενον καὶ ἀφανιζόμενον.] Ἁλουργίς. χρῶμα τὸ πορφυροῦν ἤτοι ὀξύ. Ἄλιπτα. αἰολικῶς παρὰ τὸ ἀλείφω, ἄλιμμα</w:t>
      </w:r>
    </w:p>
    <w:p>
      <w:r>
        <w:rPr>
          <w:rFonts w:ascii="Courier New" w:hAnsi="Courier New"/>
          <w:color w:val="555555"/>
          <w:sz w:val="20"/>
        </w:rPr>
        <w:t>[10]</w:t>
      </w:r>
    </w:p>
    <w:p>
      <w:r>
        <w:rPr>
          <w:rFonts w:ascii="Gentium Plus" w:hAnsi="Gentium Plus"/>
          <w:sz w:val="24"/>
        </w:rPr>
        <w:t>καὶ ἄλιπτα. Ἁλίπλοα. ἐν τῇ θαλάσσῃ πλέοντα. Ἄλειφαρ. τὸ ἄλειμμα, καὶ κατὰ ἀποκοπὴν ἄλει‐ φα, καὶ κλίνεται ἀλείφατος. ἐν δ’ ὠτειλὰς πλῆσεν ἀλείφατος—.</w:t>
      </w:r>
    </w:p>
    <w:p>
      <w:r>
        <w:rPr>
          <w:rFonts w:ascii="Courier New" w:hAnsi="Courier New"/>
          <w:color w:val="555555"/>
          <w:sz w:val="20"/>
        </w:rPr>
        <w:t>[15]</w:t>
      </w:r>
    </w:p>
    <w:p>
      <w:r>
        <w:rPr>
          <w:rFonts w:ascii="Gentium Plus" w:hAnsi="Gentium Plus"/>
          <w:sz w:val="24"/>
        </w:rPr>
        <w:t>Ἄλεισον. τὸ ποτήριον. παρὰ τὸ ἅλες, ὅ ἐστι τὸ ἀθρόον· ἐξ οὗ ἀθρόως πίνειν ἐστίν· ἢ παρὰ τὸ λεῖον γέγονεν ἄλεισον, [κατ’ ἐπένθεσιν τοῦ ς, τοῦ α ἐπιθετικοῦ ὄντος ἢ στερητικοῦ, τὸ μὴ ὂν ὁμαλὸν, ἀλλὰ περιφερές. ψιλοῦται δὲ, ἐπει‐</w:t>
      </w:r>
    </w:p>
    <w:p>
      <w:r>
        <w:rPr>
          <w:rFonts w:ascii="Courier New" w:hAnsi="Courier New"/>
          <w:color w:val="555555"/>
          <w:sz w:val="20"/>
        </w:rPr>
        <w:t>[20]</w:t>
      </w:r>
    </w:p>
    <w:p>
      <w:r>
        <w:rPr>
          <w:rFonts w:ascii="Gentium Plus" w:hAnsi="Gentium Plus"/>
          <w:sz w:val="24"/>
        </w:rPr>
        <w:t>δὴ τὸ α, ἢ στερητικὸν ὂν ἢ ἐπιτατικὸν, ψι‐ λοῦται.] Ἀληθές. τὸ ἀντιδιαστελλόμενον τῷ ψεύδει. ἄλη‐ θες δὲ ἀντὶ τοῦ ὄντως. ἄληθες, ὦ παῖ τῆς ἀρουραίας θεοῦ—</w:t>
      </w:r>
    </w:p>
    <w:p>
      <w:r>
        <w:rPr>
          <w:rFonts w:ascii="Courier New" w:hAnsi="Courier New"/>
          <w:color w:val="555555"/>
          <w:sz w:val="20"/>
        </w:rPr>
        <w:t>[25]</w:t>
      </w:r>
    </w:p>
    <w:p>
      <w:r>
        <w:rPr>
          <w:rFonts w:ascii="Gentium Plus" w:hAnsi="Gentium Plus"/>
          <w:sz w:val="24"/>
        </w:rPr>
        <w:t>[ὁ Αἰσχύλος φησὶν πρὸς τὸν Εὐριπίδην.] [Ἀλήϊον. πεδίον Κιλικίας. τὸ ἐθνικὸν Ἀλήϊος. καὶ ἀλήϊος ὁ πλανητικός.] Ἄλημα. παραλογιστικὸν πανούργημα ἢ ἐπίτριμ‐ μα. [ὦ τέκνον Λαερτίου κακοπινέστατ’ ἄλημα</w:t>
      </w:r>
    </w:p>
    <w:p>
      <w:r>
        <w:rPr>
          <w:rFonts w:ascii="Courier New" w:hAnsi="Courier New"/>
          <w:color w:val="555555"/>
          <w:sz w:val="20"/>
        </w:rPr>
        <w:t>[30]</w:t>
      </w:r>
    </w:p>
    <w:p>
      <w:r>
        <w:rPr>
          <w:rFonts w:ascii="Gentium Plus" w:hAnsi="Gentium Plus"/>
          <w:sz w:val="24"/>
        </w:rPr>
        <w:t>στρατοῦ.]</w:t>
      </w:r>
    </w:p>
    <w:p>
      <w:r>
        <w:rPr>
          <w:rFonts w:ascii="Courier New" w:hAnsi="Courier New"/>
          <w:color w:val="555555"/>
          <w:sz w:val="20"/>
        </w:rPr>
        <w:t>[alpha 132]</w:t>
      </w:r>
    </w:p>
    <w:p>
      <w:r>
        <w:rPr>
          <w:rFonts w:ascii="Gentium Plus" w:hAnsi="Gentium Plus"/>
          <w:sz w:val="24"/>
        </w:rPr>
        <w:t>Ἀλείατα. τὰ ἄλευρα. Ἄληκτον. ἀκατάπαυστον. Ἀλισγημάτων. μιασμάτων, ἐκ μυσαρᾶς θυ‐ σίας τῶν εἰδώλων.</w:t>
      </w:r>
    </w:p>
    <w:p>
      <w:r>
        <w:rPr>
          <w:rFonts w:ascii="Courier New" w:hAnsi="Courier New"/>
          <w:color w:val="555555"/>
          <w:sz w:val="20"/>
        </w:rPr>
        <w:t>[5]</w:t>
      </w:r>
    </w:p>
    <w:p>
      <w:r>
        <w:rPr>
          <w:rFonts w:ascii="Gentium Plus" w:hAnsi="Gentium Plus"/>
          <w:sz w:val="24"/>
        </w:rPr>
        <w:t>Ἀλλεπάλληλον. πυκνόν· συνεχές. Ἀλληλέγγυον. ἡ ἐξ ἀμφοτέρων πίστις. Ἁλίπεδον. τὸ παραθαλάσσιον πεδίον. Ἀλίαστον. τὸ ἀκατάπαυστον, ὃ οὐ δύναταί τίς ἐκφυγεῖν.</w:t>
      </w:r>
    </w:p>
    <w:p>
      <w:r>
        <w:rPr>
          <w:rFonts w:ascii="Courier New" w:hAnsi="Courier New"/>
          <w:color w:val="555555"/>
          <w:sz w:val="20"/>
        </w:rPr>
        <w:t>[10]</w:t>
      </w:r>
    </w:p>
    <w:p>
      <w:r>
        <w:rPr>
          <w:rFonts w:ascii="Gentium Plus" w:hAnsi="Gentium Plus"/>
          <w:sz w:val="24"/>
        </w:rPr>
        <w:t>Ἀλιτόμηνον. τὸ ἁμαρτάνον τῶν ἐννέα μηνῶν. ἀλιτόμηνα βρέφη. Ἀλείαρ. τὸ ὑπὸ τῶν πυρῶν ἄλευρον· τὸ γὰρ ἀπὸ κριθῆς ἄλφιτον λέγεται. Ἀλεξιφάρμακον. θεραπευτικὸν βοήθημα.</w:t>
      </w:r>
    </w:p>
    <w:p>
      <w:r>
        <w:rPr>
          <w:rFonts w:ascii="Courier New" w:hAnsi="Courier New"/>
          <w:color w:val="555555"/>
          <w:sz w:val="20"/>
        </w:rPr>
        <w:t>[15]</w:t>
      </w:r>
    </w:p>
    <w:p>
      <w:r>
        <w:rPr>
          <w:rFonts w:ascii="Gentium Plus" w:hAnsi="Gentium Plus"/>
          <w:sz w:val="24"/>
        </w:rPr>
        <w:t>Ἀλίγκιον. ὅμοιον. Ἁλιῤῥόθιον. κῦμα θαλάσσιον. Ἀλληλούϊα. αἶνος θεοῦ ἑρμηνεύεται. ἔστι τὸ μὲν ἀλληλοῦ, αἶνος, τὸ ἴα, θεός. διότι καὶ ἀντὶ τοῦ, αἰνεῖτε τὸν κύριον, ὅτι ἀγαθὸν ψαλ‐</w:t>
      </w:r>
    </w:p>
    <w:p>
      <w:r>
        <w:rPr>
          <w:rFonts w:ascii="Courier New" w:hAnsi="Courier New"/>
          <w:color w:val="555555"/>
          <w:sz w:val="20"/>
        </w:rPr>
        <w:t>[20]</w:t>
      </w:r>
    </w:p>
    <w:p>
      <w:r>
        <w:rPr>
          <w:rFonts w:ascii="Gentium Plus" w:hAnsi="Gentium Plus"/>
          <w:sz w:val="24"/>
        </w:rPr>
        <w:t>μὸς, ἀλληλούϊα, ὅτι ἀγαθὸν ψαλμὸς, ὁ Σύμ‐ μαχος τέθεικεν. Ἅλας. τὸ ἐσθιόμενον. παρὰ δὲ τῷ εὐαγγελίῳ ἡ φρόνησις, ἧς ἔμπλεως ὁ ἀποστολικὸς λόγος. ὃν τρόπον ἄνευ ἁλὸς οὔτε ἄρτος, οὔτε ὄψον ἐδώ‐</w:t>
      </w:r>
    </w:p>
    <w:p>
      <w:r>
        <w:rPr>
          <w:rFonts w:ascii="Courier New" w:hAnsi="Courier New"/>
          <w:color w:val="555555"/>
          <w:sz w:val="20"/>
        </w:rPr>
        <w:t>[25]</w:t>
      </w:r>
    </w:p>
    <w:p>
      <w:r>
        <w:rPr>
          <w:rFonts w:ascii="Gentium Plus" w:hAnsi="Gentium Plus"/>
          <w:sz w:val="24"/>
        </w:rPr>
        <w:t>διμον. ὡς τό· ὑμεῖς ἐστὲ τὸ ἅλας τῆς γῆς. γῆν καλεῖ τὰς ψυχὰς τῶν ἀνθρώπων· ψυχὴ γὰρ μὴ ἡλισμένη τῷ ἁγίῳ πνεύματι σέσηπται. Ἄλκαρ. δύναμις, σωτηρία, βοήθημα. παρὰ τὸ</w:t>
      </w:r>
    </w:p>
    <w:p>
      <w:r>
        <w:rPr>
          <w:rFonts w:ascii="Courier New" w:hAnsi="Courier New"/>
          <w:color w:val="555555"/>
          <w:sz w:val="20"/>
        </w:rPr>
        <w:t>[alpha 133]</w:t>
      </w:r>
    </w:p>
    <w:p>
      <w:r>
        <w:rPr>
          <w:rFonts w:ascii="Gentium Plus" w:hAnsi="Gentium Plus"/>
          <w:sz w:val="24"/>
        </w:rPr>
        <w:t>Ἀλαλκτήρια λιμοῦ. τὰ δυνάμενα ἀλαλκεῖν καὶ ἀπείργειν τὸν λιμόν. Ἀλλόβριθες. ἔθνος δυνατώτατον Γαλατικόν. Πολύβιος. διὰ τοῦ ι γράφεται τὸ Ἀλλόβριθες.</w:t>
      </w:r>
    </w:p>
    <w:p>
      <w:r>
        <w:rPr>
          <w:rFonts w:ascii="Courier New" w:hAnsi="Courier New"/>
          <w:color w:val="555555"/>
          <w:sz w:val="20"/>
        </w:rPr>
        <w:t>[5]</w:t>
      </w:r>
    </w:p>
    <w:p>
      <w:r>
        <w:rPr>
          <w:rFonts w:ascii="Gentium Plus" w:hAnsi="Gentium Plus"/>
          <w:sz w:val="24"/>
        </w:rPr>
        <w:t>Ἀλόγιστα παροίσομεν. ἀδιήγητα τὰ κακὰ βα‐ στάζομεν. Σοφοκλῆς· ἐν πυμάτῳ δ’ ἀλόγιστα παροίσομεν—. Ἀλογίας δίκη. ἂν φεύγουσιν οἱ ἄρχοντες τὸν λόγον οὐ διδόντες τῶν τῆς ἀρχῆς διοικημάτων.</w:t>
      </w:r>
    </w:p>
    <w:p>
      <w:r>
        <w:rPr>
          <w:rFonts w:ascii="Courier New" w:hAnsi="Courier New"/>
          <w:color w:val="555555"/>
          <w:sz w:val="20"/>
        </w:rPr>
        <w:t>[10]</w:t>
      </w:r>
    </w:p>
    <w:p>
      <w:r>
        <w:rPr>
          <w:rFonts w:ascii="Gentium Plus" w:hAnsi="Gentium Plus"/>
          <w:sz w:val="24"/>
        </w:rPr>
        <w:t>Ἀλλοδαπά. ξένα, παντοῖα. Ἀλήρια. ὀστᾶ. Ἀλλόκοτον. ξένον. [παρὰ τὸ ἀλλαχοῦ κεῖσθαι καὶ μὴ κατὰ τὸ αὐτό. ἀλλόκοτον καὶ τὸ ἀνό‐ μοιον.]</w:t>
      </w:r>
    </w:p>
    <w:p>
      <w:r>
        <w:rPr>
          <w:rFonts w:ascii="Courier New" w:hAnsi="Courier New"/>
          <w:color w:val="555555"/>
          <w:sz w:val="20"/>
        </w:rPr>
        <w:t>[15]</w:t>
      </w:r>
    </w:p>
    <w:p>
      <w:r>
        <w:rPr>
          <w:rFonts w:ascii="Gentium Plus" w:hAnsi="Gentium Plus"/>
          <w:sz w:val="24"/>
        </w:rPr>
        <w:t>Ἁλμυρόν. δριμύ. Ἁλυκόν. δριμύ. —ἁλυκὸν δέ οἱ ἔκπεσε δάκρυ. Ἀλυκρά. χλιαρά. —γέντο δ’ ἀλυκρά—.</w:t>
      </w:r>
    </w:p>
    <w:p>
      <w:r>
        <w:rPr>
          <w:rFonts w:ascii="Courier New" w:hAnsi="Courier New"/>
          <w:color w:val="555555"/>
          <w:sz w:val="20"/>
        </w:rPr>
        <w:t>[20]</w:t>
      </w:r>
    </w:p>
    <w:p>
      <w:r>
        <w:rPr>
          <w:rFonts w:ascii="Gentium Plus" w:hAnsi="Gentium Plus"/>
          <w:sz w:val="24"/>
        </w:rPr>
        <w:t>Ἄλυκτον. ὃ οὐ δύνατάι τις φυγεῖν. Ἄλφιτα. τὰ ἀπὸ τῆς κριθῆς ἄλευρα. Ἄλσος. δάσος, σύνδενδρος τόπος. παρὰ τὸ ἄλδω, ἄλσω, ἄλσος· ἢ παρὰ τὸ [ἄρδω, ὁ μέλλων ἄρ‐ σω, καὶ ἐξ αὐτοῦ ἄλσος.]</w:t>
      </w:r>
    </w:p>
    <w:p>
      <w:r>
        <w:rPr>
          <w:rFonts w:ascii="Courier New" w:hAnsi="Courier New"/>
          <w:color w:val="555555"/>
          <w:sz w:val="20"/>
        </w:rPr>
        <w:t>[25]</w:t>
      </w:r>
    </w:p>
    <w:p>
      <w:r>
        <w:rPr>
          <w:rFonts w:ascii="Gentium Plus" w:hAnsi="Gentium Plus"/>
          <w:sz w:val="24"/>
        </w:rPr>
        <w:t>Ἀλυσιτελές. ἀσύμφορον, βλαβερόν. Ἁλώσιμον. τὸ ληφθῆναι δυνάμενον. Ἀλύαττα. πόλις Βιθυνίας. Ἁλώνητα. τὰ βάρβαρα ἀνδράποδα. τοὺς γὰρ ἅλας διδόντες τοῖς Θρᾳξὶν ὠνοῦντο τὰ ἀνδρά‐</w:t>
      </w:r>
    </w:p>
    <w:p>
      <w:r>
        <w:rPr>
          <w:rFonts w:ascii="Courier New" w:hAnsi="Courier New"/>
          <w:color w:val="555555"/>
          <w:sz w:val="20"/>
        </w:rPr>
        <w:t>[30]</w:t>
      </w:r>
    </w:p>
    <w:p>
      <w:r>
        <w:rPr>
          <w:rFonts w:ascii="Gentium Plus" w:hAnsi="Gentium Plus"/>
          <w:sz w:val="24"/>
        </w:rPr>
        <w:t>ποδα. Ἄλωα. τὰ παρὰ τὴν σελήνην νεφελώδη. Ἀλώϊον. πόλις Θεσσαλίας. Ἄλπειον. ὄρος. καὶ Ἄλπιον, καὶ Ἄλπεινον. Ἄλφα. τὸ στοιχεῖον. παρὰ τὸ ἀλφῶ, τὸ εὑρί‐</w:t>
      </w:r>
    </w:p>
    <w:p>
      <w:r>
        <w:rPr>
          <w:rFonts w:ascii="Courier New" w:hAnsi="Courier New"/>
          <w:color w:val="555555"/>
          <w:sz w:val="20"/>
        </w:rPr>
        <w:t>[35]</w:t>
      </w:r>
    </w:p>
    <w:p>
      <w:r>
        <w:rPr>
          <w:rFonts w:ascii="Gentium Plus" w:hAnsi="Gentium Plus"/>
          <w:sz w:val="24"/>
        </w:rPr>
        <w:t>σκω· πρῶτον γὰρ τῶν ἄλλων στοιχείων εὑρέθη.</w:t>
      </w:r>
    </w:p>
    <w:p>
      <w:r>
        <w:rPr>
          <w:rFonts w:ascii="Courier New" w:hAnsi="Courier New"/>
          <w:color w:val="555555"/>
          <w:sz w:val="20"/>
        </w:rPr>
        <w:t>[alpha 134]</w:t>
      </w:r>
    </w:p>
    <w:p>
      <w:r>
        <w:rPr>
          <w:rFonts w:ascii="Gentium Plus" w:hAnsi="Gentium Plus"/>
          <w:sz w:val="24"/>
        </w:rPr>
        <w:t>ἢ ἀπὸ τοῦ κατὰ ἀμοιβὰς πολιτεύεσθαι· ἄλ‐ φειν γὰρ τὸ ἀμείβειν. Ἁλίπεδον. τὸ ὁμαλόν. οὕτως εὗρον παρὰ τῷ Ψελλῷ.</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Ἀλαλάξατε. ὑψώσατε φωνήν. καὶ ἀλαλάζειν παρὰ τὸ τὴν ἀλάλην, ὃ σημαίνει τὸν θόρυβον. [Ἀλαλύκτημαι. τεθορύβημαι, πεπλάνημαι. παρὰ τὸ τὴν ἀλάλην, ὃ σημαίνει τὸν θόρυβον,]</w:t>
      </w:r>
    </w:p>
    <w:p>
      <w:r>
        <w:rPr>
          <w:rFonts w:ascii="Courier New" w:hAnsi="Courier New"/>
          <w:color w:val="555555"/>
          <w:sz w:val="20"/>
        </w:rPr>
        <w:t>[10]</w:t>
      </w:r>
    </w:p>
    <w:p>
      <w:r>
        <w:rPr>
          <w:rFonts w:ascii="Gentium Plus" w:hAnsi="Gentium Plus"/>
          <w:sz w:val="24"/>
        </w:rPr>
        <w:t>ἀλαλῶ, ἀφ’ οὗ ἀλαλύσσω, [ῥηματικὸν ὄνομα ἀλαλυκτὸς καὶ ἀλαλυκτῶ, καὶ ἀλαλύκτημαι. καὶ ἔστι παρακείμενος. εἰ δὲ ἐνεστὼς, ἀλυκτῶ, οὗ παράγωγον τῶν εἰς μι ἀλύκτημι· οὗ παθη‐ τικὸν αἰολικὸν ἀλύκτημαι. ἐκεῖνοι γὰρ οὕτω λέ‐</w:t>
      </w:r>
    </w:p>
    <w:p>
      <w:r>
        <w:rPr>
          <w:rFonts w:ascii="Courier New" w:hAnsi="Courier New"/>
          <w:color w:val="555555"/>
          <w:sz w:val="20"/>
        </w:rPr>
        <w:t>[15]</w:t>
      </w:r>
    </w:p>
    <w:p>
      <w:r>
        <w:rPr>
          <w:rFonts w:ascii="Gentium Plus" w:hAnsi="Gentium Plus"/>
          <w:sz w:val="24"/>
        </w:rPr>
        <w:t>γουσιν ποίημαι καὶ νόημαι. καὶ ἐν διπλασιασμῷ ἀλαλύκτημαι. πολλοῖς γὰρ χρῆται αἰολικοῖς ὁ ποιητὴς καὶ μάλιστα ἐν μετοχαῖς· οἷον ἀκαχη‐ μένος, ἀκαχμένος.] Ἀλαίνω. τὸ πλανῶμαι. παρὰ τὸ ἄλη, ἀλῶμαι,</w:t>
      </w:r>
    </w:p>
    <w:p>
      <w:r>
        <w:rPr>
          <w:rFonts w:ascii="Courier New" w:hAnsi="Courier New"/>
          <w:color w:val="555555"/>
          <w:sz w:val="20"/>
        </w:rPr>
        <w:t>[20]</w:t>
      </w:r>
    </w:p>
    <w:p>
      <w:r>
        <w:rPr>
          <w:rFonts w:ascii="Gentium Plus" w:hAnsi="Gentium Plus"/>
          <w:sz w:val="24"/>
        </w:rPr>
        <w:t>παραγώγως ἀλαίνω· ὡς ἱδρὼς ἱδραίνω. Ἀλαπάξαι. ἐκπορθῆσαι. κυρίως δὲ ἐκκενῶσαι· κενωτικὸν γὰρ γαστρὸς ἡ λάπαθος βοτάνη. ἢ παρὰ τὸ λίαν ἄποθεν ἡμῶν ποιεῖν τὰ πάθη. ἢ παρὰ τὸ λα ἐπιτατικὸν καὶ τὸ παθητικόν.</w:t>
      </w:r>
    </w:p>
    <w:p>
      <w:r>
        <w:rPr>
          <w:rFonts w:ascii="Courier New" w:hAnsi="Courier New"/>
          <w:color w:val="555555"/>
          <w:sz w:val="20"/>
        </w:rPr>
        <w:t>[25]</w:t>
      </w:r>
    </w:p>
    <w:p>
      <w:r>
        <w:rPr>
          <w:rFonts w:ascii="Gentium Plus" w:hAnsi="Gentium Plus"/>
          <w:sz w:val="24"/>
        </w:rPr>
        <w:t>Ἀλαλκεῖν. ἀπείργειν, ἀποσοβεῖν, ἢ τὸ βοηθεῖν. [ἀόριστος δεύτερος καὶ μέλλων, ἀλάλκω, ἤλαλ‐ κον, ἀλαλκῶ καὶ ἀλαλκεῖν.] [Ἀλαλκών. μετοχή ἐστι, δεύτερος ἀόριστος καὶ μέσος. ἀλάλκω γάρ ἐστιν. ὁ μέλλων ἀλάλ‐</w:t>
      </w:r>
    </w:p>
    <w:p>
      <w:r>
        <w:rPr>
          <w:rFonts w:ascii="Courier New" w:hAnsi="Courier New"/>
          <w:color w:val="555555"/>
          <w:sz w:val="20"/>
        </w:rPr>
        <w:t>[30]</w:t>
      </w:r>
    </w:p>
    <w:p>
      <w:r>
        <w:rPr>
          <w:rFonts w:ascii="Gentium Plus" w:hAnsi="Gentium Plus"/>
          <w:sz w:val="24"/>
        </w:rPr>
        <w:t>ξω. ὁ δεύτερος ἀόριστος ἤλαλκον, καὶ ἀλαλ‐ κὼν μετοχή. τὸ δὲ ἀλάλκω ἀπὸ τοῦ ἀλκὴ, ἀλκῶ, καὶ κατὰ ἀναδιπλασιασμὸν ἀλαλκῶ.] Ἀλλαξάμενος. προτιμήσας ὑπὲρ τοῦ κέρδους. ὁ Λακεδαιμώνων τὴν πήρωσιν ἀλλαξάμενος.</w:t>
      </w:r>
    </w:p>
    <w:p>
      <w:r>
        <w:rPr>
          <w:rFonts w:ascii="Courier New" w:hAnsi="Courier New"/>
          <w:color w:val="555555"/>
          <w:sz w:val="20"/>
        </w:rPr>
        <w:t>[35]</w:t>
      </w:r>
    </w:p>
    <w:p>
      <w:r>
        <w:rPr>
          <w:rFonts w:ascii="Gentium Plus" w:hAnsi="Gentium Plus"/>
          <w:sz w:val="24"/>
        </w:rPr>
        <w:t>Ἀλλάχθητε. ἀντὶ τοῦ διαλλάχθητε. οὕτως</w:t>
      </w:r>
    </w:p>
    <w:p>
      <w:r>
        <w:rPr>
          <w:rFonts w:ascii="Courier New" w:hAnsi="Courier New"/>
          <w:color w:val="555555"/>
          <w:sz w:val="20"/>
        </w:rPr>
        <w:t>[alpha 135]</w:t>
      </w:r>
    </w:p>
    <w:p>
      <w:r>
        <w:rPr>
          <w:rFonts w:ascii="Gentium Plus" w:hAnsi="Gentium Plus"/>
          <w:sz w:val="24"/>
        </w:rPr>
        <w:t>Ἀλλὰ χρή. ἀντὶ τοῦ· ἔστω τοῦτο. δηλοῖ συγκα‐ τάθεσιν—οἷον. καὶ τὸ μάλα. Ἀλάλημαι. τεθορύβημαι. ἀπὸ τοῦ ἀλάλη. Ἀλαστήσας. σχετλιάσας, δεινοπαθήσας.</w:t>
      </w:r>
    </w:p>
    <w:p>
      <w:r>
        <w:rPr>
          <w:rFonts w:ascii="Courier New" w:hAnsi="Courier New"/>
          <w:color w:val="555555"/>
          <w:sz w:val="20"/>
        </w:rPr>
        <w:t>[5]</w:t>
      </w:r>
    </w:p>
    <w:p>
      <w:r>
        <w:rPr>
          <w:rFonts w:ascii="Gentium Plus" w:hAnsi="Gentium Plus"/>
          <w:sz w:val="24"/>
        </w:rPr>
        <w:t>Ἀλεείνων. ἐκκλίνων, φεύγων, οἱονεὶ εἰς τὴν θερ‐ μασίαν ἐκ τοῦ ψύχους ἀποφεύγων. ἀλέα γὰρ ἡ θερμασία. Ἀλεαίνειν. τὸ θερμαίνεσθαι. [οὐκ ἀλεαίνεσθαι. Ἀριστοφάνης·</w:t>
      </w:r>
    </w:p>
    <w:p>
      <w:r>
        <w:rPr>
          <w:rFonts w:ascii="Courier New" w:hAnsi="Courier New"/>
          <w:color w:val="555555"/>
          <w:sz w:val="20"/>
        </w:rPr>
        <w:t>[10]</w:t>
      </w:r>
    </w:p>
    <w:p>
      <w:r>
        <w:rPr>
          <w:rFonts w:ascii="Gentium Plus" w:hAnsi="Gentium Plus"/>
          <w:sz w:val="24"/>
        </w:rPr>
        <w:t>ἔπειθ’ ἵν’ ἀλεαίνοιμι, τοῦτ’ ἠμπισχόμην. καὶ Μένανδρος· ἤδη ἀλεαίνῃ, πρὸς τὸ πῦρ καθημένη.] Ἀλγύνει. λυπεῖ. Ἀλεξῆσαι. βοηθῆσαι.</w:t>
      </w:r>
    </w:p>
    <w:p>
      <w:r>
        <w:rPr>
          <w:rFonts w:ascii="Courier New" w:hAnsi="Courier New"/>
          <w:color w:val="555555"/>
          <w:sz w:val="20"/>
        </w:rPr>
        <w:t>[15]</w:t>
      </w:r>
    </w:p>
    <w:p>
      <w:r>
        <w:rPr>
          <w:rFonts w:ascii="Gentium Plus" w:hAnsi="Gentium Plus"/>
          <w:sz w:val="24"/>
        </w:rPr>
        <w:t>Ἀλέει. ἐκκλίνει. Ἀλέξασθαι. ἐπαμύνειν. Ξενοφῶν· πολὺ γὰρ διέφερεν ἐκ χώρας ὁρμωμένους ἀλέξασθαι. Ἀλέξαι. βοηθῆσαι. Ἀλλέξαι. ἀντὶ τοῦ ἐπιλέξαι.</w:t>
      </w:r>
    </w:p>
    <w:p>
      <w:r>
        <w:rPr>
          <w:rFonts w:ascii="Courier New" w:hAnsi="Courier New"/>
          <w:color w:val="555555"/>
          <w:sz w:val="20"/>
        </w:rPr>
        <w:t>[20]</w:t>
      </w:r>
    </w:p>
    <w:p>
      <w:r>
        <w:rPr>
          <w:rFonts w:ascii="Gentium Plus" w:hAnsi="Gentium Plus"/>
          <w:sz w:val="24"/>
        </w:rPr>
        <w:t>Ἀλέξειν. ἀποτρέπειν. Ἀλείς. ἀντὶ τοῦ συσταθείς. καὶ ἁλεῖς ἀντὶ τοῦ ἁλιεῖς. Ἁλεῖται. ἀντὶ τοῦ πηδήσει. καὶ χωλὸς ὡς ἔλα‐ φος ἁλεῖται.</w:t>
      </w:r>
    </w:p>
    <w:p>
      <w:r>
        <w:rPr>
          <w:rFonts w:ascii="Courier New" w:hAnsi="Courier New"/>
          <w:color w:val="555555"/>
          <w:sz w:val="20"/>
        </w:rPr>
        <w:t>[25]</w:t>
      </w:r>
    </w:p>
    <w:p>
      <w:r>
        <w:rPr>
          <w:rFonts w:ascii="Gentium Plus" w:hAnsi="Gentium Plus"/>
          <w:sz w:val="24"/>
        </w:rPr>
        <w:t>Ἀλδήσκω. τὸ αὐξάνω. παρὰ τὸ ἀλῶ, ἀλήσω, ἀλήσκω, καὶ πλεονασμῷ τοῦ δ ἀλδήσκω. κατὰ μεταφοράν· τὸ γὰρ ἀληλεσμένον οὐκ αὐξάνει. ἢ παρὰ τὸ ἅλλεσθαι, τοῦτ’ ἔστι πηδᾷν κατὰ αὔξησιν.</w:t>
      </w:r>
    </w:p>
    <w:p>
      <w:r>
        <w:rPr>
          <w:rFonts w:ascii="Courier New" w:hAnsi="Courier New"/>
          <w:color w:val="555555"/>
          <w:sz w:val="20"/>
        </w:rPr>
        <w:t>[30]</w:t>
      </w:r>
    </w:p>
    <w:p>
      <w:r>
        <w:rPr>
          <w:rFonts w:ascii="Gentium Plus" w:hAnsi="Gentium Plus"/>
          <w:sz w:val="24"/>
        </w:rPr>
        <w:t>Ἀλέξω. κυρίως παρὰ τὸ τῇ ἀλόχῳ γυναικὶ βοη‐ θῆσαι. [ἢ ἀπὸ τοῦ ἄλκω, ἄλξω, καὶ πλεονα‐ σμῷ τοῦ ε ἀλέξω.] Ἀλεύειν. τὸ φυλάττειν. οἱ Ἴωνες οὕτω λέγουσι. καὶ παροιμία·</w:t>
      </w:r>
    </w:p>
    <w:p>
      <w:r>
        <w:rPr>
          <w:rFonts w:ascii="Courier New" w:hAnsi="Courier New"/>
          <w:color w:val="555555"/>
          <w:sz w:val="20"/>
        </w:rPr>
        <w:t>[35]</w:t>
      </w:r>
    </w:p>
    <w:p>
      <w:r>
        <w:rPr>
          <w:rFonts w:ascii="Gentium Plus" w:hAnsi="Gentium Plus"/>
          <w:sz w:val="24"/>
        </w:rPr>
        <w:t>ἄλευ’ ἀπὸ μείζονος ἀνδρός.</w:t>
      </w:r>
    </w:p>
    <w:p>
      <w:r>
        <w:rPr>
          <w:rFonts w:ascii="Courier New" w:hAnsi="Courier New"/>
          <w:color w:val="555555"/>
          <w:sz w:val="20"/>
        </w:rPr>
        <w:t>[alpha 136]</w:t>
      </w:r>
    </w:p>
    <w:p>
      <w:r>
        <w:rPr>
          <w:rFonts w:ascii="Gentium Plus" w:hAnsi="Gentium Plus"/>
          <w:sz w:val="24"/>
        </w:rPr>
        <w:t>Ἀλεύατο. ἐξέφυγεν, ἐφυλάξατο. εἴρηται ἀπὸ τοῦ χεύω χεύατο, καὶ τροπῇ καὶ στερήσει ἀλεύατο. ὥστε μεταφορικῶς ἄλευας. ἀλέω, ἀλεύω. τὸ δὲ ἀλέω παρὰ τὸ ἀλῶ, τὸ πλανῶ· οἱ γὰρ φεύ‐</w:t>
      </w:r>
    </w:p>
    <w:p>
      <w:r>
        <w:rPr>
          <w:rFonts w:ascii="Courier New" w:hAnsi="Courier New"/>
          <w:color w:val="555555"/>
          <w:sz w:val="20"/>
        </w:rPr>
        <w:t>[5]</w:t>
      </w:r>
    </w:p>
    <w:p>
      <w:r>
        <w:rPr>
          <w:rFonts w:ascii="Gentium Plus" w:hAnsi="Gentium Plus"/>
          <w:sz w:val="24"/>
        </w:rPr>
        <w:t>γοντες πλανῶνται, ἡ μετοχὴ ἀλεύας. καὶ, —ἀλεύατο κῆρα μέλαιναν. Ἀλέγοις. βοηθοίης. καὶ τὸ φροντίζω. Ἀληθίζω. τὰ ἀληθῆ λέγω. [Ἀλήθω.] ὥσπερ κνῶ κνήθω, οὕτως ἀλῶ ἀλήθω.</w:t>
      </w:r>
    </w:p>
    <w:p>
      <w:r>
        <w:rPr>
          <w:rFonts w:ascii="Courier New" w:hAnsi="Courier New"/>
          <w:color w:val="555555"/>
          <w:sz w:val="20"/>
        </w:rPr>
        <w:t>[10]</w:t>
      </w:r>
    </w:p>
    <w:p>
      <w:r>
        <w:rPr>
          <w:rFonts w:ascii="Gentium Plus" w:hAnsi="Gentium Plus"/>
          <w:sz w:val="24"/>
        </w:rPr>
        <w:t>Ἀληλιμμένος. ἐκ τοῦ ἀλείφω. Ἀλήμεναι. συναθροισθῆναι. ὥσπερ παρὰ τὸ βῆναι γίνεται βήμεναι, οὕτως καὶ παρὰ τὸ ἀλῆναι ἀλήμεναι. Ἀλᾶτο. ἀντὶ τοῦ ἐπλανᾶτο. [ἀλάω, ἀλῶ, ἀλάο‐</w:t>
      </w:r>
    </w:p>
    <w:p>
      <w:r>
        <w:rPr>
          <w:rFonts w:ascii="Courier New" w:hAnsi="Courier New"/>
          <w:color w:val="555555"/>
          <w:sz w:val="20"/>
        </w:rPr>
        <w:t>[15]</w:t>
      </w:r>
    </w:p>
    <w:p>
      <w:r>
        <w:rPr>
          <w:rFonts w:ascii="Gentium Plus" w:hAnsi="Gentium Plus"/>
          <w:sz w:val="24"/>
        </w:rPr>
        <w:t>μαι, ἀλῶμαι, ἠλαόμην, ἠλώμην, ἠλάου, ἠλῶ, ἠλάετο, ἠλᾶτο καὶ τροπῇ ἀλᾶτο.] Ἀλθαίνω. τὸ θεραπεύω. [παρὰ τὸ ἄλθω, ἀλθαί‐ νω. ἢ παρὰ τὸ ἄλδω, ἀλδαίνω.] Ἁλιβδύειν. τὸ καταδύνειν εἰς θάλασσαν. [με‐</w:t>
      </w:r>
    </w:p>
    <w:p>
      <w:r>
        <w:rPr>
          <w:rFonts w:ascii="Courier New" w:hAnsi="Courier New"/>
          <w:color w:val="555555"/>
          <w:sz w:val="20"/>
        </w:rPr>
        <w:t>[20]</w:t>
      </w:r>
    </w:p>
    <w:p>
      <w:r>
        <w:rPr>
          <w:rFonts w:ascii="Gentium Plus" w:hAnsi="Gentium Plus"/>
          <w:sz w:val="24"/>
        </w:rPr>
        <w:t>ταφορικῶς δὲ καὶ τὸ κρύπτειν καὶ ἀφανίζειν. παρὰ τὸ τὴν ἅλα καὶ τὸ δύειν, αἰολικῷ πλεο‐ νασμῷ τοῦ β. ὡς σίδη, σίβδη. οὕτως ἁλιδύειν, ἁλιβδύειν. εἱρκτῆς ἁλιβδύσασα λυγαίας δέμας.]</w:t>
      </w:r>
    </w:p>
    <w:p>
      <w:r>
        <w:rPr>
          <w:rFonts w:ascii="Courier New" w:hAnsi="Courier New"/>
          <w:color w:val="555555"/>
          <w:sz w:val="20"/>
        </w:rPr>
        <w:t>[25]</w:t>
      </w:r>
    </w:p>
    <w:p>
      <w:r>
        <w:rPr>
          <w:rFonts w:ascii="Gentium Plus" w:hAnsi="Gentium Plus"/>
          <w:sz w:val="24"/>
        </w:rPr>
        <w:t>Ἁλισθεῖεν. συναθροισθεῖεν. [ὁ δὲ Πεισίστρατος ἐπιτεχνᾶται, ὅπως ἁλισθεῖεν ἔτι οἱ Ἀθη‐ ναῖοι.] Ἀλινδεῖσθαι. κυλίεσθαι. —ἔστι κυλίω καὶ τρο‐ πῇ τοῦ υ εἰς α καὶ ἀποβολῇ τοῦ κ ἀλίω,</w:t>
      </w:r>
    </w:p>
    <w:p>
      <w:r>
        <w:rPr>
          <w:rFonts w:ascii="Courier New" w:hAnsi="Courier New"/>
          <w:color w:val="555555"/>
          <w:sz w:val="20"/>
        </w:rPr>
        <w:t>[30]</w:t>
      </w:r>
    </w:p>
    <w:p>
      <w:r>
        <w:rPr>
          <w:rFonts w:ascii="Gentium Plus" w:hAnsi="Gentium Plus"/>
          <w:sz w:val="24"/>
        </w:rPr>
        <w:t>ἀλίσω, ἤλισα, ἀλίσαι. Ἀριστοφάνης· ἄπαγε τὸν ἵππον ἐξαλίσας οἴκαδε. ἀντὶ τοῦ κυλίσας. [τὸ δὲ ἀλίω γίνεται ἀλίνδω, ὡς κυλίω κυλίνδω, καὶ ἐν περισπωμένῃ τάσει</w:t>
      </w:r>
    </w:p>
    <w:p>
      <w:r>
        <w:rPr>
          <w:rFonts w:ascii="Courier New" w:hAnsi="Courier New"/>
          <w:color w:val="555555"/>
          <w:sz w:val="20"/>
        </w:rPr>
        <w:t>[alpha 137]</w:t>
      </w:r>
    </w:p>
    <w:p>
      <w:r>
        <w:rPr>
          <w:rFonts w:ascii="Gentium Plus" w:hAnsi="Gentium Plus"/>
          <w:sz w:val="24"/>
        </w:rPr>
        <w:t>λυμβήσω, κολυμβήθρα. τὸ δ’] ἀλινδήθρα ση‐ μαίνει τὴν κυλίστραν. Ἀλητεύω. πλανητεύω. Ἀλίσας. συναθροίσας.</w:t>
      </w:r>
    </w:p>
    <w:p>
      <w:r>
        <w:rPr>
          <w:rFonts w:ascii="Courier New" w:hAnsi="Courier New"/>
          <w:color w:val="555555"/>
          <w:sz w:val="20"/>
        </w:rPr>
        <w:t>[5]</w:t>
      </w:r>
    </w:p>
    <w:p>
      <w:r>
        <w:rPr>
          <w:rFonts w:ascii="Gentium Plus" w:hAnsi="Gentium Plus"/>
          <w:sz w:val="24"/>
        </w:rPr>
        <w:t>Ἀλισγημένον. μεμολυσμένον. Ἀλδήσκω. τὸ ποτίζω καὶ αὔξω. καὶ ἀλδαίνω ὁμοίως. Ἀλιάζειν. τὸ μὴ ἐκκλίνειν. ἔστι καὶ ἀλεάζειν. Ἀλισγηθείς. σπιλωθείς.</w:t>
      </w:r>
    </w:p>
    <w:p>
      <w:r>
        <w:rPr>
          <w:rFonts w:ascii="Courier New" w:hAnsi="Courier New"/>
          <w:color w:val="555555"/>
          <w:sz w:val="20"/>
        </w:rPr>
        <w:t>[10]</w:t>
      </w:r>
    </w:p>
    <w:p>
      <w:r>
        <w:rPr>
          <w:rFonts w:ascii="Gentium Plus" w:hAnsi="Gentium Plus"/>
          <w:sz w:val="24"/>
        </w:rPr>
        <w:t>Ἁλίωσεν. ἐματαίωσεν. Ἄλμενος. ἐξαλλόμενος, κατὰ συγκοπήν. τὸ θέμα ἅλλω, τὸ πηδῶ. Ἀλογίσαι. ἀφροντίσαι, παραλογίσασθαι. Ἀλογεῖν. ἀφροντιστεῖν. ὁ δὲ τάλλιγης ὅπλων</w:t>
      </w:r>
    </w:p>
    <w:p>
      <w:r>
        <w:rPr>
          <w:rFonts w:ascii="Courier New" w:hAnsi="Courier New"/>
          <w:color w:val="555555"/>
          <w:sz w:val="20"/>
        </w:rPr>
        <w:t>[15]</w:t>
      </w:r>
    </w:p>
    <w:p>
      <w:r>
        <w:rPr>
          <w:rFonts w:ascii="Gentium Plus" w:hAnsi="Gentium Plus"/>
          <w:sz w:val="24"/>
        </w:rPr>
        <w:t>μὲν καὶ μαχίμων ἀνδρῶν, ἔκρινεν ἀλογεῖν. Ἀλοκίζειν. ἀρότρῳ τέμνειν τὴν αὔλακα. Ἀριστο‐ φάνης· ἐγὼ δ’ ἀλοκίζειν ἐδεόμην τὸ χωρίον. Ἀλοστατεῖ. στρατεύεται.</w:t>
      </w:r>
    </w:p>
    <w:p>
      <w:r>
        <w:rPr>
          <w:rFonts w:ascii="Courier New" w:hAnsi="Courier New"/>
          <w:color w:val="555555"/>
          <w:sz w:val="20"/>
        </w:rPr>
        <w:t>[20]</w:t>
      </w:r>
    </w:p>
    <w:p>
      <w:r>
        <w:rPr>
          <w:rFonts w:ascii="Gentium Plus" w:hAnsi="Gentium Plus"/>
          <w:sz w:val="24"/>
        </w:rPr>
        <w:t>Ἀλλοτριονομοῦντες. ἐναλλαγὴν ὀνομάτων ποιοῦν‐ τες· ἢ ὅλως τισὶ τινὰ μὴ προσηκόντως διανέ‐ μοντες. Ἀλλοτριοπραγεῖν. αἰσχρῶς βουλεύεσθαι. ἐση‐ μειοῦντο μηδὲν αὐτὸν ἀλλοτριοπραγεῖν μὴ δὲ</w:t>
      </w:r>
    </w:p>
    <w:p>
      <w:r>
        <w:rPr>
          <w:rFonts w:ascii="Courier New" w:hAnsi="Courier New"/>
          <w:color w:val="555555"/>
          <w:sz w:val="20"/>
        </w:rPr>
        <w:t>[25]</w:t>
      </w:r>
    </w:p>
    <w:p>
      <w:r>
        <w:rPr>
          <w:rFonts w:ascii="Gentium Plus" w:hAnsi="Gentium Plus"/>
          <w:sz w:val="24"/>
        </w:rPr>
        <w:t>καινοτομεῖν. Ἀλοφάζω. σκιρτῶ, παροινῶ. Ἁλλόμενος. πηδῶν. ἀλώμενος δὲ ὁ πλανώμενος· μέγα.</w:t>
      </w:r>
    </w:p>
    <w:p>
      <w:r>
        <w:rPr>
          <w:rFonts w:ascii="Courier New" w:hAnsi="Courier New"/>
          <w:color w:val="555555"/>
          <w:sz w:val="20"/>
        </w:rPr>
        <w:t>[alpha 138]</w:t>
      </w:r>
    </w:p>
    <w:p>
      <w:r>
        <w:rPr>
          <w:rFonts w:ascii="Gentium Plus" w:hAnsi="Gentium Plus"/>
          <w:sz w:val="24"/>
        </w:rPr>
        <w:t>Ἀλογευσαμένους. ἤτοι τοῖς ἀλόγοις συμφθα‐ ρέντας ζώοις. Ἁλοῦς. κρατηθείς. Ἀλοιοῦν. τύπτειν. *ἀλοίω τὸ τύπτω.* ἐξ οὗ καὶ</w:t>
      </w:r>
    </w:p>
    <w:p>
      <w:r>
        <w:rPr>
          <w:rFonts w:ascii="Courier New" w:hAnsi="Courier New"/>
          <w:color w:val="555555"/>
          <w:sz w:val="20"/>
        </w:rPr>
        <w:t>[5]</w:t>
      </w:r>
    </w:p>
    <w:p>
      <w:r>
        <w:rPr>
          <w:rFonts w:ascii="Gentium Plus" w:hAnsi="Gentium Plus"/>
          <w:sz w:val="24"/>
        </w:rPr>
        <w:t>πατραλοίας, ὁ τὸν πατέρα τύπτων. Ἅλοιτο. κινοῖτο, ὁρμοῖτο. [σκηνήτης μαλακοὺς κισσὸς ἅλοιτο πόδας.] Ἁλοίη. κρατηθείη. [ἁλῶ, γίνεται ἅλωμι, ἁλώσω, ὁ δεύτερος ἀόριστος ἥλων. ἁλοὺς, ἁλόντος. τὸ</w:t>
      </w:r>
    </w:p>
    <w:p>
      <w:r>
        <w:rPr>
          <w:rFonts w:ascii="Courier New" w:hAnsi="Courier New"/>
          <w:color w:val="555555"/>
          <w:sz w:val="20"/>
        </w:rPr>
        <w:t>[10]</w:t>
      </w:r>
    </w:p>
    <w:p>
      <w:r>
        <w:rPr>
          <w:rFonts w:ascii="Gentium Plus" w:hAnsi="Gentium Plus"/>
          <w:sz w:val="24"/>
        </w:rPr>
        <w:t>εὐκτικὸν ἁλοίην, ἁλοίης, ἁλοίη.] Ἆλτο. ἄλλω τὸ πηδῶ, ὁ μέλλων ἀλῶ, ὁ ἀόρι‐ στος ἦλα, ὁ μέσος ἠλάμηυ, ἤλω, ἤλατο, καὶ συγκοπῇ [καὶ τροπῇ] ἦλτο. Ἀλύειν. ἀδημονεῖν. στερήσει τοῦ α. τὸ μὴ λύσιν</w:t>
      </w:r>
    </w:p>
    <w:p>
      <w:r>
        <w:rPr>
          <w:rFonts w:ascii="Courier New" w:hAnsi="Courier New"/>
          <w:color w:val="555555"/>
          <w:sz w:val="20"/>
        </w:rPr>
        <w:t>[15]</w:t>
      </w:r>
    </w:p>
    <w:p>
      <w:r>
        <w:rPr>
          <w:rFonts w:ascii="Gentium Plus" w:hAnsi="Gentium Plus"/>
          <w:sz w:val="24"/>
        </w:rPr>
        <w:t>εὑρίσκειν τῶν κακῶν. ἀλύειν καὶ τὸ χαίρειν, παρὰ τὸ ἄγαν λελύσθαι καὶ διακεχύσθαι. Ἀλύσσω. ἀλισθαίνω, τὸ ἀδημονῶ. παρὰ τὸ ἀλῶ, τὸ πλανῶ, ἀλύσσω, ὡς ὀρύσσω· ἐξ οὗ καὶ ἄλυς, ἡ ἀδημονία, καὶ ἡ πλάνη τῆς διανοίας. [τὸ δὲ</w:t>
      </w:r>
    </w:p>
    <w:p>
      <w:r>
        <w:rPr>
          <w:rFonts w:ascii="Courier New" w:hAnsi="Courier New"/>
          <w:color w:val="555555"/>
          <w:sz w:val="20"/>
        </w:rPr>
        <w:t>[20]</w:t>
      </w:r>
    </w:p>
    <w:p>
      <w:r>
        <w:rPr>
          <w:rFonts w:ascii="Gentium Plus" w:hAnsi="Gentium Plus"/>
          <w:sz w:val="24"/>
        </w:rPr>
        <w:t>ἀλύω, τὸ ἀδημονῶ, ὡς πλήθω πληθύω.] Ἀλυκτεῖν· ἀλυκταίνειν. δυσφορεῖν, ἀγανακτεῖν. Ἀλυσκάζω. τὸ ἐκκλίνω. Ἀλφάνει. εὑρίσκει. *καὶ ἀλφῶ τὸ εὑρίσκω.* Ἀλφάζω. τὸ προνοῶ.</w:t>
      </w:r>
    </w:p>
    <w:p>
      <w:r>
        <w:rPr>
          <w:rFonts w:ascii="Courier New" w:hAnsi="Courier New"/>
          <w:color w:val="555555"/>
          <w:sz w:val="20"/>
        </w:rPr>
        <w:t>[25]</w:t>
      </w:r>
    </w:p>
    <w:p>
      <w:r>
        <w:rPr>
          <w:rFonts w:ascii="Gentium Plus" w:hAnsi="Gentium Plus"/>
          <w:sz w:val="24"/>
        </w:rPr>
        <w:t>Ἄλφειν. τὸ εὑρίσκειν. ἀλφῶ τὸ εὑρίσκω, ἐξ οὗ καὶ ἄλφα. Ἀλῶ. τὸ πλανῶ. καὶ ἁλῶ, τὸ συλλαμβάνω. Ἁλῴη. κρατηθῇ. ἔχει τὸ ι προσγεγραμμένον</w:t>
      </w:r>
    </w:p>
    <w:p>
      <w:r>
        <w:rPr>
          <w:rFonts w:ascii="Courier New" w:hAnsi="Courier New"/>
          <w:color w:val="555555"/>
          <w:sz w:val="20"/>
        </w:rPr>
        <w:t>[alpha 139]</w:t>
      </w:r>
    </w:p>
    <w:p>
      <w:r>
        <w:rPr>
          <w:rFonts w:ascii="Gentium Plus" w:hAnsi="Gentium Plus"/>
          <w:sz w:val="24"/>
        </w:rPr>
        <w:t>ἁλῷς, καὶ πλεονασμῷ τοῦ η γίνεται ἁλῴη. [ὥσπερ ἐὰν στῶ, στῇς, στῇ, στῄη. στῄη ἐπ’ ὠκυῤῥόῳ ποταμῷ. καὶ ἐὰν φῶ, φῇς, φῇ, φῄη. δύναται καὶ τὸ</w:t>
      </w:r>
    </w:p>
    <w:p>
      <w:r>
        <w:rPr>
          <w:rFonts w:ascii="Courier New" w:hAnsi="Courier New"/>
          <w:color w:val="555555"/>
          <w:sz w:val="20"/>
        </w:rPr>
        <w:t>[5]</w:t>
      </w:r>
    </w:p>
    <w:p>
      <w:r>
        <w:rPr>
          <w:rFonts w:ascii="Gentium Plus" w:hAnsi="Gentium Plus"/>
          <w:sz w:val="24"/>
        </w:rPr>
        <w:t>ἁλῴη μὴ ἔχειν τὸ ι κατὰ τὴν παραλήγουσαν, ἀλλὰ κατὰ τὴν λήγουσαν· ἵνα εἴπωμεν αὐτὸ ἀπὸ τρισυλλάβου, ἀπὸ τοῦ ἐὰν ἁλώω, ἐὰν ἁλώῃς, ἐὰν ἁλώῃ. ἁλῶ τὸ συλλαμβάνω. ὅπερ Ὅμηρος ἔφη· ἦ κεν ἁλώω. παράγεται ἀπὸ</w:t>
      </w:r>
    </w:p>
    <w:p>
      <w:r>
        <w:rPr>
          <w:rFonts w:ascii="Courier New" w:hAnsi="Courier New"/>
          <w:color w:val="555555"/>
          <w:sz w:val="20"/>
        </w:rPr>
        <w:t>[10]</w:t>
      </w:r>
    </w:p>
    <w:p>
      <w:r>
        <w:rPr>
          <w:rFonts w:ascii="Gentium Plus" w:hAnsi="Gentium Plus"/>
          <w:sz w:val="24"/>
        </w:rPr>
        <w:t>τούτου καὶ τὸ ἁλίσκω. εἴρηται παρὰ τὸ τὴν ἅλα, ἀπὸ τῶν κατὰ θάλατταν λαμβανομένοις πρῶτον ἁλίσκεσθαι νομιζόντων.] Ἀλέντες. συγκλεισθέντες. Ἀλίσας. ἀντὶ τοῦ κονίσας. καὶ ἀλίζειν τὸ ἀλεί‐</w:t>
      </w:r>
    </w:p>
    <w:p>
      <w:r>
        <w:rPr>
          <w:rFonts w:ascii="Courier New" w:hAnsi="Courier New"/>
          <w:color w:val="555555"/>
          <w:sz w:val="20"/>
        </w:rPr>
        <w:t>[15]</w:t>
      </w:r>
    </w:p>
    <w:p>
      <w:r>
        <w:rPr>
          <w:rFonts w:ascii="Gentium Plus" w:hAnsi="Gentium Plus"/>
          <w:sz w:val="24"/>
        </w:rPr>
        <w:t>φεσθαι, ἢ ἅλας ἐπιπάττειν. οὕτως εὗρον παρὰ τῷ Ψελλῷ. Ἀλδαίνειν. μεμηνέναι. τοῦ Ψελλοῦ· ἄγγουρος τὸ μελίπηκτον, ἀλδαίνειν μεμηνέναι.</w:t>
      </w:r>
    </w:p>
    <w:p>
      <w:pPr>
        <w:jc w:val="center"/>
      </w:pPr>
      <w:r>
        <w:rPr>
          <w:rFonts w:ascii="Gentium Plus" w:hAnsi="Gentium Plus"/>
          <w:b/>
          <w:sz w:val="24"/>
        </w:rPr>
        <w:t>(Ἐπίῤῥημα.)</w:t>
      </w:r>
    </w:p>
    <w:p>
      <w:r>
        <w:rPr>
          <w:rFonts w:ascii="Courier New" w:hAnsi="Courier New"/>
          <w:color w:val="555555"/>
          <w:sz w:val="20"/>
        </w:rPr>
        <w:t>[20]</w:t>
      </w:r>
    </w:p>
    <w:p>
      <w:r>
        <w:rPr>
          <w:rFonts w:ascii="Gentium Plus" w:hAnsi="Gentium Plus"/>
          <w:sz w:val="24"/>
        </w:rPr>
        <w:t>Ἀλλά. ἀντὶ τοῦ ὅταν δὲ, καὶ ἀντὶ τοῦ γε. οὗ‐ τος ὁ σύνδεσμος δοκεῖ προκειμένοις τισὶν ἐπι‐ φέρεσθαι, οἷο· οὐκ ἐγὼ ταῦτ’ εἶπον, ἀλλ’ ὁ δεῖνα. καὶ ἐν τῷ· οὐ μὴν ἀλλ’ ἔγωγε. ἀρχὴ δὲ λόγου ὁ ἀλλὰ σύνδεσμος, θαυμαστὸν τινὰ καὶ</w:t>
      </w:r>
    </w:p>
    <w:p>
      <w:r>
        <w:rPr>
          <w:rFonts w:ascii="Courier New" w:hAnsi="Courier New"/>
          <w:color w:val="555555"/>
          <w:sz w:val="20"/>
        </w:rPr>
        <w:t>[25]</w:t>
      </w:r>
    </w:p>
    <w:p>
      <w:r>
        <w:rPr>
          <w:rFonts w:ascii="Gentium Plus" w:hAnsi="Gentium Plus"/>
          <w:sz w:val="24"/>
        </w:rPr>
        <w:t>ἔκπληξιν εἰσάγει, οἷον· ἀλλ’ ἔμοιγε δοκεῖ—. *Ἄλλως τε. μάλιστα.* Ἀλείπτως. ἀνενδεῶς. ἀλήπτως δὲ ἀντὶ τοῦ ἀδώ‐ ρως, η. Ἄληθες. ἀντὶ τοῦ ὄντως.</w:t>
      </w:r>
    </w:p>
    <w:p>
      <w:r>
        <w:rPr>
          <w:rFonts w:ascii="Courier New" w:hAnsi="Courier New"/>
          <w:color w:val="555555"/>
          <w:sz w:val="20"/>
        </w:rPr>
        <w:t>[30]</w:t>
      </w:r>
    </w:p>
    <w:p>
      <w:r>
        <w:rPr>
          <w:rFonts w:ascii="Gentium Plus" w:hAnsi="Gentium Plus"/>
          <w:sz w:val="24"/>
        </w:rPr>
        <w:t>Ἀλληνάλλως. ὡς ἔτυχεν. Ἄληκτον. ἀντὶ τοῦ ἀλήκτως. ἄληκτον ὑμνεῖ τὸν κενούμενον λόγον. ἔστι δὲ μεσότητος ἐπίῤῥημα· μετάγεται δὲ ἀπὸ τοῦ ὀνόματος ὡς ἐπίῤῥημα.</w:t>
      </w:r>
    </w:p>
    <w:p>
      <w:r>
        <w:rPr>
          <w:rFonts w:ascii="Courier New" w:hAnsi="Courier New"/>
          <w:color w:val="555555"/>
          <w:sz w:val="20"/>
        </w:rPr>
        <w:t>[35]</w:t>
      </w:r>
    </w:p>
    <w:p>
      <w:r>
        <w:rPr>
          <w:rFonts w:ascii="Gentium Plus" w:hAnsi="Gentium Plus"/>
          <w:sz w:val="24"/>
        </w:rPr>
        <w:t>Ἅλις. ἱκανῶς, ἀρκετῶς, [αὐτάρκως.]</w:t>
      </w:r>
    </w:p>
    <w:p>
      <w:r>
        <w:rPr>
          <w:rFonts w:ascii="Courier New" w:hAnsi="Courier New"/>
          <w:color w:val="555555"/>
          <w:sz w:val="20"/>
        </w:rPr>
        <w:t>[alpha 140]</w:t>
      </w:r>
    </w:p>
    <w:p>
      <w:r>
        <w:rPr>
          <w:rFonts w:ascii="Gentium Plus" w:hAnsi="Gentium Plus"/>
          <w:sz w:val="24"/>
        </w:rPr>
        <w:t>Ἀλλοτρίως. πολεμίως. φησὶ καὶ Δαβίδ· ἐπ’ ἀλλοτρίων φεῖσαι τοῦ δούλου σου, τοῦτ’ ἐστὶ τῶν πολεμίων. Ἄλλυδις. ἀντὶ τοῦ ἀλλαχοῦ, ἀπὸ τοῦ ἄλλος.</w:t>
      </w:r>
    </w:p>
    <w:p>
      <w:r>
        <w:rPr>
          <w:rFonts w:ascii="Courier New" w:hAnsi="Courier New"/>
          <w:color w:val="555555"/>
          <w:sz w:val="20"/>
        </w:rPr>
        <w:t>[5]</w:t>
      </w:r>
    </w:p>
    <w:p>
      <w:r>
        <w:rPr>
          <w:rFonts w:ascii="Gentium Plus" w:hAnsi="Gentium Plus"/>
          <w:sz w:val="24"/>
        </w:rPr>
        <w:t>Ἀλωπεκῆθεν. ἀπὸ τῆς Ἀλωπεκῆς. ἔστι δὲ Ἀλω‐ πεκὴ δῆμος Ἀντιοχίδος. Ἄλλως. ἀντὶ τοῦ ματαίως. παρὰ τὸ ἦλος, τὸ μά‐ ταιος. οἷον· δαιμόνιε φρένας ἠλέ—</w:t>
      </w:r>
    </w:p>
    <w:p>
      <w:r>
        <w:rPr>
          <w:rFonts w:ascii="Courier New" w:hAnsi="Courier New"/>
          <w:color w:val="555555"/>
          <w:sz w:val="20"/>
        </w:rPr>
        <w:t>[10]</w:t>
      </w:r>
    </w:p>
    <w:p>
      <w:r>
        <w:rPr>
          <w:rFonts w:ascii="Gentium Plus" w:hAnsi="Gentium Plus"/>
          <w:sz w:val="24"/>
        </w:rPr>
        <w:t>καὶ διπλασιασμῷ τοῦ λ καὶ συστολῇ τοῦ η ἄλ‐ λως. εἰώθασι γὰρ οἱ Δωριεῖς διπλασιάζοντες τὸ ἀμετάβολον, συστέλλειν τὰς ὑποκειμένας συλ‐ λαβάς. Ἀλογίστως. ἄνευ λόγου καὶ τινὸς αἰτίας. τοῦ</w:t>
      </w:r>
    </w:p>
    <w:p>
      <w:r>
        <w:rPr>
          <w:rFonts w:ascii="Courier New" w:hAnsi="Courier New"/>
          <w:color w:val="555555"/>
          <w:sz w:val="20"/>
        </w:rPr>
        <w:t>[15]</w:t>
      </w:r>
    </w:p>
    <w:p>
      <w:r>
        <w:rPr>
          <w:rFonts w:ascii="Gentium Plus" w:hAnsi="Gentium Plus"/>
          <w:sz w:val="24"/>
        </w:rPr>
        <w:t>θεολόγου· μηδὲν εἰκῆ, μὴ δὲ ἀλογίστως, μὴ δὲ χαμερπῶς—.</w:t>
      </w:r>
    </w:p>
    <w:p>
      <w:pPr>
        <w:jc w:val="center"/>
      </w:pPr>
      <w:r>
        <w:rPr>
          <w:rFonts w:ascii="Gentium Plus" w:hAnsi="Gentium Plus"/>
          <w:b/>
          <w:sz w:val="24"/>
        </w:rPr>
        <w:t>Τὸ Α μετὰ τοῦ Μ.</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Ἀμαθέστερος καὶ ἀμαθής. ἀντὶ τοῦ ἀπαίδευτος</w:t>
      </w:r>
    </w:p>
    <w:p>
      <w:r>
        <w:rPr>
          <w:rFonts w:ascii="Courier New" w:hAnsi="Courier New"/>
          <w:color w:val="555555"/>
          <w:sz w:val="20"/>
        </w:rPr>
        <w:t>[20]</w:t>
      </w:r>
    </w:p>
    <w:p>
      <w:r>
        <w:rPr>
          <w:rFonts w:ascii="Gentium Plus" w:hAnsi="Gentium Plus"/>
          <w:sz w:val="24"/>
        </w:rPr>
        <w:t>καὶ ἀκόσμητος. οὕτως Πλάτων. τάσσεται δὲ καὶ ἐπὶ τοῦ δυσμαθοῦς, καὶ ἐπὶ τοῦ μὴ μαθόν‐ τος, φύσει δὲ ἐπισταμένου. Ἀμαθής. ἀδίδακτος, ἀμύητος. ὁ δὲ ἀκούει ταῦτα καὶ μὴ ὢν ἀμαθὴς οἰωνῶν τὸν παῖδα ἐπανάγει</w:t>
      </w:r>
    </w:p>
    <w:p>
      <w:r>
        <w:rPr>
          <w:rFonts w:ascii="Courier New" w:hAnsi="Courier New"/>
          <w:color w:val="555555"/>
          <w:sz w:val="20"/>
        </w:rPr>
        <w:t>[25]</w:t>
      </w:r>
    </w:p>
    <w:p>
      <w:r>
        <w:rPr>
          <w:rFonts w:ascii="Gentium Plus" w:hAnsi="Gentium Plus"/>
          <w:sz w:val="24"/>
        </w:rPr>
        <w:t>καὶ τρέφει ὡς γνήσιον. ὁ δὲ Ἰουστῖνος ἀμάθητος ἦν γραμμάτων ἁπάντων, καὶ τὸ δὴ λεγόμενον ἀναλφάβητος. Ἀμαθί. ὄνομα κύριον. Ἀμάν. κύριον. οὗτος προεστὼς ἦν βασιλικῶν</w:t>
      </w:r>
    </w:p>
    <w:p>
      <w:r>
        <w:rPr>
          <w:rFonts w:ascii="Courier New" w:hAnsi="Courier New"/>
          <w:color w:val="555555"/>
          <w:sz w:val="20"/>
        </w:rPr>
        <w:t>[30]</w:t>
      </w:r>
    </w:p>
    <w:p>
      <w:r>
        <w:rPr>
          <w:rFonts w:ascii="Gentium Plus" w:hAnsi="Gentium Plus"/>
          <w:sz w:val="24"/>
        </w:rPr>
        <w:t>πραγμάτων Δαρείου. Ἀμμανίται. ὄνομα ἔθνους. σημαίνει δὲ καὶ τοὺς μύκητας. Ἁμαξουργός. ὁ τὰς ἁμάξας κατασκευάζων. Ἀμάξιτος. πολίχνιον τῆς Τρωάδος. [ὁ πολίτης</w:t>
      </w:r>
    </w:p>
    <w:p>
      <w:r>
        <w:rPr>
          <w:rFonts w:ascii="Courier New" w:hAnsi="Courier New"/>
          <w:color w:val="555555"/>
          <w:sz w:val="20"/>
        </w:rPr>
        <w:t>[35]</w:t>
      </w:r>
    </w:p>
    <w:p>
      <w:r>
        <w:rPr>
          <w:rFonts w:ascii="Gentium Plus" w:hAnsi="Gentium Plus"/>
          <w:sz w:val="24"/>
        </w:rPr>
        <w:t>Ἀμαξιτηνός.]</w:t>
      </w:r>
    </w:p>
    <w:p>
      <w:r>
        <w:rPr>
          <w:rFonts w:ascii="Courier New" w:hAnsi="Courier New"/>
          <w:color w:val="555555"/>
          <w:sz w:val="20"/>
        </w:rPr>
        <w:t>[alpha 141]</w:t>
      </w:r>
    </w:p>
    <w:p>
      <w:r>
        <w:rPr>
          <w:rFonts w:ascii="Gentium Plus" w:hAnsi="Gentium Plus"/>
          <w:sz w:val="24"/>
        </w:rPr>
        <w:t>Ἀμαρτυρήτους. ἀντὶ τοῦ ἀμαρτύρους. [οὕτως Ἀντιφάνης.] Ἁμαρτίνους. ὁ κατὰ νοῦν ἁμαρτῶν. [τὰ ἀπὸ περι‐ σπωμένου ῥήματος γινόμενα ῥήματα, ἢ διὰ τοῦ</w:t>
      </w:r>
    </w:p>
    <w:p>
      <w:r>
        <w:rPr>
          <w:rFonts w:ascii="Courier New" w:hAnsi="Courier New"/>
          <w:color w:val="555555"/>
          <w:sz w:val="20"/>
        </w:rPr>
        <w:t>[5]</w:t>
      </w:r>
    </w:p>
    <w:p>
      <w:r>
        <w:rPr>
          <w:rFonts w:ascii="Gentium Plus" w:hAnsi="Gentium Plus"/>
          <w:sz w:val="24"/>
        </w:rPr>
        <w:t>ο γίνεται, οἷον, μισῶ, μισογύνης, φιλῶ, φιλό‐ θεος, ἢ διὰ τοῦ ι, οἷον, ἁμαρτῶ, ἁμαρτί‐ νους, οἰδῶ, οἰδίπους.] Ἄμαχος. ὁ μὴ μαχόμενος. οὕτως Ξενοφῶν. καὶ ἀμάχητοι οἱ μήπω μεμαχημένοι.</w:t>
      </w:r>
    </w:p>
    <w:p>
      <w:r>
        <w:rPr>
          <w:rFonts w:ascii="Courier New" w:hAnsi="Courier New"/>
          <w:color w:val="555555"/>
          <w:sz w:val="20"/>
        </w:rPr>
        <w:t>[10]</w:t>
      </w:r>
    </w:p>
    <w:p>
      <w:r>
        <w:rPr>
          <w:rFonts w:ascii="Gentium Plus" w:hAnsi="Gentium Plus"/>
          <w:sz w:val="24"/>
        </w:rPr>
        <w:t>Ἄμασις. ὄνομα κύριον. ὃς εἷλε Κύπρον πρῶτος ἀν‐ θρώπων, καὶ κατεστρέψατο εἰς φόρου ἀπαγω‐ γάς. ἔστι δὲ καὶ Ἄμασις ὄνομα πόλεως. *Ἀμουργοί. λαμπτῆρες.* Ἀμαλλοδετήρ. ὁ τὰ δράγματα συλλέγων.</w:t>
      </w:r>
    </w:p>
    <w:p>
      <w:r>
        <w:rPr>
          <w:rFonts w:ascii="Courier New" w:hAnsi="Courier New"/>
          <w:color w:val="555555"/>
          <w:sz w:val="20"/>
        </w:rPr>
        <w:t>[15]</w:t>
      </w:r>
    </w:p>
    <w:p>
      <w:r>
        <w:rPr>
          <w:rFonts w:ascii="Gentium Plus" w:hAnsi="Gentium Plus"/>
          <w:sz w:val="24"/>
        </w:rPr>
        <w:t>ἄμαλλα γὰρ ἡ δέσμη τῶν ἀσταχύων. Ἁμαρτοεπής. ὁ ἐν τῷ λέγειν ἁμαρτάνων. Ἀμάλθακτος. ἀνένδοτος. Ἁμαρτωλοί. οἱ ἑκουσίως ἁμαρτάνοντες, καὶ μετὰ τὸ λαβεῖν τὴν ἐπίγνωσιν τῆς ἀληθείας.</w:t>
      </w:r>
    </w:p>
    <w:p>
      <w:r>
        <w:rPr>
          <w:rFonts w:ascii="Courier New" w:hAnsi="Courier New"/>
          <w:color w:val="555555"/>
          <w:sz w:val="20"/>
        </w:rPr>
        <w:t>[20]</w:t>
      </w:r>
    </w:p>
    <w:p>
      <w:r>
        <w:rPr>
          <w:rFonts w:ascii="Gentium Plus" w:hAnsi="Gentium Plus"/>
          <w:sz w:val="24"/>
        </w:rPr>
        <w:t>Ἀμαιμάκετος καὶ ἀμαιμακέτης. ὁ μακρὸς, ὁ ἀκαταγώνιστος, ὁ ἀκαταπόνητος. παρὰ τὸ μῆ‐ κος, μάκετος. οἷον· ἱστὸν ἀμαιμάκετον. καὶ διπλασιασμῷ μαμάκετος· καὶ πλεονασμῷ</w:t>
      </w:r>
    </w:p>
    <w:p>
      <w:r>
        <w:rPr>
          <w:rFonts w:ascii="Courier New" w:hAnsi="Courier New"/>
          <w:color w:val="555555"/>
          <w:sz w:val="20"/>
        </w:rPr>
        <w:t>[25]</w:t>
      </w:r>
    </w:p>
    <w:p>
      <w:r>
        <w:rPr>
          <w:rFonts w:ascii="Gentium Plus" w:hAnsi="Gentium Plus"/>
          <w:sz w:val="24"/>
        </w:rPr>
        <w:t>τοῦ ι καὶ ἐπιτάσει τοῦ α ἀμαιμάκετος, ὁ ὑπερ‐ φυής. τὸ δὲ —πνείους’ ἀμαιμάκετον πῦρ παρὰ τὸ μαιμῶ, μαίμακα, ὃ καὶ μαιμάων φησὶν Ὅμηρος.</w:t>
      </w:r>
    </w:p>
    <w:p>
      <w:r>
        <w:rPr>
          <w:rFonts w:ascii="Courier New" w:hAnsi="Courier New"/>
          <w:color w:val="555555"/>
          <w:sz w:val="20"/>
        </w:rPr>
        <w:t>[30]</w:t>
      </w:r>
    </w:p>
    <w:p>
      <w:r>
        <w:rPr>
          <w:rFonts w:ascii="Gentium Plus" w:hAnsi="Gentium Plus"/>
          <w:sz w:val="24"/>
        </w:rPr>
        <w:t>—ὡς δ’ ἀναμαιμάει— Ἀμβλυωπίας. ὁ ἀμυδρῶς ὁρῶν.</w:t>
      </w:r>
    </w:p>
    <w:p>
      <w:r>
        <w:rPr>
          <w:rFonts w:ascii="Courier New" w:hAnsi="Courier New"/>
          <w:color w:val="555555"/>
          <w:sz w:val="20"/>
        </w:rPr>
        <w:t>[alpha 142]</w:t>
      </w:r>
    </w:p>
    <w:p>
      <w:r>
        <w:rPr>
          <w:rFonts w:ascii="Gentium Plus" w:hAnsi="Gentium Plus"/>
          <w:sz w:val="24"/>
        </w:rPr>
        <w:t>δος· ἀεὶ δ’ ἀμβολιεργὸς ἀνὴρ ἄτῃσι προσπα‐ λαίει.] Ἄμβων. ὁ ὑψηλὸς τόπος. παρὰ τὸ βῶ, βῶν, καὶ ἀνάβων, καὶ κατὰ συγκοπὴν ἄμβων. κυ‐</w:t>
      </w:r>
    </w:p>
    <w:p>
      <w:r>
        <w:rPr>
          <w:rFonts w:ascii="Courier New" w:hAnsi="Courier New"/>
          <w:color w:val="555555"/>
          <w:sz w:val="20"/>
        </w:rPr>
        <w:t>[5]</w:t>
      </w:r>
    </w:p>
    <w:p>
      <w:r>
        <w:rPr>
          <w:rFonts w:ascii="Gentium Plus" w:hAnsi="Gentium Plus"/>
          <w:sz w:val="24"/>
        </w:rPr>
        <w:t>ρίως δὲ ἄμβων τὸ χεῖλος τῆς λοπάδος, παρὰ τὸ ἐν ἀναβάσει εἶναι. οἷον· πολλῶν ἤδη λοπά‐ δων τοὺς ἄμβωνας παρειλείξειας. Ἄμβατος. ἀναβατός. ἐκ τοῦ βαίνω, βανῶ, [βέ‐ βακα, βέβαμαι, βέβαται, βατὸς, ἀναβατὸς,</w:t>
      </w:r>
    </w:p>
    <w:p>
      <w:r>
        <w:rPr>
          <w:rFonts w:ascii="Courier New" w:hAnsi="Courier New"/>
          <w:color w:val="555555"/>
          <w:sz w:val="20"/>
        </w:rPr>
        <w:t>[10]</w:t>
      </w:r>
    </w:p>
    <w:p>
      <w:r>
        <w:rPr>
          <w:rFonts w:ascii="Gentium Plus" w:hAnsi="Gentium Plus"/>
          <w:sz w:val="24"/>
        </w:rPr>
        <w:t>καὶ κατὰ συγκοπὴν ἄμβατος.] Ἀμβλύς. ἀσθενὴς, βραδύς. ἀμβλὺς καὶ ὁ μὴ ὀξὺς σίδηρος. παρὰ τὸ μῶλος, ὃ ἔστιν ἐγχρονι‐ σμὸς τῆς μάχης, γέγονε μωλὺς, ὡς ἵππος, ἱπ‐ πύς· καὶ κατὰ στέρησιν ἀμωλὺς, ὁ μὴ ἐπὶ</w:t>
      </w:r>
    </w:p>
    <w:p>
      <w:r>
        <w:rPr>
          <w:rFonts w:ascii="Courier New" w:hAnsi="Courier New"/>
          <w:color w:val="555555"/>
          <w:sz w:val="20"/>
        </w:rPr>
        <w:t>[15]</w:t>
      </w:r>
    </w:p>
    <w:p>
      <w:r>
        <w:rPr>
          <w:rFonts w:ascii="Gentium Plus" w:hAnsi="Gentium Plus"/>
          <w:sz w:val="24"/>
        </w:rPr>
        <w:t>μῶλον καὶ πόλεμον ἐπιτήδειος· καὶ συγκοπῇ καὶ πλεονασμῷ τοῦ β ἀμβλύς. Ἀμέγαρτος. ὁ μὴ φθόνου ἄξιος. [παρὰ τὸ με‐ γαίρω, τὸ φθονῶ. οἷον· —ἀμέγαρτε συβῶτα—</w:t>
      </w:r>
    </w:p>
    <w:p>
      <w:r>
        <w:rPr>
          <w:rFonts w:ascii="Courier New" w:hAnsi="Courier New"/>
          <w:color w:val="555555"/>
          <w:sz w:val="20"/>
        </w:rPr>
        <w:t>[20]</w:t>
      </w:r>
    </w:p>
    <w:p>
      <w:r>
        <w:rPr>
          <w:rFonts w:ascii="Gentium Plus" w:hAnsi="Gentium Plus"/>
          <w:sz w:val="24"/>
        </w:rPr>
        <w:t>πόνος γὰρ τοῖς εὐτελέσιν οὐ προσγίνεται. δηλοῖ καὶ τὸ πολύ. ὡς τό· —πόνον δ’ ἀμέγαρτον ὄφελλε. κατ’ ἐπίτασιν τοῦ α. τὰ γὰρ μεγάλα φθονεῖτε.] Ἀμενηνός. ὁ ἀσθενής. παρὰ τὸ μένος ἄμενος,</w:t>
      </w:r>
    </w:p>
    <w:p>
      <w:r>
        <w:rPr>
          <w:rFonts w:ascii="Courier New" w:hAnsi="Courier New"/>
          <w:color w:val="555555"/>
          <w:sz w:val="20"/>
        </w:rPr>
        <w:t>[25]</w:t>
      </w:r>
    </w:p>
    <w:p>
      <w:r>
        <w:rPr>
          <w:rFonts w:ascii="Gentium Plus" w:hAnsi="Gentium Plus"/>
          <w:sz w:val="24"/>
        </w:rPr>
        <w:t>καὶ πλεονασμῷ τῆς νη συλλαβῆς ἀμενηνός. [ὡς πέτω, πετηνός. καὶ ἀμενηνῶ ῥῆμα. γράφεται καὶ δίφθογγον, τὸ πετεινός.] Ἄμητος. καιρὸς θερισμοῦ, ἢ ἡ θερισθεῖσα χώρα. Ἀμητὸς δὲ, τὸ ἔργον τοῦ θερισμοῦ.</w:t>
      </w:r>
    </w:p>
    <w:p>
      <w:r>
        <w:rPr>
          <w:rFonts w:ascii="Courier New" w:hAnsi="Courier New"/>
          <w:color w:val="555555"/>
          <w:sz w:val="20"/>
        </w:rPr>
        <w:t>[30]</w:t>
      </w:r>
    </w:p>
    <w:p>
      <w:r>
        <w:rPr>
          <w:rFonts w:ascii="Gentium Plus" w:hAnsi="Gentium Plus"/>
          <w:sz w:val="24"/>
        </w:rPr>
        <w:t>Ἀμηχάνητοι. ἀντὶ τοῦ πολλοί. [οὕτως Ξενοφῶν.] Ἀμισηνός. ἀπὸ τόπου. Ἀμιτροχίτων. ὁ μὴ χρώμενος μίτρᾳ, ὃ ἔστι</w:t>
      </w:r>
    </w:p>
    <w:p>
      <w:r>
        <w:rPr>
          <w:rFonts w:ascii="Courier New" w:hAnsi="Courier New"/>
          <w:color w:val="555555"/>
          <w:sz w:val="20"/>
        </w:rPr>
        <w:t>[alpha 143]</w:t>
      </w:r>
    </w:p>
    <w:p>
      <w:r>
        <w:rPr>
          <w:rFonts w:ascii="Gentium Plus" w:hAnsi="Gentium Plus"/>
          <w:sz w:val="24"/>
        </w:rPr>
        <w:t>Ἀμίσγαλος. ὁ δυσάρεστος, ὁ μὴ ἄλλῳ μισγόμε‐ νος. καὶ ἀμίσαλλος. οἷον· —ἀμίσαλλοί τε γέροντες. κατ’ ἔνδειαν τοῦ γ.</w:t>
      </w:r>
    </w:p>
    <w:p>
      <w:r>
        <w:rPr>
          <w:rFonts w:ascii="Courier New" w:hAnsi="Courier New"/>
          <w:color w:val="555555"/>
          <w:sz w:val="20"/>
        </w:rPr>
        <w:t>[5]</w:t>
      </w:r>
    </w:p>
    <w:p>
      <w:r>
        <w:rPr>
          <w:rFonts w:ascii="Gentium Plus" w:hAnsi="Gentium Plus"/>
          <w:sz w:val="24"/>
        </w:rPr>
        <w:t>Ἄμναμος. ἀπόγονος. κυρίως ἐπὶ τῶν προβά‐ των. παρὰ τὸ ἀμνός. Ἀμνειός. ὁ ποταμός. καὶ ἀμνίς· καὶ ἀμνός. Ἄμνης. ὄνομα ὄρους. Ἀμνηκών. προβατώδης. μωρός· εὐήθης. τοιαῦ‐</w:t>
      </w:r>
    </w:p>
    <w:p>
      <w:r>
        <w:rPr>
          <w:rFonts w:ascii="Courier New" w:hAnsi="Courier New"/>
          <w:color w:val="555555"/>
          <w:sz w:val="20"/>
        </w:rPr>
        <w:t>[10]</w:t>
      </w:r>
    </w:p>
    <w:p>
      <w:r>
        <w:rPr>
          <w:rFonts w:ascii="Gentium Plus" w:hAnsi="Gentium Plus"/>
          <w:sz w:val="24"/>
        </w:rPr>
        <w:t>τα γὰρ τὰ πρόβατα. [καὶ σκοπεῖς γε τῶν πο‐ λιῶν ὅστις ἐστὶν ἀμνήκων πλούσιος. Ἀριστο‐ φάνης τοῦτο φησίν.] Ἀμνόν. τὸν ἐνιαύσιον ἄρνα. τρεῖς γὰρ ἡλικίαι· ἀμνὸς, ἀρνὸς καὶ ἀρνειός. ἀμνὸς, παρὰ τὸ μέ‐</w:t>
      </w:r>
    </w:p>
    <w:p>
      <w:r>
        <w:rPr>
          <w:rFonts w:ascii="Courier New" w:hAnsi="Courier New"/>
          <w:color w:val="555555"/>
          <w:sz w:val="20"/>
        </w:rPr>
        <w:t>[15]</w:t>
      </w:r>
    </w:p>
    <w:p>
      <w:r>
        <w:rPr>
          <w:rFonts w:ascii="Gentium Plus" w:hAnsi="Gentium Plus"/>
          <w:sz w:val="24"/>
        </w:rPr>
        <w:t>νος ἄμενος, ἢ παρὰ τὸ μνοῦς, ὃ σημαίνει τὴν ἐκ γενετῆς αὐτοῦ μαλακὴν τρίχα, ἐξ οὗ μνού‐ δην, γίνεται ἀμνὸς, οἱονεὶ ὁ ἐστερημένος τῶν νηπίων τριχῶν. Ἀμνών. ὄνομα κύριον.</w:t>
      </w:r>
    </w:p>
    <w:p>
      <w:r>
        <w:rPr>
          <w:rFonts w:ascii="Courier New" w:hAnsi="Courier New"/>
          <w:color w:val="555555"/>
          <w:sz w:val="20"/>
        </w:rPr>
        <w:t>[20]</w:t>
      </w:r>
    </w:p>
    <w:p>
      <w:r>
        <w:rPr>
          <w:rFonts w:ascii="Gentium Plus" w:hAnsi="Gentium Plus"/>
          <w:sz w:val="24"/>
        </w:rPr>
        <w:t>Ἀμμοάτιν. εἶδος ὄφεως. Ἀμόγητοι. ἀκακοπάθητοι. Ἁμορβὸς καὶ ἀμορμός. ὁ ἅμα τινὶ ὁρμῶν. Ἀμοῦς. κύριον. Ἀμνισός. ποταμὸς Κρήτης. [τὸ μνι ἰῶτα. τὰ εἰς</w:t>
      </w:r>
    </w:p>
    <w:p>
      <w:r>
        <w:rPr>
          <w:rFonts w:ascii="Courier New" w:hAnsi="Courier New"/>
          <w:color w:val="555555"/>
          <w:sz w:val="20"/>
        </w:rPr>
        <w:t>[25]</w:t>
      </w:r>
    </w:p>
    <w:p>
      <w:r>
        <w:rPr>
          <w:rFonts w:ascii="Gentium Plus" w:hAnsi="Gentium Plus"/>
          <w:sz w:val="24"/>
        </w:rPr>
        <w:t>ος τρισύλλαβα, ἐπὶ ποταμῶν, ὀξύτονα, εἰ μὲν καθαριεύουσι, διὰ τῆς ει διφθόγγου. οἷον Ἀλ‐ φειὸς, Ὀλμειός. εἰ δὲ μὴ, διὰ τοῦ ι. οἷον Ἀμνι‐ σὸς, Κηφισὸς, Ἰλισός. πρόσκειται ὀξύτονα, διὰ τὸ μονιός. τὸ δὲ Δαρδάνειος, ἔστιν ὄνομα πο‐</w:t>
      </w:r>
    </w:p>
    <w:p>
      <w:r>
        <w:rPr>
          <w:rFonts w:ascii="Courier New" w:hAnsi="Courier New"/>
          <w:color w:val="555555"/>
          <w:sz w:val="20"/>
        </w:rPr>
        <w:t>[30]</w:t>
      </w:r>
    </w:p>
    <w:p>
      <w:r>
        <w:rPr>
          <w:rFonts w:ascii="Gentium Plus" w:hAnsi="Gentium Plus"/>
          <w:sz w:val="24"/>
        </w:rPr>
        <w:t>ταμοῦ, καὶ ὑπὲρ τρεῖς συλλαβάς. ἀλλ’ οὖν ὀξυ‐ νόμενον, ἠκολούθησε τὸ Ἀλφειός. πρόσκειται τρισύλλαβον, διὰ τὸ Σαγγάριος.]</w:t>
      </w:r>
    </w:p>
    <w:p>
      <w:r>
        <w:rPr>
          <w:rFonts w:ascii="Courier New" w:hAnsi="Courier New"/>
          <w:color w:val="555555"/>
          <w:sz w:val="20"/>
        </w:rPr>
        <w:t>[alpha 144]</w:t>
      </w:r>
    </w:p>
    <w:p>
      <w:r>
        <w:rPr>
          <w:rFonts w:ascii="Gentium Plus" w:hAnsi="Gentium Plus"/>
          <w:sz w:val="24"/>
        </w:rPr>
        <w:t>Ἄμβροτος. ἄφθαρτος, θεῖος. Ἀμός. ἡμέτερος. ὡς ἀπὸ τοῦ σφέτερος σφὸς δωρικῇ διαλέκτῳ, οὕτω καὶ ἀπὸ τοῦ ἁμέτερος ἁμός.</w:t>
      </w:r>
    </w:p>
    <w:p>
      <w:r>
        <w:rPr>
          <w:rFonts w:ascii="Courier New" w:hAnsi="Courier New"/>
          <w:color w:val="555555"/>
          <w:sz w:val="20"/>
        </w:rPr>
        <w:t>[5]</w:t>
      </w:r>
    </w:p>
    <w:p>
      <w:r>
        <w:rPr>
          <w:rFonts w:ascii="Gentium Plus" w:hAnsi="Gentium Plus"/>
          <w:sz w:val="24"/>
        </w:rPr>
        <w:t>Ἀμυκλαῖος. ἀπὸ τόπου. Ἀμύμων. ἄψογος, ἀγαθός. παρὰ τὸ μύω τὸ καμμύω· ὁ μέλλων μύσω, ἐξ οὗ ῥηματικὸν ὄνο‐ μα μύμων, καὶ ἀμύμων, ὁ μὴ κεκαμμυμένος. Ἀμύντωρ. ὁ βοηθὸς, ἢ καὶ ὁ τιμωρητικός.</w:t>
      </w:r>
    </w:p>
    <w:p>
      <w:r>
        <w:rPr>
          <w:rFonts w:ascii="Courier New" w:hAnsi="Courier New"/>
          <w:color w:val="555555"/>
          <w:sz w:val="20"/>
        </w:rPr>
        <w:t>[10]</w:t>
      </w:r>
    </w:p>
    <w:p>
      <w:r>
        <w:rPr>
          <w:rFonts w:ascii="Gentium Plus" w:hAnsi="Gentium Plus"/>
          <w:sz w:val="24"/>
        </w:rPr>
        <w:t>Ἀμφίβολοι. πανταχόθεν βαλλόμενοι, ἢ ἀπο‐ ρούμενοι, ἢ διαφόροις συνεχόμενοι λογισμοῖς. Ἀμύητος. ἀδίδακτος, ἀμαθὴς, μὴ μετασχὼν μυστηρίων. Ἀμφίβροχος. τουτέστι μεθύων.</w:t>
      </w:r>
    </w:p>
    <w:p>
      <w:r>
        <w:rPr>
          <w:rFonts w:ascii="Courier New" w:hAnsi="Courier New"/>
          <w:color w:val="555555"/>
          <w:sz w:val="20"/>
        </w:rPr>
        <w:t>[15]</w:t>
      </w:r>
    </w:p>
    <w:p>
      <w:r>
        <w:rPr>
          <w:rFonts w:ascii="Gentium Plus" w:hAnsi="Gentium Plus"/>
          <w:sz w:val="24"/>
        </w:rPr>
        <w:t>ἡδὺ μέθυ βλύζων [ἀμφίβροχος] εἵματα βάκχῳ. Ἁμφίδοξον. τὸ ἀμφίβολον. —οἱ δὲ οὐκ ᾤον‐ το δεῖν εἰς ἀμφίδοξον ἀγῶνα συγκαταβαίνειν, δυναμένοις προδήλως νικᾷν.</w:t>
      </w:r>
    </w:p>
    <w:p>
      <w:r>
        <w:rPr>
          <w:rFonts w:ascii="Courier New" w:hAnsi="Courier New"/>
          <w:color w:val="555555"/>
          <w:sz w:val="20"/>
        </w:rPr>
        <w:t>[20]</w:t>
      </w:r>
    </w:p>
    <w:p>
      <w:r>
        <w:rPr>
          <w:rFonts w:ascii="Gentium Plus" w:hAnsi="Gentium Plus"/>
          <w:sz w:val="24"/>
        </w:rPr>
        <w:t>Ἀμφίδυμοι. πανταχόθεν κατάδυσιν ἔχοντες καὶ σκέπην. οἷον ἀμφίδυνοι, ἀπὸ τοῦ δύνον τὸ σκεπόμενον. λέγεται δὲ καὶ ὁ λιμὴν τῆς Κυζί‐ κου ἀμφίδυμος, δισσὰς ἐξόδους ἐξ ἑκατέρου μέρους ἔχων, *καὶ εἰσόδους.*</w:t>
      </w:r>
    </w:p>
    <w:p>
      <w:r>
        <w:rPr>
          <w:rFonts w:ascii="Courier New" w:hAnsi="Courier New"/>
          <w:color w:val="555555"/>
          <w:sz w:val="20"/>
        </w:rPr>
        <w:t>[25]</w:t>
      </w:r>
    </w:p>
    <w:p>
      <w:r>
        <w:rPr>
          <w:rFonts w:ascii="Gentium Plus" w:hAnsi="Gentium Plus"/>
          <w:sz w:val="24"/>
        </w:rPr>
        <w:t>Ἀμυδρός. παρὰ τὸ μυδρὸς, ὃ σημαίνει τὸν πε‐ πυρακτωμένον σίδηρον. ἀμυδρὸς ὁ ἀλαμπής. Ἀμφιθαλής. ἑκατέρωθεν θάλλων. Ἀμφίκοιτος. ὁ τάπης. Ἀμφιμάσχαλος. χειριδωτὸν ἱμάτιον· οἱ δὲ</w:t>
      </w:r>
    </w:p>
    <w:p>
      <w:r>
        <w:rPr>
          <w:rFonts w:ascii="Courier New" w:hAnsi="Courier New"/>
          <w:color w:val="555555"/>
          <w:sz w:val="20"/>
        </w:rPr>
        <w:t>[30]</w:t>
      </w:r>
    </w:p>
    <w:p>
      <w:r>
        <w:rPr>
          <w:rFonts w:ascii="Gentium Plus" w:hAnsi="Gentium Plus"/>
          <w:sz w:val="24"/>
        </w:rPr>
        <w:t>δουλικὸν ἢ μικρὸν χιτωνίσκον. ἦν δὲ ἑτερομά‐ σχαλος ὁ τῶν ἐργατῶν, οὗ τὴν μίαν μασχάλαν ἔραπτον.</w:t>
      </w:r>
    </w:p>
    <w:p>
      <w:r>
        <w:rPr>
          <w:rFonts w:ascii="Courier New" w:hAnsi="Courier New"/>
          <w:color w:val="555555"/>
          <w:sz w:val="20"/>
        </w:rPr>
        <w:t>[alpha 145]</w:t>
      </w:r>
    </w:p>
    <w:p>
      <w:r>
        <w:rPr>
          <w:rFonts w:ascii="Gentium Plus" w:hAnsi="Gentium Plus"/>
          <w:sz w:val="24"/>
        </w:rPr>
        <w:t>Ἀμφιπάτωρ. ὁ ἐκ τοῦ αὐτοῦ πατρὸς, ἑτέρας δὲ μητρός. Ἀμφιῤῥῶγας. πάντοθεν διεῤῥωγότας, ἠνεωγμέ‐ νους, κολωβοὺς, ἀμφιῤῥῶγας.</w:t>
      </w:r>
    </w:p>
    <w:p>
      <w:r>
        <w:rPr>
          <w:rFonts w:ascii="Courier New" w:hAnsi="Courier New"/>
          <w:color w:val="555555"/>
          <w:sz w:val="20"/>
        </w:rPr>
        <w:t>[5]</w:t>
      </w:r>
    </w:p>
    <w:p>
      <w:r>
        <w:rPr>
          <w:rFonts w:ascii="Gentium Plus" w:hAnsi="Gentium Plus"/>
          <w:sz w:val="24"/>
        </w:rPr>
        <w:t>Ἄμφις. κωμικὸς, Ἀθηναῖος. ἀμφὶς δὲ ἀντὶ τοῦ χωρίς. Ἀμφορεαφόρους. τοὺς μισθίους. τοὺς τὰ κερά‐ μια φέροντας. Ἀμφούδης. κύριον ὄνομα.</w:t>
      </w:r>
    </w:p>
    <w:p>
      <w:r>
        <w:rPr>
          <w:rFonts w:ascii="Courier New" w:hAnsi="Courier New"/>
          <w:color w:val="555555"/>
          <w:sz w:val="20"/>
        </w:rPr>
        <w:t>[10]</w:t>
      </w:r>
    </w:p>
    <w:p>
      <w:r>
        <w:rPr>
          <w:rFonts w:ascii="Gentium Plus" w:hAnsi="Gentium Plus"/>
          <w:sz w:val="24"/>
        </w:rPr>
        <w:t>Ἀμφικτύονες. τὸ κτῖσαι ἐπὶ τοῦ οἰκίσαι ἔλαβον οἱ παλαιοί. ὡς Ὅμηρος· —εὐκτίμενον πτολίεθρον— ἔστιν οὖν οἰκίζω, οἰκίσω, οἰκίων καὶ οἰκτίων, καὶ πλεονασμῷ τοῦ τ καὶ τῆς ἀμφὶ ἀμφικτίων,</w:t>
      </w:r>
    </w:p>
    <w:p>
      <w:r>
        <w:rPr>
          <w:rFonts w:ascii="Courier New" w:hAnsi="Courier New"/>
          <w:color w:val="555555"/>
          <w:sz w:val="20"/>
        </w:rPr>
        <w:t>[15]</w:t>
      </w:r>
    </w:p>
    <w:p>
      <w:r>
        <w:rPr>
          <w:rFonts w:ascii="Gentium Plus" w:hAnsi="Gentium Plus"/>
          <w:sz w:val="24"/>
        </w:rPr>
        <w:t>καὶ τροπτῇ τοῦ ι εἰς υ ἀμφικτύων. ἔστι δὲ συν‐ έδριόν τι ἑλληνικὸν συναγόμενον ἐν Θερμοπύ‐ λαις. ὠνομάσθη δὲ ἀπὸ Ἀμφικτύονος τοῦ Δευ‐ καλίωνος, ὅτι αὐτὸς συνήγαγε τὰ ἔθνη βασι‐ λεύων. ταῦτα δὲ εἰσὶ ιβ, Ἴωνες, Δωριεῖς, Πεῤ‐</w:t>
      </w:r>
    </w:p>
    <w:p>
      <w:r>
        <w:rPr>
          <w:rFonts w:ascii="Courier New" w:hAnsi="Courier New"/>
          <w:color w:val="555555"/>
          <w:sz w:val="20"/>
        </w:rPr>
        <w:t>[20]</w:t>
      </w:r>
    </w:p>
    <w:p>
      <w:r>
        <w:rPr>
          <w:rFonts w:ascii="Gentium Plus" w:hAnsi="Gentium Plus"/>
          <w:sz w:val="24"/>
        </w:rPr>
        <w:t>ῥαιβοὶ καὶ λοιποί. Ἀμφιτάπητες. τὰ ἐπεύχια, τὰ ἀπὸ τῶν δύο μερῶν μεμαλλωμένα. τάπητες δὲ τὰ ἀπὸ τοῦ ἑνὸς μέρους [ἔχοντα] μαλλούς. Ἀμφίπολος. ὁ δοῦλος. τὰ παρὰ τὸ πολῶ καὶ</w:t>
      </w:r>
    </w:p>
    <w:p>
      <w:r>
        <w:rPr>
          <w:rFonts w:ascii="Courier New" w:hAnsi="Courier New"/>
          <w:color w:val="555555"/>
          <w:sz w:val="20"/>
        </w:rPr>
        <w:t>[25]</w:t>
      </w:r>
    </w:p>
    <w:p>
      <w:r>
        <w:rPr>
          <w:rFonts w:ascii="Gentium Plus" w:hAnsi="Gentium Plus"/>
          <w:sz w:val="24"/>
        </w:rPr>
        <w:t>χέω μὴ μετὰ προθέσεως συντιθέμενα πρὸ μιᾶς ἔχουσι τὸν τόνον. οἷον· οἰνοπόλος, ὀνειροπόλος, οἰνοχόος. τὰ δὲ μετὰ προθέσεως προπαροξύνε‐ ται. οἷον· ἀμφίπολος, πρόπυλος. ἔστι δὲ καὶ ἐπὶ θηλυκοῦ.</w:t>
      </w:r>
    </w:p>
    <w:p>
      <w:r>
        <w:rPr>
          <w:rFonts w:ascii="Courier New" w:hAnsi="Courier New"/>
          <w:color w:val="555555"/>
          <w:sz w:val="20"/>
        </w:rPr>
        <w:t>[30]</w:t>
      </w:r>
    </w:p>
    <w:p>
      <w:r>
        <w:rPr>
          <w:rFonts w:ascii="Gentium Plus" w:hAnsi="Gentium Plus"/>
          <w:sz w:val="24"/>
        </w:rPr>
        <w:t>Ἀμφορεύς. ὁ ἀσκὸς, ἢ τὸ δίωτον σταμνίον, τὸ ἑκατέρωθεν αἰρόμενον. ἀμφερεὺς καὶ ἀμφορεύς. Ἀμφορίσκος. ὁ λῶρος. σημαίνει δὲ καὶ ἀγγεῖον.</w:t>
      </w:r>
    </w:p>
    <w:p>
      <w:r>
        <w:rPr>
          <w:rFonts w:ascii="Courier New" w:hAnsi="Courier New"/>
          <w:color w:val="555555"/>
          <w:sz w:val="20"/>
        </w:rPr>
        <w:t>[alpha 146]</w:t>
      </w:r>
    </w:p>
    <w:p>
      <w:r>
        <w:rPr>
          <w:rFonts w:ascii="Gentium Plus" w:hAnsi="Gentium Plus"/>
          <w:sz w:val="24"/>
        </w:rPr>
        <w:t>Ἄμφω μὲν ἤστην. ἀντὶ τοῦ, ἀμφότεροι μὲν ὑπῆρχον. Ἀμφοῖν. τοῖς δυσὶν ἢ τῶν δύο. Ἀμφιπέρι. περὶ αὐτούς.</w:t>
      </w:r>
    </w:p>
    <w:p>
      <w:r>
        <w:rPr>
          <w:rFonts w:ascii="Courier New" w:hAnsi="Courier New"/>
          <w:color w:val="555555"/>
          <w:sz w:val="20"/>
        </w:rPr>
        <w:t>[5]</w:t>
      </w:r>
    </w:p>
    <w:p>
      <w:r>
        <w:rPr>
          <w:rFonts w:ascii="Gentium Plus" w:hAnsi="Gentium Plus"/>
          <w:sz w:val="24"/>
        </w:rPr>
        <w:t>Ἀμφ’ ὤμοισι. περὶ τῶν ὤμων. Ἀμφόνον. ἀναφόνον. τὸ τοιοῦτον σχῆμα εἴδους ἐστὶ συγκοπή. Ἄμωμος. ὁ καθαρὸς καὶ ἀναίτιος. τοῦ κατατο‐ ξεῦσαι ἐν ἀπο[κρύφοις ἄμωμον.]</w:t>
      </w:r>
    </w:p>
    <w:p>
      <w:r>
        <w:rPr>
          <w:rFonts w:ascii="Courier New" w:hAnsi="Courier New"/>
          <w:color w:val="555555"/>
          <w:sz w:val="20"/>
        </w:rPr>
        <w:t>[10]</w:t>
      </w:r>
    </w:p>
    <w:p>
      <w:r>
        <w:rPr>
          <w:rFonts w:ascii="Gentium Plus" w:hAnsi="Gentium Plus"/>
          <w:sz w:val="24"/>
        </w:rPr>
        <w:t>Ἀμμωνιανός· Ἀμίδαος· Ἀμωντιανός. ὀνό‐ ματα κύρια. Ἀμμώνιος. φιλόσοφος Ἀλεξανδρεὺς, ὁ ἐπικλη‐ θεὶς Σάκκας. οὗτος ἀπὸ χριστιανῶν γέγονεν ἕλ‐ λην, ὡς φησὶ Πορφύριος.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Ἀμπαλίνωρος. ὁ τὴν αὐτὴν ὁδὸν ἀναστρέφων. οἴκαδ’, ὦ παῖ, ἄπιθι ἀμπαλίνωρος. Ἀμπελεών. ἡ ἀμπελόφυτος γῆ. λιτός θ’ ὁ σχεδὸν ἀμπελεών.</w:t>
      </w:r>
    </w:p>
    <w:p>
      <w:r>
        <w:rPr>
          <w:rFonts w:ascii="Courier New" w:hAnsi="Courier New"/>
          <w:color w:val="555555"/>
          <w:sz w:val="20"/>
        </w:rPr>
        <w:t>[20]</w:t>
      </w:r>
    </w:p>
    <w:p>
      <w:r>
        <w:rPr>
          <w:rFonts w:ascii="Gentium Plus" w:hAnsi="Gentium Plus"/>
          <w:sz w:val="24"/>
        </w:rPr>
        <w:t>Ἀμπέλειος. βότρυς ὁ τῆς ἀμπέλου. Ἀμπέλιος δὲ κύριον, ι. Ἄμβρων. ἡ τῆς πέτρας ὀφρύς. εὗρον τοῦτο καὶ ἄμβη. Ἄμμορος. ὁ κακοθάνατος. *λέγεται δὲ ὁ δύσμο‐</w:t>
      </w:r>
    </w:p>
    <w:p>
      <w:r>
        <w:rPr>
          <w:rFonts w:ascii="Courier New" w:hAnsi="Courier New"/>
          <w:color w:val="555555"/>
          <w:sz w:val="20"/>
        </w:rPr>
        <w:t>[25]</w:t>
      </w:r>
    </w:p>
    <w:p>
      <w:r>
        <w:rPr>
          <w:rFonts w:ascii="Gentium Plus" w:hAnsi="Gentium Plus"/>
          <w:sz w:val="24"/>
        </w:rPr>
        <w:t>ρος.* Ἀμολγῷ. μεσονυκτίῳ ἢ σκότει, ἐν ᾧ τις παύε‐ ται τοῦ μολεῖν ἢ τοῦ πονεῖν. [Ὅμηρος· ὄνειρον ἐπέσσυτο νυκτὸς ἀμολγῷ.] Ἀμαθία. ἀντὶ τοῦ ἀναισθησία. [οὕτως Πλά‐</w:t>
      </w:r>
    </w:p>
    <w:p>
      <w:r>
        <w:rPr>
          <w:rFonts w:ascii="Courier New" w:hAnsi="Courier New"/>
          <w:color w:val="555555"/>
          <w:sz w:val="20"/>
        </w:rPr>
        <w:t>[30]</w:t>
      </w:r>
    </w:p>
    <w:p>
      <w:r>
        <w:rPr>
          <w:rFonts w:ascii="Gentium Plus" w:hAnsi="Gentium Plus"/>
          <w:sz w:val="24"/>
        </w:rPr>
        <w:t>των.] [Ἁμαξεία. ὁ τῶν ἁμαξῶν φόρτος.]</w:t>
      </w:r>
    </w:p>
    <w:p>
      <w:r>
        <w:rPr>
          <w:rFonts w:ascii="Courier New" w:hAnsi="Courier New"/>
          <w:color w:val="555555"/>
          <w:sz w:val="20"/>
        </w:rPr>
        <w:t>[alpha 147]</w:t>
      </w:r>
    </w:p>
    <w:p>
      <w:r>
        <w:rPr>
          <w:rFonts w:ascii="Gentium Plus" w:hAnsi="Gentium Plus"/>
          <w:sz w:val="24"/>
        </w:rPr>
        <w:t>Ἁμαρτία. ἡ τοῦ καλοῦ ἐκτροπὴ, εἴτε τοῦ κατὰ φύσιν, εἴτε τοῦ κατὰ νόμον. καὶ ἡ τοῦ καλῶς ἔχοντος ἐκτροπὴ, καὶ ἡ κατὰ σκοπὸν καὶ κατὰ γνώμην ἔκπτωσις, καὶ ἡ τῆς προσηκούσης κρά‐</w:t>
      </w:r>
    </w:p>
    <w:p>
      <w:r>
        <w:rPr>
          <w:rFonts w:ascii="Courier New" w:hAnsi="Courier New"/>
          <w:color w:val="555555"/>
          <w:sz w:val="20"/>
        </w:rPr>
        <w:t>[5]</w:t>
      </w:r>
    </w:p>
    <w:p>
      <w:r>
        <w:rPr>
          <w:rFonts w:ascii="Gentium Plus" w:hAnsi="Gentium Plus"/>
          <w:sz w:val="24"/>
        </w:rPr>
        <w:t>σεως ἀπόπτωσις. ἔστι δὲ καὶ πρᾶξις παρὰ τὸν προσήκοντα λόγον πραττομένη. ἁμαρτία μονα‐ χοῦ, ἡ πρὸς τὴν ἀπηγορευμένην ἡδονὴν τοῦ λογισμοῦ συγκατάθεσις. Ἁμαρτία γνωστικοῦ. γνῶσις ψευδὴς, αὐτῶν</w:t>
      </w:r>
    </w:p>
    <w:p>
      <w:r>
        <w:rPr>
          <w:rFonts w:ascii="Courier New" w:hAnsi="Courier New"/>
          <w:color w:val="555555"/>
          <w:sz w:val="20"/>
        </w:rPr>
        <w:t>[10]</w:t>
      </w:r>
    </w:p>
    <w:p>
      <w:r>
        <w:rPr>
          <w:rFonts w:ascii="Gentium Plus" w:hAnsi="Gentium Plus"/>
          <w:sz w:val="24"/>
        </w:rPr>
        <w:t>τῶν πραγμάτων τῆς θεωρίας τεχθεῖσα τινὸς, ἢ ἐκ τοῦ μὴ δ’ αὐτῷ καλῶς βασανίζεσθαι τὸ πρόβλημα. Ἁμαρτία. κυρίως ἡ ἀποτυχία. παρὰ τὸ μάρπτω, ἁμαρπτία, καὶ ἐλλείψει τοῦ π ἁμαρτία. ἔν‐</w:t>
      </w:r>
    </w:p>
    <w:p>
      <w:r>
        <w:rPr>
          <w:rFonts w:ascii="Courier New" w:hAnsi="Courier New"/>
          <w:color w:val="555555"/>
          <w:sz w:val="20"/>
        </w:rPr>
        <w:t>[15]</w:t>
      </w:r>
    </w:p>
    <w:p>
      <w:r>
        <w:rPr>
          <w:rFonts w:ascii="Gentium Plus" w:hAnsi="Gentium Plus"/>
          <w:sz w:val="24"/>
        </w:rPr>
        <w:t>θεν καὶ μάρτυς ὁ μάρψας καὶ εἰδὼς τὸ ἀληθές. ἢ ἁμαρτία παρὰ τὸ ἀρτῶ τὸ ἁρμόζω, πόῤῥω οὖσα τοῦ συνηρμόσθαι ὃ βούλεται, τῆς ἀπὸ προθέσεως τὸ ἄποθεν δηλούσης. Ἀμάρα. ὀχετὸς, ἢ ὑδροῤῥόα. παρὰ τὸ ἅμα</w:t>
      </w:r>
    </w:p>
    <w:p>
      <w:r>
        <w:rPr>
          <w:rFonts w:ascii="Courier New" w:hAnsi="Courier New"/>
          <w:color w:val="555555"/>
          <w:sz w:val="20"/>
        </w:rPr>
        <w:t>[20]</w:t>
      </w:r>
    </w:p>
    <w:p>
      <w:r>
        <w:rPr>
          <w:rFonts w:ascii="Gentium Plus" w:hAnsi="Gentium Plus"/>
          <w:sz w:val="24"/>
        </w:rPr>
        <w:t>ῥεῖν τὸ ὕδωρ. [ἢ ὅτι τὰ φυόμενα πλησίον οὐκ ἐᾷ μαραίνεσθαι. ἢ διὰ τὸ παρὰ τὰς αἱμασιὰς ῥεῖν.] Ἅμαξα. παρὰ τὸ ἄγω, ἄμαξα. ἔστι δὲ καὶ Ἄμα‐ ξα χωρίον Βιθυνίας. [ὁ χωρίτης Ἀμαξίτης.]</w:t>
      </w:r>
    </w:p>
    <w:p>
      <w:r>
        <w:rPr>
          <w:rFonts w:ascii="Courier New" w:hAnsi="Courier New"/>
          <w:color w:val="555555"/>
          <w:sz w:val="20"/>
        </w:rPr>
        <w:t>[25]</w:t>
      </w:r>
    </w:p>
    <w:p>
      <w:r>
        <w:rPr>
          <w:rFonts w:ascii="Gentium Plus" w:hAnsi="Gentium Plus"/>
          <w:sz w:val="24"/>
        </w:rPr>
        <w:t>Ἀμάσεια. πόλις Ποντικὴ, ἀφ’ ἧς Στράβων. ὁ πολίτης Ἀμασεύς. [κατὰ δὲ Πίτωνα Ἀμασεώ‐ της. πειστέον ἄρα Στράβωνι, ὡς πολίτῃ.] Ἄμαστρις. ἡ πρότερον Κρῶμα. Κρῶμάν τ’ αἰγιαλόν τε—</w:t>
      </w:r>
    </w:p>
    <w:p>
      <w:r>
        <w:rPr>
          <w:rFonts w:ascii="Courier New" w:hAnsi="Courier New"/>
          <w:color w:val="555555"/>
          <w:sz w:val="20"/>
        </w:rPr>
        <w:t>[30]</w:t>
      </w:r>
    </w:p>
    <w:p>
      <w:r>
        <w:rPr>
          <w:rFonts w:ascii="Gentium Plus" w:hAnsi="Gentium Plus"/>
          <w:sz w:val="24"/>
        </w:rPr>
        <w:t>ἀπὸ γυναικὸς Περσίδος Ἀμάστριδος, θυγατρὸς Ὀξυάθρου τοῦ ἀδελφοῦ Δαρείου. τὸ ἐθνικὸν Ἀμαστριανός. [ὡς Φάσις, Φασιανός. τὰ γὰρ</w:t>
      </w:r>
    </w:p>
    <w:p>
      <w:r>
        <w:rPr>
          <w:rFonts w:ascii="Courier New" w:hAnsi="Courier New"/>
          <w:color w:val="555555"/>
          <w:sz w:val="20"/>
        </w:rPr>
        <w:t>[alpha 148]</w:t>
      </w:r>
    </w:p>
    <w:p>
      <w:r>
        <w:rPr>
          <w:rFonts w:ascii="Gentium Plus" w:hAnsi="Gentium Plus"/>
          <w:sz w:val="24"/>
        </w:rPr>
        <w:t>Βακτριανός. ἢ ἀπὸ τῶν εἰς ος γενικῶν, ὡς τοῦ‐ το. ἢ ἀπὸ τῶν διὰ τοῦ ια θηλυκῶν, ὡς Ὀλβία, Ὀλβιανὸς, Ἀσία, Ἀσιανός.] Ἀμαστριανή. ἡ γυνή.</w:t>
      </w:r>
    </w:p>
    <w:p>
      <w:r>
        <w:rPr>
          <w:rFonts w:ascii="Courier New" w:hAnsi="Courier New"/>
          <w:color w:val="555555"/>
          <w:sz w:val="20"/>
        </w:rPr>
        <w:t>[5]</w:t>
      </w:r>
    </w:p>
    <w:p>
      <w:r>
        <w:rPr>
          <w:rFonts w:ascii="Gentium Plus" w:hAnsi="Gentium Plus"/>
          <w:sz w:val="24"/>
        </w:rPr>
        <w:t>Ἁματροχία. τὸ ἅμα τρέχειν καὶ μὴ ἀπολείπε‐ σθαι· οἷον ὁμοδρομία τὶς οὖσα. τροχοὺς γὰρ τοὺς δρόμους ἔλεγον. ὀξύνεται δὲ ὡς φυλαλία. Ἀμαξοτροχία. ὁ τόπος καὶ ἡ ἐγχάραξις τοῦ τροχοῦ.</w:t>
      </w:r>
    </w:p>
    <w:p>
      <w:r>
        <w:rPr>
          <w:rFonts w:ascii="Courier New" w:hAnsi="Courier New"/>
          <w:color w:val="555555"/>
          <w:sz w:val="20"/>
        </w:rPr>
        <w:t>[10]</w:t>
      </w:r>
    </w:p>
    <w:p>
      <w:r>
        <w:rPr>
          <w:rFonts w:ascii="Gentium Plus" w:hAnsi="Gentium Plus"/>
          <w:sz w:val="24"/>
        </w:rPr>
        <w:t>Ἀμαξιτός. ἡ δημοσία ὁδός. Ἄμαθος. ἡ μεσόγειος ἄμμος, ἀπὸ τοῦ ψάμα‐ θος ἀποβολῇ τοῦ ψ. ἢ ἄμυθος τὶς οὖσα τίς ἐστιν ἀνεπίγνωστος, ἣν οὐκ ἔστιν ἀριθμῆσαι. ψάμμος δὲ λέγεται ἡ περὶ τὴν θάλασσαν.</w:t>
      </w:r>
    </w:p>
    <w:p>
      <w:r>
        <w:rPr>
          <w:rFonts w:ascii="Courier New" w:hAnsi="Courier New"/>
          <w:color w:val="555555"/>
          <w:sz w:val="20"/>
        </w:rPr>
        <w:t>[15]</w:t>
      </w:r>
    </w:p>
    <w:p>
      <w:r>
        <w:rPr>
          <w:rFonts w:ascii="Gentium Plus" w:hAnsi="Gentium Plus"/>
          <w:sz w:val="24"/>
        </w:rPr>
        <w:t>Ἀμαξίς. εἶδος πλακοῦντος. ἢ κοπτὴν φαμέν. Ἀμαρυγή. ἡ λαμπηδών. Ἀμαρυλλίς. ἡ πορνεία. Ἀμάλλα. ἡ δέσμη τῶν ἀσταχύων. Ἀμάμυξις. ἡ ἀναδενδρὰς ἡ συνδεδεμένη, παρὰ</w:t>
      </w:r>
    </w:p>
    <w:p>
      <w:r>
        <w:rPr>
          <w:rFonts w:ascii="Courier New" w:hAnsi="Courier New"/>
          <w:color w:val="555555"/>
          <w:sz w:val="20"/>
        </w:rPr>
        <w:t>[20]</w:t>
      </w:r>
    </w:p>
    <w:p>
      <w:r>
        <w:rPr>
          <w:rFonts w:ascii="Gentium Plus" w:hAnsi="Gentium Plus"/>
          <w:sz w:val="24"/>
        </w:rPr>
        <w:t>τῆς ἀμύξεως. συνδεσμοῦνται γὰρ αἱ ἀναδενδρά‐ δες. ἄμυξις καὶ πλεονασμῷ καὶ τροπῇ ἀμά‐ μυξις. Ἀμβολία. ἡ ὑπέρθεσις. Ἀμβροσία. θεῖα, ἤτοι θαυμασία, ἢ ἀθανασία.</w:t>
      </w:r>
    </w:p>
    <w:p>
      <w:r>
        <w:rPr>
          <w:rFonts w:ascii="Courier New" w:hAnsi="Courier New"/>
          <w:color w:val="555555"/>
          <w:sz w:val="20"/>
        </w:rPr>
        <w:t>[25]</w:t>
      </w:r>
    </w:p>
    <w:p>
      <w:r>
        <w:rPr>
          <w:rFonts w:ascii="Gentium Plus" w:hAnsi="Gentium Plus"/>
          <w:sz w:val="24"/>
        </w:rPr>
        <w:t>Ἄμβασις. ἡ ἀνάβασις. Ἀμβροσία. τροφὴ θεία, ἧς οἱ βροτοὶ οὐ μετέ‐ χουσι, ἢ ἧς οὐχ οἷόν τε βροτοῖς ἅψασθαι. Ἀμβολάς. ἡ ὑπὸ τοῦ ὀρύγματος ὑψωθεῖσα γῆ. Ἀμάλθεια. ἡ τροφὸς τοῦ Διός. εἶναι γὰρ αὐ‐</w:t>
      </w:r>
    </w:p>
    <w:p>
      <w:r>
        <w:rPr>
          <w:rFonts w:ascii="Courier New" w:hAnsi="Courier New"/>
          <w:color w:val="555555"/>
          <w:sz w:val="20"/>
        </w:rPr>
        <w:t>[30]</w:t>
      </w:r>
    </w:p>
    <w:p>
      <w:r>
        <w:rPr>
          <w:rFonts w:ascii="Gentium Plus" w:hAnsi="Gentium Plus"/>
          <w:sz w:val="24"/>
        </w:rPr>
        <w:t>τὴν φασὶν ἀμαλακιστίαν, ὅθεν καὶ πεπλᾶσθαι τὸ ὄνομα, παρὰ τὸ μὴ μαλάττεσθαι. διὰ τοῦ‐ το καὶ τὸν Ἡρακλέα καρτερικώτατον γενόμενον</w:t>
      </w:r>
    </w:p>
    <w:p>
      <w:r>
        <w:rPr>
          <w:rFonts w:ascii="Courier New" w:hAnsi="Courier New"/>
          <w:color w:val="555555"/>
          <w:sz w:val="20"/>
        </w:rPr>
        <w:t>[alpha 149]</w:t>
      </w:r>
    </w:p>
    <w:p>
      <w:r>
        <w:rPr>
          <w:rFonts w:ascii="Gentium Plus" w:hAnsi="Gentium Plus"/>
          <w:sz w:val="24"/>
        </w:rPr>
        <w:t>Ἄμβη. ἡ τῆς πέτρας ὀφρύς. Ἅμη. ἡ δρεπάνη. Ἀμηχανία. ἀπορία. Ἀμαιμακέτην. φοβεράν. παρὰ τὸ μαιμάων,</w:t>
      </w:r>
    </w:p>
    <w:p>
      <w:r>
        <w:rPr>
          <w:rFonts w:ascii="Courier New" w:hAnsi="Courier New"/>
          <w:color w:val="555555"/>
          <w:sz w:val="20"/>
        </w:rPr>
        <w:t>[5]</w:t>
      </w:r>
    </w:p>
    <w:p>
      <w:r>
        <w:rPr>
          <w:rFonts w:ascii="Gentium Plus" w:hAnsi="Gentium Plus"/>
          <w:sz w:val="24"/>
        </w:rPr>
        <w:t>μαιμάκετον, ἐξ οὗ τὸ θηλυκὸν ἀμαιμακέτην. [ἢ παρὰ τὸ τὴν μάχην, ἀμαιμάχετος καὶ ἀμαι‐ μάκετος.] Ἄμισος. πόλις. ὁ πολίτης Ἀμισηνός. Ἅμιλλα. ὁ ἀγὼν, ἢ ἔρις καὶ δρόμος ἀγωνιστι‐</w:t>
      </w:r>
    </w:p>
    <w:p>
      <w:r>
        <w:rPr>
          <w:rFonts w:ascii="Courier New" w:hAnsi="Courier New"/>
          <w:color w:val="555555"/>
          <w:sz w:val="20"/>
        </w:rPr>
        <w:t>[10]</w:t>
      </w:r>
    </w:p>
    <w:p>
      <w:r>
        <w:rPr>
          <w:rFonts w:ascii="Gentium Plus" w:hAnsi="Gentium Plus"/>
          <w:sz w:val="24"/>
        </w:rPr>
        <w:t>κός. Ἀμίς. τὸ οὐροδόχον ἀγγεῖον. παρὰ τὸ ὀμιχῶ, τὸ οὐρῶ. [ἢ παρὰ τὸ ἄμη, ἀμὶς, ὡς σκάφη, σκαφίς.] Ἀμνηστεία. ἡ ἀγαμία.</w:t>
      </w:r>
    </w:p>
    <w:p>
      <w:r>
        <w:rPr>
          <w:rFonts w:ascii="Courier New" w:hAnsi="Courier New"/>
          <w:color w:val="555555"/>
          <w:sz w:val="20"/>
        </w:rPr>
        <w:t>[15]</w:t>
      </w:r>
    </w:p>
    <w:p>
      <w:r>
        <w:rPr>
          <w:rFonts w:ascii="Gentium Plus" w:hAnsi="Gentium Plus"/>
          <w:sz w:val="24"/>
        </w:rPr>
        <w:t>Ἀμνηστία δὲ, ἡ λήθη. Ἀμοργία καὶ ἀμόργη καὶ ἀμοργίας. ἡ λινοκα‐ λάμη, ἢ ἡ τοῦ ἐλαίου ὑποστάθμη, ἢ ἡ τρυγία. Ἀμόργεια. χρώματος βυσσίνου εἶδος. [ἀπὸ νή‐ σου] Ἀμοργοῦντος, ὡς θήρεια ἀπὸ Θήρας νήσου.</w:t>
      </w:r>
    </w:p>
    <w:p>
      <w:r>
        <w:rPr>
          <w:rFonts w:ascii="Courier New" w:hAnsi="Courier New"/>
          <w:color w:val="555555"/>
          <w:sz w:val="20"/>
        </w:rPr>
        <w:t>[20]</w:t>
      </w:r>
    </w:p>
    <w:p>
      <w:r>
        <w:rPr>
          <w:rFonts w:ascii="Gentium Plus" w:hAnsi="Gentium Plus"/>
          <w:sz w:val="24"/>
        </w:rPr>
        <w:t>καὶ ἀμοργίνα. Ἀμοιβή. ἡ ἀντικαταλλαγὴ, ἀνταπόδοσις. Ἄμπωτις. ξηρασία. καὶ ἀνάπωσις. ὅπου ἀνα‐ δίδωσι τὸ ὕδωρ, καὶ πάλιν ἐπανέρχεται. τοῦτο δὲ γίνεται κατὰ Βρεττανίαν καὶ τὴν ἐπὶ τὰ Γά‐</w:t>
      </w:r>
    </w:p>
    <w:p>
      <w:r>
        <w:rPr>
          <w:rFonts w:ascii="Courier New" w:hAnsi="Courier New"/>
          <w:color w:val="555555"/>
          <w:sz w:val="20"/>
        </w:rPr>
        <w:t>[25]</w:t>
      </w:r>
    </w:p>
    <w:p>
      <w:r>
        <w:rPr>
          <w:rFonts w:ascii="Gentium Plus" w:hAnsi="Gentium Plus"/>
          <w:sz w:val="24"/>
        </w:rPr>
        <w:t>δειρα ἑσπερινὴν θάλασσαν, καὶ εἰς τὴν ἔρημον εὔριππον. [ἐκ τοῦ πῶμι, πώσω, πῶσις, ἀνά‐ πωσις, καὶ ἄμπωσις κατὰ συγκοπὴν, καὶ τρο‐ πῇ ἄμπωτις.]</w:t>
      </w:r>
    </w:p>
    <w:p>
      <w:r>
        <w:rPr>
          <w:rFonts w:ascii="Courier New" w:hAnsi="Courier New"/>
          <w:color w:val="555555"/>
          <w:sz w:val="20"/>
        </w:rPr>
        <w:t>[alpha 150]</w:t>
      </w:r>
    </w:p>
    <w:p>
      <w:r>
        <w:rPr>
          <w:rFonts w:ascii="Gentium Plus" w:hAnsi="Gentium Plus"/>
          <w:sz w:val="24"/>
        </w:rPr>
        <w:t>Ἄμπυξ. γυναικεῖον ἀνάδεσμα, ἢ τὸ κεφαλοδέ‐ σμιον. παρὰ τὸ ἀμφέχειν ἄμφυξ καὶ ἄμπυξ. [ἢ παρὰ τὸ πυκάζειν καὶ ἀνέχειν τὰς τρίχας.] Ἄμπελος. ἀνάπηλός τις ἐστὶν, ἡ μὴ ἔχουσα ἐν</w:t>
      </w:r>
    </w:p>
    <w:p>
      <w:r>
        <w:rPr>
          <w:rFonts w:ascii="Courier New" w:hAnsi="Courier New"/>
          <w:color w:val="555555"/>
          <w:sz w:val="20"/>
        </w:rPr>
        <w:t>[5]</w:t>
      </w:r>
    </w:p>
    <w:p>
      <w:r>
        <w:rPr>
          <w:rFonts w:ascii="Gentium Plus" w:hAnsi="Gentium Plus"/>
          <w:sz w:val="24"/>
        </w:rPr>
        <w:t>αὐτῇ τὸν πηλὸν ἤγουν τὸν οἶνον. ἢ παρὰ τὸ πάλλειν καὶ σείειν ἡμᾶς, πίνοντας αὐτόν. Ἀμυγδαλή. τὸ δένδρον. ἀμυγδάλη δὲ, ὁ καρπός. καὶ δειλαὶ δάκνεσθαι ἀμυγδαλαί. παρὰ τὸ ἐν τῷ κελύφει τὸ μετὰ τῶν ἔξω χλωρὸν πολλὰς</w:t>
      </w:r>
    </w:p>
    <w:p>
      <w:r>
        <w:rPr>
          <w:rFonts w:ascii="Courier New" w:hAnsi="Courier New"/>
          <w:color w:val="555555"/>
          <w:sz w:val="20"/>
        </w:rPr>
        <w:t>[10]</w:t>
      </w:r>
    </w:p>
    <w:p>
      <w:r>
        <w:rPr>
          <w:rFonts w:ascii="Gentium Plus" w:hAnsi="Gentium Plus"/>
          <w:sz w:val="24"/>
        </w:rPr>
        <w:t>ἀμυχὰς ἔχειν. Ἀμύκλαι. πόλις Λακωνική. ἔστι δὲ καὶ κό‐ σμιόν τι, ὅπερ ἐν ποσὶν ἔχειν Ἐμπεδοκλῆς. εἶχε γὰρ χρυσοῦν στέμμα ἐπὶ τῆς κεφαλῆς, καὶ ἀμύκλας ἐν τοῖς ποσὶ χαλκᾶς καὶ στέμματα</w:t>
      </w:r>
    </w:p>
    <w:p>
      <w:r>
        <w:rPr>
          <w:rFonts w:ascii="Courier New" w:hAnsi="Courier New"/>
          <w:color w:val="555555"/>
          <w:sz w:val="20"/>
        </w:rPr>
        <w:t>[15]</w:t>
      </w:r>
    </w:p>
    <w:p>
      <w:r>
        <w:rPr>
          <w:rFonts w:ascii="Gentium Plus" w:hAnsi="Gentium Plus"/>
          <w:sz w:val="24"/>
        </w:rPr>
        <w:t>Δελφικὰ ἐν ταῖς χερσίν. Ἄμη. ἡ δρεπάνη. παρὰ τὸ ἅμα καὶ ὑφ’ ἓν πολλὰ ἕλκειν. Ἀμπεχόνη. ἱμάτιον, παλλίον. καὶ γὰρ ἦν αὐ‐ τῇ ἱμάτια καὶ περιζώνια καὶ ἀμπεχόνια δύο.</w:t>
      </w:r>
    </w:p>
    <w:p>
      <w:r>
        <w:rPr>
          <w:rFonts w:ascii="Courier New" w:hAnsi="Courier New"/>
          <w:color w:val="555555"/>
          <w:sz w:val="20"/>
        </w:rPr>
        <w:t>[20]</w:t>
      </w:r>
    </w:p>
    <w:p>
      <w:r>
        <w:rPr>
          <w:rFonts w:ascii="Gentium Plus" w:hAnsi="Gentium Plus"/>
          <w:sz w:val="24"/>
        </w:rPr>
        <w:t>ἰστέον, ὅτι ἡ ἀμφὶ πρόθεσις λέγεται καὶ ἀμπὶ παρὰ τοῖς Αἰολεῦσιν, οἷον· ἀμπεχόνη, ἀμπί‐ σχουσα, ἐκ τοῦ ἔχω ἴσχω. Ἄμυνα. ἡ ἐπὶ ἀμοιβῆς καὶ ἐπὶ εἰσπράξεως δίκη.</w:t>
      </w:r>
    </w:p>
    <w:p>
      <w:r>
        <w:rPr>
          <w:rFonts w:ascii="Courier New" w:hAnsi="Courier New"/>
          <w:color w:val="555555"/>
          <w:sz w:val="20"/>
        </w:rPr>
        <w:t>[25]</w:t>
      </w:r>
    </w:p>
    <w:p>
      <w:r>
        <w:rPr>
          <w:rFonts w:ascii="Gentium Plus" w:hAnsi="Gentium Plus"/>
          <w:sz w:val="24"/>
        </w:rPr>
        <w:t>Ἀμυχή. ἡ μὴ εἰς βάθος πληγή. [ἐπιπόλαιον ἕλκος, ἤτοι μετρία τομὴ, ὁρωμένη ἐπὶ τοῦ δέρ‐ ματος. παρὰ τὸν μυχὸν, μυχὴ καὶ ἀμυχή. ἢ παρὰ τὸ ἀμύσσειν, ὅπερ ἐκ τοῦ αἱμάσσειν γίνεται.]</w:t>
      </w:r>
    </w:p>
    <w:p>
      <w:r>
        <w:rPr>
          <w:rFonts w:ascii="Courier New" w:hAnsi="Courier New"/>
          <w:color w:val="555555"/>
          <w:sz w:val="20"/>
        </w:rPr>
        <w:t>[30]</w:t>
      </w:r>
    </w:p>
    <w:p>
      <w:r>
        <w:rPr>
          <w:rFonts w:ascii="Gentium Plus" w:hAnsi="Gentium Plus"/>
          <w:sz w:val="24"/>
        </w:rPr>
        <w:t>Ἀμετρία. ὑπερβολή.</w:t>
      </w:r>
    </w:p>
    <w:p>
      <w:r>
        <w:rPr>
          <w:rFonts w:ascii="Courier New" w:hAnsi="Courier New"/>
          <w:color w:val="555555"/>
          <w:sz w:val="20"/>
        </w:rPr>
        <w:t>[alpha 151]</w:t>
      </w:r>
    </w:p>
    <w:p>
      <w:r>
        <w:rPr>
          <w:rFonts w:ascii="Gentium Plus" w:hAnsi="Gentium Plus"/>
          <w:sz w:val="24"/>
        </w:rPr>
        <w:t>Ἀμφασία. ἀφωνία. Ἀμφίβασις. ὑπερμάχησις. κυρίως ἡ περὶ τοῦ νεκροῦ μάχη. Ἀμφιδέας. ἁλύσεις. παρ’ Ἡροδότῳ. οἱ δὲ ψέ‐</w:t>
      </w:r>
    </w:p>
    <w:p>
      <w:r>
        <w:rPr>
          <w:rFonts w:ascii="Courier New" w:hAnsi="Courier New"/>
          <w:color w:val="555555"/>
          <w:sz w:val="20"/>
        </w:rPr>
        <w:t>[5]</w:t>
      </w:r>
    </w:p>
    <w:p>
      <w:r>
        <w:rPr>
          <w:rFonts w:ascii="Gentium Plus" w:hAnsi="Gentium Plus"/>
          <w:sz w:val="24"/>
        </w:rPr>
        <w:t>λια ἢ περισκελίδας. Ἀμφιδήριτον. [ἰσοστάσιον, ἀμφίδοξον. συνέβη γενέσθαι τὴν μάχην ἀμφιδήριτον.] Ἀμφιετηρίς. ἡ κατ’ ἔτος γινομένη ἑορτὴ καὶ θυσία.</w:t>
      </w:r>
    </w:p>
    <w:p>
      <w:r>
        <w:rPr>
          <w:rFonts w:ascii="Courier New" w:hAnsi="Courier New"/>
          <w:color w:val="555555"/>
          <w:sz w:val="20"/>
        </w:rPr>
        <w:t>[10]</w:t>
      </w:r>
    </w:p>
    <w:p>
      <w:r>
        <w:rPr>
          <w:rFonts w:ascii="Gentium Plus" w:hAnsi="Gentium Plus"/>
          <w:sz w:val="24"/>
        </w:rPr>
        <w:t>Ἀμφίθετον φιάλην. κατὰ πᾶν μέρος αὐτῆς τιθεμένης, ἀπύθμενον. οὐ τὸ παρ’ ἡμῶν ποτή‐ ριον, ἀλλὰ γένος λέβητος ἐκ παντὸς μέρους δυνάμενον ἕδραν ἔχειν. Ἀμφιλύκη. σκοτεινὴ νύξ. ἢ λυκόφωτον. λυ‐</w:t>
      </w:r>
    </w:p>
    <w:p>
      <w:r>
        <w:rPr>
          <w:rFonts w:ascii="Courier New" w:hAnsi="Courier New"/>
          <w:color w:val="555555"/>
          <w:sz w:val="20"/>
        </w:rPr>
        <w:t>[15]</w:t>
      </w:r>
    </w:p>
    <w:p>
      <w:r>
        <w:rPr>
          <w:rFonts w:ascii="Gentium Plus" w:hAnsi="Gentium Plus"/>
          <w:sz w:val="24"/>
        </w:rPr>
        <w:t>γαῖον γὰρ τὸ σκοτεινόν. παρὰ τὸ λύειν τὴν αὐ‐ γὴν καὶ μὴ ἐᾷν στῆναι αὐτήν. [ἐξ αὐτοῦ γίνεται λύγη, καὶ τροπῇ τοῦ γ εἰς κ λύκη, καὶ ἀμφι‐ λύκη. οὕτως Ὠρίων.] Ἄμφοδος. ἡ ῥύμη.</w:t>
      </w:r>
    </w:p>
    <w:p>
      <w:r>
        <w:rPr>
          <w:rFonts w:ascii="Courier New" w:hAnsi="Courier New"/>
          <w:color w:val="555555"/>
          <w:sz w:val="20"/>
        </w:rPr>
        <w:t>[20]</w:t>
      </w:r>
    </w:p>
    <w:p>
      <w:r>
        <w:rPr>
          <w:rFonts w:ascii="Gentium Plus" w:hAnsi="Gentium Plus"/>
          <w:sz w:val="24"/>
        </w:rPr>
        <w:t>Ἀμφιορκία. ἐπειδὰν ὅ, τε διώκων καὶ ὁ φεύγων ὀμνύωσι, κλοπῆς ἔγκλημά τισιν ἐπιφέροντες. Ἀμφιπλήξ. ἡ ἀμφοτέρωθεν ἐλασία. Ἀμφίπρυμνες. εἶδος πλοίων. ἔμπαλιν διελθεῖν παρεσκεύασε τὸν Ἴστρον ἐν ταῖς ἀμφιπρύμναις</w:t>
      </w:r>
    </w:p>
    <w:p>
      <w:r>
        <w:rPr>
          <w:rFonts w:ascii="Courier New" w:hAnsi="Courier New"/>
          <w:color w:val="555555"/>
          <w:sz w:val="20"/>
        </w:rPr>
        <w:t>[25]</w:t>
      </w:r>
    </w:p>
    <w:p>
      <w:r>
        <w:rPr>
          <w:rFonts w:ascii="Gentium Plus" w:hAnsi="Gentium Plus"/>
          <w:sz w:val="24"/>
        </w:rPr>
        <w:t>τῶν νεῶν. Ἀμφίπολις. ἡ δούλη. Ἀμφιῤῥύτη. κύκλῳ περιῤῥεομένη. Ἄμφισα. πόλις τῆς Λοκρίδος. ὠνομάσθη δὲ Ἄμφισα διὰ περιέχεσθαι τὸν τόπον ὄρεσιν.</w:t>
      </w:r>
    </w:p>
    <w:p>
      <w:r>
        <w:rPr>
          <w:rFonts w:ascii="Courier New" w:hAnsi="Courier New"/>
          <w:color w:val="555555"/>
          <w:sz w:val="20"/>
        </w:rPr>
        <w:t>[30]</w:t>
      </w:r>
    </w:p>
    <w:p>
      <w:r>
        <w:rPr>
          <w:rFonts w:ascii="Gentium Plus" w:hAnsi="Gentium Plus"/>
          <w:sz w:val="24"/>
        </w:rPr>
        <w:t>Ἀμφισβήτησις. οἱ ἔξω φασίν· ἡ ἀμφισβήτη‐</w:t>
      </w:r>
    </w:p>
    <w:p>
      <w:r>
        <w:rPr>
          <w:rFonts w:ascii="Courier New" w:hAnsi="Courier New"/>
          <w:color w:val="555555"/>
          <w:sz w:val="20"/>
        </w:rPr>
        <w:t>[alpha 152]</w:t>
      </w:r>
    </w:p>
    <w:p>
      <w:r>
        <w:rPr>
          <w:rFonts w:ascii="Gentium Plus" w:hAnsi="Gentium Plus"/>
          <w:sz w:val="24"/>
        </w:rPr>
        <w:t>χους βασανιζέσθω, ἡ δὲ βάσανος τὸ δέον ὁρι‐ ζέσθω, ὁ δὲ ὅρος γεγράφθω, τὰ δὲ γεγραμ‐ μένα κυρούσθω, τὰ δὲ κυρωθέντα βεβαιούσθω τοῖς ἔργοις, καὶ πᾶσα ἁψιμαχία οἰχέσθω, καὶ</w:t>
      </w:r>
    </w:p>
    <w:p>
      <w:r>
        <w:rPr>
          <w:rFonts w:ascii="Courier New" w:hAnsi="Courier New"/>
          <w:color w:val="555555"/>
          <w:sz w:val="20"/>
        </w:rPr>
        <w:t>[5]</w:t>
      </w:r>
    </w:p>
    <w:p>
      <w:r>
        <w:rPr>
          <w:rFonts w:ascii="Gentium Plus" w:hAnsi="Gentium Plus"/>
          <w:sz w:val="24"/>
        </w:rPr>
        <w:t>πάλιν φιλία χορευέτω· καὶ οὐ δεῖ ἀπερισκέ‐ πτως ποιεῖσθαι τὰς κρίσεις. Ἀμφίσβαινα. ζῶον. Ἀμφιστεφέες. πάντοθεν πλήρεις, περιπεπλε‐ γμέναι ἀλλήλαις.</w:t>
      </w:r>
    </w:p>
    <w:p>
      <w:r>
        <w:rPr>
          <w:rFonts w:ascii="Courier New" w:hAnsi="Courier New"/>
          <w:color w:val="555555"/>
          <w:sz w:val="20"/>
        </w:rPr>
        <w:t>[10]</w:t>
      </w:r>
    </w:p>
    <w:p>
      <w:r>
        <w:rPr>
          <w:rFonts w:ascii="Gentium Plus" w:hAnsi="Gentium Plus"/>
          <w:sz w:val="24"/>
        </w:rPr>
        <w:t>Ἀμφίστομος. αὕτη ἡ φάλαγξ καλεῖται, ἡ τοὺς ἡμίσεας τῶν ἐν τοῖς λόχοις ἀνδρῶν ἀπεστραμ‐ μένους ἀπὸ σφῶν ἔχουσα, ὡς ἀντινώτους εἶναι. Ἀμφιτρίτη. ἡ θάλασσα. ἢ γὰρ παρὰ τὸ ῥεῖν ἔστιν, ἡ περιῤῥεομένη, ἢ παρὰ τὸ τρεῖν· φόβον</w:t>
      </w:r>
    </w:p>
    <w:p>
      <w:r>
        <w:rPr>
          <w:rFonts w:ascii="Courier New" w:hAnsi="Courier New"/>
          <w:color w:val="555555"/>
          <w:sz w:val="20"/>
        </w:rPr>
        <w:t>[15]</w:t>
      </w:r>
    </w:p>
    <w:p>
      <w:r>
        <w:rPr>
          <w:rFonts w:ascii="Gentium Plus" w:hAnsi="Gentium Plus"/>
          <w:sz w:val="24"/>
        </w:rPr>
        <w:t>γὰρ ἐμποιεῖ. καὶ ὤφειλε δίφθογγον εἶναι ἐκ τῆς ἐτυμολογίας. [ἀλλὰ τὰ εἰς τ λήγοντα θη‐ λυκὰ βαρύτονα ὑπὲρ μίαν συλλαβὴν ἑνὶ φω‐ νήεντι θέλουσι παραλήγεσθαι. οἷον, ἐρέτη, με‐ λέτη, Ἀφροδίτη, Ἀμφιτρίτη.]</w:t>
      </w:r>
    </w:p>
    <w:p>
      <w:r>
        <w:rPr>
          <w:rFonts w:ascii="Courier New" w:hAnsi="Courier New"/>
          <w:color w:val="555555"/>
          <w:sz w:val="20"/>
        </w:rPr>
        <w:t>[20]</w:t>
      </w:r>
    </w:p>
    <w:p>
      <w:r>
        <w:rPr>
          <w:rFonts w:ascii="Gentium Plus" w:hAnsi="Gentium Plus"/>
          <w:sz w:val="24"/>
        </w:rPr>
        <w:t>Ἀμφίφαλλον. ἀμφοτέρωθεν φαλλοὺς ἔχουσαν. φαλλοὶ δὲ, οἱ ἀσπιδίσκοι. ἀμφίφαλλον ἀσπίδα. Ἀμφῶες καὶ ἀμφωτίδες καὶ ἀμφωτίδων. [τῶν δύο ὦτα ἐχουσῶν. καὶ παροιμία· μέχρι τῶν ἀμφωτίδων.] ἐπὶ τῶν ἄγαν πεπληρωμένων,</w:t>
      </w:r>
    </w:p>
    <w:p>
      <w:r>
        <w:rPr>
          <w:rFonts w:ascii="Courier New" w:hAnsi="Courier New"/>
          <w:color w:val="555555"/>
          <w:sz w:val="20"/>
        </w:rPr>
        <w:t>[25]</w:t>
      </w:r>
    </w:p>
    <w:p>
      <w:r>
        <w:rPr>
          <w:rFonts w:ascii="Gentium Plus" w:hAnsi="Gentium Plus"/>
          <w:sz w:val="24"/>
        </w:rPr>
        <w:t>ἀντὶ τοῦ μέχρι τῶν ὤτων, αἵτινες ἦσαν χαλ‐ κᾶ τινὰ, καὶ περιετίθεσαν οἱ παλαισταὶ τοῖς ὠσίν. ἀμφῶες δὲ παρὰ τὸ οὖας, ἐλλείψει τοῦ υ ὄας, ὡς οὖδας, οὖδος. ὡς γένος, εὐγενὴς, οὕ‐ τως ἄμφω, ἀμφῶες.</w:t>
      </w:r>
    </w:p>
    <w:p>
      <w:r>
        <w:rPr>
          <w:rFonts w:ascii="Courier New" w:hAnsi="Courier New"/>
          <w:color w:val="555555"/>
          <w:sz w:val="20"/>
        </w:rPr>
        <w:t>[30]</w:t>
      </w:r>
    </w:p>
    <w:p>
      <w:r>
        <w:rPr>
          <w:rFonts w:ascii="Gentium Plus" w:hAnsi="Gentium Plus"/>
          <w:sz w:val="24"/>
        </w:rPr>
        <w:t>Ἀμοιβαίας. ἀνταλλαττομένας.</w:t>
      </w:r>
    </w:p>
    <w:p>
      <w:r>
        <w:rPr>
          <w:rFonts w:ascii="Courier New" w:hAnsi="Courier New"/>
          <w:color w:val="555555"/>
          <w:sz w:val="20"/>
        </w:rPr>
        <w:t>[alpha 153]</w:t>
      </w:r>
    </w:p>
    <w:p>
      <w:r>
        <w:rPr>
          <w:rFonts w:ascii="Gentium Plus" w:hAnsi="Gentium Plus"/>
          <w:sz w:val="24"/>
        </w:rPr>
        <w:t>Ἀμελέτητος. ἀθέλητος, ἀζήτητος, ἄπρακτος. τοῦ ἁγίου Μαξίμου. φησὶ γάρ· ἀμελέτητος πᾶ‐ σα καθέστηκε μέθοδος, τοῦ, δι’ ὃ πέφυκεν, ἐξανυσθέντος. ἢ ἀνυσθῆναι δόξαντος.</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Ἅμματα. δέσματα, σχοινία. λέγεται δὲ καὶ ἐπὶ τῶν σκολιῶν τοὺς τρόπους, ἀπὸ τῶν ἐν Ἀκασίῳ Πηλουσιωτῶν, οἳ φυσικῇ τέχνῃ ἅμματα ἔπλεκον, δοκοὺς ἐπὶ δοκοῖς συνάπτοντες.</w:t>
      </w:r>
    </w:p>
    <w:p>
      <w:r>
        <w:rPr>
          <w:rFonts w:ascii="Courier New" w:hAnsi="Courier New"/>
          <w:color w:val="555555"/>
          <w:sz w:val="20"/>
        </w:rPr>
        <w:t>[10]</w:t>
      </w:r>
    </w:p>
    <w:p>
      <w:r>
        <w:rPr>
          <w:rFonts w:ascii="Gentium Plus" w:hAnsi="Gentium Plus"/>
          <w:sz w:val="24"/>
        </w:rPr>
        <w:t>Ἄμαχον. τὸ δυσκαταμάχητον. Πίνδαρος· ἄμαχον δὲ κρύψαι τὸ συγγενὲς ἦθος. Ἄμανον. ὄρος πρὸς τῇ Κιλικίᾳ. ἐκλήθη δὲ Ἄμα‐ νον ἀπὸ τοιαύτης ἱστορίας. Ὀρέστης ἀπὸ Ταύρων σὺν Ἰφιγενείᾳ τὴν Ἄρτεμιν κομίσας, ἐν τῷ τοιού‐</w:t>
      </w:r>
    </w:p>
    <w:p>
      <w:r>
        <w:rPr>
          <w:rFonts w:ascii="Courier New" w:hAnsi="Courier New"/>
          <w:color w:val="555555"/>
          <w:sz w:val="20"/>
        </w:rPr>
        <w:t>[15]</w:t>
      </w:r>
    </w:p>
    <w:p>
      <w:r>
        <w:rPr>
          <w:rFonts w:ascii="Gentium Plus" w:hAnsi="Gentium Plus"/>
          <w:sz w:val="24"/>
        </w:rPr>
        <w:t>τῳ ὄρει τῆς μανίας λύσιν εὗρεν. Ἀμαράντινον. ἀειθαλές. Ἀμαυρόν. τὸ σκοτεινόν. Ἀμάρυγμα. λαμπηδών. καὶ ἀμαρυγαὶ, αἱ τῶν ὀφθαλμῶν ἐκλάμψεις. σημαίνει καὶ τὰς τοῦ</w:t>
      </w:r>
    </w:p>
    <w:p>
      <w:r>
        <w:rPr>
          <w:rFonts w:ascii="Courier New" w:hAnsi="Courier New"/>
          <w:color w:val="555555"/>
          <w:sz w:val="20"/>
        </w:rPr>
        <w:t>[20]</w:t>
      </w:r>
    </w:p>
    <w:p>
      <w:r>
        <w:rPr>
          <w:rFonts w:ascii="Gentium Plus" w:hAnsi="Gentium Plus"/>
          <w:sz w:val="24"/>
        </w:rPr>
        <w:t>προσώπου ῥυτίδας, αἵτινες εἴρηνται διὰ τὸ ἀμαυ‐ ρὸν ἀλαμπεῖς εἶναι καὶ ἀμυδραί· ἢ παρὰ τὸ ἀμάραις ἐοικέναι. ὡς γὰρ ἐκεῖναι τὸ ὕδωρ, οὕτω καὶ αὗται τὸν ἱδρῶτα μετάγουσι παρ’ ἑκάτερα μέρη τῆς κεφαλῆς. αἱ δὲ ἐκλάμψεις εἴρηνται</w:t>
      </w:r>
    </w:p>
    <w:p>
      <w:r>
        <w:rPr>
          <w:rFonts w:ascii="Courier New" w:hAnsi="Courier New"/>
          <w:color w:val="555555"/>
          <w:sz w:val="20"/>
        </w:rPr>
        <w:t>[25]</w:t>
      </w:r>
    </w:p>
    <w:p>
      <w:r>
        <w:rPr>
          <w:rFonts w:ascii="Gentium Plus" w:hAnsi="Gentium Plus"/>
          <w:sz w:val="24"/>
        </w:rPr>
        <w:t>παρὰ τὸ μαίρω, τὸ λάμπω, ἐξ οὗ καὶ τὸ μαρ‐</w:t>
      </w:r>
    </w:p>
    <w:p>
      <w:r>
        <w:rPr>
          <w:rFonts w:ascii="Courier New" w:hAnsi="Courier New"/>
          <w:color w:val="555555"/>
          <w:sz w:val="20"/>
        </w:rPr>
        <w:t>[alpha 154]</w:t>
      </w:r>
    </w:p>
    <w:p>
      <w:r>
        <w:rPr>
          <w:rFonts w:ascii="Gentium Plus" w:hAnsi="Gentium Plus"/>
          <w:sz w:val="24"/>
        </w:rPr>
        <w:t>κύριον ὄνομα. ἐκ τοῦ μαρῶ μέλλοντος γίνεται μά‐ ρων, ἐξ οὗ μαρύσσω, καὶ πλεονασμῷ τοῦ α ἀμαρύσσω, καὶ ἀμάρυγμα, ἢ μαρυγμαὶ, ἀμα‐ ρυγμὴ καὶ ἀμάρυγμα.</w:t>
      </w:r>
    </w:p>
    <w:p>
      <w:r>
        <w:rPr>
          <w:rFonts w:ascii="Courier New" w:hAnsi="Courier New"/>
          <w:color w:val="555555"/>
          <w:sz w:val="20"/>
        </w:rPr>
        <w:t>[5]</w:t>
      </w:r>
    </w:p>
    <w:p>
      <w:r>
        <w:rPr>
          <w:rFonts w:ascii="Gentium Plus" w:hAnsi="Gentium Plus"/>
          <w:sz w:val="24"/>
        </w:rPr>
        <w:t>Ἀμβλίσιον. τὸ μάννα. Ἀμειδές. στυγνὸν, σκυθρωπὸν, ἀγέλαστον. Ἀμείλικτον. σκληρὸν, ἀπότομον, μὴ πραϋνό‐ μενον. Ἄμεινον. κρεῖττον, βέλτιον, κάλλιον.</w:t>
      </w:r>
    </w:p>
    <w:p>
      <w:r>
        <w:rPr>
          <w:rFonts w:ascii="Courier New" w:hAnsi="Courier New"/>
          <w:color w:val="555555"/>
          <w:sz w:val="20"/>
        </w:rPr>
        <w:t>[10]</w:t>
      </w:r>
    </w:p>
    <w:p>
      <w:r>
        <w:rPr>
          <w:rFonts w:ascii="Gentium Plus" w:hAnsi="Gentium Plus"/>
          <w:sz w:val="24"/>
        </w:rPr>
        <w:t>Ἀμερβές. τὸ μεσονύκτιον. παρὰ τὸ τὴν ὄρφνην, καὶ ἐκλείψει τοῦ ν καὶ τροπῇ τοῦ φ εἰς β ἀμερβές. [ὡς ἐν τῷ κύφος, κύβος, φερενίκη, βερενίκη. καὶ ἀμορβὸς καὶ ἀμορβὴς, ὅ ἐστιν ἀκόλουθος, ὁ ἅμα τινὶ ἀκολουθῶν. τροπῇ τοῦ</w:t>
      </w:r>
    </w:p>
    <w:p>
      <w:r>
        <w:rPr>
          <w:rFonts w:ascii="Courier New" w:hAnsi="Courier New"/>
          <w:color w:val="555555"/>
          <w:sz w:val="20"/>
        </w:rPr>
        <w:t>[15]</w:t>
      </w:r>
    </w:p>
    <w:p>
      <w:r>
        <w:rPr>
          <w:rFonts w:ascii="Gentium Plus" w:hAnsi="Gentium Plus"/>
          <w:sz w:val="24"/>
        </w:rPr>
        <w:t>μ εἰς β. καὶ Ἄμοργος νῆσος.] Ἀμόριον. πόλις Ἰταλίας, ὡς Ῥήγιον. τὸ ἐθνικὸν Ἀμηρῖνος. Ἀμήστρατος. πόλις Σικελίας. ὁ πολίτης Ἀμη‐ στρατίνος.</w:t>
      </w:r>
    </w:p>
    <w:p>
      <w:r>
        <w:rPr>
          <w:rFonts w:ascii="Courier New" w:hAnsi="Courier New"/>
          <w:color w:val="555555"/>
          <w:sz w:val="20"/>
        </w:rPr>
        <w:t>[20]</w:t>
      </w:r>
    </w:p>
    <w:p>
      <w:r>
        <w:rPr>
          <w:rFonts w:ascii="Gentium Plus" w:hAnsi="Gentium Plus"/>
          <w:sz w:val="24"/>
        </w:rPr>
        <w:t>Ἀμήρυτον. πολὺ, ἐκτεταμένον, ἀτέλεστον. Ἀμήχανον. ὑπὲρ λόγον, ἢ ἀνεπιχείρητον, ἢ ἀδύνατον. [τοῖς δὲ Ῥωμαίοις ἀμήχανος ἡ χαρὰ παρέστη πρὸς τὸ πάθος.] Ἀμιγές. καθαρὸν, ἄδολον.</w:t>
      </w:r>
    </w:p>
    <w:p>
      <w:r>
        <w:rPr>
          <w:rFonts w:ascii="Courier New" w:hAnsi="Courier New"/>
          <w:color w:val="555555"/>
          <w:sz w:val="20"/>
        </w:rPr>
        <w:t>[25]</w:t>
      </w:r>
    </w:p>
    <w:p>
      <w:r>
        <w:rPr>
          <w:rFonts w:ascii="Gentium Plus" w:hAnsi="Gentium Plus"/>
          <w:sz w:val="24"/>
        </w:rPr>
        <w:t>Ἀμίστυλον. τὸ μὴ κεκομμένον. Ἄμνιον. τὸ αἱμαδόχον ἀγγεῖον. παρὰ τὸ αἷμα</w:t>
      </w:r>
    </w:p>
    <w:p>
      <w:r>
        <w:rPr>
          <w:rFonts w:ascii="Courier New" w:hAnsi="Courier New"/>
          <w:color w:val="555555"/>
          <w:sz w:val="20"/>
        </w:rPr>
        <w:t>[alpha 155]</w:t>
      </w:r>
    </w:p>
    <w:p>
      <w:r>
        <w:rPr>
          <w:rFonts w:ascii="Gentium Plus" w:hAnsi="Gentium Plus"/>
          <w:sz w:val="24"/>
        </w:rPr>
        <w:t>Ἀμόργιμον. ὅμοιον βύσσῳ, πολυτελές. Ἄμουσα. ἀτερπῆ, ἀηδῆ, ἀπαίδευτα. Ἄμοτον. ἀπλήρωτον, ἀκόρεστον. παρὰ τὸ μένω γίνεται μοτὸς καὶ ἄμοτος. [οἷον·</w:t>
      </w:r>
    </w:p>
    <w:p>
      <w:r>
        <w:rPr>
          <w:rFonts w:ascii="Courier New" w:hAnsi="Courier New"/>
          <w:color w:val="555555"/>
          <w:sz w:val="20"/>
        </w:rPr>
        <w:t>[5]</w:t>
      </w:r>
    </w:p>
    <w:p>
      <w:r>
        <w:rPr>
          <w:rFonts w:ascii="Gentium Plus" w:hAnsi="Gentium Plus"/>
          <w:sz w:val="24"/>
        </w:rPr>
        <w:t>ἄμοτον μεμαῶτι μάχεσθαι. ἐπιτάσει τοῦ α. ἢ μότα λέγει τὰ πληρωτικὰ τῶν πληγῶν. καὶ ἄμοτον κατὰ ἀπόφασιν τὸ μὴ πεπληρωμένον. ἀπὸ μεταφορᾶς τῶν μὴ πεπλη‐ ρωμένων τραυμάτων, τουτέστι τῶν μότων. ἢ ἀπὸ</w:t>
      </w:r>
    </w:p>
    <w:p>
      <w:r>
        <w:rPr>
          <w:rFonts w:ascii="Courier New" w:hAnsi="Courier New"/>
          <w:color w:val="555555"/>
          <w:sz w:val="20"/>
        </w:rPr>
        <w:t>[10]</w:t>
      </w:r>
    </w:p>
    <w:p>
      <w:r>
        <w:rPr>
          <w:rFonts w:ascii="Gentium Plus" w:hAnsi="Gentium Plus"/>
          <w:sz w:val="24"/>
        </w:rPr>
        <w:t>τοῦ μετρῶ, ἄμετρον καὶ ἄμοτον.] Ἄμπαυμα. ἀνάπαυμα. [καὶ κατὰ συγκοπὴν ἄμπαυμα. ἀμπνύνθη. ἀναπνύω, ἀναπνύσω, ἀνέπνυκα, ἀνέπνυμαι, ἄμπαυμα ἀνεπνύσθη. καὶ πλεονασμῷ τοῦ ν ἀμπνύνθη, ὡς τὸ ἀρτύνθη.]</w:t>
      </w:r>
    </w:p>
    <w:p>
      <w:r>
        <w:rPr>
          <w:rFonts w:ascii="Courier New" w:hAnsi="Courier New"/>
          <w:color w:val="555555"/>
          <w:sz w:val="20"/>
        </w:rPr>
        <w:t>[15]</w:t>
      </w:r>
    </w:p>
    <w:p>
      <w:r>
        <w:rPr>
          <w:rFonts w:ascii="Gentium Plus" w:hAnsi="Gentium Plus"/>
          <w:sz w:val="24"/>
        </w:rPr>
        <w:t>Ἀμπλάκημα. ἁμάρτημα. ἐκ τοῦ πλέκω, πλα‐ κῶ, πλάκημα, καὶ ἀμπλάκημα. ἢ παρὰ τὸ ἀναπλέκεσθαι ἡμᾶς. Ἄμπρον. σχοινίον, ὅπερ διὰ τῶν ζυγῶν διατείνει. ἢ σχοινίον, μεθ’ οὗ εἰώθασιν ἕλκειν, ἤτοι παρα‐</w:t>
      </w:r>
    </w:p>
    <w:p>
      <w:r>
        <w:rPr>
          <w:rFonts w:ascii="Courier New" w:hAnsi="Courier New"/>
          <w:color w:val="555555"/>
          <w:sz w:val="20"/>
        </w:rPr>
        <w:t>[20]</w:t>
      </w:r>
    </w:p>
    <w:p>
      <w:r>
        <w:rPr>
          <w:rFonts w:ascii="Gentium Plus" w:hAnsi="Gentium Plus"/>
          <w:sz w:val="24"/>
        </w:rPr>
        <w:t>κομίζειν μεγάλα φορτία. Ἀμυχρὸν καὶ ἀμυχνόν. τὸ καθαρὸν καὶ ἀμύσκα‐ ρον. Ἀμύθητον. ἄλεκτον, ἀνεκδιήγητον. Ἀμυντήριον. ξίφος, ἢ βάκλον, ἢ ῥάβδος, ἢ ἀξίνη,</w:t>
      </w:r>
    </w:p>
    <w:p>
      <w:r>
        <w:rPr>
          <w:rFonts w:ascii="Courier New" w:hAnsi="Courier New"/>
          <w:color w:val="555555"/>
          <w:sz w:val="20"/>
        </w:rPr>
        <w:t>[25]</w:t>
      </w:r>
    </w:p>
    <w:p>
      <w:r>
        <w:rPr>
          <w:rFonts w:ascii="Gentium Plus" w:hAnsi="Gentium Plus"/>
          <w:sz w:val="24"/>
        </w:rPr>
        <w:t>ἢ ἄλλό τι τῶν πληττόντων. Ἀμβλωθρίδιον. τὸ ἀμβλωθὲν βρέφος, τουτέστι τὸ ἄωρον, τὸ μὴ ἐννεαμήνως γεννηθέν. ἐκ τοῦ ἀμβλῶ, καὶ τοῦ θορῶ, τὸ πηδῶ. Ἀμφίγυια. τὰ ἑκατέρωθεν χωλά. [Ὅμηρος ἐπὶ</w:t>
      </w:r>
    </w:p>
    <w:p>
      <w:r>
        <w:rPr>
          <w:rFonts w:ascii="Courier New" w:hAnsi="Courier New"/>
          <w:color w:val="555555"/>
          <w:sz w:val="20"/>
        </w:rPr>
        <w:t>[30]</w:t>
      </w:r>
    </w:p>
    <w:p>
      <w:r>
        <w:rPr>
          <w:rFonts w:ascii="Gentium Plus" w:hAnsi="Gentium Plus"/>
          <w:sz w:val="24"/>
        </w:rPr>
        <w:t>τῶν δοράτων λέγει· —ἔγχεσιν ἀμφιγυίοισιν.</w:t>
      </w:r>
    </w:p>
    <w:p>
      <w:r>
        <w:rPr>
          <w:rFonts w:ascii="Courier New" w:hAnsi="Courier New"/>
          <w:color w:val="555555"/>
          <w:sz w:val="20"/>
        </w:rPr>
        <w:t>[alpha 156]</w:t>
      </w:r>
    </w:p>
    <w:p>
      <w:r>
        <w:rPr>
          <w:rFonts w:ascii="Gentium Plus" w:hAnsi="Gentium Plus"/>
          <w:sz w:val="24"/>
        </w:rPr>
        <w:t>λῶσαι καὶ πλῆξαι διὰ τῆς ἐπιδορατίδος καὶ τοῦ σαυρωτῆρος. οἷον· γυιώσωμεν σφῶϊν.] Ἀμφίβληστρον. τὸ δίκτυον. ἀπὸ τοῦ ἀμφοτέρω‐ θεν βάλλειν. [ἢ παρὰ τὸ βάλλω, βαλῶ, βλήσω,</w:t>
      </w:r>
    </w:p>
    <w:p>
      <w:r>
        <w:rPr>
          <w:rFonts w:ascii="Courier New" w:hAnsi="Courier New"/>
          <w:color w:val="555555"/>
          <w:sz w:val="20"/>
        </w:rPr>
        <w:t>[5]</w:t>
      </w:r>
    </w:p>
    <w:p>
      <w:r>
        <w:rPr>
          <w:rFonts w:ascii="Gentium Plus" w:hAnsi="Gentium Plus"/>
          <w:sz w:val="24"/>
        </w:rPr>
        <w:t>βλῆτρον, καὶ μετὰ τῆς ἀμφὶ, πλεονασμῷ τοῦ ς, ἀμφίβληστρον.] Ἀμφιδεές. περιδεές. Ἀμφίδορον. τὸ πανταχόθεν περιέχον. καὶ σκῦτος ἀμφιδόρου στηκτὸν ἀχαϊνέω.</w:t>
      </w:r>
    </w:p>
    <w:p>
      <w:r>
        <w:rPr>
          <w:rFonts w:ascii="Courier New" w:hAnsi="Courier New"/>
          <w:color w:val="555555"/>
          <w:sz w:val="20"/>
        </w:rPr>
        <w:t>[10]</w:t>
      </w:r>
    </w:p>
    <w:p>
      <w:r>
        <w:rPr>
          <w:rFonts w:ascii="Gentium Plus" w:hAnsi="Gentium Plus"/>
          <w:sz w:val="24"/>
        </w:rPr>
        <w:t>τουτέστιν ἐλάφου δέρμα. Ἀμφίδρομον. ἑλικοειδές. ἰδέσθέ μ’ οἷον ἄρτι κῦμα φοινίας ὑπὸ ζάλης ἀμφίδρομον κυκλεῖται.</w:t>
      </w:r>
    </w:p>
    <w:p>
      <w:r>
        <w:rPr>
          <w:rFonts w:ascii="Courier New" w:hAnsi="Courier New"/>
          <w:color w:val="555555"/>
          <w:sz w:val="20"/>
        </w:rPr>
        <w:t>[15]</w:t>
      </w:r>
    </w:p>
    <w:p>
      <w:r>
        <w:rPr>
          <w:rFonts w:ascii="Gentium Plus" w:hAnsi="Gentium Plus"/>
          <w:sz w:val="24"/>
        </w:rPr>
        <w:t>ἑλικοειδὲς, ὃ βαπτίζει τὰς ναῦς. Ἀμφίθυμον. διπλοῦν, ἢ τὸ ἔχον κατάδυσιν σκεπτόν. Ἀμφιθέατρον. τόπος πανταχόθεν περισκοπού‐ μενος. ὁ δὲ τῶν Φράγγων ἡγεμὼν εἰς ἀμφι‐</w:t>
      </w:r>
    </w:p>
    <w:p>
      <w:r>
        <w:rPr>
          <w:rFonts w:ascii="Courier New" w:hAnsi="Courier New"/>
          <w:color w:val="555555"/>
          <w:sz w:val="20"/>
        </w:rPr>
        <w:t>[20]</w:t>
      </w:r>
    </w:p>
    <w:p>
      <w:r>
        <w:rPr>
          <w:rFonts w:ascii="Gentium Plus" w:hAnsi="Gentium Plus"/>
          <w:sz w:val="24"/>
        </w:rPr>
        <w:t>θέατρόν τι ἀνήρχετο. Ἄμφηκες. ξίφος δίστομον, ἀμφοτέρωθεν ἠκο‐ νημένον, ἢ ἀπὸ τοῦ ἥκω, τὸ ἔρχομαι, ἥκης καὶ ἀμφήκης, καὶ τὸ οὐδέτερον ἄμφηκες. Ἀμφίκλαστον. τὸ πανταχόθεν κεκλασμένον.</w:t>
      </w:r>
    </w:p>
    <w:p>
      <w:r>
        <w:rPr>
          <w:rFonts w:ascii="Courier New" w:hAnsi="Courier New"/>
          <w:color w:val="555555"/>
          <w:sz w:val="20"/>
        </w:rPr>
        <w:t>[25]</w:t>
      </w:r>
    </w:p>
    <w:p>
      <w:r>
        <w:rPr>
          <w:rFonts w:ascii="Gentium Plus" w:hAnsi="Gentium Plus"/>
          <w:sz w:val="24"/>
        </w:rPr>
        <w:t>λείψανον [ἀμφίκλαστον ἁλιπλανέος σκολο‐ πένδρης.] [Ἀμφήριστον. ἀμφίλογον, ἀμφίβολον. ἐκ τοῦ ἐρίζω γίνεται ἤρισμαι, ἤρισαι, ἤρισται, ἠρι‐ στὸν καὶ ἀμφήριστον.]</w:t>
      </w:r>
    </w:p>
    <w:p>
      <w:r>
        <w:rPr>
          <w:rFonts w:ascii="Courier New" w:hAnsi="Courier New"/>
          <w:color w:val="555555"/>
          <w:sz w:val="20"/>
        </w:rPr>
        <w:t>[30]</w:t>
      </w:r>
    </w:p>
    <w:p>
      <w:r>
        <w:rPr>
          <w:rFonts w:ascii="Gentium Plus" w:hAnsi="Gentium Plus"/>
          <w:sz w:val="24"/>
        </w:rPr>
        <w:t>[Ἀμφίκρημνον. ἑκατέρωθεν ἐπικίνδυνον.] Ἀμφίβιον. τὸ δυνάμενον ἐν γῇ καὶ ὕδατι ζῇν.</w:t>
      </w:r>
    </w:p>
    <w:p>
      <w:r>
        <w:rPr>
          <w:rFonts w:ascii="Courier New" w:hAnsi="Courier New"/>
          <w:color w:val="555555"/>
          <w:sz w:val="20"/>
        </w:rPr>
        <w:t>[alpha 157]</w:t>
      </w:r>
    </w:p>
    <w:p>
      <w:r>
        <w:rPr>
          <w:rFonts w:ascii="Gentium Plus" w:hAnsi="Gentium Plus"/>
          <w:sz w:val="24"/>
        </w:rPr>
        <w:t>Ἀμφηρεφές. ἑκατέρωθεν ἐστεγασμένον. Ἀμφίδεα. ψέλια, βραχιόνια. Ἀμφιλαφές. τὸ κατάσκιον. [ἀμφιλαβὲς τὶ ὄν. τὸ ἑκατέρωθεν ληπτόν. τροπῇ τοῦ β εἰς</w:t>
      </w:r>
    </w:p>
    <w:p>
      <w:r>
        <w:rPr>
          <w:rFonts w:ascii="Courier New" w:hAnsi="Courier New"/>
          <w:color w:val="555555"/>
          <w:sz w:val="20"/>
        </w:rPr>
        <w:t>[5]</w:t>
      </w:r>
    </w:p>
    <w:p>
      <w:r>
        <w:rPr>
          <w:rFonts w:ascii="Gentium Plus" w:hAnsi="Gentium Plus"/>
          <w:sz w:val="24"/>
        </w:rPr>
        <w:t>φ. ἢ παρὰ τὸ τὴν ἁφήν.] Ἀμφίσβατα. τὰ ἀμφισβητήσιμα. [οὕτως Ἑλ‐ λάνικος.] Ἀμφὶ τὸ λυκόφως. περὶ τὴν αὐγήν. Ἀμφίχυτον. περικεχωσμένον.</w:t>
      </w:r>
    </w:p>
    <w:p>
      <w:r>
        <w:rPr>
          <w:rFonts w:ascii="Courier New" w:hAnsi="Courier New"/>
          <w:color w:val="555555"/>
          <w:sz w:val="20"/>
        </w:rPr>
        <w:t>[10]</w:t>
      </w:r>
    </w:p>
    <w:p>
      <w:r>
        <w:rPr>
          <w:rFonts w:ascii="Gentium Plus" w:hAnsi="Gentium Plus"/>
          <w:sz w:val="24"/>
        </w:rPr>
        <w:t>Ἀμφόδοντα ζῶα. οἷον ἄνθρωπος, ἵππος, ὄνος καὶ ὅσα οὐκ ἐνηλλαγμένους τοὺς ὀδόντας ἔχει· οἷς συμβέβηκε πιμελὴν, ἀλλ’ οὐ στέαρ ἔχειν. Ἀμφορείδιον. ὁ μικρὸς ἀσκός. Ἀμφοτερόπλουν. ὅταν τις ναυτικὸν δανείσῃ</w:t>
      </w:r>
    </w:p>
    <w:p>
      <w:r>
        <w:rPr>
          <w:rFonts w:ascii="Courier New" w:hAnsi="Courier New"/>
          <w:color w:val="555555"/>
          <w:sz w:val="20"/>
        </w:rPr>
        <w:t>[15]</w:t>
      </w:r>
    </w:p>
    <w:p>
      <w:r>
        <w:rPr>
          <w:rFonts w:ascii="Gentium Plus" w:hAnsi="Gentium Plus"/>
          <w:sz w:val="24"/>
        </w:rPr>
        <w:t>δάνειον, ἐπὶ τῶν ἐνθένδε πνεῦσαι, ποιῶν κἀκεῖ‐ θεν ἐνθάδε, τοῦτο ἀμφοτερόπλουν καλεῖται. οὕτως Δημοσθένης. Ἀμφικύπελλον. ποτήριον. παρὰ τὸ κύφον, κύ‐ φελον, καὶ κύπελον, καὶ μετὰ τῆς ἀμφὶ, ἀμ‐</w:t>
      </w:r>
    </w:p>
    <w:p>
      <w:r>
        <w:rPr>
          <w:rFonts w:ascii="Courier New" w:hAnsi="Courier New"/>
          <w:color w:val="555555"/>
          <w:sz w:val="20"/>
        </w:rPr>
        <w:t>[20]</w:t>
      </w:r>
    </w:p>
    <w:p>
      <w:r>
        <w:rPr>
          <w:rFonts w:ascii="Gentium Plus" w:hAnsi="Gentium Plus"/>
          <w:sz w:val="24"/>
        </w:rPr>
        <w:t>φικύπελλον, πλεονασμῷ ἑτέρου λ, τὸ ἐκ πε‐ ριφερείας κύφον. ὅθεν καὶ τὰ πρὸς ἡμᾶς κάτω νεύοντα νέφη κύφελα λέγονται. [ἢ παρὰ τὸ χέω, χύπελλον, ὅπου ὁ πηλὸς ἤγουν ὁ οἶνος χεῖται.]</w:t>
      </w:r>
    </w:p>
    <w:p>
      <w:r>
        <w:rPr>
          <w:rFonts w:ascii="Courier New" w:hAnsi="Courier New"/>
          <w:color w:val="555555"/>
          <w:sz w:val="20"/>
        </w:rPr>
        <w:t>[25]</w:t>
      </w:r>
    </w:p>
    <w:p>
      <w:r>
        <w:rPr>
          <w:rFonts w:ascii="Gentium Plus" w:hAnsi="Gentium Plus"/>
          <w:sz w:val="24"/>
        </w:rPr>
        <w:t>Ἀμώριον. πόλις τῆς μεγάλης Φρυγίας. [ὁ πο‐ λίτης Ἀμωριαεύς. ὡς Κοτυαεύς· Δορυλαεύς.] Ἄμπρον. τὸ σχοινίον τὸ ἕλκον τοὺς βόας. Ἀμφίξουν. τὸ καλῶς ξέον. —ἀμφίξουν τὲ σκέπαρνον.</w:t>
      </w:r>
    </w:p>
    <w:p>
      <w:r>
        <w:rPr>
          <w:rFonts w:ascii="Courier New" w:hAnsi="Courier New"/>
          <w:color w:val="555555"/>
          <w:sz w:val="20"/>
        </w:rPr>
        <w:t>[30]</w:t>
      </w:r>
    </w:p>
    <w:p>
      <w:r>
        <w:rPr>
          <w:rFonts w:ascii="Gentium Plus" w:hAnsi="Gentium Plus"/>
          <w:sz w:val="24"/>
        </w:rPr>
        <w:t>Ἀμέθεκτον. τὸ ἀκοινώνητον, τὸ ἀμέτοχον.</w:t>
      </w:r>
    </w:p>
    <w:p>
      <w:r>
        <w:rPr>
          <w:rFonts w:ascii="Courier New" w:hAnsi="Courier New"/>
          <w:color w:val="555555"/>
          <w:sz w:val="20"/>
        </w:rPr>
        <w:t>[alpha 158]</w:t>
      </w:r>
    </w:p>
    <w:p>
      <w:r>
        <w:rPr>
          <w:rFonts w:ascii="Gentium Plus" w:hAnsi="Gentium Plus"/>
          <w:sz w:val="24"/>
        </w:rPr>
        <w:t>Ἁμαλεῖον. ὁ δεσμὸς τῶν ἀσταχύων. Ἀμαυρόν. τὸ ἅμα ταῖς αὔραις φερόμενον. Ὅμηρος· —προσέφη εἴδωλον ἀμαυρόν.</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Ἀμαλδύνω. κυρίως τὸ διὰ πυρὸς ἀφανίσαι. ἀπὸ τοῦ μαίρω, τὸ λάμπω. ὁ μέλλων μαρῶ, ἀφ’ οὗ τὸ μαραίνω, καὶ στερήσει τοῦ α ἀμαρῶ, καὶ τροπῇ τοῦ ρ εἰς λ ἀμαλῶ καὶ κατὰ πα‐</w:t>
      </w:r>
    </w:p>
    <w:p>
      <w:r>
        <w:rPr>
          <w:rFonts w:ascii="Courier New" w:hAnsi="Courier New"/>
          <w:color w:val="555555"/>
          <w:sz w:val="20"/>
        </w:rPr>
        <w:t>[10]</w:t>
      </w:r>
    </w:p>
    <w:p>
      <w:r>
        <w:rPr>
          <w:rFonts w:ascii="Gentium Plus" w:hAnsi="Gentium Plus"/>
          <w:sz w:val="24"/>
        </w:rPr>
        <w:t>ραγωγὴν ἀμαλύνω, καὶ πλεονασμῷ τοῦ δ ἀμαλ‐ δύνω. [ἢ τὸ ἁπλῶς ἀφανίσαι, ἢ τὸ ὁμαλίσαι. παρὰ τὸ τὴν ἄμμον. οἷον ἄμμος, ἀμμῶ, ὡς δοῦλος, δουλῶ. οὕτως Ὠρίων.] Ἀμᾷν. τὸ θερίζειν. *καὶ ἀμῶ ὁμοίως.* παρὰ</w:t>
      </w:r>
    </w:p>
    <w:p>
      <w:r>
        <w:rPr>
          <w:rFonts w:ascii="Courier New" w:hAnsi="Courier New"/>
          <w:color w:val="555555"/>
          <w:sz w:val="20"/>
        </w:rPr>
        <w:t>[15]</w:t>
      </w:r>
    </w:p>
    <w:p>
      <w:r>
        <w:rPr>
          <w:rFonts w:ascii="Gentium Plus" w:hAnsi="Gentium Plus"/>
          <w:sz w:val="24"/>
        </w:rPr>
        <w:t>τὸ ὁμοῦ ἐπισπᾷν, οἷον ἀμασπᾷν. Ἀμαθαίνει. ἄγνωστός ἐστι. Ἀμαρύζω· καὶ ἀμαρύσσω. τὸ λάμπω. Ἀμαθύνειν. τὸ ἀφανίζειν. καὶ κόνιν ποιεῖν. Ἀμβλύνω. τὸ ἐκκλύω. [ὁ δὲ ἐπὶ πολὺ διῆγε</w:t>
      </w:r>
    </w:p>
    <w:p>
      <w:r>
        <w:rPr>
          <w:rFonts w:ascii="Courier New" w:hAnsi="Courier New"/>
          <w:color w:val="555555"/>
          <w:sz w:val="20"/>
        </w:rPr>
        <w:t>[20]</w:t>
      </w:r>
    </w:p>
    <w:p>
      <w:r>
        <w:rPr>
          <w:rFonts w:ascii="Gentium Plus" w:hAnsi="Gentium Plus"/>
          <w:sz w:val="24"/>
        </w:rPr>
        <w:t>τὸν πόλεμον] ἀμβλύνων τὴν τοῦ πολέμου ὀξύτητα. Ἀμβλυώττειν. τὸ τυφλώττειν. [παρὰ τὸ ἀμ‐ βλὰ ἔχειν τὰ ὄσσε ἤτοι τοὺς ὀφθαλμούς.] Ἀμβλώσκειν καὶ ἀμβλῶσαι. τὸ ἀτελῶς γεν‐</w:t>
      </w:r>
    </w:p>
    <w:p>
      <w:r>
        <w:rPr>
          <w:rFonts w:ascii="Courier New" w:hAnsi="Courier New"/>
          <w:color w:val="555555"/>
          <w:sz w:val="20"/>
        </w:rPr>
        <w:t>[25]</w:t>
      </w:r>
    </w:p>
    <w:p>
      <w:r>
        <w:rPr>
          <w:rFonts w:ascii="Gentium Plus" w:hAnsi="Gentium Plus"/>
          <w:sz w:val="24"/>
        </w:rPr>
        <w:t>νῆσαι, ἢ τὸ εὐτελὲς βρέφος ἀποβαλεῖν. [καὶ τὰ πρὸς τοῦτο φάρμακα ἀμβλωθρίδια καλοῦσιν οἱ ἰατροί. ἀπὸ μεταφορᾶς τῶν ἀμπέλων. ὁπό‐ ταν γὰρ αὗται τοὺς λεγομένους ὀφθαλμοὺς</w:t>
      </w:r>
    </w:p>
    <w:p>
      <w:r>
        <w:rPr>
          <w:rFonts w:ascii="Courier New" w:hAnsi="Courier New"/>
          <w:color w:val="555555"/>
          <w:sz w:val="20"/>
        </w:rPr>
        <w:t>[alpha 159]</w:t>
      </w:r>
    </w:p>
    <w:p>
      <w:r>
        <w:rPr>
          <w:rFonts w:ascii="Gentium Plus" w:hAnsi="Gentium Plus"/>
          <w:sz w:val="24"/>
        </w:rPr>
        <w:t>Ἀμβλίσκουσι καὶ ἀμβλώσκουσι. ἀντὶ τοῦ ἀποβάλλουσι. Ἀμενήνωσεν. ἀσθενῆ ἐποίησεν. Ἀμείβεσθαι. ἀποκρίνεσθαι.</w:t>
      </w:r>
    </w:p>
    <w:p>
      <w:r>
        <w:rPr>
          <w:rFonts w:ascii="Courier New" w:hAnsi="Courier New"/>
          <w:color w:val="555555"/>
          <w:sz w:val="20"/>
        </w:rPr>
        <w:t>[5]</w:t>
      </w:r>
    </w:p>
    <w:p>
      <w:r>
        <w:rPr>
          <w:rFonts w:ascii="Gentium Plus" w:hAnsi="Gentium Plus"/>
          <w:sz w:val="24"/>
        </w:rPr>
        <w:t>Ἀμειψόμεθα. ἀνταποδώσομεν. *Ἀμείβω. τὸ διαβιβάζω.* Ἀμείβοντα. ἀλλάσσοντα. Ἀμείψωμεν. ἀντὶ τοῦ καταλλάξωμεν. Ἀμειψιρυσμεῖν. μεταμορφοῦσθαι.</w:t>
      </w:r>
    </w:p>
    <w:p>
      <w:r>
        <w:rPr>
          <w:rFonts w:ascii="Courier New" w:hAnsi="Courier New"/>
          <w:color w:val="555555"/>
          <w:sz w:val="20"/>
        </w:rPr>
        <w:t>[10]</w:t>
      </w:r>
    </w:p>
    <w:p>
      <w:r>
        <w:rPr>
          <w:rFonts w:ascii="Gentium Plus" w:hAnsi="Gentium Plus"/>
          <w:sz w:val="24"/>
        </w:rPr>
        <w:t>Ἀμέλγει. ἐπισπᾶται τὸ γάλα. παρὰ τὸ ἅμα ἕλκειν. Ἀμέρδω. τὸ στερίσκω. —ὄσσε δ’ ἄμερδεν αὐγὴ χαλκείη—.</w:t>
      </w:r>
    </w:p>
    <w:p>
      <w:r>
        <w:rPr>
          <w:rFonts w:ascii="Courier New" w:hAnsi="Courier New"/>
          <w:color w:val="555555"/>
          <w:sz w:val="20"/>
        </w:rPr>
        <w:t>[15]</w:t>
      </w:r>
    </w:p>
    <w:p>
      <w:r>
        <w:rPr>
          <w:rFonts w:ascii="Gentium Plus" w:hAnsi="Gentium Plus"/>
          <w:sz w:val="24"/>
        </w:rPr>
        <w:t>Ἀμπαύσας. ἀναπαύσας. ὁ δὲ ἀμπαύσας αὐ‐ τοὺς, ὅσον τὴν πρώτην φυλακὴν τῆς νυκτὸς προελθεῖν——. Ἀμπίσχω. τὸ ἐνδύομαι. [καὶ ἠμπισχημένος, καὶ ἀμπέχω, καὶ ἀμπέχομαι, ἠμπίσχετο. ἠμπει‐</w:t>
      </w:r>
    </w:p>
    <w:p>
      <w:r>
        <w:rPr>
          <w:rFonts w:ascii="Courier New" w:hAnsi="Courier New"/>
          <w:color w:val="555555"/>
          <w:sz w:val="20"/>
        </w:rPr>
        <w:t>[20]</w:t>
      </w:r>
    </w:p>
    <w:p>
      <w:r>
        <w:rPr>
          <w:rFonts w:ascii="Gentium Plus" w:hAnsi="Gentium Plus"/>
          <w:sz w:val="24"/>
        </w:rPr>
        <w:t>χόμην δὲ καὶ ἠμπείχετο, δίφθογγα.]</w:t>
      </w:r>
    </w:p>
    <w:p>
      <w:r>
        <w:rPr>
          <w:rFonts w:ascii="Courier New" w:hAnsi="Courier New"/>
          <w:color w:val="555555"/>
          <w:sz w:val="20"/>
        </w:rPr>
        <w:t>[alpha 160]</w:t>
      </w:r>
    </w:p>
    <w:p>
      <w:r>
        <w:rPr>
          <w:rFonts w:ascii="Gentium Plus" w:hAnsi="Gentium Plus"/>
          <w:sz w:val="24"/>
        </w:rPr>
        <w:t>Ἀμοιρῆσαι. ἀποτυχεῖν. Ἀμήσαντες. θερίσαντες. Ἀμώντων. θεριζόντων. Ἁμορμεύεσκε. συνοδοιπόρει.</w:t>
      </w:r>
    </w:p>
    <w:p>
      <w:r>
        <w:rPr>
          <w:rFonts w:ascii="Courier New" w:hAnsi="Courier New"/>
          <w:color w:val="555555"/>
          <w:sz w:val="20"/>
        </w:rPr>
        <w:t>[5]</w:t>
      </w:r>
    </w:p>
    <w:p>
      <w:r>
        <w:rPr>
          <w:rFonts w:ascii="Gentium Plus" w:hAnsi="Gentium Plus"/>
          <w:sz w:val="24"/>
        </w:rPr>
        <w:t>σὺν δ’ ἡμῖν ὁ πελαργὸς ἁμορμεύεσκεν. ἀπὸ τοῦ ἀμορμεύειν, καὶ ὁρμᾷν καὶ πορεύε‐ σθαι. ἀμορμεύειν δὲ ἀπὸ τοῦ ἅμα ὁρμᾷν. Ἀμπρεύοντες. παρακομίζοντες. [ἄμπρον γὰρ τὸ σχοινίον τὸ ἕλκον τοὺς βοῦς.]</w:t>
      </w:r>
    </w:p>
    <w:p>
      <w:r>
        <w:rPr>
          <w:rFonts w:ascii="Courier New" w:hAnsi="Courier New"/>
          <w:color w:val="555555"/>
          <w:sz w:val="20"/>
        </w:rPr>
        <w:t>[10]</w:t>
      </w:r>
    </w:p>
    <w:p>
      <w:r>
        <w:rPr>
          <w:rFonts w:ascii="Gentium Plus" w:hAnsi="Gentium Plus"/>
          <w:sz w:val="24"/>
        </w:rPr>
        <w:t>Ἀμπρεύων. ὁ μὲν Καλλίμαχος κυρίως ἐπὶ τοῦ ἕλκειν ἔλαβε τὴν λέξιν· ὁ δὲ Λυκόφρων ἐπὶ τοῦ κακοπαθεῖν. ἄλλοι δὲ φασὶν, ὅτι ἀμπρεύειν ἐστὶ κυρίως τὸ μετὰ ἁμάξης πορεύεσθαι. Ἀμύνεσθαι. Θουκυδίδης μὲν ἀντὶ τοῦ ἀμείβε‐</w:t>
      </w:r>
    </w:p>
    <w:p>
      <w:r>
        <w:rPr>
          <w:rFonts w:ascii="Courier New" w:hAnsi="Courier New"/>
          <w:color w:val="555555"/>
          <w:sz w:val="20"/>
        </w:rPr>
        <w:t>[15]</w:t>
      </w:r>
    </w:p>
    <w:p>
      <w:r>
        <w:rPr>
          <w:rFonts w:ascii="Gentium Plus" w:hAnsi="Gentium Plus"/>
          <w:sz w:val="24"/>
        </w:rPr>
        <w:t>σθαι· Σιμωνίδης δὲ ἀντὶ τοῦ χάριτας ἀπο‐ δοῦναι· Σοφοκλῆς δὲ ἀντὶ τοῦ ἀπαλεξῆσαι. ἐπὶ τῶν προηδικηκότων τάσσουσιν οἱ ῥήτορες τὸ ἀμύνεσθαι, ὅτε οἱ κακόν τι παθόντες ἀντιπράτ‐ τουσι τοὺς προδιατιθέντας.</w:t>
      </w:r>
    </w:p>
    <w:p>
      <w:r>
        <w:rPr>
          <w:rFonts w:ascii="Courier New" w:hAnsi="Courier New"/>
          <w:color w:val="555555"/>
          <w:sz w:val="20"/>
        </w:rPr>
        <w:t>[20]</w:t>
      </w:r>
    </w:p>
    <w:p>
      <w:r>
        <w:rPr>
          <w:rFonts w:ascii="Gentium Plus" w:hAnsi="Gentium Plus"/>
          <w:sz w:val="24"/>
        </w:rPr>
        <w:t>Ἀμύνειν. τὸ βοηθεῖν. παρὰ Θουκυδίδῃ.</w:t>
      </w:r>
    </w:p>
    <w:p>
      <w:r>
        <w:rPr>
          <w:rFonts w:ascii="Courier New" w:hAnsi="Courier New"/>
          <w:color w:val="555555"/>
          <w:sz w:val="20"/>
        </w:rPr>
        <w:t>[alpha 161]</w:t>
      </w:r>
    </w:p>
    <w:p>
      <w:r>
        <w:rPr>
          <w:rFonts w:ascii="Gentium Plus" w:hAnsi="Gentium Plus"/>
          <w:sz w:val="24"/>
        </w:rPr>
        <w:t>Ἀμύνεσθαι. τὸ κολάζειν. Ἀμυνόμενοι. τοὺς κακόν τι πράξαντας ἀντιδια‐ τιθέντες. οἱ δὲ Ῥωμαῖοι ἔθος εἶχον, μὴ ἄρ‐ χοντες φαίνεσθαι χειρῶν ἀδίκων, ἀλλ’ ἀεὶ</w:t>
      </w:r>
    </w:p>
    <w:p>
      <w:r>
        <w:rPr>
          <w:rFonts w:ascii="Courier New" w:hAnsi="Courier New"/>
          <w:color w:val="555555"/>
          <w:sz w:val="20"/>
        </w:rPr>
        <w:t>[5]</w:t>
      </w:r>
    </w:p>
    <w:p>
      <w:r>
        <w:rPr>
          <w:rFonts w:ascii="Gentium Plus" w:hAnsi="Gentium Plus"/>
          <w:sz w:val="24"/>
        </w:rPr>
        <w:t>δοκεῖν ἀμυνόμενοι. Ἀμύνω σοι. βοηθῶ σοι. Ἀμύνομαί σε δὲ, ἀντὶ τοῦ τιμωρῶ σε. Ἀμύνοντες. ἀνταποδιδόντες. Ἀμῦναι. ἀποσοβῆσαι ἢ βοηθῆσαι.</w:t>
      </w:r>
    </w:p>
    <w:p>
      <w:r>
        <w:rPr>
          <w:rFonts w:ascii="Courier New" w:hAnsi="Courier New"/>
          <w:color w:val="555555"/>
          <w:sz w:val="20"/>
        </w:rPr>
        <w:t>[10]</w:t>
      </w:r>
    </w:p>
    <w:p>
      <w:r>
        <w:rPr>
          <w:rFonts w:ascii="Gentium Plus" w:hAnsi="Gentium Plus"/>
          <w:sz w:val="24"/>
        </w:rPr>
        <w:t>Ἀμιθρῆσαι. μετρῆσαι, ἀριθμῆσαι. Ἀμπνύνθη. ἀνέπνευσεν. Ἀμπρεύουσιν. ἐπὶ τοῦ κακοπαθεῖν. ὁ Λυκό‐ φρων, οἷον· ἄχλαινον ἀμπρεύουσι νηλύποι βίον.</w:t>
      </w:r>
    </w:p>
    <w:p>
      <w:r>
        <w:rPr>
          <w:rFonts w:ascii="Courier New" w:hAnsi="Courier New"/>
          <w:color w:val="555555"/>
          <w:sz w:val="20"/>
        </w:rPr>
        <w:t>[15]</w:t>
      </w:r>
    </w:p>
    <w:p>
      <w:r>
        <w:rPr>
          <w:rFonts w:ascii="Gentium Plus" w:hAnsi="Gentium Plus"/>
          <w:sz w:val="24"/>
        </w:rPr>
        <w:t>Ἀμπείραντες. τὸ διαπείραντες. πείρω γὰρ τὸ σουβλίζω καὶ κεντῶ. Ἀμπεπαλών. [μετοχὴ ἀορίστου πρώτου. οἱ γὰρ Ἴωνες ἐν τοῖς ῥήμασιν καὶ ταῖς μετοχαῖς εἰώθασιν ἀναδιπλασιάζειν· λάχωσι, λελάχωσι,</w:t>
      </w:r>
    </w:p>
    <w:p>
      <w:r>
        <w:rPr>
          <w:rFonts w:ascii="Courier New" w:hAnsi="Courier New"/>
          <w:color w:val="555555"/>
          <w:sz w:val="20"/>
        </w:rPr>
        <w:t>[20]</w:t>
      </w:r>
    </w:p>
    <w:p>
      <w:r>
        <w:rPr>
          <w:rFonts w:ascii="Gentium Plus" w:hAnsi="Gentium Plus"/>
          <w:sz w:val="24"/>
        </w:rPr>
        <w:t>λάθῃ, λελάθῃ ... δ’ ὀδυνάων.] [Ἀμύσσω. ξέω, σπαράσσω.] Ἀμύξεις. λυπήσεις. [ἀμύσσω, ἀμύξω. τὸ δὲ ἀμύσσω παρὰ τὸ μύω ἐπίῤῥημα γίνεται μύξω καὶ ἀμύξω. τὸ λίαν οἰμώζειν. τὸ δὲ ξ τρέπε‐</w:t>
      </w:r>
    </w:p>
    <w:p>
      <w:r>
        <w:rPr>
          <w:rFonts w:ascii="Courier New" w:hAnsi="Courier New"/>
          <w:color w:val="555555"/>
          <w:sz w:val="20"/>
        </w:rPr>
        <w:t>[25]</w:t>
      </w:r>
    </w:p>
    <w:p>
      <w:r>
        <w:rPr>
          <w:rFonts w:ascii="Gentium Plus" w:hAnsi="Gentium Plus"/>
          <w:sz w:val="24"/>
        </w:rPr>
        <w:t>ται εἰς δύο σς αἰολικῶς, καὶ γίνεται ἀμύσσω.</w:t>
      </w:r>
    </w:p>
    <w:p>
      <w:r>
        <w:rPr>
          <w:rFonts w:ascii="Courier New" w:hAnsi="Courier New"/>
          <w:color w:val="555555"/>
          <w:sz w:val="20"/>
        </w:rPr>
        <w:t>[alpha 162]</w:t>
      </w:r>
    </w:p>
    <w:p>
      <w:r>
        <w:rPr>
          <w:rFonts w:ascii="Gentium Plus" w:hAnsi="Gentium Plus"/>
          <w:sz w:val="24"/>
        </w:rPr>
        <w:t>Ἀμφιαχυῖα. ὀδυρομένη. περὶ τῶν τέκνων ἀμφιαχυῖα. Ἀμφαγνοεῖ. ἀμφιβάλλει. *Ἀμφιέσαο. περιβάλλου.*</w:t>
      </w:r>
    </w:p>
    <w:p>
      <w:r>
        <w:rPr>
          <w:rFonts w:ascii="Courier New" w:hAnsi="Courier New"/>
          <w:color w:val="555555"/>
          <w:sz w:val="20"/>
        </w:rPr>
        <w:t>[5]</w:t>
      </w:r>
    </w:p>
    <w:p>
      <w:r>
        <w:rPr>
          <w:rFonts w:ascii="Gentium Plus" w:hAnsi="Gentium Plus"/>
          <w:sz w:val="24"/>
        </w:rPr>
        <w:t>Ἀμφεπονεῖτο. ἔσπευδεν, ἠγωνίζετο, ἐνήργει. πονῶ γὰρ τὸ ἐνεργῶ. Ἀμφιέννυται. ἐνδύεται. παρὰ τὸ ἴω τὸ ἐνδέδυ‐ μαι. [παρὰ τὸ ἕω τὸ ἐνδέδυμαι. πλεονασμῷ τοῦ ν ἔνω, ἐνύω, εἴνυτο. καὶ ἐπεὶ ἔθος ἔχουσιν οἱ</w:t>
      </w:r>
    </w:p>
    <w:p>
      <w:r>
        <w:rPr>
          <w:rFonts w:ascii="Courier New" w:hAnsi="Courier New"/>
          <w:color w:val="555555"/>
          <w:sz w:val="20"/>
        </w:rPr>
        <w:t>[10]</w:t>
      </w:r>
    </w:p>
    <w:p>
      <w:r>
        <w:rPr>
          <w:rFonts w:ascii="Gentium Plus" w:hAnsi="Gentium Plus"/>
          <w:sz w:val="24"/>
        </w:rPr>
        <w:t>Αἰολεῖς πρὸς τὸ ἐπιφερόμενον σύμφωνον τρέ‐ πειν, οἷον φθείρω, φθερῶ, τὸν αὐτὸν τρόπον τρέπουσι τὸ ι εἰς τὸ ν, καὶ γίνεται ἐννύων, καὶ ἀμφιεννύων· καὶ ἐξ αὐτοῦ παράγωγον ἀμφιέν‐ νυμι, καὶ τὸ παθητικὸν ἀμφιέννυμαι, ἀμφιέν‐</w:t>
      </w:r>
    </w:p>
    <w:p>
      <w:r>
        <w:rPr>
          <w:rFonts w:ascii="Courier New" w:hAnsi="Courier New"/>
          <w:color w:val="555555"/>
          <w:sz w:val="20"/>
        </w:rPr>
        <w:t>[15]</w:t>
      </w:r>
    </w:p>
    <w:p>
      <w:r>
        <w:rPr>
          <w:rFonts w:ascii="Gentium Plus" w:hAnsi="Gentium Plus"/>
          <w:sz w:val="24"/>
        </w:rPr>
        <w:t>νυται.] Ἀμφίσκουσιν. ἐνδύουσιν. Ἀμφισβητεῖν. ἀμφιβάλλειν. Ἀμφισβητῶ καὶ σοὶ καὶ σοῦ. Ἀμφισβητεῖν καὶ παρακαταβάλλειν. [ὅταν τε‐</w:t>
      </w:r>
    </w:p>
    <w:p>
      <w:r>
        <w:rPr>
          <w:rFonts w:ascii="Courier New" w:hAnsi="Courier New"/>
          <w:color w:val="555555"/>
          <w:sz w:val="20"/>
        </w:rPr>
        <w:t>[20]</w:t>
      </w:r>
    </w:p>
    <w:p>
      <w:r>
        <w:rPr>
          <w:rFonts w:ascii="Gentium Plus" w:hAnsi="Gentium Plus"/>
          <w:sz w:val="24"/>
        </w:rPr>
        <w:t>λευτήσας τὶς ἄπαις εἶναι δοκεῖ, φάσκει δέ τις ἑαυτὸν ἐκείνου υἱὸν, οὗτος ἀμφισβητεῖν τοῦ κλή‐ ρου λέγεται. εἰ δὲ παῖδα μὲν τοῦ θανόντος ἑαυτὸν μὴ εἰσάγει, λέγει δὲ ἄλλως κατὰ γέ‐ νος ἑαυτῷ προσήκειν τὸν κλῆρον, παρακατα‐</w:t>
      </w:r>
    </w:p>
    <w:p>
      <w:r>
        <w:rPr>
          <w:rFonts w:ascii="Courier New" w:hAnsi="Courier New"/>
          <w:color w:val="555555"/>
          <w:sz w:val="20"/>
        </w:rPr>
        <w:t>[25]</w:t>
      </w:r>
    </w:p>
    <w:p>
      <w:r>
        <w:rPr>
          <w:rFonts w:ascii="Gentium Plus" w:hAnsi="Gentium Plus"/>
          <w:sz w:val="24"/>
        </w:rPr>
        <w:t>βάλλειν αὐτὸν οἱ νόμοι κελεύουσι. πλὴν ἀμ‐</w:t>
      </w:r>
    </w:p>
    <w:p>
      <w:r>
        <w:rPr>
          <w:rFonts w:ascii="Courier New" w:hAnsi="Courier New"/>
          <w:color w:val="555555"/>
          <w:sz w:val="20"/>
        </w:rPr>
        <w:t>[alpha 163]</w:t>
      </w:r>
    </w:p>
    <w:p>
      <w:r>
        <w:rPr>
          <w:rFonts w:ascii="Gentium Plus" w:hAnsi="Gentium Plus"/>
          <w:sz w:val="24"/>
        </w:rPr>
        <w:t>Ἀμφισβητοῦντες. ἀμφιλογοῦντες. [ἀπὸ τοῦ ἀμ‐ φὶς καὶ τοῦ βάζειν. πολλάκις δὲ πλεονάζει τὸ β. ὡς ἐν τῷ· ἄδηρον, ἄβδηρον· καὶ σίδαι, σίβδαι. ἢ παρὰ τὸ ἀμφὶς ἐπίῤῥημα, τὸ κεχω‐</w:t>
      </w:r>
    </w:p>
    <w:p>
      <w:r>
        <w:rPr>
          <w:rFonts w:ascii="Courier New" w:hAnsi="Courier New"/>
          <w:color w:val="555555"/>
          <w:sz w:val="20"/>
        </w:rPr>
        <w:t>[5]</w:t>
      </w:r>
    </w:p>
    <w:p>
      <w:r>
        <w:rPr>
          <w:rFonts w:ascii="Gentium Plus" w:hAnsi="Gentium Plus"/>
          <w:sz w:val="24"/>
        </w:rPr>
        <w:t>ρισμένως βαίνειν. τοιοῦτοι γὰρ οἱ διστάζοντες.] Ἀμφίσταται. περιΐσταται. ἀμφίσταται διαπρύσιος ὄττοβος. Ἀμφέχανε. καταπέπωκε. —τοὺς δ’ ὁ μέλας ἀμφέχανε θάνατος.</w:t>
      </w:r>
    </w:p>
    <w:p>
      <w:r>
        <w:rPr>
          <w:rFonts w:ascii="Courier New" w:hAnsi="Courier New"/>
          <w:color w:val="555555"/>
          <w:sz w:val="20"/>
        </w:rPr>
        <w:t>[10]</w:t>
      </w:r>
    </w:p>
    <w:p>
      <w:r>
        <w:rPr>
          <w:rFonts w:ascii="Gentium Plus" w:hAnsi="Gentium Plus"/>
          <w:sz w:val="24"/>
        </w:rPr>
        <w:t>Ἀμφιανακτίζειν. τὸ προοιμιάζειν, διὰ τὸ οὕ‐ τω προοιμιάζεσθαι. Περίανδρος· ἀμφί μοι αὖτις ἄνακτα. Ἀμφέχυτο. τὸ παράγωγον χῦμι, χῦμαι, ἐχύ‐ μην, ἔχυσο, ἔχυτο, καὶ ἀμφέχυτο.</w:t>
      </w:r>
    </w:p>
    <w:p>
      <w:r>
        <w:rPr>
          <w:rFonts w:ascii="Courier New" w:hAnsi="Courier New"/>
          <w:color w:val="555555"/>
          <w:sz w:val="20"/>
        </w:rPr>
        <w:t>[15]</w:t>
      </w:r>
    </w:p>
    <w:p>
      <w:r>
        <w:rPr>
          <w:rFonts w:ascii="Gentium Plus" w:hAnsi="Gentium Plus"/>
          <w:sz w:val="24"/>
        </w:rPr>
        <w:t>Ἀμφιδέδῃε. περιειλεῖται, περιορίζει. ἢ καὶ ἀμ‐ φοτέρωθεν περιεκύκλωσεν. ἀπὸ τοῦ δέω μέσου παρακειμένου. *Ἀμύσσω. ξέω, σπαράσσω.* Ἀμφιειμένος. ἐνδεδυμένος. παρὰ τὸ ἕω τὸ ἐν‐</w:t>
      </w:r>
    </w:p>
    <w:p>
      <w:r>
        <w:rPr>
          <w:rFonts w:ascii="Courier New" w:hAnsi="Courier New"/>
          <w:color w:val="555555"/>
          <w:sz w:val="20"/>
        </w:rPr>
        <w:t>[20]</w:t>
      </w:r>
    </w:p>
    <w:p>
      <w:r>
        <w:rPr>
          <w:rFonts w:ascii="Gentium Plus" w:hAnsi="Gentium Plus"/>
          <w:sz w:val="24"/>
        </w:rPr>
        <w:t>δύομαι. [ὁ μέλλων ἔσω, ὁ παρακείμενος εἶκα, ὁ παθητικὸς εἶμαι. εἰμένος ἡ μετοχὴ, οἷον —εἰμένος ὤμοιϊν νεφέλην— καὶ ἐν συνθέσει, ἀμφιειμένος.] [Ἀμφαφόωσα. ψηλαφῶσα. Ὅμηρος·</w:t>
      </w:r>
    </w:p>
    <w:p>
      <w:r>
        <w:rPr>
          <w:rFonts w:ascii="Courier New" w:hAnsi="Courier New"/>
          <w:color w:val="555555"/>
          <w:sz w:val="20"/>
        </w:rPr>
        <w:t>[25]</w:t>
      </w:r>
    </w:p>
    <w:p>
      <w:r>
        <w:rPr>
          <w:rFonts w:ascii="Gentium Plus" w:hAnsi="Gentium Plus"/>
          <w:sz w:val="24"/>
        </w:rPr>
        <w:t>—κοῖλον λόχον ἀμφαφόωσα.] Ἀμφισβητῶ. τὸ ἐξετάζω. [καὶ ἀμφισβητία.]</w:t>
      </w:r>
    </w:p>
    <w:p>
      <w:pPr>
        <w:jc w:val="center"/>
      </w:pPr>
      <w:r>
        <w:rPr>
          <w:rFonts w:ascii="Gentium Plus" w:hAnsi="Gentium Plus"/>
          <w:b/>
          <w:sz w:val="24"/>
        </w:rPr>
        <w:t>(Ἐπίῤῥημα.)</w:t>
      </w:r>
    </w:p>
    <w:p>
      <w:r>
        <w:rPr>
          <w:rFonts w:ascii="Courier New" w:hAnsi="Courier New"/>
          <w:color w:val="555555"/>
          <w:sz w:val="20"/>
        </w:rPr>
        <w:t>[28]</w:t>
      </w:r>
    </w:p>
    <w:p>
      <w:r>
        <w:rPr>
          <w:rFonts w:ascii="Gentium Plus" w:hAnsi="Gentium Plus"/>
          <w:sz w:val="24"/>
        </w:rPr>
        <w:t>Ἀμέλει. διὰ τοῦτο. βεβαιωτικῶς. Ἀμελητί. χωρὶς βραδυτῆτος καὶ ὑπερθέσεως.</w:t>
      </w:r>
    </w:p>
    <w:p>
      <w:r>
        <w:rPr>
          <w:rFonts w:ascii="Courier New" w:hAnsi="Courier New"/>
          <w:color w:val="555555"/>
          <w:sz w:val="20"/>
        </w:rPr>
        <w:t>[30]</w:t>
      </w:r>
    </w:p>
    <w:p>
      <w:r>
        <w:rPr>
          <w:rFonts w:ascii="Gentium Plus" w:hAnsi="Gentium Plus"/>
          <w:sz w:val="24"/>
        </w:rPr>
        <w:t>Ἀμεταστρεπτί. χωρὶς ἐπιστροφῆς. [Ἀμελεϊστί. χωρὶς βραδυτῆτος.]</w:t>
      </w:r>
    </w:p>
    <w:p>
      <w:r>
        <w:rPr>
          <w:rFonts w:ascii="Courier New" w:hAnsi="Courier New"/>
          <w:color w:val="555555"/>
          <w:sz w:val="20"/>
        </w:rPr>
        <w:t>[alpha 164]</w:t>
      </w:r>
    </w:p>
    <w:p>
      <w:r>
        <w:rPr>
          <w:rFonts w:ascii="Gentium Plus" w:hAnsi="Gentium Plus"/>
          <w:sz w:val="24"/>
        </w:rPr>
        <w:t>Ἅμα. Δημοσθένης ἐπὶ τοῦ εὐθέως καὶ παρα‐ χρῆμα ἔταξε, παρὰ τὸ θαμὰ, καὶ ἀποβολῇ τοῦ θ ἅμα. [τὸ γὰρ πυκνῶς γινόμενον κατὰ τὸν αὐτὸν ἀποτελεῖται χρόνον. τὸ δὲ θαμὰ,</w:t>
      </w:r>
    </w:p>
    <w:p>
      <w:r>
        <w:rPr>
          <w:rFonts w:ascii="Courier New" w:hAnsi="Courier New"/>
          <w:color w:val="555555"/>
          <w:sz w:val="20"/>
        </w:rPr>
        <w:t>[5]</w:t>
      </w:r>
    </w:p>
    <w:p>
      <w:r>
        <w:rPr>
          <w:rFonts w:ascii="Gentium Plus" w:hAnsi="Gentium Plus"/>
          <w:sz w:val="24"/>
        </w:rPr>
        <w:t>ἔστι θαμὸς, ἐξ οὗ τὸ θαμειὸς, ὡς ἀδελφὸς, ἀδελφειός. τὸ θηλυκὸν θαμειά. τὸ οὐδέτερον θαμά. ἡ εὐθεῖα τῶν πληθυντικῶν θαμὰ, καὶ τὸ ἐπίῤῥημα θαμά· οὐ γὰρ ἀπὸ τοῦ θαμὺς, θαμειὸς, ἀφ’ οὗ τὸ, θαμέες γὰρ ἄκοντες.]</w:t>
      </w:r>
    </w:p>
    <w:p>
      <w:r>
        <w:rPr>
          <w:rFonts w:ascii="Courier New" w:hAnsi="Courier New"/>
          <w:color w:val="555555"/>
          <w:sz w:val="20"/>
        </w:rPr>
        <w:t>[10]</w:t>
      </w:r>
    </w:p>
    <w:p>
      <w:r>
        <w:rPr>
          <w:rFonts w:ascii="Gentium Plus" w:hAnsi="Gentium Plus"/>
          <w:sz w:val="24"/>
        </w:rPr>
        <w:t>Ἁμαρτῇ. ὁμοῦ, καὶ κατὰ τὸ αὐτό. καὶ ὁ μὲν Ἀρίσταρχος χωρὶς τοῦ ι λέγει γράφεσθαι αὐ‐ τὸ, ὅτι ἀπὸ τοῦ ἁμαρτάδην κατὰ ἀποκοπήν. ᾧτινι οὐ συνᾴδουσι τὰ τῆς παραδόσεως. ἡ γὰρ παράδοσις σὺν τῷ ι οἶδε γράφειν αὐτό. Ἡρω‐</w:t>
      </w:r>
    </w:p>
    <w:p>
      <w:r>
        <w:rPr>
          <w:rFonts w:ascii="Courier New" w:hAnsi="Courier New"/>
          <w:color w:val="555555"/>
          <w:sz w:val="20"/>
        </w:rPr>
        <w:t>[15]</w:t>
      </w:r>
    </w:p>
    <w:p>
      <w:r>
        <w:rPr>
          <w:rFonts w:ascii="Gentium Plus" w:hAnsi="Gentium Plus"/>
          <w:sz w:val="24"/>
        </w:rPr>
        <w:t>διανὸς δέ φησι σύνθετον εἶναι, ἀπὸ τοῦ ἅμα καὶ τοῦ ἀρτῶ, καὶ γίνεται ἀπὸ ἀμφοτέρων ἐπίῤῥημα, ἁμαρτῆ καὶ ὁμαρτῆ. ἰστέον δὲ, ὅτι τὰ ἀπὸ δοτικῆς γινόμενα ἔχουσι τὸ ι. οἷον· ταύτῃ ἐπίῤῥημα.</w:t>
      </w:r>
    </w:p>
    <w:p>
      <w:r>
        <w:rPr>
          <w:rFonts w:ascii="Courier New" w:hAnsi="Courier New"/>
          <w:color w:val="555555"/>
          <w:sz w:val="20"/>
        </w:rPr>
        <w:t>[20]</w:t>
      </w:r>
    </w:p>
    <w:p>
      <w:r>
        <w:rPr>
          <w:rFonts w:ascii="Gentium Plus" w:hAnsi="Gentium Plus"/>
          <w:sz w:val="24"/>
        </w:rPr>
        <w:t>Ἀμενητί. χωρὶς τοῦ ἐπιμεῖναι. Ἀμετρί. χωρὶς μέτρου. καὶ παροιμία· ἀμετρὶ μάζαν ἔδοντες. Ἀμήν. πεπεισμένως, ἀληθῶς. ἢ ἀντὶ τοῦ γένοιτο. *ἔστι τὸ ἀμὴν ἀντὶ τοῦ ναί. βεβαιωτικὸν</w:t>
      </w:r>
    </w:p>
    <w:p>
      <w:r>
        <w:rPr>
          <w:rFonts w:ascii="Courier New" w:hAnsi="Courier New"/>
          <w:color w:val="555555"/>
          <w:sz w:val="20"/>
        </w:rPr>
        <w:t>[25]</w:t>
      </w:r>
    </w:p>
    <w:p>
      <w:r>
        <w:rPr>
          <w:rFonts w:ascii="Gentium Plus" w:hAnsi="Gentium Plus"/>
          <w:sz w:val="24"/>
        </w:rPr>
        <w:t>γὰρ ἐστίν.* Ἄμμιγα. ἀναμεμιγμένως. [εἵνεκεν εὐμαθίης πινυτόφρονος, ἣν ὁ με‐ λιχρὸς ἤσκησεν Μουσῶν ἄμμιγα καὶ Χαρίτων.]</w:t>
      </w:r>
    </w:p>
    <w:p>
      <w:r>
        <w:rPr>
          <w:rFonts w:ascii="Courier New" w:hAnsi="Courier New"/>
          <w:color w:val="555555"/>
          <w:sz w:val="20"/>
        </w:rPr>
        <w:t>[30]</w:t>
      </w:r>
    </w:p>
    <w:p>
      <w:r>
        <w:rPr>
          <w:rFonts w:ascii="Gentium Plus" w:hAnsi="Gentium Plus"/>
          <w:sz w:val="24"/>
        </w:rPr>
        <w:t>Ἀμισθί. χωρὶς μισθοῦ. Ἀμοιβαδόν. κατ’ ἐναλλαγήν.</w:t>
      </w:r>
    </w:p>
    <w:p>
      <w:r>
        <w:rPr>
          <w:rFonts w:ascii="Courier New" w:hAnsi="Courier New"/>
          <w:color w:val="555555"/>
          <w:sz w:val="20"/>
        </w:rPr>
        <w:t>[alpha 165]</w:t>
      </w:r>
    </w:p>
    <w:p>
      <w:r>
        <w:rPr>
          <w:rFonts w:ascii="Gentium Plus" w:hAnsi="Gentium Plus"/>
          <w:sz w:val="24"/>
        </w:rPr>
        <w:t>Ἀμόθεν. ἀντὶ τοῦ πόθεν. Ἀμοχθεί. χωρὶς κόπου. Ἀμυδρῶς. σκοτεινῶς, λεπτῶς, ἀσαφῶς. Ἀμυστί. ἀντὶ τοῦ ἀπνευστὶ καὶ ἄνευ τοῦ ἀνα‐</w:t>
      </w:r>
    </w:p>
    <w:p>
      <w:r>
        <w:rPr>
          <w:rFonts w:ascii="Courier New" w:hAnsi="Courier New"/>
          <w:color w:val="555555"/>
          <w:sz w:val="20"/>
        </w:rPr>
        <w:t>[5]</w:t>
      </w:r>
    </w:p>
    <w:p>
      <w:r>
        <w:rPr>
          <w:rFonts w:ascii="Gentium Plus" w:hAnsi="Gentium Plus"/>
          <w:sz w:val="24"/>
        </w:rPr>
        <w:t>παύεσθαι πίνειν. Ἄμυδις. ἀντὶ τοῦ ὁμοῦ. παρὰ τὸ ἅμα, τροπῇ τοῦ α εἰς υ. τὰ ἀπὸ δασέων μετασχηματιζόμενα ψιλοῦται, οἷον· ἡμέρα, ἦμαρ, ἡδονὴ, ἦδος, ὃ σημαίνει τὸ ὄφελος, ἅμα, ἄμυδις.</w:t>
      </w:r>
    </w:p>
    <w:p>
      <w:r>
        <w:rPr>
          <w:rFonts w:ascii="Courier New" w:hAnsi="Courier New"/>
          <w:color w:val="555555"/>
          <w:sz w:val="20"/>
        </w:rPr>
        <w:t>[10]</w:t>
      </w:r>
    </w:p>
    <w:p>
      <w:r>
        <w:rPr>
          <w:rFonts w:ascii="Gentium Plus" w:hAnsi="Gentium Plus"/>
          <w:sz w:val="24"/>
        </w:rPr>
        <w:t>Ἀμογητί. χωρὶς βίας ἢ κακοπαθείας. Ἀμβλήδην. μεγάλως βοῶσα. Ἀμβολάδην. ἀναβολικῶς. ἐκ τοῦ ἀναβάλλω, ἀναβολάδην. [καὶ ἀμβολάδην.] Ἀμυχί. ἐπιπολαίως.</w:t>
      </w:r>
    </w:p>
    <w:p>
      <w:r>
        <w:rPr>
          <w:rFonts w:ascii="Courier New" w:hAnsi="Courier New"/>
          <w:color w:val="555555"/>
          <w:sz w:val="20"/>
        </w:rPr>
        <w:t>[15]</w:t>
      </w:r>
    </w:p>
    <w:p>
      <w:r>
        <w:rPr>
          <w:rFonts w:ascii="Gentium Plus" w:hAnsi="Gentium Plus"/>
          <w:sz w:val="24"/>
        </w:rPr>
        <w:t>Ἀμφαδόν. φανερῶς. φαίνω, [φανδὸν, καὶ ἀμ‐ φαδὸν, καὶ ἀμφαδίην.] Ἀμφὶ περί. ἐξ ἑκατέρου μέρους. Ἀμφίς. ἀντὶ τοῦ χωρίς. τοῦτο οὐ συγκοπὴ, ἀλλὰ μετασχηματισμός. ἀπὸ γὰρ τοῦ Ἀμφιάραος,</w:t>
      </w:r>
    </w:p>
    <w:p>
      <w:r>
        <w:rPr>
          <w:rFonts w:ascii="Courier New" w:hAnsi="Courier New"/>
          <w:color w:val="555555"/>
          <w:sz w:val="20"/>
        </w:rPr>
        <w:t>[20]</w:t>
      </w:r>
    </w:p>
    <w:p>
      <w:r>
        <w:rPr>
          <w:rFonts w:ascii="Gentium Plus" w:hAnsi="Gentium Plus"/>
          <w:sz w:val="24"/>
        </w:rPr>
        <w:t>Ἄμφις. ὡς παρ’ Αἰσχύλῳ. ὥσπερ ἀστράγαλις ἄστρις, καὶ Ἰφιάνασσα Ἴφις, καὶ Θρασυκλῆς Θράσυλλος, καὶ Βαθυκλῆς Βάθυκλος. ὑποκο‐ ριστικά. ταῦτα μετασχηματισμοὶ καλοῦνται. ἀλλ’ οὐδὲ πάλιν δυνάμεθα ἀποκοπὴν, ἐπεὶ</w:t>
      </w:r>
    </w:p>
    <w:p>
      <w:r>
        <w:rPr>
          <w:rFonts w:ascii="Courier New" w:hAnsi="Courier New"/>
          <w:color w:val="555555"/>
          <w:sz w:val="20"/>
        </w:rPr>
        <w:t>[25]</w:t>
      </w:r>
    </w:p>
    <w:p>
      <w:r>
        <w:rPr>
          <w:rFonts w:ascii="Gentium Plus" w:hAnsi="Gentium Plus"/>
          <w:sz w:val="24"/>
        </w:rPr>
        <w:t>τὸ ς ἔχει τῆς τελευταίας συλλαβῆς. ὅπου γὰρ τῆς τελευταίας συλλαβῆς τηρηθῇ τὸ στοι‐ χεῖον, οὐ λέγομεν ἀποκοπὴν, ὥστε μετασχη‐ ματισμός ἐστι. Ἀμφοτέρωθεν. ἐκ τῶν δύο μερῶν. τὰ εἰς θεν</w:t>
      </w:r>
    </w:p>
    <w:p>
      <w:r>
        <w:rPr>
          <w:rFonts w:ascii="Courier New" w:hAnsi="Courier New"/>
          <w:color w:val="555555"/>
          <w:sz w:val="20"/>
        </w:rPr>
        <w:t>[30]</w:t>
      </w:r>
    </w:p>
    <w:p>
      <w:r>
        <w:rPr>
          <w:rFonts w:ascii="Gentium Plus" w:hAnsi="Gentium Plus"/>
          <w:sz w:val="24"/>
        </w:rPr>
        <w:t>ἐπιῤῥήματα ἀπὸ ὀνομάτων γινόμενα διὰ τοῦ</w:t>
      </w:r>
    </w:p>
    <w:p>
      <w:r>
        <w:rPr>
          <w:rFonts w:ascii="Courier New" w:hAnsi="Courier New"/>
          <w:color w:val="555555"/>
          <w:sz w:val="20"/>
        </w:rPr>
        <w:t>[alpha 166]</w:t>
      </w:r>
    </w:p>
    <w:p>
      <w:r>
        <w:rPr>
          <w:rFonts w:ascii="Gentium Plus" w:hAnsi="Gentium Plus"/>
          <w:sz w:val="24"/>
        </w:rPr>
        <w:t>ο μικροῦ γράφεται, οἷον· κυκλόθεν, Ἰλιόθεν, πλὴν τοῦ ἀμφοτέρωθεν, ἑκατέρωθεν, ἑτέρω‐ θεν. Ἀμωσγέπως. ὅθεν δήποτε. ἔστι δὲ ῥῆμα ἡ</w:t>
      </w:r>
    </w:p>
    <w:p>
      <w:r>
        <w:rPr>
          <w:rFonts w:ascii="Courier New" w:hAnsi="Courier New"/>
          <w:color w:val="555555"/>
          <w:sz w:val="20"/>
        </w:rPr>
        <w:t>[5]</w:t>
      </w:r>
    </w:p>
    <w:p>
      <w:r>
        <w:rPr>
          <w:rFonts w:ascii="Gentium Plus" w:hAnsi="Gentium Plus"/>
          <w:sz w:val="24"/>
        </w:rPr>
        <w:t>λέξις. ἔστιν οὖν ὄνομα ἀμὸς, ἰσοδυναμοῦν τῷ τὶς, δωρικῶς. ὡς φησὶν Ὅμηρος· —τῶν ἀμόθεν γε, θεά— ἀντὶ τοῦ ἀπὸ τινὸς μέρους. ὥσπερ παρὰ τὸ καλὸς γίνεται ἐπίῤῥημα καλῶς, οὕτω καὶ ἀπὸ</w:t>
      </w:r>
    </w:p>
    <w:p>
      <w:r>
        <w:rPr>
          <w:rFonts w:ascii="Courier New" w:hAnsi="Courier New"/>
          <w:color w:val="555555"/>
          <w:sz w:val="20"/>
        </w:rPr>
        <w:t>[10]</w:t>
      </w:r>
    </w:p>
    <w:p>
      <w:r>
        <w:rPr>
          <w:rFonts w:ascii="Gentium Plus" w:hAnsi="Gentium Plus"/>
          <w:sz w:val="24"/>
        </w:rPr>
        <w:t>τοῦ ἀμὸς γίνεται ἐπίῤῥημα ἀμῶς. καὶ ἐν συν‐ θέσει ἀμωσγέπως. [ἀπὸ δὲ τοῦ ἀμὸς γίνεται ἀμόθεν, ἐξ οὗ τὸ οὐδαμῶθεν ἐπίῤῥημα. καὶ ὥσπερ ἀπὸ τοῦ καλῶς γίνεται ἐπίῤῥημα καλὰ, οὕτως καὶ ἀπὸ τοῦ οὐδαμῶς, οὐδαμὰ, ἀπὸ τοῦ</w:t>
      </w:r>
    </w:p>
    <w:p>
      <w:r>
        <w:rPr>
          <w:rFonts w:ascii="Courier New" w:hAnsi="Courier New"/>
          <w:color w:val="555555"/>
          <w:sz w:val="20"/>
        </w:rPr>
        <w:t>[15]</w:t>
      </w:r>
    </w:p>
    <w:p>
      <w:r>
        <w:rPr>
          <w:rFonts w:ascii="Gentium Plus" w:hAnsi="Gentium Plus"/>
          <w:sz w:val="24"/>
        </w:rPr>
        <w:t>οὐδαμῶς.] *Ἀμέσως. μὴ διὰ μέσων τῶν τόπων, ἀλλ’ ἀθρόως κατὰ τὴν πρώτην ἐπιβολήν. *Ἀματαρί. τὸ καλούμενον παρ’ Ἕλλησι τά‐ φρος, παρὰ Ῥωμαίοις φοσάτον, τοῦτο παρ’</w:t>
      </w:r>
    </w:p>
    <w:p>
      <w:r>
        <w:rPr>
          <w:rFonts w:ascii="Courier New" w:hAnsi="Courier New"/>
          <w:color w:val="555555"/>
          <w:sz w:val="20"/>
        </w:rPr>
        <w:t>[20]</w:t>
      </w:r>
    </w:p>
    <w:p>
      <w:r>
        <w:rPr>
          <w:rFonts w:ascii="Gentium Plus" w:hAnsi="Gentium Plus"/>
          <w:sz w:val="24"/>
        </w:rPr>
        <w:t>Ἑβραίοις ἀματαρί.</w:t>
      </w:r>
    </w:p>
    <w:p>
      <w:pPr>
        <w:jc w:val="center"/>
      </w:pPr>
      <w:r>
        <w:rPr>
          <w:rFonts w:ascii="Gentium Plus" w:hAnsi="Gentium Plus"/>
          <w:b/>
          <w:sz w:val="24"/>
        </w:rPr>
        <w:t>Τὸ Α μετὰ τοῦ Ν.</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Ἀναβαθμοί. αἱ ἀναβάσεις. λέγουσι δὲ τὴν ἀπὸ Βαβυλῶνος τοῦ λαοῦ ἐπάνοδον.</w:t>
      </w:r>
    </w:p>
    <w:p>
      <w:r>
        <w:rPr>
          <w:rFonts w:ascii="Courier New" w:hAnsi="Courier New"/>
          <w:color w:val="555555"/>
          <w:sz w:val="20"/>
        </w:rPr>
        <w:t>[25]</w:t>
      </w:r>
    </w:p>
    <w:p>
      <w:r>
        <w:rPr>
          <w:rFonts w:ascii="Gentium Plus" w:hAnsi="Gentium Plus"/>
          <w:sz w:val="24"/>
        </w:rPr>
        <w:t>Ἀναβολεύς. ὁ ἐπὶ τὸν ἵππον ἀνάγων. —ὁ δὲ βασιλεὺς τὸν ἀναβολέα καλεσάμενος, καὶ τα‐ χέως ἀναβαίνων ἐπὶ τὸν ἵππον, ᾔτησε πιεῖν.</w:t>
      </w:r>
    </w:p>
    <w:p>
      <w:r>
        <w:rPr>
          <w:rFonts w:ascii="Courier New" w:hAnsi="Courier New"/>
          <w:color w:val="555555"/>
          <w:sz w:val="20"/>
        </w:rPr>
        <w:t>[alpha 167]</w:t>
      </w:r>
    </w:p>
    <w:p>
      <w:r>
        <w:rPr>
          <w:rFonts w:ascii="Gentium Plus" w:hAnsi="Gentium Plus"/>
          <w:sz w:val="24"/>
        </w:rPr>
        <w:t>δὲ Μασσάλιος γηράσας, ἵππου χωρὶς ἀναβολέως ἐπέβαινεν. Ἀναγεῖς. διὰ μὲν τοῦ α τοὺς ἀνάγνους, διὰ δὲ τοῦ ε τοὺς ἐνόχους ἄγει καὶ μιάσματι. οὕ‐</w:t>
      </w:r>
    </w:p>
    <w:p>
      <w:r>
        <w:rPr>
          <w:rFonts w:ascii="Courier New" w:hAnsi="Courier New"/>
          <w:color w:val="555555"/>
          <w:sz w:val="20"/>
        </w:rPr>
        <w:t>[5]</w:t>
      </w:r>
    </w:p>
    <w:p>
      <w:r>
        <w:rPr>
          <w:rFonts w:ascii="Gentium Plus" w:hAnsi="Gentium Plus"/>
          <w:sz w:val="24"/>
        </w:rPr>
        <w:t>τως Αἰσχίνης. Ἀνάγωγος. ὁ ὑβριστὴς, ἢ ὁ μὴ τυχὼν τῆς δεού‐ σης ἀναγωγῆς. ἢ ὁ φιλήδονος καὶ ἐκλελυ‐ μένος. Ἀναδιπλασιασμός. ὅταν τὸ ἑξῆς τῆς λέξεως</w:t>
      </w:r>
    </w:p>
    <w:p>
      <w:r>
        <w:rPr>
          <w:rFonts w:ascii="Courier New" w:hAnsi="Courier New"/>
          <w:color w:val="555555"/>
          <w:sz w:val="20"/>
        </w:rPr>
        <w:t>[10]</w:t>
      </w:r>
    </w:p>
    <w:p>
      <w:r>
        <w:rPr>
          <w:rFonts w:ascii="Gentium Plus" w:hAnsi="Gentium Plus"/>
          <w:sz w:val="24"/>
        </w:rPr>
        <w:t>τὸ αὐτὸ σύμφωνον ἔχῃ, οἷον· τέτυφα. Ἄνα. ἀντὶ τοῦ ὦ βασιλεῦ. Ἀνάδοχον, οὐκ ἀναδοχέα λέγουσιν. Ἄνακτες. οἱ θεοὶ καὶ οἱ βασιλεῖς. ἄναξ δὲ εἴρη‐ ται ἀπὸ τοῦ ἄνω τάξιν ἔχειν. ἢ ὁ ἄνω ἀΐσ‐</w:t>
      </w:r>
    </w:p>
    <w:p>
      <w:r>
        <w:rPr>
          <w:rFonts w:ascii="Courier New" w:hAnsi="Courier New"/>
          <w:color w:val="555555"/>
          <w:sz w:val="20"/>
        </w:rPr>
        <w:t>[15]</w:t>
      </w:r>
    </w:p>
    <w:p>
      <w:r>
        <w:rPr>
          <w:rFonts w:ascii="Gentium Plus" w:hAnsi="Gentium Plus"/>
          <w:sz w:val="24"/>
        </w:rPr>
        <w:t>σων. ἢ πρὸς ὃν πάντα ἀναφέρομεν. σημαίνει δὲ τὸν βασιλέα καὶ τὸν οἰκοδεσπότην. καὶ αὐ‐ τὸς ποιητής· αὐτὸς ἐγὼ [οἴκοι] ἄναξ ἔσομαι— σημαίνει δὲ καὶ τὸν φύλακα.</w:t>
      </w:r>
    </w:p>
    <w:p>
      <w:r>
        <w:rPr>
          <w:rFonts w:ascii="Courier New" w:hAnsi="Courier New"/>
          <w:color w:val="555555"/>
          <w:sz w:val="20"/>
        </w:rPr>
        <w:t>[20]</w:t>
      </w:r>
    </w:p>
    <w:p>
      <w:r>
        <w:rPr>
          <w:rFonts w:ascii="Gentium Plus" w:hAnsi="Gentium Plus"/>
          <w:sz w:val="24"/>
        </w:rPr>
        <w:t>Ἀνακυκλήϊον. τὸ ὀρθόν. Ἀνακοί. οἱ Διόσκουροι παρὰ Ἀττικοῖς. παρὰ τὸ ἀνάσσω, ἀνακός, ὡς φυλάσσω, φυλακός, μα‐ λάσσω, μαλακός. ἢ ὅτι ἀνακῶς, ὅ ἐστι φιλαν‐ θρώπως, ἐχρήσαντο τοῖς Ἀθηναίοις. [ἢ ὅτι τοὺς</w:t>
      </w:r>
    </w:p>
    <w:p>
      <w:r>
        <w:rPr>
          <w:rFonts w:ascii="Courier New" w:hAnsi="Courier New"/>
          <w:color w:val="555555"/>
          <w:sz w:val="20"/>
        </w:rPr>
        <w:t>[25]</w:t>
      </w:r>
    </w:p>
    <w:p>
      <w:r>
        <w:rPr>
          <w:rFonts w:ascii="Gentium Plus" w:hAnsi="Gentium Plus"/>
          <w:sz w:val="24"/>
        </w:rPr>
        <w:t>πλέοντας σώζουσιν ἀστέρες ὄντες, ἄνω καὶ ἑκὰς</w:t>
      </w:r>
    </w:p>
    <w:p>
      <w:r>
        <w:rPr>
          <w:rFonts w:ascii="Courier New" w:hAnsi="Courier New"/>
          <w:color w:val="555555"/>
          <w:sz w:val="20"/>
        </w:rPr>
        <w:t>[alpha 168]</w:t>
      </w:r>
    </w:p>
    <w:p>
      <w:r>
        <w:rPr>
          <w:rFonts w:ascii="Gentium Plus" w:hAnsi="Gentium Plus"/>
          <w:sz w:val="24"/>
        </w:rPr>
        <w:t>ἡμῶν ὄντες. καὶ τὸ ἄνω δὲ συνθέτως εἰώθα‐ σιν οἱ Ἀττικοὶ ἀνακῶς λέγειν.] Ἀναλλοίωτος. ὁ ἄτρεπτος, ὁ μηδέπω ἀλλοιού‐ μενος ἢ τρεπόμενος.</w:t>
      </w:r>
    </w:p>
    <w:p>
      <w:r>
        <w:rPr>
          <w:rFonts w:ascii="Courier New" w:hAnsi="Courier New"/>
          <w:color w:val="555555"/>
          <w:sz w:val="20"/>
        </w:rPr>
        <w:t>[5]</w:t>
      </w:r>
    </w:p>
    <w:p>
      <w:r>
        <w:rPr>
          <w:rFonts w:ascii="Gentium Plus" w:hAnsi="Gentium Plus"/>
          <w:sz w:val="24"/>
        </w:rPr>
        <w:t>Ἀνάλωτος. ὁ ἀπόρθητος. Ἀνὰ οὐλαμόν. κατὰ ἄθροισμα. ἢ ἀνὰ θόρυ‐ βον. Ἀνάρσιοι. ἐχθροί· ἄδικοι· ἀνάρμοστοι· ἀπὸ τοῦ ἀρῶ τὸ ἁρμόζω. [ὁ μέλλων αἰολικῶς ἄρσω,</w:t>
      </w:r>
    </w:p>
    <w:p>
      <w:r>
        <w:rPr>
          <w:rFonts w:ascii="Courier New" w:hAnsi="Courier New"/>
          <w:color w:val="555555"/>
          <w:sz w:val="20"/>
        </w:rPr>
        <w:t>[10]</w:t>
      </w:r>
    </w:p>
    <w:p>
      <w:r>
        <w:rPr>
          <w:rFonts w:ascii="Gentium Plus" w:hAnsi="Gentium Plus"/>
          <w:sz w:val="24"/>
        </w:rPr>
        <w:t>ἐξ οὗ ἄρσιος καὶ ἀνάρσιος. ὁ μὴ συναιρόμενος μὴ δὲ συναντιλαμβανόμενος.] Ἀναπόδραστος. ὁ μὴ δυνάμενος φυγεῖν. Ἀνάσιλλος. ὁ ἀναφαλαντίας, ὅ ἐστι φαλα‐ κρός.</w:t>
      </w:r>
    </w:p>
    <w:p>
      <w:r>
        <w:rPr>
          <w:rFonts w:ascii="Courier New" w:hAnsi="Courier New"/>
          <w:color w:val="555555"/>
          <w:sz w:val="20"/>
        </w:rPr>
        <w:t>[15]</w:t>
      </w:r>
    </w:p>
    <w:p>
      <w:r>
        <w:rPr>
          <w:rFonts w:ascii="Gentium Plus" w:hAnsi="Gentium Plus"/>
          <w:sz w:val="24"/>
        </w:rPr>
        <w:t>Ἀνάσιμος. ὁ ἄμορφος. Ἀνάστατος. κατεστραμμένος, ἢ ὁ πεπορθημέ‐ νος. εἴρηται δὲ καὶ ἐπὶ πόλεων ἑαλωκυιῶν, καὶ οἴκων ἐξερημωθέντων. Ἀνατιναγμός. μετάστασις, μετακίνησις.</w:t>
      </w:r>
    </w:p>
    <w:p>
      <w:r>
        <w:rPr>
          <w:rFonts w:ascii="Courier New" w:hAnsi="Courier New"/>
          <w:color w:val="555555"/>
          <w:sz w:val="20"/>
        </w:rPr>
        <w:t>[20]</w:t>
      </w:r>
    </w:p>
    <w:p>
      <w:r>
        <w:rPr>
          <w:rFonts w:ascii="Gentium Plus" w:hAnsi="Gentium Plus"/>
          <w:sz w:val="24"/>
        </w:rPr>
        <w:t>Ἄναυδος. ὁ ἄφωνος. *αὐδὴ γὰρ ἡ φωνή.* Ἀνάπται. δημοεγέρται. Ἀνάπλεως. ἐκ τοῦ πλέως, ὁ πεπληρωμένος. [καὶ μετὰ τοῦ στερητικοῦ α ἄπλεως ὁ ἐνδεής. καὶ μετὰ προσθήκης ἑτέρας στερήσεως καὶ πλεονα‐</w:t>
      </w:r>
    </w:p>
    <w:p>
      <w:r>
        <w:rPr>
          <w:rFonts w:ascii="Courier New" w:hAnsi="Courier New"/>
          <w:color w:val="555555"/>
          <w:sz w:val="20"/>
        </w:rPr>
        <w:t>[25]</w:t>
      </w:r>
    </w:p>
    <w:p>
      <w:r>
        <w:rPr>
          <w:rFonts w:ascii="Gentium Plus" w:hAnsi="Gentium Plus"/>
          <w:sz w:val="24"/>
        </w:rPr>
        <w:t>σμῷ τοῦ ν ἀνάπλεως· ἥτις ἐν τοῖς τοιούτοις</w:t>
      </w:r>
    </w:p>
    <w:p>
      <w:r>
        <w:rPr>
          <w:rFonts w:ascii="Courier New" w:hAnsi="Courier New"/>
          <w:color w:val="555555"/>
          <w:sz w:val="20"/>
        </w:rPr>
        <w:t>[alpha 169]</w:t>
      </w:r>
    </w:p>
    <w:p>
      <w:r>
        <w:rPr>
          <w:rFonts w:ascii="Gentium Plus" w:hAnsi="Gentium Plus"/>
          <w:sz w:val="24"/>
        </w:rPr>
        <w:t>προστιθεμένη καὶ ἀναδιπλουμένη κατάφασιν, ἀλλ’ οὐ στέρησιν δηλοῖ.] Ἀναφής. ἀψηλάφητος. Ἀναφορεύς. ὁ ἀνέχων καὶ ἀναβαστάζων.</w:t>
      </w:r>
    </w:p>
    <w:p>
      <w:r>
        <w:rPr>
          <w:rFonts w:ascii="Courier New" w:hAnsi="Courier New"/>
          <w:color w:val="555555"/>
          <w:sz w:val="20"/>
        </w:rPr>
        <w:t>[5]</w:t>
      </w:r>
    </w:p>
    <w:p>
      <w:r>
        <w:rPr>
          <w:rFonts w:ascii="Gentium Plus" w:hAnsi="Gentium Plus"/>
          <w:sz w:val="24"/>
        </w:rPr>
        <w:t>Ἀναφαλαντίαν, οὐκ ἀναφάλαντον λέγουσι. σημαίνει δὲ τὸν φαλακρόν. Ἀναφλασμός. τὰ ἀφροδίσια. καὶ ἀναφλᾷν τὸ μαλάττειν τὸ αἰδοῖον. Ἀναφλύστιος. δῆμος Ἀττικῆς τῆς Ἀντιοχίδος.</w:t>
      </w:r>
    </w:p>
    <w:p>
      <w:r>
        <w:rPr>
          <w:rFonts w:ascii="Courier New" w:hAnsi="Courier New"/>
          <w:color w:val="555555"/>
          <w:sz w:val="20"/>
        </w:rPr>
        <w:t>[10]</w:t>
      </w:r>
    </w:p>
    <w:p>
      <w:r>
        <w:rPr>
          <w:rFonts w:ascii="Gentium Plus" w:hAnsi="Gentium Plus"/>
          <w:sz w:val="24"/>
        </w:rPr>
        <w:t>Ἀνάχαρσις. ὁ Σκύθης. παρὰ τὴν ἀνὰ πρόθεσιν, καὶ τὴν χάρσιν, ὃ σημαίνει τὴν χάριν ἢ τὴν χαράν. Ἀνδραποδισμός. ἡ αἰχμαλωσία. Ἀνδραποδιστής. ὁ τοὺς ἐλευθέρους ἀεὶ κατα‐</w:t>
      </w:r>
    </w:p>
    <w:p>
      <w:r>
        <w:rPr>
          <w:rFonts w:ascii="Courier New" w:hAnsi="Courier New"/>
          <w:color w:val="555555"/>
          <w:sz w:val="20"/>
        </w:rPr>
        <w:t>[15]</w:t>
      </w:r>
    </w:p>
    <w:p>
      <w:r>
        <w:rPr>
          <w:rFonts w:ascii="Gentium Plus" w:hAnsi="Gentium Plus"/>
          <w:sz w:val="24"/>
        </w:rPr>
        <w:t>δουλούμενος. Ἀνδροκάπηλος. μεταβολεὺς ἀνδραπόδων. Ἀνδραποδώδεις. δουλοπρεπεῖς, δουλογνώμονας. Ἀνδρεών. ὁ μέγας οἶκος παρ’ Ἡροδότῳ. Ἀνδρών. οἶος περιεκτικὸς ἀνδρῶν, ἔνθα εἰώθασιν</w:t>
      </w:r>
    </w:p>
    <w:p>
      <w:r>
        <w:rPr>
          <w:rFonts w:ascii="Courier New" w:hAnsi="Courier New"/>
          <w:color w:val="555555"/>
          <w:sz w:val="20"/>
        </w:rPr>
        <w:t>[20]</w:t>
      </w:r>
    </w:p>
    <w:p>
      <w:r>
        <w:rPr>
          <w:rFonts w:ascii="Gentium Plus" w:hAnsi="Gentium Plus"/>
          <w:sz w:val="24"/>
        </w:rPr>
        <w:t>οἱ ἄνδρες συναθροίζεσθαι. Ἀνδρεῖος ἀνήρ. ἄφοβος. ἁμαρτάνει οὖν ὁ λέγων τὴν ἀνδρείαν ἐγκράτειαν φόβων. Ἄνδριοι. ἐκ τῆς Ἄνδρου.</w:t>
      </w:r>
    </w:p>
    <w:p>
      <w:r>
        <w:rPr>
          <w:rFonts w:ascii="Courier New" w:hAnsi="Courier New"/>
          <w:color w:val="555555"/>
          <w:sz w:val="20"/>
        </w:rPr>
        <w:t>[alpha 170]</w:t>
      </w:r>
    </w:p>
    <w:p>
      <w:r>
        <w:rPr>
          <w:rFonts w:ascii="Gentium Plus" w:hAnsi="Gentium Plus"/>
          <w:sz w:val="24"/>
        </w:rPr>
        <w:t>[ἀνδροβόρων ὁμότεχνε κυνῶν αἴλουρε κα‐ κίστη, τῶν Ἀκταιονίδων ἐσσὶ μία σκυλάκων.] Ἀνδρόδομος. ὁ τρίκλινος.</w:t>
      </w:r>
    </w:p>
    <w:p>
      <w:r>
        <w:rPr>
          <w:rFonts w:ascii="Courier New" w:hAnsi="Courier New"/>
          <w:color w:val="555555"/>
          <w:sz w:val="20"/>
        </w:rPr>
        <w:t>[5]</w:t>
      </w:r>
    </w:p>
    <w:p>
      <w:r>
        <w:rPr>
          <w:rFonts w:ascii="Gentium Plus" w:hAnsi="Gentium Plus"/>
          <w:sz w:val="24"/>
        </w:rPr>
        <w:t>Ἀνδροκόβαλος. ὁ κακοῦργος. Ἀνδροφόνος. [οὕτως λέγεται, κᾂν γυναῖκα τὶς κτείνῃ.] Ἀνδρείκελος. ὅμοιος ἀνδρί. ἀνδριΐκελος δὲ ι. Ἀνδριφόντης. ὁ φονεύων τοὺς ἄνδρας.</w:t>
      </w:r>
    </w:p>
    <w:p>
      <w:r>
        <w:rPr>
          <w:rFonts w:ascii="Courier New" w:hAnsi="Courier New"/>
          <w:color w:val="555555"/>
          <w:sz w:val="20"/>
        </w:rPr>
        <w:t>[10]</w:t>
      </w:r>
    </w:p>
    <w:p>
      <w:r>
        <w:rPr>
          <w:rFonts w:ascii="Gentium Plus" w:hAnsi="Gentium Plus"/>
          <w:sz w:val="24"/>
        </w:rPr>
        <w:t>Ἀνδρογύνων. ἀσθενῶν. γυναικῶν καρδίας ἐχόντων. Ἄνδρα. ἀντὶ τοῦ μνηστῆρα, ὡς τό· τὸν ἄνδρα Μαρίας. Ἀναίτιος. ὁ ἀγέννητος πατὴρ, ὁ θεὸς, ὡς μὴ ἔχων τινὰ τῆς ὑπάρξεως αἴτιον.</w:t>
      </w:r>
    </w:p>
    <w:p>
      <w:r>
        <w:rPr>
          <w:rFonts w:ascii="Courier New" w:hAnsi="Courier New"/>
          <w:color w:val="555555"/>
          <w:sz w:val="20"/>
        </w:rPr>
        <w:t>[15]</w:t>
      </w:r>
    </w:p>
    <w:p>
      <w:r>
        <w:rPr>
          <w:rFonts w:ascii="Gentium Plus" w:hAnsi="Gentium Plus"/>
          <w:sz w:val="24"/>
        </w:rPr>
        <w:t>Ἄνδραγχος. δήμιος, ὁ τοὺς ἄνδρας ἄγχων, ὃ ἐστὶ πνίγων. Ἀνδίκτης. εἶδος παγίδος. παρὰ τὸ δίκειν τὸ βάλ‐ λειν. ἔνθα καὶ δίσκος, ὁ ῥιπτούμενος. Ἀνδρόμεος. ἀπὸ τοῦ ἀνδρὸς ἀνδρόμεος. [ὡς</w:t>
      </w:r>
    </w:p>
    <w:p>
      <w:r>
        <w:rPr>
          <w:rFonts w:ascii="Courier New" w:hAnsi="Courier New"/>
          <w:color w:val="555555"/>
          <w:sz w:val="20"/>
        </w:rPr>
        <w:t>[20]</w:t>
      </w:r>
    </w:p>
    <w:p>
      <w:r>
        <w:rPr>
          <w:rFonts w:ascii="Gentium Plus" w:hAnsi="Gentium Plus"/>
          <w:sz w:val="24"/>
        </w:rPr>
        <w:t>ἀπὸ τοῦ Διὸς δίημος, ὁ πατὴρ Ἡρακλέους. καὶ ἐν ἑτέρᾳ παραγωγῇ κτητικὸς, ἀνδρόμεος, πλεο‐ νασμῷ τοῦ ε.] Ἄναιτος. ἀβλαβὴς, ἀναίτιος. [Σοφοκλῆς· πόλις δέ σοι κακῶν ἄναιτος τῶνδ’ ἀπαλ‐</w:t>
      </w:r>
    </w:p>
    <w:p>
      <w:r>
        <w:rPr>
          <w:rFonts w:ascii="Courier New" w:hAnsi="Courier New"/>
          <w:color w:val="555555"/>
          <w:sz w:val="20"/>
        </w:rPr>
        <w:t>[25]</w:t>
      </w:r>
    </w:p>
    <w:p>
      <w:r>
        <w:rPr>
          <w:rFonts w:ascii="Gentium Plus" w:hAnsi="Gentium Plus"/>
          <w:sz w:val="24"/>
        </w:rPr>
        <w:t>λαχθῇ χθονός.]</w:t>
      </w:r>
    </w:p>
    <w:p>
      <w:r>
        <w:rPr>
          <w:rFonts w:ascii="Courier New" w:hAnsi="Courier New"/>
          <w:color w:val="555555"/>
          <w:sz w:val="20"/>
        </w:rPr>
        <w:t>[alpha 171]</w:t>
      </w:r>
    </w:p>
    <w:p>
      <w:r>
        <w:rPr>
          <w:rFonts w:ascii="Gentium Plus" w:hAnsi="Gentium Plus"/>
          <w:sz w:val="24"/>
        </w:rPr>
        <w:t>Ἀνελεύθερος. ὁ μικρολόγος, ἢ ὁ ἐκτὸς τῆς ἀληθείας ποιῶν τί—ἀγενῆ καὶ ἀνελευθέραν ἐποιήσαντο τὴν ἀναχώρησιν. Ἀνέμβατος. δυσπειθὴς, δυσχερῶς δεχόμενος.</w:t>
      </w:r>
    </w:p>
    <w:p>
      <w:r>
        <w:rPr>
          <w:rFonts w:ascii="Courier New" w:hAnsi="Courier New"/>
          <w:color w:val="555555"/>
          <w:sz w:val="20"/>
        </w:rPr>
        <w:t>[5]</w:t>
      </w:r>
    </w:p>
    <w:p>
      <w:r>
        <w:rPr>
          <w:rFonts w:ascii="Gentium Plus" w:hAnsi="Gentium Plus"/>
          <w:sz w:val="24"/>
        </w:rPr>
        <w:t>Ἀνεμοκοῖται. οἱ κοιμίζοντες τοὺς ἀνέμους. γέ‐ νος δὲ φασὶ τοιοῦτον ὑπάρχειν ἐν Κορίνθῳ. Ἄνεως. ὁ ἄφωνος. ἔστιν ἴα ἡ φωνή. καὶ πλεο‐ νασμῷ τοῦ ο ἰὸν, διὰ τὸ ἐπὶ πᾶσαν ἀκοὴν ἰέ‐ ναι. ἐξ αὐτοῦ γίνεται ἴς, καὶ ἄνιος ὁ ἄφωνος,</w:t>
      </w:r>
    </w:p>
    <w:p>
      <w:r>
        <w:rPr>
          <w:rFonts w:ascii="Courier New" w:hAnsi="Courier New"/>
          <w:color w:val="555555"/>
          <w:sz w:val="20"/>
        </w:rPr>
        <w:t>[10]</w:t>
      </w:r>
    </w:p>
    <w:p>
      <w:r>
        <w:rPr>
          <w:rFonts w:ascii="Gentium Plus" w:hAnsi="Gentium Plus"/>
          <w:sz w:val="24"/>
        </w:rPr>
        <w:t>καὶ μεταθέσει τοῦ ι εἰς ε γίνεται ἄνεος. [καὶ ἀττικῶς ἄνεως. ἢ ἀπὸ τοῦ αὔω, τοῦ σημαίνον‐ τος τὸ φωνῶ, γίνεται ὄνομα ῥηματικὸν αὖος καὶ ἄναυος. ὡς αὐδῶ ἄναυδος. καὶ κατ’ ἀπο‐ βολὴν τοῦ υ ἄναος καὶ ἀττικῶς ἄνεως. ὡς</w:t>
      </w:r>
    </w:p>
    <w:p>
      <w:r>
        <w:rPr>
          <w:rFonts w:ascii="Courier New" w:hAnsi="Courier New"/>
          <w:color w:val="555555"/>
          <w:sz w:val="20"/>
        </w:rPr>
        <w:t>[15]</w:t>
      </w:r>
    </w:p>
    <w:p>
      <w:r>
        <w:rPr>
          <w:rFonts w:ascii="Gentium Plus" w:hAnsi="Gentium Plus"/>
          <w:sz w:val="24"/>
        </w:rPr>
        <w:t>ναὸς νεώς.] [Ἄνετος. παρὰ τὸ ἴημι, ἕτος καὶ ἄφετος καὶ ἄνετος.] Ἀνέστιος. ὁ ἄοικος. ἑστία δὲ ἡ οἰκία. Ἀνεξέλεγκτος. ἀβασάνιστος, ἀδόκιμος.</w:t>
      </w:r>
    </w:p>
    <w:p>
      <w:r>
        <w:rPr>
          <w:rFonts w:ascii="Courier New" w:hAnsi="Courier New"/>
          <w:color w:val="555555"/>
          <w:sz w:val="20"/>
        </w:rPr>
        <w:t>[20]</w:t>
      </w:r>
    </w:p>
    <w:p>
      <w:r>
        <w:rPr>
          <w:rFonts w:ascii="Gentium Plus" w:hAnsi="Gentium Plus"/>
          <w:sz w:val="24"/>
        </w:rPr>
        <w:t>Ἀνείμονες. οἱ ἄνευ ἱματίων. Ἄνεμος. κίνησις ἀέρος, ἢ ἀναθυμίασις ξηρὰ, ἢ πλῆθος ξηρᾶς ἀναθυμιάσεως, ἢ ῥεῦμα ἀέρος, ταῖς τῶν τόπων ἐξαλλαγαῖς, ὅθεν ῥεῖ, τὰς ἐπωνυμίας ἀμείβων.</w:t>
      </w:r>
    </w:p>
    <w:p>
      <w:r>
        <w:rPr>
          <w:rFonts w:ascii="Courier New" w:hAnsi="Courier New"/>
          <w:color w:val="555555"/>
          <w:sz w:val="20"/>
        </w:rPr>
        <w:t>[25]</w:t>
      </w:r>
    </w:p>
    <w:p>
      <w:r>
        <w:rPr>
          <w:rFonts w:ascii="Gentium Plus" w:hAnsi="Gentium Plus"/>
          <w:sz w:val="24"/>
        </w:rPr>
        <w:t>Ἀνήλιπος. ὁ ἀνυπόδητος.</w:t>
      </w:r>
    </w:p>
    <w:p>
      <w:r>
        <w:rPr>
          <w:rFonts w:ascii="Courier New" w:hAnsi="Courier New"/>
          <w:color w:val="555555"/>
          <w:sz w:val="20"/>
        </w:rPr>
        <w:t>[alpha 172]</w:t>
      </w:r>
    </w:p>
    <w:p>
      <w:r>
        <w:rPr>
          <w:rFonts w:ascii="Gentium Plus" w:hAnsi="Gentium Plus"/>
          <w:sz w:val="24"/>
        </w:rPr>
        <w:t>ἢ ἐλασθεὶς, ἢ ὁ ἀπειθής. [ἐλαύνω, ἐλάσσω, ἤλακα, ἤλασμαι, ἤλασται, ἠλαστὸς καὶ ἀνή‐ λατος, κατὰ ἀποβολὴν τοῦ ς.] Ἀνήριθμος. ἐν οὐδενὶ ἀριθμῷ ταττόμενος, ἀλ‐</w:t>
      </w:r>
    </w:p>
    <w:p>
      <w:r>
        <w:rPr>
          <w:rFonts w:ascii="Courier New" w:hAnsi="Courier New"/>
          <w:color w:val="555555"/>
          <w:sz w:val="20"/>
        </w:rPr>
        <w:t>[5]</w:t>
      </w:r>
    </w:p>
    <w:p>
      <w:r>
        <w:rPr>
          <w:rFonts w:ascii="Gentium Plus" w:hAnsi="Gentium Plus"/>
          <w:sz w:val="24"/>
        </w:rPr>
        <w:t>λὰ περιεῤῥιμένος. Ἀνηρίναστος. ὁ μὴ κρατῶν ἃ ἔχει, ἀλλ’ ἀπο‐ βάλλων. ἀπὸ τῶν συκῶν τῶν μὴ κρατουσῶν τὸν καρπὸν, διὰ τὸ μὴ ἐπιβληθῆναι αὐταῖς τοὺς ὀλύνθους τοὺς ἀπὸ τῶν ἐρινεῶν, ὅ ἐστιν ἀγρίων</w:t>
      </w:r>
    </w:p>
    <w:p>
      <w:r>
        <w:rPr>
          <w:rFonts w:ascii="Courier New" w:hAnsi="Courier New"/>
          <w:color w:val="555555"/>
          <w:sz w:val="20"/>
        </w:rPr>
        <w:t>[10]</w:t>
      </w:r>
    </w:p>
    <w:p>
      <w:r>
        <w:rPr>
          <w:rFonts w:ascii="Gentium Plus" w:hAnsi="Gentium Plus"/>
          <w:sz w:val="24"/>
        </w:rPr>
        <w:t>συκῶν. *Ἀνειμένος. ἐστὶν ὁ ἀμελὴς καὶ ῥάθυμος.* Ἀνήλιπτος λέγουσιν, οὐχὶ ἀνήλιφος, οὐδὲ ἀνά‐ λιφος. Ἀνήρεις. ἀνάνδρους. ἐκ τοῦ ἀνύω τὸ πράττω.</w:t>
      </w:r>
    </w:p>
    <w:p>
      <w:r>
        <w:rPr>
          <w:rFonts w:ascii="Courier New" w:hAnsi="Courier New"/>
          <w:color w:val="555555"/>
          <w:sz w:val="20"/>
        </w:rPr>
        <w:t>[15]</w:t>
      </w:r>
    </w:p>
    <w:p>
      <w:r>
        <w:rPr>
          <w:rFonts w:ascii="Gentium Plus" w:hAnsi="Gentium Plus"/>
          <w:sz w:val="24"/>
        </w:rPr>
        <w:t>Ἀνήρ. ἀπὸ ἐτῶν λε ἕως ἐτῶν μϛ. Ἀνήνυτος. ὁ ἀπλήρωτος. Ἄνηβοι. οἱ ιβ ἐτῶν ὄντες, οἱ μήπω φθάσαντες τὴν νενομισμένην ἡλικίαν. Ἀννίβας. κύριον.</w:t>
      </w:r>
    </w:p>
    <w:p>
      <w:r>
        <w:rPr>
          <w:rFonts w:ascii="Courier New" w:hAnsi="Courier New"/>
          <w:color w:val="555555"/>
          <w:sz w:val="20"/>
        </w:rPr>
        <w:t>[20]</w:t>
      </w:r>
    </w:p>
    <w:p>
      <w:r>
        <w:rPr>
          <w:rFonts w:ascii="Gentium Plus" w:hAnsi="Gentium Plus"/>
          <w:sz w:val="24"/>
        </w:rPr>
        <w:t>Ἀνιγρός. φαῦλος, βλαβερὸς, λυπηρός. παρὰ τὸ ἀνία ἀνιαρὸς, καὶ κατὰ συγκοπὴν καὶ πλεονα‐ σμὸν τοῦ γ ἀνιγρός. [παρὰ δὲ τὸ ἀνία ἀνια‐ ρὸς, τὸ ἀνιῶ ῥῆμα.] Ἀνίψαλλον. ἀβλαβῆ.</w:t>
      </w:r>
    </w:p>
    <w:p>
      <w:r>
        <w:rPr>
          <w:rFonts w:ascii="Courier New" w:hAnsi="Courier New"/>
          <w:color w:val="555555"/>
          <w:sz w:val="20"/>
        </w:rPr>
        <w:t>[25]</w:t>
      </w:r>
    </w:p>
    <w:p>
      <w:r>
        <w:rPr>
          <w:rFonts w:ascii="Gentium Plus" w:hAnsi="Gentium Plus"/>
          <w:sz w:val="24"/>
        </w:rPr>
        <w:t>Ἀννίκερις. κύριον. ὃς Ἐπικούρειος ἐγένετο φιλό‐</w:t>
      </w:r>
    </w:p>
    <w:p>
      <w:r>
        <w:rPr>
          <w:rFonts w:ascii="Courier New" w:hAnsi="Courier New"/>
          <w:color w:val="555555"/>
          <w:sz w:val="20"/>
        </w:rPr>
        <w:t>[alpha 173]</w:t>
      </w:r>
    </w:p>
    <w:p>
      <w:r>
        <w:rPr>
          <w:rFonts w:ascii="Gentium Plus" w:hAnsi="Gentium Plus"/>
          <w:sz w:val="24"/>
        </w:rPr>
        <w:t>Ἀνιωχμόν. καταδίωξιν. παρὰ τὸ διώκω, διώξω, [δεδίωγμαι, διωγμὸς, καὶ τροπῇ τοῦ γ εἰς χ διωχμός. ἐκ γὰρ τοῦ διώκω γίνεται διωκὴ καὶ κατ’ ἀποβολὴν τοῦ δ ἰωκή.]</w:t>
      </w:r>
    </w:p>
    <w:p>
      <w:r>
        <w:rPr>
          <w:rFonts w:ascii="Courier New" w:hAnsi="Courier New"/>
          <w:color w:val="555555"/>
          <w:sz w:val="20"/>
        </w:rPr>
        <w:t>[5]</w:t>
      </w:r>
    </w:p>
    <w:p>
      <w:r>
        <w:rPr>
          <w:rFonts w:ascii="Gentium Plus" w:hAnsi="Gentium Plus"/>
          <w:sz w:val="24"/>
        </w:rPr>
        <w:t>Ἀννίτης καὶ Ἀννιάνος. ἀπὸ τοῦ Ἄννια ἢ ἀπὸ τοῦ Ἄννα, ἥτις ἐστὶ πόλις τῆς Ἰουδαίας. Ἀνθερεών. ὁ ἀπὸ τοῦ γενείου τόπος. διὰ τὸ θο‐ ρεῖν τὸ πνεῦμα δι’ αὐτοῦ, ἢ ὅτι κατὰ τὴν ἔν‐ θεσιν τῆς τροφῆς κινεῖται ἐν τῷ καταπίνειν·</w:t>
      </w:r>
    </w:p>
    <w:p>
      <w:r>
        <w:rPr>
          <w:rFonts w:ascii="Courier New" w:hAnsi="Courier New"/>
          <w:color w:val="555555"/>
          <w:sz w:val="20"/>
        </w:rPr>
        <w:t>[10]</w:t>
      </w:r>
    </w:p>
    <w:p>
      <w:r>
        <w:rPr>
          <w:rFonts w:ascii="Gentium Plus" w:hAnsi="Gentium Plus"/>
          <w:sz w:val="24"/>
        </w:rPr>
        <w:t>ἐνθερεὼν τὶς ὤν. οἱ δὲ παρὰ τὴν ἄνθησιν τῶν τριχῶν. [ὅθεν κατηγοροῦσι τοῦ Εὐφορίωνος εἰπόντος· τέκνον μὴ σύ γε μητρὸς ὑπ’ ἀνθερεῶνος ἀμήσῃς.]</w:t>
      </w:r>
    </w:p>
    <w:p>
      <w:r>
        <w:rPr>
          <w:rFonts w:ascii="Courier New" w:hAnsi="Courier New"/>
          <w:color w:val="555555"/>
          <w:sz w:val="20"/>
        </w:rPr>
        <w:t>[15]</w:t>
      </w:r>
    </w:p>
    <w:p>
      <w:r>
        <w:rPr>
          <w:rFonts w:ascii="Gentium Plus" w:hAnsi="Gentium Plus"/>
          <w:sz w:val="24"/>
        </w:rPr>
        <w:t>Ἀνθέρικες. αἱ προβολαὶ τῶν ἀσταχύων. καὶ ἀνθέρικος. παρὰ τὸ ἄνθος παράγωγον ἄνθερος καὶ ἀνθέρικος. Ἀνθοσμίας. οἶνος εὐώδης. ὁ ἀνθέων ὀσμὴν ἔχων.</w:t>
      </w:r>
    </w:p>
    <w:p>
      <w:r>
        <w:rPr>
          <w:rFonts w:ascii="Courier New" w:hAnsi="Courier New"/>
          <w:color w:val="555555"/>
          <w:sz w:val="20"/>
        </w:rPr>
        <w:t>[20]</w:t>
      </w:r>
    </w:p>
    <w:p>
      <w:r>
        <w:rPr>
          <w:rFonts w:ascii="Gentium Plus" w:hAnsi="Gentium Plus"/>
          <w:sz w:val="24"/>
        </w:rPr>
        <w:t>Ἄνθραξ. πῦρ γεῶδες μετὰ τὴν τῆς φλογὸς πάρ‐ οδον τῇ παχυτέρᾳ καὶ γεωδεστέρᾳ ὕλῃ ἐναπομεῖ‐ ναν· μετὰ γὰρ τὸ παρελθεῖν τὸ ἀνθηρὸν τῆς φλογὸς ἡ περὶ τὴν παχεῖαν ὕλην τοῦ πυρὸς ὁμιλία ἄνθρακες ὀνομάζονται. παρὰ τὸ θέρω,</w:t>
      </w:r>
    </w:p>
    <w:p>
      <w:r>
        <w:rPr>
          <w:rFonts w:ascii="Courier New" w:hAnsi="Courier New"/>
          <w:color w:val="555555"/>
          <w:sz w:val="20"/>
        </w:rPr>
        <w:t>[25]</w:t>
      </w:r>
    </w:p>
    <w:p>
      <w:r>
        <w:rPr>
          <w:rFonts w:ascii="Gentium Plus" w:hAnsi="Gentium Plus"/>
          <w:sz w:val="24"/>
        </w:rPr>
        <w:t>τὸ θερμαίνω, θέραξ, καὶ ἐν συγκοπῇ ἄνθραξ.</w:t>
      </w:r>
    </w:p>
    <w:p>
      <w:r>
        <w:rPr>
          <w:rFonts w:ascii="Courier New" w:hAnsi="Courier New"/>
          <w:color w:val="555555"/>
          <w:sz w:val="20"/>
        </w:rPr>
        <w:t>[alpha 174]</w:t>
      </w:r>
    </w:p>
    <w:p>
      <w:r>
        <w:rPr>
          <w:rFonts w:ascii="Gentium Plus" w:hAnsi="Gentium Plus"/>
          <w:sz w:val="24"/>
        </w:rPr>
        <w:t>Ἄνθρωπος. ζῶον λογικὸν θνητὸν, νοῦ καὶ ἐπι‐ στήμης δεκτικόν. τί ἐστι ζῶον; οὐσία ἔμψυχος αἰσθητική. τί ἐστιν οὐσία; ὕπαρξις αὐθυπό‐ στατος. διὰ τί εἶπε ζῶον; διὰ τὰ ζωόφυτα.</w:t>
      </w:r>
    </w:p>
    <w:p>
      <w:r>
        <w:rPr>
          <w:rFonts w:ascii="Courier New" w:hAnsi="Courier New"/>
          <w:color w:val="555555"/>
          <w:sz w:val="20"/>
        </w:rPr>
        <w:t>[5]</w:t>
      </w:r>
    </w:p>
    <w:p>
      <w:r>
        <w:rPr>
          <w:rFonts w:ascii="Gentium Plus" w:hAnsi="Gentium Plus"/>
          <w:sz w:val="24"/>
        </w:rPr>
        <w:t>διὰ τί εἶπε λογικόν; διὰ τὰ ἄλογα. διὰ τί εἶπε θνητόν; διὰ τὰ ἀθάνατα. ἢ ἄνθρωπος ἐστὶ ζῶον λογικὸν, θνητὸν, ὀρθοπεριπατητικὸν, πλατυόνυχον, γελαστικόν. ἢ ζῶον ἐξ ἐναντίων οὐσιῶν ὁμόχρονος καὶ ἄῤῥητος σύνθεσις. ἢ ζῶον</w:t>
      </w:r>
    </w:p>
    <w:p>
      <w:r>
        <w:rPr>
          <w:rFonts w:ascii="Courier New" w:hAnsi="Courier New"/>
          <w:color w:val="555555"/>
          <w:sz w:val="20"/>
        </w:rPr>
        <w:t>[10]</w:t>
      </w:r>
    </w:p>
    <w:p>
      <w:r>
        <w:rPr>
          <w:rFonts w:ascii="Gentium Plus" w:hAnsi="Gentium Plus"/>
          <w:sz w:val="24"/>
        </w:rPr>
        <w:t>λογικὸν θνητὸν, νοῦ καὶ ἐπιστήμης δεκτικόν. ζῶον· κατὰ ἀφορισμὸν τῆς ἀψύχου κτίσεως. λογικόν· κατὰ ἀφορισμὸν τῆς ἀλόγου οὐσίας. θνητόν· κατὰ ἀφορισμὸν τῆς ἀθανάτου τῶν ἀγγέλων ὑπάρξεως. νοῦ καὶ ἐπιστήμης δεκτι‐</w:t>
      </w:r>
    </w:p>
    <w:p>
      <w:r>
        <w:rPr>
          <w:rFonts w:ascii="Courier New" w:hAnsi="Courier New"/>
          <w:color w:val="555555"/>
          <w:sz w:val="20"/>
        </w:rPr>
        <w:t>[15]</w:t>
      </w:r>
    </w:p>
    <w:p>
      <w:r>
        <w:rPr>
          <w:rFonts w:ascii="Gentium Plus" w:hAnsi="Gentium Plus"/>
          <w:sz w:val="24"/>
        </w:rPr>
        <w:t>κόν· ὡς ἐν εἰκόνι θεοῦ κατὰ χάριν ὑπάρχον. ἢ ἄνθρωπος ἐστὶ ζῶον λογικὸν θνητὸν, νοῦ καὶ ἐπιστήμης δεκτικόν. νόησιν δὲ ἐνταῦθα τὴν μάθησιν εἶπε· διὸ καὶ ἐπήγαγε· καὶ ἐπιστή‐ μης. ἢ ζῶον λογικὸν, θνητὸν, καὶ τῶν ἐναν‐</w:t>
      </w:r>
    </w:p>
    <w:p>
      <w:r>
        <w:rPr>
          <w:rFonts w:ascii="Courier New" w:hAnsi="Courier New"/>
          <w:color w:val="555555"/>
          <w:sz w:val="20"/>
        </w:rPr>
        <w:t>[20]</w:t>
      </w:r>
    </w:p>
    <w:p>
      <w:r>
        <w:rPr>
          <w:rFonts w:ascii="Gentium Plus" w:hAnsi="Gentium Plus"/>
          <w:sz w:val="24"/>
        </w:rPr>
        <w:t>τίων, ἀνὰ μέρος, δεκτικόν. ἢ ἐκ ψυχῆς ἀθα‐ νάτου καὶ σώματος θνητοῦ συνεστός. —ἄν‐ θρωπος δὲ παρὰ τὸ ἄνω ἀθρεῖν τὴν ὦπα, ἤγουν ἄνω ὁρᾷν τοὺς ὀφθαλμοὺς, ἤγουν ἀνα‐ λογίζεσθαι ἃ εἶδε καὶ ἤκουσε, τῶν ἀλόγων</w:t>
      </w:r>
    </w:p>
    <w:p>
      <w:r>
        <w:rPr>
          <w:rFonts w:ascii="Courier New" w:hAnsi="Courier New"/>
          <w:color w:val="555555"/>
          <w:sz w:val="20"/>
        </w:rPr>
        <w:t>[25]</w:t>
      </w:r>
    </w:p>
    <w:p>
      <w:r>
        <w:rPr>
          <w:rFonts w:ascii="Gentium Plus" w:hAnsi="Gentium Plus"/>
          <w:sz w:val="24"/>
        </w:rPr>
        <w:t>ζώων μὴ λογιζομένων καὶ προνοουμένων. οὐ</w:t>
      </w:r>
    </w:p>
    <w:p>
      <w:r>
        <w:rPr>
          <w:rFonts w:ascii="Courier New" w:hAnsi="Courier New"/>
          <w:color w:val="555555"/>
          <w:sz w:val="20"/>
        </w:rPr>
        <w:t>[alpha 175]</w:t>
      </w:r>
    </w:p>
    <w:p>
      <w:r>
        <w:rPr>
          <w:rFonts w:ascii="Gentium Plus" w:hAnsi="Gentium Plus"/>
          <w:sz w:val="24"/>
        </w:rPr>
        <w:t>γὰρ ἂν ἰχθὺς εἰς κύρτον εἰσῆλθεν, ὁρῶν ἄλ‐ λον κρατούμενον. ἢ παρὰ τὸ ἄνω ἀθρεῖν, ἢ παρὰ τὸ ἔναρθρον ἔχειν τὴν ὦπα. τετραχῶς δὲ λέγεται ὁ ἄνθρωπος ἐν τῇ γραφῇ· ἄνθρωπος</w:t>
      </w:r>
    </w:p>
    <w:p>
      <w:r>
        <w:rPr>
          <w:rFonts w:ascii="Courier New" w:hAnsi="Courier New"/>
          <w:color w:val="555555"/>
          <w:sz w:val="20"/>
        </w:rPr>
        <w:t>[5]</w:t>
      </w:r>
    </w:p>
    <w:p>
      <w:r>
        <w:rPr>
          <w:rFonts w:ascii="Gentium Plus" w:hAnsi="Gentium Plus"/>
          <w:sz w:val="24"/>
        </w:rPr>
        <w:t>ὁ θεὸς, καὶ ὁ ἄγγελος, καὶ ὁ ἐντὸς καὶ ὁ ἐκτὸς ἡμῶν ἄνθρωπος. ἰστέον, ὅτι ὁ ἄνθρωπος καὶ τοῖς ἀψύχοις κοινωνεῖ καὶ τῆς τῶν ἀλόγων μετέχει ζωῆς, καὶ τῆς τῶν λογικῶν μετείλη‐ φε νοήσεως. κοινωνεῖ γὰρ τοῖς μὲν ἀψύχοις</w:t>
      </w:r>
    </w:p>
    <w:p>
      <w:r>
        <w:rPr>
          <w:rFonts w:ascii="Courier New" w:hAnsi="Courier New"/>
          <w:color w:val="555555"/>
          <w:sz w:val="20"/>
        </w:rPr>
        <w:t>[10]</w:t>
      </w:r>
    </w:p>
    <w:p>
      <w:r>
        <w:rPr>
          <w:rFonts w:ascii="Gentium Plus" w:hAnsi="Gentium Plus"/>
          <w:sz w:val="24"/>
        </w:rPr>
        <w:t>κατὰ τὸ σῶμα καὶ τὴν ἀπὸ τῶν τεσσάρων στοιχείων κρᾶσιν· τοῖς δὲ φυτοῖς κατὰ ταῦτα καὶ τὴν θρεπτικὴν ἤγουν γεννητικὴν δύναμιν· τοῖς δὲ ἀλόγοις καὶ ἐν τούτοις μὲν, ἐκ συμμέ‐ τρου δὲ καὶ κατὰ τὴν ὄρεξιν ἤγουν θυμὸν καὶ</w:t>
      </w:r>
    </w:p>
    <w:p>
      <w:r>
        <w:rPr>
          <w:rFonts w:ascii="Courier New" w:hAnsi="Courier New"/>
          <w:color w:val="555555"/>
          <w:sz w:val="20"/>
        </w:rPr>
        <w:t>[15]</w:t>
      </w:r>
    </w:p>
    <w:p>
      <w:r>
        <w:rPr>
          <w:rFonts w:ascii="Gentium Plus" w:hAnsi="Gentium Plus"/>
          <w:sz w:val="24"/>
        </w:rPr>
        <w:t>ἐπιθυμίαν, καὶ κατὰ τὴν αἴσθησιν, καὶ κατὰ τὴν καθ’ ὁρμὴν κίνησιν, ἤτοι τὸ ἀπὸ τόπου εἰς τόπον μεταβατικὸν καὶ ἀναπνευστικόν. ταῦ‐ τα γὰρ ἐν ἡμῖν ἐστὶ ποιεῖν *καὶ μὴ ποιεῖν.* συνάπτεται δὲ διὰ τοῦ λογικοῦ ταῖς ἀσωμάτοις</w:t>
      </w:r>
    </w:p>
    <w:p>
      <w:r>
        <w:rPr>
          <w:rFonts w:ascii="Courier New" w:hAnsi="Courier New"/>
          <w:color w:val="555555"/>
          <w:sz w:val="20"/>
        </w:rPr>
        <w:t>[20]</w:t>
      </w:r>
    </w:p>
    <w:p>
      <w:r>
        <w:rPr>
          <w:rFonts w:ascii="Gentium Plus" w:hAnsi="Gentium Plus"/>
          <w:sz w:val="24"/>
        </w:rPr>
        <w:t>καὶ νοεραῖς φύσεσι, λογιζόμενος καὶ νοῶν καὶ κρίνων ἕκαστα, καὶ τὰς ἀρετὰς μεταδιώκων. διὸ καὶ μικρὸς κόσμος ὁ ἄνθρωπος ἐστίν. Ἀνευθέτου. ἀχρήστου. Ἀνάπηρον. βεβλαμμένον, μὴ ὑγιῆ.</w:t>
      </w:r>
    </w:p>
    <w:p>
      <w:r>
        <w:rPr>
          <w:rFonts w:ascii="Courier New" w:hAnsi="Courier New"/>
          <w:color w:val="555555"/>
          <w:sz w:val="20"/>
        </w:rPr>
        <w:t>[25]</w:t>
      </w:r>
    </w:p>
    <w:p>
      <w:r>
        <w:rPr>
          <w:rFonts w:ascii="Gentium Plus" w:hAnsi="Gentium Plus"/>
          <w:sz w:val="24"/>
        </w:rPr>
        <w:t>Ἀνίερος. βέβηλος, αἰσχρός. Ἀννουμῖνος. ἀπογραφὴ ὀνομάτων παρὰ Ῥω‐ μαίοις. οἱ δὲ ἀδνούμιον φασίν. Ἄνομοι. οἱ παντελῶς ξένοι τῶν θείων νόμων,</w:t>
      </w:r>
    </w:p>
    <w:p>
      <w:r>
        <w:rPr>
          <w:rFonts w:ascii="Courier New" w:hAnsi="Courier New"/>
          <w:color w:val="555555"/>
          <w:sz w:val="20"/>
        </w:rPr>
        <w:t>[alpha 176]</w:t>
      </w:r>
    </w:p>
    <w:p>
      <w:r>
        <w:rPr>
          <w:rFonts w:ascii="Gentium Plus" w:hAnsi="Gentium Plus"/>
          <w:sz w:val="24"/>
        </w:rPr>
        <w:t>Ἀνούτατος. ἄτρωτος. Ἀνούστατος. μωρὸς, ἀσύνετος. Ἀνόστιμος. παρὰ τὸ νόστος. [τοῦτο παρὰ τὸ νέω τὸ πορεύομαι· καὶ μετὰ τοῦ στερητικοῦ α</w:t>
      </w:r>
    </w:p>
    <w:p>
      <w:r>
        <w:rPr>
          <w:rFonts w:ascii="Courier New" w:hAnsi="Courier New"/>
          <w:color w:val="555555"/>
          <w:sz w:val="20"/>
        </w:rPr>
        <w:t>[5]</w:t>
      </w:r>
    </w:p>
    <w:p>
      <w:r>
        <w:rPr>
          <w:rFonts w:ascii="Gentium Plus" w:hAnsi="Gentium Plus"/>
          <w:sz w:val="24"/>
        </w:rPr>
        <w:t>ἀνόστιμος.] Ἀντιγραφεύς. ὁ καθιστάμενος ἐπὶ τῶν κατα‐ βαλλόντων τινὰ τῇ πόλει χρήματα, ὥστε ἀν‐ τιγράφεσθαι αὐτά. Ἀντιστρόφους. ἀντὶ τοῦ ἰσοστρόφους.</w:t>
      </w:r>
    </w:p>
    <w:p>
      <w:r>
        <w:rPr>
          <w:rFonts w:ascii="Courier New" w:hAnsi="Courier New"/>
          <w:color w:val="555555"/>
          <w:sz w:val="20"/>
        </w:rPr>
        <w:t>[10]</w:t>
      </w:r>
    </w:p>
    <w:p>
      <w:r>
        <w:rPr>
          <w:rFonts w:ascii="Gentium Plus" w:hAnsi="Gentium Plus"/>
          <w:sz w:val="24"/>
        </w:rPr>
        <w:t>Ἀντίχειρ. ὁ μέγας τῆς χειρὸς δάκτυλος. ἢ ὅτι ἀντίκειται τοῖς ἄλλοις, ἢ ὅτι τὸ ἴσον δύναται τῇ ὅλῃ χειρί. Ἀντίθρονος. ὁ ἀντικαθήμενος. καὶ ἀντικαθή‐ μενος ὁ ἀντίθρονος, ὁ ἀντιποιμαίνων.</w:t>
      </w:r>
    </w:p>
    <w:p>
      <w:r>
        <w:rPr>
          <w:rFonts w:ascii="Courier New" w:hAnsi="Courier New"/>
          <w:color w:val="555555"/>
          <w:sz w:val="20"/>
        </w:rPr>
        <w:t>[15]</w:t>
      </w:r>
    </w:p>
    <w:p>
      <w:r>
        <w:rPr>
          <w:rFonts w:ascii="Gentium Plus" w:hAnsi="Gentium Plus"/>
          <w:sz w:val="24"/>
        </w:rPr>
        <w:t>Ἀντίβιος. ὁ ἐναντίος. Ἀντίθεος. ὁ τῷ θεῷ ἀντιπράττων. Ἀντίδικος. παρὰ τῇ θείᾳ γραφῇ ὁ διάβολος, καὶ ἡ ἡμῶν συνείδησις ἡ ἀντικειμένη τῷ κακῷ ἡμῶν θελήματι. κατὰ γὰρ τὸν Ἀπόστολον· ἐὰν ἡ</w:t>
      </w:r>
    </w:p>
    <w:p>
      <w:r>
        <w:rPr>
          <w:rFonts w:ascii="Courier New" w:hAnsi="Courier New"/>
          <w:color w:val="555555"/>
          <w:sz w:val="20"/>
        </w:rPr>
        <w:t>[20]</w:t>
      </w:r>
    </w:p>
    <w:p>
      <w:r>
        <w:rPr>
          <w:rFonts w:ascii="Gentium Plus" w:hAnsi="Gentium Plus"/>
          <w:sz w:val="24"/>
        </w:rPr>
        <w:t>συνείδησις ἡμῶν μὴ καταγινώσκῃ ἡμῶν, παῤῥη‐ σίαν ἔχομεν πρὸς τὸν θεόν. Ἀντίδικός μοι καθέστης, καὶ ἀντίδικός μοι κα‐ θέστηκεν. Ἀντίπαλος. ὁ κατὰ πάλον, τουτέστι κλῆρον,</w:t>
      </w:r>
    </w:p>
    <w:p>
      <w:r>
        <w:rPr>
          <w:rFonts w:ascii="Courier New" w:hAnsi="Courier New"/>
          <w:color w:val="555555"/>
          <w:sz w:val="20"/>
        </w:rPr>
        <w:t>[25]</w:t>
      </w:r>
    </w:p>
    <w:p>
      <w:r>
        <w:rPr>
          <w:rFonts w:ascii="Gentium Plus" w:hAnsi="Gentium Plus"/>
          <w:sz w:val="24"/>
        </w:rPr>
        <w:t>ἐναντιούμενος. Ἀντήρεις. ἀνθηρμοσμένους. ἢ τὸ εἰς ὃ ἐπερεί‐ δεταί τις. παρὰ τὸ ἐρείδω, ἐρείσω, καὶ ἐξ αὐ‐ τοῦ ἀντήρεις. [τροπῇ τοῦ ε εἰς η, καὶ ἀποβο‐</w:t>
      </w:r>
    </w:p>
    <w:p>
      <w:r>
        <w:rPr>
          <w:rFonts w:ascii="Courier New" w:hAnsi="Courier New"/>
          <w:color w:val="555555"/>
          <w:sz w:val="20"/>
        </w:rPr>
        <w:t>[alpha 177]</w:t>
      </w:r>
    </w:p>
    <w:p>
      <w:r>
        <w:rPr>
          <w:rFonts w:ascii="Gentium Plus" w:hAnsi="Gentium Plus"/>
          <w:sz w:val="24"/>
        </w:rPr>
        <w:t>χρήσει. αἱ δὲ ἄλλαι πτώσεις ὡς ἀπὸ τῆς ὀξυ‐ τόνου μακρᾶς καὶ εἰς ις ληγούσης τὴν κλίσιν ἔχουσιν ἀντηρίδος.] Ἀντυγωτός. συνδεδεμένος· ἐπειδὴ αἱ ἄντυγες κα‐</w:t>
      </w:r>
    </w:p>
    <w:p>
      <w:r>
        <w:rPr>
          <w:rFonts w:ascii="Courier New" w:hAnsi="Courier New"/>
          <w:color w:val="555555"/>
          <w:sz w:val="20"/>
        </w:rPr>
        <w:t>[5]</w:t>
      </w:r>
    </w:p>
    <w:p>
      <w:r>
        <w:rPr>
          <w:rFonts w:ascii="Gentium Plus" w:hAnsi="Gentium Plus"/>
          <w:sz w:val="24"/>
        </w:rPr>
        <w:t>ταδέονται. παρὰ τὸ ἀντυγῶ ῥῆμα. Ἀνύπηνος. ἀγένειος. Ἄνυμφος. ὁ μὴ ἔχων γυναῖκα. Ἀνυμέναιος δὲ, ἡ μὴ ἔχουσα ἄνδρα. Ἀνυπόδητος, οὐχὶ ἀνυπόδετος λέγεται.</w:t>
      </w:r>
    </w:p>
    <w:p>
      <w:r>
        <w:rPr>
          <w:rFonts w:ascii="Courier New" w:hAnsi="Courier New"/>
          <w:color w:val="555555"/>
          <w:sz w:val="20"/>
        </w:rPr>
        <w:t>[10]</w:t>
      </w:r>
    </w:p>
    <w:p>
      <w:r>
        <w:rPr>
          <w:rFonts w:ascii="Gentium Plus" w:hAnsi="Gentium Plus"/>
          <w:sz w:val="24"/>
        </w:rPr>
        <w:t>Ἀνυπαίτιος. ὁ ἀναίτιος. Ἀνυπόκριτος. ὁ ἄδολος. Ἀνυπέρβλητος. ὁ προέχων. Ἀνώλεθρος. ἀθάνατος. Ἀνελεήμονας. τοὺς ἀκαμπεῖς καὶ ἀνενδότους</w:t>
      </w:r>
    </w:p>
    <w:p>
      <w:r>
        <w:rPr>
          <w:rFonts w:ascii="Courier New" w:hAnsi="Courier New"/>
          <w:color w:val="555555"/>
          <w:sz w:val="20"/>
        </w:rPr>
        <w:t>[15]</w:t>
      </w:r>
    </w:p>
    <w:p>
      <w:r>
        <w:rPr>
          <w:rFonts w:ascii="Gentium Plus" w:hAnsi="Gentium Plus"/>
          <w:sz w:val="24"/>
        </w:rPr>
        <w:t>πρὸς ἔλεον. Ἀνυπόκριτος. ὁ μὴ ἐν πλάσματι ἀγαπῶν ἢ περιπατῶν. καὶ ὁ Ἀπόστολος· ἡ ἀγάπη ἀνυ‐ πόκριτος· [καὶ] μὴ πλάσμα ἀγάπης ἔστω.</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Ἄναια. χώρα καὶ τόπος ἀντικρὺ Σάμου. ἐκλή‐ θη γὰρ Ἄναια ἀπὸ γυναικὸς μιᾶς οὔσης τῶν</w:t>
      </w:r>
    </w:p>
    <w:p>
      <w:r>
        <w:rPr>
          <w:rFonts w:ascii="Courier New" w:hAnsi="Courier New"/>
          <w:color w:val="555555"/>
          <w:sz w:val="20"/>
        </w:rPr>
        <w:t>[alpha 178]</w:t>
      </w:r>
    </w:p>
    <w:p>
      <w:r>
        <w:rPr>
          <w:rFonts w:ascii="Gentium Plus" w:hAnsi="Gentium Plus"/>
          <w:sz w:val="24"/>
        </w:rPr>
        <w:t>Ἀναίδεια. παρὰ τὸ ἀναιδής. τοῦτο παρὰ τὸ αἰ‐ δῶ, αἰδὴς, ἀαιδὴς καὶ ἀναιδής. Ἀναβάσεις. αἱ προκοπαί. οἱ εὐσεβεῖς λογισμοὶ περὶ θεόν. φησὶ γὰρ ὁ Δαβίδ· ἀναβάσεις ἐν</w:t>
      </w:r>
    </w:p>
    <w:p>
      <w:r>
        <w:rPr>
          <w:rFonts w:ascii="Courier New" w:hAnsi="Courier New"/>
          <w:color w:val="555555"/>
          <w:sz w:val="20"/>
        </w:rPr>
        <w:t>[5]</w:t>
      </w:r>
    </w:p>
    <w:p>
      <w:r>
        <w:rPr>
          <w:rFonts w:ascii="Gentium Plus" w:hAnsi="Gentium Plus"/>
          <w:sz w:val="24"/>
        </w:rPr>
        <w:t>τῇ καρδίᾳ αὐτοῦ διέθετο. εἰς τὸ ἐναντίον δὲ αἱ καταβάσεις. Ἀναβολή. ἐνοχή. Αἰλιανός· Λοξίας καὶ Ζεὺς πατὴρ ἀναβολὴν θανάτου ἐψηφίσαντο Φαλαρίδι. Ἀναβολαί. αἱ βραδυτῆτες. λέγεται δὲ καὶ τὰ</w:t>
      </w:r>
    </w:p>
    <w:p>
      <w:r>
        <w:rPr>
          <w:rFonts w:ascii="Courier New" w:hAnsi="Courier New"/>
          <w:color w:val="555555"/>
          <w:sz w:val="20"/>
        </w:rPr>
        <w:t>[10]</w:t>
      </w:r>
    </w:p>
    <w:p>
      <w:r>
        <w:rPr>
          <w:rFonts w:ascii="Gentium Plus" w:hAnsi="Gentium Plus"/>
          <w:sz w:val="24"/>
        </w:rPr>
        <w:t>προοίμια, καὶ αἱ ἀνακρούσεις καὶ αἱ ἀρχαί. Ἀνάγγελον. μὴ δὲ ἄγγελον καταλειφθῆναι. ἔνθα μάχην ἔτλημεν ἀνάγγελον, ἄλλος ἐπ’ ἄλλον πίπτοντες—.</w:t>
      </w:r>
    </w:p>
    <w:p>
      <w:r>
        <w:rPr>
          <w:rFonts w:ascii="Courier New" w:hAnsi="Courier New"/>
          <w:color w:val="555555"/>
          <w:sz w:val="20"/>
        </w:rPr>
        <w:t>[15]</w:t>
      </w:r>
    </w:p>
    <w:p>
      <w:r>
        <w:rPr>
          <w:rFonts w:ascii="Gentium Plus" w:hAnsi="Gentium Plus"/>
          <w:sz w:val="24"/>
        </w:rPr>
        <w:t>Ἀναγκαία τράπεζα. ἡ εὐτελὴς καὶ πενιχρά. Σοφοκλῆς· ὦ δέσποτ’ Αἶαν τῆς ἀναγκαίας τύχης. τῆς βίας φησί· τουτέστι τῆς δυστυχίας. Ἀνάγκη. παρὰ τὸ ἄγω, ἄγη, καὶ πλεονασμῷ τοῦ</w:t>
      </w:r>
    </w:p>
    <w:p>
      <w:r>
        <w:rPr>
          <w:rFonts w:ascii="Courier New" w:hAnsi="Courier New"/>
          <w:color w:val="555555"/>
          <w:sz w:val="20"/>
        </w:rPr>
        <w:t>[20]</w:t>
      </w:r>
    </w:p>
    <w:p>
      <w:r>
        <w:rPr>
          <w:rFonts w:ascii="Gentium Plus" w:hAnsi="Gentium Plus"/>
          <w:sz w:val="24"/>
        </w:rPr>
        <w:t>κ ἀνάγκη. [ἢ παρὰ τὸ ἀνάσσω, ἡ πάντων ἀνάσ‐ σουσα.] Ἀνάγνωσις. κατὰ φιλοσόφους ἡ τῶν πρώτων μα‐ θημάτων τῆς ψυχῆς ἀναγνώρισις ἢ ἀνάπεισις.</w:t>
      </w:r>
    </w:p>
    <w:p>
      <w:r>
        <w:rPr>
          <w:rFonts w:ascii="Courier New" w:hAnsi="Courier New"/>
          <w:color w:val="555555"/>
          <w:sz w:val="20"/>
        </w:rPr>
        <w:t>[alpha 179]</w:t>
      </w:r>
    </w:p>
    <w:p>
      <w:r>
        <w:rPr>
          <w:rFonts w:ascii="Gentium Plus" w:hAnsi="Gentium Plus"/>
          <w:sz w:val="24"/>
        </w:rPr>
        <w:t>Ἀναγωγή. ὁ τῶν νηῶν ἔκπλους. καὶ γίνεται ἀναγωγὴ τῶν νεῶν. Ἀναγωγία. ἡ ἀπαιδευσία. —ὁ δὲ δι’ ἀναγω‐ γίαν ταῦτα ἔπασχεν. [ἔχων στρατὸν ὑπὸ μέ‐</w:t>
      </w:r>
    </w:p>
    <w:p>
      <w:r>
        <w:rPr>
          <w:rFonts w:ascii="Courier New" w:hAnsi="Courier New"/>
          <w:color w:val="555555"/>
          <w:sz w:val="20"/>
        </w:rPr>
        <w:t>[5]</w:t>
      </w:r>
    </w:p>
    <w:p>
      <w:r>
        <w:rPr>
          <w:rFonts w:ascii="Gentium Plus" w:hAnsi="Gentium Plus"/>
          <w:sz w:val="24"/>
        </w:rPr>
        <w:t>θης καὶ ἀναγωγίας ἠμελημένον καὶ διεφθαρ‐ μένον.] Ἀνάζαρβα. πόλις Κιλικίας. ἀπὸ Ζάρβα τοῦ κτίσαντος [αὐτήν. ὁ πολίτης Ἀναζαρβεύς· ὡς Καρυανδεύς. ἀφ’ ἧς Διοσκορίδης ἰατρὸς χρημα‐</w:t>
      </w:r>
    </w:p>
    <w:p>
      <w:r>
        <w:rPr>
          <w:rFonts w:ascii="Courier New" w:hAnsi="Courier New"/>
          <w:color w:val="555555"/>
          <w:sz w:val="20"/>
        </w:rPr>
        <w:t>[10]</w:t>
      </w:r>
    </w:p>
    <w:p>
      <w:r>
        <w:rPr>
          <w:rFonts w:ascii="Gentium Plus" w:hAnsi="Gentium Plus"/>
          <w:sz w:val="24"/>
        </w:rPr>
        <w:t>τίζων· καὶ Ἀσκληπιάδης ὁ Ἀναζαρβεύς.] Ἀνάβλησις. ὑπέρθεσις καὶ ἀναβολή. Ἀνάδικοι κινήσεις. αἱ ἄνωθεν δικαζόμεναι. ὅταν ἁλῶσιν οἱ μάρτυρες ψευδομαρτυροῦντες. Ἀναδομή. ἀναδασμός. ἐγὼ δὲ λέγω ἀνάκτι‐</w:t>
      </w:r>
    </w:p>
    <w:p>
      <w:r>
        <w:rPr>
          <w:rFonts w:ascii="Courier New" w:hAnsi="Courier New"/>
          <w:color w:val="555555"/>
          <w:sz w:val="20"/>
        </w:rPr>
        <w:t>[15]</w:t>
      </w:r>
    </w:p>
    <w:p>
      <w:r>
        <w:rPr>
          <w:rFonts w:ascii="Gentium Plus" w:hAnsi="Gentium Plus"/>
          <w:sz w:val="24"/>
        </w:rPr>
        <w:t>σις. Ἀναδρομαί. ἀναβάσεις. ἀναδρομὴ γίνοιτο κοὐ σφαλλόμεθα. Ἀναζυγαῖς. ἀναστροφαῖς, στρατοπεδίαις, ἀνα‐ λύσεσι τῶν στρατοπεδευμάτων. [Πολύβιος· ὁ</w:t>
      </w:r>
    </w:p>
    <w:p>
      <w:r>
        <w:rPr>
          <w:rFonts w:ascii="Courier New" w:hAnsi="Courier New"/>
          <w:color w:val="555555"/>
          <w:sz w:val="20"/>
        </w:rPr>
        <w:t>[20]</w:t>
      </w:r>
    </w:p>
    <w:p>
      <w:r>
        <w:rPr>
          <w:rFonts w:ascii="Gentium Plus" w:hAnsi="Gentium Plus"/>
          <w:sz w:val="24"/>
        </w:rPr>
        <w:t>δὲ Φίλιππος οὐδενὶ κόσμῳ ποιησάμενος τὴν ἀναζυγὴν καὶ τὸν ἀνάπλουν δευτεραῖος εἰς Κε‐ φαληνίαν κατῇρεν.] Ἀνάεδνον. ἄπροικον. Ἀνάθεσις. ὑπέρθεσις. τὰ χρήματα δώσειν ὑπέ‐</w:t>
      </w:r>
    </w:p>
    <w:p>
      <w:r>
        <w:rPr>
          <w:rFonts w:ascii="Courier New" w:hAnsi="Courier New"/>
          <w:color w:val="555555"/>
          <w:sz w:val="20"/>
        </w:rPr>
        <w:t>[25]</w:t>
      </w:r>
    </w:p>
    <w:p>
      <w:r>
        <w:rPr>
          <w:rFonts w:ascii="Gentium Plus" w:hAnsi="Gentium Plus"/>
          <w:sz w:val="24"/>
        </w:rPr>
        <w:t>σχοντο, τριῶν ἡμερῶν ποιήσαντες ἀνάθεσιν. Ἄννα. πόλις τῆς Ἰουδαίας. ὁ πολίτης Ἀννίτης. *Ἀνωμαλίαν. νόσον ἢ ἀσθένειαν.* Ἀνία. θλίψις, λύπη, παρὰ τὸ ἰῶ, ὃ σημαίνει ὑγιάζω καὶ θεραπεύω, γίνεται ἀϊῶ κατὰ στέ‐</w:t>
      </w:r>
    </w:p>
    <w:p>
      <w:r>
        <w:rPr>
          <w:rFonts w:ascii="Courier New" w:hAnsi="Courier New"/>
          <w:color w:val="555555"/>
          <w:sz w:val="20"/>
        </w:rPr>
        <w:t>[30]</w:t>
      </w:r>
    </w:p>
    <w:p>
      <w:r>
        <w:rPr>
          <w:rFonts w:ascii="Gentium Plus" w:hAnsi="Gentium Plus"/>
          <w:sz w:val="24"/>
        </w:rPr>
        <w:t>ρησιν, καὶ πλεονασμῷ τοῦ ν ἀνιῶ· ἡ γὰρ ἀνία</w:t>
      </w:r>
    </w:p>
    <w:p>
      <w:r>
        <w:rPr>
          <w:rFonts w:ascii="Courier New" w:hAnsi="Courier New"/>
          <w:color w:val="555555"/>
          <w:sz w:val="20"/>
        </w:rPr>
        <w:t>[alpha 180]</w:t>
      </w:r>
    </w:p>
    <w:p>
      <w:r>
        <w:rPr>
          <w:rFonts w:ascii="Gentium Plus" w:hAnsi="Gentium Plus"/>
          <w:sz w:val="24"/>
        </w:rPr>
        <w:t>ἐστέρηται τῆς ἰάσεως. [τὰ διὰ τοῦ νια μα‐ κρὸν ἔχει τὸ α, μὴ ἔχοντα ῥῆμα ἀντιπαρακεί‐ μενον διὰ τοῦ ευω, διὰ τοῦ ι γράφεται. οἷον, μανία, πενία, ῥοδωνία, ἰσωνία, ἡ ἴση πρᾶσις·</w:t>
      </w:r>
    </w:p>
    <w:p>
      <w:r>
        <w:rPr>
          <w:rFonts w:ascii="Courier New" w:hAnsi="Courier New"/>
          <w:color w:val="555555"/>
          <w:sz w:val="20"/>
        </w:rPr>
        <w:t>[5]</w:t>
      </w:r>
    </w:p>
    <w:p>
      <w:r>
        <w:rPr>
          <w:rFonts w:ascii="Gentium Plus" w:hAnsi="Gentium Plus"/>
          <w:sz w:val="24"/>
        </w:rPr>
        <w:t>οὕτω καὶ ἀνία. πρόσκειται μὴ ἔχοντα ῥῆμα ἀντιπαρακείμενον διὰ τοῦ ευω, οἷον ἑρμηνεύω, ἑρμηνεία, σαλακωνεύω, σαλακωνεία· σημαίνει δὲ τὴν βλακείαν. πρόσκειται μακρὸν ἔχοντα τὸ α, διὰ τὸ σαφήνεια, εὐγένεια, ἀπήνεια. τὸ</w:t>
      </w:r>
    </w:p>
    <w:p>
      <w:r>
        <w:rPr>
          <w:rFonts w:ascii="Courier New" w:hAnsi="Courier New"/>
          <w:color w:val="555555"/>
          <w:sz w:val="20"/>
        </w:rPr>
        <w:t>[10]</w:t>
      </w:r>
    </w:p>
    <w:p>
      <w:r>
        <w:rPr>
          <w:rFonts w:ascii="Gentium Plus" w:hAnsi="Gentium Plus"/>
          <w:sz w:val="24"/>
        </w:rPr>
        <w:t>μνεία δὲ οὐκ ἀντίκειται, ἐπεὶ οὐκ ἔστιν ἀπὸ τοῦ μνεύω.] Ἀνακάθαρσις. ἐπίλυσις, διακρίνησις. Ἀνάκαια. δῆμος φυλῆς τῆς Ἱπποθωοντίδος. Ἀνακαίνησις. ἡ ἀνανέωσις. λέγεται δὲ καὶ ἀνα‐</w:t>
      </w:r>
    </w:p>
    <w:p>
      <w:r>
        <w:rPr>
          <w:rFonts w:ascii="Courier New" w:hAnsi="Courier New"/>
          <w:color w:val="555555"/>
          <w:sz w:val="20"/>
        </w:rPr>
        <w:t>[15]</w:t>
      </w:r>
    </w:p>
    <w:p>
      <w:r>
        <w:rPr>
          <w:rFonts w:ascii="Gentium Plus" w:hAnsi="Gentium Plus"/>
          <w:sz w:val="24"/>
        </w:rPr>
        <w:t>καίνωσις. Ἀνάκλησις. ἡ προσφώνησις. διὰ δὲ τοῦ ι ἡ ἀνά‐ παυσις. Ἀνακτορίαν. δεσποτείαν. Ἀνακεφαλαίωσις. ἡ ἐξ ἀρχῆς ἔρευνα.</w:t>
      </w:r>
    </w:p>
    <w:p>
      <w:r>
        <w:rPr>
          <w:rFonts w:ascii="Courier New" w:hAnsi="Courier New"/>
          <w:color w:val="555555"/>
          <w:sz w:val="20"/>
        </w:rPr>
        <w:t>[20]</w:t>
      </w:r>
    </w:p>
    <w:p>
      <w:r>
        <w:rPr>
          <w:rFonts w:ascii="Gentium Plus" w:hAnsi="Gentium Plus"/>
          <w:sz w:val="24"/>
        </w:rPr>
        <w:t>Ἀνάκρισις. ἡ ἐξέτασις. Ἀνάκρησις δὲ, ἡ ἀνάκρασις, η. Ἀνάληψις. ἡ ἀνάῤῥωσις. σπουδὴν ἐποιεῖτο ὑπὲρ ἀναλήψεως καὶ θεραπείας τῶν ἀνδρῶν. Ἀνάλυσις. ἐξάπλωσις. ὅρος γάρ ἐστι λόγος</w:t>
      </w:r>
    </w:p>
    <w:p>
      <w:r>
        <w:rPr>
          <w:rFonts w:ascii="Courier New" w:hAnsi="Courier New"/>
          <w:color w:val="555555"/>
          <w:sz w:val="20"/>
        </w:rPr>
        <w:t>[25]</w:t>
      </w:r>
    </w:p>
    <w:p>
      <w:r>
        <w:rPr>
          <w:rFonts w:ascii="Gentium Plus" w:hAnsi="Gentium Plus"/>
          <w:sz w:val="24"/>
        </w:rPr>
        <w:t>κατὰ ἀνάλυσιν ἀπαρτιζόντως ἐκφερόμενος τοῦ ὁριστικοῦ κεφαλαιωδῶς. καὶ ἄλλως· ἀνάλυσις ἡ ὑπὸ σχήματος ἐπὶ σχῆμα· τῶν τρόπων ἀνα‐ κύκλησις. Ἀναλογία. τὸ λέγειν· ὃν λόγον ἔχει ὁ δύο ἀρι‐</w:t>
      </w:r>
    </w:p>
    <w:p>
      <w:r>
        <w:rPr>
          <w:rFonts w:ascii="Courier New" w:hAnsi="Courier New"/>
          <w:color w:val="555555"/>
          <w:sz w:val="20"/>
        </w:rPr>
        <w:t>[30]</w:t>
      </w:r>
    </w:p>
    <w:p>
      <w:r>
        <w:rPr>
          <w:rFonts w:ascii="Gentium Plus" w:hAnsi="Gentium Plus"/>
          <w:sz w:val="24"/>
        </w:rPr>
        <w:t>θμὸς πρὸς τὸν τέσσαρα, τοῦτον ὁ τρία πρὸς</w:t>
      </w:r>
    </w:p>
    <w:p>
      <w:r>
        <w:rPr>
          <w:rFonts w:ascii="Courier New" w:hAnsi="Courier New"/>
          <w:color w:val="555555"/>
          <w:sz w:val="20"/>
        </w:rPr>
        <w:t>[alpha 181]</w:t>
      </w:r>
    </w:p>
    <w:p>
      <w:r>
        <w:rPr>
          <w:rFonts w:ascii="Gentium Plus" w:hAnsi="Gentium Plus"/>
          <w:sz w:val="24"/>
        </w:rPr>
        <w:t>τὸν ἓξ, ἀμφότερα γὰρ διπλάσια. ἢ ἀναλογία ἐστὶν ἡ τὸ πολυσχεδὲς τῶν ἀνθρώπων φθέγ‐ μα συντόνως παραδιδοῦσα. Ἀνάμνησις. μνήμης ἐξιτήλου γενομένης ἀνάτη‐</w:t>
      </w:r>
    </w:p>
    <w:p>
      <w:r>
        <w:rPr>
          <w:rFonts w:ascii="Courier New" w:hAnsi="Courier New"/>
          <w:color w:val="555555"/>
          <w:sz w:val="20"/>
        </w:rPr>
        <w:t>[5]</w:t>
      </w:r>
    </w:p>
    <w:p>
      <w:r>
        <w:rPr>
          <w:rFonts w:ascii="Gentium Plus" w:hAnsi="Gentium Plus"/>
          <w:sz w:val="24"/>
        </w:rPr>
        <w:t>σις. ἢ εὕρεσις φαντάσματος. ἀρξαμένη γὰρ ἀπὸ τῆς ψυχῆς διαβαίνει ἐπὶ τὸ ἐζωωμένον σῶμα. ἀναμνησθέντες γὰρ φοβεροῦ τινὸς ἡμῖν γενομένου ὠχριάσαμεν, καὶ τοῦ πλοῦ ἀναμνη‐ σθέντες ἐναυτιάσαμεν.</w:t>
      </w:r>
    </w:p>
    <w:p>
      <w:r>
        <w:rPr>
          <w:rFonts w:ascii="Courier New" w:hAnsi="Courier New"/>
          <w:color w:val="555555"/>
          <w:sz w:val="20"/>
        </w:rPr>
        <w:t>[10]</w:t>
      </w:r>
    </w:p>
    <w:p>
      <w:r>
        <w:rPr>
          <w:rFonts w:ascii="Gentium Plus" w:hAnsi="Gentium Plus"/>
          <w:sz w:val="24"/>
        </w:rPr>
        <w:t>Ἀναπειστηρίαν. δυναμένην πείθειν τοὺς ἀκού‐ οντας. Ἀνάπειρα. ἡ εἰρεσία. —ταῖς ἀναπείραις καὶ ταῖς εἰρεσίαις ἐγύμναζεν. Ἀναμπλάκητοι. αἱ εἰς μηδὲν ἁμαρτάνουσαι,</w:t>
      </w:r>
    </w:p>
    <w:p>
      <w:r>
        <w:rPr>
          <w:rFonts w:ascii="Courier New" w:hAnsi="Courier New"/>
          <w:color w:val="555555"/>
          <w:sz w:val="20"/>
        </w:rPr>
        <w:t>[15]</w:t>
      </w:r>
    </w:p>
    <w:p>
      <w:r>
        <w:rPr>
          <w:rFonts w:ascii="Gentium Plus" w:hAnsi="Gentium Plus"/>
          <w:sz w:val="24"/>
        </w:rPr>
        <w:t>ἀλλὰ πάντων κρατοῦσαι. [ἢ ἄφυκτοι, ἀπλάνη‐ τοι, ἀπροσπέλαστοι.] [Ἀναπνοή. εἴσοδος ἀέρος, ὑπὸ μετεωρισμοῦ πνεύ‐</w:t>
      </w:r>
    </w:p>
    <w:p>
      <w:r>
        <w:rPr>
          <w:rFonts w:ascii="Courier New" w:hAnsi="Courier New"/>
          <w:color w:val="555555"/>
          <w:sz w:val="20"/>
        </w:rPr>
        <w:t>[alpha 182]</w:t>
      </w:r>
    </w:p>
    <w:p>
      <w:r>
        <w:rPr>
          <w:rFonts w:ascii="Gentium Plus" w:hAnsi="Gentium Plus"/>
          <w:sz w:val="24"/>
        </w:rPr>
        <w:t>Ἀνάπαυλα. ἡ ἀνάπαυσις. Ἀναῤῥῶγας. τὰς ἐν τῷ μεγάρῳ διόδους· ἵν’ ᾖ τὸ ἀνάῤῥηγμα τοῦ τείχους. ἢ τὰς ῥαγάδας. Ἀναροίβδησις. ἡ ἀναφορὰ τῶν ὑδάτων.</w:t>
      </w:r>
    </w:p>
    <w:p>
      <w:r>
        <w:rPr>
          <w:rFonts w:ascii="Courier New" w:hAnsi="Courier New"/>
          <w:color w:val="555555"/>
          <w:sz w:val="20"/>
        </w:rPr>
        <w:t>[5]</w:t>
      </w:r>
    </w:p>
    <w:p>
      <w:r>
        <w:rPr>
          <w:rFonts w:ascii="Gentium Plus" w:hAnsi="Gentium Plus"/>
          <w:sz w:val="24"/>
        </w:rPr>
        <w:t>Ἀνάῤῥησις. στέφανος, ἢ ἀνακήρυξις. ἀνάῤῥυ‐ σις δὲ, ἡ ἐλευθερία, ψιλόν. Ἀνασύνταξις. τὰ διαγεγραμμένα τιμήματα ταῖς συμμορίαις. ὅταν δόξῃ τῷ δήμῳ χρήζειν προσ‐ θήκης ἢ ἀφαιρέσεως, καὶ ἕλωνται τοὺς τοῦτο</w:t>
      </w:r>
    </w:p>
    <w:p>
      <w:r>
        <w:rPr>
          <w:rFonts w:ascii="Courier New" w:hAnsi="Courier New"/>
          <w:color w:val="555555"/>
          <w:sz w:val="20"/>
        </w:rPr>
        <w:t>[10]</w:t>
      </w:r>
    </w:p>
    <w:p>
      <w:r>
        <w:rPr>
          <w:rFonts w:ascii="Gentium Plus" w:hAnsi="Gentium Plus"/>
          <w:sz w:val="24"/>
        </w:rPr>
        <w:t>πράξαντας, τοῦτο ἀνασύνταξιν καλοῦσιν. Ἀνακομιδή. ἐπάνοδος. Ἀνάρτησις. ἡ ἀνακρέμασις. Ἀνακωχή. ἡ ἀνάπαυσις, ἡ πρὸς μικρὸν εἰρήνη ἐν τῷ πολέμῳ. παρὰ τὸ ἄνω τὰς ἀκωκὰς ἔχειν.</w:t>
      </w:r>
    </w:p>
    <w:p>
      <w:r>
        <w:rPr>
          <w:rFonts w:ascii="Courier New" w:hAnsi="Courier New"/>
          <w:color w:val="555555"/>
          <w:sz w:val="20"/>
        </w:rPr>
        <w:t>[15]</w:t>
      </w:r>
    </w:p>
    <w:p>
      <w:r>
        <w:rPr>
          <w:rFonts w:ascii="Gentium Plus" w:hAnsi="Gentium Plus"/>
          <w:sz w:val="24"/>
        </w:rPr>
        <w:t>Ἄνασσα. ἡ βασίλισσα. Ἀναξυρίς. τὸ βρακίον.</w:t>
      </w:r>
    </w:p>
    <w:p>
      <w:r>
        <w:rPr>
          <w:rFonts w:ascii="Courier New" w:hAnsi="Courier New"/>
          <w:color w:val="555555"/>
          <w:sz w:val="20"/>
        </w:rPr>
        <w:t>[alpha 183]</w:t>
      </w:r>
    </w:p>
    <w:p>
      <w:r>
        <w:rPr>
          <w:rFonts w:ascii="Gentium Plus" w:hAnsi="Gentium Plus"/>
          <w:sz w:val="24"/>
        </w:rPr>
        <w:t>Ἀνάστασις. τοῦ πεπτωκότος ἔγερσις. ἀνάστα‐ σις δὲ, ἡ τῶν διαζευχθέντων στοιχείων κελεύ‐ σει τοῦ κτίσαντος πρὸς ἑαυτὰ συνδρομή. Ἀνάστασις Χριστοῦ. ἡ μετάθεσις τῆς λογικῆς</w:t>
      </w:r>
    </w:p>
    <w:p>
      <w:r>
        <w:rPr>
          <w:rFonts w:ascii="Courier New" w:hAnsi="Courier New"/>
          <w:color w:val="555555"/>
          <w:sz w:val="20"/>
        </w:rPr>
        <w:t>[5]</w:t>
      </w:r>
    </w:p>
    <w:p>
      <w:r>
        <w:rPr>
          <w:rFonts w:ascii="Gentium Plus" w:hAnsi="Gentium Plus"/>
          <w:sz w:val="24"/>
        </w:rPr>
        <w:t>φύσεως ἐκ φθορᾶς πρὸς τὴν ἀφθαρσίαν, καὶ ἐκ τῆς ἀγνοίας πρὸς τὴν ἀπλανῆ γνῶσιν. Ἀνατάσεις. ἐπαπειλήσεις ὑπερηφάνους. τὰ μὲν φιλάνθρωπα παρεσιώπων, τὰς δὲ ἀνατά‐ σεις [καὶ] ἐπαπειλήσεις ἔλεγον.</w:t>
      </w:r>
    </w:p>
    <w:p>
      <w:r>
        <w:rPr>
          <w:rFonts w:ascii="Courier New" w:hAnsi="Courier New"/>
          <w:color w:val="555555"/>
          <w:sz w:val="20"/>
        </w:rPr>
        <w:t>[10]</w:t>
      </w:r>
    </w:p>
    <w:p>
      <w:r>
        <w:rPr>
          <w:rFonts w:ascii="Gentium Plus" w:hAnsi="Gentium Plus"/>
          <w:sz w:val="24"/>
        </w:rPr>
        <w:t>Ἀνάτασις. ἡ μετὰ πικρίας καὶ θρασύτητος ἀπει‐ λή. Πολύβιος· οἱ μὲν οὖν περὶ Μητρόδωρον κα‐ ταπλαγέντες τὴν ἀνάτασιν Φιλίππου τοῦ βα‐ σιλέως, ἐπανῆλθον. Ἀνατάσεσιν. ἀναγωγαῖς, ἀναπλώσεσιν. οὕτως</w:t>
      </w:r>
    </w:p>
    <w:p>
      <w:r>
        <w:rPr>
          <w:rFonts w:ascii="Courier New" w:hAnsi="Courier New"/>
          <w:color w:val="555555"/>
          <w:sz w:val="20"/>
        </w:rPr>
        <w:t>[15]</w:t>
      </w:r>
    </w:p>
    <w:p>
      <w:r>
        <w:rPr>
          <w:rFonts w:ascii="Gentium Plus" w:hAnsi="Gentium Plus"/>
          <w:sz w:val="24"/>
        </w:rPr>
        <w:t>ὁ τὰ θεῖα μέγας Διονύσιος. Ἀνατρητὰς ἐμβάδας. τὰ διατετριμμένα καὶ κατακεκομμένα ὑποδήματα. Ἀνατύπωσις. ἡ διανόησις. Ἀναίρεσις. φόνευσις, καὶ ἡ ἀνάληψις. ὁ δὲ τὴν</w:t>
      </w:r>
    </w:p>
    <w:p>
      <w:r>
        <w:rPr>
          <w:rFonts w:ascii="Courier New" w:hAnsi="Courier New"/>
          <w:color w:val="555555"/>
          <w:sz w:val="20"/>
        </w:rPr>
        <w:t>[20]</w:t>
      </w:r>
    </w:p>
    <w:p>
      <w:r>
        <w:rPr>
          <w:rFonts w:ascii="Gentium Plus" w:hAnsi="Gentium Plus"/>
          <w:sz w:val="24"/>
        </w:rPr>
        <w:t>πανοπλίαν ἔῤῥιψεν εἰς ἀναίρεσιν τὸ βουλό‐ μενον. Ἀνάχυσις. φυρμὸς, σύγχυσις, ἢ καὶ ἔκλυσις. Ἀναψυχή. παραμυθία. Ἀνδανία. πόλις Μεσήνης. τὸ ἐθνικὸν Ἀνδα‐</w:t>
      </w:r>
    </w:p>
    <w:p>
      <w:r>
        <w:rPr>
          <w:rFonts w:ascii="Courier New" w:hAnsi="Courier New"/>
          <w:color w:val="555555"/>
          <w:sz w:val="20"/>
        </w:rPr>
        <w:t>[25]</w:t>
      </w:r>
    </w:p>
    <w:p>
      <w:r>
        <w:rPr>
          <w:rFonts w:ascii="Gentium Plus" w:hAnsi="Gentium Plus"/>
          <w:sz w:val="24"/>
        </w:rPr>
        <w:t>νιεύς. Ἀνδρεία. ἡ τῶν ἀνδρῶν ἡλικία. οὕτως Ἀντιφῶν. Ἀνδρία. οὐχ ἡ πολιτικὴ ἀρετὴ, ἀλλ’ ἡ μείζων ταύτης, τῷ αὐτῷ ὀνόματι χρωμένη, περιγενο‐ μένη τοῦ θυμοῦ τῆς ψυχῆς. ἀνδρεία δὲ ψυχὴ,</w:t>
      </w:r>
    </w:p>
    <w:p>
      <w:r>
        <w:rPr>
          <w:rFonts w:ascii="Courier New" w:hAnsi="Courier New"/>
          <w:color w:val="555555"/>
          <w:sz w:val="20"/>
        </w:rPr>
        <w:t>[30]</w:t>
      </w:r>
    </w:p>
    <w:p>
      <w:r>
        <w:rPr>
          <w:rFonts w:ascii="Gentium Plus" w:hAnsi="Gentium Plus"/>
          <w:sz w:val="24"/>
        </w:rPr>
        <w:t>δίφθογγον, ἀπὸ τοῦ ἀνδρεῖος. Ἄνδρος. νῆσος μία τῶν Κυκλάδων. ἀπὸ Ἄνδρου</w:t>
      </w:r>
    </w:p>
    <w:p>
      <w:r>
        <w:rPr>
          <w:rFonts w:ascii="Courier New" w:hAnsi="Courier New"/>
          <w:color w:val="555555"/>
          <w:sz w:val="20"/>
        </w:rPr>
        <w:t>[alpha 184]</w:t>
      </w:r>
    </w:p>
    <w:p>
      <w:r>
        <w:rPr>
          <w:rFonts w:ascii="Gentium Plus" w:hAnsi="Gentium Plus"/>
          <w:sz w:val="24"/>
        </w:rPr>
        <w:t>Ἀναλογία. ἡ τῶν λεγομένων ὁμοιότης. οἷον· ὡς τόδε πρὸς τόδε, οὕτως καὶ τόδε πρὸς τόδε. ὡς ἀπὸ λόγων νόημα πρὸς τὴν ἁπλῆν φωνὴν, οὕ‐ τω καὶ σύντομον νόημα πρὸς σύνθετον φωνήν.</w:t>
      </w:r>
    </w:p>
    <w:p>
      <w:r>
        <w:rPr>
          <w:rFonts w:ascii="Courier New" w:hAnsi="Courier New"/>
          <w:color w:val="555555"/>
          <w:sz w:val="20"/>
        </w:rPr>
        <w:t>[5]</w:t>
      </w:r>
    </w:p>
    <w:p>
      <w:r>
        <w:rPr>
          <w:rFonts w:ascii="Gentium Plus" w:hAnsi="Gentium Plus"/>
          <w:sz w:val="24"/>
        </w:rPr>
        <w:t>ἢ ὁμοίωσις ἑτέρου πρὸς ἕτερον κατά τι. οἷον· ὡς ἔχει ἐπὶ ποιμένος προβάτων καὶ ἐπισκόπου, ὡς ἐπὶ ποδῶν κραββάτου καὶ ἐπὶ ποδῶν ἀνθρώ‐ που. ἀμφότερα γὰρ ὅλον τὸ σῶμα βαστάζουσι. γίνεται δὲ παρὰ τὸ λόγος λογία, ἀλογία καὶ</w:t>
      </w:r>
    </w:p>
    <w:p>
      <w:r>
        <w:rPr>
          <w:rFonts w:ascii="Courier New" w:hAnsi="Courier New"/>
          <w:color w:val="555555"/>
          <w:sz w:val="20"/>
        </w:rPr>
        <w:t>[10]</w:t>
      </w:r>
    </w:p>
    <w:p>
      <w:r>
        <w:rPr>
          <w:rFonts w:ascii="Gentium Plus" w:hAnsi="Gentium Plus"/>
          <w:sz w:val="24"/>
        </w:rPr>
        <w:t>ἀναλογία. αἱ γὰρ δύο στερήσεις ὁμοῦ οὖσαι κα‐ τάθεσιν ποιοῦσιν· ὡς πυστὰ, ἄπυστα καὶ ἀνά‐ πυστα, τὰ περιβόητα· καὶ ἄπηρον καὶ ἀνάπη‐ ρον, τὸ πεπηρωμένον. Ἀνδραγαθία. τρόπαιον.</w:t>
      </w:r>
    </w:p>
    <w:p>
      <w:r>
        <w:rPr>
          <w:rFonts w:ascii="Courier New" w:hAnsi="Courier New"/>
          <w:color w:val="555555"/>
          <w:sz w:val="20"/>
        </w:rPr>
        <w:t>[15]</w:t>
      </w:r>
    </w:p>
    <w:p>
      <w:r>
        <w:rPr>
          <w:rFonts w:ascii="Gentium Plus" w:hAnsi="Gentium Plus"/>
          <w:sz w:val="24"/>
        </w:rPr>
        <w:t>Ἀνδροκτασία. ἀνδροφονία. ἐκ τοῦ κτῶ, τὸ φο‐ νεύω, παράγωγον κτῆμι, κτήσω, ἔκτηκα, ἔκτη‐ μαι, κτάσις, κτασία, καὶ μετὰ τῆς ἀνδρὸς γε‐ νικῆς, ἀνδροκτασία. Ἀνδενάκην. ἐνταῦθα τὸ αν ἀντὶ τοῦ ἀνὰ κεῖ‐</w:t>
      </w:r>
    </w:p>
    <w:p>
      <w:r>
        <w:rPr>
          <w:rFonts w:ascii="Courier New" w:hAnsi="Courier New"/>
          <w:color w:val="555555"/>
          <w:sz w:val="20"/>
        </w:rPr>
        <w:t>[20]</w:t>
      </w:r>
    </w:p>
    <w:p>
      <w:r>
        <w:rPr>
          <w:rFonts w:ascii="Gentium Plus" w:hAnsi="Gentium Plus"/>
          <w:sz w:val="24"/>
        </w:rPr>
        <w:t>ται. κατὰ συνέμπτωσιν. ἡ νάκη, τῆς νάκης· σημαίνει δὲ τὸ δέρμα. Ἀνδροτῆτα. ἀνδρείαν. ἀπὸ τῆς τοῦ ἀνδρὸς γε‐ νικῆς. Ἀνειλήθυιαν. ἄτοκον.</w:t>
      </w:r>
    </w:p>
    <w:p>
      <w:r>
        <w:rPr>
          <w:rFonts w:ascii="Courier New" w:hAnsi="Courier New"/>
          <w:color w:val="555555"/>
          <w:sz w:val="20"/>
        </w:rPr>
        <w:t>[25]</w:t>
      </w:r>
    </w:p>
    <w:p>
      <w:r>
        <w:rPr>
          <w:rFonts w:ascii="Gentium Plus" w:hAnsi="Gentium Plus"/>
          <w:sz w:val="24"/>
        </w:rPr>
        <w:t>Ἀνεμώνη. τὸ ἄνθος. διὰ τὸ τὸ φύλλον ἀνευδιά‐ σειστον εἶναι παντὶ ἀνέμῳ. Ἀνθηδών. ἡ μέλισσα, παρὰ τὸ τὰ ἄνθη ἔδειν. Ἀνθήνη. πόλις Λακωνική. ὁ πολίτης Ἀνθηνεύς. Ἀνθήλιος. ἡ σελήνη, καὶ τὸ ἀποσκίασμα τῆς</w:t>
      </w:r>
    </w:p>
    <w:p>
      <w:r>
        <w:rPr>
          <w:rFonts w:ascii="Courier New" w:hAnsi="Courier New"/>
          <w:color w:val="555555"/>
          <w:sz w:val="20"/>
        </w:rPr>
        <w:t>[30]</w:t>
      </w:r>
    </w:p>
    <w:p>
      <w:r>
        <w:rPr>
          <w:rFonts w:ascii="Gentium Plus" w:hAnsi="Gentium Plus"/>
          <w:sz w:val="24"/>
        </w:rPr>
        <w:t>τοῦ ἡλίου φωταυγείας. ἐνίοτε δὲ καὶ τὸ μί‐</w:t>
      </w:r>
    </w:p>
    <w:p>
      <w:r>
        <w:rPr>
          <w:rFonts w:ascii="Courier New" w:hAnsi="Courier New"/>
          <w:color w:val="555555"/>
          <w:sz w:val="20"/>
        </w:rPr>
        <w:t>[alpha 185]</w:t>
      </w:r>
    </w:p>
    <w:p>
      <w:r>
        <w:rPr>
          <w:rFonts w:ascii="Gentium Plus" w:hAnsi="Gentium Plus"/>
          <w:sz w:val="24"/>
        </w:rPr>
        <w:t>νει δὲ καὶ τὰ ἐπισκοτοῦντα τῷ ἡλίῳ νέφη, ἃ καὶ ἀνθήλια καλεῖται. Ἄνθη. ἡ ἄνθησις. Ἀνθιππασία. ὁ ἱππικὸς ἀγών.</w:t>
      </w:r>
    </w:p>
    <w:p>
      <w:r>
        <w:rPr>
          <w:rFonts w:ascii="Courier New" w:hAnsi="Courier New"/>
          <w:color w:val="555555"/>
          <w:sz w:val="20"/>
        </w:rPr>
        <w:t>[5]</w:t>
      </w:r>
    </w:p>
    <w:p>
      <w:r>
        <w:rPr>
          <w:rFonts w:ascii="Gentium Plus" w:hAnsi="Gentium Plus"/>
          <w:sz w:val="24"/>
        </w:rPr>
        <w:t>Ἀνθρακία. οἱ πεπυρακτωμένοι ἄνθρακες. Ὅμη‐ ρος· ἀνθρακιὴν στορέσας ὀβελοὺς ἐφύπερθε τά‐ νυσσεν. Ἀνθυποφορά. ἡ ἀνταπόκρισις.</w:t>
      </w:r>
    </w:p>
    <w:p>
      <w:r>
        <w:rPr>
          <w:rFonts w:ascii="Courier New" w:hAnsi="Courier New"/>
          <w:color w:val="555555"/>
          <w:sz w:val="20"/>
        </w:rPr>
        <w:t>[10]</w:t>
      </w:r>
    </w:p>
    <w:p>
      <w:r>
        <w:rPr>
          <w:rFonts w:ascii="Gentium Plus" w:hAnsi="Gentium Plus"/>
          <w:sz w:val="24"/>
        </w:rPr>
        <w:t>Ἀνίσχαδον. τὴν ἄτοκον καὶ ἀθήλαστον. Ἀντανάκλασις. ἡ ἀπό τινος ἐπί τι κίνησις, καὶ ἐξ ἐκείνου πάλιν ἐξ οὗ προῆλθεν ἡ ὑποστρο‐ φὴ, ὡς ἐπὶ τῆς σφαίρας. Ἀντάρεια. ἡ ἐξ ἐναντίας ἄρσις.</w:t>
      </w:r>
    </w:p>
    <w:p>
      <w:r>
        <w:rPr>
          <w:rFonts w:ascii="Courier New" w:hAnsi="Courier New"/>
          <w:color w:val="555555"/>
          <w:sz w:val="20"/>
        </w:rPr>
        <w:t>[15]</w:t>
      </w:r>
    </w:p>
    <w:p>
      <w:r>
        <w:rPr>
          <w:rFonts w:ascii="Gentium Plus" w:hAnsi="Gentium Plus"/>
          <w:sz w:val="24"/>
        </w:rPr>
        <w:t>Ἀντιάνειρα. ἡ ἐναντιουμένη τοῖς ἀνδράσι τῇ οἰκείᾳ δυνάμει. τὸ γὰρ ἀντὶ τὸ ἴσον καὶ τὸ ἐναντίον σημαίνει. Ἀντίληψις. ἡ βοήθεια, καὶ ἡ ἐπίληψις. παρὰ Πλάτωνι.</w:t>
      </w:r>
    </w:p>
    <w:p>
      <w:r>
        <w:rPr>
          <w:rFonts w:ascii="Courier New" w:hAnsi="Courier New"/>
          <w:color w:val="555555"/>
          <w:sz w:val="20"/>
        </w:rPr>
        <w:t>[20]</w:t>
      </w:r>
    </w:p>
    <w:p>
      <w:r>
        <w:rPr>
          <w:rFonts w:ascii="Gentium Plus" w:hAnsi="Gentium Plus"/>
          <w:sz w:val="24"/>
        </w:rPr>
        <w:t>Ἀντισήκωσις. ἡ ἀνταπόδοσις, διόρθωσις, ἰα‐ τρεία. Ἄντισα. μία πόλις τῶν ἐν Λέσβῳ. Ἀντωμοσία. γραφὴ κατά τινος ἔνορκος, περὶ ὧν ἠδικεῖσθαι φασίν. διωμοσία δὲ, ὁ ἑκατέρω‐</w:t>
      </w:r>
    </w:p>
    <w:p>
      <w:r>
        <w:rPr>
          <w:rFonts w:ascii="Courier New" w:hAnsi="Courier New"/>
          <w:color w:val="555555"/>
          <w:sz w:val="20"/>
        </w:rPr>
        <w:t>[25]</w:t>
      </w:r>
    </w:p>
    <w:p>
      <w:r>
        <w:rPr>
          <w:rFonts w:ascii="Gentium Plus" w:hAnsi="Gentium Plus"/>
          <w:sz w:val="24"/>
        </w:rPr>
        <w:t>θεν γινόμενος ὅρκος ὑπὸ τῶν διαδικαζομένων, τοῦ μὲν, ὡς πράξαντα διώκειν, τοῦ δὲ, ὡς οὐκ ἔπραξεν. ἐξωμοσία δὲ, ἄρνησις σὺν ὅρκῳ. ὑπωμοσία δὲ, ὅταν τις σκήπτηται κάμνειν ἤ τι τοιοῦτον.</w:t>
      </w:r>
    </w:p>
    <w:p>
      <w:r>
        <w:rPr>
          <w:rFonts w:ascii="Courier New" w:hAnsi="Courier New"/>
          <w:color w:val="555555"/>
          <w:sz w:val="20"/>
        </w:rPr>
        <w:t>[30]</w:t>
      </w:r>
    </w:p>
    <w:p>
      <w:r>
        <w:rPr>
          <w:rFonts w:ascii="Gentium Plus" w:hAnsi="Gentium Plus"/>
          <w:sz w:val="24"/>
        </w:rPr>
        <w:t>Ἀντωνυμία. λέξις ἀντὶ ὀνόματος παραλαμβανο‐</w:t>
      </w:r>
    </w:p>
    <w:p>
      <w:r>
        <w:rPr>
          <w:rFonts w:ascii="Courier New" w:hAnsi="Courier New"/>
          <w:color w:val="555555"/>
          <w:sz w:val="20"/>
        </w:rPr>
        <w:t>[alpha 186]</w:t>
      </w:r>
    </w:p>
    <w:p>
      <w:r>
        <w:rPr>
          <w:rFonts w:ascii="Gentium Plus" w:hAnsi="Gentium Plus"/>
          <w:sz w:val="24"/>
        </w:rPr>
        <w:t>προσηγορικοῦ. ἀντὶ κυρίου, ὡς τὸ εἰπεῖν, Νικη‐ φόρος λέγω ἐγώ. ἀντὶ προσηγορικοῦ, ὡς τὸ εἰ‐ πεῖν, ἄνθρωπος λέγω ἐγώ. Ἀντίφασις. ἀντικειμένων κατάθεσις καὶ ἀπό‐</w:t>
      </w:r>
    </w:p>
    <w:p>
      <w:r>
        <w:rPr>
          <w:rFonts w:ascii="Courier New" w:hAnsi="Courier New"/>
          <w:color w:val="555555"/>
          <w:sz w:val="20"/>
        </w:rPr>
        <w:t>[5]</w:t>
      </w:r>
    </w:p>
    <w:p>
      <w:r>
        <w:rPr>
          <w:rFonts w:ascii="Gentium Plus" w:hAnsi="Gentium Plus"/>
          <w:sz w:val="24"/>
        </w:rPr>
        <w:t>φασις. ἢ μάχη καταφάσεως· μέσον λαμβα‐ νομένη τῆς καταφάσεως καὶ ἀποφάσεως, μίαν ἀληθῆ ποιεῖ, τὴν δὲ ἄλλην ψευδῆ. Ἄντυξ. ἡ ἀνωτάτη περικεφαλαία τοῦ ῥαματίου δίφρου. λέγεται καὶ ἡ ἐσχάτη περιφέρεια τῆς</w:t>
      </w:r>
    </w:p>
    <w:p>
      <w:r>
        <w:rPr>
          <w:rFonts w:ascii="Courier New" w:hAnsi="Courier New"/>
          <w:color w:val="555555"/>
          <w:sz w:val="20"/>
        </w:rPr>
        <w:t>[10]</w:t>
      </w:r>
    </w:p>
    <w:p>
      <w:r>
        <w:rPr>
          <w:rFonts w:ascii="Gentium Plus" w:hAnsi="Gentium Plus"/>
          <w:sz w:val="24"/>
        </w:rPr>
        <w:t>ἀσπίδος, παρὰ τὸ ἄνω τετύχθαι ἢ κατασκευ‐ άζεσθαι. ἡ δὲ εἰς τὰ κάτω τετυγμένη λέγεται καταῖτυξ. [ἀμφότερα δὲ ἀπὸ τοῦ τεύχω, τεύ‐ ξω, τεὺξ καὶ τὺξ, καὶ ἐν συνηθείᾳ ἄντυξ καὶ καταῖτυξ. —εἰδέναι δὲ δεῖ, ὅτι τὰ μετὰ προ‐</w:t>
      </w:r>
    </w:p>
    <w:p>
      <w:r>
        <w:rPr>
          <w:rFonts w:ascii="Courier New" w:hAnsi="Courier New"/>
          <w:color w:val="555555"/>
          <w:sz w:val="20"/>
        </w:rPr>
        <w:t>[15]</w:t>
      </w:r>
    </w:p>
    <w:p>
      <w:r>
        <w:rPr>
          <w:rFonts w:ascii="Gentium Plus" w:hAnsi="Gentium Plus"/>
          <w:sz w:val="24"/>
        </w:rPr>
        <w:t>θέσεως συντιθέμενα ῥήματα, εἰ ἀλλοιοῦνται τῷ σημαινομένῳ, ἔσωθεν κλίνεται, βάλλω, κα‐ ταβάλλω, κατέβαλλον. εἰ δὲ τηροῖντο ἐν ταύ‐ τῃ, ἔξωθεν κλίνονται, μύω, καμμύω, ἐκάμ‐ μυον, εὕδω, καθεύδω, ἐκάθευδον. τὸ δὲ ἤθε‐</w:t>
      </w:r>
    </w:p>
    <w:p>
      <w:r>
        <w:rPr>
          <w:rFonts w:ascii="Courier New" w:hAnsi="Courier New"/>
          <w:color w:val="555555"/>
          <w:sz w:val="20"/>
        </w:rPr>
        <w:t>[20]</w:t>
      </w:r>
    </w:p>
    <w:p>
      <w:r>
        <w:rPr>
          <w:rFonts w:ascii="Gentium Plus" w:hAnsi="Gentium Plus"/>
          <w:sz w:val="24"/>
        </w:rPr>
        <w:t>λον, ἤμελλον, ἀττικὰ, καὶ τὰ ὅμοια· φιλοῦσι γὰρ μακρὰν ποιεῖν τὴν ἀρχὴν τῶν παρῳχημέ‐ νων.] Ἀντολή. ἡ ἀνατολή. Ἀντιτυπία. ἀνένδοτος, ἀνύπεικτος ἐναντίωσις,</w:t>
      </w:r>
    </w:p>
    <w:p>
      <w:r>
        <w:rPr>
          <w:rFonts w:ascii="Courier New" w:hAnsi="Courier New"/>
          <w:color w:val="555555"/>
          <w:sz w:val="20"/>
        </w:rPr>
        <w:t>[25]</w:t>
      </w:r>
    </w:p>
    <w:p>
      <w:r>
        <w:rPr>
          <w:rFonts w:ascii="Gentium Plus" w:hAnsi="Gentium Plus"/>
          <w:sz w:val="24"/>
        </w:rPr>
        <w:t>σκληρότης. λαμβάνεται δὲ καὶ ἐπὶ ὠμότητος. Ἀντάμειψις. ἀνταπόδοσις. Ἀντέκτισις. ὁμοίως. Ἀντίπηξ. τὸ κιβώτιον. παρὰ τὴν ἀντὶ πρόθεσιν καὶ τοῦ πήσσω τὸ πηγνύω.</w:t>
      </w:r>
    </w:p>
    <w:p>
      <w:r>
        <w:rPr>
          <w:rFonts w:ascii="Courier New" w:hAnsi="Courier New"/>
          <w:color w:val="555555"/>
          <w:sz w:val="20"/>
        </w:rPr>
        <w:t>[30]</w:t>
      </w:r>
    </w:p>
    <w:p>
      <w:r>
        <w:rPr>
          <w:rFonts w:ascii="Gentium Plus" w:hAnsi="Gentium Plus"/>
          <w:sz w:val="24"/>
        </w:rPr>
        <w:t>Ἀντυγχόνοιαι. οἱ τοῦ ἅρματος τροχοί.</w:t>
      </w:r>
    </w:p>
    <w:p>
      <w:r>
        <w:rPr>
          <w:rFonts w:ascii="Courier New" w:hAnsi="Courier New"/>
          <w:color w:val="555555"/>
          <w:sz w:val="20"/>
        </w:rPr>
        <w:t>[alpha 187]</w:t>
      </w:r>
    </w:p>
    <w:p>
      <w:r>
        <w:rPr>
          <w:rFonts w:ascii="Gentium Plus" w:hAnsi="Gentium Plus"/>
          <w:sz w:val="24"/>
        </w:rPr>
        <w:t>Ἀντιέαρι. πόλις Σάρδεων. Ἀνόπαια. ὄρνις. ὄρνις δ’ ὡς ἀνόπαια— παρὰ τὸ τὴν ὀπὴν, ὀπαία, καὶ ἐν συνθέσει</w:t>
      </w:r>
    </w:p>
    <w:p>
      <w:r>
        <w:rPr>
          <w:rFonts w:ascii="Courier New" w:hAnsi="Courier New"/>
          <w:color w:val="555555"/>
          <w:sz w:val="20"/>
        </w:rPr>
        <w:t>[5]</w:t>
      </w:r>
    </w:p>
    <w:p>
      <w:r>
        <w:rPr>
          <w:rFonts w:ascii="Gentium Plus" w:hAnsi="Gentium Plus"/>
          <w:sz w:val="24"/>
        </w:rPr>
        <w:t>ἀνόπαια. καὶ ἐκδέχονται τὴν καπνοδόκην. Κρά‐ της δέ φησι τὴν τετριμμένην κεραμίδα ἐπὶ τῆς ὀροφῆς. Ἄνοισις. ἡ ἀνακόμισις. ἄνυσις δὲ, ἡ τελείωσις, ψιλόν.</w:t>
      </w:r>
    </w:p>
    <w:p>
      <w:r>
        <w:rPr>
          <w:rFonts w:ascii="Courier New" w:hAnsi="Courier New"/>
          <w:color w:val="555555"/>
          <w:sz w:val="20"/>
        </w:rPr>
        <w:t>[10]</w:t>
      </w:r>
    </w:p>
    <w:p>
      <w:r>
        <w:rPr>
          <w:rFonts w:ascii="Gentium Plus" w:hAnsi="Gentium Plus"/>
          <w:sz w:val="24"/>
        </w:rPr>
        <w:t>Ἄνυσις. πόλις Αἰγύπτου. ὁ πολίτης Ἀνυσίτης. [ὡς Ἄσις, Ἀσίτης.] Ἀνυστικωτέρα. ἐνεργητικωτάτη. —ἐν ἐνίοις καιροῖς ἀνυστικωτέρα. *Ἀνυμέναιος. ἡ μὴ ἔχουσα ἄνδρα.*</w:t>
      </w:r>
    </w:p>
    <w:p>
      <w:r>
        <w:rPr>
          <w:rFonts w:ascii="Courier New" w:hAnsi="Courier New"/>
          <w:color w:val="555555"/>
          <w:sz w:val="20"/>
        </w:rPr>
        <w:t>[15]</w:t>
      </w:r>
    </w:p>
    <w:p>
      <w:r>
        <w:rPr>
          <w:rFonts w:ascii="Gentium Plus" w:hAnsi="Gentium Plus"/>
          <w:sz w:val="24"/>
        </w:rPr>
        <w:t>Ἄνωλος. πόλις Λυδίας. ἀπὸ Ἀνώλου, τοῦ Ἀσίου παιδός. [οἱ πολῖται Ἄνωλοι, καὶ τὸ θηλυκὸν Ἀνωλιάς.] Ἀνωγή. παρακέλευσις. Ἀνακάθαρσις. διάνοιξις, διασάφησις. [ἐπίλυ‐</w:t>
      </w:r>
    </w:p>
    <w:p>
      <w:r>
        <w:rPr>
          <w:rFonts w:ascii="Courier New" w:hAnsi="Courier New"/>
          <w:color w:val="555555"/>
          <w:sz w:val="20"/>
        </w:rPr>
        <w:t>[20]</w:t>
      </w:r>
    </w:p>
    <w:p>
      <w:r>
        <w:rPr>
          <w:rFonts w:ascii="Gentium Plus" w:hAnsi="Gentium Plus"/>
          <w:sz w:val="24"/>
        </w:rPr>
        <w:t>σις, διακρίνησις.] Ἀνακεφαλαίωσις. τὴν σύντομον τῶν πραγμάτων μεταβολήν. ὁ Ἀπόστολος· ἀνακεφαλαιώσα‐ σθαι τὰ πάντα ἐν τῷ Χριστῷ. Ἀνδάχνη. χοιροβότανον.</w:t>
      </w:r>
    </w:p>
    <w:p>
      <w:r>
        <w:rPr>
          <w:rFonts w:ascii="Courier New" w:hAnsi="Courier New"/>
          <w:color w:val="555555"/>
          <w:sz w:val="20"/>
        </w:rPr>
        <w:t>[25]</w:t>
      </w:r>
    </w:p>
    <w:p>
      <w:r>
        <w:rPr>
          <w:rFonts w:ascii="Gentium Plus" w:hAnsi="Gentium Plus"/>
          <w:sz w:val="24"/>
        </w:rPr>
        <w:t>Ἀνάδικοι κρίσεις. αἱ ἄνωθεν δικαζόμεναι.</w:t>
      </w:r>
    </w:p>
    <w:p>
      <w:pPr>
        <w:jc w:val="center"/>
      </w:pPr>
      <w:r>
        <w:rPr>
          <w:rFonts w:ascii="Gentium Plus" w:hAnsi="Gentium Plus"/>
          <w:b/>
          <w:sz w:val="24"/>
        </w:rPr>
        <w:t>(Οὐδέτερον.)</w:t>
      </w:r>
    </w:p>
    <w:p>
      <w:r>
        <w:rPr>
          <w:rFonts w:ascii="Courier New" w:hAnsi="Courier New"/>
          <w:color w:val="555555"/>
          <w:sz w:val="20"/>
        </w:rPr>
        <w:t>[27]</w:t>
      </w:r>
    </w:p>
    <w:p>
      <w:r>
        <w:rPr>
          <w:rFonts w:ascii="Gentium Plus" w:hAnsi="Gentium Plus"/>
          <w:sz w:val="24"/>
        </w:rPr>
        <w:t>Ἀνάβραστα. τὰ ἑψημένα. [Ἀριστοφάνης· καὶ κρέα γε πρὸς τούτοις ἀνάβραστ’ εἴκο‐ σιν.]</w:t>
      </w:r>
    </w:p>
    <w:p>
      <w:r>
        <w:rPr>
          <w:rFonts w:ascii="Courier New" w:hAnsi="Courier New"/>
          <w:color w:val="555555"/>
          <w:sz w:val="20"/>
        </w:rPr>
        <w:t>[30]</w:t>
      </w:r>
    </w:p>
    <w:p>
      <w:r>
        <w:rPr>
          <w:rFonts w:ascii="Gentium Plus" w:hAnsi="Gentium Plus"/>
          <w:sz w:val="24"/>
        </w:rPr>
        <w:t>Ἀνάγαια καὶ ἀνάγαιον. οἴκημα.</w:t>
      </w:r>
    </w:p>
    <w:p>
      <w:r>
        <w:rPr>
          <w:rFonts w:ascii="Courier New" w:hAnsi="Courier New"/>
          <w:color w:val="555555"/>
          <w:sz w:val="20"/>
        </w:rPr>
        <w:t>[alpha 188]</w:t>
      </w:r>
    </w:p>
    <w:p>
      <w:r>
        <w:rPr>
          <w:rFonts w:ascii="Gentium Plus" w:hAnsi="Gentium Plus"/>
          <w:sz w:val="24"/>
        </w:rPr>
        <w:t>*Ἀνώγεον. τὸ οἴκημα.* Ἀνάγραπτον. τὸ πᾶσιν ἐγνωσμένον, τὸ φανε‐ ρῶς γεγραμμένον. Ἀναγωγότερον. ἁμαρτητικώτερον, ἀτακτότερον.</w:t>
      </w:r>
    </w:p>
    <w:p>
      <w:r>
        <w:rPr>
          <w:rFonts w:ascii="Courier New" w:hAnsi="Courier New"/>
          <w:color w:val="555555"/>
          <w:sz w:val="20"/>
        </w:rPr>
        <w:t>[5]</w:t>
      </w:r>
    </w:p>
    <w:p>
      <w:r>
        <w:rPr>
          <w:rFonts w:ascii="Gentium Plus" w:hAnsi="Gentium Plus"/>
          <w:sz w:val="24"/>
        </w:rPr>
        <w:t>Ἀνάδικα. τὰ ἤδη κριθέντα. ἀνάδικα τὰ δεδικα‐ σμένα ποιῶν αἰσχροκερδείας ἡσσώμενος. Ἀνάθεμα. τὸ τῷ θεῷ ἀνατιθέμενον. λέγεται καὶ ἀνάθημα. γράφεται δὲ καὶ ἀνάθεμα. ἤγουν ὁ κεχωρισμένος ἔστω τοῦ θεοῦ.</w:t>
      </w:r>
    </w:p>
    <w:p>
      <w:r>
        <w:rPr>
          <w:rFonts w:ascii="Courier New" w:hAnsi="Courier New"/>
          <w:color w:val="555555"/>
          <w:sz w:val="20"/>
        </w:rPr>
        <w:t>[10]</w:t>
      </w:r>
    </w:p>
    <w:p>
      <w:r>
        <w:rPr>
          <w:rFonts w:ascii="Gentium Plus" w:hAnsi="Gentium Plus"/>
          <w:sz w:val="24"/>
        </w:rPr>
        <w:t>Ἀνάκαιον. τὸ δεσμωτήριον. [οὕτως Ἰσαῖος ἐν τῷ πρὸς Ἕρμονα περὶ ἐγγύης· Ἑρμοκράτης δὲ εἰς τὸ ἀνάκαιον ἐνέβαλε, φάσκων ἀπελεύθερον εἶναι.] Ἀνάκειον. ὄρος. καὶ τῶν Διοσκούρων ἱερόν.</w:t>
      </w:r>
    </w:p>
    <w:p>
      <w:r>
        <w:rPr>
          <w:rFonts w:ascii="Courier New" w:hAnsi="Courier New"/>
          <w:color w:val="555555"/>
          <w:sz w:val="20"/>
        </w:rPr>
        <w:t>[15]</w:t>
      </w:r>
    </w:p>
    <w:p>
      <w:r>
        <w:rPr>
          <w:rFonts w:ascii="Gentium Plus" w:hAnsi="Gentium Plus"/>
          <w:sz w:val="24"/>
        </w:rPr>
        <w:t>Ἀνακλητικόν. μέλος σάλπιγγος. [ἔσω ἀνα‐ μένων τὸ ἀνακλητικὸν, ἐκ τοῦ βίου εὔλυτον ὤν.] Ἀνάκτορα. τὰ ἱερὰ ἢ τὰ βασίλεια. Ἀνάλημμα. ὕψωμα, στήριγμα. κατανοήσας τὸ</w:t>
      </w:r>
    </w:p>
    <w:p>
      <w:r>
        <w:rPr>
          <w:rFonts w:ascii="Courier New" w:hAnsi="Courier New"/>
          <w:color w:val="555555"/>
          <w:sz w:val="20"/>
        </w:rPr>
        <w:t>[20]</w:t>
      </w:r>
    </w:p>
    <w:p>
      <w:r>
        <w:rPr>
          <w:rFonts w:ascii="Gentium Plus" w:hAnsi="Gentium Plus"/>
          <w:sz w:val="24"/>
        </w:rPr>
        <w:t>βάρος τῶν ἀναλημμάτων, [καὶ ὡς ἀδύνατόν ἐστιν ἀλεῦσαι τὰ τείχη, ἐκ χειρὸς τὴν μά‐ χην ἐποίησεν.] Ἀνάλογον. τὸ ἔχον μεγέθη πρὸς ἄλληλα. καὶ ἀνάλογον ἀντὶ τοῦ ὁμοίως. —οἱ δὲ στρατιῶ‐</w:t>
      </w:r>
    </w:p>
    <w:p>
      <w:r>
        <w:rPr>
          <w:rFonts w:ascii="Courier New" w:hAnsi="Courier New"/>
          <w:color w:val="555555"/>
          <w:sz w:val="20"/>
        </w:rPr>
        <w:t>[25]</w:t>
      </w:r>
    </w:p>
    <w:p>
      <w:r>
        <w:rPr>
          <w:rFonts w:ascii="Gentium Plus" w:hAnsi="Gentium Plus"/>
          <w:sz w:val="24"/>
        </w:rPr>
        <w:t>ται γενναῖοι ὀφθῆναι καὶ τῷ ἴσῳ ἀξιώματι ἀναλογοῦντες. Ἀναλογώτερον. τὸ ὑψηλότερον, τὸ σοφότερον, τὸ ἀναλογικώτερον. Ἄναλτον. Ὅμηρος καὶ Κρατῖνος ἀντὶ τοῦ ἀπλή‐</w:t>
      </w:r>
    </w:p>
    <w:p>
      <w:r>
        <w:rPr>
          <w:rFonts w:ascii="Courier New" w:hAnsi="Courier New"/>
          <w:color w:val="555555"/>
          <w:sz w:val="20"/>
        </w:rPr>
        <w:t>[30]</w:t>
      </w:r>
    </w:p>
    <w:p>
      <w:r>
        <w:rPr>
          <w:rFonts w:ascii="Gentium Plus" w:hAnsi="Gentium Plus"/>
          <w:sz w:val="24"/>
        </w:rPr>
        <w:t>ρωτον.</w:t>
      </w:r>
    </w:p>
    <w:p>
      <w:r>
        <w:rPr>
          <w:rFonts w:ascii="Courier New" w:hAnsi="Courier New"/>
          <w:color w:val="555555"/>
          <w:sz w:val="20"/>
        </w:rPr>
        <w:t>[alpha 189]</w:t>
      </w:r>
    </w:p>
    <w:p>
      <w:r>
        <w:rPr>
          <w:rFonts w:ascii="Gentium Plus" w:hAnsi="Gentium Plus"/>
          <w:sz w:val="24"/>
        </w:rPr>
        <w:t>Ἀναπεπαυμένα χωρία. πεδία, κάμποι. Ἀνάστημα. ἡλικίας εὐθύτης. θαυμαστὸν ὁ θεὸς τῷ Μωσεῖ τὸ τῆς ἡλικίας ἐξῇρεν ἀνάστημα. Ἀνάστημα ψυχῆς. τὸ πρὸς τὰς ἀρετὰς ἐπι‐</w:t>
      </w:r>
    </w:p>
    <w:p>
      <w:r>
        <w:rPr>
          <w:rFonts w:ascii="Courier New" w:hAnsi="Courier New"/>
          <w:color w:val="555555"/>
          <w:sz w:val="20"/>
        </w:rPr>
        <w:t>[5]</w:t>
      </w:r>
    </w:p>
    <w:p>
      <w:r>
        <w:rPr>
          <w:rFonts w:ascii="Gentium Plus" w:hAnsi="Gentium Plus"/>
          <w:sz w:val="24"/>
        </w:rPr>
        <w:t>τεταμένον καὶ σύντονον ἰδίωμα. Ἀνάτλημα. *ἀνάστημα. ἀνάτλημα·* ὑπο‐ μονὴ, καρτερία. Ἀνάφορον. ξύλον ἀμφίκοιλον, ἐν ᾧ τὰ φορτία ἐξαρτύσαντες οἱ ἐργάται βαστάζουσιν. [Ἀρι‐</w:t>
      </w:r>
    </w:p>
    <w:p>
      <w:r>
        <w:rPr>
          <w:rFonts w:ascii="Courier New" w:hAnsi="Courier New"/>
          <w:color w:val="555555"/>
          <w:sz w:val="20"/>
        </w:rPr>
        <w:t>[10]</w:t>
      </w:r>
    </w:p>
    <w:p>
      <w:r>
        <w:rPr>
          <w:rFonts w:ascii="Gentium Plus" w:hAnsi="Gentium Plus"/>
          <w:sz w:val="24"/>
        </w:rPr>
        <w:t>στοφάνης· φέρε σύ τ’ ἀνάφορον ὁ παῖς.] Ἀνακαλυπτήρια. δῶρα διδόμενα ταῖς νύμφαις, ὅταν πρῶτον ἀνακαλύπτωνται ἐν τῇ ἑστιάσει τῶν γάμων τοῖς ἀνδράσι καὶ τοῖς ἑστιωμένοις</w:t>
      </w:r>
    </w:p>
    <w:p>
      <w:r>
        <w:rPr>
          <w:rFonts w:ascii="Courier New" w:hAnsi="Courier New"/>
          <w:color w:val="555555"/>
          <w:sz w:val="20"/>
        </w:rPr>
        <w:t>[15]</w:t>
      </w:r>
    </w:p>
    <w:p>
      <w:r>
        <w:rPr>
          <w:rFonts w:ascii="Gentium Plus" w:hAnsi="Gentium Plus"/>
          <w:sz w:val="24"/>
        </w:rPr>
        <w:t>ὁρώμεναι. Ἀνάστρῳ. ἀφεγγεῖ. Ἀναμφήριστον. τὸ ἀναμφίβολον. Ἀναφαίρετον. ἀΐδιον. ἀπὸ τοῦ ἀφαιρῶ, ἀφαίρε‐ τον καὶ ἀναφαίρετον, πλεονασμῷ τοῦ ν. [ὡς</w:t>
      </w:r>
    </w:p>
    <w:p>
      <w:r>
        <w:rPr>
          <w:rFonts w:ascii="Courier New" w:hAnsi="Courier New"/>
          <w:color w:val="555555"/>
          <w:sz w:val="20"/>
        </w:rPr>
        <w:t>[20]</w:t>
      </w:r>
    </w:p>
    <w:p>
      <w:r>
        <w:rPr>
          <w:rFonts w:ascii="Gentium Plus" w:hAnsi="Gentium Plus"/>
          <w:sz w:val="24"/>
        </w:rPr>
        <w:t>ἐπὶ τοῦ ἀναιδής. τὸ δὲ ἀφαιρῶ ἐκ τοῦ αἱρῶ τὸ λαμβάνω.] Ἄναντες. τὸ ἀνωφερές. Ἄναλκες. ἀσθενὲς, ἀδύνατον. Ἀνδρολήψιον. ἐγκλήματος εἶδος. ἐὰν ἔξω τῆς</w:t>
      </w:r>
    </w:p>
    <w:p>
      <w:r>
        <w:rPr>
          <w:rFonts w:ascii="Courier New" w:hAnsi="Courier New"/>
          <w:color w:val="555555"/>
          <w:sz w:val="20"/>
        </w:rPr>
        <w:t>[25]</w:t>
      </w:r>
    </w:p>
    <w:p>
      <w:r>
        <w:rPr>
          <w:rFonts w:ascii="Gentium Plus" w:hAnsi="Gentium Plus"/>
          <w:sz w:val="24"/>
        </w:rPr>
        <w:t>Ἀττικῆς ἀνὴρ Ἀθηναῖος ἐτελεύτησε καὶ μὴ ἐξ‐ εδίδουν οἱ ἐν ἐκείνῃ τῇ πόλει, ἐν ᾗ τὸ ἔργον</w:t>
      </w:r>
    </w:p>
    <w:p>
      <w:r>
        <w:rPr>
          <w:rFonts w:ascii="Courier New" w:hAnsi="Courier New"/>
          <w:color w:val="555555"/>
          <w:sz w:val="20"/>
        </w:rPr>
        <w:t>[alpha 190]</w:t>
      </w:r>
    </w:p>
    <w:p>
      <w:r>
        <w:rPr>
          <w:rFonts w:ascii="Gentium Plus" w:hAnsi="Gentium Plus"/>
          <w:sz w:val="24"/>
        </w:rPr>
        <w:t>το ἐκ τοῦ νόμου τρεῖς τῶν ἐκείνου πολιτῶν ἄγειν εἰς Ἀθήνας δίκην ὑφέξοντας. καὶ τοῦτο ἀνδρολήψιον καλεῖται. Ἀνδράγρια. τὰ ἀπὸ τῶν νεκρῶν σκύλα, ὅτι</w:t>
      </w:r>
    </w:p>
    <w:p>
      <w:r>
        <w:rPr>
          <w:rFonts w:ascii="Courier New" w:hAnsi="Courier New"/>
          <w:color w:val="555555"/>
          <w:sz w:val="20"/>
        </w:rPr>
        <w:t>[5]</w:t>
      </w:r>
    </w:p>
    <w:p>
      <w:r>
        <w:rPr>
          <w:rFonts w:ascii="Gentium Plus" w:hAnsi="Gentium Plus"/>
          <w:sz w:val="24"/>
        </w:rPr>
        <w:t>ἀπὸ ἀνδρῶν ἀγρεύεται, ὡς τὰ ζωάγρια. Ἀνδρόκμητα. ἅτινα μετὰ καμάτου ἄνδρες ἐποί‐ ησαν. ἢ ἀπὸ τοῦ θανεῖν, ἐφ’ ᾧ ἀνὴρ κεκμηκὼς κεῖται. καμόντας γὰρ τοὺς τετελευτηκότας ἔλεγον.</w:t>
      </w:r>
    </w:p>
    <w:p>
      <w:r>
        <w:rPr>
          <w:rFonts w:ascii="Courier New" w:hAnsi="Courier New"/>
          <w:color w:val="555555"/>
          <w:sz w:val="20"/>
        </w:rPr>
        <w:t>[10]</w:t>
      </w:r>
    </w:p>
    <w:p>
      <w:r>
        <w:rPr>
          <w:rFonts w:ascii="Gentium Plus" w:hAnsi="Gentium Plus"/>
          <w:sz w:val="24"/>
        </w:rPr>
        <w:t>Ἀνδράποδον. ὁ δοῦλος. εἴρηται καὶ ὁ ποῦς ὁ ἐν ἀνδράσιν ἀπὸ τοῦ ὑποκειμένου μέρους τῷ ὅλῳ· ὑπόκειται γὰρ τῷ δεσπότῃ ὁ οἰκέτης, κα‐ θάπερ ὁ ποῦς τῷ ἀνωτέρῳ καὶ ὅλῳ σώματι. Ἀνδρείκελον. ὅμοιον ἀνδρί. σημαίνει δὲ καὶ τὸ</w:t>
      </w:r>
    </w:p>
    <w:p>
      <w:r>
        <w:rPr>
          <w:rFonts w:ascii="Courier New" w:hAnsi="Courier New"/>
          <w:color w:val="555555"/>
          <w:sz w:val="20"/>
        </w:rPr>
        <w:t>[15]</w:t>
      </w:r>
    </w:p>
    <w:p>
      <w:r>
        <w:rPr>
          <w:rFonts w:ascii="Gentium Plus" w:hAnsi="Gentium Plus"/>
          <w:sz w:val="24"/>
        </w:rPr>
        <w:t>μίγμα τῶν ζωγράφων, ὃ καλεῖται χρωμάτων κρίσις. Ἄνδηρα. τὰ χείλη τοῦ ποταμοῦ, ἤγουν τὰ χώ‐ ματα τὰ ἀνέχοντα τὸν ποταμόν. παρὰ τὸ ἄνω εἶναι τῶν διερῶν.</w:t>
      </w:r>
    </w:p>
    <w:p>
      <w:r>
        <w:rPr>
          <w:rFonts w:ascii="Courier New" w:hAnsi="Courier New"/>
          <w:color w:val="555555"/>
          <w:sz w:val="20"/>
        </w:rPr>
        <w:t>[20]</w:t>
      </w:r>
    </w:p>
    <w:p>
      <w:r>
        <w:rPr>
          <w:rFonts w:ascii="Gentium Plus" w:hAnsi="Gentium Plus"/>
          <w:sz w:val="24"/>
        </w:rPr>
        <w:t>Ἀνδρόμεα κρέα. ἀνθρώπεια. Ἀνέγρετον. τὸ ἀνυπόστροφον. Ἀνεπαφρόδιτα. τὰ ψυχρά. Ἀναλιβόζορα. τόπος. Ἀνεμώλιον. τὸ μάταιον.</w:t>
      </w:r>
    </w:p>
    <w:p>
      <w:r>
        <w:rPr>
          <w:rFonts w:ascii="Courier New" w:hAnsi="Courier New"/>
          <w:color w:val="555555"/>
          <w:sz w:val="20"/>
        </w:rPr>
        <w:t>[25]</w:t>
      </w:r>
    </w:p>
    <w:p>
      <w:r>
        <w:rPr>
          <w:rFonts w:ascii="Gentium Plus" w:hAnsi="Gentium Plus"/>
          <w:sz w:val="24"/>
        </w:rPr>
        <w:t>Ἀνεξίτητον. τὸ ἀδιόδευτον. Ἀνεκτότερον. ἐλαφρότερον, ὑπομονητικώτερον. Ἀνέπαφον. μὴ ψηλαφηθέν.</w:t>
      </w:r>
    </w:p>
    <w:p>
      <w:r>
        <w:rPr>
          <w:rFonts w:ascii="Courier New" w:hAnsi="Courier New"/>
          <w:color w:val="555555"/>
          <w:sz w:val="20"/>
        </w:rPr>
        <w:t>[alpha 191]</w:t>
      </w:r>
    </w:p>
    <w:p>
      <w:r>
        <w:rPr>
          <w:rFonts w:ascii="Gentium Plus" w:hAnsi="Gentium Plus"/>
          <w:sz w:val="24"/>
        </w:rPr>
        <w:t>Ἀνερμάτιστον. ἄοπλον, ἀπαράσκευον. Ἀνεκτά. ὑπομονητικά. ἐκ τοῦ ἀνέχω, ἀνέξω, [ἀνεῖχα, ἀνεῖγμαι, ἀνεῖξαι, ἀνεῖκται, καὶ ἀφαιρέσει τοῦ ι ἀνεκτὸς καὶ ἀνεκτά.]</w:t>
      </w:r>
    </w:p>
    <w:p>
      <w:r>
        <w:rPr>
          <w:rFonts w:ascii="Courier New" w:hAnsi="Courier New"/>
          <w:color w:val="555555"/>
          <w:sz w:val="20"/>
        </w:rPr>
        <w:t>[5]</w:t>
      </w:r>
    </w:p>
    <w:p>
      <w:r>
        <w:rPr>
          <w:rFonts w:ascii="Gentium Plus" w:hAnsi="Gentium Plus"/>
          <w:sz w:val="24"/>
        </w:rPr>
        <w:t>Ἀνεμώλια. μάταια. παρὰ τὸ ἄνεμος ἀνεμώνιος καὶ ἀνεμώλιος, καὶ ἀνεμώλια τὰ ὑπὸ τῶν ἀνέ‐ μων ὀλλύμενα. [ἢ ἀπὸ τοῦ, ἀνεμοφόρητα καὶ ἀνέμῳ ἐοικότα. οὐκ ἔστι σύνθετα.] Ἀνεξιχνίαστον. ἀκατάληπτον.</w:t>
      </w:r>
    </w:p>
    <w:p>
      <w:r>
        <w:rPr>
          <w:rFonts w:ascii="Courier New" w:hAnsi="Courier New"/>
          <w:color w:val="555555"/>
          <w:sz w:val="20"/>
        </w:rPr>
        <w:t>[10]</w:t>
      </w:r>
    </w:p>
    <w:p>
      <w:r>
        <w:rPr>
          <w:rFonts w:ascii="Gentium Plus" w:hAnsi="Gentium Plus"/>
          <w:sz w:val="24"/>
        </w:rPr>
        <w:t>[Ἀνεμούριον, καὶ οὐκ ἀνεμοδούριον. παρὰ τὸ ἄνεμος καὶ τὸ οὖρος, ὃ σημαίνει τὸ αὐτό.] Ἀνεπίφθονον. μὴ φθονούμενον. Ἀνεμέσητον. ἄμεμπτον. νεμεσῶ γὰρ τὸ μέμ‐ φομαι.</w:t>
      </w:r>
    </w:p>
    <w:p>
      <w:r>
        <w:rPr>
          <w:rFonts w:ascii="Courier New" w:hAnsi="Courier New"/>
          <w:color w:val="555555"/>
          <w:sz w:val="20"/>
        </w:rPr>
        <w:t>[15]</w:t>
      </w:r>
    </w:p>
    <w:p>
      <w:r>
        <w:rPr>
          <w:rFonts w:ascii="Gentium Plus" w:hAnsi="Gentium Plus"/>
          <w:sz w:val="24"/>
        </w:rPr>
        <w:t>Ἀνεπίληπτον. ἄμωμον. Ἀνημιωβολιαῖα. ἄξια ἡμίσεως ὀβόλου. Ἀνήπιστον. τὸ ἀνήκουστον. Ἀνύποιστον δὲ, τὸ ἀφόρητον καὶ ἀνυπομόνητον, *δίφθογγον.</w:t>
      </w:r>
    </w:p>
    <w:p>
      <w:r>
        <w:rPr>
          <w:rFonts w:ascii="Courier New" w:hAnsi="Courier New"/>
          <w:color w:val="555555"/>
          <w:sz w:val="20"/>
        </w:rPr>
        <w:t>[20]</w:t>
      </w:r>
    </w:p>
    <w:p>
      <w:r>
        <w:rPr>
          <w:rFonts w:ascii="Gentium Plus" w:hAnsi="Gentium Plus"/>
          <w:sz w:val="24"/>
        </w:rPr>
        <w:t>Ἀνήλωμα οὐ χρὴ λέγειν, ἀλλὰ ἀνάλωμα.</w:t>
      </w:r>
    </w:p>
    <w:p>
      <w:r>
        <w:rPr>
          <w:rFonts w:ascii="Courier New" w:hAnsi="Courier New"/>
          <w:color w:val="555555"/>
          <w:sz w:val="20"/>
        </w:rPr>
        <w:t>[alpha 192]</w:t>
      </w:r>
    </w:p>
    <w:p>
      <w:r>
        <w:rPr>
          <w:rFonts w:ascii="Gentium Plus" w:hAnsi="Gentium Plus"/>
          <w:sz w:val="24"/>
        </w:rPr>
        <w:t>Ἄνθηνον. βαπτὸν, ἀνθηρόν. Ἄνηθον. παρὰ τὸ ἄνω θεῖν. Ἄνθος. παρὰ τὸ ἄνω θεῖν ἐν τῷ αὔξεσθαι. οὐκ ἀναστρέφουσι δὲ αἱ ἐτυμολογίαι. οὐ γὰρ εἴ τι</w:t>
      </w:r>
    </w:p>
    <w:p>
      <w:r>
        <w:rPr>
          <w:rFonts w:ascii="Courier New" w:hAnsi="Courier New"/>
          <w:color w:val="555555"/>
          <w:sz w:val="20"/>
        </w:rPr>
        <w:t>[5]</w:t>
      </w:r>
    </w:p>
    <w:p>
      <w:r>
        <w:rPr>
          <w:rFonts w:ascii="Gentium Plus" w:hAnsi="Gentium Plus"/>
          <w:sz w:val="24"/>
        </w:rPr>
        <w:t>ἄνω θεῖ καὶ αὔξεται, τοῦτο καὶ ἄνθος λέγεται. ἰδοὺ γὰρ πάντα τὰ φυτὰ ἄνω θέουσι καὶ ἄνθη [οὐ] λέγονται. ὁμοίως δὲ καὶ ἔλαφος παρὰ τὸ ἐλαύνειν τοὺς ὄφεις, ὅπερ ποιεῖ τοῦτο τὸ κέρας θυμιώμενον· καὶ οὐκ, εἴ τι τοῦτο ποιεῖ, ἔλαφος</w:t>
      </w:r>
    </w:p>
    <w:p>
      <w:r>
        <w:rPr>
          <w:rFonts w:ascii="Courier New" w:hAnsi="Courier New"/>
          <w:color w:val="555555"/>
          <w:sz w:val="20"/>
        </w:rPr>
        <w:t>[10]</w:t>
      </w:r>
    </w:p>
    <w:p>
      <w:r>
        <w:rPr>
          <w:rFonts w:ascii="Gentium Plus" w:hAnsi="Gentium Plus"/>
          <w:sz w:val="24"/>
        </w:rPr>
        <w:t>λέγεται. ἡ δὲ δίκταμος βοτάνη [καιομένη] τοῦτο ποιεῖ, καὶ οὐδέποτε ἂν κληθείη ἔλαφος. Ἀνθηστήρια. τὰ Διόνυσα. οὕτω γὰρ Ἀθηναῖοι τὴν ἑορτὴν λέγουσι καὶ ἀνθεστηριῶνα τὸν μῆνα, ἐπειδὴ ἡ γῆ τότε ἄρχεται τοῦ ἀνθεῖν. ἢ παρὰ</w:t>
      </w:r>
    </w:p>
    <w:p>
      <w:r>
        <w:rPr>
          <w:rFonts w:ascii="Courier New" w:hAnsi="Courier New"/>
          <w:color w:val="555555"/>
          <w:sz w:val="20"/>
        </w:rPr>
        <w:t>[15]</w:t>
      </w:r>
    </w:p>
    <w:p>
      <w:r>
        <w:rPr>
          <w:rFonts w:ascii="Gentium Plus" w:hAnsi="Gentium Plus"/>
          <w:sz w:val="24"/>
        </w:rPr>
        <w:t>τὸ τὰ ἄνθη ἐν τῇ ἑορτῇ ἐπιφέρειν. ὅθεν καὶ παροιμία· θύραζε πάρες, οὐκ ἔτ’ ἀνθηστήρια. Ἀνθέων δεῖ λέγειν, οὐκ ἀνθῶν, ἵνα μὴ συνεμπέ‐ σῃ τὸ ὧν ἄρθρον. οἷον τὸ ἀνθ’ ὧν καὶ ὧν τινων.</w:t>
      </w:r>
    </w:p>
    <w:p>
      <w:r>
        <w:rPr>
          <w:rFonts w:ascii="Courier New" w:hAnsi="Courier New"/>
          <w:color w:val="555555"/>
          <w:sz w:val="20"/>
        </w:rPr>
        <w:t>[20]</w:t>
      </w:r>
    </w:p>
    <w:p>
      <w:r>
        <w:rPr>
          <w:rFonts w:ascii="Gentium Plus" w:hAnsi="Gentium Plus"/>
          <w:sz w:val="24"/>
        </w:rPr>
        <w:t>Ἀνθήλια. τὰ ἐπισκοτοῦντα τῷ ἡλίῳ νέφη. Ἄνθρησκα. τὰ ἄγρια λάχανα, παραπλήσια</w:t>
      </w:r>
    </w:p>
    <w:p>
      <w:r>
        <w:rPr>
          <w:rFonts w:ascii="Courier New" w:hAnsi="Courier New"/>
          <w:color w:val="555555"/>
          <w:sz w:val="20"/>
        </w:rPr>
        <w:t>[alpha 193]</w:t>
      </w:r>
    </w:p>
    <w:p>
      <w:r>
        <w:rPr>
          <w:rFonts w:ascii="Gentium Plus" w:hAnsi="Gentium Plus"/>
          <w:sz w:val="24"/>
        </w:rPr>
        <w:t>Ἀνιηρέστερον. λυπηρότερον. τροπῇ τοῦ α εἰς η. τοῦτο δὲ ἔθος τῶν Ἰώνων. Ἀνιηρῶν. λυπηρῶν. Ἀνισοφυές. τὸ ἀνόμοιον.</w:t>
      </w:r>
    </w:p>
    <w:p>
      <w:r>
        <w:rPr>
          <w:rFonts w:ascii="Courier New" w:hAnsi="Courier New"/>
          <w:color w:val="555555"/>
          <w:sz w:val="20"/>
        </w:rPr>
        <w:t>[5]</w:t>
      </w:r>
    </w:p>
    <w:p>
      <w:r>
        <w:rPr>
          <w:rFonts w:ascii="Gentium Plus" w:hAnsi="Gentium Plus"/>
          <w:sz w:val="24"/>
        </w:rPr>
        <w:t>Ἀνίδρυτον. τὸ ἀστήρικτον. Ἀνιερόν. βέβηλον, μεμιασμένον. Ἀνόθευτον. γνήσιον, ἀπαραποίητον. Ἀντίδορον. τὸ τοῦ δόρατος δέρμα. Ἀντίδωρον δὲ, ὃ δίδοται ἐν ταῖς ἁγίαις ἐκκλη‐</w:t>
      </w:r>
    </w:p>
    <w:p>
      <w:r>
        <w:rPr>
          <w:rFonts w:ascii="Courier New" w:hAnsi="Courier New"/>
          <w:color w:val="555555"/>
          <w:sz w:val="20"/>
        </w:rPr>
        <w:t>[10]</w:t>
      </w:r>
    </w:p>
    <w:p>
      <w:r>
        <w:rPr>
          <w:rFonts w:ascii="Gentium Plus" w:hAnsi="Gentium Plus"/>
          <w:sz w:val="24"/>
        </w:rPr>
        <w:t>σίαις· μέγα. Ἀντιμίσιον. παρὰ Ῥωμαίοις τράπεζα πρὸ τοῦ δικαστηρίου κειμένη. Ἀντίπαλον. τρία σημαίνει· τὸ ἐναντίον, τὸ ἰσό‐ παλον, καὶ τὸ ἰσόστροφον. οὐ γὰρ ἐξ ἀντιπά‐</w:t>
      </w:r>
    </w:p>
    <w:p>
      <w:r>
        <w:rPr>
          <w:rFonts w:ascii="Courier New" w:hAnsi="Courier New"/>
          <w:color w:val="555555"/>
          <w:sz w:val="20"/>
        </w:rPr>
        <w:t>[15]</w:t>
      </w:r>
    </w:p>
    <w:p>
      <w:r>
        <w:rPr>
          <w:rFonts w:ascii="Gentium Plus" w:hAnsi="Gentium Plus"/>
          <w:sz w:val="24"/>
        </w:rPr>
        <w:t>λου τῆς δυνάμεως ὁ ἀγὼν ἔσται. Ἀντίχορδα. τὰ σύμφωνα. Ἀντίξουν. τὸ ἐναντίον. Ἄντρον. τὸ σπήλαιον. ἀνάτορον τὶ ὂν τὸ ἀνατε‐ τριμένον. ἢ παρὰ τὸ ἄνθη ἀνθηρὸν, καὶ ἄν‐</w:t>
      </w:r>
    </w:p>
    <w:p>
      <w:r>
        <w:rPr>
          <w:rFonts w:ascii="Courier New" w:hAnsi="Courier New"/>
          <w:color w:val="555555"/>
          <w:sz w:val="20"/>
        </w:rPr>
        <w:t>[20]</w:t>
      </w:r>
    </w:p>
    <w:p>
      <w:r>
        <w:rPr>
          <w:rFonts w:ascii="Gentium Plus" w:hAnsi="Gentium Plus"/>
          <w:sz w:val="24"/>
        </w:rPr>
        <w:t>θρον καὶ ἄντρον· εἶναι γὰρ λειμωνιάδων θεῶν ἐνδιαίτημα. ἢ παρὰ τὸ ἄντω τὸ ἱκετεύω, ἄν‐ τορον καὶ ἄντρον, διότι θεοὺς ἐν αὐτοῖς ἱκέτευον. Ἀντάξιον. ἰσοστάσιον. παρὰ τὸ ἄγω, ἄξω, ἄξιον καὶ ἀντάξιον.</w:t>
      </w:r>
    </w:p>
    <w:p>
      <w:r>
        <w:rPr>
          <w:rFonts w:ascii="Courier New" w:hAnsi="Courier New"/>
          <w:color w:val="555555"/>
          <w:sz w:val="20"/>
        </w:rPr>
        <w:t>[25]</w:t>
      </w:r>
    </w:p>
    <w:p>
      <w:r>
        <w:rPr>
          <w:rFonts w:ascii="Gentium Plus" w:hAnsi="Gentium Plus"/>
          <w:sz w:val="24"/>
        </w:rPr>
        <w:t>Ἄναρχον. ἐξ οὗ τὰ πάντα γεγέννηται, αὐτὸ δὲ ἀγέννητον. Ἀνούσιον. τὸ ἄκτιστον καὶ ἀνύπαρκτον διόλου,</w:t>
      </w:r>
    </w:p>
    <w:p>
      <w:r>
        <w:rPr>
          <w:rFonts w:ascii="Courier New" w:hAnsi="Courier New"/>
          <w:color w:val="555555"/>
          <w:sz w:val="20"/>
        </w:rPr>
        <w:t>[alpha 194]</w:t>
      </w:r>
    </w:p>
    <w:p>
      <w:r>
        <w:rPr>
          <w:rFonts w:ascii="Gentium Plus" w:hAnsi="Gentium Plus"/>
          <w:sz w:val="24"/>
        </w:rPr>
        <w:t>μὴ γνωριζόμενον. οἷον· ὁ θάνατος, ὁ ἅδης, ἡ νόσος. Ἀνυπόστατον. τὸ μὴ ἔχον ὕπαρξιν ἤτοι οὐσίαν. οἷον τὸ ἐνύπνιον ἀνούσιον καὶ ἀνύπαρκτον, καὶ</w:t>
      </w:r>
    </w:p>
    <w:p>
      <w:r>
        <w:rPr>
          <w:rFonts w:ascii="Courier New" w:hAnsi="Courier New"/>
          <w:color w:val="555555"/>
          <w:sz w:val="20"/>
        </w:rPr>
        <w:t>[5]</w:t>
      </w:r>
    </w:p>
    <w:p>
      <w:r>
        <w:rPr>
          <w:rFonts w:ascii="Gentium Plus" w:hAnsi="Gentium Plus"/>
          <w:sz w:val="24"/>
        </w:rPr>
        <w:t>φαντασιῶδες. ἢ ἀνυπόστατον πᾶν τὸ μὴ ἐκ θεοῦ γεγονὸς, ἀλλ’ ἐν ἀπουσίᾳ τοῦ κρείττονος ὑφι‐ στάμενον, ὡς σκότος, νόσος, ἁμαρτία, θάνατος. Ἀνυπόστατον. οὐχὶ τὸ μὴ ὂν, ἀλλὰ τὸ μὴ γε‐ νόμενον.</w:t>
      </w:r>
    </w:p>
    <w:p>
      <w:r>
        <w:rPr>
          <w:rFonts w:ascii="Courier New" w:hAnsi="Courier New"/>
          <w:color w:val="555555"/>
          <w:sz w:val="20"/>
        </w:rPr>
        <w:t>[10]</w:t>
      </w:r>
    </w:p>
    <w:p>
      <w:r>
        <w:rPr>
          <w:rFonts w:ascii="Gentium Plus" w:hAnsi="Gentium Plus"/>
          <w:sz w:val="24"/>
        </w:rPr>
        <w:t>Ἀναίσθητον. τὸ πάντη ἄψυχον καὶ κατὰ πάντα ἀμετακίνητον. [καὶ ἄναυξες.] Ἀνθέμων. ῥόδων. ἔχων στέφανον ἀνθέμων. Ἀνθρώπινον. σύμμετρον, μικρόν. καὶ ὁ Ἀπόστο‐</w:t>
      </w:r>
    </w:p>
    <w:p>
      <w:r>
        <w:rPr>
          <w:rFonts w:ascii="Courier New" w:hAnsi="Courier New"/>
          <w:color w:val="555555"/>
          <w:sz w:val="20"/>
        </w:rPr>
        <w:t>[15]</w:t>
      </w:r>
    </w:p>
    <w:p>
      <w:r>
        <w:rPr>
          <w:rFonts w:ascii="Gentium Plus" w:hAnsi="Gentium Plus"/>
          <w:sz w:val="24"/>
        </w:rPr>
        <w:t>λος· ἀνθρώπινον λέγω διὰ τὴν ἀσθένειαν τῆς σαρκὸς ὑμῶν. Ἀντιπελάργωμα καὶ ἀντιπελάργωσις. ἡ ἀντί‐ δοσις τῶν εὐεργετημάτων. φιλοπάτωρ γὰρ ὁ πε‐ λαργός.</w:t>
      </w:r>
    </w:p>
    <w:p>
      <w:r>
        <w:rPr>
          <w:rFonts w:ascii="Courier New" w:hAnsi="Courier New"/>
          <w:color w:val="555555"/>
          <w:sz w:val="20"/>
        </w:rPr>
        <w:t>[20]</w:t>
      </w:r>
    </w:p>
    <w:p>
      <w:r>
        <w:rPr>
          <w:rFonts w:ascii="Gentium Plus" w:hAnsi="Gentium Plus"/>
          <w:sz w:val="24"/>
        </w:rPr>
        <w:t>Ἄνα. ἀντὶ τοῦ ἀνάστηθι. Ὅμηρος· ἀλλ’ ἄνα ἐξ ἑδράνων— ὅ ἐστι ἐκ τῶν θρόνων. ἀπὸ τοῦ ἀνάστηθι ὅλη ἡ λέξις ἀπεσπάσθη. οὐκ ἔστιν ἀποκοπὴ ἐπὶ τῶν τοιούτων.</w:t>
      </w:r>
    </w:p>
    <w:p>
      <w:pPr>
        <w:jc w:val="center"/>
      </w:pPr>
      <w:r>
        <w:rPr>
          <w:rFonts w:ascii="Gentium Plus" w:hAnsi="Gentium Plus"/>
          <w:b/>
          <w:sz w:val="24"/>
        </w:rPr>
        <w:t>(Ῥῆμα.)</w:t>
      </w:r>
    </w:p>
    <w:p>
      <w:r>
        <w:rPr>
          <w:rFonts w:ascii="Courier New" w:hAnsi="Courier New"/>
          <w:color w:val="555555"/>
          <w:sz w:val="20"/>
        </w:rPr>
        <w:t>[26]</w:t>
      </w:r>
    </w:p>
    <w:p>
      <w:r>
        <w:rPr>
          <w:rFonts w:ascii="Gentium Plus" w:hAnsi="Gentium Plus"/>
          <w:sz w:val="24"/>
        </w:rPr>
        <w:t>Ἀναβάλλειν. ἀντὶ τοῦ εἰς ἀναβολὰς καθίστησι. καὶ ἀναβαλλόμενος, ὁ ὑπερτιθέμενος. Ἀναβάλλεσθαι τὸ ἱμάτιον, οὐ περιβάλλεσθαι</w:t>
      </w:r>
    </w:p>
    <w:p>
      <w:r>
        <w:rPr>
          <w:rFonts w:ascii="Courier New" w:hAnsi="Courier New"/>
          <w:color w:val="555555"/>
          <w:sz w:val="20"/>
        </w:rPr>
        <w:t>[alpha 195]</w:t>
      </w:r>
    </w:p>
    <w:p>
      <w:r>
        <w:rPr>
          <w:rFonts w:ascii="Gentium Plus" w:hAnsi="Gentium Plus"/>
          <w:sz w:val="24"/>
        </w:rPr>
        <w:t>Ἀναβαλόμενος. ἀντὶ τοῦ προοιμιασάμενος, δι’ ἑνὸς λ. —ἀναβαλόμενος οὖν, ὥσπερ εἰώθει, βραχὺν διεξῆλθεν ὕμνον. Ἀναβαλοῦ. περισπῶσιν οἱ Ἀττικοί.</w:t>
      </w:r>
    </w:p>
    <w:p>
      <w:r>
        <w:rPr>
          <w:rFonts w:ascii="Courier New" w:hAnsi="Courier New"/>
          <w:color w:val="555555"/>
          <w:sz w:val="20"/>
        </w:rPr>
        <w:t>[5]</w:t>
      </w:r>
    </w:p>
    <w:p>
      <w:r>
        <w:rPr>
          <w:rFonts w:ascii="Gentium Plus" w:hAnsi="Gentium Plus"/>
          <w:sz w:val="24"/>
        </w:rPr>
        <w:t>Ἀνάβαινε. τὸ ἐπὶ λογεῖον εἰσιέναι ἔλεγον οἱ παλαιοί. [καταβαίνειν δὲ, τὸ ἀπαλλάττεσθαι ἐντεῦθεν. ἀπὸ τοῦ παλαιοῦ ἤθους.] [Ἀναβεβαμένοι. ἀντὶ τοῦ ἀναβάτην ἔχοντες. οὕτως Ξενοφῶν.]</w:t>
      </w:r>
    </w:p>
    <w:p>
      <w:r>
        <w:rPr>
          <w:rFonts w:ascii="Courier New" w:hAnsi="Courier New"/>
          <w:color w:val="555555"/>
          <w:sz w:val="20"/>
        </w:rPr>
        <w:t>[10]</w:t>
      </w:r>
    </w:p>
    <w:p>
      <w:r>
        <w:rPr>
          <w:rFonts w:ascii="Gentium Plus" w:hAnsi="Gentium Plus"/>
          <w:sz w:val="24"/>
        </w:rPr>
        <w:t>Ἀναβιβῶμαι. ἀντὶ τοῦ ἀναβιβάσομαι. οὕτως Ἀμειψίας. Ἀναβιώσκεσθαι. τὸ ἀναζῇν. Ἀναβοθρεύουσιν. ἀναμοχλεύουσιν. [Ἀνεβάλετο. προοιμίασεν. Ὅμηρος·</w:t>
      </w:r>
    </w:p>
    <w:p>
      <w:r>
        <w:rPr>
          <w:rFonts w:ascii="Courier New" w:hAnsi="Courier New"/>
          <w:color w:val="555555"/>
          <w:sz w:val="20"/>
        </w:rPr>
        <w:t>[15]</w:t>
      </w:r>
    </w:p>
    <w:p>
      <w:r>
        <w:rPr>
          <w:rFonts w:ascii="Gentium Plus" w:hAnsi="Gentium Plus"/>
          <w:sz w:val="24"/>
        </w:rPr>
        <w:t>—ἀνεβάλετο καλὸν ἀείδειν.] Ἀναβλυστωνῆσαι. τὸ ἀναβλῦσαι καὶ τὸ ἀνα‐ βλαστῆσαι. Ἀναβέβρηκεν. ἀναπέπτωκεν. Ἀναβέβρυχεν. ἦχον ἀπετέλεσεν. ἢ ἀντὶ τοῦ</w:t>
      </w:r>
    </w:p>
    <w:p>
      <w:r>
        <w:rPr>
          <w:rFonts w:ascii="Courier New" w:hAnsi="Courier New"/>
          <w:color w:val="555555"/>
          <w:sz w:val="20"/>
        </w:rPr>
        <w:t>[20]</w:t>
      </w:r>
    </w:p>
    <w:p>
      <w:r>
        <w:rPr>
          <w:rFonts w:ascii="Gentium Plus" w:hAnsi="Gentium Plus"/>
          <w:sz w:val="24"/>
        </w:rPr>
        <w:t>ἀναβρύειν. Ἀναβὰς ἐπὶ τὸν ἵππον ἀπῄει. καὶ πάλιν· ἀνα‐</w:t>
      </w:r>
    </w:p>
    <w:p>
      <w:r>
        <w:rPr>
          <w:rFonts w:ascii="Courier New" w:hAnsi="Courier New"/>
          <w:color w:val="555555"/>
          <w:sz w:val="20"/>
        </w:rPr>
        <w:t>[alpha 196]</w:t>
      </w:r>
    </w:p>
    <w:p>
      <w:r>
        <w:rPr>
          <w:rFonts w:ascii="Gentium Plus" w:hAnsi="Gentium Plus"/>
          <w:sz w:val="24"/>
        </w:rPr>
        <w:t>τοῦ ἀναβαίνειν ἐπὶ τοὺς ἵππους πάντα τὰ ἐν ἱππικῇ μελετᾷν. [τὸ δ’ ἀναβὰς τὸν ἵππον οὐ πάνυ δόκιμον. Ἀριστοφάνης Θεσμοφοριαζούσαις· ἀναβῆναι τὴν γυναῖκα βούλομαι.]</w:t>
      </w:r>
    </w:p>
    <w:p>
      <w:r>
        <w:rPr>
          <w:rFonts w:ascii="Courier New" w:hAnsi="Courier New"/>
          <w:color w:val="555555"/>
          <w:sz w:val="20"/>
        </w:rPr>
        <w:t>[5]</w:t>
      </w:r>
    </w:p>
    <w:p>
      <w:r>
        <w:rPr>
          <w:rFonts w:ascii="Gentium Plus" w:hAnsi="Gentium Plus"/>
          <w:sz w:val="24"/>
        </w:rPr>
        <w:t>Ἀναγαγών. ἀντὶ τοῦ ἀπαγαγών. οὕτως Ξενο‐ φῶν. Ἀναγγελήσεται. διηγηθήσεται. Ἀνάγεσθαι. ἀποπλεῖν· ἀνέρχεσθαι. [τὸ] ἐκ Βυζαντίου, [ἢ ἀπὸ ἑτέρας πόλεως ἀπαίρειν.</w:t>
      </w:r>
    </w:p>
    <w:p>
      <w:r>
        <w:rPr>
          <w:rFonts w:ascii="Courier New" w:hAnsi="Courier New"/>
          <w:color w:val="555555"/>
          <w:sz w:val="20"/>
        </w:rPr>
        <w:t>[10]</w:t>
      </w:r>
    </w:p>
    <w:p>
      <w:r>
        <w:rPr>
          <w:rFonts w:ascii="Gentium Plus" w:hAnsi="Gentium Plus"/>
          <w:sz w:val="24"/>
        </w:rPr>
        <w:t>Προκόπιος· οὐ γὰρ θέμις τινὰ ἐκ Βυζαντίου ἀνάγεσθαι πρὸς τῶν ἀνδρῶν.] Ἀνάγειν. τὸ μηνύειν τὸν πεπρακότα, καὶ ἐπ’ ἐκεῖνον ἰέναι. οὕτω Λυσίας καὶ Δείναρχος. Ἀναγινωσκομένους. ἀντὶ τοῦ ἀναπειθομένους.</w:t>
      </w:r>
    </w:p>
    <w:p>
      <w:r>
        <w:rPr>
          <w:rFonts w:ascii="Courier New" w:hAnsi="Courier New"/>
          <w:color w:val="555555"/>
          <w:sz w:val="20"/>
        </w:rPr>
        <w:t>[15]</w:t>
      </w:r>
    </w:p>
    <w:p>
      <w:r>
        <w:rPr>
          <w:rFonts w:ascii="Gentium Plus" w:hAnsi="Gentium Plus"/>
          <w:sz w:val="24"/>
        </w:rPr>
        <w:t>οὕτως Ἀντιφῶν, καὶ Ἰσαῖος, καὶ Ἡρόδοτος. Ἀναγνωσθείς. ἀντὶ τοῦ ἀναπεισθείς. ὁ δὲ ἀνα‐ γνωσθεὶς ὑπὸ τῆς γυναικὸς, ἔργον οὐχ ὅσιον ἐμηχανᾶτο ἐπὶ τῇ θυγατρί. Ἀναγινώσκειν. ἐπὶ τοῦ ἀναπείθειν. οὕτως οἱ ῥή‐</w:t>
      </w:r>
    </w:p>
    <w:p>
      <w:r>
        <w:rPr>
          <w:rFonts w:ascii="Courier New" w:hAnsi="Courier New"/>
          <w:color w:val="555555"/>
          <w:sz w:val="20"/>
        </w:rPr>
        <w:t>[20]</w:t>
      </w:r>
    </w:p>
    <w:p>
      <w:r>
        <w:rPr>
          <w:rFonts w:ascii="Gentium Plus" w:hAnsi="Gentium Plus"/>
          <w:sz w:val="24"/>
        </w:rPr>
        <w:t>τορες. ἔστι γὰρ ἀναγινώσκειν γνῶναι διαλε‐</w:t>
      </w:r>
    </w:p>
    <w:p>
      <w:r>
        <w:rPr>
          <w:rFonts w:ascii="Courier New" w:hAnsi="Courier New"/>
          <w:color w:val="555555"/>
          <w:sz w:val="20"/>
        </w:rPr>
        <w:t>[alpha 197]</w:t>
      </w:r>
    </w:p>
    <w:p>
      <w:r>
        <w:rPr>
          <w:rFonts w:ascii="Gentium Plus" w:hAnsi="Gentium Plus"/>
          <w:sz w:val="24"/>
        </w:rPr>
        <w:t>Ἀναγχιππεῖν. τὸ μετὰ ἀνάγκης ἱππεύειν. οὕτως Εὔπολις. Ἀναδάσασθαι. ἤγουν ἀναμερίσαι. Ἀναδέξασθαι. ἀναλαβεῖν, ἐκδέξασθαι. [ὁ δὲ</w:t>
      </w:r>
    </w:p>
    <w:p>
      <w:r>
        <w:rPr>
          <w:rFonts w:ascii="Courier New" w:hAnsi="Courier New"/>
          <w:color w:val="555555"/>
          <w:sz w:val="20"/>
        </w:rPr>
        <w:t>[5]</w:t>
      </w:r>
    </w:p>
    <w:p>
      <w:r>
        <w:rPr>
          <w:rFonts w:ascii="Gentium Plus" w:hAnsi="Gentium Plus"/>
          <w:sz w:val="24"/>
        </w:rPr>
        <w:t>εἰς τὸ τέμενος κατεσκήνωσεν, ἀναδέξασθαι βου‐ λόμενος τὰ μέλλοντα αὐτὸν διακομίζειν πορθ‐ μεῖα. καὶ ἀναδεχόμενος καὶ ἀναδέχομαι.] Ἀναδέξασθαι. ὑπενεγκεῖν, ὑπομεῖναι. Ἀναδέχεσθαι. ἀντὶ τοῦ προσδοκᾷν. ἀναδέχεσθαι</w:t>
      </w:r>
    </w:p>
    <w:p>
      <w:r>
        <w:rPr>
          <w:rFonts w:ascii="Courier New" w:hAnsi="Courier New"/>
          <w:color w:val="555555"/>
          <w:sz w:val="20"/>
        </w:rPr>
        <w:t>[10]</w:t>
      </w:r>
    </w:p>
    <w:p>
      <w:r>
        <w:rPr>
          <w:rFonts w:ascii="Gentium Plus" w:hAnsi="Gentium Plus"/>
          <w:sz w:val="24"/>
        </w:rPr>
        <w:t>τὴν παρουσίαν τῶν πολεμίων. Ἀναδέρω. ὑπερτίθεμαι, ἀναβάλλομαι. Ἀναδεύειν. φυρᾷν. Ἀναδιδάξαι. ἀντὶ τοῦ πάνυ διδάξαι· ἐπιτατικὸν γὰρ ἡ ἀνά.</w:t>
      </w:r>
    </w:p>
    <w:p>
      <w:r>
        <w:rPr>
          <w:rFonts w:ascii="Courier New" w:hAnsi="Courier New"/>
          <w:color w:val="555555"/>
          <w:sz w:val="20"/>
        </w:rPr>
        <w:t>[15]</w:t>
      </w:r>
    </w:p>
    <w:p>
      <w:r>
        <w:rPr>
          <w:rFonts w:ascii="Gentium Plus" w:hAnsi="Gentium Plus"/>
          <w:sz w:val="24"/>
        </w:rPr>
        <w:t>Ἀναδικάσασθαι. τὸ ἄνωθεν δικάσασθαι. [οὕ‐ τως Ἰσαῖος. ἐντεῦθεν καὶ τὸ ἀνάδικοι κινήσεις, αἱ ἄνωθεν δικαζόμεναι· ὅταν ἁλῶσιν οἱ μάρτυ‐ ρες ψευδομαρτυριῶν.] Ἀναδουμένην. στεφανουμένην. [ἀναδουμένην οὕτω</w:t>
      </w:r>
    </w:p>
    <w:p>
      <w:r>
        <w:rPr>
          <w:rFonts w:ascii="Courier New" w:hAnsi="Courier New"/>
          <w:color w:val="555555"/>
          <w:sz w:val="20"/>
        </w:rPr>
        <w:t>[20]</w:t>
      </w:r>
    </w:p>
    <w:p>
      <w:r>
        <w:rPr>
          <w:rFonts w:ascii="Gentium Plus" w:hAnsi="Gentium Plus"/>
          <w:sz w:val="24"/>
        </w:rPr>
        <w:t>μέγα πρὸ πάντων ἀνθρώπων.] Ἀναδῦναι. ἀναχωρῆσαι. Ἀναδυόμενος. φεύγων, ἀναβαλλόμενος. καὶ ἀναδύομαι ἀντὶ τοῦ μεταβουλεύομαι.</w:t>
      </w:r>
    </w:p>
    <w:p>
      <w:r>
        <w:rPr>
          <w:rFonts w:ascii="Courier New" w:hAnsi="Courier New"/>
          <w:color w:val="555555"/>
          <w:sz w:val="20"/>
        </w:rPr>
        <w:t>[alpha 198]</w:t>
      </w:r>
    </w:p>
    <w:p>
      <w:r>
        <w:rPr>
          <w:rFonts w:ascii="Gentium Plus" w:hAnsi="Gentium Plus"/>
          <w:sz w:val="24"/>
        </w:rPr>
        <w:t>Ἀναδύεται. ὑπερτίθεται. Ἀναδοιδυκίζει. ἀναταράττει. Ἀναδούμενος. [στεφανούμενος.] δέω, δέομαι, δεό‐ μενος, καὶ κατὰ συναίρεσιν ἀναδούμενος.</w:t>
      </w:r>
    </w:p>
    <w:p>
      <w:r>
        <w:rPr>
          <w:rFonts w:ascii="Courier New" w:hAnsi="Courier New"/>
          <w:color w:val="555555"/>
          <w:sz w:val="20"/>
        </w:rPr>
        <w:t>[5]</w:t>
      </w:r>
    </w:p>
    <w:p>
      <w:r>
        <w:rPr>
          <w:rFonts w:ascii="Gentium Plus" w:hAnsi="Gentium Plus"/>
          <w:sz w:val="24"/>
        </w:rPr>
        <w:t>Ἀναθέσθαι. ἀντὶ τοῦ ἄνωθεν βιῶναι. οὕτως Ἀν‐ τιφῶν· ἀναθέσθαι ὥσπερ πεττὸν τὸν βίον οὐκ ἔστιν. Ἀναθέσθαι. τὸ μεταθέσθαι. ἐκφυγοῦσα δ’ ἣν εἶχε νόσον, οὐκ ἔσχε τοὺς ῥηθέντας ἀναθέσθαι</w:t>
      </w:r>
    </w:p>
    <w:p>
      <w:r>
        <w:rPr>
          <w:rFonts w:ascii="Courier New" w:hAnsi="Courier New"/>
          <w:color w:val="555555"/>
          <w:sz w:val="20"/>
        </w:rPr>
        <w:t>[10]</w:t>
      </w:r>
    </w:p>
    <w:p>
      <w:r>
        <w:rPr>
          <w:rFonts w:ascii="Gentium Plus" w:hAnsi="Gentium Plus"/>
          <w:sz w:val="24"/>
        </w:rPr>
        <w:t>λόγους. [ἀναθέσθαι οὐ δηλοῖ τὸ ὑπερθέσθαι, οὐδέ γε τὸ ἀνακοινῶσαι καὶ συμβουλεύσασθαι· ἀλλὰ τὸ μεταθέσθαι ἃ ἔδοξε πρότερον. ἡ δὲ μεταφορὰ ἀπὸ τῶν πεττευόντων, καὶ τὰς κεκι‐ νημένας ψήφους διορθούντων. τὰ δὲ μαρτύρια</w:t>
      </w:r>
    </w:p>
    <w:p>
      <w:r>
        <w:rPr>
          <w:rFonts w:ascii="Courier New" w:hAnsi="Courier New"/>
          <w:color w:val="555555"/>
          <w:sz w:val="20"/>
        </w:rPr>
        <w:t>[15]</w:t>
      </w:r>
    </w:p>
    <w:p>
      <w:r>
        <w:rPr>
          <w:rFonts w:ascii="Gentium Plus" w:hAnsi="Gentium Plus"/>
          <w:sz w:val="24"/>
        </w:rPr>
        <w:t>πλεῖστα παρὰ Πλάτωνι. οὔτ’ ἂν τῶν τότ’ εἰρη‐ μένων οὐδὲν ἀναθείμην.] Ἀναθέντας. ἀντὶ τοῦ ἐπιθέντας. οὕτως Ξε‐ νοφῶν. Ἀναθείς. ἐπιτρέψας. [ἐπὶ ἀψύχων τίθεται.</w:t>
      </w:r>
    </w:p>
    <w:p>
      <w:r>
        <w:rPr>
          <w:rFonts w:ascii="Courier New" w:hAnsi="Courier New"/>
          <w:color w:val="555555"/>
          <w:sz w:val="20"/>
        </w:rPr>
        <w:t>[20]</w:t>
      </w:r>
    </w:p>
    <w:p>
      <w:r>
        <w:rPr>
          <w:rFonts w:ascii="Gentium Plus" w:hAnsi="Gentium Plus"/>
          <w:sz w:val="24"/>
        </w:rPr>
        <w:t>ἐχρήσατο δὲ Ἀριστοφάνης καὶ ἐπὶ ἐμψύχων· ἀπολῶ τὸν ἄνθρωπον ἐπὶ κρημνόν τιν’ ἀνα‐ θείς.] Ἀναθορῶντος. ἀναπηδοῦντος.</w:t>
      </w:r>
    </w:p>
    <w:p>
      <w:r>
        <w:rPr>
          <w:rFonts w:ascii="Courier New" w:hAnsi="Courier New"/>
          <w:color w:val="555555"/>
          <w:sz w:val="20"/>
        </w:rPr>
        <w:t>[alpha 199]</w:t>
      </w:r>
    </w:p>
    <w:p>
      <w:r>
        <w:rPr>
          <w:rFonts w:ascii="Gentium Plus" w:hAnsi="Gentium Plus"/>
          <w:sz w:val="24"/>
        </w:rPr>
        <w:t>Ἀναθύειν. τὸ ἀναλαμβάνειν τὸ πρᾶγμα διὰ χρόνου. [Φερεκράτης· πάλιν αὖθις ἀναθύουσιν αἱ γεραίτεραι.] Ἀναθηλήσει. παρὰ τὸ θάλλω, θαλῶ· τοῦτο</w:t>
      </w:r>
    </w:p>
    <w:p>
      <w:r>
        <w:rPr>
          <w:rFonts w:ascii="Courier New" w:hAnsi="Courier New"/>
          <w:color w:val="555555"/>
          <w:sz w:val="20"/>
        </w:rPr>
        <w:t>[5]</w:t>
      </w:r>
    </w:p>
    <w:p>
      <w:r>
        <w:rPr>
          <w:rFonts w:ascii="Gentium Plus" w:hAnsi="Gentium Plus"/>
          <w:sz w:val="24"/>
        </w:rPr>
        <w:t>παρὰ τὸ θήλη· τοῦτο παρὰ τὸ θῶ τὸ τρέφω. Ἀναζεύξας. ἀναστρατοπεδεύσας, ὑποστρέψας. Ἀναζυγῶσαι. τὸ τὰς θύρας ἀναπετάσαι. Ἀναζυγοῦν. τὸ ἀνοιγνῦναι κιβωτὸν, ἢ τὸν ἐπὶ τῇ θύρᾳ θώρακα.</w:t>
      </w:r>
    </w:p>
    <w:p>
      <w:r>
        <w:rPr>
          <w:rFonts w:ascii="Courier New" w:hAnsi="Courier New"/>
          <w:color w:val="555555"/>
          <w:sz w:val="20"/>
        </w:rPr>
        <w:t>[10]</w:t>
      </w:r>
    </w:p>
    <w:p>
      <w:r>
        <w:rPr>
          <w:rFonts w:ascii="Gentium Plus" w:hAnsi="Gentium Plus"/>
          <w:sz w:val="24"/>
        </w:rPr>
        <w:t>Ἀναζωπυρῆσαι. ἀνεγεῖραι. ἀνανεῶσαι. ἀνάψαι. Ἀνακαθιζήσομαι καὶ ἀνακαθίσω. Ἀνακαλούμενος. ἤτοι ἀνακτώμενος. ὁ δὲ ἐσπού‐ δαζεν ἀνακαλεῖσθαι τὰς τῶν ὑποτεταγμένων ἐννοίας καὶ προθυμίας.</w:t>
      </w:r>
    </w:p>
    <w:p>
      <w:r>
        <w:rPr>
          <w:rFonts w:ascii="Courier New" w:hAnsi="Courier New"/>
          <w:color w:val="555555"/>
          <w:sz w:val="20"/>
        </w:rPr>
        <w:t>[15]</w:t>
      </w:r>
    </w:p>
    <w:p>
      <w:r>
        <w:rPr>
          <w:rFonts w:ascii="Gentium Plus" w:hAnsi="Gentium Plus"/>
          <w:sz w:val="24"/>
        </w:rPr>
        <w:t>Ἀνακάψαι. καταφαγεῖν. Ἀνακεκώφηκας. Ἀριστοφάνης. τὰς ἀκοὰς ἡμῶν κωφὰς εἰργάσω, βοῆς ἀνεπλήρωσας. Ἀνακεχωρηκότων. ἀποκρύφων. ὁ δὲ ἐκτήσατο βιβλίων μυριάδας τρεῖς, καὶ τούτων σπουδαίων</w:t>
      </w:r>
    </w:p>
    <w:p>
      <w:r>
        <w:rPr>
          <w:rFonts w:ascii="Courier New" w:hAnsi="Courier New"/>
          <w:color w:val="555555"/>
          <w:sz w:val="20"/>
        </w:rPr>
        <w:t>[20]</w:t>
      </w:r>
    </w:p>
    <w:p>
      <w:r>
        <w:rPr>
          <w:rFonts w:ascii="Gentium Plus" w:hAnsi="Gentium Plus"/>
          <w:sz w:val="24"/>
        </w:rPr>
        <w:t>καὶ ἀνακεχωρηκότων. Ἀνακεῖσθαι. ἐπὶ ἀνδριάντων. κατακεῖσθαι καὶ κατακεκλίσθαι ἐπὶ τραπέζης. καὶ ἀνακεῖσθαι</w:t>
      </w:r>
    </w:p>
    <w:p>
      <w:r>
        <w:rPr>
          <w:rFonts w:ascii="Courier New" w:hAnsi="Courier New"/>
          <w:color w:val="555555"/>
          <w:sz w:val="20"/>
        </w:rPr>
        <w:t>[alpha 200]</w:t>
      </w:r>
    </w:p>
    <w:p>
      <w:r>
        <w:rPr>
          <w:rFonts w:ascii="Gentium Plus" w:hAnsi="Gentium Plus"/>
          <w:sz w:val="24"/>
        </w:rPr>
        <w:t>[Ἀνάκειται σκώμμασιν· ἀνάκειται λοιδορίαις· ἀνάκειται πόρνοις, κύβοις, συμποσίοις. σημαίνει τὸ οἷον πρόσκειται ἰσχυρῶς.] Ἀνακλῖναι. ἀνοῖξαι. Ὅμηρος. οὕτως καὶ Ἡρό‐</w:t>
      </w:r>
    </w:p>
    <w:p>
      <w:r>
        <w:rPr>
          <w:rFonts w:ascii="Courier New" w:hAnsi="Courier New"/>
          <w:color w:val="555555"/>
          <w:sz w:val="20"/>
        </w:rPr>
        <w:t>[5]</w:t>
      </w:r>
    </w:p>
    <w:p>
      <w:r>
        <w:rPr>
          <w:rFonts w:ascii="Gentium Plus" w:hAnsi="Gentium Plus"/>
          <w:sz w:val="24"/>
        </w:rPr>
        <w:t>δοτος. οἱ δὲ ἀνακλῖναι μὲν τὴν θύραν οὐκ ἐτόλ‐ μησαν, οὐδ’ εἴσω παρελθεῖν ἴσχυσαν. Ἀνακομῶ. τὸ ἀναφύω. Ἀνακροτῆσαι. ἐπαινέσαι, ὑμνῆσαι. [ὁ δὲ Πτολε‐ μαῖος πάντας ἐκέλευεν ἀνακροτῆσαι τῆς εὐ‐</w:t>
      </w:r>
    </w:p>
    <w:p>
      <w:r>
        <w:rPr>
          <w:rFonts w:ascii="Courier New" w:hAnsi="Courier New"/>
          <w:color w:val="555555"/>
          <w:sz w:val="20"/>
        </w:rPr>
        <w:t>[10]</w:t>
      </w:r>
    </w:p>
    <w:p>
      <w:r>
        <w:rPr>
          <w:rFonts w:ascii="Gentium Plus" w:hAnsi="Gentium Plus"/>
          <w:sz w:val="24"/>
        </w:rPr>
        <w:t>τραπελίας αὐτὸν ἀποδεχόμενος.] Ἀνακρουόμεθα. ἀναπροοιμιαζόμεθα. Ἀνακρούσασθαι. ἐπὶ ναυμαχίας τὸ συμβάλ‐ λειν καὶ πάλιν ἀναδύεσθαι. Ἀνακτᾶσθαι. ἀντὶ τοῦ θεραπεύειν. Θουκυδίδης</w:t>
      </w:r>
    </w:p>
    <w:p>
      <w:r>
        <w:rPr>
          <w:rFonts w:ascii="Courier New" w:hAnsi="Courier New"/>
          <w:color w:val="555555"/>
          <w:sz w:val="20"/>
        </w:rPr>
        <w:t>[15]</w:t>
      </w:r>
    </w:p>
    <w:p>
      <w:r>
        <w:rPr>
          <w:rFonts w:ascii="Gentium Plus" w:hAnsi="Gentium Plus"/>
          <w:sz w:val="24"/>
        </w:rPr>
        <w:t>οὕτως. τίθεται δὲ ἡ λέξις καὶ ἐπὶ τοῦ τὸ προ‐ απολωλὸς αὖθις κτήσασθαι καὶ ἀπολαύειν. Ἀνακραθέν. ἀνακερασθέν. Ἀνακείσεται. ἀνατεθειμένος ἔσται. Ἀνακεφαλαιοῖ. ἀνακτίζει, ἀναπληροῖ.</w:t>
      </w:r>
    </w:p>
    <w:p>
      <w:r>
        <w:rPr>
          <w:rFonts w:ascii="Courier New" w:hAnsi="Courier New"/>
          <w:color w:val="555555"/>
          <w:sz w:val="20"/>
        </w:rPr>
        <w:t>[20]</w:t>
      </w:r>
    </w:p>
    <w:p>
      <w:r>
        <w:rPr>
          <w:rFonts w:ascii="Gentium Plus" w:hAnsi="Gentium Plus"/>
          <w:sz w:val="24"/>
        </w:rPr>
        <w:t>Ἀνακαγχήσας, οὐχὶ ἀνακαγχάσας. ἔστι δὲ</w:t>
      </w:r>
    </w:p>
    <w:p>
      <w:r>
        <w:rPr>
          <w:rFonts w:ascii="Courier New" w:hAnsi="Courier New"/>
          <w:color w:val="555555"/>
          <w:sz w:val="20"/>
        </w:rPr>
        <w:t>[alpha 201]</w:t>
      </w:r>
    </w:p>
    <w:p>
      <w:r>
        <w:rPr>
          <w:rFonts w:ascii="Gentium Plus" w:hAnsi="Gentium Plus"/>
          <w:sz w:val="24"/>
        </w:rPr>
        <w:t>Ἀνακωχεύειν. τὸ ἀνασετράζειν, παρὰ Σοφοκλεῖ. κυρίως δὲ λέγεται, ὅταν χειμῶνος ὄντος ἐν πε‐ λάγει στείλαντες τὰ ἅρμενα σαλεύωσιν αὐτό‐ θι, μὴ διαμαχόμενοι τῷ πνεύματι.</w:t>
      </w:r>
    </w:p>
    <w:p>
      <w:r>
        <w:rPr>
          <w:rFonts w:ascii="Courier New" w:hAnsi="Courier New"/>
          <w:color w:val="555555"/>
          <w:sz w:val="20"/>
        </w:rPr>
        <w:t>[5]</w:t>
      </w:r>
    </w:p>
    <w:p>
      <w:r>
        <w:rPr>
          <w:rFonts w:ascii="Gentium Plus" w:hAnsi="Gentium Plus"/>
          <w:sz w:val="24"/>
        </w:rPr>
        <w:t>Ἀναλαβεῖν. ἐνθυμηθῆναι. μήδ’ εἰς ἐσχάτην ἀναλαβεῖν ἐλπίδα, μήποτε διὰ ταύτης πολέ‐ μιος ἐπ’ αὐτοὺς ἀναβῇ στρατός. Ἀνακογχυλιαζόμενος. καὶ ἀνακογχυλιάσαι, τὸ ἀναγαργαρίσαι.</w:t>
      </w:r>
    </w:p>
    <w:p>
      <w:r>
        <w:rPr>
          <w:rFonts w:ascii="Courier New" w:hAnsi="Courier New"/>
          <w:color w:val="555555"/>
          <w:sz w:val="20"/>
        </w:rPr>
        <w:t>[10]</w:t>
      </w:r>
    </w:p>
    <w:p>
      <w:r>
        <w:rPr>
          <w:rFonts w:ascii="Gentium Plus" w:hAnsi="Gentium Plus"/>
          <w:sz w:val="24"/>
        </w:rPr>
        <w:t>Ἀναλέγεται. ἀναμφιβόλως ἔχει, ἐννοεῖται. [εἰ μέν τις ἀναλέγεται τοῦτο, ὅτι κρατήσομεν ἐξ ἐφόδου τῶν πολεμίων.] Ἀναλεξάμενος. ἀναγνοὺς, νοήσας. ὁ δὲ ἀναλε‐ ξάμενος τὴν ἐπιστολήν.</w:t>
      </w:r>
    </w:p>
    <w:p>
      <w:r>
        <w:rPr>
          <w:rFonts w:ascii="Courier New" w:hAnsi="Courier New"/>
          <w:color w:val="555555"/>
          <w:sz w:val="20"/>
        </w:rPr>
        <w:t>[15]</w:t>
      </w:r>
    </w:p>
    <w:p>
      <w:r>
        <w:rPr>
          <w:rFonts w:ascii="Gentium Plus" w:hAnsi="Gentium Plus"/>
          <w:sz w:val="24"/>
        </w:rPr>
        <w:t>Ἀναλεξαμένων. [ἑαυτοὺς συναγόντων. μόλις δὲ τῶν Καρχηδονίων ἀπὸ τῆς καταπλήξεως ἀναλεξαμένων.] Ἀναλήψεσθαι. ἀνακτήσασθαι. [ὁ δὲ ἔλεγεν ἀναλήψεσθαι τὸ παρὸν πταῖσμα ταῖς εἰς τὸ</w:t>
      </w:r>
    </w:p>
    <w:p>
      <w:r>
        <w:rPr>
          <w:rFonts w:ascii="Courier New" w:hAnsi="Courier New"/>
          <w:color w:val="555555"/>
          <w:sz w:val="20"/>
        </w:rPr>
        <w:t>[20]</w:t>
      </w:r>
    </w:p>
    <w:p>
      <w:r>
        <w:rPr>
          <w:rFonts w:ascii="Gentium Plus" w:hAnsi="Gentium Plus"/>
          <w:sz w:val="24"/>
        </w:rPr>
        <w:t>μέλλον ἀρεταῖς.] Ἀνακογχυλιάσαι. τὸ ἀνακλῦσαι πῶς τὸν φά‐ ρυγγα τινὶ ὑγρῷ. Ἀνάλωσε καὶ ἀνήλωσεν. ἑκατέρως λέγεται. Ἀναλώθησαν. ἠφανίσθησαν. οὐδὲ γὰρ ἀναλώ‐</w:t>
      </w:r>
    </w:p>
    <w:p>
      <w:r>
        <w:rPr>
          <w:rFonts w:ascii="Courier New" w:hAnsi="Courier New"/>
          <w:color w:val="555555"/>
          <w:sz w:val="20"/>
        </w:rPr>
        <w:t>[25]</w:t>
      </w:r>
    </w:p>
    <w:p>
      <w:r>
        <w:rPr>
          <w:rFonts w:ascii="Gentium Plus" w:hAnsi="Gentium Plus"/>
          <w:sz w:val="24"/>
        </w:rPr>
        <w:t>θησαν ἄλλως αἱ εὐχαί. Ἀναλοῦντες. ἀντὶ τοῦ ἀναιροῦντες. οὕτως Θου‐</w:t>
      </w:r>
    </w:p>
    <w:p>
      <w:r>
        <w:rPr>
          <w:rFonts w:ascii="Courier New" w:hAnsi="Courier New"/>
          <w:color w:val="555555"/>
          <w:sz w:val="20"/>
        </w:rPr>
        <w:t>[alpha 202]</w:t>
      </w:r>
    </w:p>
    <w:p>
      <w:r>
        <w:rPr>
          <w:rFonts w:ascii="Gentium Plus" w:hAnsi="Gentium Plus"/>
          <w:sz w:val="24"/>
        </w:rPr>
        <w:t>Ἀναλῶ. ἐξ οὗ τὸ ἀναλίσκω παράγωγον. ση‐ μαίνει δὲ τὸ πορθῶ, καὶ δαπανῶ. ἐξ οὗ καὶ ἀνάλωμα. ἔστιν οὖν ἄλες τὸ σημαῖνον τὸ ἀθροῦν, οἷον· ᾗ χειμέριον ὕδωρ ἄλεν. ἐξ οὗ ῥῆμα</w:t>
      </w:r>
    </w:p>
    <w:p>
      <w:r>
        <w:rPr>
          <w:rFonts w:ascii="Courier New" w:hAnsi="Courier New"/>
          <w:color w:val="555555"/>
          <w:sz w:val="20"/>
        </w:rPr>
        <w:t>[5]</w:t>
      </w:r>
    </w:p>
    <w:p>
      <w:r>
        <w:rPr>
          <w:rFonts w:ascii="Gentium Plus" w:hAnsi="Gentium Plus"/>
          <w:sz w:val="24"/>
        </w:rPr>
        <w:t>ἀλῶ, καὶ μετὰ τοῦ στερητικοῦ α ἀαλῶ, τουτ‐ έστι τὰ συνηθροισμένα διασκορπίζειν, καὶ πλεο‐ νασμῷ τοῦ ν ἀναλῶ. [ἐκ δὲ τοῦ ἀναλῶ, ἀνα‐ λίσκω. ἢ παρὰ τὸ ἅλις ἐπίῤῥημα.] Ἀναλύζουσα. ἀλυγκαίνουσα. ἔστι δέ τι πά‐</w:t>
      </w:r>
    </w:p>
    <w:p>
      <w:r>
        <w:rPr>
          <w:rFonts w:ascii="Courier New" w:hAnsi="Courier New"/>
          <w:color w:val="555555"/>
          <w:sz w:val="20"/>
        </w:rPr>
        <w:t>[10]</w:t>
      </w:r>
    </w:p>
    <w:p>
      <w:r>
        <w:rPr>
          <w:rFonts w:ascii="Gentium Plus" w:hAnsi="Gentium Plus"/>
          <w:sz w:val="24"/>
        </w:rPr>
        <w:t>θος γινόμενον τοῖς μετὰ συμπαθείας κλαίουσι πολλάκις. Ἀναλυθῆναι. τὸ καθαρμῷ τινὶ χρήσασθαι φαρ‐ μάκων. Μένανδρος Ἥρωσιν· ἐπεφαρμάκευσο γλυκύ τ’ ἀναλυθεὶς μόλις.</w:t>
      </w:r>
    </w:p>
    <w:p>
      <w:r>
        <w:rPr>
          <w:rFonts w:ascii="Courier New" w:hAnsi="Courier New"/>
          <w:color w:val="555555"/>
          <w:sz w:val="20"/>
        </w:rPr>
        <w:t>[15]</w:t>
      </w:r>
    </w:p>
    <w:p>
      <w:r>
        <w:rPr>
          <w:rFonts w:ascii="Gentium Plus" w:hAnsi="Gentium Plus"/>
          <w:sz w:val="24"/>
        </w:rPr>
        <w:t>Ἀναλύειν. τὸ τοὺς συνθέτους λογισμοὺς ἀνάγειν εἰς τοὺς ἁπλοῦς καὶ εἰς τὰς προτάσεις ἐξ ὧν αὐτοῖς τὸ εἶναι. Ἀναμασσόμενοι. ἀνερευνῶντες. μόλις τὸ πρᾶγ‐ μα ἔγνωσαν ἀναμασσόμενοι οἱ κριταί.</w:t>
      </w:r>
    </w:p>
    <w:p>
      <w:r>
        <w:rPr>
          <w:rFonts w:ascii="Courier New" w:hAnsi="Courier New"/>
          <w:color w:val="555555"/>
          <w:sz w:val="20"/>
        </w:rPr>
        <w:t>[20]</w:t>
      </w:r>
    </w:p>
    <w:p>
      <w:r>
        <w:rPr>
          <w:rFonts w:ascii="Gentium Plus" w:hAnsi="Gentium Plus"/>
          <w:sz w:val="24"/>
        </w:rPr>
        <w:t>Ἀναμαχούμενον. ἐκ δευτέρου μαχεσάμενον. [ὁ δὲ ἐκέλευεν αὐτὸν καὶ αὖθις ἥκειν ἀναμαχού‐ μενον τὴν πρώτην ἧσσαν.] Ἀναμετρήσαιμι. διεκπεράσαιμι. [μήτε εἰς Ῥή‐ γιον ἐκπλεῖν, μήτε τὴν πολλὴν θάλασσαν ἀνα‐</w:t>
      </w:r>
    </w:p>
    <w:p>
      <w:r>
        <w:rPr>
          <w:rFonts w:ascii="Courier New" w:hAnsi="Courier New"/>
          <w:color w:val="555555"/>
          <w:sz w:val="20"/>
        </w:rPr>
        <w:t>[25]</w:t>
      </w:r>
    </w:p>
    <w:p>
      <w:r>
        <w:rPr>
          <w:rFonts w:ascii="Gentium Plus" w:hAnsi="Gentium Plus"/>
          <w:sz w:val="24"/>
        </w:rPr>
        <w:t>μετρεῖν.] Ἀναμέλποντες. ὑμνοῦντες. μολπὴ γὰρ ὁ ὕμνος.</w:t>
      </w:r>
    </w:p>
    <w:p>
      <w:r>
        <w:rPr>
          <w:rFonts w:ascii="Courier New" w:hAnsi="Courier New"/>
          <w:color w:val="555555"/>
          <w:sz w:val="20"/>
        </w:rPr>
        <w:t>[alpha 203]</w:t>
      </w:r>
    </w:p>
    <w:p>
      <w:r>
        <w:rPr>
          <w:rFonts w:ascii="Gentium Plus" w:hAnsi="Gentium Plus"/>
          <w:sz w:val="24"/>
        </w:rPr>
        <w:t>Ἀναμύειν. ἀναβλέπειν. Ἀνανέμειν. ἴσον τῷ ἀναγινώσκειν. οὕτως Ἐπί‐ χαρμος. Ἡρόδοτος δὲ ἀνανέμεσθαι ἐπὶ τοῦ καταλέγειν τέθεικεν.</w:t>
      </w:r>
    </w:p>
    <w:p>
      <w:r>
        <w:rPr>
          <w:rFonts w:ascii="Courier New" w:hAnsi="Courier New"/>
          <w:color w:val="555555"/>
          <w:sz w:val="20"/>
        </w:rPr>
        <w:t>[5]</w:t>
      </w:r>
    </w:p>
    <w:p>
      <w:r>
        <w:rPr>
          <w:rFonts w:ascii="Gentium Plus" w:hAnsi="Gentium Plus"/>
          <w:sz w:val="24"/>
        </w:rPr>
        <w:t>Ἀνανήξασθαι. ἀνακολυμβῆσαι. Ἀνανεύων. παραιτούμενος. Ἀναίνεται. παραιτεῖται, ἀρνεῖται. [ὥσπερ πα‐ ρὰ τὸ λιπῶ λιπαίνω, καὶ ὁρμῶ ὁρμαίνω, καὶ ὑφῶ ὑφαίνω, οὕτω καὶ παρὰ τὸ ἀρνῶ ἀρναίνω,</w:t>
      </w:r>
    </w:p>
    <w:p>
      <w:r>
        <w:rPr>
          <w:rFonts w:ascii="Courier New" w:hAnsi="Courier New"/>
          <w:color w:val="555555"/>
          <w:sz w:val="20"/>
        </w:rPr>
        <w:t>[10]</w:t>
      </w:r>
    </w:p>
    <w:p>
      <w:r>
        <w:rPr>
          <w:rFonts w:ascii="Gentium Plus" w:hAnsi="Gentium Plus"/>
          <w:sz w:val="24"/>
        </w:rPr>
        <w:t>καὶ ἐνδείᾳ τοῦ ρ ἀναίνω, ἀναίνομαι. ἢ παρὰ τὸ αἰνῶ, τὸ ἐπαινῶ, ἀναίνω, τὸ οὐκ ἐπαινῶ, καὶ οὐ συγκατατίθεμαι.] Ἀναξιοπαθοῦντες. οὐκ ἄξιον ἡγούμενοι. οἱ δὲ Κρῆτες ἀναξιοπαθοῦντες οὐκ ἐδέξαντο αὐτὸν</w:t>
      </w:r>
    </w:p>
    <w:p>
      <w:r>
        <w:rPr>
          <w:rFonts w:ascii="Courier New" w:hAnsi="Courier New"/>
          <w:color w:val="555555"/>
          <w:sz w:val="20"/>
        </w:rPr>
        <w:t>[15]</w:t>
      </w:r>
    </w:p>
    <w:p>
      <w:r>
        <w:rPr>
          <w:rFonts w:ascii="Gentium Plus" w:hAnsi="Gentium Plus"/>
          <w:sz w:val="24"/>
        </w:rPr>
        <w:t>ὡς μοιχογέννητον. Ἀνάξοιτο. ἀνασχήσοιτο. οὕτως Ξενοφῶν. Ἀναπεμπάζεσθαι. ἐπαναλαμβάνειν ἢ ἀναλέγε‐ σθαι. ἐκ τοῦ πέμπω. Ἀναπεμπάζειν. ἀνανεοῦσθαι, ἀναμιμνήσκε‐</w:t>
      </w:r>
    </w:p>
    <w:p>
      <w:r>
        <w:rPr>
          <w:rFonts w:ascii="Courier New" w:hAnsi="Courier New"/>
          <w:color w:val="555555"/>
          <w:sz w:val="20"/>
        </w:rPr>
        <w:t>[20]</w:t>
      </w:r>
    </w:p>
    <w:p>
      <w:r>
        <w:rPr>
          <w:rFonts w:ascii="Gentium Plus" w:hAnsi="Gentium Plus"/>
          <w:sz w:val="24"/>
        </w:rPr>
        <w:t>σθαι. [πεποίηται ἀπὸ τῶν τοῖς πέντε δακτύ‐</w:t>
      </w:r>
    </w:p>
    <w:p>
      <w:r>
        <w:rPr>
          <w:rFonts w:ascii="Courier New" w:hAnsi="Courier New"/>
          <w:color w:val="555555"/>
          <w:sz w:val="20"/>
        </w:rPr>
        <w:t>[alpha 204]</w:t>
      </w:r>
    </w:p>
    <w:p>
      <w:r>
        <w:rPr>
          <w:rFonts w:ascii="Gentium Plus" w:hAnsi="Gentium Plus"/>
          <w:sz w:val="24"/>
        </w:rPr>
        <w:t>ναλαμβανόντων, οἱονεὶ κατὰ πεμπάδα ἀριθ‐ μούντων.] Ἀναπεμπαζόμενοι. ἀριθμούμενοι, σκεπόμενοι. Ἀναπεπτωκώς. ῥαθυμῶν, ἀφροντιστῶν, ἀμε‐</w:t>
      </w:r>
    </w:p>
    <w:p>
      <w:r>
        <w:rPr>
          <w:rFonts w:ascii="Courier New" w:hAnsi="Courier New"/>
          <w:color w:val="555555"/>
          <w:sz w:val="20"/>
        </w:rPr>
        <w:t>[5]</w:t>
      </w:r>
    </w:p>
    <w:p>
      <w:r>
        <w:rPr>
          <w:rFonts w:ascii="Gentium Plus" w:hAnsi="Gentium Plus"/>
          <w:sz w:val="24"/>
        </w:rPr>
        <w:t>λῶν. Ἀναπεποιημένης. ἀναπεφυρμένης, ἀναζυμω‐ μένης. Ἀναπετάσωμεν. ἁπλώσωμεν. Ἀναπετῶ. ἀναπετάσω. Μένανδρος·</w:t>
      </w:r>
    </w:p>
    <w:p>
      <w:r>
        <w:rPr>
          <w:rFonts w:ascii="Courier New" w:hAnsi="Courier New"/>
          <w:color w:val="555555"/>
          <w:sz w:val="20"/>
        </w:rPr>
        <w:t>[10]</w:t>
      </w:r>
    </w:p>
    <w:p>
      <w:r>
        <w:rPr>
          <w:rFonts w:ascii="Gentium Plus" w:hAnsi="Gentium Plus"/>
          <w:sz w:val="24"/>
        </w:rPr>
        <w:t>ἄλλοις ἀναπετῶ τουτὶ προσελθών. Ἀναπείρατε. πήξατε, κεντήσατε. [Ἀριστο‐ φάνης· ἵν’ ἀναπείρω τὰς κίχλας.] Ἀναπείσητε. ἀντὶ τοῦ δώροις πείσητε.</w:t>
      </w:r>
    </w:p>
    <w:p>
      <w:r>
        <w:rPr>
          <w:rFonts w:ascii="Courier New" w:hAnsi="Courier New"/>
          <w:color w:val="555555"/>
          <w:sz w:val="20"/>
        </w:rPr>
        <w:t>[15]</w:t>
      </w:r>
    </w:p>
    <w:p>
      <w:r>
        <w:rPr>
          <w:rFonts w:ascii="Gentium Plus" w:hAnsi="Gentium Plus"/>
          <w:sz w:val="24"/>
        </w:rPr>
        <w:t>Ἀναπήλας. ἀνακινήσας. ὁ δὲ διὰ τοῦ κοντοῦ ἀναπήλας εἰς ὕψος. Ἀναπηγάζει. ἀναδίδωσιν, ἀνομβρεῖ. Ἀναπηνίζω. ἀναλέγομαι. Ἀναπίπτειν. οὐ τὸ κατακλίνεσθαι, ἀλλὰ τὸ</w:t>
      </w:r>
    </w:p>
    <w:p>
      <w:r>
        <w:rPr>
          <w:rFonts w:ascii="Courier New" w:hAnsi="Courier New"/>
          <w:color w:val="555555"/>
          <w:sz w:val="20"/>
        </w:rPr>
        <w:t>[20]</w:t>
      </w:r>
    </w:p>
    <w:p>
      <w:r>
        <w:rPr>
          <w:rFonts w:ascii="Gentium Plus" w:hAnsi="Gentium Plus"/>
          <w:sz w:val="24"/>
        </w:rPr>
        <w:t>μεταμέλεσθαι καὶ μετατίθεσθαι καὶ ἀποκνεῖν.</w:t>
      </w:r>
    </w:p>
    <w:p>
      <w:r>
        <w:rPr>
          <w:rFonts w:ascii="Courier New" w:hAnsi="Courier New"/>
          <w:color w:val="555555"/>
          <w:sz w:val="20"/>
        </w:rPr>
        <w:t>[alpha 205]</w:t>
      </w:r>
    </w:p>
    <w:p>
      <w:r>
        <w:rPr>
          <w:rFonts w:ascii="Gentium Plus" w:hAnsi="Gentium Plus"/>
          <w:sz w:val="24"/>
        </w:rPr>
        <w:t>Ἀναποδίζει. ἀνακάμπτει. Ἀναπολῶ. ἀναλογίζομαι, ἀναστρέφω. Ἀναπρήσας. ἐκ τοῦ πλήθω ἀναπλήσας καὶ τροπῇ τοῦ λ εἰς ρ ἀναπρήσας. οἱ γὰρ κακοῖς</w:t>
      </w:r>
    </w:p>
    <w:p>
      <w:r>
        <w:rPr>
          <w:rFonts w:ascii="Courier New" w:hAnsi="Courier New"/>
          <w:color w:val="555555"/>
          <w:sz w:val="20"/>
        </w:rPr>
        <w:t>[5]</w:t>
      </w:r>
    </w:p>
    <w:p>
      <w:r>
        <w:rPr>
          <w:rFonts w:ascii="Gentium Plus" w:hAnsi="Gentium Plus"/>
          <w:sz w:val="24"/>
        </w:rPr>
        <w:t>τισὶ συνεχόμενοι πνεύματος τὰς γνάθους πλη‐ ροῦντες, τὰς ἐκφύσεις ἀποτελοῦσιν. Ἀναπνεύσωσιν. ἀναπνέω, ἀναπνεύσω, πλεο‐ νασμῷ τοῦ υ κατὰ τὸν μέλλοντα· ἐπειδὴ τὰ διὰ τοῦ εω ἐπὶ δευτέρου καὶ τρίτου προσώπου</w:t>
      </w:r>
    </w:p>
    <w:p>
      <w:r>
        <w:rPr>
          <w:rFonts w:ascii="Courier New" w:hAnsi="Courier New"/>
          <w:color w:val="555555"/>
          <w:sz w:val="20"/>
        </w:rPr>
        <w:t>[10]</w:t>
      </w:r>
    </w:p>
    <w:p>
      <w:r>
        <w:rPr>
          <w:rFonts w:ascii="Gentium Plus" w:hAnsi="Gentium Plus"/>
          <w:sz w:val="24"/>
        </w:rPr>
        <w:t>συναίρεσιν δεχόμενα, πλεονάζουσι τὸ υ κατὰ τὸν μέλλοντα. Ἀνάπτειν. ἀναπέμπειν, περιτιθέναι, προσ‐ άγειν. λέγεται δὲ καὶ ἐπὶ τῶν ἀναπτόντων τὸ πῦρ.</w:t>
      </w:r>
    </w:p>
    <w:p>
      <w:r>
        <w:rPr>
          <w:rFonts w:ascii="Courier New" w:hAnsi="Courier New"/>
          <w:color w:val="555555"/>
          <w:sz w:val="20"/>
        </w:rPr>
        <w:t>[15]</w:t>
      </w:r>
    </w:p>
    <w:p>
      <w:r>
        <w:rPr>
          <w:rFonts w:ascii="Gentium Plus" w:hAnsi="Gentium Plus"/>
          <w:sz w:val="24"/>
        </w:rPr>
        <w:t>Ἀναστεῖλαι. ἀντὶ τοῦ ἀνασχέσθαι. Ἀναστήσας. ἀναστάτους ποιήσας, καὶ μετοικί‐ σας. [ἀναστήσας ἐκ τοῦ ἱεροῦ τὸν ἄνθρωπον αἰκίαις καθυπέβαλεν.] Ἀναστήψαι. ἀνασπάσαι.</w:t>
      </w:r>
    </w:p>
    <w:p>
      <w:r>
        <w:rPr>
          <w:rFonts w:ascii="Courier New" w:hAnsi="Courier New"/>
          <w:color w:val="555555"/>
          <w:sz w:val="20"/>
        </w:rPr>
        <w:t>[20]</w:t>
      </w:r>
    </w:p>
    <w:p>
      <w:r>
        <w:rPr>
          <w:rFonts w:ascii="Gentium Plus" w:hAnsi="Gentium Plus"/>
          <w:sz w:val="24"/>
        </w:rPr>
        <w:t>Ἀνασυντάξας. [ἀντὶ τοῦ ἄνωθεν συντάξας. οὕτως Ὑπερίδης.] Ἀνασχοῦσα. ἀναδοῦσα. Ἀνασχών. ἀνατείνας, φανεὶς, ἐξελθὼν, ἀνα‐ δύς. ὁ δὲ πρῶτος ἀνασχὼν ἐκ τοῦ ὀρύγματος</w:t>
      </w:r>
    </w:p>
    <w:p>
      <w:r>
        <w:rPr>
          <w:rFonts w:ascii="Courier New" w:hAnsi="Courier New"/>
          <w:color w:val="555555"/>
          <w:sz w:val="20"/>
        </w:rPr>
        <w:t>[25]</w:t>
      </w:r>
    </w:p>
    <w:p>
      <w:r>
        <w:rPr>
          <w:rFonts w:ascii="Gentium Plus" w:hAnsi="Gentium Plus"/>
          <w:sz w:val="24"/>
        </w:rPr>
        <w:t>ἦν Μάγνος.</w:t>
      </w:r>
    </w:p>
    <w:p>
      <w:r>
        <w:rPr>
          <w:rFonts w:ascii="Courier New" w:hAnsi="Courier New"/>
          <w:color w:val="555555"/>
          <w:sz w:val="20"/>
        </w:rPr>
        <w:t>[alpha 206]</w:t>
      </w:r>
    </w:p>
    <w:p>
      <w:r>
        <w:rPr>
          <w:rFonts w:ascii="Gentium Plus" w:hAnsi="Gentium Plus"/>
          <w:sz w:val="24"/>
        </w:rPr>
        <w:t>Ἀνασχέσθαι. παρὰ τὸ ἀνέχω, ὁ μέλλων ἀνέξω· ὁ δεύτερος ἀόριστος ἄνεχον, πλεονασμῷ τοῦ ς ἄνεσχον· ὁ δεύτερος μέσος ἀόριστος ἀνεσχό‐ μην, ἀνέσχου, ἀνέσχετο, καὶ τὸ ἀπαρέμφατον</w:t>
      </w:r>
    </w:p>
    <w:p>
      <w:r>
        <w:rPr>
          <w:rFonts w:ascii="Courier New" w:hAnsi="Courier New"/>
          <w:color w:val="555555"/>
          <w:sz w:val="20"/>
        </w:rPr>
        <w:t>[5]</w:t>
      </w:r>
    </w:p>
    <w:p>
      <w:r>
        <w:rPr>
          <w:rFonts w:ascii="Gentium Plus" w:hAnsi="Gentium Plus"/>
          <w:sz w:val="24"/>
        </w:rPr>
        <w:t>ἀνασχέσθαι. Ἀναισιμοῦν. τὸ ἀναλίσκειν. ἀναισίμωτο τὰ τείχη. Ἀνασειράζων. [ἀνακρούων,] ἀνακόπτων, ἕλ‐ κων, ἀνέχων.</w:t>
      </w:r>
    </w:p>
    <w:p>
      <w:r>
        <w:rPr>
          <w:rFonts w:ascii="Courier New" w:hAnsi="Courier New"/>
          <w:color w:val="555555"/>
          <w:sz w:val="20"/>
        </w:rPr>
        <w:t>[10]</w:t>
      </w:r>
    </w:p>
    <w:p>
      <w:r>
        <w:rPr>
          <w:rFonts w:ascii="Gentium Plus" w:hAnsi="Gentium Plus"/>
          <w:sz w:val="24"/>
        </w:rPr>
        <w:t>Ἀναστοιχειώσας. ἀναπλάσας. μεταστοιχειώσας δὲ ἀντὶ τοῦ μεταπλάσας. Ἀνάσσει. βασιλεύει. Ἀνασκυνδυλεῦσαι. τὸ ἀνασκολοπίσαι, τὸ σταυ‐ ρῶσαι.</w:t>
      </w:r>
    </w:p>
    <w:p>
      <w:r>
        <w:rPr>
          <w:rFonts w:ascii="Courier New" w:hAnsi="Courier New"/>
          <w:color w:val="555555"/>
          <w:sz w:val="20"/>
        </w:rPr>
        <w:t>[15]</w:t>
      </w:r>
    </w:p>
    <w:p>
      <w:r>
        <w:rPr>
          <w:rFonts w:ascii="Gentium Plus" w:hAnsi="Gentium Plus"/>
          <w:sz w:val="24"/>
        </w:rPr>
        <w:t>Ἀνασφήλας. ἀνανήψας· ἀναστήσας, ἀναλα‐ βὼν, ἀναῤῥώσας. παρὰ τὸ σφηλὸν, ὃ σημαίνει τὸ ἰσχυρόν. [καὶ ἐρίσφηλον τὸ ἄγαν ἰσχυρόν.] Ἀναῤῥιπίζειν. κινεῖν, ἀνεγείρειν. Ἀναῤῥοιβδεῖ. ἤτοι ἀναῤῥοφᾷ.</w:t>
      </w:r>
    </w:p>
    <w:p>
      <w:r>
        <w:rPr>
          <w:rFonts w:ascii="Courier New" w:hAnsi="Courier New"/>
          <w:color w:val="555555"/>
          <w:sz w:val="20"/>
        </w:rPr>
        <w:t>[20]</w:t>
      </w:r>
    </w:p>
    <w:p>
      <w:r>
        <w:rPr>
          <w:rFonts w:ascii="Gentium Plus" w:hAnsi="Gentium Plus"/>
          <w:sz w:val="24"/>
        </w:rPr>
        <w:t>Ἀναῤῥιχᾶσθαι. ἀναδίδοσθαι τὸ ὕδωρ, καὶ τὸ σκολοβατεῖν. [ἀναῤῥιχάω, ἀναῤῥιχῶ, ἀνηῤῥίχαον, ἀνηῤῥίχων, οἱονεὶ τρόπον ἀράχνης τοῖς ποσὶν ἀντιλαμβανόμενον ἀνιέναι πρὸς τὸ πρόσαντες.</w:t>
      </w:r>
    </w:p>
    <w:p>
      <w:r>
        <w:rPr>
          <w:rFonts w:ascii="Courier New" w:hAnsi="Courier New"/>
          <w:color w:val="555555"/>
          <w:sz w:val="20"/>
        </w:rPr>
        <w:t>[alpha 207]</w:t>
      </w:r>
    </w:p>
    <w:p>
      <w:r>
        <w:rPr>
          <w:rFonts w:ascii="Gentium Plus" w:hAnsi="Gentium Plus"/>
          <w:sz w:val="24"/>
        </w:rPr>
        <w:t>ἔστι ῥίον, τὸ ἀκρωτήριον· ἐκ τούτου γίνεται ῥιᾶσθαι, καὶ πλεονασμῷ τοῦ χ ἀναῤῥιχᾶσθαι.] Ἀναποδίζειν. τὸ ἐξετάζειν, καὶ ὡσανεὶ συγ‐ κρούειν.</w:t>
      </w:r>
    </w:p>
    <w:p>
      <w:r>
        <w:rPr>
          <w:rFonts w:ascii="Courier New" w:hAnsi="Courier New"/>
          <w:color w:val="555555"/>
          <w:sz w:val="20"/>
        </w:rPr>
        <w:t>[5]</w:t>
      </w:r>
    </w:p>
    <w:p>
      <w:r>
        <w:rPr>
          <w:rFonts w:ascii="Gentium Plus" w:hAnsi="Gentium Plus"/>
          <w:sz w:val="24"/>
        </w:rPr>
        <w:t>Ἀνατάξασθαι. συντάξαι· ἀναγράψασθαι· *λαμβανόμενον* εὐτρεπίσασθαι. Ἀναταθῶμεν. ἀναπλωθῶμεν, ἀναχθῶμεν. Ἀνατετυρβακώς. ἀναταράξας. τυρβάσαι δὲ κυ‐ ρίως λέγεται τὸ τὸν πηλὸν ταράξαι. Ἀριστο‐</w:t>
      </w:r>
    </w:p>
    <w:p>
      <w:r>
        <w:rPr>
          <w:rFonts w:ascii="Courier New" w:hAnsi="Courier New"/>
          <w:color w:val="555555"/>
          <w:sz w:val="20"/>
        </w:rPr>
        <w:t>[10]</w:t>
      </w:r>
    </w:p>
    <w:p>
      <w:r>
        <w:rPr>
          <w:rFonts w:ascii="Gentium Plus" w:hAnsi="Gentium Plus"/>
          <w:sz w:val="24"/>
        </w:rPr>
        <w:t>φάνης· τὴν πόλιν ἅπασαν ἡμῶν ἀνατετυρβακώς—. Ἀνατεῖλαι. ἀνθῆσαι. ἐκ μεταφορᾶς τῶν βοτανῶν. Ἀνατεινάμενος. ἐπαπειλήσας. [ὁ δὲ βασιλεὺς πολλὰ τοῖς εἰς τὴν πρᾶξιν ὑπουργηκόσιν ἀνα‐</w:t>
      </w:r>
    </w:p>
    <w:p>
      <w:r>
        <w:rPr>
          <w:rFonts w:ascii="Courier New" w:hAnsi="Courier New"/>
          <w:color w:val="555555"/>
          <w:sz w:val="20"/>
        </w:rPr>
        <w:t>[15]</w:t>
      </w:r>
    </w:p>
    <w:p>
      <w:r>
        <w:rPr>
          <w:rFonts w:ascii="Gentium Plus" w:hAnsi="Gentium Plus"/>
          <w:sz w:val="24"/>
        </w:rPr>
        <w:t>τεινάμενος, οὐδὲν ἔδρασεν.] Ἀνατείνας τὴν ψυχήν. ἐπὶ τὰ ἄνω τρέψας. Ἀνατέταλθεν. ἀνέτειλεν. Ἀνατέτραπτο. ἀνατροπὴν τινὰ ἔπαθεν. Ἀνατίθεμαι. ἀντὶ τοῦ ἀθετῶ.</w:t>
      </w:r>
    </w:p>
    <w:p>
      <w:r>
        <w:rPr>
          <w:rFonts w:ascii="Courier New" w:hAnsi="Courier New"/>
          <w:color w:val="555555"/>
          <w:sz w:val="20"/>
        </w:rPr>
        <w:t>[20]</w:t>
      </w:r>
    </w:p>
    <w:p>
      <w:r>
        <w:rPr>
          <w:rFonts w:ascii="Gentium Plus" w:hAnsi="Gentium Plus"/>
          <w:sz w:val="24"/>
        </w:rPr>
        <w:t>Ἀνατλάντες, καὶ ἀνατλῆναι, καὶ ἀνατλῆσαι. ἀντὶ τοῦ ὑπομεῖναι. ἀτλῶ γὰρ τὸ καρτερῶ. Ἀνατραπέντες. σκελισθέντες, συμπεσόντες. [οἱ δὲ σπῶσι τοῦ οἴνου ἄδην καὶ ἀνατραπέντες ἔκειντο, ὡς ἔτυχον.]</w:t>
      </w:r>
    </w:p>
    <w:p>
      <w:r>
        <w:rPr>
          <w:rFonts w:ascii="Courier New" w:hAnsi="Courier New"/>
          <w:color w:val="555555"/>
          <w:sz w:val="20"/>
        </w:rPr>
        <w:t>[25]</w:t>
      </w:r>
    </w:p>
    <w:p>
      <w:r>
        <w:rPr>
          <w:rFonts w:ascii="Gentium Plus" w:hAnsi="Gentium Plus"/>
          <w:sz w:val="24"/>
        </w:rPr>
        <w:t>Ἀνατρέχω. Μένανδρος. ἀντὶ τοῦ ἀναλύω. Ἀνατυπῶσαι. Ἀντίμαχος. ἀντὶ τοῦ ἀνατρέψαι.</w:t>
      </w:r>
    </w:p>
    <w:p>
      <w:r>
        <w:rPr>
          <w:rFonts w:ascii="Courier New" w:hAnsi="Courier New"/>
          <w:color w:val="555555"/>
          <w:sz w:val="20"/>
        </w:rPr>
        <w:t>[alpha 208]</w:t>
      </w:r>
    </w:p>
    <w:p>
      <w:r>
        <w:rPr>
          <w:rFonts w:ascii="Gentium Plus" w:hAnsi="Gentium Plus"/>
          <w:sz w:val="24"/>
        </w:rPr>
        <w:t>Ἀναφρονήσαντες. [ἀνανήψαντες, μεταγνόντες. οὔκουν οἱ πλεῖστοι ἀναφρονήσαντες ἐγνωσι‐ μάχουν καὶ] μετεβάλλοντο. Ἀναχωρίζει. ἀντὶ τοῦ ἀναχωρεῖν ποιεῖ. [οὕτως</w:t>
      </w:r>
    </w:p>
    <w:p>
      <w:r>
        <w:rPr>
          <w:rFonts w:ascii="Courier New" w:hAnsi="Courier New"/>
          <w:color w:val="555555"/>
          <w:sz w:val="20"/>
        </w:rPr>
        <w:t>[5]</w:t>
      </w:r>
    </w:p>
    <w:p>
      <w:r>
        <w:rPr>
          <w:rFonts w:ascii="Gentium Plus" w:hAnsi="Gentium Plus"/>
          <w:sz w:val="24"/>
        </w:rPr>
        <w:t>Ξενοφῶν.] Ἀναχαιτίζειν. ἀναποδίζειν, ἀνακόπτειν. Ἀναχρέμπτω. τὸ ἀναπνέω. Ἀναψύχω. τὸ ἀνακτῶ καὶ ἀναλαμβάνω. Ἀναθεματισμένος. ἐπάρατος, ἀκοινώνητος.</w:t>
      </w:r>
    </w:p>
    <w:p>
      <w:r>
        <w:rPr>
          <w:rFonts w:ascii="Courier New" w:hAnsi="Courier New"/>
          <w:color w:val="555555"/>
          <w:sz w:val="20"/>
        </w:rPr>
        <w:t>[10]</w:t>
      </w:r>
    </w:p>
    <w:p>
      <w:r>
        <w:rPr>
          <w:rFonts w:ascii="Gentium Plus" w:hAnsi="Gentium Plus"/>
          <w:sz w:val="24"/>
        </w:rPr>
        <w:t>Ἀναιρεθῇς. ἀναληφθῇς. οὕτως Ἰσοκράτης. Ἀναιρεῖν. τὸ ἐν γαστρὶ συλλαβεῖν, καὶ τὸ τε‐ χθὲν ἀναστρέφειν, καὶ τὸ φονεῦσαι, καὶ τὸ ἀναλαβεῖν. ὁ δὲ καθεὶς τὴν χεῖρα εἰς τὴν πή‐ ραν ἀναιρεῖται τὴν ἐπιστολήν.</w:t>
      </w:r>
    </w:p>
    <w:p>
      <w:r>
        <w:rPr>
          <w:rFonts w:ascii="Courier New" w:hAnsi="Courier New"/>
          <w:color w:val="555555"/>
          <w:sz w:val="20"/>
        </w:rPr>
        <w:t>[15]</w:t>
      </w:r>
    </w:p>
    <w:p>
      <w:r>
        <w:rPr>
          <w:rFonts w:ascii="Gentium Plus" w:hAnsi="Gentium Plus"/>
          <w:sz w:val="24"/>
        </w:rPr>
        <w:t>Ἀνδραγαθιζομένη. ἀνδριζομένη. ἀνδραγαθῶ δέ. Ἀνδρίζω. τὸ ἀνδρὸς τὶ ποιῶ. Ἁνδάνω. τὸ ἀρέσκω. Ἀναποδίζω. τὸ ἐξετάζω. [καὶ ὡσανεὶ συγ‐</w:t>
      </w:r>
    </w:p>
    <w:p>
      <w:r>
        <w:rPr>
          <w:rFonts w:ascii="Courier New" w:hAnsi="Courier New"/>
          <w:color w:val="555555"/>
          <w:sz w:val="20"/>
        </w:rPr>
        <w:t>[20]</w:t>
      </w:r>
    </w:p>
    <w:p>
      <w:r>
        <w:rPr>
          <w:rFonts w:ascii="Gentium Plus" w:hAnsi="Gentium Plus"/>
          <w:sz w:val="24"/>
        </w:rPr>
        <w:t>κρούειν. Ἡρόδοτος· ἐπερωτῶν τε καὶ ἀναποδί‐ ζων τὸν κήρυκα. τὸ δ’ αὐτὸ καὶ ποδίζειν ἔλε‐ γον. ποδίζειν γὰρ κυρίως τὸ τοῖς ποσὶν μετρεῖν τὶ χωρίον, καὶ τὴν σκιὰν μετρεῖν, πρὸς ἣν ἐπὶ τὸ δεῖπνον ἐβάδιζον.]</w:t>
      </w:r>
    </w:p>
    <w:p>
      <w:r>
        <w:rPr>
          <w:rFonts w:ascii="Courier New" w:hAnsi="Courier New"/>
          <w:color w:val="555555"/>
          <w:sz w:val="20"/>
        </w:rPr>
        <w:t>[25]</w:t>
      </w:r>
    </w:p>
    <w:p>
      <w:r>
        <w:rPr>
          <w:rFonts w:ascii="Gentium Plus" w:hAnsi="Gentium Plus"/>
          <w:sz w:val="24"/>
        </w:rPr>
        <w:t>Ἀνέβαλλεν. ἀναβολὴν ἐδίδου. καὶ ἀντὶ τοῦ ἀνε‐ βίβαζε. [Ξενοφῶν· οὐδεὶς ἄλλος βασιλέα ἐπὶ</w:t>
      </w:r>
    </w:p>
    <w:p>
      <w:r>
        <w:rPr>
          <w:rFonts w:ascii="Courier New" w:hAnsi="Courier New"/>
          <w:color w:val="555555"/>
          <w:sz w:val="20"/>
        </w:rPr>
        <w:t>[alpha 209]</w:t>
      </w:r>
    </w:p>
    <w:p>
      <w:r>
        <w:rPr>
          <w:rFonts w:ascii="Gentium Plus" w:hAnsi="Gentium Plus"/>
          <w:sz w:val="24"/>
        </w:rPr>
        <w:t>Ἀνεβάλλετο. προοιμιάζετο· ἀνεκρούετο· καὶ ἀνήρχετο, καὶ ἀντὶ τοῦ ὑπερετίθετο. Ἀνεβάλλοντο. ἀντὶ τοῦ ἐσχηματίζοντο. Ἀνέβησεν. ἀντὶ τοῦ ἀνεβίβασεν. [οὕτως Ἡρό‐</w:t>
      </w:r>
    </w:p>
    <w:p>
      <w:r>
        <w:rPr>
          <w:rFonts w:ascii="Courier New" w:hAnsi="Courier New"/>
          <w:color w:val="555555"/>
          <w:sz w:val="20"/>
        </w:rPr>
        <w:t>[5]</w:t>
      </w:r>
    </w:p>
    <w:p>
      <w:r>
        <w:rPr>
          <w:rFonts w:ascii="Gentium Plus" w:hAnsi="Gentium Plus"/>
          <w:sz w:val="24"/>
        </w:rPr>
        <w:t>δοτος.] Ἀνεβρύαξαν. ἀνεθορύβησαν, ἀνέκραγον. ἐκ‐ βαλεῖν δὲ λέγουσιν ἰδίως τὸ κροῦσαι ταῖς ναυ‐ σίν. [Ἀνεβορβόρυξαν. ἀνέκραγον.]</w:t>
      </w:r>
    </w:p>
    <w:p>
      <w:r>
        <w:rPr>
          <w:rFonts w:ascii="Courier New" w:hAnsi="Courier New"/>
          <w:color w:val="555555"/>
          <w:sz w:val="20"/>
        </w:rPr>
        <w:t>[10]</w:t>
      </w:r>
    </w:p>
    <w:p>
      <w:r>
        <w:rPr>
          <w:rFonts w:ascii="Gentium Plus" w:hAnsi="Gentium Plus"/>
          <w:sz w:val="24"/>
        </w:rPr>
        <w:t>Ἀνέγνωσαν. ἀνέπεισαν, ἀνεδίδαξαν, ἠρέθισαν. [Ἡρόδοτος· τοὺς ὀνειροπόλους ἀνεσκολόπισεν, οἵ μιν ἀνέγνωσαν μετεῖναι τὸν Κῦρον.] Ἀνεδέχετο. προσεδέχετο, ἐξυπέμενε. [ὁ δὲ ἀνε‐ δέχετο τὴν τοῦ δρόμου παρουσίαν. καὶ ἀντὶ</w:t>
      </w:r>
    </w:p>
    <w:p>
      <w:r>
        <w:rPr>
          <w:rFonts w:ascii="Courier New" w:hAnsi="Courier New"/>
          <w:color w:val="555555"/>
          <w:sz w:val="20"/>
        </w:rPr>
        <w:t>[15]</w:t>
      </w:r>
    </w:p>
    <w:p>
      <w:r>
        <w:rPr>
          <w:rFonts w:ascii="Gentium Plus" w:hAnsi="Gentium Plus"/>
          <w:sz w:val="24"/>
        </w:rPr>
        <w:t>τοῦ ἐξήνεγκεν. ὁ δὲ, τούτοις πιστεύων, ἀνεδέ‐ χετο τὸν πρὸς Ἀριαράθην πόλεμον.] Ἀνεδήσαντο. ἀπηνέγκαντο. πολλὰς ἀνεδήσαντο νίκας. Ἀνεδίδοτο. ἀνεπέμπετο. καὶ ἀνεδίδου ἀντὶ τοῦ</w:t>
      </w:r>
    </w:p>
    <w:p>
      <w:r>
        <w:rPr>
          <w:rFonts w:ascii="Courier New" w:hAnsi="Courier New"/>
          <w:color w:val="555555"/>
          <w:sz w:val="20"/>
        </w:rPr>
        <w:t>[20]</w:t>
      </w:r>
    </w:p>
    <w:p>
      <w:r>
        <w:rPr>
          <w:rFonts w:ascii="Gentium Plus" w:hAnsi="Gentium Plus"/>
          <w:sz w:val="24"/>
        </w:rPr>
        <w:t>συνεβούλευεν. [ὁ δὲ, συναθροίσας τοὺς φίλους, ἀνεδίδου διαβούλιον, τί δέον εἴη πράττειν.] Ἀνέδραμεν. ἀντὶ τοῦ ηὐξήθη. [οὕτως Ἡρόδο‐</w:t>
      </w:r>
    </w:p>
    <w:p>
      <w:r>
        <w:rPr>
          <w:rFonts w:ascii="Courier New" w:hAnsi="Courier New"/>
          <w:color w:val="555555"/>
          <w:sz w:val="20"/>
        </w:rPr>
        <w:t>[alpha 210]</w:t>
      </w:r>
    </w:p>
    <w:p>
      <w:r>
        <w:rPr>
          <w:rFonts w:ascii="Gentium Plus" w:hAnsi="Gentium Plus"/>
          <w:sz w:val="24"/>
        </w:rPr>
        <w:t>Ἀνεζεύγνυ. ἀνέστρεφεν. ὁ δὲ μετὰ πολλῆς λείας ἀνεζεύγνυ. Ἀνέηκεν. ἀνέπεισεν. Ἀνεκαλοῦντο. εἰς δίκην ἦγον. [οἱ δὲ ἔφοροι</w:t>
      </w:r>
    </w:p>
    <w:p>
      <w:r>
        <w:rPr>
          <w:rFonts w:ascii="Courier New" w:hAnsi="Courier New"/>
          <w:color w:val="555555"/>
          <w:sz w:val="20"/>
        </w:rPr>
        <w:t>[5]</w:t>
      </w:r>
    </w:p>
    <w:p>
      <w:r>
        <w:rPr>
          <w:rFonts w:ascii="Gentium Plus" w:hAnsi="Gentium Plus"/>
          <w:sz w:val="24"/>
        </w:rPr>
        <w:t>ἀνεκαλοῦντο αὐτὸν εἰς τὰς συναρχίας.] Ἀνελεῖν καὶ ἀνεῖλεν. ἀντὶ τοῦ ἔχρησεν, ὅ ἐστι ἐχρησμοδότησεν. Ἀνελεῖν. ἀνατρέψαι. λέγεται καὶ ἁπλῶς ὅπερ ἄν τις ἀναλάβοιτο.</w:t>
      </w:r>
    </w:p>
    <w:p>
      <w:r>
        <w:rPr>
          <w:rFonts w:ascii="Courier New" w:hAnsi="Courier New"/>
          <w:color w:val="555555"/>
          <w:sz w:val="20"/>
        </w:rPr>
        <w:t>[10]</w:t>
      </w:r>
    </w:p>
    <w:p>
      <w:r>
        <w:rPr>
          <w:rFonts w:ascii="Gentium Plus" w:hAnsi="Gentium Plus"/>
          <w:sz w:val="24"/>
        </w:rPr>
        <w:t>Ἀνελκυσθῆναι. ἀναχθῆναι εἰς ὕψος. τὸ ἱστίον μετὰ τάχους ἀνελκυσθῆναι ἐγκελευσάμενος. Ἀνεστομώθησαν. ἀνεκρούσθησαν, ἢ ἐπληρώθη‐ σαν. Ἀνεσύρατο. ἐγύμνωσεν.</w:t>
      </w:r>
    </w:p>
    <w:p>
      <w:r>
        <w:rPr>
          <w:rFonts w:ascii="Courier New" w:hAnsi="Courier New"/>
          <w:color w:val="555555"/>
          <w:sz w:val="20"/>
        </w:rPr>
        <w:t>[15]</w:t>
      </w:r>
    </w:p>
    <w:p>
      <w:r>
        <w:rPr>
          <w:rFonts w:ascii="Gentium Plus" w:hAnsi="Gentium Plus"/>
          <w:sz w:val="24"/>
        </w:rPr>
        <w:t>Ἀνεσχήκει. ἀνέτειλε. καὶ ἡ σελήνη ἀνέσχηκε λαμπρά. Ἀνεφρόνησεν. ἐκ τῆς μέθης ἀνένηψεν. ἐπεὶ δ’ ἀνεφρόνησε, διπλαῖ ἔννοιαι τοῦτον εἰσῄεσαν. Ἀνεφυσῶντο. μετεωρίζοντο.</w:t>
      </w:r>
    </w:p>
    <w:p>
      <w:r>
        <w:rPr>
          <w:rFonts w:ascii="Courier New" w:hAnsi="Courier New"/>
          <w:color w:val="555555"/>
          <w:sz w:val="20"/>
        </w:rPr>
        <w:t>[20]</w:t>
      </w:r>
    </w:p>
    <w:p>
      <w:r>
        <w:rPr>
          <w:rFonts w:ascii="Gentium Plus" w:hAnsi="Gentium Plus"/>
          <w:sz w:val="24"/>
        </w:rPr>
        <w:t>Ἄνεχε. ἀντὶ τοῦ πάρεχε. οὕτως Θεόπομπος. Ἀνέχει. σώζει. οὐχ, ὥς τινες, ἀντὶ τοῦ ἐπέχει. καὶ Θουκυδίδης· αἱ περιουσίαι τῶν χρημάτων</w:t>
      </w:r>
    </w:p>
    <w:p>
      <w:r>
        <w:rPr>
          <w:rFonts w:ascii="Courier New" w:hAnsi="Courier New"/>
          <w:color w:val="555555"/>
          <w:sz w:val="20"/>
        </w:rPr>
        <w:t>[alpha 211]</w:t>
      </w:r>
    </w:p>
    <w:p>
      <w:r>
        <w:rPr>
          <w:rFonts w:ascii="Gentium Plus" w:hAnsi="Gentium Plus"/>
          <w:sz w:val="24"/>
        </w:rPr>
        <w:t>Ἀνέχειν. καὶ τὸ βαστάζειν. [καὶ μηδὲν ἐπιπο‐ λῆς ἀνέχειν.] [Ἀνέχει. καὶ τὸ ὑψοῖ. καὶ τὸ ὑπέρκειται. εἰς τὸ ὄρος ὁ ταύτης ἀνέχει.]</w:t>
      </w:r>
    </w:p>
    <w:p>
      <w:r>
        <w:rPr>
          <w:rFonts w:ascii="Courier New" w:hAnsi="Courier New"/>
          <w:color w:val="555555"/>
          <w:sz w:val="20"/>
        </w:rPr>
        <w:t>[5]</w:t>
      </w:r>
    </w:p>
    <w:p>
      <w:r>
        <w:rPr>
          <w:rFonts w:ascii="Gentium Plus" w:hAnsi="Gentium Plus"/>
          <w:sz w:val="24"/>
        </w:rPr>
        <w:t>Ἀνεχρήσαντο. διέφθειραν. οὕτως Θουκυδίδης. σημαίνει δὲ καὶ τὸ εἰς χρείαν τινὰ παρειλή‐ φασιν. Ἀνεχύθη. μετωχετεύθη, ἐπλήμμυρε. καὶ οἱ πο‐ ταμοὶ πληρωθέντες ἀνεχύθησαν.</w:t>
      </w:r>
    </w:p>
    <w:p>
      <w:r>
        <w:rPr>
          <w:rFonts w:ascii="Courier New" w:hAnsi="Courier New"/>
          <w:color w:val="555555"/>
          <w:sz w:val="20"/>
        </w:rPr>
        <w:t>[10]</w:t>
      </w:r>
    </w:p>
    <w:p>
      <w:r>
        <w:rPr>
          <w:rFonts w:ascii="Gentium Plus" w:hAnsi="Gentium Plus"/>
          <w:sz w:val="24"/>
        </w:rPr>
        <w:t>Ἀνεψύχησεν. ὅπερ ἐν τῇ συνηθείᾳ ἀνέψυξεν. Ἀνεῖλεν. ἀντὶ τοῦ ἐμαντεύσατο. Ἀθηναίοις θεὸς τὰ μὲν πρῶτα χρωμένοις ἀνεῖλε φεύγειν. Ἀνελέσθαι. συστρέφεσθαι καὶ ἀλλήλους τοῖς δόρασι τύπτειν. καὶ ἀνείλλεται καὶ ἀνελεῖται.</w:t>
      </w:r>
    </w:p>
    <w:p>
      <w:r>
        <w:rPr>
          <w:rFonts w:ascii="Courier New" w:hAnsi="Courier New"/>
          <w:color w:val="555555"/>
          <w:sz w:val="20"/>
        </w:rPr>
        <w:t>[15]</w:t>
      </w:r>
    </w:p>
    <w:p>
      <w:r>
        <w:rPr>
          <w:rFonts w:ascii="Gentium Plus" w:hAnsi="Gentium Plus"/>
          <w:sz w:val="24"/>
        </w:rPr>
        <w:t>Ἀνείλετο. ἀνέλαβεν. Ἀνειλόμην. δύο δηλοῖ· τό, τε ἔθρεψα καὶ τὸ ἐβάστασα. Ἀνεῖναι. ἀφεῖναι, καὶ τὸ ἀναῤῥίψαι. ἀνεῖναι</w:t>
      </w:r>
    </w:p>
    <w:p>
      <w:r>
        <w:rPr>
          <w:rFonts w:ascii="Courier New" w:hAnsi="Courier New"/>
          <w:color w:val="555555"/>
          <w:sz w:val="20"/>
        </w:rPr>
        <w:t>[alpha 212]</w:t>
      </w:r>
    </w:p>
    <w:p>
      <w:r>
        <w:rPr>
          <w:rFonts w:ascii="Gentium Plus" w:hAnsi="Gentium Plus"/>
          <w:sz w:val="24"/>
        </w:rPr>
        <w:t>Ἀναῤῥοιβδεῖ. ἀναῤῥοφεῖ ἐστί. [πλεονασμῷ τοῦ ι ἀναῤῥοιφεῖ, καὶ ἐπενθέσει τοῦ β ἀναῤ‐ ῥοιβδεῖ, τραπέντος τοῦ δασέως φ εἰς τὸ ψι‐ λὸν δ.]</w:t>
      </w:r>
    </w:p>
    <w:p>
      <w:r>
        <w:rPr>
          <w:rFonts w:ascii="Courier New" w:hAnsi="Courier New"/>
          <w:color w:val="555555"/>
          <w:sz w:val="20"/>
        </w:rPr>
        <w:t>[5]</w:t>
      </w:r>
    </w:p>
    <w:p>
      <w:r>
        <w:rPr>
          <w:rFonts w:ascii="Gentium Plus" w:hAnsi="Gentium Plus"/>
          <w:sz w:val="24"/>
        </w:rPr>
        <w:t>Ἀνελίννυον. ἀνεδίδουν, ἀνεπαύοντο. παρὰ τὸ εἱ‐ λῶ, ἵν’ ᾖ τὸ ἐν τῷ αὐτῷ εἰλεῖσθαι. εἱλίνω καὶ ἐλίνω καὶ ἐλιννύω. σημαίνει τὴν λέξιν τὸ στρατεύειν διατρίβοντας ἢ ἐγχρονίζοντας. καὶ ἐλίννυον ἀντὶ τοῦ διέτριβον, ἀνεστρέφοντο. ἀπὸ</w:t>
      </w:r>
    </w:p>
    <w:p>
      <w:r>
        <w:rPr>
          <w:rFonts w:ascii="Courier New" w:hAnsi="Courier New"/>
          <w:color w:val="555555"/>
          <w:sz w:val="20"/>
        </w:rPr>
        <w:t>[10]</w:t>
      </w:r>
    </w:p>
    <w:p>
      <w:r>
        <w:rPr>
          <w:rFonts w:ascii="Gentium Plus" w:hAnsi="Gentium Plus"/>
          <w:sz w:val="24"/>
        </w:rPr>
        <w:t>τοῦ λίνου εἴρηται. δηρὸν γὰρ ἀνελίννυον αὖθι μένοντες. Ἀνέπαλτο. ἀνεπήδα. πάλλω τὸ πηδῶ. [πάλ‐ λομαι, ἐπαλλόμην, ἐπάλλου, ἐπάλλετο, καὶ κατὰ συγκοπὴν ἔπαλτο καὶ ἀνέπαλτο.]</w:t>
      </w:r>
    </w:p>
    <w:p>
      <w:r>
        <w:rPr>
          <w:rFonts w:ascii="Courier New" w:hAnsi="Courier New"/>
          <w:color w:val="555555"/>
          <w:sz w:val="20"/>
        </w:rPr>
        <w:t>[15]</w:t>
      </w:r>
    </w:p>
    <w:p>
      <w:r>
        <w:rPr>
          <w:rFonts w:ascii="Gentium Plus" w:hAnsi="Gentium Plus"/>
          <w:sz w:val="24"/>
        </w:rPr>
        <w:t>Ἀνέδεντο. ἐδεσμοῦντο. [δέω, δέσω, δέδεκα, δέ‐ δεμαι, ἐδεδέμην, ἐδέδεντο, καὶ ἀνεδέδεντο, καὶ κατὰ συγκοπὴν τῆς δε ἀνέδεντο.] Ἀνέγναμψαν. ἀνέλυσαν. [τοῦτο παρὰ τὸ γόνυ, γονάμπτω, καὶ γνάμπτω, καὶ γνάμψω, καὶ</w:t>
      </w:r>
    </w:p>
    <w:p>
      <w:r>
        <w:rPr>
          <w:rFonts w:ascii="Courier New" w:hAnsi="Courier New"/>
          <w:color w:val="555555"/>
          <w:sz w:val="20"/>
        </w:rPr>
        <w:t>[20]</w:t>
      </w:r>
    </w:p>
    <w:p>
      <w:r>
        <w:rPr>
          <w:rFonts w:ascii="Gentium Plus" w:hAnsi="Gentium Plus"/>
          <w:sz w:val="24"/>
        </w:rPr>
        <w:t>ἀνέγναμψα.]</w:t>
      </w:r>
    </w:p>
    <w:p>
      <w:r>
        <w:rPr>
          <w:rFonts w:ascii="Courier New" w:hAnsi="Courier New"/>
          <w:color w:val="555555"/>
          <w:sz w:val="20"/>
        </w:rPr>
        <w:t>[alpha 213]</w:t>
      </w:r>
    </w:p>
    <w:p>
      <w:r>
        <w:rPr>
          <w:rFonts w:ascii="Gentium Plus" w:hAnsi="Gentium Plus"/>
          <w:sz w:val="24"/>
        </w:rPr>
        <w:t>Ἀνεωγμένος. οἴγω, οἴξω, ὦγμαι, καὶ ἐν συν‐ θέσει ἀνῶγμαι, καὶ πλεονασμῷ τοῦ ε ἀνέωγ‐ μαι. Ἀνέωγα. μέσος παρακείμενος. ἀνοίγω, ἤνωγα,</w:t>
      </w:r>
    </w:p>
    <w:p>
      <w:r>
        <w:rPr>
          <w:rFonts w:ascii="Courier New" w:hAnsi="Courier New"/>
          <w:color w:val="555555"/>
          <w:sz w:val="20"/>
        </w:rPr>
        <w:t>[5]</w:t>
      </w:r>
    </w:p>
    <w:p>
      <w:r>
        <w:rPr>
          <w:rFonts w:ascii="Gentium Plus" w:hAnsi="Gentium Plus"/>
          <w:sz w:val="24"/>
        </w:rPr>
        <w:t>προσθέσει τοῦ ε καὶ συστολῇ τοῦ η ἀνέωγα. [ἀνέωγα] χρὴ λέγειν καὶ ἀνέωκται. Φερεκρά‐ της· οὐδεὶς ἀνέωγέ μοι θύραν— καὶ ὁ Πλάτων· ἀνεῴγετο γὰρ οὐ πρωΐ—</w:t>
      </w:r>
    </w:p>
    <w:p>
      <w:r>
        <w:rPr>
          <w:rFonts w:ascii="Courier New" w:hAnsi="Courier New"/>
          <w:color w:val="555555"/>
          <w:sz w:val="20"/>
        </w:rPr>
        <w:t>[10]</w:t>
      </w:r>
    </w:p>
    <w:p>
      <w:r>
        <w:rPr>
          <w:rFonts w:ascii="Gentium Plus" w:hAnsi="Gentium Plus"/>
          <w:sz w:val="24"/>
        </w:rPr>
        <w:t>καὶ ὁ Δημοσθένης· ἀνέωκται τὸ δεσμωτήριον. καὶ ἐν Θετταλοῖς· τὸ κεράμιον ἀνέῳκται. τὸ δὲ ἤνοιγε καὶ ἠνοίγετο καὶ ἤνοικται δεινῶς βάρβαρον, οἷς νῦν χρῶνται ἐπιεικῶς ἅπαν‐ τες. τὸ δὲ ἀνέῳγε δύο σημαίνει· τὸ μὲν οἷον·</w:t>
      </w:r>
    </w:p>
    <w:p>
      <w:r>
        <w:rPr>
          <w:rFonts w:ascii="Courier New" w:hAnsi="Courier New"/>
          <w:color w:val="555555"/>
          <w:sz w:val="20"/>
        </w:rPr>
        <w:t>[15]</w:t>
      </w:r>
    </w:p>
    <w:p>
      <w:r>
        <w:rPr>
          <w:rFonts w:ascii="Gentium Plus" w:hAnsi="Gentium Plus"/>
          <w:sz w:val="24"/>
        </w:rPr>
        <w:t>ἀνέῳκται· τὸ δ’ οἷον· ἀνεῴγνυ. [οὐ μὴν ἐν ἅπα‐</w:t>
      </w:r>
    </w:p>
    <w:p>
      <w:r>
        <w:rPr>
          <w:rFonts w:ascii="Courier New" w:hAnsi="Courier New"/>
          <w:color w:val="555555"/>
          <w:sz w:val="20"/>
        </w:rPr>
        <w:t>[alpha 214]</w:t>
      </w:r>
    </w:p>
    <w:p>
      <w:r>
        <w:rPr>
          <w:rFonts w:ascii="Gentium Plus" w:hAnsi="Gentium Plus"/>
          <w:sz w:val="24"/>
        </w:rPr>
        <w:t>φυλάττουσιν, ἀλλὰ εἰσὶν ἀνώμαλοι καὶ ἐν τού‐ τῳ. ἐπεὶ οὖν πολλῶν ἀναδιπλοῦσι τὰς προθέ‐ σεις, λέγουσι γοῦν καὶ ἀναίνεται. ὥσπερ παρὰ τὸ λιπῶ λιπαίνω, καὶ ὁρμῶ ὁρμαίνω, καὶ ὑφῶ</w:t>
      </w:r>
    </w:p>
    <w:p>
      <w:r>
        <w:rPr>
          <w:rFonts w:ascii="Courier New" w:hAnsi="Courier New"/>
          <w:color w:val="555555"/>
          <w:sz w:val="20"/>
        </w:rPr>
        <w:t>[5]</w:t>
      </w:r>
    </w:p>
    <w:p>
      <w:r>
        <w:rPr>
          <w:rFonts w:ascii="Gentium Plus" w:hAnsi="Gentium Plus"/>
          <w:sz w:val="24"/>
        </w:rPr>
        <w:t>ὑφαίνω, οὕτω καὶ παρὰ τὸ ἀρνῶ ἀρναίνω, καὶ ἐνδείᾳ τοῦ ρ ἀναίνω, ἀναίνομαι. ἢ παρὰ τὸ αἰνῶ ἀναίνω, τὸ οὐκ ἐπαινῶ καὶ οὐ συγκατα‐ τίθεμαι.] Ἀνέσχεθε. τὸ ἀνέτεινε. σχέθω τὸ κωλύω.</w:t>
      </w:r>
    </w:p>
    <w:p>
      <w:r>
        <w:rPr>
          <w:rFonts w:ascii="Courier New" w:hAnsi="Courier New"/>
          <w:color w:val="555555"/>
          <w:sz w:val="20"/>
        </w:rPr>
        <w:t>[10]</w:t>
      </w:r>
    </w:p>
    <w:p>
      <w:r>
        <w:rPr>
          <w:rFonts w:ascii="Gentium Plus" w:hAnsi="Gentium Plus"/>
          <w:sz w:val="24"/>
        </w:rPr>
        <w:t>ἔσχεθον, ἔσχεθε καὶ ἀνέσχεθε. Ἀνέσταν. ἵστημι, ὁ δεύτερος ἀόριστος ἔστην. τὸ πρῶτον τῶν πληθυντικῶν ἔστημεν, τὸ τρίτον ἔστησαν, καὶ κατὰ συγκοπὴν ἔσταν καὶ ἀνέ‐ σταν.</w:t>
      </w:r>
    </w:p>
    <w:p>
      <w:r>
        <w:rPr>
          <w:rFonts w:ascii="Courier New" w:hAnsi="Courier New"/>
          <w:color w:val="555555"/>
          <w:sz w:val="20"/>
        </w:rPr>
        <w:t>[15]</w:t>
      </w:r>
    </w:p>
    <w:p>
      <w:r>
        <w:rPr>
          <w:rFonts w:ascii="Gentium Plus" w:hAnsi="Gentium Plus"/>
          <w:sz w:val="24"/>
        </w:rPr>
        <w:t>Ἀνέδυ. δύω, παράγωγον δῦμι, ὁ δεύτερος ἀόρι‐</w:t>
      </w:r>
    </w:p>
    <w:p>
      <w:r>
        <w:rPr>
          <w:rFonts w:ascii="Courier New" w:hAnsi="Courier New"/>
          <w:color w:val="555555"/>
          <w:sz w:val="20"/>
        </w:rPr>
        <w:t>[alpha 215]</w:t>
      </w:r>
    </w:p>
    <w:p>
      <w:r>
        <w:rPr>
          <w:rFonts w:ascii="Gentium Plus" w:hAnsi="Gentium Plus"/>
          <w:sz w:val="24"/>
        </w:rPr>
        <w:t>Ἀνεῖλεν. ἀντὶ τοῦ ἐμαντεύσατο. ἀπὸ τοῦ ἄνω‐ θεν λαμβάνειν τὸ πνεῦμα, καὶ πληροῦσθαι τοῦ θεοῦ· ἢ ἀπὸ τοῦ ἀνελεῖν τὴν ἄγνοιαν. Ἀνεῖλε δὲ, ἀντὶ τοῦ ἐφόνευσεν. [ἀπὸ τοῦ ἄνω‐</w:t>
      </w:r>
    </w:p>
    <w:p>
      <w:r>
        <w:rPr>
          <w:rFonts w:ascii="Courier New" w:hAnsi="Courier New"/>
          <w:color w:val="555555"/>
          <w:sz w:val="20"/>
        </w:rPr>
        <w:t>[5]</w:t>
      </w:r>
    </w:p>
    <w:p>
      <w:r>
        <w:rPr>
          <w:rFonts w:ascii="Gentium Plus" w:hAnsi="Gentium Plus"/>
          <w:sz w:val="24"/>
        </w:rPr>
        <w:t>θεν λαμβάνειν τὸ ἐν βάθει πνεῦμα τοῦ ἀνδρός. ἢ ἀπὸ τοῦ ἀνελεῖν τὴν γνῶσιν. λέγεται δὲ ἀνε‐ λεῖν καὶ τὸ ἀναλαβεῖν τὰ ἔκθετα βρέφη.] Ἀνῆκεν. εἴασεν· ἀπέλυσεν. [ἴημι, ὁ μέλλων ἤσω, ὁ ἀόριστος ἦκα, ἀνῆκα. σεσημείωται τὸ</w:t>
      </w:r>
    </w:p>
    <w:p>
      <w:r>
        <w:rPr>
          <w:rFonts w:ascii="Courier New" w:hAnsi="Courier New"/>
          <w:color w:val="555555"/>
          <w:sz w:val="20"/>
        </w:rPr>
        <w:t>[10]</w:t>
      </w:r>
    </w:p>
    <w:p>
      <w:r>
        <w:rPr>
          <w:rFonts w:ascii="Gentium Plus" w:hAnsi="Gentium Plus"/>
          <w:sz w:val="24"/>
        </w:rPr>
        <w:t>ἔθηκα, ἔδωκα.] Ἀνήῃ. ἴημι, ὁ δεύτερος ἀόριστος ἦν. ἐὰν ὦ, ἐὰν ᾖς, ἐὰν ᾖ, καὶ πλεονασμῷ τοῦ η ἀνήῃ. μελίφρων ὕπνος ἀνήῃ. Ἀνήγκακα. ἀπὸ τοῦ ἀναγκάζω, τοῦ σημαίνον‐</w:t>
      </w:r>
    </w:p>
    <w:p>
      <w:r>
        <w:rPr>
          <w:rFonts w:ascii="Courier New" w:hAnsi="Courier New"/>
          <w:color w:val="555555"/>
          <w:sz w:val="20"/>
        </w:rPr>
        <w:t>[15]</w:t>
      </w:r>
    </w:p>
    <w:p>
      <w:r>
        <w:rPr>
          <w:rFonts w:ascii="Gentium Plus" w:hAnsi="Gentium Plus"/>
          <w:sz w:val="24"/>
        </w:rPr>
        <w:t>τος τὸ ταῖς ἀγκάλαις λαμβάνω. καὶ ἐκ τού‐ του ἀγκάσω, ἤγκακα καὶ μετὰ τῆς ἀνὰ ἀνήγ‐ κακα. Ἀνῄνασθαι. *παραιτεῖσθαι, ἀρνεῖσθαι.* [ἀναίνω, ἀνῶ, ἤνῃνα, ἠνῃνάμην, ἠνῄνω, ἠνῄ‐</w:t>
      </w:r>
    </w:p>
    <w:p>
      <w:r>
        <w:rPr>
          <w:rFonts w:ascii="Courier New" w:hAnsi="Courier New"/>
          <w:color w:val="555555"/>
          <w:sz w:val="20"/>
        </w:rPr>
        <w:t>[20]</w:t>
      </w:r>
    </w:p>
    <w:p>
      <w:r>
        <w:rPr>
          <w:rFonts w:ascii="Gentium Plus" w:hAnsi="Gentium Plus"/>
          <w:sz w:val="24"/>
        </w:rPr>
        <w:t>νατο, καὶ τὸ ἀπαρέμφατον ἀνῄνασθαι.] Ἀνηρείψαντο. ἔστιν ἔρα ἡ γῆ, ἐκ τούτου ἐρέ‐ πτω, ὃ σημαίνει τὸ εἰς γῆν καταβάλλω. καὶ ἀνερέπτω, καὶ πλεονασμῷ τοῦ ι ἀνερείπτω, καὶ ἐξ αὐτοῦ ἀνηρείψαντο. [τὰ δὲ εἰς πτω</w:t>
      </w:r>
    </w:p>
    <w:p>
      <w:r>
        <w:rPr>
          <w:rFonts w:ascii="Courier New" w:hAnsi="Courier New"/>
          <w:color w:val="555555"/>
          <w:sz w:val="20"/>
        </w:rPr>
        <w:t>[25]</w:t>
      </w:r>
    </w:p>
    <w:p>
      <w:r>
        <w:rPr>
          <w:rFonts w:ascii="Gentium Plus" w:hAnsi="Gentium Plus"/>
          <w:sz w:val="24"/>
        </w:rPr>
        <w:t>ῥήματα τὸ ι ἔχει· οἷον ἵπτω τὸ βλάπτω, λί‐ πτω τὸ ἐπιθομῶ. χωρὶς τοῦ φιλαλείπτω καὶ</w:t>
      </w:r>
    </w:p>
    <w:p>
      <w:r>
        <w:rPr>
          <w:rFonts w:ascii="Courier New" w:hAnsi="Courier New"/>
          <w:color w:val="555555"/>
          <w:sz w:val="20"/>
        </w:rPr>
        <w:t>[alpha 216]</w:t>
      </w:r>
    </w:p>
    <w:p>
      <w:r>
        <w:rPr>
          <w:rFonts w:ascii="Gentium Plus" w:hAnsi="Gentium Plus"/>
          <w:sz w:val="24"/>
        </w:rPr>
        <w:t>Ἀνηνέχθη. ἀντὶ τοῦ ἀνήνεγκεν. Ἡρόδοτος· ἐκπλαγεὶς δὲ τούτοισιν ἐπὶ χρόνον ἄφθογγος ἦν, μόγις δέ ποτε ἀνενεχθεὶς, εἶπεν—Ὅμη‐ ρος·</w:t>
      </w:r>
    </w:p>
    <w:p>
      <w:r>
        <w:rPr>
          <w:rFonts w:ascii="Courier New" w:hAnsi="Courier New"/>
          <w:color w:val="555555"/>
          <w:sz w:val="20"/>
        </w:rPr>
        <w:t>[5]</w:t>
      </w:r>
    </w:p>
    <w:p>
      <w:r>
        <w:rPr>
          <w:rFonts w:ascii="Gentium Plus" w:hAnsi="Gentium Plus"/>
          <w:sz w:val="24"/>
        </w:rPr>
        <w:t>—μνησάμενος δ’ ἀνενήγκατο φώνησέ τε— ἀντὶ τοῦ ἀνέπνευσεν, ἐστέναξεν. Ἀνεξυνοῦτο. ἀντὶ τοῦ ἀνεκοινοῦτο. Ἀνιῶμαι. λυποῦμαι. ἀνιῶμαι διὰ ταύτας καὶ ἐπὶ ταύταις καὶ τούτων ἕνεκα.</w:t>
      </w:r>
    </w:p>
    <w:p>
      <w:r>
        <w:rPr>
          <w:rFonts w:ascii="Courier New" w:hAnsi="Courier New"/>
          <w:color w:val="555555"/>
          <w:sz w:val="20"/>
        </w:rPr>
        <w:t>[10]</w:t>
      </w:r>
    </w:p>
    <w:p>
      <w:r>
        <w:rPr>
          <w:rFonts w:ascii="Gentium Plus" w:hAnsi="Gentium Plus"/>
          <w:sz w:val="24"/>
        </w:rPr>
        <w:t>Ἀνόρουσεν. ὅρω τὸ διεγείρω, οὗ ὁ μέλλων αἰο‐ λικῶς ὄρσω, οἷον· ὄρσεο Λαομεδοντιάδη— [τοῦτο γίνεται κατὰ παραγωγὴν ὀρύω, καὶ κα‐ τὰ πλεονασμὸν τοῦ υ ὀρούω, ὁ μέλλων ὀρού‐</w:t>
      </w:r>
    </w:p>
    <w:p>
      <w:r>
        <w:rPr>
          <w:rFonts w:ascii="Courier New" w:hAnsi="Courier New"/>
          <w:color w:val="555555"/>
          <w:sz w:val="20"/>
        </w:rPr>
        <w:t>[15]</w:t>
      </w:r>
    </w:p>
    <w:p>
      <w:r>
        <w:rPr>
          <w:rFonts w:ascii="Gentium Plus" w:hAnsi="Gentium Plus"/>
          <w:sz w:val="24"/>
        </w:rPr>
        <w:t>σω, ὁ ἀόριστος ὄρουσα, ποιητικῶς, καὶ ἐν συν‐ θέσει ἀνόρουσεν. οἱ γὰρ Ἴωνες συναρχομένους ποιοῦσι τοὺς παρακειμένους.] Ἀνστήτην. δυϊκὸν ἀντὶ τοῦ ἀνέστησαν. [ὁ δεύ‐ τερος ἀόριστος ἔστην, ἔστης, ἔστη, ἔστητον,</w:t>
      </w:r>
    </w:p>
    <w:p>
      <w:r>
        <w:rPr>
          <w:rFonts w:ascii="Courier New" w:hAnsi="Courier New"/>
          <w:color w:val="555555"/>
          <w:sz w:val="20"/>
        </w:rPr>
        <w:t>[20]</w:t>
      </w:r>
    </w:p>
    <w:p>
      <w:r>
        <w:rPr>
          <w:rFonts w:ascii="Gentium Plus" w:hAnsi="Gentium Plus"/>
          <w:sz w:val="24"/>
        </w:rPr>
        <w:t>ἐστήτην, καὶ ἀναστήτην, καὶ ἀνστήτην.] Ἀντετόρησε. διῆλθεν, ἐτρύπησεν, ἐκ τοῦ το‐ ρῶ· τοῦτο ἐκ τοῦ τείρω, τὸ καταπονῶ. [τὸ τορῶ κατὰ συγκοπὴν τρῶ, τρήσω.] [Ἀντιφερίζω. ἐναντιοῦμαι, ἐξισοῦμαι. παρὰ</w:t>
      </w:r>
    </w:p>
    <w:p>
      <w:r>
        <w:rPr>
          <w:rFonts w:ascii="Courier New" w:hAnsi="Courier New"/>
          <w:color w:val="555555"/>
          <w:sz w:val="20"/>
        </w:rPr>
        <w:t>[25]</w:t>
      </w:r>
    </w:p>
    <w:p>
      <w:r>
        <w:rPr>
          <w:rFonts w:ascii="Gentium Plus" w:hAnsi="Gentium Plus"/>
          <w:sz w:val="24"/>
        </w:rPr>
        <w:t>τὸ φέρω, φερίζω, ὡς θέρω, θερίζω. Ἡσίο‐</w:t>
      </w:r>
    </w:p>
    <w:p>
      <w:r>
        <w:rPr>
          <w:rFonts w:ascii="Courier New" w:hAnsi="Courier New"/>
          <w:color w:val="555555"/>
          <w:sz w:val="20"/>
        </w:rPr>
        <w:t>[alpha 217]</w:t>
      </w:r>
    </w:p>
    <w:p>
      <w:r>
        <w:rPr>
          <w:rFonts w:ascii="Gentium Plus" w:hAnsi="Gentium Plus"/>
          <w:sz w:val="24"/>
        </w:rPr>
        <w:t>Ἀντιβολῆσαι. ἀπαντῆσαι, μετασχεῖν, ἀπὸ τοῦ μολῶ, τροπῇ τοῦ μ εἰς β. τὸ δὲ ἀντιβολῆσαι ἀντὶ τοῦ ἱκετεῦσαι καὶ παρακαλέσαι. παρὰ τὸ βάλλω καὶ τὴν ἀντὶ πρόθεσιν.</w:t>
      </w:r>
    </w:p>
    <w:p>
      <w:r>
        <w:rPr>
          <w:rFonts w:ascii="Courier New" w:hAnsi="Courier New"/>
          <w:color w:val="555555"/>
          <w:sz w:val="20"/>
        </w:rPr>
        <w:t>[5]</w:t>
      </w:r>
    </w:p>
    <w:p>
      <w:r>
        <w:rPr>
          <w:rFonts w:ascii="Gentium Plus" w:hAnsi="Gentium Plus"/>
          <w:sz w:val="24"/>
        </w:rPr>
        <w:t>Ἀντισηκοῦντα. ἐξισάζοντα, ζυγοστατοῦντα. [ἐκ τοῦ ἴσος ὄνομα γίνεται ῥῆμα ἰσῶ, ὁ μέλ‐ λων ἰσώσω, ἰσώκω, καὶ τροπῇ τοῦ μακροῦ εἰς τὸ μακρὸν ἰσηκῶ, καὶ ἀντισηκῶ. ἢ παρὰ τὸ σώκειν, ὃ σημαίνει τὸ ἰσχύειν. ἐξ οὗ καὶ σῶκος</w:t>
      </w:r>
    </w:p>
    <w:p>
      <w:r>
        <w:rPr>
          <w:rFonts w:ascii="Courier New" w:hAnsi="Courier New"/>
          <w:color w:val="555555"/>
          <w:sz w:val="20"/>
        </w:rPr>
        <w:t>[10]</w:t>
      </w:r>
    </w:p>
    <w:p>
      <w:r>
        <w:rPr>
          <w:rFonts w:ascii="Gentium Plus" w:hAnsi="Gentium Plus"/>
          <w:sz w:val="24"/>
        </w:rPr>
        <w:t>ὁ ἰσχυρός. —σῶκος ἐριούνιος—.] Ἀντελαμβάνοντο. ἀντὶ τοῦ διεδέχοντο. ὕπνοι τε αὐτοῖς ἀεὶ μακρότατοι ἀντελαμβάνοντο. Ἀντεξάγειν. ἀπὸ τοῦ παρατάσσεσθαι. ἀντε‐</w:t>
      </w:r>
    </w:p>
    <w:p>
      <w:r>
        <w:rPr>
          <w:rFonts w:ascii="Courier New" w:hAnsi="Courier New"/>
          <w:color w:val="555555"/>
          <w:sz w:val="20"/>
        </w:rPr>
        <w:t>[15]</w:t>
      </w:r>
    </w:p>
    <w:p>
      <w:r>
        <w:rPr>
          <w:rFonts w:ascii="Gentium Plus" w:hAnsi="Gentium Plus"/>
          <w:sz w:val="24"/>
        </w:rPr>
        <w:t>πιέναι. Ἀντεπῄει. ἀντεπήρχετο. Ἀντεπιτίθησιν. ἀντὶ τοῦ ἀντεπιστέλλει. οὕτως Ἰσαῖος. Ἀντεπιχειρεῖν. πρὸς τὰ λεγόμενα μὴ φέρειν</w:t>
      </w:r>
    </w:p>
    <w:p>
      <w:r>
        <w:rPr>
          <w:rFonts w:ascii="Courier New" w:hAnsi="Courier New"/>
          <w:color w:val="555555"/>
          <w:sz w:val="20"/>
        </w:rPr>
        <w:t>[20]</w:t>
      </w:r>
    </w:p>
    <w:p>
      <w:r>
        <w:rPr>
          <w:rFonts w:ascii="Gentium Plus" w:hAnsi="Gentium Plus"/>
          <w:sz w:val="24"/>
        </w:rPr>
        <w:t>ἔνστασιν. Ἀντέφερον. ἠναντιοῦντο. Ἀντέβησαν. ἀντὶ τοῦ ἀντέστησαν. Ἀντεφιλοτιμοῦντο. ἀντὶ τοῦ ἡμιλλῶντο καὶ ἤρι‐</w:t>
      </w:r>
    </w:p>
    <w:p>
      <w:r>
        <w:rPr>
          <w:rFonts w:ascii="Courier New" w:hAnsi="Courier New"/>
          <w:color w:val="555555"/>
          <w:sz w:val="20"/>
        </w:rPr>
        <w:t>[alpha 218]</w:t>
      </w:r>
    </w:p>
    <w:p>
      <w:r>
        <w:rPr>
          <w:rFonts w:ascii="Gentium Plus" w:hAnsi="Gentium Plus"/>
          <w:sz w:val="24"/>
        </w:rPr>
        <w:t>Ἀντέχει. ἀντὶ τοῦ ἐξαρκεῖ. Δείναρχος ἀντὶ τοῦ σώζεται. Δημοσθένης καὶ Ὑπερίδης ἀντὶ τοῦ ἀντιλαμβάνεται, ἢ ἀντὶ τοῦ ὑπομονητικῶς ἔχει. Ἀντέχων. ἀντιμαχόμενος.</w:t>
      </w:r>
    </w:p>
    <w:p>
      <w:r>
        <w:rPr>
          <w:rFonts w:ascii="Courier New" w:hAnsi="Courier New"/>
          <w:color w:val="555555"/>
          <w:sz w:val="20"/>
        </w:rPr>
        <w:t>[5]</w:t>
      </w:r>
    </w:p>
    <w:p>
      <w:r>
        <w:rPr>
          <w:rFonts w:ascii="Gentium Plus" w:hAnsi="Gentium Plus"/>
          <w:sz w:val="24"/>
        </w:rPr>
        <w:t>Ἀντεχόμενος. ἀντιλαμβανόμενος. Ἀντεφοδεύω καὶ ἀντεφώδευκα. ἀντὶ τοῦ ἀντέ‐ τρεχον. Ἀντεχειροτόνησεν. ἀντέλεγεν. εἰ δὲ κᾀκεῖνα προσέρχεται, οὐδεὶς ἀντεχειροτόνησεν ἄν.</w:t>
      </w:r>
    </w:p>
    <w:p>
      <w:r>
        <w:rPr>
          <w:rFonts w:ascii="Courier New" w:hAnsi="Courier New"/>
          <w:color w:val="555555"/>
          <w:sz w:val="20"/>
        </w:rPr>
        <w:t>[10]</w:t>
      </w:r>
    </w:p>
    <w:p>
      <w:r>
        <w:rPr>
          <w:rFonts w:ascii="Gentium Plus" w:hAnsi="Gentium Plus"/>
          <w:sz w:val="24"/>
        </w:rPr>
        <w:t>Ἀντιάσας. μετασχών. δῶρα φέρει τρομεροῦ γήραος ἀντιάσας. ἔστι καὶ ἀντὶ τοῦ ἐναντιωθείς. Ἀντιδιαστέλλεται. [ἀντιδιΐστησιν.] Ἀντικάθηται. ἐναντιοῦται.</w:t>
      </w:r>
    </w:p>
    <w:p>
      <w:r>
        <w:rPr>
          <w:rFonts w:ascii="Courier New" w:hAnsi="Courier New"/>
          <w:color w:val="555555"/>
          <w:sz w:val="20"/>
        </w:rPr>
        <w:t>[15]</w:t>
      </w:r>
    </w:p>
    <w:p>
      <w:r>
        <w:rPr>
          <w:rFonts w:ascii="Gentium Plus" w:hAnsi="Gentium Plus"/>
          <w:sz w:val="24"/>
        </w:rPr>
        <w:t>Ἀντικαθίστασθαι. ἐναντιοῦσθαι. οὐ δυνάμενος τῷ πλήθει ἀντικαθίστασθαι. Ἀντικατέστησαν. ἠναντιώθησαν. Ἀντιλέγειν. ἀντὶ τοῦ ἶσα λέγειν. οὕτως Πλά‐ των.</w:t>
      </w:r>
    </w:p>
    <w:p>
      <w:r>
        <w:rPr>
          <w:rFonts w:ascii="Courier New" w:hAnsi="Courier New"/>
          <w:color w:val="555555"/>
          <w:sz w:val="20"/>
        </w:rPr>
        <w:t>[20]</w:t>
      </w:r>
    </w:p>
    <w:p>
      <w:r>
        <w:rPr>
          <w:rFonts w:ascii="Gentium Plus" w:hAnsi="Gentium Plus"/>
          <w:sz w:val="24"/>
        </w:rPr>
        <w:t>[Ἀντιπελαργεῖν. χάριτας ἀντιδιδόναι.] Ἀντισπᾷν. ἐναντιοῦσθαι. Ἀντιτυπῆσαι. ἀντιπαθῆσαι. Ἀντωμένη. συναντήσασα. Ἀντονομάζει. ὀνόματα ἀντὶ ὀνομάτων τίθησιν.</w:t>
      </w:r>
    </w:p>
    <w:p>
      <w:r>
        <w:rPr>
          <w:rFonts w:ascii="Courier New" w:hAnsi="Courier New"/>
          <w:color w:val="555555"/>
          <w:sz w:val="20"/>
        </w:rPr>
        <w:t>[25]</w:t>
      </w:r>
    </w:p>
    <w:p>
      <w:r>
        <w:rPr>
          <w:rFonts w:ascii="Gentium Plus" w:hAnsi="Gentium Plus"/>
          <w:sz w:val="24"/>
        </w:rPr>
        <w:t>Ἀντανισχεῖ. ἀνατέλλει.</w:t>
      </w:r>
    </w:p>
    <w:p>
      <w:r>
        <w:rPr>
          <w:rFonts w:ascii="Courier New" w:hAnsi="Courier New"/>
          <w:color w:val="555555"/>
          <w:sz w:val="20"/>
        </w:rPr>
        <w:t>[alpha 219]</w:t>
      </w:r>
    </w:p>
    <w:p>
      <w:r>
        <w:rPr>
          <w:rFonts w:ascii="Gentium Plus" w:hAnsi="Gentium Plus"/>
          <w:sz w:val="24"/>
        </w:rPr>
        <w:t>Ἀντιφιλοτιμεῖται. ἀντιθεραπεύει. Ἀντιφέρεται. ἐναντιοῦται. Ἀντιπαρεξάγειν. ἀντιτάσσειν· *ἐξ ἐναντίας παρατάττεσθαι.*</w:t>
      </w:r>
    </w:p>
    <w:p>
      <w:r>
        <w:rPr>
          <w:rFonts w:ascii="Courier New" w:hAnsi="Courier New"/>
          <w:color w:val="555555"/>
          <w:sz w:val="20"/>
        </w:rPr>
        <w:t>[5]</w:t>
      </w:r>
    </w:p>
    <w:p>
      <w:r>
        <w:rPr>
          <w:rFonts w:ascii="Gentium Plus" w:hAnsi="Gentium Plus"/>
          <w:sz w:val="24"/>
        </w:rPr>
        <w:t>Ἀντείχετο. προΐστατο, ἀντελαμβάνετο. Ἀνταναιρεθῇ. ἀφανισθῇ. Ἀντιπράττει. ἐναντιοῦται. Ἀντηνέχθη. ἠναντιώθη. Ἀντοίσομεν. ἀντιπροσενέγκωμεν.</w:t>
      </w:r>
    </w:p>
    <w:p>
      <w:r>
        <w:rPr>
          <w:rFonts w:ascii="Courier New" w:hAnsi="Courier New"/>
          <w:color w:val="555555"/>
          <w:sz w:val="20"/>
        </w:rPr>
        <w:t>[10]</w:t>
      </w:r>
    </w:p>
    <w:p>
      <w:r>
        <w:rPr>
          <w:rFonts w:ascii="Gentium Plus" w:hAnsi="Gentium Plus"/>
          <w:sz w:val="24"/>
        </w:rPr>
        <w:t>Ἀντιπίπτει. ἀνθίσταται. Ἀντωπίσαι. ἀντοφθαλμίσαι. Ἀνταναγνῶναι. ἀντιβαλεῖν. Ἀντιστηρίζει. βοηθεῖ, ἀντιλαμβάνεται. Ἀνεσκολοπισμένοι. ἐστρωμένοι. σκόλοπες γὰρ</w:t>
      </w:r>
    </w:p>
    <w:p>
      <w:r>
        <w:rPr>
          <w:rFonts w:ascii="Courier New" w:hAnsi="Courier New"/>
          <w:color w:val="555555"/>
          <w:sz w:val="20"/>
        </w:rPr>
        <w:t>[15]</w:t>
      </w:r>
    </w:p>
    <w:p>
      <w:r>
        <w:rPr>
          <w:rFonts w:ascii="Gentium Plus" w:hAnsi="Gentium Plus"/>
          <w:sz w:val="24"/>
        </w:rPr>
        <w:t>τὰ ὀρθὰ ξύλα, καὶ οἱ κάλαμοι. Ἀνειμένοι. ἀπολελυμένοι, ἀκρατεῖς. Ἀνημμένος δὲ, ὁ ἁπτόμενος, η. Ἀνεκυμβαλίαζον. ἀνεκρότουν. [ἢ ἀνετρέπον‐ το.]</w:t>
      </w:r>
    </w:p>
    <w:p>
      <w:r>
        <w:rPr>
          <w:rFonts w:ascii="Courier New" w:hAnsi="Courier New"/>
          <w:color w:val="555555"/>
          <w:sz w:val="20"/>
        </w:rPr>
        <w:t>[20]</w:t>
      </w:r>
    </w:p>
    <w:p>
      <w:r>
        <w:rPr>
          <w:rFonts w:ascii="Gentium Plus" w:hAnsi="Gentium Plus"/>
          <w:sz w:val="24"/>
        </w:rPr>
        <w:t>Ἄνεται. τελειοῦται.</w:t>
      </w:r>
    </w:p>
    <w:p>
      <w:r>
        <w:rPr>
          <w:rFonts w:ascii="Courier New" w:hAnsi="Courier New"/>
          <w:color w:val="555555"/>
          <w:sz w:val="20"/>
        </w:rPr>
        <w:t>[alpha 220]</w:t>
      </w:r>
    </w:p>
    <w:p>
      <w:r>
        <w:rPr>
          <w:rFonts w:ascii="Gentium Plus" w:hAnsi="Gentium Plus"/>
          <w:sz w:val="24"/>
        </w:rPr>
        <w:t>Ἀνεκήκιεν. ἀνεπήδα. ἀνεδίδου· ἀνέφερεν. ἐκ τοῦ κίω, τὸ πορεύομαι. Ἀνεῤῥώσθημεν. ὑγιεῖς γεγόναμεν. Ἀνεδείματο. ἀνῳκοδόμησεν, ἔκτισεν.</w:t>
      </w:r>
    </w:p>
    <w:p>
      <w:r>
        <w:rPr>
          <w:rFonts w:ascii="Courier New" w:hAnsi="Courier New"/>
          <w:color w:val="555555"/>
          <w:sz w:val="20"/>
        </w:rPr>
        <w:t>[5]</w:t>
      </w:r>
    </w:p>
    <w:p>
      <w:r>
        <w:rPr>
          <w:rFonts w:ascii="Gentium Plus" w:hAnsi="Gentium Plus"/>
          <w:sz w:val="24"/>
        </w:rPr>
        <w:t>Ἀνεπόδισεν. ἀνέκαμψεν. Ἀνεστάλη. μετεκινήθη. Ἀνείργειν. κωλύειν. Ἀνεκαλαμήσατο. ἀνεθέρισεν, ἐπανετρύγησεν. Ἀνεκρούσατο. ἐκιθάρισεν.</w:t>
      </w:r>
    </w:p>
    <w:p>
      <w:r>
        <w:rPr>
          <w:rFonts w:ascii="Courier New" w:hAnsi="Courier New"/>
          <w:color w:val="555555"/>
          <w:sz w:val="20"/>
        </w:rPr>
        <w:t>[10]</w:t>
      </w:r>
    </w:p>
    <w:p>
      <w:r>
        <w:rPr>
          <w:rFonts w:ascii="Gentium Plus" w:hAnsi="Gentium Plus"/>
          <w:sz w:val="24"/>
        </w:rPr>
        <w:t>Ἀνεθέμην. ἀνεκοινωσάμην. Ἄνες. συγχώρησον. Ἀνείθη. ἀφείθη. Ἀνείρειν. ἀναπείρειν. πλάτος σχοινίου λαβὼν ἀνάειρε τὰ κρέη.</w:t>
      </w:r>
    </w:p>
    <w:p>
      <w:r>
        <w:rPr>
          <w:rFonts w:ascii="Courier New" w:hAnsi="Courier New"/>
          <w:color w:val="555555"/>
          <w:sz w:val="20"/>
        </w:rPr>
        <w:t>[15]</w:t>
      </w:r>
    </w:p>
    <w:p>
      <w:r>
        <w:rPr>
          <w:rFonts w:ascii="Gentium Plus" w:hAnsi="Gentium Plus"/>
          <w:sz w:val="24"/>
        </w:rPr>
        <w:t>Ἀνέπασκεν. εὕρηκεν, εἴληφεν. Ἀνελίννυον. διέτριβον. ἀνεστρέφοντο· περιεφέ‐ ροντο, ἐβράδυναν. Ἀνελίξαντες. ἀναζητήσαντες. Ἀνεῤῥιπίσθη. ἀνεκινήθη, ἐξεκαύθη.</w:t>
      </w:r>
    </w:p>
    <w:p>
      <w:r>
        <w:rPr>
          <w:rFonts w:ascii="Courier New" w:hAnsi="Courier New"/>
          <w:color w:val="555555"/>
          <w:sz w:val="20"/>
        </w:rPr>
        <w:t>[20]</w:t>
      </w:r>
    </w:p>
    <w:p>
      <w:r>
        <w:rPr>
          <w:rFonts w:ascii="Gentium Plus" w:hAnsi="Gentium Plus"/>
          <w:sz w:val="24"/>
        </w:rPr>
        <w:t>Ἀνεκτίσατο. ἀνέπλασεν.</w:t>
      </w:r>
    </w:p>
    <w:p>
      <w:r>
        <w:rPr>
          <w:rFonts w:ascii="Courier New" w:hAnsi="Courier New"/>
          <w:color w:val="555555"/>
          <w:sz w:val="20"/>
        </w:rPr>
        <w:t>[alpha 221]</w:t>
      </w:r>
    </w:p>
    <w:p>
      <w:r>
        <w:rPr>
          <w:rFonts w:ascii="Gentium Plus" w:hAnsi="Gentium Plus"/>
          <w:sz w:val="24"/>
        </w:rPr>
        <w:t>Ἀνερύειν. ἀποκόπτειν καὶ λαιμοτομεῖν τὸν τρά‐ χηλον. [Ἄνεται. τελειοῦται. ἐκ τοῦ ἄνω, τὸ πράττω καὶ τελειῶ. τὸ παθητικὸν ἄνομαι, τὸ τρίτον</w:t>
      </w:r>
    </w:p>
    <w:p>
      <w:r>
        <w:rPr>
          <w:rFonts w:ascii="Courier New" w:hAnsi="Courier New"/>
          <w:color w:val="555555"/>
          <w:sz w:val="20"/>
        </w:rPr>
        <w:t>[5]</w:t>
      </w:r>
    </w:p>
    <w:p>
      <w:r>
        <w:rPr>
          <w:rFonts w:ascii="Gentium Plus" w:hAnsi="Gentium Plus"/>
          <w:sz w:val="24"/>
        </w:rPr>
        <w:t>ἄνεται.] [Ἀνέεργεν. ἐκώλυεν. ἀπὸ τοῦ εἴργω, εἶργε, δια‐ λύσει τῆς ει διφθόγγου.] [Ἀνεκήκιεν. ἐκ τοῦ κίω, τὸ πορεύομαι, ἔκιον, ἔκιες, πλεονασμῷ τοῦ κ καὶ ἐκτάσει κήκιε, καὶ</w:t>
      </w:r>
    </w:p>
    <w:p>
      <w:r>
        <w:rPr>
          <w:rFonts w:ascii="Courier New" w:hAnsi="Courier New"/>
          <w:color w:val="555555"/>
          <w:sz w:val="20"/>
        </w:rPr>
        <w:t>[10]</w:t>
      </w:r>
    </w:p>
    <w:p>
      <w:r>
        <w:rPr>
          <w:rFonts w:ascii="Gentium Plus" w:hAnsi="Gentium Plus"/>
          <w:sz w:val="24"/>
        </w:rPr>
        <w:t>ἀνεκήκιε. σημαίνει δὲ τὸ ἀνέφερε καὶ ἀνε‐ δίδου.] Ἀνηνέχθη. ἀντὶ τοῦ ἀνήνεγκεν. Ἀνῄεσαν. ἀνήρχοντο. Ἀνίεσαν δὲ, ἀντὶ τοῦ συνεχώρουν, ι.</w:t>
      </w:r>
    </w:p>
    <w:p>
      <w:r>
        <w:rPr>
          <w:rFonts w:ascii="Courier New" w:hAnsi="Courier New"/>
          <w:color w:val="555555"/>
          <w:sz w:val="20"/>
        </w:rPr>
        <w:t>[15]</w:t>
      </w:r>
    </w:p>
    <w:p>
      <w:r>
        <w:rPr>
          <w:rFonts w:ascii="Gentium Plus" w:hAnsi="Gentium Plus"/>
          <w:sz w:val="24"/>
        </w:rPr>
        <w:t>Ἀνήνοθεν. ἀνεφέρετο. Ἀνασχών. ἀνατείνας. Ἀνισχόντων. ἀντισηκούντων. Ἀνηρτήθη. ἐκρεμάσθη. Ἀνήρετο. ἠρώτα.</w:t>
      </w:r>
    </w:p>
    <w:p>
      <w:r>
        <w:rPr>
          <w:rFonts w:ascii="Courier New" w:hAnsi="Courier New"/>
          <w:color w:val="555555"/>
          <w:sz w:val="20"/>
        </w:rPr>
        <w:t>[20]</w:t>
      </w:r>
    </w:p>
    <w:p>
      <w:r>
        <w:rPr>
          <w:rFonts w:ascii="Gentium Plus" w:hAnsi="Gentium Plus"/>
          <w:sz w:val="24"/>
        </w:rPr>
        <w:t>Ἀνῄρημαι. πεφόνευμαι, ἀπόλωλα. Ἀνθέξεται. ἀντιλήψεται. Ἀνθέλκει. ἀντεπισπᾶται. *Ἀνθῶμαι. ἰῶμαι καὶ θεραπεύω.* Ἀνθῃρημένος. ἀντιλαμβανόμενος. ἢ προκρινό‐</w:t>
      </w:r>
    </w:p>
    <w:p>
      <w:r>
        <w:rPr>
          <w:rFonts w:ascii="Courier New" w:hAnsi="Courier New"/>
          <w:color w:val="555555"/>
          <w:sz w:val="20"/>
        </w:rPr>
        <w:t>[25]</w:t>
      </w:r>
    </w:p>
    <w:p>
      <w:r>
        <w:rPr>
          <w:rFonts w:ascii="Gentium Plus" w:hAnsi="Gentium Plus"/>
          <w:sz w:val="24"/>
        </w:rPr>
        <w:t>μενος. Ἀνθομολογησόμεθα. εὐχαριστήσομεν. ὑπὲρ</w:t>
      </w:r>
    </w:p>
    <w:p>
      <w:r>
        <w:rPr>
          <w:rFonts w:ascii="Courier New" w:hAnsi="Courier New"/>
          <w:color w:val="555555"/>
          <w:sz w:val="20"/>
        </w:rPr>
        <w:t>[alpha 222]</w:t>
      </w:r>
    </w:p>
    <w:p>
      <w:r>
        <w:rPr>
          <w:rFonts w:ascii="Gentium Plus" w:hAnsi="Gentium Plus"/>
          <w:sz w:val="24"/>
        </w:rPr>
        <w:t>Ἀνθρωπίζω. τὰ τῶν ἀνθρώπων φρονῶ. Ἀνῃρημένος. ἀναλαβὼν, ἑλόμενος, ἐπενεγκάμε‐ νος. —ὁ δὲ βασιλεὺς τοσαύτην νίκην ἀδάκρυ‐ τον καὶ ἀναίμακτον ἀνῃρημένος εἰς τὰς Σάρ‐</w:t>
      </w:r>
    </w:p>
    <w:p>
      <w:r>
        <w:rPr>
          <w:rFonts w:ascii="Courier New" w:hAnsi="Courier New"/>
          <w:color w:val="555555"/>
          <w:sz w:val="20"/>
        </w:rPr>
        <w:t>[5]</w:t>
      </w:r>
    </w:p>
    <w:p>
      <w:r>
        <w:rPr>
          <w:rFonts w:ascii="Gentium Plus" w:hAnsi="Gentium Plus"/>
          <w:sz w:val="24"/>
        </w:rPr>
        <w:t>δεις ὑπέστρεψεν. Ἀνηρώτιζεν. ἀντὶ τοῦ ἠρώτα. οὕτως Τηλεκλεί‐ δης. Ἀνηγμένος. ηὐξημένος. Ἀνιλύσπω. ἀνέβαινες.</w:t>
      </w:r>
    </w:p>
    <w:p>
      <w:r>
        <w:rPr>
          <w:rFonts w:ascii="Courier New" w:hAnsi="Courier New"/>
          <w:color w:val="555555"/>
          <w:sz w:val="20"/>
        </w:rPr>
        <w:t>[10]</w:t>
      </w:r>
    </w:p>
    <w:p>
      <w:r>
        <w:rPr>
          <w:rFonts w:ascii="Gentium Plus" w:hAnsi="Gentium Plus"/>
          <w:sz w:val="24"/>
        </w:rPr>
        <w:t>Ἀνιεμένη κόλπον. ἀνέλκουσα καὶ ἀναχαλοῦσα καὶ ἀπογυμνοῦσα τὸ κατὰ τοὺς μαστοὺς κόλ‐ πωμα. καὶ αἶγας ἀνιεμένους. Ἀνιλλομένη. καθυποκρινομένη. κυρίως δὲ ἀνίλ‐ λεσθαι τὸ ἀπαξιοῦν.</w:t>
      </w:r>
    </w:p>
    <w:p>
      <w:r>
        <w:rPr>
          <w:rFonts w:ascii="Courier New" w:hAnsi="Courier New"/>
          <w:color w:val="555555"/>
          <w:sz w:val="20"/>
        </w:rPr>
        <w:t>[15]</w:t>
      </w:r>
    </w:p>
    <w:p>
      <w:r>
        <w:rPr>
          <w:rFonts w:ascii="Gentium Plus" w:hAnsi="Gentium Plus"/>
          <w:sz w:val="24"/>
        </w:rPr>
        <w:t>*Ἀνηκέστους. ἀφορήτους ἢ ἀνιάτους, ἢ ἀθε‐ ραπεύτους.* Ἀνιστάμεναι. ἀντὶ τοῦ αἰχμαλωτιζόμεναι. Ἀνίτω. ἀναδιδόσθω. Ἀνιπτάμενος. πετόμενος.</w:t>
      </w:r>
    </w:p>
    <w:p>
      <w:r>
        <w:rPr>
          <w:rFonts w:ascii="Courier New" w:hAnsi="Courier New"/>
          <w:color w:val="555555"/>
          <w:sz w:val="20"/>
        </w:rPr>
        <w:t>[20]</w:t>
      </w:r>
    </w:p>
    <w:p>
      <w:r>
        <w:rPr>
          <w:rFonts w:ascii="Gentium Plus" w:hAnsi="Gentium Plus"/>
          <w:sz w:val="24"/>
        </w:rPr>
        <w:t>Ἄνιθι. ἄνελθε. *καὶ κάτιθι, κάτελθε. καὶ ἄπι‐ θι, ἄπελθε.* Ἀνίησιν. ἐᾷ, ἀπολύει. Ἀνιείς. ἀφιείς. Ἀνιμᾶσθαι. ἀντλᾷν. ἀνασπᾷν.</w:t>
      </w:r>
    </w:p>
    <w:p>
      <w:r>
        <w:rPr>
          <w:rFonts w:ascii="Courier New" w:hAnsi="Courier New"/>
          <w:color w:val="555555"/>
          <w:sz w:val="20"/>
        </w:rPr>
        <w:t>[25]</w:t>
      </w:r>
    </w:p>
    <w:p>
      <w:r>
        <w:rPr>
          <w:rFonts w:ascii="Gentium Plus" w:hAnsi="Gentium Plus"/>
          <w:sz w:val="24"/>
        </w:rPr>
        <w:t>Ἀνίημι. συγχωρῶ. Ἀνοσιουργηθέντων. ἀνόμως πραχθέντων.</w:t>
      </w:r>
    </w:p>
    <w:p>
      <w:r>
        <w:rPr>
          <w:rFonts w:ascii="Courier New" w:hAnsi="Courier New"/>
          <w:color w:val="555555"/>
          <w:sz w:val="20"/>
        </w:rPr>
        <w:t>[alpha 223]</w:t>
      </w:r>
    </w:p>
    <w:p>
      <w:r>
        <w:rPr>
          <w:rFonts w:ascii="Gentium Plus" w:hAnsi="Gentium Plus"/>
          <w:sz w:val="24"/>
        </w:rPr>
        <w:t>Ἀνοίσω. ἀνενέγκω, ἀναβιβάσω. Ἀνορταλίζειν. σκιρτᾷν, παίζειν. Ἀνοχλίζω. τὸ ἀνέχω, καὶ ἀναβαστάζω, καὶ μετακινῶ. παρὰ τὸ ὄχλος, τοῦτο παρὰ τὸ ὀλῶ,</w:t>
      </w:r>
    </w:p>
    <w:p>
      <w:r>
        <w:rPr>
          <w:rFonts w:ascii="Courier New" w:hAnsi="Courier New"/>
          <w:color w:val="555555"/>
          <w:sz w:val="20"/>
        </w:rPr>
        <w:t>[5]</w:t>
      </w:r>
    </w:p>
    <w:p>
      <w:r>
        <w:rPr>
          <w:rFonts w:ascii="Gentium Plus" w:hAnsi="Gentium Plus"/>
          <w:sz w:val="24"/>
        </w:rPr>
        <w:t>τὸ συστρέφω. Ἀνομένης. παυομένης, ἀνυομένης. Ἀνοικίσαι. ἀντὶ τοῦ ἀνακτίσαι. ἀνοικίσαι τὴν πό‐ λιν. Ἀνομολογεῖσθαι. σαφῶς καὶ γενναίως γινώ‐</w:t>
      </w:r>
    </w:p>
    <w:p>
      <w:r>
        <w:rPr>
          <w:rFonts w:ascii="Courier New" w:hAnsi="Courier New"/>
          <w:color w:val="555555"/>
          <w:sz w:val="20"/>
        </w:rPr>
        <w:t>[10]</w:t>
      </w:r>
    </w:p>
    <w:p>
      <w:r>
        <w:rPr>
          <w:rFonts w:ascii="Gentium Plus" w:hAnsi="Gentium Plus"/>
          <w:sz w:val="24"/>
        </w:rPr>
        <w:t>σκεσθαι. Ἀνύτειν. πληροῦν· ἐνεργεῖν. καὶ ἀνύειν ὁμοίως. Ἄνωχθι. κέλευσον. ἐνεστώς ἐστι καὶ παρατα‐ τικὸς ἤπερ παρακείμενος. ἀνωγῶ, ἀνώγημι, τὸ προστακτικὸν ἀνώγηθι, καὶ τροπῇ τοῦ γ εἰς</w:t>
      </w:r>
    </w:p>
    <w:p>
      <w:r>
        <w:rPr>
          <w:rFonts w:ascii="Courier New" w:hAnsi="Courier New"/>
          <w:color w:val="555555"/>
          <w:sz w:val="20"/>
        </w:rPr>
        <w:t>[15]</w:t>
      </w:r>
    </w:p>
    <w:p>
      <w:r>
        <w:rPr>
          <w:rFonts w:ascii="Gentium Plus" w:hAnsi="Gentium Plus"/>
          <w:sz w:val="24"/>
        </w:rPr>
        <w:t>χ καὶ συγκοπῇ ἄνωχθι. Ἀνύω. τὸ πληρῶ. παρὰ τὸ ἄνω, τὸ πράττω καὶ τελειῶ, γίνεται τὸ ἀνύω. [οἷον· —μάλα νὺξ ἄνεται— καί·</w:t>
      </w:r>
    </w:p>
    <w:p>
      <w:r>
        <w:rPr>
          <w:rFonts w:ascii="Courier New" w:hAnsi="Courier New"/>
          <w:color w:val="555555"/>
          <w:sz w:val="20"/>
        </w:rPr>
        <w:t>[20]</w:t>
      </w:r>
    </w:p>
    <w:p>
      <w:r>
        <w:rPr>
          <w:rFonts w:ascii="Gentium Plus" w:hAnsi="Gentium Plus"/>
          <w:sz w:val="24"/>
        </w:rPr>
        <w:t>—οὐκ ἀνύω φθονέουσα— ἀντὶ τοῦ οὐδὲν ὠφελῶ, οὐδὲν πράσσω. ἀνύω καὶ ἀνύτω. ἀπὸ τοῦ ἀνύω καὶ ἀρύω γέγονεν.] Ἀνῳκοδόμησεν. ἔκτισεν. Ἀνωρθρίαζον. ἀντὶ τοῦ ὄρθριοι βοῶντες ἔλεγον.</w:t>
      </w:r>
    </w:p>
    <w:p>
      <w:r>
        <w:rPr>
          <w:rFonts w:ascii="Courier New" w:hAnsi="Courier New"/>
          <w:color w:val="555555"/>
          <w:sz w:val="20"/>
        </w:rPr>
        <w:t>[25]</w:t>
      </w:r>
    </w:p>
    <w:p>
      <w:r>
        <w:rPr>
          <w:rFonts w:ascii="Gentium Plus" w:hAnsi="Gentium Plus"/>
          <w:sz w:val="24"/>
        </w:rPr>
        <w:t>οὕτως Ἀνδοκίδης. Ἄνωγε. παρεκέλευε. [τὸ θέμα ἀνωγῶ, πρώτης συζυγίας τῶν περισπωμένων. γέγονε δὲ ἀνωγή. τοῦτο παρὰ τὸ ἄνω, τὸ ἐγκελευσματικὸν ἐπίῤ‐</w:t>
      </w:r>
    </w:p>
    <w:p>
      <w:r>
        <w:rPr>
          <w:rFonts w:ascii="Courier New" w:hAnsi="Courier New"/>
          <w:color w:val="555555"/>
          <w:sz w:val="20"/>
        </w:rPr>
        <w:t>[alpha 224]</w:t>
      </w:r>
    </w:p>
    <w:p>
      <w:r>
        <w:rPr>
          <w:rFonts w:ascii="Gentium Plus" w:hAnsi="Gentium Plus"/>
          <w:sz w:val="24"/>
        </w:rPr>
        <w:t>νεται ἀγωγὴ ἡ ἐγκέλευσις, δι’ οὗ ἄγομέν τι καὶ φέρομεν. ἀνωγῶ οὖν, ὁ παρατατικὸς ἠνώγουν, τὸ τρίτον ἠνώγει, ὁ μέλλων ἀνωγήσω, ὁ ἀόρι‐ στος ἠνώγησα, ὁ δεύτερος ἀόριστος ἤνωγον, ἤνω‐</w:t>
      </w:r>
    </w:p>
    <w:p>
      <w:r>
        <w:rPr>
          <w:rFonts w:ascii="Courier New" w:hAnsi="Courier New"/>
          <w:color w:val="555555"/>
          <w:sz w:val="20"/>
        </w:rPr>
        <w:t>[5]</w:t>
      </w:r>
    </w:p>
    <w:p>
      <w:r>
        <w:rPr>
          <w:rFonts w:ascii="Gentium Plus" w:hAnsi="Gentium Plus"/>
          <w:sz w:val="24"/>
        </w:rPr>
        <w:t>γες, ἤνωγε. καὶ κατὰ συστολὴν ἄνωγε.] [Ἀνέῳγε. ῥῆμα ὁριστικόν. οἴγω καὶ ἀνοίγω, ὃ καὶ διΐστησιν ὁ Αἰολεὺς λέγων· πάντας ὀΐγων θαλάμους. ὁ παρατατικὸς ἤνωγον, ἐπεισόδῳ τοῦ ε ἠνέῳγον. τὸ τρίτον ἠνέῳγε, καὶ συστολῇ</w:t>
      </w:r>
    </w:p>
    <w:p>
      <w:r>
        <w:rPr>
          <w:rFonts w:ascii="Courier New" w:hAnsi="Courier New"/>
          <w:color w:val="555555"/>
          <w:sz w:val="20"/>
        </w:rPr>
        <w:t>[10]</w:t>
      </w:r>
    </w:p>
    <w:p>
      <w:r>
        <w:rPr>
          <w:rFonts w:ascii="Gentium Plus" w:hAnsi="Gentium Plus"/>
          <w:sz w:val="24"/>
        </w:rPr>
        <w:t>ἀνέῳγεν. —ἐπιθήματα κάλ’ ἀνέῳγεν. ἀπὸ δὲ τοῦ ἀνοίγω ὁ παρατατικὸς ἀνῷγον, τὸ τρίτον ἀνῷγε. —τὸν δ’ οὐ θεὸς ἄλλος ἀνῷγεν.</w:t>
      </w:r>
    </w:p>
    <w:p>
      <w:r>
        <w:rPr>
          <w:rFonts w:ascii="Courier New" w:hAnsi="Courier New"/>
          <w:color w:val="555555"/>
          <w:sz w:val="20"/>
        </w:rPr>
        <w:t>[15]</w:t>
      </w:r>
    </w:p>
    <w:p>
      <w:r>
        <w:rPr>
          <w:rFonts w:ascii="Gentium Plus" w:hAnsi="Gentium Plus"/>
          <w:sz w:val="24"/>
        </w:rPr>
        <w:t>ἔστι καὶ ἀπὸ τοῦ ἀνοίγω ὁ παρακείμενος ἤνω‐ χα, ἐπεισόδῳ τοῦ ε ἠνέωχα, ὁ μέσος ἠνέωγα, τὸ τρίτον ἠνέωγε καὶ συστολῇ ἀνέωγε. Ἰστέον δὲ, ὅτι, ὅτε μέν ἐστιν ἐνεργητικὰ, αἰτιατικῇ συντάσσεται, ὅτε δὲ παθητικὰ, εὐθείᾳ.]</w:t>
      </w:r>
    </w:p>
    <w:p>
      <w:r>
        <w:rPr>
          <w:rFonts w:ascii="Courier New" w:hAnsi="Courier New"/>
          <w:color w:val="555555"/>
          <w:sz w:val="20"/>
        </w:rPr>
        <w:t>[20]</w:t>
      </w:r>
    </w:p>
    <w:p>
      <w:r>
        <w:rPr>
          <w:rFonts w:ascii="Gentium Plus" w:hAnsi="Gentium Plus"/>
          <w:sz w:val="24"/>
        </w:rPr>
        <w:t>Ἀναγινώσκετε. ὑπομιμνήσκεσθε. ἀνάγνωσις γὰρ ἡ ὑπόμνησις, ἡ ἄνωθεν γνῶσις. οὐ γὰρ ἄλλα γράφομεν ὑμῖν, ἀλλ’ ἢ ἃ ἀναγινώσκετε. Ἀναγινωσκομένη. μνημονευομένη, ὁμιλουμένη. καὶ ὁ Ἀπόστολος· γινωσκομένη καὶ ἀναγινω‐</w:t>
      </w:r>
    </w:p>
    <w:p>
      <w:r>
        <w:rPr>
          <w:rFonts w:ascii="Courier New" w:hAnsi="Courier New"/>
          <w:color w:val="555555"/>
          <w:sz w:val="20"/>
        </w:rPr>
        <w:t>[25]</w:t>
      </w:r>
    </w:p>
    <w:p>
      <w:r>
        <w:rPr>
          <w:rFonts w:ascii="Gentium Plus" w:hAnsi="Gentium Plus"/>
          <w:sz w:val="24"/>
        </w:rPr>
        <w:t>σκομένη ὑπὸ πάντων ἀνθρώπων. ἀνάγνωσιν δὲ καλεῖ ὁ Ἀπόστολος τὴν αὐτοῦ περὶ αὐτῶν ὁμιλίαν καὶ γνώμην. Ἀνακεφαλαιώσασθαι. συνάψαι, ἑνῶσαι. ἀνα‐ κεφαλαιώσασθαι τὰ πάντα ἐν Χριστῷ.</w:t>
      </w:r>
    </w:p>
    <w:p>
      <w:r>
        <w:rPr>
          <w:rFonts w:ascii="Courier New" w:hAnsi="Courier New"/>
          <w:color w:val="555555"/>
          <w:sz w:val="20"/>
        </w:rPr>
        <w:t>[30]</w:t>
      </w:r>
    </w:p>
    <w:p>
      <w:r>
        <w:rPr>
          <w:rFonts w:ascii="Gentium Plus" w:hAnsi="Gentium Plus"/>
          <w:sz w:val="24"/>
        </w:rPr>
        <w:t>Ἀναβεβλήσθω. ὑπερτεθήτω εἰς ἄλλον καιρόν.</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Ἀναμίξ. ἀναμεμιγμένως. Ἀναφανδόν. φανερῶς. Ἀναιμωτεί. ἄνευ αἵματος καὶ πολέμου καὶ κό‐</w:t>
      </w:r>
    </w:p>
    <w:p>
      <w:r>
        <w:rPr>
          <w:rFonts w:ascii="Courier New" w:hAnsi="Courier New"/>
          <w:color w:val="555555"/>
          <w:sz w:val="20"/>
        </w:rPr>
        <w:t>[5]</w:t>
      </w:r>
    </w:p>
    <w:p>
      <w:r>
        <w:rPr>
          <w:rFonts w:ascii="Gentium Plus" w:hAnsi="Gentium Plus"/>
          <w:sz w:val="24"/>
        </w:rPr>
        <w:t>που. Ἀναλόγως. ὁμοίως. Ἀνέδην. φανερῶς. παρὰ τὸ ἐῶ, τὸ ἀφίημι, ἔδην καὶ ἀνέδην· ὡς κλέπτω κλέβδην. σημαίνει δὲ τὸ ἀναστάτως εἶναι. παρὰ τὸ ἔδος, ἔδην καὶ</w:t>
      </w:r>
    </w:p>
    <w:p>
      <w:r>
        <w:rPr>
          <w:rFonts w:ascii="Courier New" w:hAnsi="Courier New"/>
          <w:color w:val="555555"/>
          <w:sz w:val="20"/>
        </w:rPr>
        <w:t>[10]</w:t>
      </w:r>
    </w:p>
    <w:p>
      <w:r>
        <w:rPr>
          <w:rFonts w:ascii="Gentium Plus" w:hAnsi="Gentium Plus"/>
          <w:sz w:val="24"/>
        </w:rPr>
        <w:t>ἀνέδην, κατὰ στέρησιν τοῦ ἑδράσαι, ὅ ἐστιν ἱδρύσαι. τὸ ἄνευ ἕδους φεύγειν. *Ἀναίδην δὲ, τὸ ἀναισχύντως, διὰ τῆς αι διφθόγγου.* Ἀνέκαθεν. ἐκ πολλοῦ χρόνου, ἢ ἀπ’ ἀρχῆς.</w:t>
      </w:r>
    </w:p>
    <w:p>
      <w:r>
        <w:rPr>
          <w:rFonts w:ascii="Courier New" w:hAnsi="Courier New"/>
          <w:color w:val="555555"/>
          <w:sz w:val="20"/>
        </w:rPr>
        <w:t>[15]</w:t>
      </w:r>
    </w:p>
    <w:p>
      <w:r>
        <w:rPr>
          <w:rFonts w:ascii="Gentium Plus" w:hAnsi="Gentium Plus"/>
          <w:sz w:val="24"/>
        </w:rPr>
        <w:t>Ἀνιδιτί. ἀκόπως. Ἀνωϊστί. λάθρα, ἀπροσδοκήτως. παρὰ τὸ ἴω τὸ ὑπονοῶ. ὅπερ καὶ ὀΐω γέγονεν. ὀϊόμενον θανέεσθαι. καί·</w:t>
      </w:r>
    </w:p>
    <w:p>
      <w:r>
        <w:rPr>
          <w:rFonts w:ascii="Courier New" w:hAnsi="Courier New"/>
          <w:color w:val="555555"/>
          <w:sz w:val="20"/>
        </w:rPr>
        <w:t>[20]</w:t>
      </w:r>
    </w:p>
    <w:p>
      <w:r>
        <w:rPr>
          <w:rFonts w:ascii="Gentium Plus" w:hAnsi="Gentium Plus"/>
          <w:sz w:val="24"/>
        </w:rPr>
        <w:t>—ὀΐσατο θεὸν εἶναι. γίνεται ὀϊστὶ καὶ ἐκ τοῦ ο εἰς ω μέγα ὠϊστὶ καὶ ἐν συνθέσει ἀνωϊστί. [ἐκ δὲ τοῦ οἴω οἰστὸς, καὶ ἀνώϊστος, κατ’ ἔκτασιν.] Ἀνενδιάστως. ἀδιστάκτως, ἀναμφιβόλως.</w:t>
      </w:r>
    </w:p>
    <w:p>
      <w:r>
        <w:rPr>
          <w:rFonts w:ascii="Courier New" w:hAnsi="Courier New"/>
          <w:color w:val="555555"/>
          <w:sz w:val="20"/>
        </w:rPr>
        <w:t>[25]</w:t>
      </w:r>
    </w:p>
    <w:p>
      <w:r>
        <w:rPr>
          <w:rFonts w:ascii="Gentium Plus" w:hAnsi="Gentium Plus"/>
          <w:sz w:val="24"/>
        </w:rPr>
        <w:t>Ἀνελευθέρως. τὸ ἐκτὸς τῆς ἀληθείας ποιεῖν τί.</w:t>
      </w:r>
    </w:p>
    <w:p>
      <w:r>
        <w:rPr>
          <w:rFonts w:ascii="Courier New" w:hAnsi="Courier New"/>
          <w:color w:val="555555"/>
          <w:sz w:val="20"/>
        </w:rPr>
        <w:t>[alpha 226]</w:t>
      </w:r>
    </w:p>
    <w:p>
      <w:r>
        <w:rPr>
          <w:rFonts w:ascii="Gentium Plus" w:hAnsi="Gentium Plus"/>
          <w:sz w:val="24"/>
        </w:rPr>
        <w:t>ἀντὶ καὶ τὸ κάρα ἀντικαρὺ, καὶ ἐν συγκοπῇ ἀντικρύ. Ἄντικρυς. ἀνυποστόλως. ἀφόβως, ἀνυπόπτως. φανερῶς. ἢ ὡσανεί.</w:t>
      </w:r>
    </w:p>
    <w:p>
      <w:r>
        <w:rPr>
          <w:rFonts w:ascii="Courier New" w:hAnsi="Courier New"/>
          <w:color w:val="555555"/>
          <w:sz w:val="20"/>
        </w:rPr>
        <w:t>[5]</w:t>
      </w:r>
    </w:p>
    <w:p>
      <w:r>
        <w:rPr>
          <w:rFonts w:ascii="Gentium Plus" w:hAnsi="Gentium Plus"/>
          <w:sz w:val="24"/>
        </w:rPr>
        <w:t>Ἄνω. τὸ ἀπέχον πλέον τοῦ μέσου. Ἀνακῶς. ἐπιμελῶς, πεφροντισμένως, πεφυ‐ λαγμένως. Ἀνασταδόν. ἀντὶ τοῦ ἀναστάντες, ἐπίῤῥημα ποιότητος. ἀπὸ τοῦ ἵστημι, ἵσταμαι.</w:t>
      </w:r>
    </w:p>
    <w:p>
      <w:r>
        <w:rPr>
          <w:rFonts w:ascii="Courier New" w:hAnsi="Courier New"/>
          <w:color w:val="555555"/>
          <w:sz w:val="20"/>
        </w:rPr>
        <w:t>[10]</w:t>
      </w:r>
    </w:p>
    <w:p>
      <w:r>
        <w:rPr>
          <w:rFonts w:ascii="Gentium Plus" w:hAnsi="Gentium Plus"/>
          <w:sz w:val="24"/>
        </w:rPr>
        <w:t>Ἀνδρακάς. ἐπίῤῥημα [ποιότητος.] σημαίνει κατὰ ἄνδρα. παρὰ τὸ ἀνδρὸς γενικὴ, καὶ τὸ ἕκαστον, συγκοπῇ ἑκὰς, καὶ ἀνδροεκὰς, καὶ συγ‐ κοπῇ ἀνδροκὰς, καὶ τροπῇ ἀνδρακάς· ὡς κυνό‐ μυια, κυνάμυια.</w:t>
      </w:r>
    </w:p>
    <w:p>
      <w:r>
        <w:rPr>
          <w:rFonts w:ascii="Courier New" w:hAnsi="Courier New"/>
          <w:color w:val="555555"/>
          <w:sz w:val="20"/>
        </w:rPr>
        <w:t>[15]</w:t>
      </w:r>
    </w:p>
    <w:p>
      <w:r>
        <w:rPr>
          <w:rFonts w:ascii="Gentium Plus" w:hAnsi="Gentium Plus"/>
          <w:sz w:val="24"/>
        </w:rPr>
        <w:t>*Ἀναμέρος. ἐκ διαδοχῆς.* Ἀναιμεί. χωρὶς αἵματος. Ἀνατί. παρὰ τῷ Λυκόφρονι τὸ χωρὶς βλάβης. καὶ ἄνευ τίσεως καὶ τιμωρίας. Ἀναυλεί. χωρὶς ναύλου.</w:t>
      </w:r>
    </w:p>
    <w:p>
      <w:r>
        <w:rPr>
          <w:rFonts w:ascii="Courier New" w:hAnsi="Courier New"/>
          <w:color w:val="555555"/>
          <w:sz w:val="20"/>
        </w:rPr>
        <w:t>[20]</w:t>
      </w:r>
    </w:p>
    <w:p>
      <w:r>
        <w:rPr>
          <w:rFonts w:ascii="Gentium Plus" w:hAnsi="Gentium Plus"/>
          <w:sz w:val="24"/>
        </w:rPr>
        <w:t>[Ἀνοιμωκτί. χωρὶς οἰμωγῆς.] [Ἀνοικτί. χωρὶς οἴκτου.] Ἀνυποστόλως. ἀνερυθριάστως, ἀναιδῶς. Ἀναπήρως. βεβλημένως, μὴ ὑγιῶς ἔχον. πηρὸς γὰρ ὁ τυφλὸς καὶ ἐμπαθής.</w:t>
      </w:r>
    </w:p>
    <w:p>
      <w:r>
        <w:rPr>
          <w:rFonts w:ascii="Courier New" w:hAnsi="Courier New"/>
          <w:color w:val="555555"/>
          <w:sz w:val="20"/>
        </w:rPr>
        <w:t>[25]</w:t>
      </w:r>
    </w:p>
    <w:p>
      <w:r>
        <w:rPr>
          <w:rFonts w:ascii="Gentium Plus" w:hAnsi="Gentium Plus"/>
          <w:sz w:val="24"/>
        </w:rPr>
        <w:t>Ἀναστροφάδην. ὅταν ὁ ἐγκαλῶν τῷ ἠδικημέ‐</w:t>
      </w:r>
    </w:p>
    <w:p>
      <w:r>
        <w:rPr>
          <w:rFonts w:ascii="Courier New" w:hAnsi="Courier New"/>
          <w:color w:val="555555"/>
          <w:sz w:val="20"/>
        </w:rPr>
        <w:t>[alpha 227]</w:t>
      </w:r>
    </w:p>
    <w:p>
      <w:r>
        <w:rPr>
          <w:rFonts w:ascii="Gentium Plus" w:hAnsi="Gentium Plus"/>
          <w:sz w:val="24"/>
        </w:rPr>
        <w:t>Ἀνεσκολοπισμένως. ἀνασταυρωμένως. σκόλοπες γὰρ τὰ ὀξέα ξύλα. Ἀνακράτος. μετὰ πάσης σπουδῆς. οἱ δὲ ἔφυγον ἀνακράτος.</w:t>
      </w:r>
    </w:p>
    <w:p>
      <w:r>
        <w:rPr>
          <w:rFonts w:ascii="Courier New" w:hAnsi="Courier New"/>
          <w:color w:val="555555"/>
          <w:sz w:val="20"/>
        </w:rPr>
        <w:t>[5]</w:t>
      </w:r>
    </w:p>
    <w:p>
      <w:r>
        <w:rPr>
          <w:rFonts w:ascii="Gentium Plus" w:hAnsi="Gentium Plus"/>
          <w:sz w:val="24"/>
        </w:rPr>
        <w:t>Ἀναπαυδήτως. τὸ κατακλίνεσθαι ὡς πρὸς ὕπνον. τὸ ἀναπαύεσθαι. Ἀνατατικῶς. προστακτικῶς. ἐμβριθῶς. ἢ ἀνα‐ πεπαυμένως καὶ ἀνηπλωμένως. Ἄνδιχα. ἀντὶ τοῦ διχῶς. Ὅμηρος·</w:t>
      </w:r>
    </w:p>
    <w:p>
      <w:r>
        <w:rPr>
          <w:rFonts w:ascii="Courier New" w:hAnsi="Courier New"/>
          <w:color w:val="555555"/>
          <w:sz w:val="20"/>
        </w:rPr>
        <w:t>[10]</w:t>
      </w:r>
    </w:p>
    <w:p>
      <w:r>
        <w:rPr>
          <w:rFonts w:ascii="Gentium Plus" w:hAnsi="Gentium Plus"/>
          <w:sz w:val="24"/>
        </w:rPr>
        <w:t>—ἢ ἄνδιχα πάντα δάσασθαι. καὶ ἀντὶ τὸ χωρίς. μήτ’ ἄρα τῶν κώμων ἄνδιχα μήτε λύρης. Ἀνουτητί. ἄνευ τρώσεως. Ἀντιπεπονθότως. ἀντικειμένως, ἐναντίως.</w:t>
      </w:r>
    </w:p>
    <w:p>
      <w:r>
        <w:rPr>
          <w:rFonts w:ascii="Courier New" w:hAnsi="Courier New"/>
          <w:color w:val="555555"/>
          <w:sz w:val="20"/>
        </w:rPr>
        <w:t>[15]</w:t>
      </w:r>
    </w:p>
    <w:p>
      <w:r>
        <w:rPr>
          <w:rFonts w:ascii="Gentium Plus" w:hAnsi="Gentium Plus"/>
          <w:sz w:val="24"/>
        </w:rPr>
        <w:t>Ἀνόμως. παρὰ τῷ Ἀποστόλῳ. χωρὶς τῆς τοῦ νόμου κατακρίσεως. ὅσοι γὰρ ἀνόμως ἥμαρτον, ἀνόμως καὶ ἀπολοῦνται.</w:t>
      </w:r>
    </w:p>
    <w:p>
      <w:pPr>
        <w:jc w:val="center"/>
      </w:pPr>
      <w:r>
        <w:rPr>
          <w:rFonts w:ascii="Gentium Plus" w:hAnsi="Gentium Plus"/>
          <w:b/>
          <w:sz w:val="24"/>
        </w:rPr>
        <w:t>Τὸ Α μετὰ τοῦ Ξ.</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Ἀξιάγαστος. ἀξιοθαύμαστος.</w:t>
      </w:r>
    </w:p>
    <w:p>
      <w:r>
        <w:rPr>
          <w:rFonts w:ascii="Courier New" w:hAnsi="Courier New"/>
          <w:color w:val="555555"/>
          <w:sz w:val="20"/>
        </w:rPr>
        <w:t>[alpha 228]</w:t>
      </w:r>
    </w:p>
    <w:p>
      <w:r>
        <w:rPr>
          <w:rFonts w:ascii="Gentium Plus" w:hAnsi="Gentium Plus"/>
          <w:sz w:val="24"/>
        </w:rPr>
        <w:t>Ἀξιέπαινος. ὁ ἄξιος ἐπαίνου. Ἀξιομνημόνευτος. ὁ ἄξιος μνημοσύνων. Ἀξύλῳ. πολυξύλῳ, κατ’ ἐπίτασιν τοῦ α. Ἄξων. τὸ διῆκον διὰ τῶν τροχῶν ξύλον.</w:t>
      </w:r>
    </w:p>
    <w:p>
      <w:r>
        <w:rPr>
          <w:rFonts w:ascii="Courier New" w:hAnsi="Courier New"/>
          <w:color w:val="555555"/>
          <w:sz w:val="20"/>
        </w:rPr>
        <w:t>[5]</w:t>
      </w:r>
    </w:p>
    <w:p>
      <w:r>
        <w:rPr>
          <w:rFonts w:ascii="Gentium Plus" w:hAnsi="Gentium Plus"/>
          <w:sz w:val="24"/>
        </w:rPr>
        <w:t>Ἄξονες. ἐν οἷς οἱ ἰδιωτικοὶ ἐνεγράφοντο νό‐ μοι, οἳ καὶ τετράγωνοι ὑπῆρχον πίνακες. ἄξο‐ νες καὶ αἱ πράξεις τῶν ἀρετῶν. Ἀξύμβλητος. ἀναπάντητος. Ἄξυνος. ὁ ἀκοινώνητος.</w:t>
      </w:r>
    </w:p>
    <w:p>
      <w:r>
        <w:rPr>
          <w:rFonts w:ascii="Courier New" w:hAnsi="Courier New"/>
          <w:color w:val="555555"/>
          <w:sz w:val="20"/>
        </w:rPr>
        <w:t>[10]</w:t>
      </w:r>
    </w:p>
    <w:p>
      <w:r>
        <w:rPr>
          <w:rFonts w:ascii="Gentium Plus" w:hAnsi="Gentium Plus"/>
          <w:sz w:val="24"/>
        </w:rPr>
        <w:t>Ἀξύστατον. οὐ συνεστῶτα, οὐδὲ πυκνὸν, ἀλλ’ ἀραιόν. Ἀξιόμαχος. ἰσοδύναμος. ἦν δὲ ἔχων στρατὸν ἀξιόμαχον. Ἀξιόχρεως. ὁ ἀξιόπιστος.</w:t>
      </w:r>
    </w:p>
    <w:p>
      <w:r>
        <w:rPr>
          <w:rFonts w:ascii="Courier New" w:hAnsi="Courier New"/>
          <w:color w:val="555555"/>
          <w:sz w:val="20"/>
        </w:rPr>
        <w:t>[15]</w:t>
      </w:r>
    </w:p>
    <w:p>
      <w:r>
        <w:rPr>
          <w:rFonts w:ascii="Gentium Plus" w:hAnsi="Gentium Plus"/>
          <w:sz w:val="24"/>
        </w:rPr>
        <w:t>Ἀξιδάρης. ὄνομα κύριον.</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Ἀξιοπιστία. ἡ πίστωσις. Ἄξος. πόλις Κρήτης. Ἀξίωσιν. τιμήν. αὐτὸν δὲ βασιλέα ὄντα κατ’</w:t>
      </w:r>
    </w:p>
    <w:p>
      <w:r>
        <w:rPr>
          <w:rFonts w:ascii="Courier New" w:hAnsi="Courier New"/>
          <w:color w:val="555555"/>
          <w:sz w:val="20"/>
        </w:rPr>
        <w:t>[20]</w:t>
      </w:r>
    </w:p>
    <w:p>
      <w:r>
        <w:rPr>
          <w:rFonts w:ascii="Gentium Plus" w:hAnsi="Gentium Plus"/>
          <w:sz w:val="24"/>
        </w:rPr>
        <w:t>ἀξίωσιν τῆς τρίτης μοίρας, μεγέθει τὲ χώρας</w:t>
      </w:r>
    </w:p>
    <w:p>
      <w:r>
        <w:rPr>
          <w:rFonts w:ascii="Courier New" w:hAnsi="Courier New"/>
          <w:color w:val="555555"/>
          <w:sz w:val="20"/>
        </w:rPr>
        <w:t>[alpha 229]</w:t>
      </w:r>
    </w:p>
    <w:p>
      <w:r>
        <w:rPr>
          <w:rFonts w:ascii="Gentium Plus" w:hAnsi="Gentium Plus"/>
          <w:sz w:val="24"/>
        </w:rPr>
        <w:t>Ἀξούμη. μητρόπολις Αἰθιοπίας. ὁ πολίτης Ἀξου‐ μίτης. Ἀξυλία. ἡ ἔνδεια τῶν ξύλων.</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Ἀξιαπηγητότατα. ἄξια τοῦ ὑφηγεῖσθαι. Ἄξιον. οἱ ῥήτορες ἐπὶ τοῦ δικαίου καὶ εὐλόγου τοῦτο ἐκλαμβάνουσι. παρὰ τὸ ἄγω, ἄξω. [ὁμοίως καὶ ἄξων παρὰ τὸ ἄγω, ἄξω.] Ἄξοον. τὸ ἄτμητον.</w:t>
      </w:r>
    </w:p>
    <w:p>
      <w:r>
        <w:rPr>
          <w:rFonts w:ascii="Courier New" w:hAnsi="Courier New"/>
          <w:color w:val="555555"/>
          <w:sz w:val="20"/>
        </w:rPr>
        <w:t>[10]</w:t>
      </w:r>
    </w:p>
    <w:p>
      <w:r>
        <w:rPr>
          <w:rFonts w:ascii="Gentium Plus" w:hAnsi="Gentium Plus"/>
          <w:sz w:val="24"/>
        </w:rPr>
        <w:t>Ἀξύμμετρον. τὸ ὑπὲρ τὸ μέτρον. Ἄξιον. τὸ εὔωνον παρὰ Ἀττικοῖς. Ἀξίωμα. ἡ ἱκεσία. καὶ ὁ Δαβὶδ φησίν· εἰσέλ‐ θοι τὸ ἀξίωμά μου ἐνώπιόν σου, κύριε. Ἀξιόχρεων. καὶ ἐπὶ οὐδετέρου. δεῖ γινώσκειν,</w:t>
      </w:r>
    </w:p>
    <w:p>
      <w:r>
        <w:rPr>
          <w:rFonts w:ascii="Courier New" w:hAnsi="Courier New"/>
          <w:color w:val="555555"/>
          <w:sz w:val="20"/>
        </w:rPr>
        <w:t>[15]</w:t>
      </w:r>
    </w:p>
    <w:p>
      <w:r>
        <w:rPr>
          <w:rFonts w:ascii="Gentium Plus" w:hAnsi="Gentium Plus"/>
          <w:sz w:val="24"/>
        </w:rPr>
        <w:t>ὅτι πᾶν οὐδέτερον εἰς ν λῆγον ἀπαθὲς βραχυ‐ καταληκτεῖ. ξύλον, λοῦτρον, πτερόν· χωρὶς τοῦ πᾶν, τοῦτο γὰρ μακροκατάληκτον, καὶ χωρὶς τῶν παρὰ τὸ ποὺς, οἷον· δίπουν. πρόσκειται ἀπαθὲς διὰ τὸ ποιοῦν καὶ χρυσοῦν καὶ ὀστοῦν</w:t>
      </w:r>
    </w:p>
    <w:p>
      <w:r>
        <w:rPr>
          <w:rFonts w:ascii="Courier New" w:hAnsi="Courier New"/>
          <w:color w:val="555555"/>
          <w:sz w:val="20"/>
        </w:rPr>
        <w:t>[20]</w:t>
      </w:r>
    </w:p>
    <w:p>
      <w:r>
        <w:rPr>
          <w:rFonts w:ascii="Gentium Plus" w:hAnsi="Gentium Plus"/>
          <w:sz w:val="24"/>
        </w:rPr>
        <w:t>καὶ χαλκοῦν· ταῦτα γὰρ ἀπὸ κράσεως γέγονε. [καὶ τὸ διπλοῦν ἀπὸ τοῦ διπλόον, καὶ τὸ ἀγή‐ ρων ἀπὸ τοῦ ἀγήραον. τὸ ἀξιόχρεων καὶ τὸ ἀνάπλεων τῶν διὰ τοῦ ο.] Ἄξιον. δίκαιον. ὁ Ἀπόστολος· ὀφείλομεν *ἡμεῖς*</w:t>
      </w:r>
    </w:p>
    <w:p>
      <w:r>
        <w:rPr>
          <w:rFonts w:ascii="Courier New" w:hAnsi="Courier New"/>
          <w:color w:val="555555"/>
          <w:sz w:val="20"/>
        </w:rPr>
        <w:t>[25]</w:t>
      </w:r>
    </w:p>
    <w:p>
      <w:r>
        <w:rPr>
          <w:rFonts w:ascii="Gentium Plus" w:hAnsi="Gentium Plus"/>
          <w:sz w:val="24"/>
        </w:rPr>
        <w:t>εὐχαριστεῖν, καθὼς ἄξιόν ἐστι. [ἢ τὸ ἄξιον δί‐ καιον νοήσεις, ἢ οὕτως μεγάλως. καθὼς ἄξιον τῷ μεγάλα παρέχοντι.]</w:t>
      </w:r>
    </w:p>
    <w:p>
      <w:pPr>
        <w:jc w:val="center"/>
      </w:pPr>
      <w:r>
        <w:rPr>
          <w:rFonts w:ascii="Gentium Plus" w:hAnsi="Gentium Plus"/>
          <w:b/>
          <w:sz w:val="24"/>
        </w:rPr>
        <w:t>(Ῥῆμα.)</w:t>
      </w:r>
    </w:p>
    <w:p>
      <w:r>
        <w:rPr>
          <w:rFonts w:ascii="Courier New" w:hAnsi="Courier New"/>
          <w:color w:val="555555"/>
          <w:sz w:val="20"/>
        </w:rPr>
        <w:t>[29]</w:t>
      </w:r>
    </w:p>
    <w:p>
      <w:r>
        <w:rPr>
          <w:rFonts w:ascii="Gentium Plus" w:hAnsi="Gentium Plus"/>
          <w:sz w:val="24"/>
        </w:rPr>
        <w:t>Ἀξιουμένου. τυγχάνοντος.</w:t>
      </w:r>
    </w:p>
    <w:p>
      <w:r>
        <w:rPr>
          <w:rFonts w:ascii="Courier New" w:hAnsi="Courier New"/>
          <w:color w:val="555555"/>
          <w:sz w:val="20"/>
        </w:rPr>
        <w:t>[alpha 230]</w:t>
      </w:r>
    </w:p>
    <w:p>
      <w:r>
        <w:rPr>
          <w:rFonts w:ascii="Gentium Plus" w:hAnsi="Gentium Plus"/>
          <w:sz w:val="24"/>
        </w:rPr>
        <w:t>Ἀξιῶ. ὑπολαμβάνω. σημαίνει δὲ καὶ τὸ ἱκετεύω καὶ τὸ νομίζω. [Ἄξω] καὶ ἐνταῦθα καὶ ἐκεῖσε· ἀπάξω δὲ τὸ ὀπίσω ἄξω.</w:t>
      </w:r>
    </w:p>
    <w:p>
      <w:pPr>
        <w:jc w:val="center"/>
      </w:pPr>
      <w:r>
        <w:rPr>
          <w:rFonts w:ascii="Gentium Plus" w:hAnsi="Gentium Plus"/>
          <w:b/>
          <w:sz w:val="24"/>
        </w:rPr>
        <w:t>(Ἐπίῤῥημα.)</w:t>
      </w:r>
    </w:p>
    <w:p>
      <w:r>
        <w:rPr>
          <w:rFonts w:ascii="Courier New" w:hAnsi="Courier New"/>
          <w:color w:val="555555"/>
          <w:sz w:val="20"/>
        </w:rPr>
        <w:t>[6]</w:t>
      </w:r>
    </w:p>
    <w:p>
      <w:r>
        <w:rPr>
          <w:rFonts w:ascii="Gentium Plus" w:hAnsi="Gentium Plus"/>
          <w:sz w:val="24"/>
        </w:rPr>
        <w:t>Ἀξιοζήλως. ἐπαινετῶς. ὁ δὲ ἐν ὀφθαλμοῖς τῶν ἁπάντων αὐτὸν ἀξιοζήλως διεχρήσατο.</w:t>
      </w:r>
    </w:p>
    <w:p>
      <w:pPr>
        <w:jc w:val="center"/>
      </w:pPr>
      <w:r>
        <w:rPr>
          <w:rFonts w:ascii="Gentium Plus" w:hAnsi="Gentium Plus"/>
          <w:b/>
          <w:sz w:val="24"/>
        </w:rPr>
        <w:t>Τὸ Α μετὰ τοῦ Ο.</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Ἀοιδός. ὁ κιθαρῳδὸς, τραγῳδός. ἀπὸ τοῦ ἀεί‐ δω ἀοιδός. Ἀοίδιμος. ὁ ἀείμνηστος. παρὰ τὴν ἀοιδὴν ἀοί‐ διμος, ὡς τροφὴ τρόφιμος. τουτέστι ὁ ἐν ᾠδαῖς ἀεὶ ὀνομαζόμενος, ἢ μνημονευόμενος. [ἢ ὀνομα‐</w:t>
      </w:r>
    </w:p>
    <w:p>
      <w:r>
        <w:rPr>
          <w:rFonts w:ascii="Courier New" w:hAnsi="Courier New"/>
          <w:color w:val="555555"/>
          <w:sz w:val="20"/>
        </w:rPr>
        <w:t>[15]</w:t>
      </w:r>
    </w:p>
    <w:p>
      <w:r>
        <w:rPr>
          <w:rFonts w:ascii="Gentium Plus" w:hAnsi="Gentium Plus"/>
          <w:sz w:val="24"/>
        </w:rPr>
        <w:t>ζόμενος.] Ἀοσσητήρ. ὁ ἄνευ ὄσσης καὶ κληδόνος αὐτο‐ μάτως βοηθῶν. ὀσσητὴρ καὶ ἀοσσητήρ. Ἄοιμος. ἀπόρευτος. οἶμος γὰρ ἡ ὁδός. Ἄοζοι. πολύοζοι, πολλὰ ξύλα καίοντες. λέγει</w:t>
      </w:r>
    </w:p>
    <w:p>
      <w:r>
        <w:rPr>
          <w:rFonts w:ascii="Courier New" w:hAnsi="Courier New"/>
          <w:color w:val="555555"/>
          <w:sz w:val="20"/>
        </w:rPr>
        <w:t>[20]</w:t>
      </w:r>
    </w:p>
    <w:p>
      <w:r>
        <w:rPr>
          <w:rFonts w:ascii="Gentium Plus" w:hAnsi="Gentium Plus"/>
          <w:sz w:val="24"/>
        </w:rPr>
        <w:t>δὲ τοὺς μαγείρους· ὄζος γὰρ ὁ κλάδος. Ἄορνις. λιμὴν παρὰ τὴν Ταρσηνίαν. Ἀορτήρ. ὁ λῶρος, ἐν ᾧ τὸ ξίφος κρέμαται. παρὰ τὸ αἴρω ἀρτὴρ, καὶ πλεονασμῷ τοῦ ο ἀορτήρ.</w:t>
      </w:r>
    </w:p>
    <w:p>
      <w:r>
        <w:rPr>
          <w:rFonts w:ascii="Courier New" w:hAnsi="Courier New"/>
          <w:color w:val="555555"/>
          <w:sz w:val="20"/>
        </w:rPr>
        <w:t>[25]</w:t>
      </w:r>
    </w:p>
    <w:p>
      <w:r>
        <w:rPr>
          <w:rFonts w:ascii="Gentium Plus" w:hAnsi="Gentium Plus"/>
          <w:sz w:val="24"/>
        </w:rPr>
        <w:t>[—ἀτὰρ περὶ κουλεὸν ἦεν ἀργύρεον χρυσέοισιν ἀορτήρεσσιν ἀρηρός. καὶ ἄορ τὸ ξίφος. ἀείρω, ἄορ.] Ἀολλέες. ὁμοῦ συνηγμένοι. παρὰ τὸ ὁμοῦ εἰλεῖ‐</w:t>
      </w:r>
    </w:p>
    <w:p>
      <w:r>
        <w:rPr>
          <w:rFonts w:ascii="Courier New" w:hAnsi="Courier New"/>
          <w:color w:val="555555"/>
          <w:sz w:val="20"/>
        </w:rPr>
        <w:t>[alpha 231]</w:t>
      </w:r>
    </w:p>
    <w:p>
      <w:r>
        <w:rPr>
          <w:rFonts w:ascii="Gentium Plus" w:hAnsi="Gentium Plus"/>
          <w:sz w:val="24"/>
        </w:rPr>
        <w:t>νοντος τὸ συστρέφω. [ἢ εἰλῶ ῥήματος ὄνομα ἐλλὴς, καὶ μετὰ τοῦ ἐπιτατικοῦ α ἢ ὁμοῦ ἀελ‐ λὴς, καὶ τροπῇ τοῦ α εἰς ο ἀολλὴς, καὶ ἡ εὐ‐ θεῖα τῶν πληθυντικῶν ἀολλέες. ἐκ δὲ τοῦ ἀολ‐</w:t>
      </w:r>
    </w:p>
    <w:p>
      <w:r>
        <w:rPr>
          <w:rFonts w:ascii="Courier New" w:hAnsi="Courier New"/>
          <w:color w:val="555555"/>
          <w:sz w:val="20"/>
        </w:rPr>
        <w:t>[5]</w:t>
      </w:r>
    </w:p>
    <w:p>
      <w:r>
        <w:rPr>
          <w:rFonts w:ascii="Gentium Plus" w:hAnsi="Gentium Plus"/>
          <w:sz w:val="24"/>
        </w:rPr>
        <w:t>λὴς γίνεται ἀολλίζω.] Ἀοιδός. κιθαρῳδός. προκατάρχει ῥῆμα τὸ ἀείδω. ἔφαμεν δὲ, ὅτι ἔθος ἔχουσιν οἱ ποιηταὶ παρα‐ τιθέναι τὰ ὀνόματα τοῖς ἀφ’ ὧν γεγόνασιν. πεπόλιστο πόλις, μάχην ἐμάχοντο, βοῦς βου‐</w:t>
      </w:r>
    </w:p>
    <w:p>
      <w:r>
        <w:rPr>
          <w:rFonts w:ascii="Courier New" w:hAnsi="Courier New"/>
          <w:color w:val="555555"/>
          <w:sz w:val="20"/>
        </w:rPr>
        <w:t>[10]</w:t>
      </w:r>
    </w:p>
    <w:p>
      <w:r>
        <w:rPr>
          <w:rFonts w:ascii="Gentium Plus" w:hAnsi="Gentium Plus"/>
          <w:sz w:val="24"/>
        </w:rPr>
        <w:t>κολέεσκεν. [οὕτω καὶ ἐνταῦθα] ἀοιδὸς ἀοιδέ‐ μεναι. ἀοίδω καὶ Ὅμηρος· καλὸν ἀοιδιάει. Ἄοπος. ἄφωνος ἢ ἀόρατος. Ἀόργητος. ὁ μὴ ὀργιζόμενος.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Ἀοιδή. ἡ ᾠδή. Ἄορες. αἱ γυναῖκες. Ἄορνος. πέτρα ἐν τῇ Ἰνδικῇ, ἐν ᾗ οὐ κάθηται ὄρνις διὰ τὸ εἶναι αὐτὴν ὑπερύψηλον.</w:t>
      </w:r>
    </w:p>
    <w:p>
      <w:r>
        <w:rPr>
          <w:rFonts w:ascii="Courier New" w:hAnsi="Courier New"/>
          <w:color w:val="555555"/>
          <w:sz w:val="20"/>
        </w:rPr>
        <w:t>[20]</w:t>
      </w:r>
    </w:p>
    <w:p>
      <w:r>
        <w:rPr>
          <w:rFonts w:ascii="Gentium Plus" w:hAnsi="Gentium Plus"/>
          <w:sz w:val="24"/>
        </w:rPr>
        <w:t>Ἀοριστύν. ὁμιλίαν. συναναστροφήν. Ἀόριστος γῆ. ἡ μὴ ἔχουσα ὅρους, μὴ δὲ σπει‐</w:t>
      </w:r>
    </w:p>
    <w:p>
      <w:r>
        <w:rPr>
          <w:rFonts w:ascii="Courier New" w:hAnsi="Courier New"/>
          <w:color w:val="555555"/>
          <w:sz w:val="20"/>
        </w:rPr>
        <w:t>[alpha 232]</w:t>
      </w:r>
    </w:p>
    <w:p>
      <w:r>
        <w:rPr>
          <w:rFonts w:ascii="Gentium Plus" w:hAnsi="Gentium Plus"/>
          <w:sz w:val="24"/>
        </w:rPr>
        <w:t>Ἀόρατος. ὥσπερ τὸ καλύπτεσθαι τὴν γῆν ὑπὸ τοῦ ὕδατος, ὡς τό· ἡ δὲ γῆ ἦν ἀόρατος καὶ ἀκατασκεύαστος. φύσει γὰρ ἦν ὁρατὴ, διὰ δὲ τὴν ἐπιπρόσθησιν τοῦ ἐπικειμένου αὐτῇ ὕδατος</w:t>
      </w:r>
    </w:p>
    <w:p>
      <w:r>
        <w:rPr>
          <w:rFonts w:ascii="Courier New" w:hAnsi="Courier New"/>
          <w:color w:val="555555"/>
          <w:sz w:val="20"/>
        </w:rPr>
        <w:t>[5]</w:t>
      </w:r>
    </w:p>
    <w:p>
      <w:r>
        <w:rPr>
          <w:rFonts w:ascii="Gentium Plus" w:hAnsi="Gentium Plus"/>
          <w:sz w:val="24"/>
        </w:rPr>
        <w:t>[ἦν ἀόρατος.]</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Ἄορ. τὸ ξίφος. παρὰ τὸ ἀείρω ἄορ. Ἀόριστον. ὅρῳ μὴ ὑποβεβλημένον καὶ κατεχό‐ μενον. τὸ κατ’ οὐσίαν θεὸς, τὸ μόνον ἄκτι‐</w:t>
      </w:r>
    </w:p>
    <w:p>
      <w:r>
        <w:rPr>
          <w:rFonts w:ascii="Courier New" w:hAnsi="Courier New"/>
          <w:color w:val="555555"/>
          <w:sz w:val="20"/>
        </w:rPr>
        <w:t>[10]</w:t>
      </w:r>
    </w:p>
    <w:p>
      <w:r>
        <w:rPr>
          <w:rFonts w:ascii="Gentium Plus" w:hAnsi="Gentium Plus"/>
          <w:sz w:val="24"/>
        </w:rPr>
        <w:t>στον. ζήτει [περὶ τοῦ] ἀορίστου εἰς τὸ τί ἐστιν ὅρος, ἐν ᾧ καὶ περὶ ὁριστοῦ. Ἀόρατον. τὸ καθάπαξ ἀδύνατον ὁραθῆναι, οἷον ἡ φωνή. ἢ τὸ πεφυκὸς ὁρατὸν, μὴ ὁρώμενον δὲ, ὅπέρ ἐστι τὸ ἐν στερήσει. ἢ ὃ μὴ πέφυ‐</w:t>
      </w:r>
    </w:p>
    <w:p>
      <w:r>
        <w:rPr>
          <w:rFonts w:ascii="Courier New" w:hAnsi="Courier New"/>
          <w:color w:val="555555"/>
          <w:sz w:val="20"/>
        </w:rPr>
        <w:t>[15]</w:t>
      </w:r>
    </w:p>
    <w:p>
      <w:r>
        <w:rPr>
          <w:rFonts w:ascii="Gentium Plus" w:hAnsi="Gentium Plus"/>
          <w:sz w:val="24"/>
        </w:rPr>
        <w:t>κεν ὀφθαλμοῖς σαρκὸς καθορᾶσθαι. ἢ ὡς ὁ νοῦς ὁ ἡμέτερος, ἢ ὡς ὁ ἐν τῷ βυθῷ σίδηρος, ὃς ὁρατὸς φύσει ὑπάρχων, ἀποκέκρυπται διὰ τὴν ἐπιπρόσθησιν τοῦ ἐπικειμένου αὐτῷ σώματος.</w:t>
      </w:r>
    </w:p>
    <w:p>
      <w:pPr>
        <w:jc w:val="center"/>
      </w:pPr>
      <w:r>
        <w:rPr>
          <w:rFonts w:ascii="Gentium Plus" w:hAnsi="Gentium Plus"/>
          <w:b/>
          <w:sz w:val="24"/>
        </w:rPr>
        <w:t>(Ῥῆμα.)</w:t>
      </w:r>
    </w:p>
    <w:p>
      <w:r>
        <w:rPr>
          <w:rFonts w:ascii="Courier New" w:hAnsi="Courier New"/>
          <w:color w:val="555555"/>
          <w:sz w:val="20"/>
        </w:rPr>
        <w:t>[20]</w:t>
      </w:r>
    </w:p>
    <w:p>
      <w:r>
        <w:rPr>
          <w:rFonts w:ascii="Gentium Plus" w:hAnsi="Gentium Plus"/>
          <w:sz w:val="24"/>
        </w:rPr>
        <w:t>Ἀολλίσας. συναθροίσα. Ἀολλισθῆναι. ὁμοίως. [συναθροισθῆναι.] Ἀολλεῖ. συνάγει.</w:t>
      </w:r>
    </w:p>
    <w:p>
      <w:pPr>
        <w:jc w:val="center"/>
      </w:pPr>
      <w:r>
        <w:rPr>
          <w:rFonts w:ascii="Gentium Plus" w:hAnsi="Gentium Plus"/>
          <w:b/>
          <w:sz w:val="24"/>
        </w:rPr>
        <w:t>Τὸ Α μετὰ τοῦ Π.</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Ἀπαράβλητος. ἀσύγκριτος, ἀνόμοιος. Ἀπαράκλητοι. αὐτόματοι. Θουκυδίδης· τῶν</w:t>
      </w:r>
    </w:p>
    <w:p>
      <w:r>
        <w:rPr>
          <w:rFonts w:ascii="Courier New" w:hAnsi="Courier New"/>
          <w:color w:val="555555"/>
          <w:sz w:val="20"/>
        </w:rPr>
        <w:t>[5]</w:t>
      </w:r>
    </w:p>
    <w:p>
      <w:r>
        <w:rPr>
          <w:rFonts w:ascii="Gentium Plus" w:hAnsi="Gentium Plus"/>
          <w:sz w:val="24"/>
        </w:rPr>
        <w:t>αὐτονόμων Θρᾳκῶν ἀπαράκλητοι ἐφ’ ἁρπαγὴν ἠκολούθουν. ἀπαράκλητοι καὶ οἱ ἀπαρηγόρητοι. Ἄπαρνος. ὁ καθόλου ἀρνούμενος. Ἁπαλός. μαλακός. παρὰ τὴν ἁφὴν ἁφαλὸς καὶ ἁπαλός.</w:t>
      </w:r>
    </w:p>
    <w:p>
      <w:r>
        <w:rPr>
          <w:rFonts w:ascii="Courier New" w:hAnsi="Courier New"/>
          <w:color w:val="555555"/>
          <w:sz w:val="20"/>
        </w:rPr>
        <w:t>[10]</w:t>
      </w:r>
    </w:p>
    <w:p>
      <w:r>
        <w:rPr>
          <w:rFonts w:ascii="Gentium Plus" w:hAnsi="Gentium Plus"/>
          <w:sz w:val="24"/>
        </w:rPr>
        <w:t>Ἀπόμισθοι. οἱ μὴ μισθὸν λαμβάνοντες. Ἄπειρος. ὁ ἀμαθής. παρὰ τὸ μὴ ἔχειν πεῖραν. Ἄπειρος δὲ, ὁ πολὺς καὶ ὁ μέγας. παρὰ τὸ μὴ ἔχειν πέρας. [σημαίνει δὲ τὸ ἄπειρος καὶ χι‐ τῶνα ἔξοδον μὴ ἔχοντα.]</w:t>
      </w:r>
    </w:p>
    <w:p>
      <w:r>
        <w:rPr>
          <w:rFonts w:ascii="Courier New" w:hAnsi="Courier New"/>
          <w:color w:val="555555"/>
          <w:sz w:val="20"/>
        </w:rPr>
        <w:t>[15]</w:t>
      </w:r>
    </w:p>
    <w:p>
      <w:r>
        <w:rPr>
          <w:rFonts w:ascii="Gentium Plus" w:hAnsi="Gentium Plus"/>
          <w:sz w:val="24"/>
        </w:rPr>
        <w:t>Ἀπηνής. σκληρὸς, ὠμός. ἀπὸ τοῦ [μὴ] αἰνεῖσθαι καὶ ἐπαινεῖσθαι. Ἄπηρος. ὁ ἀβλαβής. παρὰ τὸ πηρὸν ἄπηρος. Ἀπῄορος. ὁ διεστὼς καὶ ἀπηρτημένος. παρὰ τὸ ἀείρω, ἀερῶ.</w:t>
      </w:r>
    </w:p>
    <w:p>
      <w:r>
        <w:rPr>
          <w:rFonts w:ascii="Courier New" w:hAnsi="Courier New"/>
          <w:color w:val="555555"/>
          <w:sz w:val="20"/>
        </w:rPr>
        <w:t>[20]</w:t>
      </w:r>
    </w:p>
    <w:p>
      <w:r>
        <w:rPr>
          <w:rFonts w:ascii="Gentium Plus" w:hAnsi="Gentium Plus"/>
          <w:sz w:val="24"/>
        </w:rPr>
        <w:t>Ἁπλοῦς. ὁ μηδενὶ μετ’ ἐπινοίας ἐξ ἑαυτοῦ λα‐ λῶν. [ὥσπερ παρὰ τὸ πέλω καὶ τὸ δύο γίνε‐ ται διπλόος διπλοῦς, οὕτως καὶ παρὰ τὸ α τὸ σημαῖνον τὸ ἓν καὶ τὸ πέλω γίνεται ἁπλοῦς, ὁ τὸ ἓν ὑπάρχων.]</w:t>
      </w:r>
    </w:p>
    <w:p>
      <w:r>
        <w:rPr>
          <w:rFonts w:ascii="Courier New" w:hAnsi="Courier New"/>
          <w:color w:val="555555"/>
          <w:sz w:val="20"/>
        </w:rPr>
        <w:t>[25]</w:t>
      </w:r>
    </w:p>
    <w:p>
      <w:r>
        <w:rPr>
          <w:rFonts w:ascii="Gentium Plus" w:hAnsi="Gentium Plus"/>
          <w:sz w:val="24"/>
        </w:rPr>
        <w:t>Ἄπορος. ὁ πτωχός· κυρίως δὲ ὁ ἀδιόδευτος τό‐</w:t>
      </w:r>
    </w:p>
    <w:p>
      <w:r>
        <w:rPr>
          <w:rFonts w:ascii="Courier New" w:hAnsi="Courier New"/>
          <w:color w:val="555555"/>
          <w:sz w:val="20"/>
        </w:rPr>
        <w:t>[alpha 234]</w:t>
      </w:r>
    </w:p>
    <w:p>
      <w:r>
        <w:rPr>
          <w:rFonts w:ascii="Gentium Plus" w:hAnsi="Gentium Plus"/>
          <w:sz w:val="24"/>
        </w:rPr>
        <w:t>Ἀπότριχες. οἱ ἄνηβοι, τῆς ἀπὸ προθέσεως ἀντὶ τοῦ α στερήσεως κειμένης. ὡς ἐν τῷ· ἀποκηδήσαντε φεροίμεθα χεῖρον ἄεθλον. ἀντὶ τοῦ ἀκηδήσαντες. καὶ, ἀπότιμον ἔθεντο,</w:t>
      </w:r>
    </w:p>
    <w:p>
      <w:r>
        <w:rPr>
          <w:rFonts w:ascii="Courier New" w:hAnsi="Courier New"/>
          <w:color w:val="555555"/>
          <w:sz w:val="20"/>
        </w:rPr>
        <w:t>[5]</w:t>
      </w:r>
    </w:p>
    <w:p>
      <w:r>
        <w:rPr>
          <w:rFonts w:ascii="Gentium Plus" w:hAnsi="Gentium Plus"/>
          <w:sz w:val="24"/>
        </w:rPr>
        <w:t>ἀντὶ τοῦ ἄτιμον. Ἀπελλαῖος. ὁ Δεκέμβριος μήν. Ἀπαίδευτοι. ἄτακτοι, ἀνόητοι. Ἀπαιδοτρίβητοι. ἀγύμναστοι, ἀπαίδευτοι. Ἀπερίτροπος. ἀνεπίστροφος.</w:t>
      </w:r>
    </w:p>
    <w:p>
      <w:r>
        <w:rPr>
          <w:rFonts w:ascii="Courier New" w:hAnsi="Courier New"/>
          <w:color w:val="555555"/>
          <w:sz w:val="20"/>
        </w:rPr>
        <w:t>[10]</w:t>
      </w:r>
    </w:p>
    <w:p>
      <w:r>
        <w:rPr>
          <w:rFonts w:ascii="Gentium Plus" w:hAnsi="Gentium Plus"/>
          <w:sz w:val="24"/>
        </w:rPr>
        <w:t>οὔτε γὰρ Ἀγαμεμνονίδης παῖς ἀπερίτροπος. Ἀπήμονα. ἀβλαβῆ. Ὅμηρος· τοὺς δ’ εὗρ’ οὐκέτι πάμπαν ἀπήμονας—. Ἄπις. θεὸς Αἰγύπτιος. Ἄπιστος. ὁ ἀσεβής. λέγεται δὲ καὶ ὁ μὴ</w:t>
      </w:r>
    </w:p>
    <w:p>
      <w:r>
        <w:rPr>
          <w:rFonts w:ascii="Courier New" w:hAnsi="Courier New"/>
          <w:color w:val="555555"/>
          <w:sz w:val="20"/>
        </w:rPr>
        <w:t>[15]</w:t>
      </w:r>
    </w:p>
    <w:p>
      <w:r>
        <w:rPr>
          <w:rFonts w:ascii="Gentium Plus" w:hAnsi="Gentium Plus"/>
          <w:sz w:val="24"/>
        </w:rPr>
        <w:t>πειθόμενος, ὥς φησι Πλάτων. Ἁπλῷ λόγῳ. [τῷ] χωρὶς προσθήκης. χωρὶς δὲ προσθήκης εἶπεν οἷον· ὁ Αἰθίοψ πῆ λευκός. κατὰ γὰρ τοὺς ὀδόντας. Ἀποβάτης. ἱππικόν τι ἀγώνισμά ἐστιν.</w:t>
      </w:r>
    </w:p>
    <w:p>
      <w:r>
        <w:rPr>
          <w:rFonts w:ascii="Courier New" w:hAnsi="Courier New"/>
          <w:color w:val="555555"/>
          <w:sz w:val="20"/>
        </w:rPr>
        <w:t>[20]</w:t>
      </w:r>
    </w:p>
    <w:p>
      <w:r>
        <w:rPr>
          <w:rFonts w:ascii="Gentium Plus" w:hAnsi="Gentium Plus"/>
          <w:sz w:val="24"/>
        </w:rPr>
        <w:t>Ἀποβατικοὶ τροχοί. οἱ ἀπὸ τούτου τοῦ ἀγωνί‐ σματος εἰς ἕτερον. Ἀποδέκται. ἄρχοντες κληρωτικοὶ δέκα τὸν ἀριθμὸν κατὰ φυλὰς, οἵτινες ἀπελάμβανον καὶ ἀπεδέχοντο τὰ γραμματεῖα τῶν ὀφειλόν‐</w:t>
      </w:r>
    </w:p>
    <w:p>
      <w:r>
        <w:rPr>
          <w:rFonts w:ascii="Courier New" w:hAnsi="Courier New"/>
          <w:color w:val="555555"/>
          <w:sz w:val="20"/>
        </w:rPr>
        <w:t>[25]</w:t>
      </w:r>
    </w:p>
    <w:p>
      <w:r>
        <w:rPr>
          <w:rFonts w:ascii="Gentium Plus" w:hAnsi="Gentium Plus"/>
          <w:sz w:val="24"/>
        </w:rPr>
        <w:t>των τῷ δημοσίῳ. διὰ τοῦτο γὰρ καὶ ἀποδέκται</w:t>
      </w:r>
    </w:p>
    <w:p>
      <w:r>
        <w:rPr>
          <w:rFonts w:ascii="Courier New" w:hAnsi="Courier New"/>
          <w:color w:val="555555"/>
          <w:sz w:val="20"/>
        </w:rPr>
        <w:t>[alpha 235]</w:t>
      </w:r>
    </w:p>
    <w:p>
      <w:r>
        <w:rPr>
          <w:rFonts w:ascii="Gentium Plus" w:hAnsi="Gentium Plus"/>
          <w:sz w:val="24"/>
        </w:rPr>
        <w:t>τὰ ἀποδιδόμενα χρήματα ἐν τῇ βουλῇ καὶ ἐμέριζον εἰς ἃ χρὴ ἀναλίσκειν. Ἀπόπατος. ἡ τῶν σιτίων διὰ γαστρὸς κένωσις. καὶ ἀποπατῆσαι τὸ ἄποθεν τοῦ πάτου γινόμε‐</w:t>
      </w:r>
    </w:p>
    <w:p>
      <w:r>
        <w:rPr>
          <w:rFonts w:ascii="Courier New" w:hAnsi="Courier New"/>
          <w:color w:val="555555"/>
          <w:sz w:val="20"/>
        </w:rPr>
        <w:t>[5]</w:t>
      </w:r>
    </w:p>
    <w:p>
      <w:r>
        <w:rPr>
          <w:rFonts w:ascii="Gentium Plus" w:hAnsi="Gentium Plus"/>
          <w:sz w:val="24"/>
        </w:rPr>
        <w:t>νον· πάτος γὰρ ἡ ὁδός. Ἀπόλλων. ὁ ἥλιος λέγεται κατὰ Ἕλληνας. πα‐ ρὰ τὸ ἀποπάλλειν τὰς ἰδίας ἀκτῖνας, ἢ παρὰ τὸ ἀπολύειν τῶν κακῶν τοὺς ἀνθρώπους. ἰα‐ τρὸς γὰρ ἦν, ὡς ληρῳδοῦσιν οἱ Ἕλληνες. ἢ ὁ μὴ</w:t>
      </w:r>
    </w:p>
    <w:p>
      <w:r>
        <w:rPr>
          <w:rFonts w:ascii="Courier New" w:hAnsi="Courier New"/>
          <w:color w:val="555555"/>
          <w:sz w:val="20"/>
        </w:rPr>
        <w:t>[10]</w:t>
      </w:r>
    </w:p>
    <w:p>
      <w:r>
        <w:rPr>
          <w:rFonts w:ascii="Gentium Plus" w:hAnsi="Gentium Plus"/>
          <w:sz w:val="24"/>
        </w:rPr>
        <w:t>ἀπολλύμενος κατὰ τὴν δύσιν. ἢ ὅτι ὑπὸ τῶν θεολόγων ἓν προσαγορεύεται· ὁ μὴ ὢν πολλὰ ἀλλ’ ἕν. [τὰ εἰς λων ὀνόματα, εἴτε δισύλλαβα, εἴτε ὑπὲρ δύο συλλαβὰς βαρύτονα, φυλάσσου‐ σι τὸ ω ἐπὶ γενικῆς· Ἀσκάλων, Ἀσκάλωνος,</w:t>
      </w:r>
    </w:p>
    <w:p>
      <w:r>
        <w:rPr>
          <w:rFonts w:ascii="Courier New" w:hAnsi="Courier New"/>
          <w:color w:val="555555"/>
          <w:sz w:val="20"/>
        </w:rPr>
        <w:t>[15]</w:t>
      </w:r>
    </w:p>
    <w:p>
      <w:r>
        <w:rPr>
          <w:rFonts w:ascii="Gentium Plus" w:hAnsi="Gentium Plus"/>
          <w:sz w:val="24"/>
        </w:rPr>
        <w:t>Ἀπόλλων, Ἀπόλλωνος.] Ἀπόκλητοι. οἱ κεκλημένοι, οὐ τὴν κοινὴν προσ‐ δεξάμενοι σύνοδον. οὔτε τοῖς ἀποκλήτοις συμ‐ μεταδόντες ... τὰς αὐτῶν κρίσεις. Ἀποκόπους. ἐκτομίας. κεῖται καὶ ἀντὶ τοῦ ἀσθε‐</w:t>
      </w:r>
    </w:p>
    <w:p>
      <w:r>
        <w:rPr>
          <w:rFonts w:ascii="Courier New" w:hAnsi="Courier New"/>
          <w:color w:val="555555"/>
          <w:sz w:val="20"/>
        </w:rPr>
        <w:t>[20]</w:t>
      </w:r>
    </w:p>
    <w:p>
      <w:r>
        <w:rPr>
          <w:rFonts w:ascii="Gentium Plus" w:hAnsi="Gentium Plus"/>
          <w:sz w:val="24"/>
        </w:rPr>
        <w:t>νεῖς. Ἀπόπληκτος. ὁ πεπονθὼς, ὁ ἠλίθιος. ἔμπλη‐ κτος δὲ, ὁ εὐμετάβολος, καὶ φθορᾶς μεστός.</w:t>
      </w:r>
    </w:p>
    <w:p>
      <w:r>
        <w:rPr>
          <w:rFonts w:ascii="Courier New" w:hAnsi="Courier New"/>
          <w:color w:val="555555"/>
          <w:sz w:val="20"/>
        </w:rPr>
        <w:t>[alpha 236]</w:t>
      </w:r>
    </w:p>
    <w:p>
      <w:r>
        <w:rPr>
          <w:rFonts w:ascii="Gentium Plus" w:hAnsi="Gentium Plus"/>
          <w:sz w:val="24"/>
        </w:rPr>
        <w:t>πομπαῖοι θεοὶ οὕτως ἐκαλοῦντο τινὲς καὶ ἀπο‐ πομποὶ, οἱ ἀπότροποι. Ἀπόθεστος. ὁ ἀζήτητος καὶ μὴ ποθούμενος. ποθέω, ποθῶ, ποθήσω, πεπόθηκα, πεπόθε‐</w:t>
      </w:r>
    </w:p>
    <w:p>
      <w:r>
        <w:rPr>
          <w:rFonts w:ascii="Courier New" w:hAnsi="Courier New"/>
          <w:color w:val="555555"/>
          <w:sz w:val="20"/>
        </w:rPr>
        <w:t>[5]</w:t>
      </w:r>
    </w:p>
    <w:p>
      <w:r>
        <w:rPr>
          <w:rFonts w:ascii="Gentium Plus" w:hAnsi="Gentium Plus"/>
          <w:sz w:val="24"/>
        </w:rPr>
        <w:t>σμαι, πεπόθεσται, ποθεστὸς καὶ ἀπόθεστος. Ἀπόστολος. ὁ ἀποστελλόμενος [μετὰ] στρα‐ τιᾶς εἰς πόλεμον παρασκευῆς. Ἀποστολεῖς. οἱ ἐκ τῆς πομπῆς τῶν τριήρων ἀποδεδειγμένοι.</w:t>
      </w:r>
    </w:p>
    <w:p>
      <w:r>
        <w:rPr>
          <w:rFonts w:ascii="Courier New" w:hAnsi="Courier New"/>
          <w:color w:val="555555"/>
          <w:sz w:val="20"/>
        </w:rPr>
        <w:t>[10]</w:t>
      </w:r>
    </w:p>
    <w:p>
      <w:r>
        <w:rPr>
          <w:rFonts w:ascii="Gentium Plus" w:hAnsi="Gentium Plus"/>
          <w:sz w:val="24"/>
        </w:rPr>
        <w:t>Ἀπόστολοι δὲ, αἱ τῶν νεῶν ἐκπομπαί. οὕτως Δημοσθένης. Ἀπροτίμαστος. ἄθικτος, ἄψαυστος. παρὰ τὸ μαίω, τὸ ζητῶ. ὁ μὴ ἐπιζητούμενος πρὸς μί‐ ξιν. [ἢ παρὰ τὸ μαστεύω, τὸ ζητῶ. ὅθεν καὶ</w:t>
      </w:r>
    </w:p>
    <w:p>
      <w:r>
        <w:rPr>
          <w:rFonts w:ascii="Courier New" w:hAnsi="Courier New"/>
          <w:color w:val="555555"/>
          <w:sz w:val="20"/>
        </w:rPr>
        <w:t>[15]</w:t>
      </w:r>
    </w:p>
    <w:p>
      <w:r>
        <w:rPr>
          <w:rFonts w:ascii="Gentium Plus" w:hAnsi="Gentium Plus"/>
          <w:sz w:val="24"/>
        </w:rPr>
        <w:t>μαστὸς καὶ τὸ ἐπιμασσάμενος, ὅ ἐστιν ἐπιλα‐ βόμενος, καὶ ἐπεμάσσατο, ἀντὶ τοῦ καθήψατο.] Ἀπτοεπής. τινὲς δασύνουσιν, ἵν’ ᾖ ὁ ἁπτόμε‐ νος διὰ λόγων. ἢ ὁ ἀπτόητος ἐν τῷ λέγειν. Ἄπτερος. ταχύς.</w:t>
      </w:r>
    </w:p>
    <w:p>
      <w:r>
        <w:rPr>
          <w:rFonts w:ascii="Courier New" w:hAnsi="Courier New"/>
          <w:color w:val="555555"/>
          <w:sz w:val="20"/>
        </w:rPr>
        <w:t>[20]</w:t>
      </w:r>
    </w:p>
    <w:p>
      <w:r>
        <w:rPr>
          <w:rFonts w:ascii="Gentium Plus" w:hAnsi="Gentium Plus"/>
          <w:sz w:val="24"/>
        </w:rPr>
        <w:t>τῇ δ’ ἄπτερος ἔπλετο μῦθος. ταχὺς πρὸς τὸ πεισθῆναι. καὶ ἰσόπτερος. ἡ γὰρ α στέρησιν δηλοῖ, σημαίνει δὲ καὶ τὸ</w:t>
      </w:r>
    </w:p>
    <w:p>
      <w:r>
        <w:rPr>
          <w:rFonts w:ascii="Courier New" w:hAnsi="Courier New"/>
          <w:color w:val="555555"/>
          <w:sz w:val="20"/>
        </w:rPr>
        <w:t>[alpha 237]</w:t>
      </w:r>
    </w:p>
    <w:p>
      <w:r>
        <w:rPr>
          <w:rFonts w:ascii="Gentium Plus" w:hAnsi="Gentium Plus"/>
          <w:sz w:val="24"/>
        </w:rPr>
        <w:t>Ἀπύρους. ἀνεπιτηδείους πρὸς πυρὸς χρῆσιν. Ἀπφύς. ὁ πατὴρ εἴρηται ὑποκοριστικῶς. ἀπὸ τοῦ πάππα, ὃ σημαίνει τὸν πατέρα, ἀφαιρέσει τοῦ κατ’ ἀρχὰς π ἀππὺς, καὶ τροπῇ τοῦ π</w:t>
      </w:r>
    </w:p>
    <w:p>
      <w:r>
        <w:rPr>
          <w:rFonts w:ascii="Courier New" w:hAnsi="Courier New"/>
          <w:color w:val="555555"/>
          <w:sz w:val="20"/>
        </w:rPr>
        <w:t>[5]</w:t>
      </w:r>
    </w:p>
    <w:p>
      <w:r>
        <w:rPr>
          <w:rFonts w:ascii="Gentium Plus" w:hAnsi="Gentium Plus"/>
          <w:sz w:val="24"/>
        </w:rPr>
        <w:t>εἰς φ ἀπφύς. Ἀποτέλειοι. οἱ κατὰ πόλεις ἡγεμόνες τῶν Ἰου‐ δαίων. Ἀποτρόφους. τοὺς μὴ ὄντας τροφίμους τῆς φι‐ λοσοφίας.</w:t>
      </w:r>
    </w:p>
    <w:p>
      <w:r>
        <w:rPr>
          <w:rFonts w:ascii="Courier New" w:hAnsi="Courier New"/>
          <w:color w:val="555555"/>
          <w:sz w:val="20"/>
        </w:rPr>
        <w:t>[10]</w:t>
      </w:r>
    </w:p>
    <w:p>
      <w:r>
        <w:rPr>
          <w:rFonts w:ascii="Gentium Plus" w:hAnsi="Gentium Plus"/>
          <w:sz w:val="24"/>
        </w:rPr>
        <w:t>Ἀπόφημος. δύσφημος. Ἀποφώλιοι. ξένοι. οἱ φυλὴν μὴ ἔχοντες. οὕ‐ τως Αἰσχύλος. ἢ ἀπαίδευτοι· φωλεοὶ γὰρ τὰ παιδευτήρια κατὰ Ἴωνας. Ἀποχειροβίων. τῶν ἐκ χειρῶν ζώντων καὶ</w:t>
      </w:r>
    </w:p>
    <w:p>
      <w:r>
        <w:rPr>
          <w:rFonts w:ascii="Courier New" w:hAnsi="Courier New"/>
          <w:color w:val="555555"/>
          <w:sz w:val="20"/>
        </w:rPr>
        <w:t>[15]</w:t>
      </w:r>
    </w:p>
    <w:p>
      <w:r>
        <w:rPr>
          <w:rFonts w:ascii="Gentium Plus" w:hAnsi="Gentium Plus"/>
          <w:sz w:val="24"/>
        </w:rPr>
        <w:t>ταῖς τέχναις προσκαθημένων. Ἀποφαντικόν. κυρίως τὸν ἐκφέροντά τι νόημα, εἴτε διὰ καταφάσεως, εἴτε δι’ ἀποφάσεως. ση‐ μαίνει δὲ ἰδικῶς καὶ τὸν μὴ συγκατατιθέμε‐ νον.</w:t>
      </w:r>
    </w:p>
    <w:p>
      <w:r>
        <w:rPr>
          <w:rFonts w:ascii="Courier New" w:hAnsi="Courier New"/>
          <w:color w:val="555555"/>
          <w:sz w:val="20"/>
        </w:rPr>
        <w:t>[20]</w:t>
      </w:r>
    </w:p>
    <w:p>
      <w:r>
        <w:rPr>
          <w:rFonts w:ascii="Gentium Plus" w:hAnsi="Gentium Plus"/>
          <w:sz w:val="24"/>
        </w:rPr>
        <w:t>Ἀπωλεύτων. ἄνευ πώλων.</w:t>
      </w:r>
    </w:p>
    <w:p>
      <w:r>
        <w:rPr>
          <w:rFonts w:ascii="Courier New" w:hAnsi="Courier New"/>
          <w:color w:val="555555"/>
          <w:sz w:val="20"/>
        </w:rPr>
        <w:t>[alpha 238]</w:t>
      </w:r>
    </w:p>
    <w:p>
      <w:r>
        <w:rPr>
          <w:rFonts w:ascii="Gentium Plus" w:hAnsi="Gentium Plus"/>
          <w:sz w:val="24"/>
        </w:rPr>
        <w:t>Ἀπράγμων. ἄπονος. ἀπράγμονας δεῖ εἶναι τοὺς σπουδαίους. Ἀπραίδευτοι. ἀζήμιοι. Ἀπρόϊτος. ὁ τῆς οἰκίας μὴ ἐξερχόμενος.</w:t>
      </w:r>
    </w:p>
    <w:p>
      <w:r>
        <w:rPr>
          <w:rFonts w:ascii="Courier New" w:hAnsi="Courier New"/>
          <w:color w:val="555555"/>
          <w:sz w:val="20"/>
        </w:rPr>
        <w:t>[5]</w:t>
      </w:r>
    </w:p>
    <w:p>
      <w:r>
        <w:rPr>
          <w:rFonts w:ascii="Gentium Plus" w:hAnsi="Gentium Plus"/>
          <w:sz w:val="24"/>
        </w:rPr>
        <w:t>Ἀπροσήγορος. ὃν οὐχ οἷόν τε προσαγορεῦσαι διὰ τρόπου τραχύτητα. Ἀπρόσμαχοι. ἀκαταγώνιστοι. οὐκ ἀπρόσμαχοι εἶεν Πάρθοι. Ἄποικοι. οἱ ἐν ἐρήμῳ τόπῳ πεμπόμενοι οἰκῆσαι.</w:t>
      </w:r>
    </w:p>
    <w:p>
      <w:r>
        <w:rPr>
          <w:rFonts w:ascii="Courier New" w:hAnsi="Courier New"/>
          <w:color w:val="555555"/>
          <w:sz w:val="20"/>
        </w:rPr>
        <w:t>[10]</w:t>
      </w:r>
    </w:p>
    <w:p>
      <w:r>
        <w:rPr>
          <w:rFonts w:ascii="Gentium Plus" w:hAnsi="Gentium Plus"/>
          <w:sz w:val="24"/>
        </w:rPr>
        <w:t>ἔποικοι δὲ οἱ ἐν πόλει. παρὰ Θουκυδίδῃ. Ἀπηλιαστής. ὁ μισόδικος. Ἄπελος. τὸ ἕλκος. διὰ τὸ μὴ πελάζειν, ἀλλὰ διΐστασθαι. Ἀπηλητῆρες. καυχηταί.</w:t>
      </w:r>
    </w:p>
    <w:p>
      <w:r>
        <w:rPr>
          <w:rFonts w:ascii="Courier New" w:hAnsi="Courier New"/>
          <w:color w:val="555555"/>
          <w:sz w:val="20"/>
        </w:rPr>
        <w:t>[15]</w:t>
      </w:r>
    </w:p>
    <w:p>
      <w:r>
        <w:rPr>
          <w:rFonts w:ascii="Gentium Plus" w:hAnsi="Gentium Plus"/>
          <w:sz w:val="24"/>
        </w:rPr>
        <w:t>Ἀπαράτιλτος. δασὺς καὶ ἄκοσμος τὰς τρίχας καὶ ἐκ μακροῦ χρόνου ἀλουτιῶν. Ἀποτρόπαιος. φευκτὸς, μισητός. Ἄπαστος. ἄγευστος. παρὰ τὸ ἐσθίω καὶ πόα, ἡ βοτάνη. [ὡς οὖν ἀπὸ τοῦ μῶ, τὸ ζητῶ, γί‐</w:t>
      </w:r>
    </w:p>
    <w:p>
      <w:r>
        <w:rPr>
          <w:rFonts w:ascii="Courier New" w:hAnsi="Courier New"/>
          <w:color w:val="555555"/>
          <w:sz w:val="20"/>
        </w:rPr>
        <w:t>[20]</w:t>
      </w:r>
    </w:p>
    <w:p>
      <w:r>
        <w:rPr>
          <w:rFonts w:ascii="Gentium Plus" w:hAnsi="Gentium Plus"/>
          <w:sz w:val="24"/>
        </w:rPr>
        <w:t>νεται μαστὸς, οὕτω καὶ παρὰ τὸ πῶ παστὸς</w:t>
      </w:r>
    </w:p>
    <w:p>
      <w:r>
        <w:rPr>
          <w:rFonts w:ascii="Courier New" w:hAnsi="Courier New"/>
          <w:color w:val="555555"/>
          <w:sz w:val="20"/>
        </w:rPr>
        <w:t>[alpha 239]</w:t>
      </w:r>
    </w:p>
    <w:p>
      <w:r>
        <w:rPr>
          <w:rFonts w:ascii="Gentium Plus" w:hAnsi="Gentium Plus"/>
          <w:sz w:val="24"/>
        </w:rPr>
        <w:t>Ἀπάλαμνος. ὁ μὴ δυνάμενος παλαμήσασθαι, ὅ ἐστι τεχνάσασθαι· παλάμαι γὰρ αἱ τέχναι. ἢ ὁ ἐν παλάμῃ, ὅ ἐστι τέχνῃ, μὴ μένων. Ἀπερωεύς. κωλυτής.</w:t>
      </w:r>
    </w:p>
    <w:p>
      <w:r>
        <w:rPr>
          <w:rFonts w:ascii="Courier New" w:hAnsi="Courier New"/>
          <w:color w:val="555555"/>
          <w:sz w:val="20"/>
        </w:rPr>
        <w:t>[5]</w:t>
      </w:r>
    </w:p>
    <w:p>
      <w:r>
        <w:rPr>
          <w:rFonts w:ascii="Gentium Plus" w:hAnsi="Gentium Plus"/>
          <w:sz w:val="24"/>
        </w:rPr>
        <w:t>Ἀπηχής. ὁ μὴ συνᾴδων. Ἀπέκτητος. ὁ ἀκτένιστος. πέκω γὰρ τὸ πλέ‐ κω καὶ κτενίζω. Ἀπόσιτος. ξένος. Ἀπάλαμνος. ἄπειρος, ἀσθενής.</w:t>
      </w:r>
    </w:p>
    <w:p>
      <w:r>
        <w:rPr>
          <w:rFonts w:ascii="Courier New" w:hAnsi="Courier New"/>
          <w:color w:val="555555"/>
          <w:sz w:val="20"/>
        </w:rPr>
        <w:t>[10]</w:t>
      </w:r>
    </w:p>
    <w:p>
      <w:r>
        <w:rPr>
          <w:rFonts w:ascii="Gentium Plus" w:hAnsi="Gentium Plus"/>
          <w:sz w:val="24"/>
        </w:rPr>
        <w:t>Ἀπηλεγής. σκληρός. Ἀπαράκτητος. ἀνόμοιος, ἀσύγκριτος. Ἀπερισάλπιγκτοι. ἀπεριήχητοι. Ἀπαθής. ἄλυπος. Ἀπολιναρισταί. οὗτοι ἔλεγον· ἐπειδὴ ἡ προσλη‐</w:t>
      </w:r>
    </w:p>
    <w:p>
      <w:r>
        <w:rPr>
          <w:rFonts w:ascii="Courier New" w:hAnsi="Courier New"/>
          <w:color w:val="555555"/>
          <w:sz w:val="20"/>
        </w:rPr>
        <w:t>[15]</w:t>
      </w:r>
    </w:p>
    <w:p>
      <w:r>
        <w:rPr>
          <w:rFonts w:ascii="Gentium Plus" w:hAnsi="Gentium Plus"/>
          <w:sz w:val="24"/>
        </w:rPr>
        <w:t>φθεῖσα σὰρξ ἐθεώθη, δῆλον, ὡς αὐτῇ καὶ ἡ θεότης συνέπαθε· καὶ τοῦτό ἐστι τὸ, ὡς θεὸς τιμᾶται καὶ συναλοίφεται, καθὼς φησὶ καὶ ὁ ἐν θεολόγοις Γρηγόριος. Ἀποσπάδας. τοὺς ἀποσπασθέντας.</w:t>
      </w:r>
    </w:p>
    <w:p>
      <w:r>
        <w:rPr>
          <w:rFonts w:ascii="Courier New" w:hAnsi="Courier New"/>
          <w:color w:val="555555"/>
          <w:sz w:val="20"/>
        </w:rPr>
        <w:t>[20]</w:t>
      </w:r>
    </w:p>
    <w:p>
      <w:r>
        <w:rPr>
          <w:rFonts w:ascii="Gentium Plus" w:hAnsi="Gentium Plus"/>
          <w:sz w:val="24"/>
        </w:rPr>
        <w:t>Ἀπὸ ἕθεν. ἀπὸ ἑαυτοῦ. ἐμὲ, σὲ, ἕ. ἀπὸ οὖν τοῦ ἓ τρίτου προσώπου πλεονασμῷ τῆς θεν συλ‐ λαβῆς ἕθεν. Ἀπείριτος. πολύς. ὁ δὲ ἀπείρηστος δίφθογ‐ γον καὶ η.</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Ἀπόφασις. λόγος, ἐν ᾧ τὸ ἀληθεύειν ἢ ψεύδε‐ σθαι ὑπάρχει. ἢ λόγος ἀποφαντικὸς τινὸς ἀπό τινος. ἢ ἀνατροπὴ τῆς καταφάσεως. οἷον· ὁ ποταμὸς οὐκ ἀνέρχεται· ὁ δὲ ἄρχων εἰσέρχεται.</w:t>
      </w:r>
    </w:p>
    <w:p>
      <w:r>
        <w:rPr>
          <w:rFonts w:ascii="Courier New" w:hAnsi="Courier New"/>
          <w:color w:val="555555"/>
          <w:sz w:val="20"/>
        </w:rPr>
        <w:t>[30]</w:t>
      </w:r>
    </w:p>
    <w:p>
      <w:r>
        <w:rPr>
          <w:rFonts w:ascii="Gentium Plus" w:hAnsi="Gentium Plus"/>
          <w:sz w:val="24"/>
        </w:rPr>
        <w:t>ἢ λόγος σημαίνων, τί ὂν τίνι μὴ ὑπάρχει. τὸ</w:t>
      </w:r>
    </w:p>
    <w:p>
      <w:r>
        <w:rPr>
          <w:rFonts w:ascii="Courier New" w:hAnsi="Courier New"/>
          <w:color w:val="555555"/>
          <w:sz w:val="20"/>
        </w:rPr>
        <w:t>[alpha 240]</w:t>
      </w:r>
    </w:p>
    <w:p>
      <w:r>
        <w:rPr>
          <w:rFonts w:ascii="Gentium Plus" w:hAnsi="Gentium Plus"/>
          <w:sz w:val="24"/>
        </w:rPr>
        <w:t>δὲ τίνι ὑπάρχει, δηλοῖ τὴν κατάφασιν, τὸ δὲ τίνι μὴ ὑπάρχει, σημαίνει τὴν ἀπόφασιν. ἀπό‐ φασις δὲ καὶ πρότασις καὶ πρόβλημα καὶ ἔν‐ στασις καὶ συμπέρασμα. τὰ πέντε ταῦτα οὐ‐</w:t>
      </w:r>
    </w:p>
    <w:p>
      <w:r>
        <w:rPr>
          <w:rFonts w:ascii="Courier New" w:hAnsi="Courier New"/>
          <w:color w:val="555555"/>
          <w:sz w:val="20"/>
        </w:rPr>
        <w:t>[5]</w:t>
      </w:r>
    </w:p>
    <w:p>
      <w:r>
        <w:rPr>
          <w:rFonts w:ascii="Gentium Plus" w:hAnsi="Gentium Plus"/>
          <w:sz w:val="24"/>
        </w:rPr>
        <w:t>δὲν κατὰ τὴν ὑπόστασιν ἀλλήλων διαφέρουσιν· ἡ δὲ διαφορὰ τούτων κατ’ ἐπίνοιαν ἢ κατά τινα γίνεται σχέσιν. ὅταν μὲν γὰρ ἁπλῶς ἀποφαί‐ νομαι, ὅτι ἡ ψυχὴ ἀθάνατός ἐστι, [ἀπόφασις λέγεται· ὅταν δὲ ὡς μέρος συλλογισμοῦ ληφθῇ,</w:t>
      </w:r>
    </w:p>
    <w:p>
      <w:r>
        <w:rPr>
          <w:rFonts w:ascii="Courier New" w:hAnsi="Courier New"/>
          <w:color w:val="555555"/>
          <w:sz w:val="20"/>
        </w:rPr>
        <w:t>[10]</w:t>
      </w:r>
    </w:p>
    <w:p>
      <w:r>
        <w:rPr>
          <w:rFonts w:ascii="Gentium Plus" w:hAnsi="Gentium Plus"/>
          <w:sz w:val="24"/>
        </w:rPr>
        <w:t>ὅτι ἡ ψυχὴ ἀθάνατός ἐστι,] τὸ ἀθάνατον, αὐ‐ τοκίνητον, τότε πρότασις ἐστὶ τὸ λέγειν ἡ ψυ‐ χὴ ἀθάνατος. ἡνίκα δὲ ἐνίσταται πρὸς τὴν πρότασιν ζητῶν, πόθεν δῆλον, ὅτι ἡ ψυχὴ ἀθά‐ νατός ἐστι, τότε τὸ τοιοῦτον ἔνστασις προσ‐</w:t>
      </w:r>
    </w:p>
    <w:p>
      <w:r>
        <w:rPr>
          <w:rFonts w:ascii="Courier New" w:hAnsi="Courier New"/>
          <w:color w:val="555555"/>
          <w:sz w:val="20"/>
        </w:rPr>
        <w:t>[15]</w:t>
      </w:r>
    </w:p>
    <w:p>
      <w:r>
        <w:rPr>
          <w:rFonts w:ascii="Gentium Plus" w:hAnsi="Gentium Plus"/>
          <w:sz w:val="24"/>
        </w:rPr>
        <w:t>αγορεύεται. ἡνίκα δὲ πάλιν προτείνομεν εἰς ζή‐ τησιν, ἆρά γε ἡ ψυχὴ ἀθάνατός ἐστι, καλεῖται πρόβλημα. ὅτε δὲ ἐκ προτάσεως συνάγεται, κα‐ λεῖται συμπέρασμα. Ἀπαξίωσις. καταφρόνησις. ὁ δὲ Φίλιππος ἐδυσ‐</w:t>
      </w:r>
    </w:p>
    <w:p>
      <w:r>
        <w:rPr>
          <w:rFonts w:ascii="Courier New" w:hAnsi="Courier New"/>
          <w:color w:val="555555"/>
          <w:sz w:val="20"/>
        </w:rPr>
        <w:t>[20]</w:t>
      </w:r>
    </w:p>
    <w:p>
      <w:r>
        <w:rPr>
          <w:rFonts w:ascii="Gentium Plus" w:hAnsi="Gentium Plus"/>
          <w:sz w:val="24"/>
        </w:rPr>
        <w:t>χέραινεν ἐπὶ τῇ τῶν Κερκυρέων ἀπαξιώσει— καὶ ἀπαξιῶν ἀντὶ τοῦ ἀνάξιον ἡγούμενος. Ἀπάρσεως. ἀναχωρήσεως. τῆς δὲ ἀλόγου ταύ‐ της ἀπάρσεως——. Ἁπληγίς. τὸ ἁπλοῦν ἱμάτιον, ὅπερ Ὅμηρος</w:t>
      </w:r>
    </w:p>
    <w:p>
      <w:r>
        <w:rPr>
          <w:rFonts w:ascii="Courier New" w:hAnsi="Courier New"/>
          <w:color w:val="555555"/>
          <w:sz w:val="20"/>
        </w:rPr>
        <w:t>[25]</w:t>
      </w:r>
    </w:p>
    <w:p>
      <w:r>
        <w:rPr>
          <w:rFonts w:ascii="Gentium Plus" w:hAnsi="Gentium Plus"/>
          <w:sz w:val="24"/>
        </w:rPr>
        <w:t>ἁπλοΐδα καλεῖ. παρὰ τὸ ἁπλῆ ἁπληῒς καὶ ἁπληγίς. Ἀποφράδες. αἱ ἀπηγορευμέναι ἡμέραι, ἃς οἱ παλαιοὶ καὶ ἀπεικάδας καλοῦσι. φθίνοντος τοῦ μηνὸς τετράδα τρίτην ἡμέραν. ἢ τὰς ἡμέρας,</w:t>
      </w:r>
    </w:p>
    <w:p>
      <w:r>
        <w:rPr>
          <w:rFonts w:ascii="Courier New" w:hAnsi="Courier New"/>
          <w:color w:val="555555"/>
          <w:sz w:val="20"/>
        </w:rPr>
        <w:t>[30]</w:t>
      </w:r>
    </w:p>
    <w:p>
      <w:r>
        <w:rPr>
          <w:rFonts w:ascii="Gentium Plus" w:hAnsi="Gentium Plus"/>
          <w:sz w:val="24"/>
        </w:rPr>
        <w:t>ἐν αἷς τὰς φονικὰς δίκας ἐδίκαζον, διὰ τὸ οἷον</w:t>
      </w:r>
    </w:p>
    <w:p>
      <w:r>
        <w:rPr>
          <w:rFonts w:ascii="Courier New" w:hAnsi="Courier New"/>
          <w:color w:val="555555"/>
          <w:sz w:val="20"/>
        </w:rPr>
        <w:t>[alpha 241]</w:t>
      </w:r>
    </w:p>
    <w:p>
      <w:r>
        <w:rPr>
          <w:rFonts w:ascii="Gentium Plus" w:hAnsi="Gentium Plus"/>
          <w:sz w:val="24"/>
        </w:rPr>
        <w:t>ἀποφράττεσθαι τὸ τῆς σελήνης φῶς ἐν αὐταῖς. καὶ τοὺς πονηροὺς δὲ ἀποφράδας ἐπιθετικῶς ἐκάλουν. [οἷον· ἄνθρωπος ἀποφρὰς καὶ βλέ‐ πων ἀπιστίαν. παρὰ τὸ φῶ ῥῆμα, φράζω, ὁ</w:t>
      </w:r>
    </w:p>
    <w:p>
      <w:r>
        <w:rPr>
          <w:rFonts w:ascii="Courier New" w:hAnsi="Courier New"/>
          <w:color w:val="555555"/>
          <w:sz w:val="20"/>
        </w:rPr>
        <w:t>[5]</w:t>
      </w:r>
    </w:p>
    <w:p>
      <w:r>
        <w:rPr>
          <w:rFonts w:ascii="Gentium Plus" w:hAnsi="Gentium Plus"/>
          <w:sz w:val="24"/>
        </w:rPr>
        <w:t>μέλλων φράσω, ἀποβολῇ τοῦ ω φρὰς καὶ ἀπο‐ φράς.] Ἀπορία. ἡ καθ’ ὑπεροχὴν ἑτέρου ἀσθενείας ὕπαρξις. Ἀπόγνωσις. ἐλπίδος στέρησις.</w:t>
      </w:r>
    </w:p>
    <w:p>
      <w:r>
        <w:rPr>
          <w:rFonts w:ascii="Courier New" w:hAnsi="Courier New"/>
          <w:color w:val="555555"/>
          <w:sz w:val="20"/>
        </w:rPr>
        <w:t>[10]</w:t>
      </w:r>
    </w:p>
    <w:p>
      <w:r>
        <w:rPr>
          <w:rFonts w:ascii="Gentium Plus" w:hAnsi="Gentium Plus"/>
          <w:sz w:val="24"/>
        </w:rPr>
        <w:t>Ἀπόνοια. ἡ χωρίζουσα τοῦ δέοντος, καὶ ἀποστα‐ σίαν ποιοῦσα τοῦ νοῦ. Ἀπάθεια. οὐ *τὸ μὴ πολεμεῖσθαι ὑπὸ δαι‐ μόνων,* τὸ μὴ λυπεῖσθαι ὑπὸ δαιμόνων. ἐπεὶ ἄρα ὀφείλομεν κατὰ τὸν Ἀπόστολον ἐξεληλυ‐</w:t>
      </w:r>
    </w:p>
    <w:p>
      <w:r>
        <w:rPr>
          <w:rFonts w:ascii="Courier New" w:hAnsi="Courier New"/>
          <w:color w:val="555555"/>
          <w:sz w:val="20"/>
        </w:rPr>
        <w:t>[15]</w:t>
      </w:r>
    </w:p>
    <w:p>
      <w:r>
        <w:rPr>
          <w:rFonts w:ascii="Gentium Plus" w:hAnsi="Gentium Plus"/>
          <w:sz w:val="24"/>
        </w:rPr>
        <w:t>θέναι ἐκ τοῦ κόσμου· ἀλλὰ πολεμουμένους ὑπ’ αὐτῶν ἀπολεμήτους μένειν. Ἀπάθειά ἐστιν ἄνθος τοῖς πρακτικοῖς· πρα‐ κτικὸν δὲ συνίστησιν ἡ τήρησις τῶν τοῦ χρι‐ στοῦ ἐντολῶν· τούτων δὲ φύλαξ ὁ φόβος αὐ‐</w:t>
      </w:r>
    </w:p>
    <w:p>
      <w:r>
        <w:rPr>
          <w:rFonts w:ascii="Courier New" w:hAnsi="Courier New"/>
          <w:color w:val="555555"/>
          <w:sz w:val="20"/>
        </w:rPr>
        <w:t>[20]</w:t>
      </w:r>
    </w:p>
    <w:p>
      <w:r>
        <w:rPr>
          <w:rFonts w:ascii="Gentium Plus" w:hAnsi="Gentium Plus"/>
          <w:sz w:val="24"/>
        </w:rPr>
        <w:t>τοῦ. ἔργον δὲ ἀπαθείας ἡ ἀγάπη. ἀπάθεια ἐστὶ κατάστασις ψυχῆς λογικῆς ἐκ πραότητος καὶ σωφροσύνης συνισταμένη. Ἀποτίμησις. τὸ ἀποτίμημα, καὶ τὸ τέλος, καὶ ὁ φόρος.</w:t>
      </w:r>
    </w:p>
    <w:p>
      <w:r>
        <w:rPr>
          <w:rFonts w:ascii="Courier New" w:hAnsi="Courier New"/>
          <w:color w:val="555555"/>
          <w:sz w:val="20"/>
        </w:rPr>
        <w:t>[25]</w:t>
      </w:r>
    </w:p>
    <w:p>
      <w:r>
        <w:rPr>
          <w:rFonts w:ascii="Gentium Plus" w:hAnsi="Gentium Plus"/>
          <w:sz w:val="24"/>
        </w:rPr>
        <w:t>Ἀπήχεια. ἀντὶ τοῦ ἀπέχθεια. οὕτως Λυσίας</w:t>
      </w:r>
    </w:p>
    <w:p>
      <w:r>
        <w:rPr>
          <w:rFonts w:ascii="Courier New" w:hAnsi="Courier New"/>
          <w:color w:val="555555"/>
          <w:sz w:val="20"/>
        </w:rPr>
        <w:t>[alpha 242]</w:t>
      </w:r>
    </w:p>
    <w:p>
      <w:r>
        <w:rPr>
          <w:rFonts w:ascii="Gentium Plus" w:hAnsi="Gentium Plus"/>
          <w:sz w:val="24"/>
        </w:rPr>
        <w:t>Ἀππία. ὁδὸς οὕτως καλεῖται ἀπὸ Ἀππίου Ῥω‐ μαίου τιμητοῦ, ὃς λιθομυλίᾳ ταύτην κατέστρω‐ σε καὶ ὕδατος ὀχετοὺς κατεσκεύασεν. Ἀπιστία. ἡ ἀσέβεια καὶ ἡ ἀπείθεια. οὕτως Πλά‐</w:t>
      </w:r>
    </w:p>
    <w:p>
      <w:r>
        <w:rPr>
          <w:rFonts w:ascii="Courier New" w:hAnsi="Courier New"/>
          <w:color w:val="555555"/>
          <w:sz w:val="20"/>
        </w:rPr>
        <w:t>[5]</w:t>
      </w:r>
    </w:p>
    <w:p>
      <w:r>
        <w:rPr>
          <w:rFonts w:ascii="Gentium Plus" w:hAnsi="Gentium Plus"/>
          <w:sz w:val="24"/>
        </w:rPr>
        <w:t>των. Ἁπλᾶς φησὶ Καλλίστρατος τὰ μονοπέλματα τῶν ὑποδημάτων. Ἀπόγνοια. ἀπόγνωσις. Θουκυδίδης· ἐνέπρησαν δὲ τὰ πλοῖα, οὕτως ἀπόγνοια ἦ.</w:t>
      </w:r>
    </w:p>
    <w:p>
      <w:r>
        <w:rPr>
          <w:rFonts w:ascii="Courier New" w:hAnsi="Courier New"/>
          <w:color w:val="555555"/>
          <w:sz w:val="20"/>
        </w:rPr>
        <w:t>[10]</w:t>
      </w:r>
    </w:p>
    <w:p>
      <w:r>
        <w:rPr>
          <w:rFonts w:ascii="Gentium Plus" w:hAnsi="Gentium Plus"/>
          <w:sz w:val="24"/>
        </w:rPr>
        <w:t>Ἀπὸ γραμμῆς. οἷον ἀπ’ ἀρχῆς. ἐκ μεταφο‐ ρᾶς τῆς τῶν δρομέων ἀφετηρίας, καὶ γραμμῆς, ἣν καὶ ἄφεσιν καὶ βαλβίδα καλοῦσιν. Ἀπογραφή. ἐπειδάν τις λέγει τινὰ ἔχειν τὶ τῶν τῆς πόλεως, ὁ ἐναγόμενος ἀπογραφὴν ποιεῖ‐</w:t>
      </w:r>
    </w:p>
    <w:p>
      <w:r>
        <w:rPr>
          <w:rFonts w:ascii="Courier New" w:hAnsi="Courier New"/>
          <w:color w:val="555555"/>
          <w:sz w:val="20"/>
        </w:rPr>
        <w:t>[15]</w:t>
      </w:r>
    </w:p>
    <w:p>
      <w:r>
        <w:rPr>
          <w:rFonts w:ascii="Gentium Plus" w:hAnsi="Gentium Plus"/>
          <w:sz w:val="24"/>
        </w:rPr>
        <w:t>ται, δηλῶν ὅσα τὲ ἔχει καὶ ὅθεν τὰ χρήματα. Ἀπὸ δόξης. ἀπὸ εἰκασμοῦ. Ἀποθήκη. καὶ ἡ ἀποστροφή. οὕτως Φίλιστος. Ἀποκαραδοκία καὶ ἀποκαραδοκῶν. ὁ προσδο‐ κῶν. ὁ δὲ καθῆστο ἐν τῇ παρεμβολῇ ἀποκα‐</w:t>
      </w:r>
    </w:p>
    <w:p>
      <w:r>
        <w:rPr>
          <w:rFonts w:ascii="Courier New" w:hAnsi="Courier New"/>
          <w:color w:val="555555"/>
          <w:sz w:val="20"/>
        </w:rPr>
        <w:t>[20]</w:t>
      </w:r>
    </w:p>
    <w:p>
      <w:r>
        <w:rPr>
          <w:rFonts w:ascii="Gentium Plus" w:hAnsi="Gentium Plus"/>
          <w:sz w:val="24"/>
        </w:rPr>
        <w:t>ραδοκῶν, ὅπη καὶ τύχης χωρήσοι τὰ πράγματα. Ἀπώλεια. τὰ διὰ τοῦ εια προπαροξύτονα, ἔχον‐ τα ἐνεστῶτα ἀντὶ παρακειμένου, δίφθογγον ἔχει· οἷον· ἀνθῶ, ἄνθεια· θαλῶ, θάλεια· χαι‐ ρῶ, χαίρεια· κρατῶ, κράτεια· μήδω, μήδεια.</w:t>
      </w:r>
    </w:p>
    <w:p>
      <w:r>
        <w:rPr>
          <w:rFonts w:ascii="Courier New" w:hAnsi="Courier New"/>
          <w:color w:val="555555"/>
          <w:sz w:val="20"/>
        </w:rPr>
        <w:t>[25]</w:t>
      </w:r>
    </w:p>
    <w:p>
      <w:r>
        <w:rPr>
          <w:rFonts w:ascii="Gentium Plus" w:hAnsi="Gentium Plus"/>
          <w:sz w:val="24"/>
        </w:rPr>
        <w:t>[ἐπὶ γυναικὸς τῆς ἡρωΐδος· ἐπὶ δὲ τῆς χώρας διὰ τοῦ ι· ἐπὶ τῆς πόλεως μίδεια.] προπαρο‐</w:t>
      </w:r>
    </w:p>
    <w:p>
      <w:r>
        <w:rPr>
          <w:rFonts w:ascii="Courier New" w:hAnsi="Courier New"/>
          <w:color w:val="555555"/>
          <w:sz w:val="20"/>
        </w:rPr>
        <w:t>[alpha 243]</w:t>
      </w:r>
    </w:p>
    <w:p>
      <w:r>
        <w:rPr>
          <w:rFonts w:ascii="Gentium Plus" w:hAnsi="Gentium Plus"/>
          <w:sz w:val="24"/>
        </w:rPr>
        <w:t>ι. τὰ δὲ διὰ τοῦ ὄλλω ἐκτείνουσι τὸ ω· ἐξώ‐ λεια, προώλεια. Ἀποκλήρωσις. διανομὴ, μερισμός· μέρος εἰς ἀμείνονα λῆξιν. λῆξις δέ ἐστι μερὶς, παῦσις.</w:t>
      </w:r>
    </w:p>
    <w:p>
      <w:r>
        <w:rPr>
          <w:rFonts w:ascii="Courier New" w:hAnsi="Courier New"/>
          <w:color w:val="555555"/>
          <w:sz w:val="20"/>
        </w:rPr>
        <w:t>[5]</w:t>
      </w:r>
    </w:p>
    <w:p>
      <w:r>
        <w:rPr>
          <w:rFonts w:ascii="Gentium Plus" w:hAnsi="Gentium Plus"/>
          <w:sz w:val="24"/>
        </w:rPr>
        <w:t>κληρονομία. Ἀπόκρισις. ἡ ἀπολογία. οὕτως Λυσίας, Ἀντιφῶν καὶ Δημοσθένης. Ἀπομαγδαλία. τὸ σταῖς, ᾧ ἀπομάττονται οἱ μάγειροι, ὅπερ ἐκάλουν χειρόμακτρον, ὃ μετὰ</w:t>
      </w:r>
    </w:p>
    <w:p>
      <w:r>
        <w:rPr>
          <w:rFonts w:ascii="Courier New" w:hAnsi="Courier New"/>
          <w:color w:val="555555"/>
          <w:sz w:val="20"/>
        </w:rPr>
        <w:t>[10]</w:t>
      </w:r>
    </w:p>
    <w:p>
      <w:r>
        <w:rPr>
          <w:rFonts w:ascii="Gentium Plus" w:hAnsi="Gentium Plus"/>
          <w:sz w:val="24"/>
        </w:rPr>
        <w:t>τὴν ἐργασίαν ἀπέῤῥιπτον τοῖς κυσίν. ἢ ἡ τῶν κυνῶν τροφή. Ἀπολλωνίτις. χώρα. οἶμαι δὲ καὶ ἐπὶ ἀρσε‐ νικοῦ γράφεται. Ἀπὸ πεντόζοιο. πεντακλάδου. Ἡσίοδος·</w:t>
      </w:r>
    </w:p>
    <w:p>
      <w:r>
        <w:rPr>
          <w:rFonts w:ascii="Courier New" w:hAnsi="Courier New"/>
          <w:color w:val="555555"/>
          <w:sz w:val="20"/>
        </w:rPr>
        <w:t>[15]</w:t>
      </w:r>
    </w:p>
    <w:p>
      <w:r>
        <w:rPr>
          <w:rFonts w:ascii="Gentium Plus" w:hAnsi="Gentium Plus"/>
          <w:sz w:val="24"/>
        </w:rPr>
        <w:t>—μὴ δ’ ἀπὸ πεντόζοιο ...... αὖον ἀπὸ χλωροῦ τάμνειν αἴθωνι σιδήρῳ. πεντάκλαδος ἡ χείρ. μὴ ὀνυχίσῃς, φησὶν, ἐν ἑορτῇ ξηρὸν ὄνυχα. χλωρὸν δὲ τὸ ζωτικὸν αἷμα. ἀσεβὲς γὰρ τὸ ὀνυχίζεσθαι ἐν ἑορτῇ θεῶν. κλί‐</w:t>
      </w:r>
    </w:p>
    <w:p>
      <w:r>
        <w:rPr>
          <w:rFonts w:ascii="Courier New" w:hAnsi="Courier New"/>
          <w:color w:val="555555"/>
          <w:sz w:val="20"/>
        </w:rPr>
        <w:t>[20]</w:t>
      </w:r>
    </w:p>
    <w:p>
      <w:r>
        <w:rPr>
          <w:rFonts w:ascii="Gentium Plus" w:hAnsi="Gentium Plus"/>
          <w:sz w:val="24"/>
        </w:rPr>
        <w:t>νεται δὲ ἡ πέντοζος, τῆς πεντόζου. Ἀποῤῥῶγες. ἐξοχαὶ ἀπεσχισμέναι, ἀπεῤῥηγμέ‐ ναι, ἀπ’ ἀλλήλων ἀπεσπασμέναι. [ἀπὸ τοῦ ρω ῥὴξ, καὶ τροπῇ ῥὼξ, καὶ κλίνεται ῥωγὸς καὶ</w:t>
      </w:r>
    </w:p>
    <w:p>
      <w:r>
        <w:rPr>
          <w:rFonts w:ascii="Courier New" w:hAnsi="Courier New"/>
          <w:color w:val="555555"/>
          <w:sz w:val="20"/>
        </w:rPr>
        <w:t>[alpha 244]</w:t>
      </w:r>
    </w:p>
    <w:p>
      <w:r>
        <w:rPr>
          <w:rFonts w:ascii="Gentium Plus" w:hAnsi="Gentium Plus"/>
          <w:sz w:val="24"/>
        </w:rPr>
        <w:t>Ἀπόνοια. ἄνοια, ὕβρις. Ἀποπληξία. θλίψις, μανία, ἄνοια, ἢ πλῆθος ἰχῶρος τὲ καὶ πνεύματος, ἐπισχόντος τὴν ἀνα‐ πνοήν.</w:t>
      </w:r>
    </w:p>
    <w:p>
      <w:r>
        <w:rPr>
          <w:rFonts w:ascii="Courier New" w:hAnsi="Courier New"/>
          <w:color w:val="555555"/>
          <w:sz w:val="20"/>
        </w:rPr>
        <w:t>[5]</w:t>
      </w:r>
    </w:p>
    <w:p>
      <w:r>
        <w:rPr>
          <w:rFonts w:ascii="Gentium Plus" w:hAnsi="Gentium Plus"/>
          <w:sz w:val="24"/>
        </w:rPr>
        <w:t>Ἀποπομπή. ἡ ἀποτροπή. Ἀποπορεία. ἡ ἐπαναχώρησις, ἡ ἐπαναστρο‐ φὴ, ἡ ἐπάνοδος. ἐπιταχύναι τὴν ἀποπορείαν. Ἀπορησία. ἀντὶ τοῦ ἀπορία. οὕτως Εὔβουλος. Ἀπόῤῥησις. ἡ ἀπαγόρευσις. ὁ δὲ οὐκ ἤνεγκε τὴν</w:t>
      </w:r>
    </w:p>
    <w:p>
      <w:r>
        <w:rPr>
          <w:rFonts w:ascii="Courier New" w:hAnsi="Courier New"/>
          <w:color w:val="555555"/>
          <w:sz w:val="20"/>
        </w:rPr>
        <w:t>[10]</w:t>
      </w:r>
    </w:p>
    <w:p>
      <w:r>
        <w:rPr>
          <w:rFonts w:ascii="Gentium Plus" w:hAnsi="Gentium Plus"/>
          <w:sz w:val="24"/>
        </w:rPr>
        <w:t>ἀπόῤῥησιν, ἀλλὰ θυμοῦ πληρωθεὶς ἔφη·— σημαίνει δὲ καὶ τὴν ἀποκήρυξιν. Ἀποῤῥοῆς. σταγόνος. Ἄπορος χώρα. ἀντὶ τοῦ ἀπόρευτος. Ἀποσκευή. ἡ τῶν ἐπιτηδείων κομιδή. τὸ παρ’</w:t>
      </w:r>
    </w:p>
    <w:p>
      <w:r>
        <w:rPr>
          <w:rFonts w:ascii="Courier New" w:hAnsi="Courier New"/>
          <w:color w:val="555555"/>
          <w:sz w:val="20"/>
        </w:rPr>
        <w:t>[15]</w:t>
      </w:r>
    </w:p>
    <w:p>
      <w:r>
        <w:rPr>
          <w:rFonts w:ascii="Gentium Plus" w:hAnsi="Gentium Plus"/>
          <w:sz w:val="24"/>
        </w:rPr>
        <w:t>ἡμῖν λεγόμενον τοῦλδον. τὰ σαγμάρια. συν‐ έταξε δὲ τούτοις καὶ τὴν ἀποσκευήν. Ἀποστολαί. δῶρα, ἀποπέμψεις. Ἀποστολικὴ πολιτεία. τουτέστιν ὀφθαλμῶν ἀκρίβεια, γλώσσης ἐγκράτεια καὶ τὰ ὅμοια.</w:t>
      </w:r>
    </w:p>
    <w:p>
      <w:r>
        <w:rPr>
          <w:rFonts w:ascii="Courier New" w:hAnsi="Courier New"/>
          <w:color w:val="555555"/>
          <w:sz w:val="20"/>
        </w:rPr>
        <w:t>[20]</w:t>
      </w:r>
    </w:p>
    <w:p>
      <w:r>
        <w:rPr>
          <w:rFonts w:ascii="Gentium Plus" w:hAnsi="Gentium Plus"/>
          <w:sz w:val="24"/>
        </w:rPr>
        <w:t>Ἀποστροφή. ἀντὶ τοῦ καταστροφή. Ἀπόταξις. τὸ χωρὶς τετάχθαι τοὺς πρότερον ἀλλήλοις συντεταγμένους εἰς τὸ ὑπηρετεῖν τὸν</w:t>
      </w:r>
    </w:p>
    <w:p>
      <w:r>
        <w:rPr>
          <w:rFonts w:ascii="Courier New" w:hAnsi="Courier New"/>
          <w:color w:val="555555"/>
          <w:sz w:val="20"/>
        </w:rPr>
        <w:t>[alpha 245]</w:t>
      </w:r>
    </w:p>
    <w:p>
      <w:r>
        <w:rPr>
          <w:rFonts w:ascii="Gentium Plus" w:hAnsi="Gentium Plus"/>
          <w:sz w:val="24"/>
        </w:rPr>
        <w:t>Ἀπροτίμαστος. ἄψαυστος ἢ ἄθικτος, ἡ μὴ ἐπιζητηθεῖσα πρὸς μίξιν. παρὰ τὸ μάω, *μῶ,* τὸ ζητῶ, ἢ παρὰ τὸ μαστεύω, ὃ σημαίνει τὸ ζητῶ.</w:t>
      </w:r>
    </w:p>
    <w:p>
      <w:r>
        <w:rPr>
          <w:rFonts w:ascii="Courier New" w:hAnsi="Courier New"/>
          <w:color w:val="555555"/>
          <w:sz w:val="20"/>
        </w:rPr>
        <w:t>[5]</w:t>
      </w:r>
    </w:p>
    <w:p>
      <w:r>
        <w:rPr>
          <w:rFonts w:ascii="Gentium Plus" w:hAnsi="Gentium Plus"/>
          <w:sz w:val="24"/>
        </w:rPr>
        <w:t>Ἀπτήν. ἡ μηδέποτε πτᾶσα, ἡ μὴ πετομένη. καὶ κλίνεται ἀπτῆνος. παρὰ τὸ πέτω πετὴν καὶ ἀπτὴν, ἡ μὴ ἵπτασθαι δυναμένη διὰ σμικρό‐ τητα. Ἄπρως. θηλυκόν· πόλις δέ ἐστι Θρᾴκης. ὁ πο‐</w:t>
      </w:r>
    </w:p>
    <w:p>
      <w:r>
        <w:rPr>
          <w:rFonts w:ascii="Courier New" w:hAnsi="Courier New"/>
          <w:color w:val="555555"/>
          <w:sz w:val="20"/>
        </w:rPr>
        <w:t>[10]</w:t>
      </w:r>
    </w:p>
    <w:p>
      <w:r>
        <w:rPr>
          <w:rFonts w:ascii="Gentium Plus" w:hAnsi="Gentium Plus"/>
          <w:sz w:val="24"/>
        </w:rPr>
        <w:t>λίτης Ἀπραῖος. ἐγὼ δέ φημι Ἀπρηνὸς, καὶ τὸ Ἄπρως μηκιστογραφῶ, ὡς τὸ Ἄθως. Ἀπρόσκλητος. ἡ μὴ τυχοῦσα τῶν καλουμένων κλητόρων κατὰ τὸν νόμον. Ἀπότριψις. μέλλησις· ἀπάγγελσις· ἀγώνισις,</w:t>
      </w:r>
    </w:p>
    <w:p>
      <w:r>
        <w:rPr>
          <w:rFonts w:ascii="Courier New" w:hAnsi="Courier New"/>
          <w:color w:val="555555"/>
          <w:sz w:val="20"/>
        </w:rPr>
        <w:t>[15]</w:t>
      </w:r>
    </w:p>
    <w:p>
      <w:r>
        <w:rPr>
          <w:rFonts w:ascii="Gentium Plus" w:hAnsi="Gentium Plus"/>
          <w:sz w:val="24"/>
        </w:rPr>
        <w:t>προάγγελσις· τέκμαρσις, κάθεξις. Ἀπουρία. ἡ ἐξ ἀνίσων γάμων σπορὰ, οἷον ἀπὸ δούλης ἢ ἀπὸ δούλου. Ἀπόφασις. Δημοσθένης. τὸ ἀποφαίνειν διὰ γραμμάτων κατὰ μέρος, ὁπόσην οὐσίαν ἔχει,</w:t>
      </w:r>
    </w:p>
    <w:p>
      <w:r>
        <w:rPr>
          <w:rFonts w:ascii="Courier New" w:hAnsi="Courier New"/>
          <w:color w:val="555555"/>
          <w:sz w:val="20"/>
        </w:rPr>
        <w:t>[20]</w:t>
      </w:r>
    </w:p>
    <w:p>
      <w:r>
        <w:rPr>
          <w:rFonts w:ascii="Gentium Plus" w:hAnsi="Gentium Plus"/>
          <w:sz w:val="24"/>
        </w:rPr>
        <w:t>ὅπερ ἐν ταῖς ἀντιδόσεσι μάλιστα γίνεται. κα‐ λεῖται δὲ αὐτὸ καὶ ἀπογραφή. Ἀπραγμοσύνη. ἡ καταφρόνησις, ἡ ἀμέλεια. [ὁ δὲ Ἰουστινιανὸς ἄδικον αὐτῶν ἀπεκάλει τὴν ἐς κουτριγούρους ἀπραγμοσύνην. καὶ ἀπραγμο‐</w:t>
      </w:r>
    </w:p>
    <w:p>
      <w:r>
        <w:rPr>
          <w:rFonts w:ascii="Courier New" w:hAnsi="Courier New"/>
          <w:color w:val="555555"/>
          <w:sz w:val="20"/>
        </w:rPr>
        <w:t>[25]</w:t>
      </w:r>
    </w:p>
    <w:p>
      <w:r>
        <w:rPr>
          <w:rFonts w:ascii="Gentium Plus" w:hAnsi="Gentium Plus"/>
          <w:sz w:val="24"/>
        </w:rPr>
        <w:t>σύνη, εἶδος ἄνθους. μίλακος ὄζων καὶ ἀπραγ‐</w:t>
      </w:r>
    </w:p>
    <w:p>
      <w:r>
        <w:rPr>
          <w:rFonts w:ascii="Courier New" w:hAnsi="Courier New"/>
          <w:color w:val="555555"/>
          <w:sz w:val="20"/>
        </w:rPr>
        <w:t>[alpha 246]</w:t>
      </w:r>
    </w:p>
    <w:p>
      <w:r>
        <w:rPr>
          <w:rFonts w:ascii="Gentium Plus" w:hAnsi="Gentium Plus"/>
          <w:sz w:val="24"/>
        </w:rPr>
        <w:t>Ἀποίκησις. ἡ μετοίκησις. Ἀπφά. ἀδελφῆς καὶ ἀδελφοῦ ὑποκόρισμα. Ἀπανάστασις. ἀποικία, μετανάστασις. Ἀπέχθεια. μῖσος.</w:t>
      </w:r>
    </w:p>
    <w:p>
      <w:r>
        <w:rPr>
          <w:rFonts w:ascii="Courier New" w:hAnsi="Courier New"/>
          <w:color w:val="555555"/>
          <w:sz w:val="20"/>
        </w:rPr>
        <w:t>[5]</w:t>
      </w:r>
    </w:p>
    <w:p>
      <w:r>
        <w:rPr>
          <w:rFonts w:ascii="Gentium Plus" w:hAnsi="Gentium Plus"/>
          <w:sz w:val="24"/>
        </w:rPr>
        <w:t>Ἀπέλεθρον. ἀμέτρητον καὶ πολλὴν δύναμιν· πέλεθρον γὰρ καὶ πλέθρον μέτρον γῆς. Ἀπειλή. ἡ μετ’ ὀργῆς ἐπίπληξις. παρὰ τὸ ἄπο‐ θεν εἶναι ἐλέους, ἢ παρὰ τὸ ἀπείλλειν, ὅ ἐστιν ἀπείργειν· ὁ γὰρ ἀπειλῶν τὸν θέλοντά τι πράτ‐</w:t>
      </w:r>
    </w:p>
    <w:p>
      <w:r>
        <w:rPr>
          <w:rFonts w:ascii="Courier New" w:hAnsi="Courier New"/>
          <w:color w:val="555555"/>
          <w:sz w:val="20"/>
        </w:rPr>
        <w:t>[10]</w:t>
      </w:r>
    </w:p>
    <w:p>
      <w:r>
        <w:rPr>
          <w:rFonts w:ascii="Gentium Plus" w:hAnsi="Gentium Plus"/>
          <w:sz w:val="24"/>
        </w:rPr>
        <w:t>τειν ἀπείργει. ἢ παρὰ τὴν ἀπὸ καὶ τοῦ εἰλῶ, ἡ ἀποκλείουσα τῶν δεόντων. ἔστι γὰρ ἀπειλὴ λόγος συστρέφων τὸ δέον, ἢ λόγος ἀπείργων τῶν ἁμαρτημάτων. σημαίνει δὲ τρία· τὸ καυ‐ χῶμαι, ὡς τό·</w:t>
      </w:r>
    </w:p>
    <w:p>
      <w:r>
        <w:rPr>
          <w:rFonts w:ascii="Courier New" w:hAnsi="Courier New"/>
          <w:color w:val="555555"/>
          <w:sz w:val="20"/>
        </w:rPr>
        <w:t>[15]</w:t>
      </w:r>
    </w:p>
    <w:p>
      <w:r>
        <w:rPr>
          <w:rFonts w:ascii="Gentium Plus" w:hAnsi="Gentium Plus"/>
          <w:sz w:val="24"/>
        </w:rPr>
        <w:t>—ποτ’ ἀπειλήσει— ἐπὶ δὲ εὐχῆς· —οὐδ’ ἠπείλησεν ἄνακτι— ἐπὶ δὲ ὀργῆς· —αἶψα δ’ ἀναστὰς</w:t>
      </w:r>
    </w:p>
    <w:p>
      <w:r>
        <w:rPr>
          <w:rFonts w:ascii="Courier New" w:hAnsi="Courier New"/>
          <w:color w:val="555555"/>
          <w:sz w:val="20"/>
        </w:rPr>
        <w:t>[20]</w:t>
      </w:r>
    </w:p>
    <w:p>
      <w:r>
        <w:rPr>
          <w:rFonts w:ascii="Gentium Plus" w:hAnsi="Gentium Plus"/>
          <w:sz w:val="24"/>
        </w:rPr>
        <w:t>ἠπείλησε μῦθον— τὸ δὲ εὔχομαι, παρὰ τὸ ἀπέλλας, τὰς φιά‐ λας, δι’ ὧν σπένδοντες. εὐχόμεθα. [τὰ εἰς η λήγοντα θηλυκὰ, παραλήγοντα ἑνὶ τῶν δασέων ἢ ψιλῶν, ἢ ἔν τινι τῶν μέσων, οὐδέποτε τῇ</w:t>
      </w:r>
    </w:p>
    <w:p>
      <w:r>
        <w:rPr>
          <w:rFonts w:ascii="Courier New" w:hAnsi="Courier New"/>
          <w:color w:val="555555"/>
          <w:sz w:val="20"/>
        </w:rPr>
        <w:t>[25]</w:t>
      </w:r>
    </w:p>
    <w:p>
      <w:r>
        <w:rPr>
          <w:rFonts w:ascii="Gentium Plus" w:hAnsi="Gentium Plus"/>
          <w:sz w:val="24"/>
        </w:rPr>
        <w:t>ει διφθόγγῳ παραλήγουσι, πλὴν τοῦ πείνη,</w:t>
      </w:r>
    </w:p>
    <w:p>
      <w:r>
        <w:rPr>
          <w:rFonts w:ascii="Courier New" w:hAnsi="Courier New"/>
          <w:color w:val="555555"/>
          <w:sz w:val="20"/>
        </w:rPr>
        <w:t>[alpha 247]</w:t>
      </w:r>
    </w:p>
    <w:p>
      <w:r>
        <w:rPr>
          <w:rFonts w:ascii="Gentium Plus" w:hAnsi="Gentium Plus"/>
          <w:sz w:val="24"/>
        </w:rPr>
        <w:t>[Ἀπήνη. ἡ ἅμαξα. παρὰ τὸ ἄνω τὸ ἀνύω, ἄνη καὶ ἀπάνη, καὶ τροπῇ τοῦ α εἰς η ἀπήνη.] Ἄπυστος. ὁ ἀνήκουστος. ἀπὸ τοῦ πεύθω, πευ‐ στὸς καὶ ἄπυστος.</w:t>
      </w:r>
    </w:p>
    <w:p>
      <w:r>
        <w:rPr>
          <w:rFonts w:ascii="Courier New" w:hAnsi="Courier New"/>
          <w:color w:val="555555"/>
          <w:sz w:val="20"/>
        </w:rPr>
        <w:t>[5]</w:t>
      </w:r>
    </w:p>
    <w:p>
      <w:r>
        <w:rPr>
          <w:rFonts w:ascii="Gentium Plus" w:hAnsi="Gentium Plus"/>
          <w:sz w:val="24"/>
        </w:rPr>
        <w:t>Ἀπαισός. πόλις κατὰ τὴν Τρωάδα. λέγουσι καὶ δίχα τοῦ α. ὅς ῥ’ ἐνὶ Παισῷ. ὁ πολίτης Ἀπαισηνὸς καὶ Παίσιος. Ἀπάμεια. πόλις Συρίας. ἀπὸ τῆς Ἀπύνας,</w:t>
      </w:r>
    </w:p>
    <w:p>
      <w:r>
        <w:rPr>
          <w:rFonts w:ascii="Courier New" w:hAnsi="Courier New"/>
          <w:color w:val="555555"/>
          <w:sz w:val="20"/>
        </w:rPr>
        <w:t>[10]</w:t>
      </w:r>
    </w:p>
    <w:p>
      <w:r>
        <w:rPr>
          <w:rFonts w:ascii="Gentium Plus" w:hAnsi="Gentium Plus"/>
          <w:sz w:val="24"/>
        </w:rPr>
        <w:t>τῆς Σελεύκου μητρός. ὁ πολίτης Ἀπαμεύς. Ἀπαιόλη. ἀπατητική. Ἀποφοίτησις. χωρισμὸς ἢ ἀναχώρησις. Ἀποῤῥοή. ἡ ἀπὸ σταγόνος τινὸς ῥέουσα. Ἀπόμοιρα. μερὶς, κλῆρος.</w:t>
      </w:r>
    </w:p>
    <w:p>
      <w:r>
        <w:rPr>
          <w:rFonts w:ascii="Courier New" w:hAnsi="Courier New"/>
          <w:color w:val="555555"/>
          <w:sz w:val="20"/>
        </w:rPr>
        <w:t>[15]</w:t>
      </w:r>
    </w:p>
    <w:p>
      <w:r>
        <w:rPr>
          <w:rFonts w:ascii="Gentium Plus" w:hAnsi="Gentium Plus"/>
          <w:sz w:val="24"/>
        </w:rPr>
        <w:t>Ἀπογραφή. ἡ ἀρίθμησις. Ἀπραγμάτευτος. ἡ μηδένα κόπον ἔχουσα, ἡ ἀπολυπραγμόνητος. Ἀπαρτία. ὁ κατὰ τὸν οἶκον κόσμος, ἤτοι τὰ λεγόμενα ἔπιπλα. ἔστι καὶ ἀπαρτῶ, παράγωγον</w:t>
      </w:r>
    </w:p>
    <w:p>
      <w:r>
        <w:rPr>
          <w:rFonts w:ascii="Courier New" w:hAnsi="Courier New"/>
          <w:color w:val="555555"/>
          <w:sz w:val="20"/>
        </w:rPr>
        <w:t>[20]</w:t>
      </w:r>
    </w:p>
    <w:p>
      <w:r>
        <w:rPr>
          <w:rFonts w:ascii="Gentium Plus" w:hAnsi="Gentium Plus"/>
          <w:sz w:val="24"/>
        </w:rPr>
        <w:t>ἀπαρτίζω· τὸ ἀρτίως ὅ ἐστιν εὐαρμόστως συμ‐ πληρῶ. *Ἀπηνή. ἡ ἀναιδὴς, καὶ ἀπάνθρωπος, καὶ</w:t>
      </w:r>
    </w:p>
    <w:p>
      <w:r>
        <w:rPr>
          <w:rFonts w:ascii="Courier New" w:hAnsi="Courier New"/>
          <w:color w:val="555555"/>
          <w:sz w:val="20"/>
        </w:rPr>
        <w:t>[alpha 248]</w:t>
      </w:r>
    </w:p>
    <w:p>
      <w:r>
        <w:rPr>
          <w:rFonts w:ascii="Gentium Plus" w:hAnsi="Gentium Plus"/>
          <w:sz w:val="24"/>
        </w:rPr>
        <w:t>Ἀπαρκτίαις. ταῖς ἀπὸ τῆς ἄρκτου πνοαῖς. καὶ ἀπαρκτίας ἄνεμος, ὁ ἀπὸ τῆς ἄρκτου πνέων. Ἀπάγεια. ἡ μήπω συμπαγεῖσα. Ἀπίης. ξένης.</w:t>
      </w:r>
    </w:p>
    <w:p>
      <w:r>
        <w:rPr>
          <w:rFonts w:ascii="Courier New" w:hAnsi="Courier New"/>
          <w:color w:val="555555"/>
          <w:sz w:val="20"/>
        </w:rPr>
        <w:t>[5]</w:t>
      </w:r>
    </w:p>
    <w:p>
      <w:r>
        <w:rPr>
          <w:rFonts w:ascii="Gentium Plus" w:hAnsi="Gentium Plus"/>
          <w:sz w:val="24"/>
        </w:rPr>
        <w:t>—ἐξ ἀπίης γαίης—. Ἀποσφήλωσις. ἡ ἀποπληξία. Ἀπεμπολὴ καὶ ἀπεμπόλησις. ἡ μετὰ ἀπά‐ της πρᾶσις καὶ ἐμπορία. Ἀποπληξία. τὸ μετὰ ἀναισθησίας καὶ παρ‐</w:t>
      </w:r>
    </w:p>
    <w:p>
      <w:r>
        <w:rPr>
          <w:rFonts w:ascii="Courier New" w:hAnsi="Courier New"/>
          <w:color w:val="555555"/>
          <w:sz w:val="20"/>
        </w:rPr>
        <w:t>[10]</w:t>
      </w:r>
    </w:p>
    <w:p>
      <w:r>
        <w:rPr>
          <w:rFonts w:ascii="Gentium Plus" w:hAnsi="Gentium Plus"/>
          <w:sz w:val="24"/>
        </w:rPr>
        <w:t>έσεως πάθος. Ἀπαγωγάς. αἰχμαλωσίας. Ἀπανθρωπία. ἡ κακία. ὅταν γάρ τις μὴ κατὰ ἄνθρωπον ποιῇ, τοῦτο ἀπανθρωπία. Ἀποκαραδοκία. προσδοκία, ἐλπίς.</w:t>
      </w:r>
    </w:p>
    <w:p>
      <w:r>
        <w:rPr>
          <w:rFonts w:ascii="Courier New" w:hAnsi="Courier New"/>
          <w:color w:val="555555"/>
          <w:sz w:val="20"/>
        </w:rPr>
        <w:t>[15]</w:t>
      </w:r>
    </w:p>
    <w:p>
      <w:r>
        <w:rPr>
          <w:rFonts w:ascii="Gentium Plus" w:hAnsi="Gentium Plus"/>
          <w:sz w:val="24"/>
        </w:rPr>
        <w:t>Ἀπάθεια τοῦ νοῦ. ἀπὸ τῆς κτίσεως ἀποδημία. Ἀπαράτρωτος. ἀπαρασάλευτος. Ἀπὸ κοπρίας. ἀπὸ πειρασμοῦ. Ἀποκοπή. ἡ ἐκ τοῦ τέλους ἄρσις. οἷον· κυκεῶ‐ να, κυκεῶ· ἱδρῶτα, ἱδρῶ.</w:t>
      </w:r>
    </w:p>
    <w:p>
      <w:r>
        <w:rPr>
          <w:rFonts w:ascii="Courier New" w:hAnsi="Courier New"/>
          <w:color w:val="555555"/>
          <w:sz w:val="20"/>
        </w:rPr>
        <w:t>[20]</w:t>
      </w:r>
    </w:p>
    <w:p>
      <w:r>
        <w:rPr>
          <w:rFonts w:ascii="Gentium Plus" w:hAnsi="Gentium Plus"/>
          <w:sz w:val="24"/>
        </w:rPr>
        <w:t>Ἀπήχησις. ὁ ἦχος καὶ ἡ προφορὰ καὶ ἡ ἐκφώ‐</w:t>
      </w:r>
    </w:p>
    <w:p>
      <w:r>
        <w:rPr>
          <w:rFonts w:ascii="Courier New" w:hAnsi="Courier New"/>
          <w:color w:val="555555"/>
          <w:sz w:val="20"/>
        </w:rPr>
        <w:t>[alpha 249]</w:t>
      </w:r>
    </w:p>
    <w:p>
      <w:r>
        <w:rPr>
          <w:rFonts w:ascii="Gentium Plus" w:hAnsi="Gentium Plus"/>
          <w:sz w:val="24"/>
        </w:rPr>
        <w:t>Ἀπόστροφος. σημεῖον ἐκθλίψεως φωνήεντος *ἢ φωνηέντων,* οἷον· ὣς ἔφατ’ εὐχόμενος— ἀπόστροφος δὲ διὰ τὸ νεύειν ἐπὶ τὰ ἔσω κάτω.</w:t>
      </w:r>
    </w:p>
    <w:p>
      <w:r>
        <w:rPr>
          <w:rFonts w:ascii="Courier New" w:hAnsi="Courier New"/>
          <w:color w:val="555555"/>
          <w:sz w:val="20"/>
        </w:rPr>
        <w:t>[5]</w:t>
      </w:r>
    </w:p>
    <w:p>
      <w:r>
        <w:rPr>
          <w:rFonts w:ascii="Gentium Plus" w:hAnsi="Gentium Plus"/>
          <w:sz w:val="24"/>
        </w:rPr>
        <w:t>τίθεται δὲ ἀντὶ τεσσάρων· ἀντὶ τοῦ α· ἀντὶ τοῦ ε· ἀντὶ τοῦ ι, καὶ ἀντὶ τοῦ ο. Ἀπειροκαλία. ἡ φιλοδοξία. καὶ ἀπειρόκαλοι. εἴρηται δὲ ἀπὸ τοῦ ἀπείρους εἶναι τοῦ καλοῦ, ἤτοι τῆς ταπεινώσεως. ἢ οἱ ἀμέτρως καλλυνό‐</w:t>
      </w:r>
    </w:p>
    <w:p>
      <w:r>
        <w:rPr>
          <w:rFonts w:ascii="Courier New" w:hAnsi="Courier New"/>
          <w:color w:val="555555"/>
          <w:sz w:val="20"/>
        </w:rPr>
        <w:t>[10]</w:t>
      </w:r>
    </w:p>
    <w:p>
      <w:r>
        <w:rPr>
          <w:rFonts w:ascii="Gentium Plus" w:hAnsi="Gentium Plus"/>
          <w:sz w:val="24"/>
        </w:rPr>
        <w:t>μενοι. τοιοῦτοι δὲ οἱ τῆς νεανικῆς ἡλικίας. Ἀπόμοιρα. τὸ ἀπὸ τῶν οἰκείων κτημάτων ἀφιε‐ ρωθὲν εἰς ἐκκλησίαν ἢ εἰς μοναστήρια, ἢ εἰς γηρωκομεῖα. Ἀποβολή. ἡ πρόσκρουσις. καὶ ὁ Ἀπόστολος·</w:t>
      </w:r>
    </w:p>
    <w:p>
      <w:r>
        <w:rPr>
          <w:rFonts w:ascii="Courier New" w:hAnsi="Courier New"/>
          <w:color w:val="555555"/>
          <w:sz w:val="20"/>
        </w:rPr>
        <w:t>[15]</w:t>
      </w:r>
    </w:p>
    <w:p>
      <w:r>
        <w:rPr>
          <w:rFonts w:ascii="Gentium Plus" w:hAnsi="Gentium Plus"/>
          <w:sz w:val="24"/>
        </w:rPr>
        <w:t>εἰ γὰρ ἀποβολὴ αὐτῶν—.</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Ἀπαρεμπόδιστα. ἀπλανῆ. Ἀπατούρια. ἑορτὴ δημοτελής· ἤγετο δὲ παρ’ Ἀθηναίοις ἐπὶ τρεῖς ἡμέρας.</w:t>
      </w:r>
    </w:p>
    <w:p>
      <w:r>
        <w:rPr>
          <w:rFonts w:ascii="Courier New" w:hAnsi="Courier New"/>
          <w:color w:val="555555"/>
          <w:sz w:val="20"/>
        </w:rPr>
        <w:t>[20]</w:t>
      </w:r>
    </w:p>
    <w:p>
      <w:r>
        <w:rPr>
          <w:rFonts w:ascii="Gentium Plus" w:hAnsi="Gentium Plus"/>
          <w:sz w:val="24"/>
        </w:rPr>
        <w:t>Ἄπεδα. τὰ ἰσόπεδα.</w:t>
      </w:r>
    </w:p>
    <w:p>
      <w:r>
        <w:rPr>
          <w:rFonts w:ascii="Courier New" w:hAnsi="Courier New"/>
          <w:color w:val="555555"/>
          <w:sz w:val="20"/>
        </w:rPr>
        <w:t>[alpha 250]</w:t>
      </w:r>
    </w:p>
    <w:p>
      <w:r>
        <w:rPr>
          <w:rFonts w:ascii="Gentium Plus" w:hAnsi="Gentium Plus"/>
          <w:sz w:val="24"/>
        </w:rPr>
        <w:t>Ἀπείκασμα. ὁμοίωμα. Ἀποβράσματα. τὰ πίτυρα. παρὰ Καλλιμάχῳ· τῆς οὐδὲν ἀπέβρασας φαῦλον ἀλετρίς. Ἀπόθετον. τὸ ἀποτεθησαυρισμένον.</w:t>
      </w:r>
    </w:p>
    <w:p>
      <w:r>
        <w:rPr>
          <w:rFonts w:ascii="Courier New" w:hAnsi="Courier New"/>
          <w:color w:val="555555"/>
          <w:sz w:val="20"/>
        </w:rPr>
        <w:t>[5]</w:t>
      </w:r>
    </w:p>
    <w:p>
      <w:r>
        <w:rPr>
          <w:rFonts w:ascii="Gentium Plus" w:hAnsi="Gentium Plus"/>
          <w:sz w:val="24"/>
        </w:rPr>
        <w:t>Ἀποθύμια. λυπηρὰ, τὰ μὴ καταθύμια. Ἀπόκριμα. κατάκριμα. Ἀπὸ κυανέων. ἀπὸ κυανὸς, κυάνειος, καὶ ἀπο‐ βολῇ τοῦ ι κυάνεος, τὸ κυάνεον, τὰ κυάνεα, τῶν κυανέων.</w:t>
      </w:r>
    </w:p>
    <w:p>
      <w:r>
        <w:rPr>
          <w:rFonts w:ascii="Courier New" w:hAnsi="Courier New"/>
          <w:color w:val="555555"/>
          <w:sz w:val="20"/>
        </w:rPr>
        <w:t>[10]</w:t>
      </w:r>
    </w:p>
    <w:p>
      <w:r>
        <w:rPr>
          <w:rFonts w:ascii="Gentium Plus" w:hAnsi="Gentium Plus"/>
          <w:sz w:val="24"/>
        </w:rPr>
        <w:t>Ἀποπορευτέα. ἀγαθά. τοιγαροῦν ἀποπορευ‐ τέα αὐτῷ δοκεῖ. Ἀπὸ στόματος. ἄνευ γραμμάτων. [ὁ δὲ κε‐ λεύει ἀπὸ στόματος φράζειν τοῖς ἡγεμόσι τῶν Μάρσων.]</w:t>
      </w:r>
    </w:p>
    <w:p>
      <w:r>
        <w:rPr>
          <w:rFonts w:ascii="Courier New" w:hAnsi="Courier New"/>
          <w:color w:val="555555"/>
          <w:sz w:val="20"/>
        </w:rPr>
        <w:t>[15]</w:t>
      </w:r>
    </w:p>
    <w:p>
      <w:r>
        <w:rPr>
          <w:rFonts w:ascii="Gentium Plus" w:hAnsi="Gentium Plus"/>
          <w:sz w:val="24"/>
        </w:rPr>
        <w:t>Ἄπρακτα. ἀνεκδίκητα, ἀτιμώρητα. [ἀλλὰ ταῦτα μὲν οὐχ οἷα τὲ εἶναι ἄπρακτα γενέ‐ σθαι.] Ἀπροστασίου. εἶδος δίκης, κατὰ τῶν μετοίκων τὸν προστάτην μὴ νεμόντων. ᾑρεῖτο δὲ ἕκαστος</w:t>
      </w:r>
    </w:p>
    <w:p>
      <w:r>
        <w:rPr>
          <w:rFonts w:ascii="Courier New" w:hAnsi="Courier New"/>
          <w:color w:val="555555"/>
          <w:sz w:val="20"/>
        </w:rPr>
        <w:t>[20]</w:t>
      </w:r>
    </w:p>
    <w:p>
      <w:r>
        <w:rPr>
          <w:rFonts w:ascii="Gentium Plus" w:hAnsi="Gentium Plus"/>
          <w:sz w:val="24"/>
        </w:rPr>
        <w:t>αὐτῶν τινὰ τῶν πολιτῶν, ὃν ἤθελε, προστάτην,</w:t>
      </w:r>
    </w:p>
    <w:p>
      <w:r>
        <w:rPr>
          <w:rFonts w:ascii="Courier New" w:hAnsi="Courier New"/>
          <w:color w:val="555555"/>
          <w:sz w:val="20"/>
        </w:rPr>
        <w:t>[alpha 251]</w:t>
      </w:r>
    </w:p>
    <w:p>
      <w:r>
        <w:rPr>
          <w:rFonts w:ascii="Gentium Plus" w:hAnsi="Gentium Plus"/>
          <w:sz w:val="24"/>
        </w:rPr>
        <w:t>τὸν ἐπιμελησόμενον τῶν ἰδίων καὶ τῶν δημο‐ σίων ὑπὲρ αὐτοῦ ὥσπερ ἐγγυητὴν ὄντα. Ἀπροβούλευτον. τὸ μὴ πρότερον εἰς τὴν βου‐ λὴν, ἀλλ’ εὐθὺς εἰς τὸν δῆμον εἰσαχθὲν ψή‐</w:t>
      </w:r>
    </w:p>
    <w:p>
      <w:r>
        <w:rPr>
          <w:rFonts w:ascii="Courier New" w:hAnsi="Courier New"/>
          <w:color w:val="555555"/>
          <w:sz w:val="20"/>
        </w:rPr>
        <w:t>[5]</w:t>
      </w:r>
    </w:p>
    <w:p>
      <w:r>
        <w:rPr>
          <w:rFonts w:ascii="Gentium Plus" w:hAnsi="Gentium Plus"/>
          <w:sz w:val="24"/>
        </w:rPr>
        <w:t>φισμα. οὕτως Δημοσθένης. Ἀπρόσωπον. κακόμορφον, δυσειδές. —ἀπρόσ‐ ωπον μὲν, ὅσα ἰδεῖν—. Ἀπαιδοτρίβητον. ἀγύμναστον. Ἀπέραντον. ἀτελεύτητον.</w:t>
      </w:r>
    </w:p>
    <w:p>
      <w:r>
        <w:rPr>
          <w:rFonts w:ascii="Courier New" w:hAnsi="Courier New"/>
          <w:color w:val="555555"/>
          <w:sz w:val="20"/>
        </w:rPr>
        <w:t>[10]</w:t>
      </w:r>
    </w:p>
    <w:p>
      <w:r>
        <w:rPr>
          <w:rFonts w:ascii="Gentium Plus" w:hAnsi="Gentium Plus"/>
          <w:sz w:val="24"/>
        </w:rPr>
        <w:t>Ἀπερίτρεπτον. τὸ μὴ περιτρεπόμενον. Ἀπέριττον. τὸ εὐτελές. Ἀπεοικός. ἀνόμοιον. Ἀπεικός. μὴ πρέπον. Ἀπευκτόν. μισητόν.</w:t>
      </w:r>
    </w:p>
    <w:p>
      <w:r>
        <w:rPr>
          <w:rFonts w:ascii="Courier New" w:hAnsi="Courier New"/>
          <w:color w:val="555555"/>
          <w:sz w:val="20"/>
        </w:rPr>
        <w:t>[15]</w:t>
      </w:r>
    </w:p>
    <w:p>
      <w:r>
        <w:rPr>
          <w:rFonts w:ascii="Gentium Plus" w:hAnsi="Gentium Plus"/>
          <w:sz w:val="24"/>
        </w:rPr>
        <w:t>Ἀπήμαντον. ἀβλαβές. Ἀπηχέστατον. ἀηδές. οὗ καὶ αὐτὸν τὸν ἦχον ἀποστρεφόμεθα. Ἀπηνέμοις. γαληνοτάτοις. Ἄπλετον. πολὺ, ἀπλήρωτον.</w:t>
      </w:r>
    </w:p>
    <w:p>
      <w:r>
        <w:rPr>
          <w:rFonts w:ascii="Courier New" w:hAnsi="Courier New"/>
          <w:color w:val="555555"/>
          <w:sz w:val="20"/>
        </w:rPr>
        <w:t>[20]</w:t>
      </w:r>
    </w:p>
    <w:p>
      <w:r>
        <w:rPr>
          <w:rFonts w:ascii="Gentium Plus" w:hAnsi="Gentium Plus"/>
          <w:sz w:val="24"/>
        </w:rPr>
        <w:t>Ἁπλοῦν. τὸ μὴ συντεθειμένον. λέγει δὲ καὶ τὸ ἀκακούργητον. Ἄπλαστον. ἀληθινόν. Ἄπλωτον. ἄπλευστον. Ἀπόῤῥητον. ἄφραστον, μὴ δυνάμενον ῥηθῆναι.</w:t>
      </w:r>
    </w:p>
    <w:p>
      <w:r>
        <w:rPr>
          <w:rFonts w:ascii="Courier New" w:hAnsi="Courier New"/>
          <w:color w:val="555555"/>
          <w:sz w:val="20"/>
        </w:rPr>
        <w:t>[25]</w:t>
      </w:r>
    </w:p>
    <w:p>
      <w:r>
        <w:rPr>
          <w:rFonts w:ascii="Gentium Plus" w:hAnsi="Gentium Plus"/>
          <w:sz w:val="24"/>
        </w:rPr>
        <w:t>Ἄποσον. τὸ ποσότητι ἢ μέτρῳ οὐχ’ ὑποπίπτον. Ἀπαραποίητον. ἄπλαστον. Ἄπιος. ἡ ὀπώρα. καὶ ἄπιον. τὸ δὲ ἄπιος ἐπὶ θηλυκοῦ. Ἀπόλεκτον. ἐκλεκτόν.</w:t>
      </w:r>
    </w:p>
    <w:p>
      <w:r>
        <w:rPr>
          <w:rFonts w:ascii="Courier New" w:hAnsi="Courier New"/>
          <w:color w:val="555555"/>
          <w:sz w:val="20"/>
        </w:rPr>
        <w:t>[30]</w:t>
      </w:r>
    </w:p>
    <w:p>
      <w:r>
        <w:rPr>
          <w:rFonts w:ascii="Gentium Plus" w:hAnsi="Gentium Plus"/>
          <w:sz w:val="24"/>
        </w:rPr>
        <w:t>Ἄποπτον. ὑψηλόν.</w:t>
      </w:r>
    </w:p>
    <w:p>
      <w:r>
        <w:rPr>
          <w:rFonts w:ascii="Courier New" w:hAnsi="Courier New"/>
          <w:color w:val="555555"/>
          <w:sz w:val="20"/>
        </w:rPr>
        <w:t>[alpha 252]</w:t>
      </w:r>
    </w:p>
    <w:p>
      <w:r>
        <w:rPr>
          <w:rFonts w:ascii="Gentium Plus" w:hAnsi="Gentium Plus"/>
          <w:sz w:val="24"/>
        </w:rPr>
        <w:t>Ἀπώμοτον. τὸ ἔξω ὅρκου γινόμενον. Ἄποιον. ἀνήδονον. Ἄποινα. τὰ δῶρα καὶ τὰ λύτρα τὰ ὑπὲρ φό‐ νου διδόμενα. ἔστιν οὖν φόνος, καὶ κατὰ στέ‐</w:t>
      </w:r>
    </w:p>
    <w:p>
      <w:r>
        <w:rPr>
          <w:rFonts w:ascii="Courier New" w:hAnsi="Courier New"/>
          <w:color w:val="555555"/>
          <w:sz w:val="20"/>
        </w:rPr>
        <w:t>[5]</w:t>
      </w:r>
    </w:p>
    <w:p>
      <w:r>
        <w:rPr>
          <w:rFonts w:ascii="Gentium Plus" w:hAnsi="Gentium Plus"/>
          <w:sz w:val="24"/>
        </w:rPr>
        <w:t>ρησιν ἄφονος, καὶ πλεονασμῷ τοῦ ι ἄφοινος, καὶ τὸ οὐδέτερον ἄφοινον καὶ ἄποινον, τουτέστι τὰ ὑπεξαιρούμενα τοῦ φονικοῦ ἐγκλήματος. [ἢ ἐκ τοῦ ποινὴ, ἡ τιμωρία, γίνεται ἄποινος καὶ ἄποινον.]</w:t>
      </w:r>
    </w:p>
    <w:p>
      <w:r>
        <w:rPr>
          <w:rFonts w:ascii="Courier New" w:hAnsi="Courier New"/>
          <w:color w:val="555555"/>
          <w:sz w:val="20"/>
        </w:rPr>
        <w:t>[10]</w:t>
      </w:r>
    </w:p>
    <w:p>
      <w:r>
        <w:rPr>
          <w:rFonts w:ascii="Gentium Plus" w:hAnsi="Gentium Plus"/>
          <w:sz w:val="24"/>
        </w:rPr>
        <w:t>Ἀπερικτύπητον. ἀτάραχον, ἀνενόχλητον. Ἀποδεκτόν. ἐπαινετόν. Ἀπόπτυστον. μισητόν. Ἀπρόσκοπον. ἀσκανδάλιστον. Ἀπρόσβλητον. γενναῖον.</w:t>
      </w:r>
    </w:p>
    <w:p>
      <w:r>
        <w:rPr>
          <w:rFonts w:ascii="Courier New" w:hAnsi="Courier New"/>
          <w:color w:val="555555"/>
          <w:sz w:val="20"/>
        </w:rPr>
        <w:t>[15]</w:t>
      </w:r>
    </w:p>
    <w:p>
      <w:r>
        <w:rPr>
          <w:rFonts w:ascii="Gentium Plus" w:hAnsi="Gentium Plus"/>
          <w:sz w:val="24"/>
        </w:rPr>
        <w:t>Ἁπτόν. ψηλαφητόν. Ἀπαύγασμα. ἡ ἀκτὶς τοῦ ἡλίου. Ἀπρόσιτον. ἀθεώρητον. *Ἀποξενώμενον. ἦθος βάρβαρον καὶ ἄγριον. *Ἀπαγούς. τὸ μὴ βεβηκὸς εἰς τὴν πίστιν μὴ</w:t>
      </w:r>
    </w:p>
    <w:p>
      <w:r>
        <w:rPr>
          <w:rFonts w:ascii="Courier New" w:hAnsi="Courier New"/>
          <w:color w:val="555555"/>
          <w:sz w:val="20"/>
        </w:rPr>
        <w:t>[20]</w:t>
      </w:r>
    </w:p>
    <w:p>
      <w:r>
        <w:rPr>
          <w:rFonts w:ascii="Gentium Plus" w:hAnsi="Gentium Plus"/>
          <w:sz w:val="24"/>
        </w:rPr>
        <w:t>δὲ πάνυ ἑδραῖον.* Ἀπέννιον ἢ Ἀπέννινον. ὄρος διὰ μέσης Ἰταλίας τεταμένον. Ἀποπάτημα. τὸ ἀνθρώπινον σκύβαλον. Ἀπόλεκτον. τὸ ἔκκριτον καὶ ἐκλελεγμένον.</w:t>
      </w:r>
    </w:p>
    <w:p>
      <w:r>
        <w:rPr>
          <w:rFonts w:ascii="Courier New" w:hAnsi="Courier New"/>
          <w:color w:val="555555"/>
          <w:sz w:val="20"/>
        </w:rPr>
        <w:t>[25]</w:t>
      </w:r>
    </w:p>
    <w:p>
      <w:r>
        <w:rPr>
          <w:rFonts w:ascii="Gentium Plus" w:hAnsi="Gentium Plus"/>
          <w:sz w:val="24"/>
        </w:rPr>
        <w:t>Ἀπαίσιον. ἀπρεπές. Ἀπόλεκτον. οὐχὶ τὸ φαῦλον καὶ ἀπόβλητον, ἀλλὰ τὸ ἔκκριτον, καὶ ἐκ πλειόνων ἐξειλεγμέ‐ νον. καὶ στρατιώτας ἀπολέκτους.</w:t>
      </w:r>
    </w:p>
    <w:p>
      <w:r>
        <w:rPr>
          <w:rFonts w:ascii="Courier New" w:hAnsi="Courier New"/>
          <w:color w:val="555555"/>
          <w:sz w:val="20"/>
        </w:rPr>
        <w:t>[alpha 253]</w:t>
      </w:r>
    </w:p>
    <w:p>
      <w:r>
        <w:rPr>
          <w:rFonts w:ascii="Gentium Plus" w:hAnsi="Gentium Plus"/>
          <w:sz w:val="24"/>
        </w:rPr>
        <w:t>Ἀπλῆκτον. τὸ κατάλυμα. Ἀπλῆκτα. πολλά. Ἀπόκλιμα. τὸ ἔκνευμα τῶν ὀρῶν. Ἀπερίγραπτον. ἀπεριόριστον. ἡ μοναδικὴ ὑπό‐</w:t>
      </w:r>
    </w:p>
    <w:p>
      <w:r>
        <w:rPr>
          <w:rFonts w:ascii="Courier New" w:hAnsi="Courier New"/>
          <w:color w:val="555555"/>
          <w:sz w:val="20"/>
        </w:rPr>
        <w:t>[5]</w:t>
      </w:r>
    </w:p>
    <w:p>
      <w:r>
        <w:rPr>
          <w:rFonts w:ascii="Gentium Plus" w:hAnsi="Gentium Plus"/>
          <w:sz w:val="24"/>
        </w:rPr>
        <w:t>στασις τῶν πάντων περιεκτική. δυάδα γὰρ ἢ τριάδα ἀπερίγραπτον ἀδύνατον λέγειν. ἐν τῇ περιγραφῇ τῆς μονάδος γνωρίζεται δυάς. ἡ δὲ ἁγία ἐκκλησία τρεῖς ὑποστάσεις ἀπεριγράπτους ὁμολογεῖ. ἀπερίγραπτον καὶ τὸ ἀπερίσκοπον.</w:t>
      </w:r>
    </w:p>
    <w:p>
      <w:r>
        <w:rPr>
          <w:rFonts w:ascii="Courier New" w:hAnsi="Courier New"/>
          <w:color w:val="555555"/>
          <w:sz w:val="20"/>
        </w:rPr>
        <w:t>[10]</w:t>
      </w:r>
    </w:p>
    <w:p>
      <w:r>
        <w:rPr>
          <w:rFonts w:ascii="Gentium Plus" w:hAnsi="Gentium Plus"/>
          <w:sz w:val="24"/>
        </w:rPr>
        <w:t>Ἀπάργματα. ἃ εἰς τοὺς τάφους ἐνέβαλον ἐν‐ αγίσματα ἤτοι θυσίας. παρὰ τὸ ἄρχω ἄργμα καὶ ἄπαργμα. [Ὅμηρος· —ἄργματα θῦσε θεοῖς ἀειγενέτῃσιν.] Ἀπαιόλημα. ἀπάτημα.</w:t>
      </w:r>
    </w:p>
    <w:p>
      <w:r>
        <w:rPr>
          <w:rFonts w:ascii="Courier New" w:hAnsi="Courier New"/>
          <w:color w:val="555555"/>
          <w:sz w:val="20"/>
        </w:rPr>
        <w:t>[15]</w:t>
      </w:r>
    </w:p>
    <w:p>
      <w:r>
        <w:rPr>
          <w:rFonts w:ascii="Gentium Plus" w:hAnsi="Gentium Plus"/>
          <w:sz w:val="24"/>
        </w:rPr>
        <w:t>Ἀπερείσια. πολλά. παρὰ τὸ ἄπειρος, ἀπειρέ‐ σιος καὶ καθ’ ὑπερβιβασμὸν ἀπερείσιος, καὶ τὸ οὐδέτερον ἀπερείσιον καὶ ἀπερείσια. Ἄπυον. τὸ μὴ ἔχον ἕλκος. Ἀπειρόκαλον. ἄγνωστον, ἀμαθές.</w:t>
      </w:r>
    </w:p>
    <w:p>
      <w:r>
        <w:rPr>
          <w:rFonts w:ascii="Courier New" w:hAnsi="Courier New"/>
          <w:color w:val="555555"/>
          <w:sz w:val="20"/>
        </w:rPr>
        <w:t>[20]</w:t>
      </w:r>
    </w:p>
    <w:p>
      <w:r>
        <w:rPr>
          <w:rFonts w:ascii="Gentium Plus" w:hAnsi="Gentium Plus"/>
          <w:sz w:val="24"/>
        </w:rPr>
        <w:t>Ἀπηχήματα. ᾠδαὶ ἀπατηλαί. Ἀπομόργματα. σφραγίδων ἐκτυπώματα. Ἁπαξάπαντα. ἀπὸ μικροῦ ἕως μεγάλου. Ἀπείραστον. ἀδοκίμαστον. [Ἀποθύμια. λυπηρὰ, τὰ μὴ καταθύμια. ἀπὸ</w:t>
      </w:r>
    </w:p>
    <w:p>
      <w:r>
        <w:rPr>
          <w:rFonts w:ascii="Courier New" w:hAnsi="Courier New"/>
          <w:color w:val="555555"/>
          <w:sz w:val="20"/>
        </w:rPr>
        <w:t>[25]</w:t>
      </w:r>
    </w:p>
    <w:p>
      <w:r>
        <w:rPr>
          <w:rFonts w:ascii="Gentium Plus" w:hAnsi="Gentium Plus"/>
          <w:sz w:val="24"/>
        </w:rPr>
        <w:t>τὸν θύω, θυμὸς καὶ ἀποθύμιον.] Ἀποφώλια. ἀπαίδευτα. Ὅμηρος·</w:t>
      </w:r>
    </w:p>
    <w:p>
      <w:r>
        <w:rPr>
          <w:rFonts w:ascii="Courier New" w:hAnsi="Courier New"/>
          <w:color w:val="555555"/>
          <w:sz w:val="20"/>
        </w:rPr>
        <w:t>[alpha 254]</w:t>
      </w:r>
    </w:p>
    <w:p>
      <w:r>
        <w:rPr>
          <w:rFonts w:ascii="Gentium Plus" w:hAnsi="Gentium Plus"/>
          <w:sz w:val="24"/>
        </w:rPr>
        <w:t>πῶς οὖν ἁμαρτωλός τε καὶ ἀπαίδευτος; ἀλλὰ λέγει· πάνυ ἥμαρτες καὶ οὐκ ὢν ἀπαίδευτος, ὡς εἴωθε λέγειν· θαυμάζω, πῶς σοφὸς ὢν, ἥμαρτες. γέγονε δὲ παρὰ τὸ φωλεόν· φωλεοὶ</w:t>
      </w:r>
    </w:p>
    <w:p>
      <w:r>
        <w:rPr>
          <w:rFonts w:ascii="Courier New" w:hAnsi="Courier New"/>
          <w:color w:val="555555"/>
          <w:sz w:val="20"/>
        </w:rPr>
        <w:t>[5]</w:t>
      </w:r>
    </w:p>
    <w:p>
      <w:r>
        <w:rPr>
          <w:rFonts w:ascii="Gentium Plus" w:hAnsi="Gentium Plus"/>
          <w:sz w:val="24"/>
        </w:rPr>
        <w:t>γὰρ τὰ παιδευτήρια, παρὰ τὸ ἐν αὐτοῖς φω‐ λεύειν καὶ διατρίβειν. [ἢ παρὰ τὸ φῆλος, ὃ σημαίνει τὸν ἀπατεῶνα, φήλιος καὶ ἐν συνθέ‐ σει ἀποφήλιος καὶ τροπῇ ἀποφώλιος. ἀποφω‐ λίους τοὺς ἀπαιδεύτους ἐκάλουν.]</w:t>
      </w:r>
    </w:p>
    <w:p>
      <w:r>
        <w:rPr>
          <w:rFonts w:ascii="Courier New" w:hAnsi="Courier New"/>
          <w:color w:val="555555"/>
          <w:sz w:val="20"/>
        </w:rPr>
        <w:t>[10]</w:t>
      </w:r>
    </w:p>
    <w:p>
      <w:r>
        <w:rPr>
          <w:rFonts w:ascii="Gentium Plus" w:hAnsi="Gentium Plus"/>
          <w:sz w:val="24"/>
        </w:rPr>
        <w:t>Ἁπλοῦν. ἀπερίεργον. καὶ ἁπλότης ἕξις ἀπερίερ‐ γος, τὸ πιστὸν ἑτοίμως ἔχουσα. [ἢ τὸ μηδὲν μετ’ ἐπινοίας ἐξ αὐτοῦ πλάττον ἢ λαλοῦν.] Ἀπαθές. τὸ πάσης ὕλης χωρίς. καὶ ὑπὸ ταύτης οὐδαμῶς ὅ ἐστι νοηθῆναι δυνάμενον, ἢ τὸ πά‐</w:t>
      </w:r>
    </w:p>
    <w:p>
      <w:r>
        <w:rPr>
          <w:rFonts w:ascii="Courier New" w:hAnsi="Courier New"/>
          <w:color w:val="555555"/>
          <w:sz w:val="20"/>
        </w:rPr>
        <w:t>[15]</w:t>
      </w:r>
    </w:p>
    <w:p>
      <w:r>
        <w:rPr>
          <w:rFonts w:ascii="Gentium Plus" w:hAnsi="Gentium Plus"/>
          <w:sz w:val="24"/>
        </w:rPr>
        <w:t>θους χωρὶς καὶ πάσης ἁφῆς ἀνώτερον. *Ἀποδρευθέντα. ἐκτμηθέντα.*</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Ἀπεμφαίνει καὶ ἀπεμφαίνοντα. τὰ ἀπεοικό‐ τα καὶ ἀνάρμοστα.</w:t>
      </w:r>
    </w:p>
    <w:p>
      <w:r>
        <w:rPr>
          <w:rFonts w:ascii="Courier New" w:hAnsi="Courier New"/>
          <w:color w:val="555555"/>
          <w:sz w:val="20"/>
        </w:rPr>
        <w:t>[20]</w:t>
      </w:r>
    </w:p>
    <w:p>
      <w:r>
        <w:rPr>
          <w:rFonts w:ascii="Gentium Plus" w:hAnsi="Gentium Plus"/>
          <w:sz w:val="24"/>
        </w:rPr>
        <w:t>Ἀποπερατοῦσαν. συμπληροῦσαν, συμπεραίνου‐ σαν. Ἀπεσκολλυμένος. κυρίως ἐκτεταμένος· κόλλυς γὰρ ἡ ἐπὶ τοῦ ἄκρου θρὶξ, ἣν ἐφύλαττον ἀκού‐ ρευτον, θεοῖς ἀνατιθέντες. καταχρηστικῶς δὲ</w:t>
      </w:r>
    </w:p>
    <w:p>
      <w:r>
        <w:rPr>
          <w:rFonts w:ascii="Courier New" w:hAnsi="Courier New"/>
          <w:color w:val="555555"/>
          <w:sz w:val="20"/>
        </w:rPr>
        <w:t>[25]</w:t>
      </w:r>
    </w:p>
    <w:p>
      <w:r>
        <w:rPr>
          <w:rFonts w:ascii="Gentium Plus" w:hAnsi="Gentium Plus"/>
          <w:sz w:val="24"/>
        </w:rPr>
        <w:t>καὶ ἐπὶ τοῦ γεγυμνωμένου.</w:t>
      </w:r>
    </w:p>
    <w:p>
      <w:r>
        <w:rPr>
          <w:rFonts w:ascii="Courier New" w:hAnsi="Courier New"/>
          <w:color w:val="555555"/>
          <w:sz w:val="20"/>
        </w:rPr>
        <w:t>[alpha 255]</w:t>
      </w:r>
    </w:p>
    <w:p>
      <w:r>
        <w:rPr>
          <w:rFonts w:ascii="Gentium Plus" w:hAnsi="Gentium Plus"/>
          <w:sz w:val="24"/>
        </w:rPr>
        <w:t>Ἄπαγε. παῦσαι, μὴ γένοιτο. [ἢ ἀντὶ τοῦ· χρῶ τῇ ἀπαγωγῇ. οὕτως Δημοσθένης. καὶ παρ‐ οιμία· ἄπαγε ξένον ἐν χειμῶνι. ἐπὶ τῶν ὀχλη‐ ρῶν.]</w:t>
      </w:r>
    </w:p>
    <w:p>
      <w:r>
        <w:rPr>
          <w:rFonts w:ascii="Courier New" w:hAnsi="Courier New"/>
          <w:color w:val="555555"/>
          <w:sz w:val="20"/>
        </w:rPr>
        <w:t>[5]</w:t>
      </w:r>
    </w:p>
    <w:p>
      <w:r>
        <w:rPr>
          <w:rFonts w:ascii="Gentium Plus" w:hAnsi="Gentium Plus"/>
          <w:sz w:val="24"/>
        </w:rPr>
        <w:t>Ἀπάγειν. ἐφηγεῖσθαι, γράφεσθαι, δικάζεσθαι. τούτων ἕκαστον ἐπὶ τῶν ἑτέρως κατηγορούντων λέγεται. ἀλλ’ ἐὰν μὲν πρὸς διαιτητὴν ἡ δικα‐ σία γίνεται, καλεῖται δικάζεσθαι. Ἀπάγοντες. ἀπωθοῦντες, ἀπελαύνοντες. τὸν</w:t>
      </w:r>
    </w:p>
    <w:p>
      <w:r>
        <w:rPr>
          <w:rFonts w:ascii="Courier New" w:hAnsi="Courier New"/>
          <w:color w:val="555555"/>
          <w:sz w:val="20"/>
        </w:rPr>
        <w:t>[10]</w:t>
      </w:r>
    </w:p>
    <w:p>
      <w:r>
        <w:rPr>
          <w:rFonts w:ascii="Gentium Plus" w:hAnsi="Gentium Plus"/>
          <w:sz w:val="24"/>
        </w:rPr>
        <w:t>ἄνδρα ἀπάγοντες. Ἀπαγορεύει. ἀποτρέπεται, ἀρνεῖται. ἀπαγορεύ‐ ουσι τῷ Φιλίππῳ, καὶ τὸν Δέκιον ἀναγορεύου‐ σιν—. Ἀπαλλάξας. ἀντὶ τοῦ πείσας ἀποστῆναι. οὕ‐</w:t>
      </w:r>
    </w:p>
    <w:p>
      <w:r>
        <w:rPr>
          <w:rFonts w:ascii="Courier New" w:hAnsi="Courier New"/>
          <w:color w:val="555555"/>
          <w:sz w:val="20"/>
        </w:rPr>
        <w:t>[15]</w:t>
      </w:r>
    </w:p>
    <w:p>
      <w:r>
        <w:rPr>
          <w:rFonts w:ascii="Gentium Plus" w:hAnsi="Gentium Plus"/>
          <w:sz w:val="24"/>
        </w:rPr>
        <w:t>τως Κρατῖνος, Δημοσθένης καὶ ἄλλοι. Ἀπαλλάξαι καὶ ἀπαλλάξωμεν. ἀντὶ τοῦ ἀφανίσωμεν. Ξενοφῶν· τῶν ἄλλων σκευῶν τὰ περισσὰ ἀπαλλάξωμεν. [καὶ ἀπαλλάξαι ἀντὶ τοῦ φυγαδεῦσαι. προσωτάτω Ἀρμενίας ἀπαλ‐</w:t>
      </w:r>
    </w:p>
    <w:p>
      <w:r>
        <w:rPr>
          <w:rFonts w:ascii="Courier New" w:hAnsi="Courier New"/>
          <w:color w:val="555555"/>
          <w:sz w:val="20"/>
        </w:rPr>
        <w:t>[20]</w:t>
      </w:r>
    </w:p>
    <w:p>
      <w:r>
        <w:rPr>
          <w:rFonts w:ascii="Gentium Plus" w:hAnsi="Gentium Plus"/>
          <w:sz w:val="24"/>
        </w:rPr>
        <w:t>λάξαι.]</w:t>
      </w:r>
    </w:p>
    <w:p>
      <w:r>
        <w:rPr>
          <w:rFonts w:ascii="Courier New" w:hAnsi="Courier New"/>
          <w:color w:val="555555"/>
          <w:sz w:val="20"/>
        </w:rPr>
        <w:t>[alpha 256]</w:t>
      </w:r>
    </w:p>
    <w:p>
      <w:r>
        <w:rPr>
          <w:rFonts w:ascii="Gentium Plus" w:hAnsi="Gentium Plus"/>
          <w:sz w:val="24"/>
        </w:rPr>
        <w:t>Ἀπαλλάξειεν. μετακινήσειεν. [πῶς καλῶς αὐ‐ τῶν ἀπαλλάξειεν ἂν μετόρχιον.] Ἀπαλλαξείοντες. ἐπιθυμίαν ἔχοντες ἀπαλλα‐ γῆναι.</w:t>
      </w:r>
    </w:p>
    <w:p>
      <w:r>
        <w:rPr>
          <w:rFonts w:ascii="Courier New" w:hAnsi="Courier New"/>
          <w:color w:val="555555"/>
          <w:sz w:val="20"/>
        </w:rPr>
        <w:t>[5]</w:t>
      </w:r>
    </w:p>
    <w:p>
      <w:r>
        <w:rPr>
          <w:rFonts w:ascii="Gentium Plus" w:hAnsi="Gentium Plus"/>
          <w:sz w:val="24"/>
        </w:rPr>
        <w:t>Ἀπαλγήσαντας. ἀντὶ τοῦ παυσαμένους ἀλγεῖν, ὥσπερ καὶ τὸ ἀπολοφυράμενοι. Ἀπαλγοῦντες. ἀπογινώσκοντες. ἀπαλγοῦντας δὲ αὐτοὺς ὑπὸ τοῦ πολλοῦ ῥίγους ἐπεῤῥώννυεν. Ἀπαλέξασθαι. ἀντιτάξασθαι. [Σοφοκλῆς·</w:t>
      </w:r>
    </w:p>
    <w:p>
      <w:r>
        <w:rPr>
          <w:rFonts w:ascii="Courier New" w:hAnsi="Courier New"/>
          <w:color w:val="555555"/>
          <w:sz w:val="20"/>
        </w:rPr>
        <w:t>[10]</w:t>
      </w:r>
    </w:p>
    <w:p>
      <w:r>
        <w:rPr>
          <w:rFonts w:ascii="Gentium Plus" w:hAnsi="Gentium Plus"/>
          <w:sz w:val="24"/>
        </w:rPr>
        <w:t>οὐδὲν σθένομεν πρὸς ταῦτ’ ἀπαλέξασθαι.] Ἀπαλεξῆσαι. κωλῦσαι. καὶ ἀπαλέξαντες ὁμοίως. Ἀπαληθεύειν. τὸ ἀληθὲς ἐξευρίσκειν. καὶ ἀπα‐ ληθεύω τὸ τὴν ἀλήθειαν ἐκφαίνω. [καὶ ἀπα‐ ληθεύοντι, τούτου τὸ δολερὸν ἀναφαίνεται.]</w:t>
      </w:r>
    </w:p>
    <w:p>
      <w:r>
        <w:rPr>
          <w:rFonts w:ascii="Courier New" w:hAnsi="Courier New"/>
          <w:color w:val="555555"/>
          <w:sz w:val="20"/>
        </w:rPr>
        <w:t>[15]</w:t>
      </w:r>
    </w:p>
    <w:p>
      <w:r>
        <w:rPr>
          <w:rFonts w:ascii="Gentium Plus" w:hAnsi="Gentium Plus"/>
          <w:sz w:val="24"/>
        </w:rPr>
        <w:t>Ἀπαμυνεῖ. ἀποτρέψει. Ἀπαντᾷν καὶ συναντᾷν λέγουσιν ἑκατέρως τὸ παραγίνεσθαι εἴς τινα τόπον. Ἀπαντήσαντος. γενέσθαι φθάσαντος. Ἀπαντωμένων. συμβαινομένων, γινομένων. οὐ</w:t>
      </w:r>
    </w:p>
    <w:p>
      <w:r>
        <w:rPr>
          <w:rFonts w:ascii="Courier New" w:hAnsi="Courier New"/>
          <w:color w:val="555555"/>
          <w:sz w:val="20"/>
        </w:rPr>
        <w:t>[20]</w:t>
      </w:r>
    </w:p>
    <w:p>
      <w:r>
        <w:rPr>
          <w:rFonts w:ascii="Gentium Plus" w:hAnsi="Gentium Plus"/>
          <w:sz w:val="24"/>
        </w:rPr>
        <w:t>μὴν ἀλλὰ τοιούτων ἀπαντωμένων οὐδὲν ἱκανὸν</w:t>
      </w:r>
    </w:p>
    <w:p>
      <w:r>
        <w:rPr>
          <w:rFonts w:ascii="Courier New" w:hAnsi="Courier New"/>
          <w:color w:val="555555"/>
          <w:sz w:val="20"/>
        </w:rPr>
        <w:t>[alpha 257]</w:t>
      </w:r>
    </w:p>
    <w:p>
      <w:r>
        <w:rPr>
          <w:rFonts w:ascii="Gentium Plus" w:hAnsi="Gentium Plus"/>
          <w:sz w:val="24"/>
        </w:rPr>
        <w:t>Ἀπαξιῶν. ἀνάξιον ἡγούμενος. Ἀπαρνοῦντα. ὑποχωρήσαντα. —ἀν’ ἑκάστην ἡμέραν ἀπαρνοῦντα τὸν στόλον εἰς τὴν οἰκείαν. Ἀπαρτῆσαι. τὸ κρεμάσαι. τὸ δὲ τελειῶσαι, ι.</w:t>
      </w:r>
    </w:p>
    <w:p>
      <w:r>
        <w:rPr>
          <w:rFonts w:ascii="Courier New" w:hAnsi="Courier New"/>
          <w:color w:val="555555"/>
          <w:sz w:val="20"/>
        </w:rPr>
        <w:t>[5]</w:t>
      </w:r>
    </w:p>
    <w:p>
      <w:r>
        <w:rPr>
          <w:rFonts w:ascii="Gentium Plus" w:hAnsi="Gentium Plus"/>
          <w:sz w:val="24"/>
        </w:rPr>
        <w:t>Ἀπῆμεν. ἀπὸ τοῦ εἴω, τὸ πορεύομαι, ὁ μέσος παρακείμενος εἶα, καὶ τροπῇ τοῦ ε εἰς η ἦα, τὸ πληθυντικὸν ἤαμεν καὶ κατὰ συγκοπὴν ἦμεν. οἷον· προῇμεν τῇ βουλῇ. [καὶ τὸ δεύτερον ἦτε καὶ ἀπῆτε. καὶ ταῦτα ὑπὸ τῶν ἐχθρῶν ἀπῇ‐</w:t>
      </w:r>
    </w:p>
    <w:p>
      <w:r>
        <w:rPr>
          <w:rFonts w:ascii="Courier New" w:hAnsi="Courier New"/>
          <w:color w:val="555555"/>
          <w:sz w:val="20"/>
        </w:rPr>
        <w:t>[10]</w:t>
      </w:r>
    </w:p>
    <w:p>
      <w:r>
        <w:rPr>
          <w:rFonts w:ascii="Gentium Plus" w:hAnsi="Gentium Plus"/>
          <w:sz w:val="24"/>
        </w:rPr>
        <w:t>τε βεβουλευμένοι. τοῦ τούτου ἦα ὁ ὑπερσυν‐ τέλικος ἤειν. ἐξ οὗ καὶ τὸ παρήειν, ἐξήειν. τὸ πληθυντικὸν, ἤεισαν, καὶ κατὰ συστολὴν ἀπῄ‐ εσαν.] Ἀποτυμπανίσαι. οὐχ ἁπλῶς τὸ ἀποκτεῖναι,</w:t>
      </w:r>
    </w:p>
    <w:p>
      <w:r>
        <w:rPr>
          <w:rFonts w:ascii="Courier New" w:hAnsi="Courier New"/>
          <w:color w:val="555555"/>
          <w:sz w:val="20"/>
        </w:rPr>
        <w:t>[15]</w:t>
      </w:r>
    </w:p>
    <w:p>
      <w:r>
        <w:rPr>
          <w:rFonts w:ascii="Gentium Plus" w:hAnsi="Gentium Plus"/>
          <w:sz w:val="24"/>
        </w:rPr>
        <w:t>ἀλλὰ τυμπάνῳ ἀποτυμπανῶ. ἔστι δὲ ξύλον, ὅπερ σκυτάλην καλοῦσι. τὸ γὰρ παλαιὸν ξύ‐ λοις ἀνῄρουν τοὺς πολεμίους· ὕστερον δὲ τῷ ξίφει, κᾄν τε δοῦλος εἴη, κᾄν τε ἐλεύθερος. Ἀποφηληκίζει. βιάζεται. ἀπὸ τῶν ὠμὰ σῦκα</w:t>
      </w:r>
    </w:p>
    <w:p>
      <w:r>
        <w:rPr>
          <w:rFonts w:ascii="Courier New" w:hAnsi="Courier New"/>
          <w:color w:val="555555"/>
          <w:sz w:val="20"/>
        </w:rPr>
        <w:t>[20]</w:t>
      </w:r>
    </w:p>
    <w:p>
      <w:r>
        <w:rPr>
          <w:rFonts w:ascii="Gentium Plus" w:hAnsi="Gentium Plus"/>
          <w:sz w:val="24"/>
        </w:rPr>
        <w:t>τρωγόντων. καὶ ἐπὶ τὰ ἄλλα μετῆκται. ἀπὸ τοῦ φήληξ, φήληκος. τοῦτο παρὰ τὸ σφάλ‐ λω· σφήληξ καὶ φήληξ· ἢ παρὰ τὸ φῶ τὸ ἀπατῶ.</w:t>
      </w:r>
    </w:p>
    <w:p>
      <w:r>
        <w:rPr>
          <w:rFonts w:ascii="Courier New" w:hAnsi="Courier New"/>
          <w:color w:val="555555"/>
          <w:sz w:val="20"/>
        </w:rPr>
        <w:t>[alpha 258]</w:t>
      </w:r>
    </w:p>
    <w:p>
      <w:r>
        <w:rPr>
          <w:rFonts w:ascii="Gentium Plus" w:hAnsi="Gentium Plus"/>
          <w:sz w:val="24"/>
        </w:rPr>
        <w:t>Ἀπάρχεσθαι. τὸ τοῖς ἀγύρταις ἀργύριον ἐμ‐ βαλεῖν. Ἀπαυθημερίζειν. αὐθήμερον ἐπανέρχεσθαι. Ξε‐ νοφῶν· ὥστε ἀπαυθημερίζειν ἐπὶ τὸ στρά‐</w:t>
      </w:r>
    </w:p>
    <w:p>
      <w:r>
        <w:rPr>
          <w:rFonts w:ascii="Courier New" w:hAnsi="Courier New"/>
          <w:color w:val="555555"/>
          <w:sz w:val="20"/>
        </w:rPr>
        <w:t>[5]</w:t>
      </w:r>
    </w:p>
    <w:p>
      <w:r>
        <w:rPr>
          <w:rFonts w:ascii="Gentium Plus" w:hAnsi="Gentium Plus"/>
          <w:sz w:val="24"/>
        </w:rPr>
        <w:t>τευμα. Ἀπαυτοματισθεῖσα. οὐκ ἀφ’ ἑαυτῆς τελειω‐ θεῖσα. Ἀπαυχενίζειν. ἀφηνιᾷν, ἀτακτεῖν, ἢ τὸν αὐχέ‐ να συντρίβειν.</w:t>
      </w:r>
    </w:p>
    <w:p>
      <w:r>
        <w:rPr>
          <w:rFonts w:ascii="Courier New" w:hAnsi="Courier New"/>
          <w:color w:val="555555"/>
          <w:sz w:val="20"/>
        </w:rPr>
        <w:t>[10]</w:t>
      </w:r>
    </w:p>
    <w:p>
      <w:r>
        <w:rPr>
          <w:rFonts w:ascii="Gentium Plus" w:hAnsi="Gentium Plus"/>
          <w:sz w:val="24"/>
        </w:rPr>
        <w:t>Ἀπαιθριάζει. ἀντὶ τοῦ εὐδίαν ἄγει. Ἀριστο‐ φάνης· ἀπαιθριάζει τὰς νεφέλας ἢ ξυνεφεῖ. ἀντὶ τοῦ συνάγει τὰ νέφη. Ἄπαιρε. ὃ οἱ πολλοὶ ᾆρον λέγουσιν.</w:t>
      </w:r>
    </w:p>
    <w:p>
      <w:r>
        <w:rPr>
          <w:rFonts w:ascii="Courier New" w:hAnsi="Courier New"/>
          <w:color w:val="555555"/>
          <w:sz w:val="20"/>
        </w:rPr>
        <w:t>[15]</w:t>
      </w:r>
    </w:p>
    <w:p>
      <w:r>
        <w:rPr>
          <w:rFonts w:ascii="Gentium Plus" w:hAnsi="Gentium Plus"/>
          <w:sz w:val="24"/>
        </w:rPr>
        <w:t>Ἀπαίρειν. ἀντὶ τοῦ παραγενέσθαι. Ἀπαίροντες. μεθιστάμενοι. οὕτως Ἀριστοφάνης. Ἀπέβη. ἀπέθανεν. Ἀπεβίω. ὁμοίως. Ἀπεγένετο. ὡσαύτως. οὕτως Ἀντιφῶν καὶ Θου‐</w:t>
      </w:r>
    </w:p>
    <w:p>
      <w:r>
        <w:rPr>
          <w:rFonts w:ascii="Courier New" w:hAnsi="Courier New"/>
          <w:color w:val="555555"/>
          <w:sz w:val="20"/>
        </w:rPr>
        <w:t>[20]</w:t>
      </w:r>
    </w:p>
    <w:p>
      <w:r>
        <w:rPr>
          <w:rFonts w:ascii="Gentium Plus" w:hAnsi="Gentium Plus"/>
          <w:sz w:val="24"/>
        </w:rPr>
        <w:t>κυδίδης. Ἀπεγνωκώς. ἀποδοκιμάσας. οὕτως Δημοσθένης. Ἀπέδει. ἐνέλιπεν. ὁ δὲ Φιλοποίμην Ἀρκὰς ἀπέ‐</w:t>
      </w:r>
    </w:p>
    <w:p>
      <w:r>
        <w:rPr>
          <w:rFonts w:ascii="Courier New" w:hAnsi="Courier New"/>
          <w:color w:val="555555"/>
          <w:sz w:val="20"/>
        </w:rPr>
        <w:t>[alpha 259]</w:t>
      </w:r>
    </w:p>
    <w:p>
      <w:r>
        <w:rPr>
          <w:rFonts w:ascii="Gentium Plus" w:hAnsi="Gentium Plus"/>
          <w:sz w:val="24"/>
        </w:rPr>
        <w:t>Ἀπεδειλία. ἐδεδίει. Ἀπέδειξεν. ἀντὶ τοῦ παρέδωκεν. οὕτως Ξενοφῶν. Ἀπεδημηκότες. ἀντὶ τοῦ ἀποδεδημηκότες. [οὕ‐ τως Ἕρμιππος.]</w:t>
      </w:r>
    </w:p>
    <w:p>
      <w:r>
        <w:rPr>
          <w:rFonts w:ascii="Courier New" w:hAnsi="Courier New"/>
          <w:color w:val="555555"/>
          <w:sz w:val="20"/>
        </w:rPr>
        <w:t>[5]</w:t>
      </w:r>
    </w:p>
    <w:p>
      <w:r>
        <w:rPr>
          <w:rFonts w:ascii="Gentium Plus" w:hAnsi="Gentium Plus"/>
          <w:sz w:val="24"/>
        </w:rPr>
        <w:t>Ἀπεδοκίμαζεν. ἀτίμως ὕβριζεν, ἐξεφαύλιζεν. ἀπεδοκίμαζε μὲν τοὺς κοσμίους τοῖς ἤθεσι, τοὺς ἐν κύβοις δὲ καὶ μέθαις ἐτίμα καὶ προῆ‐ γεν. Ἀπέδοξεν. ἀντὶ τοῦ· πῶς οὐκ ἔδοξεν.</w:t>
      </w:r>
    </w:p>
    <w:p>
      <w:r>
        <w:rPr>
          <w:rFonts w:ascii="Courier New" w:hAnsi="Courier New"/>
          <w:color w:val="555555"/>
          <w:sz w:val="20"/>
        </w:rPr>
        <w:t>[10]</w:t>
      </w:r>
    </w:p>
    <w:p>
      <w:r>
        <w:rPr>
          <w:rFonts w:ascii="Gentium Plus" w:hAnsi="Gentium Plus"/>
          <w:sz w:val="24"/>
        </w:rPr>
        <w:t>Ἀπεκάθετο. ἀντὶ τοῦ ἐκαθέζετο. ὁ δὲ Σκι‐ πίων ἀπεκάθετο πρός τινι πυραμίδι, θεωρῶν τοὺς αὐτομόλους. Ἀπεκάλει. ἀντὶ τοῦ ἐνεκάλει. Ξενοφῶν δὲ ἀντὶ τοῦ μετεπέμπετο.</w:t>
      </w:r>
    </w:p>
    <w:p>
      <w:r>
        <w:rPr>
          <w:rFonts w:ascii="Courier New" w:hAnsi="Courier New"/>
          <w:color w:val="555555"/>
          <w:sz w:val="20"/>
        </w:rPr>
        <w:t>[15]</w:t>
      </w:r>
    </w:p>
    <w:p>
      <w:r>
        <w:rPr>
          <w:rFonts w:ascii="Gentium Plus" w:hAnsi="Gentium Plus"/>
          <w:sz w:val="24"/>
        </w:rPr>
        <w:t>Ἀπέκνισεν. ἔκοψε. ξύλα ἀπέκνισεν. Ἀπέλθοι. ἀντὶ τοῦ ἐπανέλθοι. [Θουκυδίδης. Δη‐ μοσθένης δὲ ἀντὶ τοῦ] ἀποπεράναι. Ἀπελογίζετο. ἀπηριθμεῖτο. ὁ δὲ εἰσελθὼν ἀπε‐ λογίζετο τὰς αἰτίας.</w:t>
      </w:r>
    </w:p>
    <w:p>
      <w:r>
        <w:rPr>
          <w:rFonts w:ascii="Courier New" w:hAnsi="Courier New"/>
          <w:color w:val="555555"/>
          <w:sz w:val="20"/>
        </w:rPr>
        <w:t>[20]</w:t>
      </w:r>
    </w:p>
    <w:p>
      <w:r>
        <w:rPr>
          <w:rFonts w:ascii="Gentium Plus" w:hAnsi="Gentium Plus"/>
          <w:sz w:val="24"/>
        </w:rPr>
        <w:t>Ἀπενιαυτίσαι. ἐνιαυτὸν φυγεῖν τὴν πατρίδα ἐπί τισιν ἀδικήμασιν. ἀπενιαυτίσαι εἰς τὸ τῶν Σκυ‐ θῶν ἔθνος. Ἀπεπίστευον. ἤλπιζον. ἐν δὲ τοῖς ἐπιπέδοις καὶ</w:t>
      </w:r>
    </w:p>
    <w:p>
      <w:r>
        <w:rPr>
          <w:rFonts w:ascii="Courier New" w:hAnsi="Courier New"/>
          <w:color w:val="555555"/>
          <w:sz w:val="20"/>
        </w:rPr>
        <w:t>[alpha 260]</w:t>
      </w:r>
    </w:p>
    <w:p>
      <w:r>
        <w:rPr>
          <w:rFonts w:ascii="Gentium Plus" w:hAnsi="Gentium Plus"/>
          <w:sz w:val="24"/>
        </w:rPr>
        <w:t>Ἀπεσκευάζετο. τὴν στολὴν ἀπετίθει. κυρίως δὲ ἀποσκευάσασθαί ἐστι, τὸ ἀποῤῥίψαι τὰ σκεύη, καὶ τοῖς πολεμίοις ἀκολουθεῖν. μετὰ πλείστων ἀνθρώπων ἐκεῖσε ἀπεσκευάσατο.</w:t>
      </w:r>
    </w:p>
    <w:p>
      <w:r>
        <w:rPr>
          <w:rFonts w:ascii="Courier New" w:hAnsi="Courier New"/>
          <w:color w:val="555555"/>
          <w:sz w:val="20"/>
        </w:rPr>
        <w:t>[5]</w:t>
      </w:r>
    </w:p>
    <w:p>
      <w:r>
        <w:rPr>
          <w:rFonts w:ascii="Gentium Plus" w:hAnsi="Gentium Plus"/>
          <w:sz w:val="24"/>
        </w:rPr>
        <w:t>Ἀπέσομαι. Ἀριστοφάνης ἀντὶ τοῦ ἀπέρχομαι. Ἀπεσπούδαζεν. ἠμέλει, κατεφρόνει. οὐδὲν τῶν Ἐπικούρου λόγων ἀπεσπούδαζεν ὁ Ἀπολλώ‐ νιος. Ἀπεσχοίνισεν. ἀπεχώρισεν.</w:t>
      </w:r>
    </w:p>
    <w:p>
      <w:r>
        <w:rPr>
          <w:rFonts w:ascii="Courier New" w:hAnsi="Courier New"/>
          <w:color w:val="555555"/>
          <w:sz w:val="20"/>
        </w:rPr>
        <w:t>[10]</w:t>
      </w:r>
    </w:p>
    <w:p>
      <w:r>
        <w:rPr>
          <w:rFonts w:ascii="Gentium Plus" w:hAnsi="Gentium Plus"/>
          <w:sz w:val="24"/>
        </w:rPr>
        <w:t>[Ἀπεσχοινισμένος. ὁ ἐστερημένος. Δημοσθέ‐ νης δὲ ἀντὶ τοῦ ἀποκεκλεισμένος.] [Ἀπετιμήσαντο. ἀποτίμημα ἔλαβον. οὕτως Δημοσθένης. καὶ ἀποτίμησις τὸ ἀποτίμημα.] [Ἀπετρίψαντο. ἀπελογίσαντο. οὐ μόνον ἀπε‐</w:t>
      </w:r>
    </w:p>
    <w:p>
      <w:r>
        <w:rPr>
          <w:rFonts w:ascii="Courier New" w:hAnsi="Courier New"/>
          <w:color w:val="555555"/>
          <w:sz w:val="20"/>
        </w:rPr>
        <w:t>[15]</w:t>
      </w:r>
    </w:p>
    <w:p>
      <w:r>
        <w:rPr>
          <w:rFonts w:ascii="Gentium Plus" w:hAnsi="Gentium Plus"/>
          <w:sz w:val="24"/>
        </w:rPr>
        <w:t>τρίψαντο τὰς διαβολάς.] [Ἀπετρύετο. κατεδαπανᾶτο. καὶ παρὰ τὰς τῶν δείπνων παρασκευὰς τὸ πολὺ τῶν δημοσίων ἀπετρύετο. καὶ ἀπέτρυσεν ὁμοίως.] [Ἀπευήκασιν. ἀπεξηραμμέναι εἰσίν.]</w:t>
      </w:r>
    </w:p>
    <w:p>
      <w:r>
        <w:rPr>
          <w:rFonts w:ascii="Courier New" w:hAnsi="Courier New"/>
          <w:color w:val="555555"/>
          <w:sz w:val="20"/>
        </w:rPr>
        <w:t>[20]</w:t>
      </w:r>
    </w:p>
    <w:p>
      <w:r>
        <w:rPr>
          <w:rFonts w:ascii="Gentium Plus" w:hAnsi="Gentium Plus"/>
          <w:sz w:val="24"/>
        </w:rPr>
        <w:t>[Ἀπεφλαύριζεν. ἐκάκιζεν. ὁ δὲ τούτοις ἀν‐ τέπραττε καὶ ἀπεφλαύριζε τὰ λεγόμενα.] [Ἀπεχειρίσθη. τὴν χεῖρα ἀφαιρέθη. ὃς μετὰ πολλὰς αἰκίας καὶ στρεβλώσεις ἀπεχειρίσθη</w:t>
      </w:r>
    </w:p>
    <w:p>
      <w:r>
        <w:rPr>
          <w:rFonts w:ascii="Courier New" w:hAnsi="Courier New"/>
          <w:color w:val="555555"/>
          <w:sz w:val="20"/>
        </w:rPr>
        <w:t>[alpha 261]</w:t>
      </w:r>
    </w:p>
    <w:p>
      <w:r>
        <w:rPr>
          <w:rFonts w:ascii="Gentium Plus" w:hAnsi="Gentium Plus"/>
          <w:sz w:val="24"/>
        </w:rPr>
        <w:t>[Ἀπέχω. ἀντὶ τοῦ ἀπέλαβον. ἀπέχομέν γε τὴν χάριν.] [Ἀπεχρᾶτο. Ἡρόδοτος, ἀντὶ τοῦ ἀρκεῖν ἡγεῖ‐ το. Θουκυδίδης δὲ, ἀπεχρῶντο ἀντὶ τοῦ ἀνῄ‐</w:t>
      </w:r>
    </w:p>
    <w:p>
      <w:r>
        <w:rPr>
          <w:rFonts w:ascii="Courier New" w:hAnsi="Courier New"/>
          <w:color w:val="555555"/>
          <w:sz w:val="20"/>
        </w:rPr>
        <w:t>[5]</w:t>
      </w:r>
    </w:p>
    <w:p>
      <w:r>
        <w:rPr>
          <w:rFonts w:ascii="Gentium Plus" w:hAnsi="Gentium Plus"/>
          <w:sz w:val="24"/>
        </w:rPr>
        <w:t>ρουν.] [Ἄπει. ἀντὶ τοῦ ἀπελεύσῃ.] [Ἀπεῖδεν. ἀντὶ τοῦ μετὰ δριμύτητος ἐθεάσατο. ὁ δὲ στρατηγὸς ἐπεὶ ἀπεῖδεν εἰς αὐτόν.] [Ἀπήρτα. ἐκώλυσεν, διατριβὴν παρεῖχεν.</w:t>
      </w:r>
    </w:p>
    <w:p>
      <w:r>
        <w:rPr>
          <w:rFonts w:ascii="Courier New" w:hAnsi="Courier New"/>
          <w:color w:val="555555"/>
          <w:sz w:val="20"/>
        </w:rPr>
        <w:t>[10]</w:t>
      </w:r>
    </w:p>
    <w:p>
      <w:r>
        <w:rPr>
          <w:rFonts w:ascii="Gentium Plus" w:hAnsi="Gentium Plus"/>
          <w:sz w:val="24"/>
        </w:rPr>
        <w:t>ἀπήρτα τὸν πλοῦν τῆς ὁδοῦ. ξυμπαρέπλει τῇ στρατιᾷ.] [Ἀπήχθη. ἀπεκομίσθη, ἢ παρετράπη. ὁ δὲ Ἀπολλώνιος τὴν γλῶτταν ἀττικῶς εἶχεν, οὐ δὲ ἀπήχθη τὴν φωνὴν ὑπὸ τοῦ ἔθνους.]</w:t>
      </w:r>
    </w:p>
    <w:p>
      <w:r>
        <w:rPr>
          <w:rFonts w:ascii="Courier New" w:hAnsi="Courier New"/>
          <w:color w:val="555555"/>
          <w:sz w:val="20"/>
        </w:rPr>
        <w:t>[15]</w:t>
      </w:r>
    </w:p>
    <w:p>
      <w:r>
        <w:rPr>
          <w:rFonts w:ascii="Gentium Plus" w:hAnsi="Gentium Plus"/>
          <w:sz w:val="24"/>
        </w:rPr>
        <w:t>[Ἀπῃρκότος. ἀναχωρήσαντος. ἄρτι δὲ ἀπῃρκό‐ τος τοῦ Σοραίχον, ἡ Σιωνὶς ἐφίσταται.] [Ἄπιμεν. ἀπερχόμεθα.] [Ἀπιστεῖν. τὸ ἀπιθεῖν. οὕτως Πλάτων.] [Ἀποβῆναι. τὸ ἀγωνίσασθαι τὸν ἀποβάτην.</w:t>
      </w:r>
    </w:p>
    <w:p>
      <w:r>
        <w:rPr>
          <w:rFonts w:ascii="Courier New" w:hAnsi="Courier New"/>
          <w:color w:val="555555"/>
          <w:sz w:val="20"/>
        </w:rPr>
        <w:t>[20]</w:t>
      </w:r>
    </w:p>
    <w:p>
      <w:r>
        <w:rPr>
          <w:rFonts w:ascii="Gentium Plus" w:hAnsi="Gentium Plus"/>
          <w:sz w:val="24"/>
        </w:rPr>
        <w:t>ἀποβάτης δέ ἐστιν ἱππικὸν ἀγώνισμα.] [Ἀποφλαυρίζοντες. ἐπιτωθάζοντες, ἐξευτε‐ λίζοντες, ἢ ὡς πονηρὸν ἀποστρεφόμενοι. ἀεὶ γὰρ τὸ φλαῦρον ἐπὶ πονηροῦ τάττεται.] [Ἀπόστιχε. ἀπαλλάσσου, ἀναχώρει. στείχω,</w:t>
      </w:r>
    </w:p>
    <w:p>
      <w:r>
        <w:rPr>
          <w:rFonts w:ascii="Courier New" w:hAnsi="Courier New"/>
          <w:color w:val="555555"/>
          <w:sz w:val="20"/>
        </w:rPr>
        <w:t>[25]</w:t>
      </w:r>
    </w:p>
    <w:p>
      <w:r>
        <w:rPr>
          <w:rFonts w:ascii="Gentium Plus" w:hAnsi="Gentium Plus"/>
          <w:sz w:val="24"/>
        </w:rPr>
        <w:t>ἔστιχον, ἔστιχες, ἔστιχε, καὶ ἀπόστιχε.] [Ἀπόερσεν. ἀπέπνιξε, διέφθειρε. παρὰ τὸ ἔῤ‐</w:t>
      </w:r>
    </w:p>
    <w:p>
      <w:r>
        <w:rPr>
          <w:rFonts w:ascii="Courier New" w:hAnsi="Courier New"/>
          <w:color w:val="555555"/>
          <w:sz w:val="20"/>
        </w:rPr>
        <w:t>[alpha 262]</w:t>
      </w:r>
    </w:p>
    <w:p>
      <w:r>
        <w:rPr>
          <w:rFonts w:ascii="Gentium Plus" w:hAnsi="Gentium Plus"/>
          <w:sz w:val="24"/>
        </w:rPr>
        <w:t>ἔρσω, ὁ ἀόριστος ἔρσα, ἔρσας, ἔρσε καὶ ἀπό‐ ερσεν.] [Ἀποκαίνυμι. νικῶ. ἀπὸ τοῦ καίνω τὸ φονεύω, καίννυμι, ἐκαιννύμην, ἐκαίννυσο, ἐκαίννυτο. με‐</w:t>
      </w:r>
    </w:p>
    <w:p>
      <w:r>
        <w:rPr>
          <w:rFonts w:ascii="Courier New" w:hAnsi="Courier New"/>
          <w:color w:val="555555"/>
          <w:sz w:val="20"/>
        </w:rPr>
        <w:t>[5]</w:t>
      </w:r>
    </w:p>
    <w:p>
      <w:r>
        <w:rPr>
          <w:rFonts w:ascii="Gentium Plus" w:hAnsi="Gentium Plus"/>
          <w:sz w:val="24"/>
        </w:rPr>
        <w:t>ταφορικὴ δὲ ἡ λέξις. κυρίως γὰρ ἐπὶ τῶν φο‐ νευόντων καὶ νικώντων λαμβάνεται. ἢ παρὰ τὸ αἴνυμαι, τὸ λαμβάνω. ἀπὸ τοῦ αἴνυσθαι καὶ λαμβάνειν ἆθλον τοὺς νικῶντας.] [Ἀπολιχμῆσαι. ἀπολεῖξαι. λείχω, λειχῶ,</w:t>
      </w:r>
    </w:p>
    <w:p>
      <w:r>
        <w:rPr>
          <w:rFonts w:ascii="Courier New" w:hAnsi="Courier New"/>
          <w:color w:val="555555"/>
          <w:sz w:val="20"/>
        </w:rPr>
        <w:t>[10]</w:t>
      </w:r>
    </w:p>
    <w:p>
      <w:r>
        <w:rPr>
          <w:rFonts w:ascii="Gentium Plus" w:hAnsi="Gentium Plus"/>
          <w:sz w:val="24"/>
        </w:rPr>
        <w:t>καὶ λιχμῶ, λιχμήσω.] [Ἀπόχρη. ἀρκεῖ. ἀπὸ τοῦ χρῶ, τοῦ σημαίνον‐ τος τὸ παρέχω, γίνεται ῥῆμα χρῆμι, χρῆς, χρῆσι καὶ κατὰ ἀποκοπὴν χρὴ, καὶ ἐν συνθέ‐ σει ἀπόχρη.]</w:t>
      </w:r>
    </w:p>
    <w:p>
      <w:r>
        <w:rPr>
          <w:rFonts w:ascii="Courier New" w:hAnsi="Courier New"/>
          <w:color w:val="555555"/>
          <w:sz w:val="20"/>
        </w:rPr>
        <w:t>[15]</w:t>
      </w:r>
    </w:p>
    <w:p>
      <w:r>
        <w:rPr>
          <w:rFonts w:ascii="Gentium Plus" w:hAnsi="Gentium Plus"/>
          <w:sz w:val="24"/>
        </w:rPr>
        <w:t>[Ἀποβρίξειν καὶ ἀποβρίξας, ἀπονυστάξας. παρὰ τὴν βορὰν καὶ τὸ ἵζειν, ὅ ἐστι κατα‐ νεύειν, ὥστε κυρίως ἀπὸ βορᾶς νυστάζειν. οἱ δὲ παρὰ τὸ ρι ἐπιτατικὸν μόριον. βαρύνονται γὰρ οἱ ἐν ὕπνῳ καταφερόμενοι.]</w:t>
      </w:r>
    </w:p>
    <w:p>
      <w:r>
        <w:rPr>
          <w:rFonts w:ascii="Courier New" w:hAnsi="Courier New"/>
          <w:color w:val="555555"/>
          <w:sz w:val="20"/>
        </w:rPr>
        <w:t>[20]</w:t>
      </w:r>
    </w:p>
    <w:p>
      <w:r>
        <w:rPr>
          <w:rFonts w:ascii="Gentium Plus" w:hAnsi="Gentium Plus"/>
          <w:sz w:val="24"/>
        </w:rPr>
        <w:t>[Ἀποσαλεύσας. ἀποφυγὼν ἐκ τοῦ λιμένος, καὶ σάλῳ ὁμιλήσας.] [Ἀπὸ γὰρ ὀλοῦμαι. τοῦτο ὑπέρβατον λέγεται. Ἀριστοφάνης· ἀπὸ γὰρ ὀλοῦμαι μὴ μαθὼν γλωττοστρο‐</w:t>
      </w:r>
    </w:p>
    <w:p>
      <w:r>
        <w:rPr>
          <w:rFonts w:ascii="Courier New" w:hAnsi="Courier New"/>
          <w:color w:val="555555"/>
          <w:sz w:val="20"/>
        </w:rPr>
        <w:t>[25]</w:t>
      </w:r>
    </w:p>
    <w:p>
      <w:r>
        <w:rPr>
          <w:rFonts w:ascii="Gentium Plus" w:hAnsi="Gentium Plus"/>
          <w:sz w:val="24"/>
        </w:rPr>
        <w:t>φεῖν.] [Ἀπογενέσθαι. ἢ ὑποστερῆσαι σημαίνει ἢ ἀπο‐ θανεῖν.] [Ἀπογειῶσαι καὶ ἀπογεισσῶσαι. τὸ ἀποθε‐</w:t>
      </w:r>
    </w:p>
    <w:p>
      <w:r>
        <w:rPr>
          <w:rFonts w:ascii="Courier New" w:hAnsi="Courier New"/>
          <w:color w:val="555555"/>
          <w:sz w:val="20"/>
        </w:rPr>
        <w:t>[alpha 263]</w:t>
      </w:r>
    </w:p>
    <w:p>
      <w:r>
        <w:rPr>
          <w:rFonts w:ascii="Gentium Plus" w:hAnsi="Gentium Plus"/>
          <w:sz w:val="24"/>
        </w:rPr>
        <w:t>[Ἀπογνούς. ἀπελπίσας. οὕτως Δημοσθένης. Δείναρχος δὲ, ἀντὶ τοῦ ἀποψηφισάμενος.] [Ἀπογράψαι. τὸ γράψαι καὶ τὸ ὑπογράψα‐ σθαι, καὶ οἷον σημειώσασθαι δηλοῖ.]</w:t>
      </w:r>
    </w:p>
    <w:p>
      <w:r>
        <w:rPr>
          <w:rFonts w:ascii="Courier New" w:hAnsi="Courier New"/>
          <w:color w:val="555555"/>
          <w:sz w:val="20"/>
        </w:rPr>
        <w:t>[5]</w:t>
      </w:r>
    </w:p>
    <w:p>
      <w:r>
        <w:rPr>
          <w:rFonts w:ascii="Gentium Plus" w:hAnsi="Gentium Plus"/>
          <w:sz w:val="24"/>
        </w:rPr>
        <w:t>[Ἀποδέχομαι. ὁμολογῶ.] [Ἀποδιατρίψουσιν. ἐγχρονίσουσιν, χρονοτριβή‐ σουσιν.] [Ἀποδυσπετεῖ. ἀποδύρεται. δυσθετούμενοι τοῖς συμβαίνουσιν ἀποδυσπετεῖν ἀναγκάζονται.]</w:t>
      </w:r>
    </w:p>
    <w:p>
      <w:r>
        <w:rPr>
          <w:rFonts w:ascii="Courier New" w:hAnsi="Courier New"/>
          <w:color w:val="555555"/>
          <w:sz w:val="20"/>
        </w:rPr>
        <w:t>[10]</w:t>
      </w:r>
    </w:p>
    <w:p>
      <w:r>
        <w:rPr>
          <w:rFonts w:ascii="Gentium Plus" w:hAnsi="Gentium Plus"/>
          <w:sz w:val="24"/>
        </w:rPr>
        <w:t>[Ἀποζῇν. τὸ εὐτελῶς ζῇν. ζῇν δὲ, τὸ μετὰ τρυφῆς καὶ πολυτελείας. τοσαῦτα ἀγαπῶν κε‐ κτῆσθαι, ὅσα ἀποζῇν ἀπ’ αὐτῶν. ἀντὶ τοῦ μέτρια.] [Ἀποθρέξεις. συναποτροχάσεις. οὕτως Πλάτων.]</w:t>
      </w:r>
    </w:p>
    <w:p>
      <w:r>
        <w:rPr>
          <w:rFonts w:ascii="Courier New" w:hAnsi="Courier New"/>
          <w:color w:val="555555"/>
          <w:sz w:val="20"/>
        </w:rPr>
        <w:t>[15]</w:t>
      </w:r>
    </w:p>
    <w:p>
      <w:r>
        <w:rPr>
          <w:rFonts w:ascii="Gentium Plus" w:hAnsi="Gentium Plus"/>
          <w:sz w:val="24"/>
        </w:rPr>
        <w:t>[Ἀποθυννίζω. τὸ ἀποπέμπομαι καὶ παραλογί‐ ζομαι.] [Ἀποκαθεύδουσιν. Εὔπολις. ἀποκοιτοῦσιν. ἤτοι γυναῖκα χωρίζεται ἀνδρὸς, καὶ ἀφίστασθαι.] [Ἀποκαθιστῶν. διδοὺς, χαριζόμενος. σὺ εἶς</w:t>
      </w:r>
    </w:p>
    <w:p>
      <w:r>
        <w:rPr>
          <w:rFonts w:ascii="Courier New" w:hAnsi="Courier New"/>
          <w:color w:val="555555"/>
          <w:sz w:val="20"/>
        </w:rPr>
        <w:t>[20]</w:t>
      </w:r>
    </w:p>
    <w:p>
      <w:r>
        <w:rPr>
          <w:rFonts w:ascii="Gentium Plus" w:hAnsi="Gentium Plus"/>
          <w:sz w:val="24"/>
        </w:rPr>
        <w:t>ὁ ἀποκαθιστῶν τὴν κληρονομίαν μου.] [Ἀποκαραδοκῶν. προσδοκῶν, ἐλπίζων.] [Ἀποκαταλλάξας. φιλοποιήσας.] [Ἀποκατέστη. ἀπεδόθη. ἀποκατέστη τοῖς περὶ τὸν ἕβδομον χρόνον τὰ ὀφειλόμενα χρήματα.]</w:t>
      </w:r>
    </w:p>
    <w:p>
      <w:r>
        <w:rPr>
          <w:rFonts w:ascii="Courier New" w:hAnsi="Courier New"/>
          <w:color w:val="555555"/>
          <w:sz w:val="20"/>
        </w:rPr>
        <w:t>[25]</w:t>
      </w:r>
    </w:p>
    <w:p>
      <w:r>
        <w:rPr>
          <w:rFonts w:ascii="Gentium Plus" w:hAnsi="Gentium Plus"/>
          <w:sz w:val="24"/>
        </w:rPr>
        <w:t>[Ἀποκεκλήκαμεν. ἀπηγορεύσαμεν. ἀποκεκλή‐</w:t>
      </w:r>
    </w:p>
    <w:p>
      <w:r>
        <w:rPr>
          <w:rFonts w:ascii="Courier New" w:hAnsi="Courier New"/>
          <w:color w:val="555555"/>
          <w:sz w:val="20"/>
        </w:rPr>
        <w:t>[alpha 264]</w:t>
      </w:r>
    </w:p>
    <w:p>
      <w:r>
        <w:rPr>
          <w:rFonts w:ascii="Gentium Plus" w:hAnsi="Gentium Plus"/>
          <w:sz w:val="24"/>
        </w:rPr>
        <w:t>[Ἀποκεκρουσμένον. οἷον ἀποκεκλασμένον καὶ κεκολοβωμένον καὶ ἠκρωτηριασμένον. Ἀριστο‐ φάνης· δός μοι κυλίσκιον χεῖλος ἀποκεκρουσμένον.</w:t>
      </w:r>
    </w:p>
    <w:p>
      <w:r>
        <w:rPr>
          <w:rFonts w:ascii="Courier New" w:hAnsi="Courier New"/>
          <w:color w:val="555555"/>
          <w:sz w:val="20"/>
        </w:rPr>
        <w:t>[5]</w:t>
      </w:r>
    </w:p>
    <w:p>
      <w:r>
        <w:rPr>
          <w:rFonts w:ascii="Gentium Plus" w:hAnsi="Gentium Plus"/>
          <w:sz w:val="24"/>
        </w:rPr>
        <w:t>ποτήριον.] [Ἀποκείλαντες. ἀποκλίναντες.] [Ἀποκείραντες καὶ κείραντες. ἑκατέρως λέγου‐ σιν.] [Ἀποκεῖσθαι πόῤῥω. ἀτιμάζεσθαι. οὕτως Κρα‐</w:t>
      </w:r>
    </w:p>
    <w:p>
      <w:r>
        <w:rPr>
          <w:rFonts w:ascii="Courier New" w:hAnsi="Courier New"/>
          <w:color w:val="555555"/>
          <w:sz w:val="20"/>
        </w:rPr>
        <w:t>[10]</w:t>
      </w:r>
    </w:p>
    <w:p>
      <w:r>
        <w:rPr>
          <w:rFonts w:ascii="Gentium Plus" w:hAnsi="Gentium Plus"/>
          <w:sz w:val="24"/>
        </w:rPr>
        <w:t>τῖνος.] [Ἀποκακήσαντες. ἀφροντιστήσαντες. Ὅμη‐ ρος. παρὰ δὲ Σώφρονι ἀποκακήσαντες.] [Ἀποκακήσονται. τὴν λύπην ἀφαιρήσονται.] [Ἀποκηρύττοντες. ἀντὶ τοῦ πιπράσκοντες. οὕ‐</w:t>
      </w:r>
    </w:p>
    <w:p>
      <w:r>
        <w:rPr>
          <w:rFonts w:ascii="Courier New" w:hAnsi="Courier New"/>
          <w:color w:val="555555"/>
          <w:sz w:val="20"/>
        </w:rPr>
        <w:t>[15]</w:t>
      </w:r>
    </w:p>
    <w:p>
      <w:r>
        <w:rPr>
          <w:rFonts w:ascii="Gentium Plus" w:hAnsi="Gentium Plus"/>
          <w:sz w:val="24"/>
        </w:rPr>
        <w:t>τως Δημοσθένης καὶ Πλάτων.] [Ἀποκινεῖν. τὸ ἀπέρχεσθαι καὶ ἀποτρέχειν. λέ‐ γεται δὲ καὶ ἐπὶ πλοίων καταγομένων καὶ ὁρ‐ μιζομένων, ἀποκινεῖν ταῖς κώπαις.] [Ἀποκοπῆναι λέγεται, ὅταν ἡ κύων μηκέτι εὑ‐</w:t>
      </w:r>
    </w:p>
    <w:p>
      <w:r>
        <w:rPr>
          <w:rFonts w:ascii="Courier New" w:hAnsi="Courier New"/>
          <w:color w:val="555555"/>
          <w:sz w:val="20"/>
        </w:rPr>
        <w:t>[20]</w:t>
      </w:r>
    </w:p>
    <w:p>
      <w:r>
        <w:rPr>
          <w:rFonts w:ascii="Gentium Plus" w:hAnsi="Gentium Plus"/>
          <w:sz w:val="24"/>
        </w:rPr>
        <w:t>ρίσκῃ τὰ ἴχνη.] [Ἀποκρινεῖται. λέγουσιν μᾶλλον ἢ ἀποκριθή‐ σεται.] [Ἀπολαβόντες. ἐναποκλείσαντες. οἱ δὲ τὴν στρατιὰν αὐλῶσι στενοῖς καὶ δυσεμβόλοις ἀπο‐</w:t>
      </w:r>
    </w:p>
    <w:p>
      <w:r>
        <w:rPr>
          <w:rFonts w:ascii="Courier New" w:hAnsi="Courier New"/>
          <w:color w:val="555555"/>
          <w:sz w:val="20"/>
        </w:rPr>
        <w:t>[25]</w:t>
      </w:r>
    </w:p>
    <w:p>
      <w:r>
        <w:rPr>
          <w:rFonts w:ascii="Gentium Plus" w:hAnsi="Gentium Plus"/>
          <w:sz w:val="24"/>
        </w:rPr>
        <w:t>λαβόντες, ἐς διαλλαγὰς ἐλθεῖν αἰσχρὰς ἠνάγ‐</w:t>
      </w:r>
    </w:p>
    <w:p>
      <w:r>
        <w:rPr>
          <w:rFonts w:ascii="Courier New" w:hAnsi="Courier New"/>
          <w:color w:val="555555"/>
          <w:sz w:val="20"/>
        </w:rPr>
        <w:t>[alpha 265]</w:t>
      </w:r>
    </w:p>
    <w:p>
      <w:r>
        <w:rPr>
          <w:rFonts w:ascii="Gentium Plus" w:hAnsi="Gentium Plus"/>
          <w:sz w:val="24"/>
        </w:rPr>
        <w:t>[Ἀπολακτίζω. καὶ ἀπελάκτισεν ὁ ἠγαπημέ‐ νος, τουτέστιν ἀπέλαυσεν.] [Ἀπολαύειν οὐκ ἐπὶ τῶν ἡδέων μόνον, ἀλλὰ καὶ ἐπὶ τῶν ἐναντίων τάττουσιν. ὡς Ἰσοκράτης·</w:t>
      </w:r>
    </w:p>
    <w:p>
      <w:r>
        <w:rPr>
          <w:rFonts w:ascii="Courier New" w:hAnsi="Courier New"/>
          <w:color w:val="555555"/>
          <w:sz w:val="20"/>
        </w:rPr>
        <w:t>[5]</w:t>
      </w:r>
    </w:p>
    <w:p>
      <w:r>
        <w:rPr>
          <w:rFonts w:ascii="Gentium Plus" w:hAnsi="Gentium Plus"/>
          <w:sz w:val="24"/>
        </w:rPr>
        <w:t>δέδοικα, μή τι κακὸν ἀπολαύσαιμι.] [Ἀπολαχεῖν. τὸ διανείμασθαι τὰ πατρῷα καὶ ἄλλα κοινὰ δόντα πρός τινας καὶ ἀπολαβεῖν. διαλαχεῖν δὲ τὸ διανεμεῖσθαι οἱ ῥήτορες εἰρή‐ κασιν. Ἀντιφῶν· ὁπόταν ἄνθρωποι βούλοιντο</w:t>
      </w:r>
    </w:p>
    <w:p>
      <w:r>
        <w:rPr>
          <w:rFonts w:ascii="Courier New" w:hAnsi="Courier New"/>
          <w:color w:val="555555"/>
          <w:sz w:val="20"/>
        </w:rPr>
        <w:t>[10]</w:t>
      </w:r>
    </w:p>
    <w:p>
      <w:r>
        <w:rPr>
          <w:rFonts w:ascii="Gentium Plus" w:hAnsi="Gentium Plus"/>
          <w:sz w:val="24"/>
        </w:rPr>
        <w:t>χρήματα διαλαγχάνειν.] [Ἀπολαχεῖν. ἀντὶ τοῦ διαλαχεῖν. οὕτως Λυ‐ σίας, Ἀριστοφάνης καὶ Ἀντιφῶν.] [Ἀπολεγόμενος. παραιτούμενος. ἀπολεγόμενος τὴν ἀρχήν.]</w:t>
      </w:r>
    </w:p>
    <w:p>
      <w:r>
        <w:rPr>
          <w:rFonts w:ascii="Courier New" w:hAnsi="Courier New"/>
          <w:color w:val="555555"/>
          <w:sz w:val="20"/>
        </w:rPr>
        <w:t>[15]</w:t>
      </w:r>
    </w:p>
    <w:p>
      <w:r>
        <w:rPr>
          <w:rFonts w:ascii="Gentium Plus" w:hAnsi="Gentium Plus"/>
          <w:sz w:val="24"/>
        </w:rPr>
        <w:t>[Ἀπολέγοντα. ἀποτρέποντα, ἀπαγορεύοντα. γράμματά τε ἄντικρυς ἀπολέγοντα τοῖς πρέσ‐ βεσιν ἔγραψεν.]</w:t>
      </w:r>
    </w:p>
    <w:p>
      <w:r>
        <w:rPr>
          <w:rFonts w:ascii="Courier New" w:hAnsi="Courier New"/>
          <w:color w:val="555555"/>
          <w:sz w:val="20"/>
        </w:rPr>
        <w:t>[alpha 266]</w:t>
      </w:r>
    </w:p>
    <w:p>
      <w:r>
        <w:rPr>
          <w:rFonts w:ascii="Gentium Plus" w:hAnsi="Gentium Plus"/>
          <w:sz w:val="24"/>
        </w:rPr>
        <w:t>γὰρ ἡ σταγὼν, ἧς οὐδὲν ταχύτερον ἐν τῷ πί‐ πτειν.] [Ἀπολογίσασθαι. τὸ ἐπεξελθεῖν ἕκαστα. οὕτως Δημοσθένης.]</w:t>
      </w:r>
    </w:p>
    <w:p>
      <w:r>
        <w:rPr>
          <w:rFonts w:ascii="Courier New" w:hAnsi="Courier New"/>
          <w:color w:val="555555"/>
          <w:sz w:val="20"/>
        </w:rPr>
        <w:t>[5]</w:t>
      </w:r>
    </w:p>
    <w:p>
      <w:r>
        <w:rPr>
          <w:rFonts w:ascii="Gentium Plus" w:hAnsi="Gentium Plus"/>
          <w:sz w:val="24"/>
        </w:rPr>
        <w:t>[Ἀπολυόμενος. ὑπεραπολογούμενος. ὁ δὲ πρεσ‐ βείαν διεπέμπετο, ἀπολυόμενος τὰς διαβο‐ λάς.] [Ἀπολύων. τῷ θανάτῳ παραπέμπων. Δαβίδ· κύριε, ἀπολύων ἀπὸ γῆς, διαμέρισον αὐτούς.</w:t>
      </w:r>
    </w:p>
    <w:p>
      <w:r>
        <w:rPr>
          <w:rFonts w:ascii="Courier New" w:hAnsi="Courier New"/>
          <w:color w:val="555555"/>
          <w:sz w:val="20"/>
        </w:rPr>
        <w:t>[10]</w:t>
      </w:r>
    </w:p>
    <w:p>
      <w:r>
        <w:rPr>
          <w:rFonts w:ascii="Gentium Plus" w:hAnsi="Gentium Plus"/>
          <w:sz w:val="24"/>
        </w:rPr>
        <w:t>ἕτερος δὲ ἑρμηνεὺς, ἀπὸ ὀλίγων.] [Ἀποθανεῖν. ἀποψύχειν. ἡ ἀπὸ πρόθεσις ἐν‐ ταῦθα χωρισμὸν δηλοῖ. καθὰ χωρίζονται οἱ ζῶντες ἀπὸ τῶν τεθνεώτων. καὶ ἀπέρχεσθαι τὸ χωρίζεσθαι τινὰ ἀπερχόμενον.]</w:t>
      </w:r>
    </w:p>
    <w:p>
      <w:r>
        <w:rPr>
          <w:rFonts w:ascii="Courier New" w:hAnsi="Courier New"/>
          <w:color w:val="555555"/>
          <w:sz w:val="20"/>
        </w:rPr>
        <w:t>[15]</w:t>
      </w:r>
    </w:p>
    <w:p>
      <w:r>
        <w:rPr>
          <w:rFonts w:ascii="Gentium Plus" w:hAnsi="Gentium Plus"/>
          <w:sz w:val="24"/>
        </w:rPr>
        <w:t>[Ἀποσκυδμαίνω. σκύζω. γίνεται ἐξ αὐτοῦ ὄνομα ῥηματικὸν σκύδνος ἡ λοιδορία. ἢ ὡς πα‐ ρὰ τὸ ὄζω γίνεται ὀζαίνω, οὕτω καὶ παρὰ τὸ σκύζω σκυζαίνω, καὶ τροπῇ τοῦ ζ εἰς δ σκυ‐</w:t>
      </w:r>
    </w:p>
    <w:p>
      <w:r>
        <w:rPr>
          <w:rFonts w:ascii="Courier New" w:hAnsi="Courier New"/>
          <w:color w:val="555555"/>
          <w:sz w:val="20"/>
        </w:rPr>
        <w:t>[alpha 267]</w:t>
      </w:r>
    </w:p>
    <w:p>
      <w:r>
        <w:rPr>
          <w:rFonts w:ascii="Gentium Plus" w:hAnsi="Gentium Plus"/>
          <w:sz w:val="24"/>
        </w:rPr>
        <w:t>[Ἀποτμήξαντα. ἀποκόψαντα. τμῶ, παράγω‐ γον τμήγω. τὸ δὲ τμῶ ἀπὸ τοῦ τομή.] Ἀποπτανέουσι. *ἀποβλέπουσιν.* [πετῶ, πε‐ ταίνω, καὶ συγκοπῇ πταίνω, καὶ κατὰ ἀναδι‐</w:t>
      </w:r>
    </w:p>
    <w:p>
      <w:r>
        <w:rPr>
          <w:rFonts w:ascii="Courier New" w:hAnsi="Courier New"/>
          <w:color w:val="555555"/>
          <w:sz w:val="20"/>
        </w:rPr>
        <w:t>[5]</w:t>
      </w:r>
    </w:p>
    <w:p>
      <w:r>
        <w:rPr>
          <w:rFonts w:ascii="Gentium Plus" w:hAnsi="Gentium Plus"/>
          <w:sz w:val="24"/>
        </w:rPr>
        <w:t>πλασιασμὸν παπταίνω, παπτανῶ, παπτάνουσι, καὶ πλεονασμῷ τοῦ ε παπτανέουσιν.] Ἀποπτάμενος. πετάσας. πέτω καὶ συγκοπῇ πτῶ, καὶ πτῆμι ἐξ αὐτοῦ· τὸ παθητικὸν πτᾶ‐ μαι, πτάμενος. ἐκ δὲ τοῦ πέτω γίνεται πετῶ,</w:t>
      </w:r>
    </w:p>
    <w:p>
      <w:r>
        <w:rPr>
          <w:rFonts w:ascii="Courier New" w:hAnsi="Courier New"/>
          <w:color w:val="555555"/>
          <w:sz w:val="20"/>
        </w:rPr>
        <w:t>[10]</w:t>
      </w:r>
    </w:p>
    <w:p>
      <w:r>
        <w:rPr>
          <w:rFonts w:ascii="Gentium Plus" w:hAnsi="Gentium Plus"/>
          <w:sz w:val="24"/>
        </w:rPr>
        <w:t>ἐξ οὗ τὸ ἀμφεπετᾶτο, καὶ πετάζω, ἐξ οὗ τὸ ἐπετάσθη, καὶ πεταννύω, καὶ πετάννυμι, καὶ πτῆμι. Ἀπογαλακτίζω. ἡ ἀπὸ ἀπόπαυσιν καὶ ἀπο‐ πλήρωσιν σημαίνει. γάλακτος, γαλακτίζω.</w:t>
      </w:r>
    </w:p>
    <w:p>
      <w:r>
        <w:rPr>
          <w:rFonts w:ascii="Courier New" w:hAnsi="Courier New"/>
          <w:color w:val="555555"/>
          <w:sz w:val="20"/>
        </w:rPr>
        <w:t>[15]</w:t>
      </w:r>
    </w:p>
    <w:p>
      <w:r>
        <w:rPr>
          <w:rFonts w:ascii="Gentium Plus" w:hAnsi="Gentium Plus"/>
          <w:sz w:val="24"/>
        </w:rPr>
        <w:t>[Ἀποδρᾷν. τὸ ἔξω τῆς δεσποτίας γενέσθαι τοῦ δεσπότου. δρῶ τὸ ὑπηρετῶ. ὅθεν καὶ δρηστῆ‐ ρες οἱ ὑπηρέται.] Ἀπολυμαίνεσθαι. ἀποκαθαίρειν. λύματα λέ‐ γουσι τὰ καθάρματα. εἴτε καὶ αὐτὸ τὸ ῥύπος</w:t>
      </w:r>
    </w:p>
    <w:p>
      <w:r>
        <w:rPr>
          <w:rFonts w:ascii="Courier New" w:hAnsi="Courier New"/>
          <w:color w:val="555555"/>
          <w:sz w:val="20"/>
        </w:rPr>
        <w:t>[20]</w:t>
      </w:r>
    </w:p>
    <w:p>
      <w:r>
        <w:rPr>
          <w:rFonts w:ascii="Gentium Plus" w:hAnsi="Gentium Plus"/>
          <w:sz w:val="24"/>
        </w:rPr>
        <w:t>παρὰ τὸ λυμαίνειν τὸ ὑποκείμενον. ἀπὸ γοῦν</w:t>
      </w:r>
    </w:p>
    <w:p>
      <w:r>
        <w:rPr>
          <w:rFonts w:ascii="Courier New" w:hAnsi="Courier New"/>
          <w:color w:val="555555"/>
          <w:sz w:val="20"/>
        </w:rPr>
        <w:t>[alpha 268]</w:t>
      </w:r>
    </w:p>
    <w:p>
      <w:r>
        <w:rPr>
          <w:rFonts w:ascii="Gentium Plus" w:hAnsi="Gentium Plus"/>
          <w:sz w:val="24"/>
        </w:rPr>
        <w:t>τὸ ὕδωρ τῆς θαλάσσης καθαρτικὸν, ὅτι καὶ τὰ περιττώματα εἰς τὴν ἀπέριττον θάλασσαν βάλλεται. τὸ δὲ λύμα ἐκ τοῦ ῥύπτω, αἰολικῶς ῥύσσω, ἔρυμαι, ῥύμα καὶ λύμα.</w:t>
      </w:r>
    </w:p>
    <w:p>
      <w:r>
        <w:rPr>
          <w:rFonts w:ascii="Courier New" w:hAnsi="Courier New"/>
          <w:color w:val="555555"/>
          <w:sz w:val="20"/>
        </w:rPr>
        <w:t>[5]</w:t>
      </w:r>
    </w:p>
    <w:p>
      <w:r>
        <w:rPr>
          <w:rFonts w:ascii="Gentium Plus" w:hAnsi="Gentium Plus"/>
          <w:sz w:val="24"/>
        </w:rPr>
        <w:t>[Ἀπόφασθε. εἴπατε. φημὶ τὸ λέγω, φήσω, πέφηκα, πέφαμαι,] ἐφάμην, ἔφασο, τὸ προσ‐ τακτικὸν φάσο, φάσθω, φᾶσθε καὶ ἀπόφα‐ σθε. Ἀποθρίξασθαι. ἀποθερίζω, ἀποθρίξω.</w:t>
      </w:r>
    </w:p>
    <w:p>
      <w:r>
        <w:rPr>
          <w:rFonts w:ascii="Courier New" w:hAnsi="Courier New"/>
          <w:color w:val="555555"/>
          <w:sz w:val="20"/>
        </w:rPr>
        <w:t>[10]</w:t>
      </w:r>
    </w:p>
    <w:p>
      <w:r>
        <w:rPr>
          <w:rFonts w:ascii="Gentium Plus" w:hAnsi="Gentium Plus"/>
          <w:sz w:val="24"/>
        </w:rPr>
        <w:t>*Ἀπομάττεσθαι. ἀναλαβεῖν, μιμεῖσθαι καὶ ἀποτυποῦν.* Ἀπομάττων. ἀντὶ τοῦ ἀποψῶν, ἢ ἀντὶ τοῦ περιπλάττων πηλὸν καὶ τὰ πίτυρα. Ἀπομώμοκα. ἀντὶ τοῦ ὁρκωμοσίαν πρὸς γυ‐</w:t>
      </w:r>
    </w:p>
    <w:p>
      <w:r>
        <w:rPr>
          <w:rFonts w:ascii="Courier New" w:hAnsi="Courier New"/>
          <w:color w:val="555555"/>
          <w:sz w:val="20"/>
        </w:rPr>
        <w:t>[15]</w:t>
      </w:r>
    </w:p>
    <w:p>
      <w:r>
        <w:rPr>
          <w:rFonts w:ascii="Gentium Plus" w:hAnsi="Gentium Plus"/>
          <w:sz w:val="24"/>
        </w:rPr>
        <w:t>ναῖκας πεποίηκα. Ἀπόνειμαι. ἀπόδος. ἀπόνεμε δὲ ψιλόν. Ἀπονοστήσει. ἐπανελεύσεται. Ἀπονυχιῶ. ἀντὶ τοῦ ἀφαιρήσομαι, ἀπὸ μεταφοσ‐ ρᾶς τῶν ὀνυχιζομένων.</w:t>
      </w:r>
    </w:p>
    <w:p>
      <w:r>
        <w:rPr>
          <w:rFonts w:ascii="Courier New" w:hAnsi="Courier New"/>
          <w:color w:val="555555"/>
          <w:sz w:val="20"/>
        </w:rPr>
        <w:t>[20]</w:t>
      </w:r>
    </w:p>
    <w:p>
      <w:r>
        <w:rPr>
          <w:rFonts w:ascii="Gentium Plus" w:hAnsi="Gentium Plus"/>
          <w:sz w:val="24"/>
        </w:rPr>
        <w:t>Ἀπονυχίσαι λέγουσι μᾶλλον ἢ ὀνυχίσαι.</w:t>
      </w:r>
    </w:p>
    <w:p>
      <w:r>
        <w:rPr>
          <w:rFonts w:ascii="Courier New" w:hAnsi="Courier New"/>
          <w:color w:val="555555"/>
          <w:sz w:val="20"/>
        </w:rPr>
        <w:t>[alpha 269]</w:t>
      </w:r>
    </w:p>
    <w:p>
      <w:r>
        <w:rPr>
          <w:rFonts w:ascii="Gentium Plus" w:hAnsi="Gentium Plus"/>
          <w:sz w:val="24"/>
        </w:rPr>
        <w:t>Ἀποξυστροῦνται. ἐπικάμπτονται, ἐπιστρέφον‐ ται. Ἀποπεπόνηκας. τῶν πόνων ἔληξας. Ἀποπεφασμένον. ἀπειρημένον, ἢ ἀντὶ τοῦ ἀπο‐</w:t>
      </w:r>
    </w:p>
    <w:p>
      <w:r>
        <w:rPr>
          <w:rFonts w:ascii="Courier New" w:hAnsi="Courier New"/>
          <w:color w:val="555555"/>
          <w:sz w:val="20"/>
        </w:rPr>
        <w:t>[5]</w:t>
      </w:r>
    </w:p>
    <w:p>
      <w:r>
        <w:rPr>
          <w:rFonts w:ascii="Gentium Plus" w:hAnsi="Gentium Plus"/>
          <w:sz w:val="24"/>
        </w:rPr>
        <w:t>δεδειγμένον καὶ πεφανερωμένον. [οὕτως Δείναρ‐ χος, Λυσίας καὶ Δημοσθένης.] Ἀποπεφοίτηκεν. ἀπῆλθεν. Ἀποπορευτέον. ἀντὶ τοῦ ἐπανακτέον, ὑποστρε‐ πτέον.</w:t>
      </w:r>
    </w:p>
    <w:p>
      <w:r>
        <w:rPr>
          <w:rFonts w:ascii="Courier New" w:hAnsi="Courier New"/>
          <w:color w:val="555555"/>
          <w:sz w:val="20"/>
        </w:rPr>
        <w:t>[10]</w:t>
      </w:r>
    </w:p>
    <w:p>
      <w:r>
        <w:rPr>
          <w:rFonts w:ascii="Gentium Plus" w:hAnsi="Gentium Plus"/>
          <w:sz w:val="24"/>
        </w:rPr>
        <w:t>Ἀποπρεσβεύει. ἀπαγγέλλει πρεσβείαν. Ἀποπταίη. πετασθῇ. Ἀποῤῥέξαντες. ἀπομερίσαντες, ἀπόμοιραν δόν‐ τες. Ἀποῤῥηθέν. ἀπαγορευθέν.</w:t>
      </w:r>
    </w:p>
    <w:p>
      <w:r>
        <w:rPr>
          <w:rFonts w:ascii="Courier New" w:hAnsi="Courier New"/>
          <w:color w:val="555555"/>
          <w:sz w:val="20"/>
        </w:rPr>
        <w:t>[15]</w:t>
      </w:r>
    </w:p>
    <w:p>
      <w:r>
        <w:rPr>
          <w:rFonts w:ascii="Gentium Plus" w:hAnsi="Gentium Plus"/>
          <w:sz w:val="24"/>
        </w:rPr>
        <w:t>Ἀποῤῥηθῇ. ἀντὶ τοῦ ἀποκηρυχθῇ. [οὕτως Πλά‐ των.] Ἀποῤῥιπτεῖ. ἀποβάλλει. Ἀποροῦντι. ἐρωτῶντι. ἀποροῦντι δὲ αὐτῷ, τίνι μηχανῇ ἀνεβίω, τόνδε φάναι—.</w:t>
      </w:r>
    </w:p>
    <w:p>
      <w:r>
        <w:rPr>
          <w:rFonts w:ascii="Courier New" w:hAnsi="Courier New"/>
          <w:color w:val="555555"/>
          <w:sz w:val="20"/>
        </w:rPr>
        <w:t>[20]</w:t>
      </w:r>
    </w:p>
    <w:p>
      <w:r>
        <w:rPr>
          <w:rFonts w:ascii="Gentium Plus" w:hAnsi="Gentium Plus"/>
          <w:sz w:val="24"/>
        </w:rPr>
        <w:t>Ἀποσαλεύσας. Θουκυδίδης· ἀποφυγὼν ἐκ τοῦ λιμένος εἰς τὸν ἀλίμενον τόπον, ἔνθα σάλος γίνεται. Ἀποσάξαντα. Δείναρχος ἀντὶ τοῦ φράξαντα</w:t>
      </w:r>
    </w:p>
    <w:p>
      <w:r>
        <w:rPr>
          <w:rFonts w:ascii="Courier New" w:hAnsi="Courier New"/>
          <w:color w:val="555555"/>
          <w:sz w:val="20"/>
        </w:rPr>
        <w:t>[alpha 270]</w:t>
      </w:r>
    </w:p>
    <w:p>
      <w:r>
        <w:rPr>
          <w:rFonts w:ascii="Gentium Plus" w:hAnsi="Gentium Plus"/>
          <w:sz w:val="24"/>
        </w:rPr>
        <w:t>Ἀποσιμῶσαι. τὸ ἐπικύψαι καὶ τὴν πυγὴν προσ‐ θεῖναι γυμνήν. οὕτως Φίλιππος. Θουκυδίδης δὲ, τὸ μετεωρίσαι τὰς ναῦς. Ἀποθευσούμεθα. ἀποδραμούμεθα. ἐπὶ πλοῦ</w:t>
      </w:r>
    </w:p>
    <w:p>
      <w:r>
        <w:rPr>
          <w:rFonts w:ascii="Courier New" w:hAnsi="Courier New"/>
          <w:color w:val="555555"/>
          <w:sz w:val="20"/>
        </w:rPr>
        <w:t>[5]</w:t>
      </w:r>
    </w:p>
    <w:p>
      <w:r>
        <w:rPr>
          <w:rFonts w:ascii="Gentium Plus" w:hAnsi="Gentium Plus"/>
          <w:sz w:val="24"/>
        </w:rPr>
        <w:t>λέγεται. Ἀποδιοπομπῶ. ἀποτρέπομαι. [ἀπὸ τοῦ ἀποτρο‐ παίου Διός. πρώτης συζυγίας, διοπομπῶ, διο‐ πομπήσω. τοῦτο δὲ ἀπὸ τῆς Διὸς γενικῆς καὶ τοῦ πομπός.]</w:t>
      </w:r>
    </w:p>
    <w:p>
      <w:r>
        <w:rPr>
          <w:rFonts w:ascii="Courier New" w:hAnsi="Courier New"/>
          <w:color w:val="555555"/>
          <w:sz w:val="20"/>
        </w:rPr>
        <w:t>[10]</w:t>
      </w:r>
    </w:p>
    <w:p>
      <w:r>
        <w:rPr>
          <w:rFonts w:ascii="Gentium Plus" w:hAnsi="Gentium Plus"/>
          <w:sz w:val="24"/>
        </w:rPr>
        <w:t>Ἀπούρας. ἀφελόμενος. [αὐρῶ τὸ ἀπολαύω, ὁ μέλλων αὐρήσω, ὁ ἀόριστος ηὔρησα, ἡ μετοχὴ αὐρήσας, καὶ κατὰ συγκοπὴν αὔρας, καὶ τροπῇ τοῦ α εἰς ο, καὶ ἐν συνθέσει, ἀπούρας. οἱ δὲ ἀπὸ μεταφορᾶς τῶν ἀποσπώντων τοὺς ὅρους.</w:t>
      </w:r>
    </w:p>
    <w:p>
      <w:r>
        <w:rPr>
          <w:rFonts w:ascii="Courier New" w:hAnsi="Courier New"/>
          <w:color w:val="555555"/>
          <w:sz w:val="20"/>
        </w:rPr>
        <w:t>[15]</w:t>
      </w:r>
    </w:p>
    <w:p>
      <w:r>
        <w:rPr>
          <w:rFonts w:ascii="Gentium Plus" w:hAnsi="Gentium Plus"/>
          <w:sz w:val="24"/>
        </w:rPr>
        <w:t>ἀπουρήσας καὶ ἐν συγκοπῇ ἀπούρας.] Ἀποφθίσθω. φθίω, φθίσω, ἔφθικα, ἔφθι‐ μαι, ἐφθίμην, ἔφθισο. Ἀπεσφακέλισεν. αἰφνίδιον ἀπέθανεν. οἱ μὲν γραμματικοὶ ἐσάπη φασίν. Ἀριστοφάνης ἀντὶ</w:t>
      </w:r>
    </w:p>
    <w:p>
      <w:r>
        <w:rPr>
          <w:rFonts w:ascii="Courier New" w:hAnsi="Courier New"/>
          <w:color w:val="555555"/>
          <w:sz w:val="20"/>
        </w:rPr>
        <w:t>[20]</w:t>
      </w:r>
    </w:p>
    <w:p>
      <w:r>
        <w:rPr>
          <w:rFonts w:ascii="Gentium Plus" w:hAnsi="Gentium Plus"/>
          <w:sz w:val="24"/>
        </w:rPr>
        <w:t>τοῦ ὤκλασεν. οἱ δὲ ἰατροὶ τὴν ἐκ σήψεως με‐ λανίαν λέγουσιν. Ἀποσφήλειε. μέγα δὲ σφέας ἀποσφήλειε πόνοιο. οἱονεὶ σφαλῆναι καὶ ἀποτυχεῖν ποιήσει τοῦ ἔρ‐</w:t>
      </w:r>
    </w:p>
    <w:p>
      <w:r>
        <w:rPr>
          <w:rFonts w:ascii="Courier New" w:hAnsi="Courier New"/>
          <w:color w:val="555555"/>
          <w:sz w:val="20"/>
        </w:rPr>
        <w:t>[25]</w:t>
      </w:r>
    </w:p>
    <w:p>
      <w:r>
        <w:rPr>
          <w:rFonts w:ascii="Gentium Plus" w:hAnsi="Gentium Plus"/>
          <w:sz w:val="24"/>
        </w:rPr>
        <w:t>γου. [σφάλλω, σφαλῶ, ἔσφαλκα καὶ ἔσφηλα</w:t>
      </w:r>
    </w:p>
    <w:p>
      <w:r>
        <w:rPr>
          <w:rFonts w:ascii="Courier New" w:hAnsi="Courier New"/>
          <w:color w:val="555555"/>
          <w:sz w:val="20"/>
        </w:rPr>
        <w:t>[alpha 271]</w:t>
      </w:r>
    </w:p>
    <w:p>
      <w:r>
        <w:rPr>
          <w:rFonts w:ascii="Gentium Plus" w:hAnsi="Gentium Plus"/>
          <w:sz w:val="24"/>
        </w:rPr>
        <w:t>ὁ ἀόριστος, ἡ μετοχὴ σφήλας, σφήλαντος, τὸ εὐκτικὸν σφήλαιμι, σφήλαις, σφήλαι καὶ σφή‐ λειε.] Ἀποσμιλέουσι. τῇ σμίλῃ ξαίνουσιν καὶ ἐκκα‐</w:t>
      </w:r>
    </w:p>
    <w:p>
      <w:r>
        <w:rPr>
          <w:rFonts w:ascii="Courier New" w:hAnsi="Courier New"/>
          <w:color w:val="555555"/>
          <w:sz w:val="20"/>
        </w:rPr>
        <w:t>[5]</w:t>
      </w:r>
    </w:p>
    <w:p>
      <w:r>
        <w:rPr>
          <w:rFonts w:ascii="Gentium Plus" w:hAnsi="Gentium Plus"/>
          <w:sz w:val="24"/>
        </w:rPr>
        <w:t>θαίρουσιν. Ἀποσπάδοντες. ἀποκοπέντες. Ἀποσπεύδοντας. κωλύοντας. ἀποσπευδούσης δὲ τῆς γυναικὸς καὶ τῶν παίδων—. Ἀποσπουδάζων. παυόμενος τῆς σπουδῆς, ἀμε‐</w:t>
      </w:r>
    </w:p>
    <w:p>
      <w:r>
        <w:rPr>
          <w:rFonts w:ascii="Courier New" w:hAnsi="Courier New"/>
          <w:color w:val="555555"/>
          <w:sz w:val="20"/>
        </w:rPr>
        <w:t>[10]</w:t>
      </w:r>
    </w:p>
    <w:p>
      <w:r>
        <w:rPr>
          <w:rFonts w:ascii="Gentium Plus" w:hAnsi="Gentium Plus"/>
          <w:sz w:val="24"/>
        </w:rPr>
        <w:t>λῶν. Ἀποστατήσω. ἀποχωρισθῶ. [Ἀῤῥιανός· ἀπο‐ στατήσω οὐδὲ ἐγὼ τοῦ ἔργου.] Ἀποστέγειν. οἷον ἐπερύκειν καὶ κωλύειν. Ἀποσταίην. μακρὰν γενοίμην.</w:t>
      </w:r>
    </w:p>
    <w:p>
      <w:r>
        <w:rPr>
          <w:rFonts w:ascii="Courier New" w:hAnsi="Courier New"/>
          <w:color w:val="555555"/>
          <w:sz w:val="20"/>
        </w:rPr>
        <w:t>[15]</w:t>
      </w:r>
    </w:p>
    <w:p>
      <w:r>
        <w:rPr>
          <w:rFonts w:ascii="Gentium Plus" w:hAnsi="Gentium Plus"/>
          <w:sz w:val="24"/>
        </w:rPr>
        <w:t>Ἀποστέρξας. καρτερικῶς ὑπομείνας. ἀλλ’ ἀπο‐ στέρξας εὐγενῶς τὸν βίον κατέστρεψεν. Ἀποστησάμενον. ἀντὶ τοῦ πρὸς σταθμὸν παρα‐ λαβόντα. οὕτως Δημοσθένης. καὶ ἀποστή‐ σωνται, οἷον σταθμὸν λάβωσιν ἶσον. καὶ ἀπο‐</w:t>
      </w:r>
    </w:p>
    <w:p>
      <w:r>
        <w:rPr>
          <w:rFonts w:ascii="Courier New" w:hAnsi="Courier New"/>
          <w:color w:val="555555"/>
          <w:sz w:val="20"/>
        </w:rPr>
        <w:t>[20]</w:t>
      </w:r>
    </w:p>
    <w:p>
      <w:r>
        <w:rPr>
          <w:rFonts w:ascii="Gentium Plus" w:hAnsi="Gentium Plus"/>
          <w:sz w:val="24"/>
        </w:rPr>
        <w:t>στήσασθαι, ἀποδοῦναι χρέος. Ἀποστοματίζειν. ἀπὸ μνήμης λέγειν. Ἀποστομοῦν. ἀποφράττειν. προέθετο τὰς διώ‐ ρυγας ἀποστομοῦντας τὰς ἐπιφανεστάτας. Ἀποσυκάζειν. συκοφαντεῖν. δοκιμάζειν. ἢ τὸ</w:t>
      </w:r>
    </w:p>
    <w:p>
      <w:r>
        <w:rPr>
          <w:rFonts w:ascii="Courier New" w:hAnsi="Courier New"/>
          <w:color w:val="555555"/>
          <w:sz w:val="20"/>
        </w:rPr>
        <w:t>[25]</w:t>
      </w:r>
    </w:p>
    <w:p>
      <w:r>
        <w:rPr>
          <w:rFonts w:ascii="Gentium Plus" w:hAnsi="Gentium Plus"/>
          <w:sz w:val="24"/>
        </w:rPr>
        <w:t>τὰ πέπειρα σῦκα διαλέγειν.</w:t>
      </w:r>
    </w:p>
    <w:p>
      <w:r>
        <w:rPr>
          <w:rFonts w:ascii="Courier New" w:hAnsi="Courier New"/>
          <w:color w:val="555555"/>
          <w:sz w:val="20"/>
        </w:rPr>
        <w:t>[alpha 272]</w:t>
      </w:r>
    </w:p>
    <w:p>
      <w:r>
        <w:rPr>
          <w:rFonts w:ascii="Gentium Plus" w:hAnsi="Gentium Plus"/>
          <w:sz w:val="24"/>
        </w:rPr>
        <w:t>Ἀποσφαλμήσας. ἀποπηδήσας, ἀποσκιρτήσας. Πολύβιος· ὁ δὲ ἵππος ἀπὸ τῆς πληγῆς ἀπο‐ σφαλμίσας, ἐφέρετο ῥύδην διὰ τοῦ μεταξὺ τό‐ που τοῦ στρατοπέδου. [ἢ ἀντὶ τοῦ σφαλεὶς, καὶ</w:t>
      </w:r>
    </w:p>
    <w:p>
      <w:r>
        <w:rPr>
          <w:rFonts w:ascii="Courier New" w:hAnsi="Courier New"/>
          <w:color w:val="555555"/>
          <w:sz w:val="20"/>
        </w:rPr>
        <w:t>[5]</w:t>
      </w:r>
    </w:p>
    <w:p>
      <w:r>
        <w:rPr>
          <w:rFonts w:ascii="Gentium Plus" w:hAnsi="Gentium Plus"/>
          <w:sz w:val="24"/>
        </w:rPr>
        <w:t>ἐσφάλμησεν.] Ἀποσχεδιάζειν. εἰκῆ καὶ παραχρῆμα λέγειν. Ἀποσχεδιάσας. συντομεύσας ἢ ψευσάμενος. Ἀποσχῆναι. ἀπενεχθῆναι. Ἀποσχοινίσαντες. ἀποστερήσαντες.</w:t>
      </w:r>
    </w:p>
    <w:p>
      <w:r>
        <w:rPr>
          <w:rFonts w:ascii="Courier New" w:hAnsi="Courier New"/>
          <w:color w:val="555555"/>
          <w:sz w:val="20"/>
        </w:rPr>
        <w:t>[10]</w:t>
      </w:r>
    </w:p>
    <w:p>
      <w:r>
        <w:rPr>
          <w:rFonts w:ascii="Gentium Plus" w:hAnsi="Gentium Plus"/>
          <w:sz w:val="24"/>
        </w:rPr>
        <w:t>Ἀποταυρούμενος. θρασυνόμενος. Ἀποτεθρίακεν. ἀντὶ τοῦ ἔτιλλεν ἢ ψιλὸν ἐρ‐ γάσατο. κυρίως δὲ συκᾶς ἀπεφύλλισε· θρία γὰρ τὸ φύλλα τῆς συκῆς. Ἀριστοφάνης· τίς τῶν Ὀδομάντων τὸ πέος ἀποτεθρίακεν;</w:t>
      </w:r>
    </w:p>
    <w:p>
      <w:r>
        <w:rPr>
          <w:rFonts w:ascii="Courier New" w:hAnsi="Courier New"/>
          <w:color w:val="555555"/>
          <w:sz w:val="20"/>
        </w:rPr>
        <w:t>[15]</w:t>
      </w:r>
    </w:p>
    <w:p>
      <w:r>
        <w:rPr>
          <w:rFonts w:ascii="Gentium Plus" w:hAnsi="Gentium Plus"/>
          <w:sz w:val="24"/>
        </w:rPr>
        <w:t>Ὀδόμαντες δὲ ἔθνος θρᾳκικὸν, οἵτινες ἀπέτιλ‐ λον τὰ αἰδοῖα καὶ ἀποσεσυρμένα εἶχον αὐτά. φασὶ δὲ αὐτοὺς Ἰουδαίους εἶναι. Ἀποτεθρυωμένοι. ἀπηγριωμένοι. ἐκ μεταφο‐ ρᾶς τῶν τεθρύων, ἅπερ εἰσὶν ἄγρια καὶ ἄγο‐</w:t>
      </w:r>
    </w:p>
    <w:p>
      <w:r>
        <w:rPr>
          <w:rFonts w:ascii="Courier New" w:hAnsi="Courier New"/>
          <w:color w:val="555555"/>
          <w:sz w:val="20"/>
        </w:rPr>
        <w:t>[20]</w:t>
      </w:r>
    </w:p>
    <w:p>
      <w:r>
        <w:rPr>
          <w:rFonts w:ascii="Gentium Plus" w:hAnsi="Gentium Plus"/>
          <w:sz w:val="24"/>
        </w:rPr>
        <w:t>να φυτά. Ἀπώνατο. ὠφελήθη. ὀνῶ, ὀνήσω, ὤνησα, ὠνησάμην, ὠνάμην, ὤνου, ὤνατο καὶ ἀπώνατο. Ἀποτείνεται. ἐκτείνεται, φιλονεικεῖ.</w:t>
      </w:r>
    </w:p>
    <w:p>
      <w:r>
        <w:rPr>
          <w:rFonts w:ascii="Courier New" w:hAnsi="Courier New"/>
          <w:color w:val="555555"/>
          <w:sz w:val="20"/>
        </w:rPr>
        <w:t>[alpha 273]</w:t>
      </w:r>
    </w:p>
    <w:p>
      <w:r>
        <w:rPr>
          <w:rFonts w:ascii="Gentium Plus" w:hAnsi="Gentium Plus"/>
          <w:sz w:val="24"/>
        </w:rPr>
        <w:t>Ἀποτριβόμενος. ἐμποδίζων, ἀπείργων. ὁ δὲ Ἀννίβας ἐν κακοῖς ὢν ἔμεινε τοὺς πολεμίους ἀποτριβόμενος. Ἀπουρώσαντας. μὴ χρωμένους οὐρίῳ πνεύματι.</w:t>
      </w:r>
    </w:p>
    <w:p>
      <w:r>
        <w:rPr>
          <w:rFonts w:ascii="Courier New" w:hAnsi="Courier New"/>
          <w:color w:val="555555"/>
          <w:sz w:val="20"/>
        </w:rPr>
        <w:t>[5]</w:t>
      </w:r>
    </w:p>
    <w:p>
      <w:r>
        <w:rPr>
          <w:rFonts w:ascii="Gentium Plus" w:hAnsi="Gentium Plus"/>
          <w:sz w:val="24"/>
        </w:rPr>
        <w:t>Ἀπόφημι. ἀποφαίνομαι. Ἀποφθεγγόμενος. μαντευόμενος. Ἀποφοιτᾷν. ἀποπηδᾷν, ἀναχωρεῖν. Ἀποχετεύονται. μεταφέρονται. Ἀποψηφίζονται. ὁ Δείναρχος ἀντὶ τοῦ κατα‐</w:t>
      </w:r>
    </w:p>
    <w:p>
      <w:r>
        <w:rPr>
          <w:rFonts w:ascii="Courier New" w:hAnsi="Courier New"/>
          <w:color w:val="555555"/>
          <w:sz w:val="20"/>
        </w:rPr>
        <w:t>[10]</w:t>
      </w:r>
    </w:p>
    <w:p>
      <w:r>
        <w:rPr>
          <w:rFonts w:ascii="Gentium Plus" w:hAnsi="Gentium Plus"/>
          <w:sz w:val="24"/>
        </w:rPr>
        <w:t>δικάζουσιν αὐτὸν μὴ εἶναι πολίτην. [καὶ τὸ πρᾶγμα δὲ Δημοσθένης ἀποψήφισιν καλεῖ. καὶ ἀποψηφισμένος.] Ἀποψοφεῖν. τὸ πέρδεσθαι εὐσχημόνως λέγων. εὐσχημονέστερον δὲ ἀποπνεῖν καὶ διαπνεῖν.</w:t>
      </w:r>
    </w:p>
    <w:p>
      <w:r>
        <w:rPr>
          <w:rFonts w:ascii="Courier New" w:hAnsi="Courier New"/>
          <w:color w:val="555555"/>
          <w:sz w:val="20"/>
        </w:rPr>
        <w:t>[15]</w:t>
      </w:r>
    </w:p>
    <w:p>
      <w:r>
        <w:rPr>
          <w:rFonts w:ascii="Gentium Plus" w:hAnsi="Gentium Plus"/>
          <w:sz w:val="24"/>
        </w:rPr>
        <w:t>Ἀποψύχειν. τὸ ἀποθνήσκειν. [οὕτως Θουκυδί‐ δης.] Ἀπουσιάσει. τῆς οὐσίας μέρος δώσει. ὁ δὲ εἰς τὴν αὐτοῦ θυγατέρα ἀπουσιάσει. Ἀπολλύμην. παρατατικός.</w:t>
      </w:r>
    </w:p>
    <w:p>
      <w:r>
        <w:rPr>
          <w:rFonts w:ascii="Courier New" w:hAnsi="Courier New"/>
          <w:color w:val="555555"/>
          <w:sz w:val="20"/>
        </w:rPr>
        <w:t>[20]</w:t>
      </w:r>
    </w:p>
    <w:p>
      <w:r>
        <w:rPr>
          <w:rFonts w:ascii="Gentium Plus" w:hAnsi="Gentium Plus"/>
          <w:sz w:val="24"/>
        </w:rPr>
        <w:t>Ἀπωξύνθαι. Ἀπραγούντων. μηδὲν ἐνεργούντων. Ἀποικίσαι. [κτίσαι] πόλιν ἐν ἐρήμῳ. Ἀποικοδομεῖς. ἀντὶ τοῦ ἀποφράττεις. [οὕτως Δημοσθένης.]</w:t>
      </w:r>
    </w:p>
    <w:p>
      <w:r>
        <w:rPr>
          <w:rFonts w:ascii="Courier New" w:hAnsi="Courier New"/>
          <w:color w:val="555555"/>
          <w:sz w:val="20"/>
        </w:rPr>
        <w:t>[25]</w:t>
      </w:r>
    </w:p>
    <w:p>
      <w:r>
        <w:rPr>
          <w:rFonts w:ascii="Gentium Plus" w:hAnsi="Gentium Plus"/>
          <w:sz w:val="24"/>
        </w:rPr>
        <w:t>Ἀποίσετε. ἀπενέγκατε.</w:t>
      </w:r>
    </w:p>
    <w:p>
      <w:r>
        <w:rPr>
          <w:rFonts w:ascii="Courier New" w:hAnsi="Courier New"/>
          <w:color w:val="555555"/>
          <w:sz w:val="20"/>
        </w:rPr>
        <w:t>[alpha 274]</w:t>
      </w:r>
    </w:p>
    <w:p>
      <w:r>
        <w:rPr>
          <w:rFonts w:ascii="Gentium Plus" w:hAnsi="Gentium Plus"/>
          <w:sz w:val="24"/>
        </w:rPr>
        <w:t>Ἀπελευθερῶσαι. τὸ ἀφεῖναι ἐλεύθερον. Ἀπέδραν καὶ ἀπέδρα χρὴ λέγειν, οὐχὶ ἀπέ‐ δρασα καὶ ἀπέδρασεν. ἔλυσα ἐμαυτὸν, εἶτ’ ἀπέδραν μόνος—</w:t>
      </w:r>
    </w:p>
    <w:p>
      <w:r>
        <w:rPr>
          <w:rFonts w:ascii="Courier New" w:hAnsi="Courier New"/>
          <w:color w:val="555555"/>
          <w:sz w:val="20"/>
        </w:rPr>
        <w:t>[5]</w:t>
      </w:r>
    </w:p>
    <w:p>
      <w:r>
        <w:rPr>
          <w:rFonts w:ascii="Gentium Plus" w:hAnsi="Gentium Plus"/>
          <w:sz w:val="24"/>
        </w:rPr>
        <w:t>καὶ Πλάτων· ὁ γάρ τοι παῖς με ὁ Σάτυρος ἀπέδρα. Ἀπεφῄνατο. ἀντὶ τοῦ εἶπεν. Ἀπέφῃνε δὲ, ἀντὶ τοῦ ὑπέδειξεν. Ἀπεροῦντες. κωλύοντες.</w:t>
      </w:r>
    </w:p>
    <w:p>
      <w:r>
        <w:rPr>
          <w:rFonts w:ascii="Courier New" w:hAnsi="Courier New"/>
          <w:color w:val="555555"/>
          <w:sz w:val="20"/>
        </w:rPr>
        <w:t>[10]</w:t>
      </w:r>
    </w:p>
    <w:p>
      <w:r>
        <w:rPr>
          <w:rFonts w:ascii="Gentium Plus" w:hAnsi="Gentium Plus"/>
          <w:sz w:val="24"/>
        </w:rPr>
        <w:t>Ἀποδέουσα. ὑστεροῦσα, λείπουσα. Ἀποχρῶσα. ἀρκοῦσα. Ἀποχρῆν καὶ ἀποχρᾶν. [τὸ] ἀπαρέμφατον ῥῆ‐ μα λέγουσιν ἑκατέρως. Δημοσθένης· ἀποχρῆν οἶμαι τὴν δύναμιν. [Λυσίας· Φιλίππῳ δὲ μὴ</w:t>
      </w:r>
    </w:p>
    <w:p>
      <w:r>
        <w:rPr>
          <w:rFonts w:ascii="Courier New" w:hAnsi="Courier New"/>
          <w:color w:val="555555"/>
          <w:sz w:val="20"/>
        </w:rPr>
        <w:t>[15]</w:t>
      </w:r>
    </w:p>
    <w:p>
      <w:r>
        <w:rPr>
          <w:rFonts w:ascii="Gentium Plus" w:hAnsi="Gentium Plus"/>
          <w:sz w:val="24"/>
        </w:rPr>
        <w:t>οἴεσθαι ταῦτ’ ἀποχρᾷν.] Ἀποπτύω. ἀπὸ τοῦ πέτω, πετύω καὶ ἐν συγ‐ κοπῇ πτύω, τὸ ἀποπεταννύμενον. Ἀπολιβάζω. ἀπέλθω, ἀποδράμω. παρὰ τὴν λιβάδα. ἢ τὸ ἀποῤῥίπτω.</w:t>
      </w:r>
    </w:p>
    <w:p>
      <w:r>
        <w:rPr>
          <w:rFonts w:ascii="Courier New" w:hAnsi="Courier New"/>
          <w:color w:val="555555"/>
          <w:sz w:val="20"/>
        </w:rPr>
        <w:t>[20]</w:t>
      </w:r>
    </w:p>
    <w:p>
      <w:r>
        <w:rPr>
          <w:rFonts w:ascii="Gentium Plus" w:hAnsi="Gentium Plus"/>
          <w:sz w:val="24"/>
        </w:rPr>
        <w:t>Ἀπομηνίσας. ὀργισθείς. μηνίω, μηνίσω, ἐμήνι‐ σα, ἀπὸ τοῦ μῆνις. Ἀποπροσποιεῖσθαι. οὐδεὶς λέγει Ἕλλην. οὐ μέντοι οὐδ’ οὕτω λέγουσιν, οἷον· ὅτι προσποιεῖ‐ ται μὴ ἀκούειν.</w:t>
      </w:r>
    </w:p>
    <w:p>
      <w:r>
        <w:rPr>
          <w:rFonts w:ascii="Courier New" w:hAnsi="Courier New"/>
          <w:color w:val="555555"/>
          <w:sz w:val="20"/>
        </w:rPr>
        <w:t>[25]</w:t>
      </w:r>
    </w:p>
    <w:p>
      <w:r>
        <w:rPr>
          <w:rFonts w:ascii="Gentium Plus" w:hAnsi="Gentium Plus"/>
          <w:sz w:val="24"/>
        </w:rPr>
        <w:t>Ἀπᾴδοντες. ἀπαρέσκοντες.</w:t>
      </w:r>
    </w:p>
    <w:p>
      <w:r>
        <w:rPr>
          <w:rFonts w:ascii="Courier New" w:hAnsi="Courier New"/>
          <w:color w:val="555555"/>
          <w:sz w:val="20"/>
        </w:rPr>
        <w:t>[alpha 275]</w:t>
      </w:r>
    </w:p>
    <w:p>
      <w:r>
        <w:rPr>
          <w:rFonts w:ascii="Gentium Plus" w:hAnsi="Gentium Plus"/>
          <w:sz w:val="24"/>
        </w:rPr>
        <w:t>Ἀπᾴδει. ἀπαρέσκει, ἐναντιοῦται, οὐ συμφωνεῖ. Ἀπαυτομολήσει. φεύξεται. Ἀπεξεσμένον. τετορευμένον, γεγυμνασμένον. Ἀπείργω. τὸ κωλύω.</w:t>
      </w:r>
    </w:p>
    <w:p>
      <w:r>
        <w:rPr>
          <w:rFonts w:ascii="Courier New" w:hAnsi="Courier New"/>
          <w:color w:val="555555"/>
          <w:sz w:val="20"/>
        </w:rPr>
        <w:t>[5]</w:t>
      </w:r>
    </w:p>
    <w:p>
      <w:r>
        <w:rPr>
          <w:rFonts w:ascii="Gentium Plus" w:hAnsi="Gentium Plus"/>
          <w:sz w:val="24"/>
        </w:rPr>
        <w:t>Ἀπεσκοτωμένα. ἐσκιαγραφημένα· κεχρωσμέ‐ να. τὰς γὰρ χρίσεις σκότη καλοῦσιν οἱ ζωγρά‐ φοι. Ἀπαχθῆναι. ἀπενεχθῆναι. Ἀπαμφιάσαι. γυμνῶσαι.</w:t>
      </w:r>
    </w:p>
    <w:p>
      <w:r>
        <w:rPr>
          <w:rFonts w:ascii="Courier New" w:hAnsi="Courier New"/>
          <w:color w:val="555555"/>
          <w:sz w:val="20"/>
        </w:rPr>
        <w:t>[10]</w:t>
      </w:r>
    </w:p>
    <w:p>
      <w:r>
        <w:rPr>
          <w:rFonts w:ascii="Gentium Plus" w:hAnsi="Gentium Plus"/>
          <w:sz w:val="24"/>
        </w:rPr>
        <w:t>Ἀπαυδῆσαι. ἀπαγορεῦσαι. Ἀπαρτίζει. πληροῖ, τελειοῖ. Ἀπαίρει. ἀποδημεῖ, ἀναχωρεῖ. Ἀπάρχου. ἀπαρχὰς πρόσφερε, ἢ ἀπαρχὴν ποίει.</w:t>
      </w:r>
    </w:p>
    <w:p>
      <w:r>
        <w:rPr>
          <w:rFonts w:ascii="Courier New" w:hAnsi="Courier New"/>
          <w:color w:val="555555"/>
          <w:sz w:val="20"/>
        </w:rPr>
        <w:t>[15]</w:t>
      </w:r>
    </w:p>
    <w:p>
      <w:r>
        <w:rPr>
          <w:rFonts w:ascii="Gentium Plus" w:hAnsi="Gentium Plus"/>
          <w:sz w:val="24"/>
        </w:rPr>
        <w:t>Ἀπονοσφισθέντες. ἀποχωρισθέντες. Ἀποσκιῤῥωθέντες. σκληρυνθέντες. σκίῤῥος γὰρ ὁ γύψος. Ἀπαυθαδιάζειν. τὸ μέγα φρονεῖν, ἑαυτῷ ἀρέ‐ σκειν. αὐτοαδὴς τίς ἐστιν ὁ ἑαυτῷ ἀρέσκων.</w:t>
      </w:r>
    </w:p>
    <w:p>
      <w:r>
        <w:rPr>
          <w:rFonts w:ascii="Courier New" w:hAnsi="Courier New"/>
          <w:color w:val="555555"/>
          <w:sz w:val="20"/>
        </w:rPr>
        <w:t>[20]</w:t>
      </w:r>
    </w:p>
    <w:p>
      <w:r>
        <w:rPr>
          <w:rFonts w:ascii="Gentium Plus" w:hAnsi="Gentium Plus"/>
          <w:sz w:val="24"/>
        </w:rPr>
        <w:t>Ἀπαυθαδιάζω. ἀπὸ τοῦ αὐθάδης αὐθαδιάζω καὶ ἀπαυθαδιάζω. Ἀπαλθήσεσθαι. ἰαθήσεσθαι. καὶ ἀπαλθήσε‐</w:t>
      </w:r>
    </w:p>
    <w:p>
      <w:r>
        <w:rPr>
          <w:rFonts w:ascii="Courier New" w:hAnsi="Courier New"/>
          <w:color w:val="555555"/>
          <w:sz w:val="20"/>
        </w:rPr>
        <w:t>[alpha 276]</w:t>
      </w:r>
    </w:p>
    <w:p>
      <w:r>
        <w:rPr>
          <w:rFonts w:ascii="Gentium Plus" w:hAnsi="Gentium Plus"/>
          <w:sz w:val="24"/>
        </w:rPr>
        <w:t>γίας τῶν περισπωμένων, ὁ μέλλων ἀλθήσω, ἀλθήσομαι, ἀλθήσῃ, ἀλθησόμεθα, ἀλθήσε‐ σθον. τὸ δὲ ἄλθω παρὰ τὸ ἄλδω.] Ἀπαφῶ. τὸ ἀπατῶ. παρὰ τὸ φῶ τὸ λέγω. καὶ</w:t>
      </w:r>
    </w:p>
    <w:p>
      <w:r>
        <w:rPr>
          <w:rFonts w:ascii="Courier New" w:hAnsi="Courier New"/>
          <w:color w:val="555555"/>
          <w:sz w:val="20"/>
        </w:rPr>
        <w:t>[5]</w:t>
      </w:r>
    </w:p>
    <w:p>
      <w:r>
        <w:rPr>
          <w:rFonts w:ascii="Gentium Plus" w:hAnsi="Gentium Plus"/>
          <w:sz w:val="24"/>
        </w:rPr>
        <w:t>μετὰ τοῦ α τοῦ σημαίνοντος τὸ κακὸν ἀφῶ καὶ ἀπαφῶ. τὸ δὲ ἀπατῶ ἐκ τοῦ ἀπαφῶ. Ἀπαγορεύειν. ἡ ἀπὸ πρόθεσις ἐνταῦθα τὸ χωρίζεσθαι δηλοῖ. τὸ γὰρ ἀπαγορεύειν ἐκτὸς γίνεται τοῦ λέγειν. ἀπὸ τοῦ ἀγορῶ.</w:t>
      </w:r>
    </w:p>
    <w:p>
      <w:r>
        <w:rPr>
          <w:rFonts w:ascii="Courier New" w:hAnsi="Courier New"/>
          <w:color w:val="555555"/>
          <w:sz w:val="20"/>
        </w:rPr>
        <w:t>[10]</w:t>
      </w:r>
    </w:p>
    <w:p>
      <w:r>
        <w:rPr>
          <w:rFonts w:ascii="Gentium Plus" w:hAnsi="Gentium Plus"/>
          <w:sz w:val="24"/>
        </w:rPr>
        <w:t>Ἀπαμείρεται. ἀποκεχώρισται. ἐκ τοῦ μείρω τὸ μερίζω. καὶ μετὰ τοῦ α ἀμείρω καὶ ἀπαμείρω. Ἀπαιωρήσας. κρεμάσας, [κουφίσας.] ἐκ τοῦ αἴρω, τὸ κουφίζω, πλεονασμῷ τοῦ ω αἰωρῶ καὶ αἰωρήσω.</w:t>
      </w:r>
    </w:p>
    <w:p>
      <w:r>
        <w:rPr>
          <w:rFonts w:ascii="Courier New" w:hAnsi="Courier New"/>
          <w:color w:val="555555"/>
          <w:sz w:val="20"/>
        </w:rPr>
        <w:t>[15]</w:t>
      </w:r>
    </w:p>
    <w:p>
      <w:r>
        <w:rPr>
          <w:rFonts w:ascii="Gentium Plus" w:hAnsi="Gentium Plus"/>
          <w:sz w:val="24"/>
        </w:rPr>
        <w:t>Ἀπαυρῶ. ἀφαιρῶ. ἐκ τοῦ αἴρω τροπῇ τοῦ ι εἰς υ καὶ μεταθέσει τοῦ τόνου αὐρῶ καὶ ἀπαυρῶ. Ἀπανθρακίζομεν. ἀντὶ τοῦ ἄνθρακα ἐσθίο‐ μεν. ἔστι δὲ εἶδος ἰχθύος, ὃ παροπτῶντες ἐσθί‐ ουσιν. ἢ ἄνθρακας πυροῦμεν.</w:t>
      </w:r>
    </w:p>
    <w:p>
      <w:r>
        <w:rPr>
          <w:rFonts w:ascii="Courier New" w:hAnsi="Courier New"/>
          <w:color w:val="555555"/>
          <w:sz w:val="20"/>
        </w:rPr>
        <w:t>[20]</w:t>
      </w:r>
    </w:p>
    <w:p>
      <w:r>
        <w:rPr>
          <w:rFonts w:ascii="Gentium Plus" w:hAnsi="Gentium Plus"/>
          <w:sz w:val="24"/>
        </w:rPr>
        <w:t>Ἀπαρτίζω. εὐαρμόστως συμπληρῶ. Ἀπαινύμενος. ἀφαιρούμενος. Ἀπαφίσκω. ἀπατῶ.</w:t>
      </w:r>
    </w:p>
    <w:p>
      <w:r>
        <w:rPr>
          <w:rFonts w:ascii="Courier New" w:hAnsi="Courier New"/>
          <w:color w:val="555555"/>
          <w:sz w:val="20"/>
        </w:rPr>
        <w:t>[alpha 277]</w:t>
      </w:r>
    </w:p>
    <w:p>
      <w:r>
        <w:rPr>
          <w:rFonts w:ascii="Gentium Plus" w:hAnsi="Gentium Plus"/>
          <w:sz w:val="24"/>
        </w:rPr>
        <w:t>Ἀπαγορεύει. ἀποφαίνει. Ἀπηνῄνατο. παρῃτήσατο. [ἀναίνω, ἀνῶ, ἄνῃ‐ να, ἠνῃνάμην, ἠνῄνω, ἠνῄνατο.] Ἀπηύρων. παρὰ τὸ ἀπαυρῶ, ἀπαυρήσω, ὁ β</w:t>
      </w:r>
    </w:p>
    <w:p>
      <w:r>
        <w:rPr>
          <w:rFonts w:ascii="Courier New" w:hAnsi="Courier New"/>
          <w:color w:val="555555"/>
          <w:sz w:val="20"/>
        </w:rPr>
        <w:t>[5]</w:t>
      </w:r>
    </w:p>
    <w:p>
      <w:r>
        <w:rPr>
          <w:rFonts w:ascii="Gentium Plus" w:hAnsi="Gentium Plus"/>
          <w:sz w:val="24"/>
        </w:rPr>
        <w:t>ἀόριστος ἀπηύρων. Ἀπῆκτο. ἀπηνέχθη. Ἀπηλγηκέναι. ἀναισθητῆσαι. *Ἀπήλαχεν. ἀπώλεσεν.* Ἀπηνεώθη. ἐξεπλάγη, ἄφωνος ἐγένετο.</w:t>
      </w:r>
    </w:p>
    <w:p>
      <w:r>
        <w:rPr>
          <w:rFonts w:ascii="Courier New" w:hAnsi="Courier New"/>
          <w:color w:val="555555"/>
          <w:sz w:val="20"/>
        </w:rPr>
        <w:t>[10]</w:t>
      </w:r>
    </w:p>
    <w:p>
      <w:r>
        <w:rPr>
          <w:rFonts w:ascii="Gentium Plus" w:hAnsi="Gentium Plus"/>
          <w:sz w:val="24"/>
        </w:rPr>
        <w:t>Ἀπήλασεν. ἐδίωξεν. Ἀπῄεσαν. παρῆλθον· παρέδραμον. Ἀπηλοίησεν. ἀπέκοψεν. ἀπὸ τοῦ ἀλοίω, ἀλοι‐ ήσω, ἠλοίησα, ὅθεν καὶ πατραλοίας ὁ τὸν πα‐ τέρα τύπτων.</w:t>
      </w:r>
    </w:p>
    <w:p>
      <w:r>
        <w:rPr>
          <w:rFonts w:ascii="Courier New" w:hAnsi="Courier New"/>
          <w:color w:val="555555"/>
          <w:sz w:val="20"/>
        </w:rPr>
        <w:t>[15]</w:t>
      </w:r>
    </w:p>
    <w:p>
      <w:r>
        <w:rPr>
          <w:rFonts w:ascii="Gentium Plus" w:hAnsi="Gentium Plus"/>
          <w:sz w:val="24"/>
        </w:rPr>
        <w:t>Ἀπῇρκεν. ἀπέκοψεν. Ἀπριάτην. ἄνευ τιμῆς ἔδωκαν. πρίημι, τὸ πα‐ θητικὸν πρίαμαι· τὸ ἐπίῤῥημα ἀπριάδην, καὶ τροπῇ τοῦ δ εἰς τ ἀπριάτην.</w:t>
      </w:r>
    </w:p>
    <w:p>
      <w:r>
        <w:rPr>
          <w:rFonts w:ascii="Courier New" w:hAnsi="Courier New"/>
          <w:color w:val="555555"/>
          <w:sz w:val="20"/>
        </w:rPr>
        <w:t>[alpha 278]</w:t>
      </w:r>
    </w:p>
    <w:p>
      <w:r>
        <w:rPr>
          <w:rFonts w:ascii="Gentium Plus" w:hAnsi="Gentium Plus"/>
          <w:sz w:val="24"/>
        </w:rPr>
        <w:t>Ἀπεμπολῶ. τὸ ἀγοράζω, τὸ κερδαίνω, ὅπερ ἀν‐ τικείμενον ὂν τοῦ ἐμπωλεῖν τὴν διάπρασιν ση‐ μαίνει. Ἀπετίννυον. ἀπεδίδουν.</w:t>
      </w:r>
    </w:p>
    <w:p>
      <w:r>
        <w:rPr>
          <w:rFonts w:ascii="Courier New" w:hAnsi="Courier New"/>
          <w:color w:val="555555"/>
          <w:sz w:val="20"/>
        </w:rPr>
        <w:t>[5]</w:t>
      </w:r>
    </w:p>
    <w:p>
      <w:r>
        <w:rPr>
          <w:rFonts w:ascii="Gentium Plus" w:hAnsi="Gentium Plus"/>
          <w:sz w:val="24"/>
        </w:rPr>
        <w:t>Ἄπεισιν. ἀπέρχεται. Ἀπεβίω. ἀπέθανεν. Ἀπέσβη. ἐσβέσθη. Ἀπέδοτο. παρέδωκεν. Ἀπετείχιζον. ἐκώλυον.</w:t>
      </w:r>
    </w:p>
    <w:p>
      <w:r>
        <w:rPr>
          <w:rFonts w:ascii="Courier New" w:hAnsi="Courier New"/>
          <w:color w:val="555555"/>
          <w:sz w:val="20"/>
        </w:rPr>
        <w:t>[10]</w:t>
      </w:r>
    </w:p>
    <w:p>
      <w:r>
        <w:rPr>
          <w:rFonts w:ascii="Gentium Plus" w:hAnsi="Gentium Plus"/>
          <w:sz w:val="24"/>
        </w:rPr>
        <w:t>Ἀπένειμεν. ἐδικαίωσεν, ἀπεκλήρωσεν. Ἀπειπάμεθα. ἀπέγνωμεν. Ἀπέβλυσεν. ἀφείλετο. ἡ μεταφορὰ ἀπὸ τῶν κηρίων ἢ ἀπὸ τῶν γάλα ἀμελγόντων. ὁ δὲ Ἀρι‐ στοφάνης ἀντὶ τοῦ ἐξέρασεν.</w:t>
      </w:r>
    </w:p>
    <w:p>
      <w:r>
        <w:rPr>
          <w:rFonts w:ascii="Courier New" w:hAnsi="Courier New"/>
          <w:color w:val="555555"/>
          <w:sz w:val="20"/>
        </w:rPr>
        <w:t>[15]</w:t>
      </w:r>
    </w:p>
    <w:p>
      <w:r>
        <w:rPr>
          <w:rFonts w:ascii="Gentium Plus" w:hAnsi="Gentium Plus"/>
          <w:sz w:val="24"/>
        </w:rPr>
        <w:t>Ἀπέκτατο. ἐφονεύετο. κτῶ τὸ φονεύω. [παρά‐ γωγον κτῆμι, ἔκταμαι, ἐκτάμην, ἔκτασο, ἔκτα‐ το καὶ ἀπέκτατο.] Ἀπεμυθήσω. ἀπελογήσω. Ἀπεμυθεόμην. ἀπηγόρευον, ἐκώλυον. μυθέω</w:t>
      </w:r>
    </w:p>
    <w:p>
      <w:r>
        <w:rPr>
          <w:rFonts w:ascii="Courier New" w:hAnsi="Courier New"/>
          <w:color w:val="555555"/>
          <w:sz w:val="20"/>
        </w:rPr>
        <w:t>[20]</w:t>
      </w:r>
    </w:p>
    <w:p>
      <w:r>
        <w:rPr>
          <w:rFonts w:ascii="Gentium Plus" w:hAnsi="Gentium Plus"/>
          <w:sz w:val="24"/>
        </w:rPr>
        <w:t>μυθῶ.</w:t>
      </w:r>
    </w:p>
    <w:p>
      <w:r>
        <w:rPr>
          <w:rFonts w:ascii="Courier New" w:hAnsi="Courier New"/>
          <w:color w:val="555555"/>
          <w:sz w:val="20"/>
        </w:rPr>
        <w:t>[alpha 279]</w:t>
      </w:r>
    </w:p>
    <w:p>
      <w:r>
        <w:rPr>
          <w:rFonts w:ascii="Gentium Plus" w:hAnsi="Gentium Plus"/>
          <w:sz w:val="24"/>
        </w:rPr>
        <w:t>[Ἀπεσπούδαζεν. ἠμέλει, κατεφρόνει.] Ἀπερύκω. κωλύω. Ἀπέβριξεν. ἐφύπνωσεν. Ἀπεστυφέλιξεν. ἔσεισεν, ἐκίνησεν.</w:t>
      </w:r>
    </w:p>
    <w:p>
      <w:r>
        <w:rPr>
          <w:rFonts w:ascii="Courier New" w:hAnsi="Courier New"/>
          <w:color w:val="555555"/>
          <w:sz w:val="20"/>
        </w:rPr>
        <w:t>[5]</w:t>
      </w:r>
    </w:p>
    <w:p>
      <w:r>
        <w:rPr>
          <w:rFonts w:ascii="Gentium Plus" w:hAnsi="Gentium Plus"/>
          <w:sz w:val="24"/>
        </w:rPr>
        <w:t>Ἀπέθρισε καὶ ἀπεθέρισεν. ἀπέκειρε καὶ ἀπέ‐ κοψεν. Ἀπεκαίννυτο. ἐνίκα. [καίνω, καινύω, καίννυμι, καίννυμαι, ἐκαίνου, ἐκαίννυτο.] Ἀπεκορύφου. προφανῶς ἔλεγεν.</w:t>
      </w:r>
    </w:p>
    <w:p>
      <w:r>
        <w:rPr>
          <w:rFonts w:ascii="Courier New" w:hAnsi="Courier New"/>
          <w:color w:val="555555"/>
          <w:sz w:val="20"/>
        </w:rPr>
        <w:t>[10]</w:t>
      </w:r>
    </w:p>
    <w:p>
      <w:r>
        <w:rPr>
          <w:rFonts w:ascii="Gentium Plus" w:hAnsi="Gentium Plus"/>
          <w:sz w:val="24"/>
        </w:rPr>
        <w:t>Ἀπεκράνιξεν. ἀπεχώριζε τῆς κάρας, ἀπέκοψεν. Ἀπέδοσθε. ἀπεμπολήσατε. Ἀπείρηται. ἀπηγόρευται. Ἀπειρηκώς. ἀπαγορεύσας. Ἀπεσκληκώς. κακοπαθήσας.</w:t>
      </w:r>
    </w:p>
    <w:p>
      <w:r>
        <w:rPr>
          <w:rFonts w:ascii="Courier New" w:hAnsi="Courier New"/>
          <w:color w:val="555555"/>
          <w:sz w:val="20"/>
        </w:rPr>
        <w:t>[15]</w:t>
      </w:r>
    </w:p>
    <w:p>
      <w:r>
        <w:rPr>
          <w:rFonts w:ascii="Gentium Plus" w:hAnsi="Gentium Plus"/>
          <w:sz w:val="24"/>
        </w:rPr>
        <w:t>Ἀπενεγκάμενος. κτησάμενος. Ἀπέδρα. ἀπέφυγεν. Ἀπεοικέναι. μὴ ὁμοιοῦσθαι. Ἀπείπῃ. ἀπαγορεύσει, ἀτονήσει. Ἀπεμόρξατο. ἀπεπίασεν. ἐκ τοῦ ἀμέλγω.</w:t>
      </w:r>
    </w:p>
    <w:p>
      <w:r>
        <w:rPr>
          <w:rFonts w:ascii="Courier New" w:hAnsi="Courier New"/>
          <w:color w:val="555555"/>
          <w:sz w:val="20"/>
        </w:rPr>
        <w:t>[20]</w:t>
      </w:r>
    </w:p>
    <w:p>
      <w:r>
        <w:rPr>
          <w:rFonts w:ascii="Gentium Plus" w:hAnsi="Gentium Plus"/>
          <w:sz w:val="24"/>
        </w:rPr>
        <w:t>[ἀμέλξω, ἤμελξα, ἠμελξάμην, ἀμέλξατο, καὶ</w:t>
      </w:r>
    </w:p>
    <w:p>
      <w:r>
        <w:rPr>
          <w:rFonts w:ascii="Courier New" w:hAnsi="Courier New"/>
          <w:color w:val="555555"/>
          <w:sz w:val="20"/>
        </w:rPr>
        <w:t>[alpha 280]</w:t>
      </w:r>
    </w:p>
    <w:p>
      <w:r>
        <w:rPr>
          <w:rFonts w:ascii="Gentium Plus" w:hAnsi="Gentium Plus"/>
          <w:sz w:val="24"/>
        </w:rPr>
        <w:t>τροπῇ τοῦ ε εἰς τὸ ο καὶ τοῦ λ εἰς τὸ ρ ἀπε‐ μόρξατο.] Ἀπεστύπαζον. τύπτω, ἀπετύπαζον, καὶ πλεο‐ νασμῷ τοῦ ς ἀπεστύπαζον.</w:t>
      </w:r>
    </w:p>
    <w:p>
      <w:r>
        <w:rPr>
          <w:rFonts w:ascii="Courier New" w:hAnsi="Courier New"/>
          <w:color w:val="555555"/>
          <w:sz w:val="20"/>
        </w:rPr>
        <w:t>[5]</w:t>
      </w:r>
    </w:p>
    <w:p>
      <w:r>
        <w:rPr>
          <w:rFonts w:ascii="Gentium Plus" w:hAnsi="Gentium Plus"/>
          <w:sz w:val="24"/>
        </w:rPr>
        <w:t>Ἀπεβήσετο. βῶ, βῆμι, βήσω. εἶτα μετάγεται εἰς ἐνεστῶτα. ὁ παθητικὸς βήσομαι, ἐβησόμην, ἐβήσετο καὶ ἀπεβήσετο. Ἀπέκτονεν. ἐφόνευεν. [κτείνω, κτενῶ, ὁ μέσος παρακείμενος ἔκτονα καὶ ἀπέκτονεν.]</w:t>
      </w:r>
    </w:p>
    <w:p>
      <w:r>
        <w:rPr>
          <w:rFonts w:ascii="Courier New" w:hAnsi="Courier New"/>
          <w:color w:val="555555"/>
          <w:sz w:val="20"/>
        </w:rPr>
        <w:t>[10]</w:t>
      </w:r>
    </w:p>
    <w:p>
      <w:r>
        <w:rPr>
          <w:rFonts w:ascii="Gentium Plus" w:hAnsi="Gentium Plus"/>
          <w:sz w:val="24"/>
        </w:rPr>
        <w:t>Ἀπεπίστευον. ἤλπιζον. Ἀπέχθηαι. ἀπέχθω, ἀπήχθων. ἐὰν ἀπέχθω, ἐὰν ἀπέχθωμαι, ἐὰν ἀπέχθηται, καὶ ἀποβο‐ λῇ τοῦ τ ἀπέχθηαι. Ἀπέφθιθον. ἀπὸ τοῦ φθίθω. ὁ παρατατικὸς</w:t>
      </w:r>
    </w:p>
    <w:p>
      <w:r>
        <w:rPr>
          <w:rFonts w:ascii="Courier New" w:hAnsi="Courier New"/>
          <w:color w:val="555555"/>
          <w:sz w:val="20"/>
        </w:rPr>
        <w:t>[15]</w:t>
      </w:r>
    </w:p>
    <w:p>
      <w:r>
        <w:rPr>
          <w:rFonts w:ascii="Gentium Plus" w:hAnsi="Gentium Plus"/>
          <w:sz w:val="24"/>
        </w:rPr>
        <w:t>ἔφθιθον καὶ ἀπέφθιθον. Ἀπενίζοντο. ἐκαθαίροντο. ἀπὸ τοῦ νίπτω, καὶ κατὰ τροπὴν δωρικὴν γίνεται νίζω. οἱ γὰρ Δω‐ ριεῖς τὰ εἰς πτω ῥήματα τότε μὲν εἰς δύο σς,</w:t>
      </w:r>
    </w:p>
    <w:p>
      <w:r>
        <w:rPr>
          <w:rFonts w:ascii="Courier New" w:hAnsi="Courier New"/>
          <w:color w:val="555555"/>
          <w:sz w:val="20"/>
        </w:rPr>
        <w:t>[alpha 281]</w:t>
      </w:r>
    </w:p>
    <w:p>
      <w:r>
        <w:rPr>
          <w:rFonts w:ascii="Gentium Plus" w:hAnsi="Gentium Plus"/>
          <w:sz w:val="24"/>
        </w:rPr>
        <w:t>Ἀπένεικας. ἐνέγκω, τροπῇ τοῦ γ εἰς ι ἐνείκω, ἤνεικας καὶ ἀπένεικας. Ἀπεχθῄρω. ἐχθαίρω, τὸ μισῶ, ἐχθαρῶ, ἤχθη‐ ρα, ἐὰν ἐχθήρω, καὶ ἀπεχθῄρω.</w:t>
      </w:r>
    </w:p>
    <w:p>
      <w:r>
        <w:rPr>
          <w:rFonts w:ascii="Courier New" w:hAnsi="Courier New"/>
          <w:color w:val="555555"/>
          <w:sz w:val="20"/>
        </w:rPr>
        <w:t>[5]</w:t>
      </w:r>
    </w:p>
    <w:p>
      <w:r>
        <w:rPr>
          <w:rFonts w:ascii="Gentium Plus" w:hAnsi="Gentium Plus"/>
          <w:sz w:val="24"/>
        </w:rPr>
        <w:t>Ἀπειλήτην. ἠπείλησαν. ἀπειλῶ, ἀπειλήσω, ἠπείλησα, ἠπειλησάτην καὶ κατὰ συγκοπὴν τῆς σα συλλαβῆς ἀπειλήτην. [ἢ ἀπὸ τοῦ ἀπειλῶ ἠπείλουν, τὸ δυϊκὸν ἠπείλητον, ἠπειλήτην] καὶ συστολῇ τῆς ἀρχῆς καὶ τροπῇ τῆς ει δι‐</w:t>
      </w:r>
    </w:p>
    <w:p>
      <w:r>
        <w:rPr>
          <w:rFonts w:ascii="Courier New" w:hAnsi="Courier New"/>
          <w:color w:val="555555"/>
          <w:sz w:val="20"/>
        </w:rPr>
        <w:t>[10]</w:t>
      </w:r>
    </w:p>
    <w:p>
      <w:r>
        <w:rPr>
          <w:rFonts w:ascii="Gentium Plus" w:hAnsi="Gentium Plus"/>
          <w:sz w:val="24"/>
        </w:rPr>
        <w:t>φθόγγου εἰς η ἀπειλήτην. Ἀπετρύετο. κατεδαπανᾶτο. Ἀπερωήσειας. ὁρμήσειας ἢ κωλύσειας. Ἀπεπλίξατο. εὐχερῶς καὶ μετὰ ῥαστώνης ἀπεσείσατο καὶ ἀπέφυγε· πλὶξ γὰρ τὸ βῆμα,</w:t>
      </w:r>
    </w:p>
    <w:p>
      <w:r>
        <w:rPr>
          <w:rFonts w:ascii="Courier New" w:hAnsi="Courier New"/>
          <w:color w:val="555555"/>
          <w:sz w:val="20"/>
        </w:rPr>
        <w:t>[15]</w:t>
      </w:r>
    </w:p>
    <w:p>
      <w:r>
        <w:rPr>
          <w:rFonts w:ascii="Gentium Plus" w:hAnsi="Gentium Plus"/>
          <w:sz w:val="24"/>
        </w:rPr>
        <w:t>καὶ πλίγματα τὰ πηδήματα. Ἀπεγραψάμεθα. ἀπείπαμεν ἢ ἀπηριθμήσαμεν. Ἀπεψύχοντο. πρὸς τὸ πνεῦμα ἐξηραίνοντο. Ἀπέκρινον. ἀπεδοκίμαζον. Ἀπεσάλευε. τοῦτο ἐπὶ νηῶν λέγεται καὶ ἐπὶ</w:t>
      </w:r>
    </w:p>
    <w:p>
      <w:r>
        <w:rPr>
          <w:rFonts w:ascii="Courier New" w:hAnsi="Courier New"/>
          <w:color w:val="555555"/>
          <w:sz w:val="20"/>
        </w:rPr>
        <w:t>[20]</w:t>
      </w:r>
    </w:p>
    <w:p>
      <w:r>
        <w:rPr>
          <w:rFonts w:ascii="Gentium Plus" w:hAnsi="Gentium Plus"/>
          <w:sz w:val="24"/>
        </w:rPr>
        <w:t>ἀνθρώπων. σημαίνει δὲ ἡ λέξις, τὰς ἐλπίδας</w:t>
      </w:r>
    </w:p>
    <w:p>
      <w:r>
        <w:rPr>
          <w:rFonts w:ascii="Courier New" w:hAnsi="Courier New"/>
          <w:color w:val="555555"/>
          <w:sz w:val="20"/>
        </w:rPr>
        <w:t>[alpha 282]</w:t>
      </w:r>
    </w:p>
    <w:p>
      <w:r>
        <w:rPr>
          <w:rFonts w:ascii="Gentium Plus" w:hAnsi="Gentium Plus"/>
          <w:sz w:val="24"/>
        </w:rPr>
        <w:t>Ἀπληκεύω. μένω. Ἀποῤῥυήτω καὶ ἀπεῤῥύητο, η. πτεροῤῥυείτω δὲ δίφθογγον. *Ἄπρω. ὁλονύκτως ἢ ἀπρωϊτῶς.*</w:t>
      </w:r>
    </w:p>
    <w:p>
      <w:r>
        <w:rPr>
          <w:rFonts w:ascii="Courier New" w:hAnsi="Courier New"/>
          <w:color w:val="555555"/>
          <w:sz w:val="20"/>
        </w:rPr>
        <w:t>[5]</w:t>
      </w:r>
    </w:p>
    <w:p>
      <w:r>
        <w:rPr>
          <w:rFonts w:ascii="Gentium Plus" w:hAnsi="Gentium Plus"/>
          <w:sz w:val="24"/>
        </w:rPr>
        <w:t>*Ἀπαρκέσαι. διαφυγεῖν.* Ἀπόστιχε. ἀναχώρει. Ἀποσκαρίζειν. διακεχυμένως γελᾷν. Ἀπογυιώσεις. βλάψεις τὰ μέλη. γυῖα γὰρ τὰ μέλη.</w:t>
      </w:r>
    </w:p>
    <w:p>
      <w:r>
        <w:rPr>
          <w:rFonts w:ascii="Courier New" w:hAnsi="Courier New"/>
          <w:color w:val="555555"/>
          <w:sz w:val="20"/>
        </w:rPr>
        <w:t>[10]</w:t>
      </w:r>
    </w:p>
    <w:p>
      <w:r>
        <w:rPr>
          <w:rFonts w:ascii="Gentium Plus" w:hAnsi="Gentium Plus"/>
          <w:sz w:val="24"/>
        </w:rPr>
        <w:t>Ἀποβλύζων. ἀπεμῶν. Ἀποίσονται. κομίσουσιν. Ἀποφαίνειν. ἀποδεικνύειν. Ἀποφορτίσασθαι. ἀποῤῥίψασθαι. Ἀποκναίω. τὸ λυπῶ.</w:t>
      </w:r>
    </w:p>
    <w:p>
      <w:r>
        <w:rPr>
          <w:rFonts w:ascii="Courier New" w:hAnsi="Courier New"/>
          <w:color w:val="555555"/>
          <w:sz w:val="20"/>
        </w:rPr>
        <w:t>[15]</w:t>
      </w:r>
    </w:p>
    <w:p>
      <w:r>
        <w:rPr>
          <w:rFonts w:ascii="Gentium Plus" w:hAnsi="Gentium Plus"/>
          <w:sz w:val="24"/>
        </w:rPr>
        <w:t>Ἀπόχρη. ἀρκεῖ. Ἀπόνασθαι. ἀπολαῦσαι. Ἀποστυγοῦντες. μισοῦντες. Ἀποσεμνύνει. μεγαλύνει. Ἀποσκυθίσαι. κυρίως τὸ ἀποτεμεῖν τὸ παρὰ</w:t>
      </w:r>
    </w:p>
    <w:p>
      <w:r>
        <w:rPr>
          <w:rFonts w:ascii="Courier New" w:hAnsi="Courier New"/>
          <w:color w:val="555555"/>
          <w:sz w:val="20"/>
        </w:rPr>
        <w:t>[20]</w:t>
      </w:r>
    </w:p>
    <w:p>
      <w:r>
        <w:rPr>
          <w:rFonts w:ascii="Gentium Plus" w:hAnsi="Gentium Plus"/>
          <w:sz w:val="24"/>
        </w:rPr>
        <w:t>τὴν κεφαλὴν δέρμα σὺν θριξί· καταχρηστικῶς δὲ, τὸ ἀποκεῖραι.</w:t>
      </w:r>
    </w:p>
    <w:p>
      <w:r>
        <w:rPr>
          <w:rFonts w:ascii="Courier New" w:hAnsi="Courier New"/>
          <w:color w:val="555555"/>
          <w:sz w:val="20"/>
        </w:rPr>
        <w:t>[alpha 283]</w:t>
      </w:r>
    </w:p>
    <w:p>
      <w:r>
        <w:rPr>
          <w:rFonts w:ascii="Gentium Plus" w:hAnsi="Gentium Plus"/>
          <w:sz w:val="24"/>
        </w:rPr>
        <w:t>Ἀπομάττεται. ἀποτυποῖ. Ἀποσοβεῖ. ἀπελαύνει, ἀποδιώκει. Ἀπολυσάμενος. ἀπολυτρωσάμενος. Ἀπότρεχε. ἀναχώρει.</w:t>
      </w:r>
    </w:p>
    <w:p>
      <w:r>
        <w:rPr>
          <w:rFonts w:ascii="Courier New" w:hAnsi="Courier New"/>
          <w:color w:val="555555"/>
          <w:sz w:val="20"/>
        </w:rPr>
        <w:t>[5]</w:t>
      </w:r>
    </w:p>
    <w:p>
      <w:r>
        <w:rPr>
          <w:rFonts w:ascii="Gentium Plus" w:hAnsi="Gentium Plus"/>
          <w:sz w:val="24"/>
        </w:rPr>
        <w:t>Ἀποσκορακίζει. ἐξορίζει, ἀποδιώκει. Ἀποβουκολῆσαι. ἐκβαλεῖν, ἀπατῆσαι, ἀπο‐ διῶξαι, ἀποπλανῆσαι. Ἀποκριθῆναι. διαζυγῆναι, διαχωρισθῆναι. Ἀποκοτταβίζειν. τὸ λειπόμενον πόμα [τοῦ</w:t>
      </w:r>
    </w:p>
    <w:p>
      <w:r>
        <w:rPr>
          <w:rFonts w:ascii="Courier New" w:hAnsi="Courier New"/>
          <w:color w:val="555555"/>
          <w:sz w:val="20"/>
        </w:rPr>
        <w:t>[10]</w:t>
      </w:r>
    </w:p>
    <w:p>
      <w:r>
        <w:rPr>
          <w:rFonts w:ascii="Gentium Plus" w:hAnsi="Gentium Plus"/>
          <w:sz w:val="24"/>
        </w:rPr>
        <w:t>πόματος] τοῦ ποτηρίου ἐκχεῖν οὕτως, ὥστε ψό‐ φον ποιεῖν· κότταβος γὰρ ὁ ἦχος. Ἀποσχεδιάσας. ψευσάμενος. Ἀπάγου. ἀντὶ τοῦ, πρὸς αὐτὸν ἄπαγε. Ἀποδρύφω. ἐκδέρω.</w:t>
      </w:r>
    </w:p>
    <w:p>
      <w:r>
        <w:rPr>
          <w:rFonts w:ascii="Courier New" w:hAnsi="Courier New"/>
          <w:color w:val="555555"/>
          <w:sz w:val="20"/>
        </w:rPr>
        <w:t>[15]</w:t>
      </w:r>
    </w:p>
    <w:p>
      <w:r>
        <w:rPr>
          <w:rFonts w:ascii="Gentium Plus" w:hAnsi="Gentium Plus"/>
          <w:sz w:val="24"/>
        </w:rPr>
        <w:t>Ἀπόκριναι. ἀποκρίθητι. ἀπόκρινε δὲ ἀντὶ τοῦ διαχώρισον· ψιλόν. Ἀπαρκέσαι. ἀποσκευάσασθαι. Ἀπινύσσω. τὸ ἀσυνετῶ. Ἀπῳκισμένος. μεμακρυσμένος.</w:t>
      </w:r>
    </w:p>
    <w:p>
      <w:r>
        <w:rPr>
          <w:rFonts w:ascii="Courier New" w:hAnsi="Courier New"/>
          <w:color w:val="555555"/>
          <w:sz w:val="20"/>
        </w:rPr>
        <w:t>[20]</w:t>
      </w:r>
    </w:p>
    <w:p>
      <w:r>
        <w:rPr>
          <w:rFonts w:ascii="Gentium Plus" w:hAnsi="Gentium Plus"/>
          <w:sz w:val="24"/>
        </w:rPr>
        <w:t>Ἀπῶσμαι. ἀπέῤῥιμμαι. Ἀποδρᾷν. φεύγειν· τὸ ἔξω τῆς ὑπηρεσίας γενέ‐</w:t>
      </w:r>
    </w:p>
    <w:p>
      <w:r>
        <w:rPr>
          <w:rFonts w:ascii="Courier New" w:hAnsi="Courier New"/>
          <w:color w:val="555555"/>
          <w:sz w:val="20"/>
        </w:rPr>
        <w:t>[alpha 284]</w:t>
      </w:r>
    </w:p>
    <w:p>
      <w:r>
        <w:rPr>
          <w:rFonts w:ascii="Gentium Plus" w:hAnsi="Gentium Plus"/>
          <w:sz w:val="24"/>
        </w:rPr>
        <w:t>[Ἀποψύχειν. Ἡσίοδος· μηδὲν ἀποψύχειν. σημαίνει δὲ τὸ ἀφοδεύειν ἢ ἀποπνευματίζειν.] Ἀποθησαυρίζοντας. ἀποτιθεμένους. Ἀπόστο‐</w:t>
      </w:r>
    </w:p>
    <w:p>
      <w:r>
        <w:rPr>
          <w:rFonts w:ascii="Courier New" w:hAnsi="Courier New"/>
          <w:color w:val="555555"/>
          <w:sz w:val="20"/>
        </w:rPr>
        <w:t>[5]</w:t>
      </w:r>
    </w:p>
    <w:p>
      <w:r>
        <w:rPr>
          <w:rFonts w:ascii="Gentium Plus" w:hAnsi="Gentium Plus"/>
          <w:sz w:val="24"/>
        </w:rPr>
        <w:t>λος· ἀποθησαυρίζοντας ἑαυτοῖς—. Ἀπέχῃς. ἀπολαύῃς. ἀποστολικὴ ἡ λέξις. ἵνα αἰώνιον αὐτὸν ἀπέχῃς.</w:t>
      </w:r>
    </w:p>
    <w:p>
      <w:pPr>
        <w:jc w:val="center"/>
      </w:pPr>
      <w:r>
        <w:rPr>
          <w:rFonts w:ascii="Gentium Plus" w:hAnsi="Gentium Plus"/>
          <w:b/>
          <w:sz w:val="24"/>
        </w:rPr>
        <w:t>(Ἐπίῤῥημα.)</w:t>
      </w:r>
    </w:p>
    <w:p>
      <w:r>
        <w:rPr>
          <w:rFonts w:ascii="Courier New" w:hAnsi="Courier New"/>
          <w:color w:val="555555"/>
          <w:sz w:val="20"/>
        </w:rPr>
        <w:t>[9]</w:t>
      </w:r>
    </w:p>
    <w:p>
      <w:r>
        <w:rPr>
          <w:rFonts w:ascii="Gentium Plus" w:hAnsi="Gentium Plus"/>
          <w:sz w:val="24"/>
        </w:rPr>
        <w:t>Ἀπαρτί. παρὰ τὸ ἀπηρτισμένον καὶ πλῆρες.</w:t>
      </w:r>
    </w:p>
    <w:p>
      <w:r>
        <w:rPr>
          <w:rFonts w:ascii="Courier New" w:hAnsi="Courier New"/>
          <w:color w:val="555555"/>
          <w:sz w:val="20"/>
        </w:rPr>
        <w:t>[10]</w:t>
      </w:r>
    </w:p>
    <w:p>
      <w:r>
        <w:rPr>
          <w:rFonts w:ascii="Gentium Plus" w:hAnsi="Gentium Plus"/>
          <w:sz w:val="24"/>
        </w:rPr>
        <w:t>[Φερεκράτης. καὶ τοὺς σώφρονας ἀπαρτὶ πλου‐ τῆσαι ποιήσω.] Ἀπαταγί. ἄνευ ψόφου. Ἀπαλάμνως. ἀσθενῶς. Ἀπαρεμφάτως. ἄνευ δηλώσεως προσώπου.</w:t>
      </w:r>
    </w:p>
    <w:p>
      <w:r>
        <w:rPr>
          <w:rFonts w:ascii="Courier New" w:hAnsi="Courier New"/>
          <w:color w:val="555555"/>
          <w:sz w:val="20"/>
        </w:rPr>
        <w:t>[15]</w:t>
      </w:r>
    </w:p>
    <w:p>
      <w:r>
        <w:rPr>
          <w:rFonts w:ascii="Gentium Plus" w:hAnsi="Gentium Plus"/>
          <w:sz w:val="24"/>
        </w:rPr>
        <w:t>Ἀπαισίως. βλασφήμως, ἀπρεπῶς. Ἀπαρεμποδίστως. ἀνεμποδίστως. Ἀπάτερθεν. μακρὰν ἢ χωρίς. ἀπὸ τοῦ ἄτερ, ἄτερθεν καὶ ἀπάτερθεν. Ἀπάνευθεν. ἀντὶ τοῦ χωρίς. ἀπὸ τοῦ ἄνευ,</w:t>
      </w:r>
    </w:p>
    <w:p>
      <w:r>
        <w:rPr>
          <w:rFonts w:ascii="Courier New" w:hAnsi="Courier New"/>
          <w:color w:val="555555"/>
          <w:sz w:val="20"/>
        </w:rPr>
        <w:t>[20]</w:t>
      </w:r>
    </w:p>
    <w:p>
      <w:r>
        <w:rPr>
          <w:rFonts w:ascii="Gentium Plus" w:hAnsi="Gentium Plus"/>
          <w:sz w:val="24"/>
        </w:rPr>
        <w:t>ἄνευθε καὶ ἀπάνευθεν. Ἅπαξ. ἀντὶ τοῦ ὄντως καὶ βεβαίως. ὡς τό· ἅπαξ ὤμοσα ἐν τῷ ἁγίῳ μου.</w:t>
      </w:r>
    </w:p>
    <w:p>
      <w:r>
        <w:rPr>
          <w:rFonts w:ascii="Courier New" w:hAnsi="Courier New"/>
          <w:color w:val="555555"/>
          <w:sz w:val="20"/>
        </w:rPr>
        <w:t>[alpha 285]</w:t>
      </w:r>
    </w:p>
    <w:p>
      <w:r>
        <w:rPr>
          <w:rFonts w:ascii="Gentium Plus" w:hAnsi="Gentium Plus"/>
          <w:sz w:val="24"/>
        </w:rPr>
        <w:t>Ἀπαραιτήτως. ἀσυγχωρήτως. Ἀπερισκέπτως. ἄνευ βουλῆς καὶ σκέψεως. Ἀπεχθῶς. ἐχθρωδῶς, μισητῶς. Ἀποχρώντως. ἱκανῶς, ἀρκούντως.</w:t>
      </w:r>
    </w:p>
    <w:p>
      <w:r>
        <w:rPr>
          <w:rFonts w:ascii="Courier New" w:hAnsi="Courier New"/>
          <w:color w:val="555555"/>
          <w:sz w:val="20"/>
        </w:rPr>
        <w:t>[5]</w:t>
      </w:r>
    </w:p>
    <w:p>
      <w:r>
        <w:rPr>
          <w:rFonts w:ascii="Gentium Plus" w:hAnsi="Gentium Plus"/>
          <w:sz w:val="24"/>
        </w:rPr>
        <w:t>Ἀπηλεγέως. σκληρῶς, ἀποτόμως. παρὰ τὸ ἀλέγω τὸ φροντίζω, ἀλεγὴς καὶ ἀπηλεγὴς, καὶ ἀπηλεγέως καὶ ἀπηλεγῶς. Ἀποσταδόν. πόῤῥωθεν, ἐκ διαστήματος. ἐκ τοῦ ἵστημι τὸ παθητικὸν ἵσταμαι, σταδὸν καὶ</w:t>
      </w:r>
    </w:p>
    <w:p>
      <w:r>
        <w:rPr>
          <w:rFonts w:ascii="Courier New" w:hAnsi="Courier New"/>
          <w:color w:val="555555"/>
          <w:sz w:val="20"/>
        </w:rPr>
        <w:t>[10]</w:t>
      </w:r>
    </w:p>
    <w:p>
      <w:r>
        <w:rPr>
          <w:rFonts w:ascii="Gentium Plus" w:hAnsi="Gentium Plus"/>
          <w:sz w:val="24"/>
        </w:rPr>
        <w:t>ἀποσταδόν. Ἀπόπροθι. χωρὶς, μακράν. Ἁπλῶς. χωρὶς προσθήκης. ἀντὶ τοῦ ἐξ ἀνάγκης· ἢ ὡς πρῶτον. Ἀπραγμόνως. ἐλευθέρως, ἄνευ τινὸς ἐξετάσεως.</w:t>
      </w:r>
    </w:p>
    <w:p>
      <w:r>
        <w:rPr>
          <w:rFonts w:ascii="Courier New" w:hAnsi="Courier New"/>
          <w:color w:val="555555"/>
          <w:sz w:val="20"/>
        </w:rPr>
        <w:t>[15]</w:t>
      </w:r>
    </w:p>
    <w:p>
      <w:r>
        <w:rPr>
          <w:rFonts w:ascii="Gentium Plus" w:hAnsi="Gentium Plus"/>
          <w:sz w:val="24"/>
        </w:rPr>
        <w:t>Ἰάμβλιχος· εἶτα ἐάσατε οὕτως ἀπραγμόνως ἀποθανεῖν. Ἀπροσδιορίστως. [ἀορίστως.] [Ἀπροόπτως. ἀπροοράτως.] Ἀπρίξ. τὸ ἰσχυρῶς κρατεῖν ὅλῃ δυνάμει. [ἔστι</w:t>
      </w:r>
    </w:p>
    <w:p>
      <w:r>
        <w:rPr>
          <w:rFonts w:ascii="Courier New" w:hAnsi="Courier New"/>
          <w:color w:val="555555"/>
          <w:sz w:val="20"/>
        </w:rPr>
        <w:t>[20]</w:t>
      </w:r>
    </w:p>
    <w:p>
      <w:r>
        <w:rPr>
          <w:rFonts w:ascii="Gentium Plus" w:hAnsi="Gentium Plus"/>
          <w:sz w:val="24"/>
        </w:rPr>
        <w:t>πρίζω, πρίσω καὶ δωρικῶς πρίξω, καὶ ἐξ αὐ‐ τοῦ ἐπίῤῥημα ἀπρίξ.] Ἀπροτίοπτα. κρύφα, λάθρα. ἀπὸ τοῦ ὄπτω τὸ βλέπω. *Ἀπαισίως. ἀπρεπῶς.*</w:t>
      </w:r>
    </w:p>
    <w:p>
      <w:r>
        <w:rPr>
          <w:rFonts w:ascii="Courier New" w:hAnsi="Courier New"/>
          <w:color w:val="555555"/>
          <w:sz w:val="20"/>
        </w:rPr>
        <w:t>[25]</w:t>
      </w:r>
    </w:p>
    <w:p>
      <w:r>
        <w:rPr>
          <w:rFonts w:ascii="Gentium Plus" w:hAnsi="Gentium Plus"/>
          <w:sz w:val="24"/>
        </w:rPr>
        <w:t>*Ἀπαπαί. συγκαταθετικὸν ἐπίῤῥημα.* Ἀπῳδόν. ἀναρμόστως, καὶ ἄποθεν τῆς ᾠδῆς.</w:t>
      </w:r>
    </w:p>
    <w:p>
      <w:pPr>
        <w:jc w:val="center"/>
      </w:pPr>
      <w:r>
        <w:rPr>
          <w:rFonts w:ascii="Gentium Plus" w:hAnsi="Gentium Plus"/>
          <w:b/>
          <w:sz w:val="24"/>
        </w:rPr>
        <w:t>Τὸ Α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Ἀράσιμος. καταράσιμος. Ἀραχναῖος μῖτος. ὁ λεπτότατος.</w:t>
      </w:r>
    </w:p>
    <w:p>
      <w:r>
        <w:rPr>
          <w:rFonts w:ascii="Courier New" w:hAnsi="Courier New"/>
          <w:color w:val="555555"/>
          <w:sz w:val="20"/>
        </w:rPr>
        <w:t>[5]</w:t>
      </w:r>
    </w:p>
    <w:p>
      <w:r>
        <w:rPr>
          <w:rFonts w:ascii="Gentium Plus" w:hAnsi="Gentium Plus"/>
          <w:sz w:val="24"/>
        </w:rPr>
        <w:t>Ἀράχνης. τὸ ζωΰφιον. ἀράχνη δὲ θηλυκῶς τὸ ὕφασμα. παρὰ τὸ ἀραιὰ ἴχνη ἔχειν λέγεται ἀράχνης. Ἄραινος. ὄνομα ποταμοῦ. Ἄῤῥαιστος. ἄφθαρτος.</w:t>
      </w:r>
    </w:p>
    <w:p>
      <w:r>
        <w:rPr>
          <w:rFonts w:ascii="Courier New" w:hAnsi="Courier New"/>
          <w:color w:val="555555"/>
          <w:sz w:val="20"/>
        </w:rPr>
        <w:t>[10]</w:t>
      </w:r>
    </w:p>
    <w:p>
      <w:r>
        <w:rPr>
          <w:rFonts w:ascii="Gentium Plus" w:hAnsi="Gentium Plus"/>
          <w:sz w:val="24"/>
        </w:rPr>
        <w:t>Ἀραφέλ. γνόφος, ὁμίχλη, ἢ ὄνομα στερεώ‐ ματος. Ἀράξης. ποταμός. παρὰ τὸ ἀράσσειν, ὅτι ἀπὸ Καυκάσου καταῤῥήγνυται. Ἀργαλέος. χαλεπὸς, δεινός. παρὰ τὸ τὸν ἄρην,</w:t>
      </w:r>
    </w:p>
    <w:p>
      <w:r>
        <w:rPr>
          <w:rFonts w:ascii="Courier New" w:hAnsi="Courier New"/>
          <w:color w:val="555555"/>
          <w:sz w:val="20"/>
        </w:rPr>
        <w:t>[15]</w:t>
      </w:r>
    </w:p>
    <w:p>
      <w:r>
        <w:rPr>
          <w:rFonts w:ascii="Gentium Plus" w:hAnsi="Gentium Plus"/>
          <w:sz w:val="24"/>
        </w:rPr>
        <w:t>τὸν πόλεμον, ἀραλέος, καὶ πλεονασμῷ τοῦ γ ἀργαλέος. ἢ παρὰ τὸ ἄλγος, ὁ λύπας καὶ κα‐ κὰ ἐμποιῶν. παράγονται δὲ τὰ τοιαῦτα ὀνό‐ ματα ἀπὸ τριῶν μερῶν τοῦ λόγου· ἀπὸ ὀνό‐ ματος, ἀπὸ ῥήματος καὶ ἀπὸ ἐπιῤῥήματος. ἀπὸ</w:t>
      </w:r>
    </w:p>
    <w:p>
      <w:r>
        <w:rPr>
          <w:rFonts w:ascii="Courier New" w:hAnsi="Courier New"/>
          <w:color w:val="555555"/>
          <w:sz w:val="20"/>
        </w:rPr>
        <w:t>[20]</w:t>
      </w:r>
    </w:p>
    <w:p>
      <w:r>
        <w:rPr>
          <w:rFonts w:ascii="Gentium Plus" w:hAnsi="Gentium Plus"/>
          <w:sz w:val="24"/>
        </w:rPr>
        <w:t>ὀνόματος, ὡς τὸ δίψα, διψαλέος· ἀπὸ ῥήματος, ὡς τὸ θαρσῶ, θαρσαλέος· ἀπὸ ἐπιῤῥήματος, ὡς ῥίμφα, ῥιμφαλέος. τὸ δὲ ἀργαλέος παρὰ τὸ ἄλγος, μεταθέσει τοῦ λ εἰς ρ. ὅμοιον τὸ ὑδρη‐ ρὸς, ὑδρηλὸς, ὑψηρὸς, ὑψηλός.</w:t>
      </w:r>
    </w:p>
    <w:p>
      <w:r>
        <w:rPr>
          <w:rFonts w:ascii="Courier New" w:hAnsi="Courier New"/>
          <w:color w:val="555555"/>
          <w:sz w:val="20"/>
        </w:rPr>
        <w:t>[25]</w:t>
      </w:r>
    </w:p>
    <w:p>
      <w:r>
        <w:rPr>
          <w:rFonts w:ascii="Gentium Plus" w:hAnsi="Gentium Plus"/>
          <w:sz w:val="24"/>
        </w:rPr>
        <w:t>Ἀργεός. ὁ λαμπρός. *Ἀράμ. κύριον. ἑρμηνεύεται δὲ μετέωρος.* Ἀργιόδοντες. λευκοὶ τοὺς ὀδόντας ἢ μεγάλοι.</w:t>
      </w:r>
    </w:p>
    <w:p>
      <w:r>
        <w:rPr>
          <w:rFonts w:ascii="Courier New" w:hAnsi="Courier New"/>
          <w:color w:val="555555"/>
          <w:sz w:val="20"/>
        </w:rPr>
        <w:t>[alpha 287]</w:t>
      </w:r>
    </w:p>
    <w:p>
      <w:r>
        <w:rPr>
          <w:rFonts w:ascii="Gentium Plus" w:hAnsi="Gentium Plus"/>
          <w:sz w:val="24"/>
        </w:rPr>
        <w:t>Ἄραβος. κτύπος. κυρίως ἡ ἐν ἄρει βοή. ἀρά‐ βοος καὶ ἄραβος. Ἀργός. λευκὸς καὶ ὁ ῥάθυμος. κατὰ ἀντίφρα‐ σιν καὶ ὁ ταχύς. παρὰ τὸ ἀρκῶ ἀρκὸς καὶ ἀρ‐</w:t>
      </w:r>
    </w:p>
    <w:p>
      <w:r>
        <w:rPr>
          <w:rFonts w:ascii="Courier New" w:hAnsi="Courier New"/>
          <w:color w:val="555555"/>
          <w:sz w:val="20"/>
        </w:rPr>
        <w:t>[5]</w:t>
      </w:r>
    </w:p>
    <w:p>
      <w:r>
        <w:rPr>
          <w:rFonts w:ascii="Gentium Plus" w:hAnsi="Gentium Plus"/>
          <w:sz w:val="24"/>
        </w:rPr>
        <w:t>γὸς, ὁ ἐπαρκεῖν τοῖς ποσὶ δυνάμενος. Ἀργυρώνητος. ἀργύρῳ ἀγορασθείς. Ἀργόλαι. εἶδος ὄφεων, οὓς ἤνεγκε Μακεδὼν ὁ Ἀλέξανδρος ἐκ τοῦ Ἄργους τοῦ πελαγικοῦ εἰς Ἀλεξάνδρειαν, καὶ ἐνέβαλεν εἰς τὸν ποταμὸν</w:t>
      </w:r>
    </w:p>
    <w:p>
      <w:r>
        <w:rPr>
          <w:rFonts w:ascii="Courier New" w:hAnsi="Courier New"/>
          <w:color w:val="555555"/>
          <w:sz w:val="20"/>
        </w:rPr>
        <w:t>[10]</w:t>
      </w:r>
    </w:p>
    <w:p>
      <w:r>
        <w:rPr>
          <w:rFonts w:ascii="Gentium Plus" w:hAnsi="Gentium Plus"/>
          <w:sz w:val="24"/>
        </w:rPr>
        <w:t>πρὸς ἀναίρεσιν τῶν ἀσπίδων, ὅτε μετέθηκε τὰ ὀστᾶ Ἱερεμίου τοῦ προφήτου ἐξ Αἰγύπτου εἰς Ἀλεξάνδρειαν, οὓς ὁ αὐτὸς προφήτης ἀπέκτει‐ νεν. ἀργόλαι οὖν ἐκ τοῦ Ἄργους λαιοί. Ἀργίποδες. ταχεῖς, ὀξύποδες.</w:t>
      </w:r>
    </w:p>
    <w:p>
      <w:r>
        <w:rPr>
          <w:rFonts w:ascii="Courier New" w:hAnsi="Courier New"/>
          <w:color w:val="555555"/>
          <w:sz w:val="20"/>
        </w:rPr>
        <w:t>[15]</w:t>
      </w:r>
    </w:p>
    <w:p>
      <w:r>
        <w:rPr>
          <w:rFonts w:ascii="Gentium Plus" w:hAnsi="Gentium Plus"/>
          <w:sz w:val="24"/>
        </w:rPr>
        <w:t>Ἀργυρογνώμων. ὁ δοκιμαστής. Ἀργιλλώδης. ὁ ῥυπαρός. Ἀργᾶς. δεινότατος, θηριώδης τὸν τρόπον. ἀρ‐ γᾶν τὸν ὄφιν ἐκάλουν οἱ Ἀργεῖοι. Ἀργυραμοιβός. χρυσοχόος, ἢ καὶ ὁ καταλ‐</w:t>
      </w:r>
    </w:p>
    <w:p>
      <w:r>
        <w:rPr>
          <w:rFonts w:ascii="Courier New" w:hAnsi="Courier New"/>
          <w:color w:val="555555"/>
          <w:sz w:val="20"/>
        </w:rPr>
        <w:t>[20]</w:t>
      </w:r>
    </w:p>
    <w:p>
      <w:r>
        <w:rPr>
          <w:rFonts w:ascii="Gentium Plus" w:hAnsi="Gentium Plus"/>
          <w:sz w:val="24"/>
        </w:rPr>
        <w:t>λάκτης. Ἀργυροδίνης. λευκόρειθρος. ἀπὸ τοῦ ἄργυρος καὶ τοῦ δίνειν. καὶ ἀργυρὶς ἡ ἀργυρᾶ φιά‐ λη. [τὸ δι ἰῶτα διατί; τὰ διὰ τοῦ ινη ἢ</w:t>
      </w:r>
    </w:p>
    <w:p>
      <w:r>
        <w:rPr>
          <w:rFonts w:ascii="Courier New" w:hAnsi="Courier New"/>
          <w:color w:val="555555"/>
          <w:sz w:val="20"/>
        </w:rPr>
        <w:t>[alpha 288]</w:t>
      </w:r>
    </w:p>
    <w:p>
      <w:r>
        <w:rPr>
          <w:rFonts w:ascii="Gentium Plus" w:hAnsi="Gentium Plus"/>
          <w:sz w:val="24"/>
        </w:rPr>
        <w:t>γον. οἷον Αἰσχίνης, Λεπτίνης. τὸ δὲ νεοπείνης ἀπὸ τοῦ πείνα.] ἀργυροδίνης δὲ παρὰ τὸ ἄρ‐ γυρον, [ὃ σημαίνει] τὸ λευκόν. Ἀργυρότοξος. ὁ λαμπρὸν τόξον ἔχων. ἐκ τοῦ</w:t>
      </w:r>
    </w:p>
    <w:p>
      <w:r>
        <w:rPr>
          <w:rFonts w:ascii="Courier New" w:hAnsi="Courier New"/>
          <w:color w:val="555555"/>
          <w:sz w:val="20"/>
        </w:rPr>
        <w:t>[5]</w:t>
      </w:r>
    </w:p>
    <w:p>
      <w:r>
        <w:rPr>
          <w:rFonts w:ascii="Gentium Plus" w:hAnsi="Gentium Plus"/>
          <w:sz w:val="24"/>
        </w:rPr>
        <w:t>ἀργὸν, τὸ καθαρὸν ἢ τὸ λευκόν. Ἀρδμός. ὁ ποτισμός. καὶ ἀρδεία, ὁ ποτισμός. *καὶ ἀρδεύω, τὸ ποτίζω.* Ἀρεόβινθος. κύριον. Ἀρεστήρ. πόπανον. τὸ ἐν ταῖς θυσίαις ἐπιτι‐</w:t>
      </w:r>
    </w:p>
    <w:p>
      <w:r>
        <w:rPr>
          <w:rFonts w:ascii="Courier New" w:hAnsi="Courier New"/>
          <w:color w:val="555555"/>
          <w:sz w:val="20"/>
        </w:rPr>
        <w:t>[10]</w:t>
      </w:r>
    </w:p>
    <w:p>
      <w:r>
        <w:rPr>
          <w:rFonts w:ascii="Gentium Plus" w:hAnsi="Gentium Plus"/>
          <w:sz w:val="24"/>
        </w:rPr>
        <w:t>θέμενον. παρὰ τὸ ἀρεστόν. Ἀῤῥενωπός. φοβερὸς, ἄθικτος, ἀθήλυντος, ἀν‐ δρεῖος. ἀπαρέγκλιτος ὑφέσει πάσῃ. γράφεται καὶ ἐπὶ οὐδετέρου ἀῤῥενωπόν. ἰστέον, ὡς ἐπὶ γυναικῶν ἀνδριζομένων ἢ ἀῤῥενοφανῶν εἴρηται.</w:t>
      </w:r>
    </w:p>
    <w:p>
      <w:r>
        <w:rPr>
          <w:rFonts w:ascii="Courier New" w:hAnsi="Courier New"/>
          <w:color w:val="555555"/>
          <w:sz w:val="20"/>
        </w:rPr>
        <w:t>[15]</w:t>
      </w:r>
    </w:p>
    <w:p>
      <w:r>
        <w:rPr>
          <w:rFonts w:ascii="Gentium Plus" w:hAnsi="Gentium Plus"/>
          <w:sz w:val="24"/>
        </w:rPr>
        <w:t>Ἀρείων. ὁ βελτίων. εἴρηται παρὰ τὸ ἄρης, ἵν’ ᾖ κυρίως ὁ κατὰ πόλεμον καλλίων. *Ἀρείδηλος. ὁ φανερός.* Ἄρειος πάγος. δικαστήριον Ἀθήνῃσιν οὕτω κα‐ λούμενον. οἱ δικασταὶ ἀρειοπαγίται. ἐκλήθη</w:t>
      </w:r>
    </w:p>
    <w:p>
      <w:r>
        <w:rPr>
          <w:rFonts w:ascii="Courier New" w:hAnsi="Courier New"/>
          <w:color w:val="555555"/>
          <w:sz w:val="20"/>
        </w:rPr>
        <w:t>[20]</w:t>
      </w:r>
    </w:p>
    <w:p>
      <w:r>
        <w:rPr>
          <w:rFonts w:ascii="Gentium Plus" w:hAnsi="Gentium Plus"/>
          <w:sz w:val="24"/>
        </w:rPr>
        <w:t>δὲ ἄρειος πάγος, ἢ ὅτι αἱ Ἀμαζόνες ἐπὶ τὸν τόπον ἐκεῖνον ἐστρατεύοντο, Ἄρεως οὖσαι· ἢ ὅτι ἐν πάγῳ ἐστὶ καὶ ἐν ὕψει κεῖται τὸ δικα‐ στήριον· ἄρειος δὲ, ἐπειδὴ δικάζει ὁ Ἄρης τὸν φόνον. πάγος δὲ ὁ λόφος, ὡς καὶ Ὅμηρος·</w:t>
      </w:r>
    </w:p>
    <w:p>
      <w:r>
        <w:rPr>
          <w:rFonts w:ascii="Courier New" w:hAnsi="Courier New"/>
          <w:color w:val="555555"/>
          <w:sz w:val="20"/>
        </w:rPr>
        <w:t>[25]</w:t>
      </w:r>
    </w:p>
    <w:p>
      <w:r>
        <w:rPr>
          <w:rFonts w:ascii="Gentium Plus" w:hAnsi="Gentium Plus"/>
          <w:sz w:val="24"/>
        </w:rPr>
        <w:t>—πάγος δέ οἱ ἀντεβόλησεν.</w:t>
      </w:r>
    </w:p>
    <w:p>
      <w:r>
        <w:rPr>
          <w:rFonts w:ascii="Courier New" w:hAnsi="Courier New"/>
          <w:color w:val="555555"/>
          <w:sz w:val="20"/>
        </w:rPr>
        <w:t>[alpha 289]</w:t>
      </w:r>
    </w:p>
    <w:p>
      <w:r>
        <w:rPr>
          <w:rFonts w:ascii="Gentium Plus" w:hAnsi="Gentium Plus"/>
          <w:sz w:val="24"/>
        </w:rPr>
        <w:t>ἢ ὅτι ἔπηξεν ἐκεῖ τὸ δόρυ ὁ Ἄρης Ποσειδῶνος κατηγορήσαντος διὰ τὸν φόνον τοῦ υἱοῦ αὑτοῦ Ἁλιροδίου, ὅτε ἀπέκτεινεν αὐτὸν βιασάμενον Ἀλκίππην.</w:t>
      </w:r>
    </w:p>
    <w:p>
      <w:r>
        <w:rPr>
          <w:rFonts w:ascii="Courier New" w:hAnsi="Courier New"/>
          <w:color w:val="555555"/>
          <w:sz w:val="20"/>
        </w:rPr>
        <w:t>[5]</w:t>
      </w:r>
    </w:p>
    <w:p>
      <w:r>
        <w:rPr>
          <w:rFonts w:ascii="Gentium Plus" w:hAnsi="Gentium Plus"/>
          <w:sz w:val="24"/>
        </w:rPr>
        <w:t>Ἀρηΐφατος. ἐν πολέμῳ ἀνῃρημένος. Ἀρηϊθέων. γενναίων, πολεμικῶν. Ἄρης. κυρίως ὁ σίδηρος. βαψαμένη κοίλων ἐντὸς ἄρει λαγόνων. σημαίνει δὲ καὶ τὸν πόλεμον, παρὰ τὴν ἀρὰν</w:t>
      </w:r>
    </w:p>
    <w:p>
      <w:r>
        <w:rPr>
          <w:rFonts w:ascii="Courier New" w:hAnsi="Courier New"/>
          <w:color w:val="555555"/>
          <w:sz w:val="20"/>
        </w:rPr>
        <w:t>[10]</w:t>
      </w:r>
    </w:p>
    <w:p>
      <w:r>
        <w:rPr>
          <w:rFonts w:ascii="Gentium Plus" w:hAnsi="Gentium Plus"/>
          <w:sz w:val="24"/>
        </w:rPr>
        <w:t>καὶ τὴν βλάβην· τὴν ἐκ τοῦ πολέμου γενομέ‐ νην. ἰστέον, ὅτι τετραχῶς αὐτῷ κέχρηται ὁ ποιητής. ἐπὶ μὲν τοῦ πολέμου· —ὄφρά κεν ἐγείρομεν ὀξὺν ἄρηα. ἐπὶ δὲ τοῦ σιδήρου·</w:t>
      </w:r>
    </w:p>
    <w:p>
      <w:r>
        <w:rPr>
          <w:rFonts w:ascii="Courier New" w:hAnsi="Courier New"/>
          <w:color w:val="555555"/>
          <w:sz w:val="20"/>
        </w:rPr>
        <w:t>[15]</w:t>
      </w:r>
    </w:p>
    <w:p>
      <w:r>
        <w:rPr>
          <w:rFonts w:ascii="Gentium Plus" w:hAnsi="Gentium Plus"/>
          <w:sz w:val="24"/>
        </w:rPr>
        <w:t>αἵματος αὖαι ἄρηα— ἐπὶ δὲ τοῦ θεοῦ· Ἆρες, Ἄρες βροτολοιγέ— ἐπὶ δὲ τῆς πληγῆς· ἔνθα μάλιστα γίνεται ἄρης ἀλεγεινός.</w:t>
      </w:r>
    </w:p>
    <w:p>
      <w:r>
        <w:rPr>
          <w:rFonts w:ascii="Courier New" w:hAnsi="Courier New"/>
          <w:color w:val="555555"/>
          <w:sz w:val="20"/>
        </w:rPr>
        <w:t>[20]</w:t>
      </w:r>
    </w:p>
    <w:p>
      <w:r>
        <w:rPr>
          <w:rFonts w:ascii="Gentium Plus" w:hAnsi="Gentium Plus"/>
          <w:sz w:val="24"/>
        </w:rPr>
        <w:t>Ἀρητήρ. εὐχητὴς, ἱερεύς. ἀπὸ τὴν ἀρὰν καὶ τὴν εὐχὴν τηρεῖν. ἔστι δὲ καὶ ἀρὰ ἡ κατάρα. ἢ παρὰ τὸ τὰς ἀρὰς ποιεῖσθαι, ὅ ἐστι τὰς εὐ‐ χάς. ἢ παρὰ τὸ αἴρειν εἰς ὕψος τὰς χεῖρας.</w:t>
      </w:r>
    </w:p>
    <w:p>
      <w:r>
        <w:rPr>
          <w:rFonts w:ascii="Courier New" w:hAnsi="Courier New"/>
          <w:color w:val="555555"/>
          <w:sz w:val="20"/>
        </w:rPr>
        <w:t>[alpha 290]</w:t>
      </w:r>
    </w:p>
    <w:p>
      <w:r>
        <w:rPr>
          <w:rFonts w:ascii="Gentium Plus" w:hAnsi="Gentium Plus"/>
          <w:sz w:val="24"/>
        </w:rPr>
        <w:t>Ἀρήσιος. κύριον. Ἀρειμάνιος. ὁ ἐν τῷ ἄρει καὶ τῷ πολέμῳ μαι‐ νόμενος. ἄρης γὰρ ὁ πόλεμος. Ἀρθμός. ἡ φιλία καὶ ἡ ἁρμονία τῆς ψυχῆς.</w:t>
      </w:r>
    </w:p>
    <w:p>
      <w:r>
        <w:rPr>
          <w:rFonts w:ascii="Courier New" w:hAnsi="Courier New"/>
          <w:color w:val="555555"/>
          <w:sz w:val="20"/>
        </w:rPr>
        <w:t>[5]</w:t>
      </w:r>
    </w:p>
    <w:p>
      <w:r>
        <w:rPr>
          <w:rFonts w:ascii="Gentium Plus" w:hAnsi="Gentium Plus"/>
          <w:sz w:val="24"/>
        </w:rPr>
        <w:t>παρὰ τὸ ἀρῶ τὸ ἁρμόζω, [ἦρμαι, ἁρμός· ὡς κείρω, κορμός· καὶ πλεονασμῷ τοῦ θ ἀρθμός· ὡς πείρω, πορμὸς καὶ πορθμός. ἢ ἀπὸ τοῦ ἐρῶ τὸ λέγω· οἱ γὰρ ἐν φιλίᾳ ὄντες διαλέγονται ἀλ‐ λήλοις.]</w:t>
      </w:r>
    </w:p>
    <w:p>
      <w:r>
        <w:rPr>
          <w:rFonts w:ascii="Courier New" w:hAnsi="Courier New"/>
          <w:color w:val="555555"/>
          <w:sz w:val="20"/>
        </w:rPr>
        <w:t>[10]</w:t>
      </w:r>
    </w:p>
    <w:p>
      <w:r>
        <w:rPr>
          <w:rFonts w:ascii="Gentium Plus" w:hAnsi="Gentium Plus"/>
          <w:sz w:val="24"/>
        </w:rPr>
        <w:t>Ἀρειανοί. ἐκ τοῦ Ἀρείου. οὗτοι ἔλεγον κτίσμα τὸν υἱὸν τοῦ θεοῦ καὶ οὐχὶ ὁμοούσιον τῷ πατρὶ πεφυκότα, ὅ ἐστι διαίρεσις. Ἀριήκοον. ὀξυήκοον, εὐπειθῆ. Ἀρίσημος. φανερὸς ἐν πολέμοις.</w:t>
      </w:r>
    </w:p>
    <w:p>
      <w:r>
        <w:rPr>
          <w:rFonts w:ascii="Courier New" w:hAnsi="Courier New"/>
          <w:color w:val="555555"/>
          <w:sz w:val="20"/>
        </w:rPr>
        <w:t>[15]</w:t>
      </w:r>
    </w:p>
    <w:p>
      <w:r>
        <w:rPr>
          <w:rFonts w:ascii="Gentium Plus" w:hAnsi="Gentium Plus"/>
          <w:sz w:val="24"/>
        </w:rPr>
        <w:t>Ἀρίσταινος καὶ Ἀρίσταιχμος. ὀνόματα κύρια. Ἀριστόχειρ. ὁ γενναῖος περὶ τὰ ἀριστεῖα. καὶ ἀριστόχειρ ἀγών. Ἀρίφρων. ὁ κακῶς φρονῶν. Ἀριστεύς. πρόμαχος, κάλλιστος.</w:t>
      </w:r>
    </w:p>
    <w:p>
      <w:r>
        <w:rPr>
          <w:rFonts w:ascii="Courier New" w:hAnsi="Courier New"/>
          <w:color w:val="555555"/>
          <w:sz w:val="20"/>
        </w:rPr>
        <w:t>[20]</w:t>
      </w:r>
    </w:p>
    <w:p>
      <w:r>
        <w:rPr>
          <w:rFonts w:ascii="Gentium Plus" w:hAnsi="Gentium Plus"/>
          <w:sz w:val="24"/>
        </w:rPr>
        <w:t>Ἀριπρεπής. ἐπίσημος, ἔνδοξος. Ἀρίγνωστος. διάδηλος, φανερὸς, ἀπὸ τοῦ ἀρι ἐπιτατικοῦ μορίου καὶ τοῦ γνωστὸν, ὃ δηλοῖ τὸ</w:t>
      </w:r>
    </w:p>
    <w:p>
      <w:r>
        <w:rPr>
          <w:rFonts w:ascii="Courier New" w:hAnsi="Courier New"/>
          <w:color w:val="555555"/>
          <w:sz w:val="20"/>
        </w:rPr>
        <w:t>[alpha 291]</w:t>
      </w:r>
    </w:p>
    <w:p>
      <w:r>
        <w:rPr>
          <w:rFonts w:ascii="Gentium Plus" w:hAnsi="Gentium Plus"/>
          <w:sz w:val="24"/>
        </w:rPr>
        <w:t>Ἀριθμός. σημεῖον γνωριστικὸν τοῦ πόσου τῶν ὑποκειμένων. ἢ ἀριθμὸς ὁρίζεται σωρεία μο‐ νάδων, ἢ μονάδος σύνθεσις, ἢ χύμα μονάδων, οὐχὶ διαίρεσις μονάδων.</w:t>
      </w:r>
    </w:p>
    <w:p>
      <w:r>
        <w:rPr>
          <w:rFonts w:ascii="Courier New" w:hAnsi="Courier New"/>
          <w:color w:val="555555"/>
          <w:sz w:val="20"/>
        </w:rPr>
        <w:t>[5]</w:t>
      </w:r>
    </w:p>
    <w:p>
      <w:r>
        <w:rPr>
          <w:rFonts w:ascii="Gentium Plus" w:hAnsi="Gentium Plus"/>
          <w:sz w:val="24"/>
        </w:rPr>
        <w:t>Ἀριδείκετος. ὁ ἄγαν ἔνδοξος. παρὰ τὸ δείκω τὸ δεικνύω. [ἐξ οὗ παράγωγον δεικνύω, καὶ δείκε‐ λον τὸ δεικνύον τὴν ὁμοιότητα. ὡς οὖν ἀπὸ τοῦ ἔχω ἔχετος, ἐμῶ ἔμετος, οὕτως δείκω δείκετος καὶ ἀριδείκετος.]</w:t>
      </w:r>
    </w:p>
    <w:p>
      <w:r>
        <w:rPr>
          <w:rFonts w:ascii="Courier New" w:hAnsi="Courier New"/>
          <w:color w:val="555555"/>
          <w:sz w:val="20"/>
        </w:rPr>
        <w:t>[10]</w:t>
      </w:r>
    </w:p>
    <w:p>
      <w:r>
        <w:rPr>
          <w:rFonts w:ascii="Gentium Plus" w:hAnsi="Gentium Plus"/>
          <w:sz w:val="24"/>
        </w:rPr>
        <w:t>Ἄριστος. ὁ ἐν πολέμοις ἀνδραγαθῶν. παρὰ τῷ ἄρει τῷ πολέμῳ. Ἄρκτος. τὸ ζῶον καὶ τὸ ἀεικίνητον ἀστροθέ‐ τημα. Ἀρκτῷος. τόπος. [ἤτοι τὸ ἀρκτῷον μέρος, ἐν ᾧ</w:t>
      </w:r>
    </w:p>
    <w:p>
      <w:r>
        <w:rPr>
          <w:rFonts w:ascii="Courier New" w:hAnsi="Courier New"/>
          <w:color w:val="555555"/>
          <w:sz w:val="20"/>
        </w:rPr>
        <w:t>[15]</w:t>
      </w:r>
    </w:p>
    <w:p>
      <w:r>
        <w:rPr>
          <w:rFonts w:ascii="Gentium Plus" w:hAnsi="Gentium Plus"/>
          <w:sz w:val="24"/>
        </w:rPr>
        <w:t>οἱ ἑπτὰ ἀστέρες κατανοοῦνται· ὅπερ καλεῖται ἀρκτοῦρος. λέγεται δὲ καὶ ἅμαξα.] [Ἀρκτοῦρος. ὁ ἐπὶ τῆς ζώνης τοῦ ἀρκτοφύλακος λαμπρὸς ἀστὴρ, ἀπὸ τοῦ κατὰ τὴν οὐρὰν ἄρκτου.]</w:t>
      </w:r>
    </w:p>
    <w:p>
      <w:r>
        <w:rPr>
          <w:rFonts w:ascii="Courier New" w:hAnsi="Courier New"/>
          <w:color w:val="555555"/>
          <w:sz w:val="20"/>
        </w:rPr>
        <w:t>[20]</w:t>
      </w:r>
    </w:p>
    <w:p>
      <w:r>
        <w:rPr>
          <w:rFonts w:ascii="Gentium Plus" w:hAnsi="Gentium Plus"/>
          <w:sz w:val="24"/>
        </w:rPr>
        <w:t>[Ἀρκείσιος. ὁ πάππος Ὀδυσσέως.] [Ἁρμαθαίμ. τόπος.] Ἁρμοσταί. οἱ ἀπὸ βασιλέως στελλόμενοι εἰς ἔθνη. Ἁρματηλάτης. ὁ ἡνίοχος, ἀπὸ τοῦ ἐλαύνειν</w:t>
      </w:r>
    </w:p>
    <w:p>
      <w:r>
        <w:rPr>
          <w:rFonts w:ascii="Courier New" w:hAnsi="Courier New"/>
          <w:color w:val="555555"/>
          <w:sz w:val="20"/>
        </w:rPr>
        <w:t>[25]</w:t>
      </w:r>
    </w:p>
    <w:p>
      <w:r>
        <w:rPr>
          <w:rFonts w:ascii="Gentium Plus" w:hAnsi="Gentium Plus"/>
          <w:sz w:val="24"/>
        </w:rPr>
        <w:t>τὸ ἅρμα. Ἁρμός. παρὰ τὸ ἄρω. ὁ μέλλων ἀρῶ, ὁ παρα‐ κείμενος ἦρκα, ὁ παθητικὸς ἦρμαι, ἁρμός. *τῆς δασείας προελθούσης, ὡς εἴρω ἁρμός.*</w:t>
      </w:r>
    </w:p>
    <w:p>
      <w:r>
        <w:rPr>
          <w:rFonts w:ascii="Courier New" w:hAnsi="Courier New"/>
          <w:color w:val="555555"/>
          <w:sz w:val="20"/>
        </w:rPr>
        <w:t>[alpha 292]</w:t>
      </w:r>
    </w:p>
    <w:p>
      <w:r>
        <w:rPr>
          <w:rFonts w:ascii="Gentium Plus" w:hAnsi="Gentium Plus"/>
          <w:sz w:val="24"/>
        </w:rPr>
        <w:t>Ἀρνευτήρ. ὁ κυβιστής. εἴρηται μεταφορικῶς ἀπὸ τῶν ἀρνῶν, οἵτινες εἰώθασιν ἐπὶ κεφαλὴν ἅλλεσθαι ὥσπερ τὸν ἀέρα κυρίττοντες. Ἀρνῳδοί. οἱ ῥαψῳδοί· ὅτι ἄρνα ἐλάμβανον.</w:t>
      </w:r>
    </w:p>
    <w:p>
      <w:r>
        <w:rPr>
          <w:rFonts w:ascii="Courier New" w:hAnsi="Courier New"/>
          <w:color w:val="555555"/>
          <w:sz w:val="20"/>
        </w:rPr>
        <w:t>[5]</w:t>
      </w:r>
    </w:p>
    <w:p>
      <w:r>
        <w:rPr>
          <w:rFonts w:ascii="Gentium Plus" w:hAnsi="Gentium Plus"/>
          <w:sz w:val="24"/>
        </w:rPr>
        <w:t>Ἀροτῆρες. οἱ ἀροτριῶντες. Ἀροτρεύς. ἐκ τοῦ ἄροτρον. Ἁρπαλέος. ἐπιθυμητικός. Ἅρπυς. ὁ ἔρως. ἀπὸ τοῦ ἁρπάζειν τὰς φρένας. Ἀῤῥαβών. ἡ ταῖς ὠναῖς παρὰ τῶν ὠνουμένων</w:t>
      </w:r>
    </w:p>
    <w:p>
      <w:r>
        <w:rPr>
          <w:rFonts w:ascii="Courier New" w:hAnsi="Courier New"/>
          <w:color w:val="555555"/>
          <w:sz w:val="20"/>
        </w:rPr>
        <w:t>[10]</w:t>
      </w:r>
    </w:p>
    <w:p>
      <w:r>
        <w:rPr>
          <w:rFonts w:ascii="Gentium Plus" w:hAnsi="Gentium Plus"/>
          <w:sz w:val="24"/>
        </w:rPr>
        <w:t>διδομένη πρώτη καταβολὴ ὑπὲρ ἀσφαλείας. παρὰ τὸ ῥαιβὸς ῥαιβὼν καὶ προσθέσει τῆς α στερήσεως καὶ ἀποβολῇ τοῦ ι ἀῤῥαβὼν, ὁ μὴ συγχωρῶν ῥαιβὴν γενέσθαι τὴν πίστιν τῶν συναλλαττο‐ μένων.</w:t>
      </w:r>
    </w:p>
    <w:p>
      <w:r>
        <w:rPr>
          <w:rFonts w:ascii="Courier New" w:hAnsi="Courier New"/>
          <w:color w:val="555555"/>
          <w:sz w:val="20"/>
        </w:rPr>
        <w:t>[15]</w:t>
      </w:r>
    </w:p>
    <w:p>
      <w:r>
        <w:rPr>
          <w:rFonts w:ascii="Gentium Plus" w:hAnsi="Gentium Plus"/>
          <w:sz w:val="24"/>
        </w:rPr>
        <w:t>Ἄρσην. ἀπὸ τοῦ ἄρδω, ἄρσην, ὁ ἄρδων τὴν θήλειαν. καὶ γὰρ διὰ τοῦτο πόσις λέγεται ὁ ἀνὴρ, παρὰ τὸ ποτίζειν τῇ γονῇ. ἢ παρὰ τὸ ἄρδω τὸ πράττω, ὁ μέλλων ἄρσω καὶ ἄρσην ἐξ αὐτοῦ, τουτέστιν ὁ πρακτικός.</w:t>
      </w:r>
    </w:p>
    <w:p>
      <w:r>
        <w:rPr>
          <w:rFonts w:ascii="Courier New" w:hAnsi="Courier New"/>
          <w:color w:val="555555"/>
          <w:sz w:val="20"/>
        </w:rPr>
        <w:t>[20]</w:t>
      </w:r>
    </w:p>
    <w:p>
      <w:r>
        <w:rPr>
          <w:rFonts w:ascii="Gentium Plus" w:hAnsi="Gentium Plus"/>
          <w:sz w:val="24"/>
        </w:rPr>
        <w:t>Ἄρταμος. ὁ μάγειρος. παρὰ τὸ διαρτάσαι, ὅ ἐστι μερίσαι ἢ συναρμόσαι. Ἄρτημος. ὁ τελαμών. ὅ ἐστι λῶρος, ἐξ οὗ ἤρτηται τὸ βαλάντιον, ἢ τὸ σκουτάριον, ἢ ἕτε‐ ρόν τι.</w:t>
      </w:r>
    </w:p>
    <w:p>
      <w:r>
        <w:rPr>
          <w:rFonts w:ascii="Courier New" w:hAnsi="Courier New"/>
          <w:color w:val="555555"/>
          <w:sz w:val="20"/>
        </w:rPr>
        <w:t>[25]</w:t>
      </w:r>
    </w:p>
    <w:p>
      <w:r>
        <w:rPr>
          <w:rFonts w:ascii="Gentium Plus" w:hAnsi="Gentium Plus"/>
          <w:sz w:val="24"/>
        </w:rPr>
        <w:t>Ἀρτεμίσιος. ὁ μάϊος μήν. [τὰ διὰ τοῦ ἴσιος ἀρσενικὰ, καὶ ἰσία θηλυκὰ, καὶ ἴσιον οὐδέτερα, ἀποστρέφονται τὴν ει δίφθογγον, οἷον, ἀφρο‐ δίσιος, ἀφροδισία, ἀφροδίσιον. σεσημείωται τὸ</w:t>
      </w:r>
    </w:p>
    <w:p>
      <w:r>
        <w:rPr>
          <w:rFonts w:ascii="Courier New" w:hAnsi="Courier New"/>
          <w:color w:val="555555"/>
          <w:sz w:val="20"/>
        </w:rPr>
        <w:t>[alpha 293]</w:t>
      </w:r>
    </w:p>
    <w:p>
      <w:r>
        <w:rPr>
          <w:rFonts w:ascii="Gentium Plus" w:hAnsi="Gentium Plus"/>
          <w:sz w:val="24"/>
        </w:rPr>
        <w:t>Ἀρκείσιος καὶ Σιμόεντος, καὶ ἀπερείσιος καὶ ἀπειρέσιος, Ἀλείσιον, ὄνομα πεδιάδος, ἀπὸ τοῦ ἀλῶ ἀλέσω, τὸ πλανῶ.] ἀνθεμοείσιος, ἀπὸ τοῦ ἀνθεμόεις. τὸ δὲ ἡμερήσιος, οἱ μὲν ἄλλοι διὰ</w:t>
      </w:r>
    </w:p>
    <w:p>
      <w:r>
        <w:rPr>
          <w:rFonts w:ascii="Courier New" w:hAnsi="Courier New"/>
          <w:color w:val="555555"/>
          <w:sz w:val="20"/>
        </w:rPr>
        <w:t>[5]</w:t>
      </w:r>
    </w:p>
    <w:p>
      <w:r>
        <w:rPr>
          <w:rFonts w:ascii="Gentium Plus" w:hAnsi="Gentium Plus"/>
          <w:sz w:val="24"/>
        </w:rPr>
        <w:t>τῆς ει διφθόγγου καὶ ἴσως ἀπὸ τοῦ ἡμερεύω· ἡ παράδοσις διὰ τοῦ η, ὡς Ἰθάκη Ἰθακήσιος. Ἀρτίφρων. ὁ ὑγιὴς καὶ ἄρτιος τὰς φρένας. Ἀρτιεπής. ἀπηρτισμένος ἐν τῷ λέγειν. Ἀρτίστομος. σαφὴς καὶ ὁ ἡδὺ φθεγγόμενος.</w:t>
      </w:r>
    </w:p>
    <w:p>
      <w:r>
        <w:rPr>
          <w:rFonts w:ascii="Courier New" w:hAnsi="Courier New"/>
          <w:color w:val="555555"/>
          <w:sz w:val="20"/>
        </w:rPr>
        <w:t>[10]</w:t>
      </w:r>
    </w:p>
    <w:p>
      <w:r>
        <w:rPr>
          <w:rFonts w:ascii="Gentium Plus" w:hAnsi="Gentium Plus"/>
          <w:sz w:val="24"/>
        </w:rPr>
        <w:t>[οὕτως Διονύσιος· ὁ δὲ ἦν κάτοινος ἤδη καὶ οὐκ ἀρτίστομος ἔτι.] Ἀρτίτομος. ὁ νεωστὶ τεμνόμενος. ἀρτιτόμος δὲ ὁ νεωστὶ τέμνων. Ἀρτιδαεῖ. ἀρτιμαθεῖ. δαίω γὰρ τὸ μανθάνω.</w:t>
      </w:r>
    </w:p>
    <w:p>
      <w:r>
        <w:rPr>
          <w:rFonts w:ascii="Courier New" w:hAnsi="Courier New"/>
          <w:color w:val="555555"/>
          <w:sz w:val="20"/>
        </w:rPr>
        <w:t>[15]</w:t>
      </w:r>
    </w:p>
    <w:p>
      <w:r>
        <w:rPr>
          <w:rFonts w:ascii="Gentium Plus" w:hAnsi="Gentium Plus"/>
          <w:sz w:val="24"/>
        </w:rPr>
        <w:t>Ἄρτιος. ὁ ὁλόκληρος. Ἀρτήρ. γένος ὑποδήματος. Ἀρτίπους. ὁ ὑγιὴς καὶ ἄρτιος τοὺς πόδας. Ἄρτος. παρὰ τὸ αἴρειν, ὅ ἐστι καθ’ ἑκάστην προσ‐ φέρειν.</w:t>
      </w:r>
    </w:p>
    <w:p>
      <w:r>
        <w:rPr>
          <w:rFonts w:ascii="Courier New" w:hAnsi="Courier New"/>
          <w:color w:val="555555"/>
          <w:sz w:val="20"/>
        </w:rPr>
        <w:t>[20]</w:t>
      </w:r>
    </w:p>
    <w:p>
      <w:r>
        <w:rPr>
          <w:rFonts w:ascii="Gentium Plus" w:hAnsi="Gentium Plus"/>
          <w:sz w:val="24"/>
        </w:rPr>
        <w:t>Ἄῤῥυθμος. ἀδιατύπωτος, ἀκανόνιστος. ῥυθμὸς</w:t>
      </w:r>
    </w:p>
    <w:p>
      <w:r>
        <w:rPr>
          <w:rFonts w:ascii="Courier New" w:hAnsi="Courier New"/>
          <w:color w:val="555555"/>
          <w:sz w:val="20"/>
        </w:rPr>
        <w:t>[alpha 294]</w:t>
      </w:r>
    </w:p>
    <w:p>
      <w:r>
        <w:rPr>
          <w:rFonts w:ascii="Gentium Plus" w:hAnsi="Gentium Plus"/>
          <w:sz w:val="24"/>
        </w:rPr>
        <w:t>Ἀρύβαλλος. πλεκτόν τι βαλάντιον. ἢ μαρσί‐ πιον. παρὰ τὸ ἀρύειν καὶ βάλλειν. Ἀρύστιχος. σκευάριόν τι. Ἀρχαιότυπος. παλαιὸς νόμος.</w:t>
      </w:r>
    </w:p>
    <w:p>
      <w:r>
        <w:rPr>
          <w:rFonts w:ascii="Courier New" w:hAnsi="Courier New"/>
          <w:color w:val="555555"/>
          <w:sz w:val="20"/>
        </w:rPr>
        <w:t>[5]</w:t>
      </w:r>
    </w:p>
    <w:p>
      <w:r>
        <w:rPr>
          <w:rFonts w:ascii="Gentium Plus" w:hAnsi="Gentium Plus"/>
          <w:sz w:val="24"/>
        </w:rPr>
        <w:t>Ἀρχέπλουτον. ἄρχοντα πλούτου. Ἀρχέτυπος. ὁ τὴν ἀρχὴν διδούς. Ἀρχισυνάγωγος. ὁ ἀρχηγός. Ἀρχίκλοπος. ὁ ἀρχαῖος κλέπτης. Ἀρχιμάγειρος. ἔφορος τῆς βασιλικῆς τραπέ‐</w:t>
      </w:r>
    </w:p>
    <w:p>
      <w:r>
        <w:rPr>
          <w:rFonts w:ascii="Courier New" w:hAnsi="Courier New"/>
          <w:color w:val="555555"/>
          <w:sz w:val="20"/>
        </w:rPr>
        <w:t>[10]</w:t>
      </w:r>
    </w:p>
    <w:p>
      <w:r>
        <w:rPr>
          <w:rFonts w:ascii="Gentium Plus" w:hAnsi="Gentium Plus"/>
          <w:sz w:val="24"/>
        </w:rPr>
        <w:t>ζης. Ἀρχηγέτης. ὁ ἄρχων. ἀρχιγέτης δὲ ὁ ἄρχων τοῦ Γετῶν ἔθνους, ι. Ἀρχός. ὁ ἡγεμών. σημαίνει δὲ καὶ τὸ ἔντε‐ ρον τὸ προσκείμενον τῷ καλουμένῳ δακτύλῳ,</w:t>
      </w:r>
    </w:p>
    <w:p>
      <w:r>
        <w:rPr>
          <w:rFonts w:ascii="Courier New" w:hAnsi="Courier New"/>
          <w:color w:val="555555"/>
          <w:sz w:val="20"/>
        </w:rPr>
        <w:t>[15]</w:t>
      </w:r>
    </w:p>
    <w:p>
      <w:r>
        <w:rPr>
          <w:rFonts w:ascii="Gentium Plus" w:hAnsi="Gentium Plus"/>
          <w:sz w:val="24"/>
        </w:rPr>
        <w:t>πέρας ὂν τῶν ἐντέρων πάντων· εἴρηται δὲ παρὰ τὸ ἄρχειν τῶν ἐντέρων κάτωθεν. Ἀρωγός. βοηθὸς, λυτρωτής. Ἀῤῥίχους. κοφίνους. ἀπὸ τοῦ αἴρειν τὸν χοῦν. Ἀρέτας. κύριον. ὃς ἦν πενθερὸς Ἡρώδου. ὁ ἐθ‐</w:t>
      </w:r>
    </w:p>
    <w:p>
      <w:r>
        <w:rPr>
          <w:rFonts w:ascii="Courier New" w:hAnsi="Courier New"/>
          <w:color w:val="555555"/>
          <w:sz w:val="20"/>
        </w:rPr>
        <w:t>[20]</w:t>
      </w:r>
    </w:p>
    <w:p>
      <w:r>
        <w:rPr>
          <w:rFonts w:ascii="Gentium Plus" w:hAnsi="Gentium Plus"/>
          <w:sz w:val="24"/>
        </w:rPr>
        <w:t>νάρχης Ἀρέτα τοῦ βασιλέως. Ἀριμαθαῖος. ἑρμηνεύεται αἴρων.</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Ἀρόσιμος. ἠροτριασμένος τόπος. καὶ ἀρόσιμος γῆ. Ἀρά. ἡ κατάρα. λέγεται καὶ ἡ εὐχή. παρὰ τὸ</w:t>
      </w:r>
    </w:p>
    <w:p>
      <w:r>
        <w:rPr>
          <w:rFonts w:ascii="Courier New" w:hAnsi="Courier New"/>
          <w:color w:val="555555"/>
          <w:sz w:val="20"/>
        </w:rPr>
        <w:t>[5]</w:t>
      </w:r>
    </w:p>
    <w:p>
      <w:r>
        <w:rPr>
          <w:rFonts w:ascii="Gentium Plus" w:hAnsi="Gentium Plus"/>
          <w:sz w:val="24"/>
        </w:rPr>
        <w:t>αἴρειν τὰς χεῖρας εὐχομένους. ἢ παρὰ τὸ ἀρύ‐ ειν, τὸ ἐπικαλεῖσθαι, ἀρά. ἢ ἀπὸ τοῦ Ἄρεως βλαπτικοῦ ὄντος. Ἀραιήν. ἀσθενῆ, ἀδύνατον. ἀραιὴν χεῖρα. πα‐ ρὰ τὸ ῥαίω τὸ φθείρω. [καὶ μετὰ τοῦ ἐπιτα‐</w:t>
      </w:r>
    </w:p>
    <w:p>
      <w:r>
        <w:rPr>
          <w:rFonts w:ascii="Courier New" w:hAnsi="Courier New"/>
          <w:color w:val="555555"/>
          <w:sz w:val="20"/>
        </w:rPr>
        <w:t>[10]</w:t>
      </w:r>
    </w:p>
    <w:p>
      <w:r>
        <w:rPr>
          <w:rFonts w:ascii="Gentium Plus" w:hAnsi="Gentium Plus"/>
          <w:sz w:val="24"/>
        </w:rPr>
        <w:t>τικοῦ α ἁραιή. ὅθεν καὶ δασύνεται. ἀπὸ οὖν τοῦ ῥαίω γίνεται ῥαιὸς, καὶ πλεονασμῷ τοῦ α ἁραιὸς καὶ ἁραιὴ, μετελθούσης τῆς δασείας τοῦ ρ εἰς τὸ α. ὡς καὶ ἐπὶ τοῦ ῥέζω, ἕρδω.] Ἀράχνη. τὸ ὕφασμα.</w:t>
      </w:r>
    </w:p>
    <w:p>
      <w:r>
        <w:rPr>
          <w:rFonts w:ascii="Courier New" w:hAnsi="Courier New"/>
          <w:color w:val="555555"/>
          <w:sz w:val="20"/>
        </w:rPr>
        <w:t>[15]</w:t>
      </w:r>
    </w:p>
    <w:p>
      <w:r>
        <w:rPr>
          <w:rFonts w:ascii="Gentium Plus" w:hAnsi="Gentium Plus"/>
          <w:sz w:val="24"/>
        </w:rPr>
        <w:t>Ἀραχωσία. χώρα. Ἄρβηλα. ὄνομα τόπου. καὶ ἀραβήλοις Ἀθη‐</w:t>
      </w:r>
    </w:p>
    <w:p>
      <w:r>
        <w:rPr>
          <w:rFonts w:ascii="Courier New" w:hAnsi="Courier New"/>
          <w:color w:val="555555"/>
          <w:sz w:val="20"/>
        </w:rPr>
        <w:t>[alpha 296]</w:t>
      </w:r>
    </w:p>
    <w:p>
      <w:r>
        <w:rPr>
          <w:rFonts w:ascii="Gentium Plus" w:hAnsi="Gentium Plus"/>
          <w:sz w:val="24"/>
        </w:rPr>
        <w:t>Ἁρβύλη. εἶδος ὑποδήματος. παρὰ τὸ ἁρμόζε‐ σθαι τοῖς ποσὶν, ἁρμύλη καὶ ἁρβύλη. Ἀργεννῇσι. λευκαῖς. Ἄργαλα. οἴκημα Μακεδονίας, ὃ θερμαίνοντες</w:t>
      </w:r>
    </w:p>
    <w:p>
      <w:r>
        <w:rPr>
          <w:rFonts w:ascii="Courier New" w:hAnsi="Courier New"/>
          <w:color w:val="555555"/>
          <w:sz w:val="20"/>
        </w:rPr>
        <w:t>[5]</w:t>
      </w:r>
    </w:p>
    <w:p>
      <w:r>
        <w:rPr>
          <w:rFonts w:ascii="Gentium Plus" w:hAnsi="Gentium Plus"/>
          <w:sz w:val="24"/>
        </w:rPr>
        <w:t>ἐν αὐτῷ λούονται. Ἀργίνη. ὄνομα πόλεως. Ἀργίννουσα. ὄνομα νήσου. Ἄργουσα. πόλις τῆς Εὐβοίας ἐν τῇ Χαλκιδικῇ κειμένη.</w:t>
      </w:r>
    </w:p>
    <w:p>
      <w:r>
        <w:rPr>
          <w:rFonts w:ascii="Courier New" w:hAnsi="Courier New"/>
          <w:color w:val="555555"/>
          <w:sz w:val="20"/>
        </w:rPr>
        <w:t>[10]</w:t>
      </w:r>
    </w:p>
    <w:p>
      <w:r>
        <w:rPr>
          <w:rFonts w:ascii="Gentium Plus" w:hAnsi="Gentium Plus"/>
          <w:sz w:val="24"/>
        </w:rPr>
        <w:t>Ἀργυρόπεζα. ἡ ἀργυροῦς πόδας ἔχουσα. πέζα γὰρ ὁ πούς. Ἀργυρᾶν. οὐκέτι ἀργυρῆν λέγομεν. σιδηρᾶν δὲ ὡς ἀργυρᾶν. Ἀργολογία. πᾶν ῥῆμα μὴ συντελοῦν πρὸς τὴν</w:t>
      </w:r>
    </w:p>
    <w:p>
      <w:r>
        <w:rPr>
          <w:rFonts w:ascii="Courier New" w:hAnsi="Courier New"/>
          <w:color w:val="555555"/>
          <w:sz w:val="20"/>
        </w:rPr>
        <w:t>[15]</w:t>
      </w:r>
    </w:p>
    <w:p>
      <w:r>
        <w:rPr>
          <w:rFonts w:ascii="Gentium Plus" w:hAnsi="Gentium Plus"/>
          <w:sz w:val="24"/>
        </w:rPr>
        <w:t>προκειμένην ἐν Χριστῷ χρείαν, ἀργόν ἐστι. Ἀργώ. ἡ ναῦς, ἀφ’ οὗ καὶ Ἀργοναῦται. εἴρηται δὲ, ὅτι Ἄργος αὐτὴν κατεσκεύασεν, ἢ ὅτι ἐν</w:t>
      </w:r>
    </w:p>
    <w:p>
      <w:r>
        <w:rPr>
          <w:rFonts w:ascii="Courier New" w:hAnsi="Courier New"/>
          <w:color w:val="555555"/>
          <w:sz w:val="20"/>
        </w:rPr>
        <w:t>[alpha 297]</w:t>
      </w:r>
    </w:p>
    <w:p>
      <w:r>
        <w:rPr>
          <w:rFonts w:ascii="Gentium Plus" w:hAnsi="Gentium Plus"/>
          <w:sz w:val="24"/>
        </w:rPr>
        <w:t>Ἀρδεία. ποτισμός. Ἄρδις. ἡ ἀκὶς τοῦ βέλους, ἢ τὰ ἐκ χειρὸς ὅπλα. καὶ ἄρδεις πληθυντικὸν τὰς φαρέτρας. παρὰ τὸ ἀρῶ τὸ ἁρμόζω, ἦρμαι, ἦρται, ἄρτης· οὕτως</w:t>
      </w:r>
    </w:p>
    <w:p>
      <w:r>
        <w:rPr>
          <w:rFonts w:ascii="Courier New" w:hAnsi="Courier New"/>
          <w:color w:val="555555"/>
          <w:sz w:val="20"/>
        </w:rPr>
        <w:t>[5]</w:t>
      </w:r>
    </w:p>
    <w:p>
      <w:r>
        <w:rPr>
          <w:rFonts w:ascii="Gentium Plus" w:hAnsi="Gentium Plus"/>
          <w:sz w:val="24"/>
        </w:rPr>
        <w:t>καὶ ἄρτις καὶ ἄρδις. ἢ παρὰ τὸ ἄρης, ὃ σημαί‐ νει τὸν σίδηρον, ἄρης καὶ ἄρδις καὶ ἄρδεις. Ἀρέθουσα. ὄνομα πηγῆς. Ἀρετή. διάθεσις ὁμολογουμένη, καὶ αὐτὴ δι’ αὐτὴν οὖσα αἱρετὴ, οὐ διά τινα φόβον ἢ ἐλ‐</w:t>
      </w:r>
    </w:p>
    <w:p>
      <w:r>
        <w:rPr>
          <w:rFonts w:ascii="Courier New" w:hAnsi="Courier New"/>
          <w:color w:val="555555"/>
          <w:sz w:val="20"/>
        </w:rPr>
        <w:t>[10]</w:t>
      </w:r>
    </w:p>
    <w:p>
      <w:r>
        <w:rPr>
          <w:rFonts w:ascii="Gentium Plus" w:hAnsi="Gentium Plus"/>
          <w:sz w:val="24"/>
        </w:rPr>
        <w:t>πίδα, ἢ τὶ τῶν ἔξωθεν ἐν αὐτῇ. ἢ ἀρετή ἐστιν ἡ τῶν ἀποκειμένων ἐν ἡμῖν παρὰ [Θεῷ] φυσι‐ κῶν ἀγαθῶν κατ’ ἐντολὴν καὶ ἀρέσκειαν αὐ‐ τοῦ χρῆσις. *καὶ κακία ὁμοίως.* ἢ ἀρετή ἐστι διάθεσις βελτίστη ἢ ἕξις ἀρίστη ψυχῆς λογι‐</w:t>
      </w:r>
    </w:p>
    <w:p>
      <w:r>
        <w:rPr>
          <w:rFonts w:ascii="Courier New" w:hAnsi="Courier New"/>
          <w:color w:val="555555"/>
          <w:sz w:val="20"/>
        </w:rPr>
        <w:t>[15]</w:t>
      </w:r>
    </w:p>
    <w:p>
      <w:r>
        <w:rPr>
          <w:rFonts w:ascii="Gentium Plus" w:hAnsi="Gentium Plus"/>
          <w:sz w:val="24"/>
        </w:rPr>
        <w:t>κῆς, καθ’ ἣν δυσκίνητος γίνεται πρὸς κακίαν. εἴρηται δὲ παρὰ τὸ ἀρέσκειν τῇ ἀληθείᾳ τὸ γινόμενον. Ἀρζανηνή. ὄνομα τόπου. Ἀρήνη. ὄνομα πηγῆς.</w:t>
      </w:r>
    </w:p>
    <w:p>
      <w:r>
        <w:rPr>
          <w:rFonts w:ascii="Courier New" w:hAnsi="Courier New"/>
          <w:color w:val="555555"/>
          <w:sz w:val="20"/>
        </w:rPr>
        <w:t>[20]</w:t>
      </w:r>
    </w:p>
    <w:p>
      <w:r>
        <w:rPr>
          <w:rFonts w:ascii="Gentium Plus" w:hAnsi="Gentium Plus"/>
          <w:sz w:val="24"/>
        </w:rPr>
        <w:t>Ἀρετή. παρὰ τὸ ἐρῶ τὸ ἐπιθυμῶ ἐρατὴ, καὶ κατὰ μετάθεσιν τῶν στοιχείων ἀρετὴ, ἡ ἐπέ‐ ραστος κτῆσις, ἣν ἐροῦνται πάντες. ἢ παρὰ τὸ ἀρῶ, ἀρέσκω, ἀρεστὴ καὶ ἀρετὴ, ἡ πάντας ἀρέ‐ σκουσα. λέγεται καὶ ἀρετὴ ἡ κατὰ πόλεμον δύ‐</w:t>
      </w:r>
    </w:p>
    <w:p>
      <w:r>
        <w:rPr>
          <w:rFonts w:ascii="Courier New" w:hAnsi="Courier New"/>
          <w:color w:val="555555"/>
          <w:sz w:val="20"/>
        </w:rPr>
        <w:t>[25]</w:t>
      </w:r>
    </w:p>
    <w:p>
      <w:r>
        <w:rPr>
          <w:rFonts w:ascii="Gentium Plus" w:hAnsi="Gentium Plus"/>
          <w:sz w:val="24"/>
        </w:rPr>
        <w:t>ναμις, παρὰ τὸ ἄρην, ὃ σημαίνει τὸν πόλεμον. Ἀραρυίαις. ἠσφαλισμέναις.</w:t>
      </w:r>
    </w:p>
    <w:p>
      <w:r>
        <w:rPr>
          <w:rFonts w:ascii="Courier New" w:hAnsi="Courier New"/>
          <w:color w:val="555555"/>
          <w:sz w:val="20"/>
        </w:rPr>
        <w:t>[alpha 298]</w:t>
      </w:r>
    </w:p>
    <w:p>
      <w:r>
        <w:rPr>
          <w:rFonts w:ascii="Gentium Plus" w:hAnsi="Gentium Plus"/>
          <w:sz w:val="24"/>
        </w:rPr>
        <w:t>Ἀριστοκρατία. ἡ κράτησις τῶν ἀρίστων. Ἀριστοτόκεια. ἡ ἀρίστους γεννῶσα. Ἀριστονομία. ἡ εὐνομία, ἡ τῶν ἀρίστων διανομή. Ἀρίσβη. πόλις Τρωϊκή.</w:t>
      </w:r>
    </w:p>
    <w:p>
      <w:r>
        <w:rPr>
          <w:rFonts w:ascii="Courier New" w:hAnsi="Courier New"/>
          <w:color w:val="555555"/>
          <w:sz w:val="20"/>
        </w:rPr>
        <w:t>[5]</w:t>
      </w:r>
    </w:p>
    <w:p>
      <w:r>
        <w:rPr>
          <w:rFonts w:ascii="Gentium Plus" w:hAnsi="Gentium Plus"/>
          <w:sz w:val="24"/>
        </w:rPr>
        <w:t>Ἀρήνη. πόλις τῆς Μεσσήνης. παρὰ τὸ ἄρω Ἀρή[νη· εὐαροτρίοστος γάρ. ὡς οὖν ἀπὸ τοῦ σάσσω σασσήνη, καὶ λάμπω λαμπήνη, οὕτως καὶ ἄρω Ἀρήνη.] Ἀρισκυδής. ἡ ἄγαν ὀργιζομένη. σκύζω γὰρ τὸ</w:t>
      </w:r>
    </w:p>
    <w:p>
      <w:r>
        <w:rPr>
          <w:rFonts w:ascii="Courier New" w:hAnsi="Courier New"/>
          <w:color w:val="555555"/>
          <w:sz w:val="20"/>
        </w:rPr>
        <w:t>[10]</w:t>
      </w:r>
    </w:p>
    <w:p>
      <w:r>
        <w:rPr>
          <w:rFonts w:ascii="Gentium Plus" w:hAnsi="Gentium Plus"/>
          <w:sz w:val="24"/>
        </w:rPr>
        <w:t>ὀργίζομαι. Ἀριστερά. ἀπὸ τοῦ ἄριστος, ἀριστερὸς, ἀρι‐ στερὰ, ὡς φόβος, φοβερὸς, φοβερά. ἔστι δὲ καὶ κατ’ εὐφημισμὸν, ὥσπερ καὶ εὐώνυμος λέ‐ γεται ἡ αὐτή.</w:t>
      </w:r>
    </w:p>
    <w:p>
      <w:r>
        <w:rPr>
          <w:rFonts w:ascii="Courier New" w:hAnsi="Courier New"/>
          <w:color w:val="555555"/>
          <w:sz w:val="20"/>
        </w:rPr>
        <w:t>[15]</w:t>
      </w:r>
    </w:p>
    <w:p>
      <w:r>
        <w:rPr>
          <w:rFonts w:ascii="Gentium Plus" w:hAnsi="Gentium Plus"/>
          <w:sz w:val="24"/>
        </w:rPr>
        <w:t>Ἀριστεραὶ χεῖρες παρὰ τῷ ἁγίῳ εὐαγγελίῳ οἱ σαρκικοὶ λογισμοὶ, δεξιὰ δὲ χεὶρ τὸ ἅγιον πνεῦμα. ὡς τό· μὴ γνώτω ἡ ἀριστερὰ, τί ποιεῖ ἡ δεξιά σου. τὰ γὰρ δεξιὰ μέρη τοῦ ἁγίου πνεύματος οὐδὲν τούτων φροντίζουσι, πιστεύον‐</w:t>
      </w:r>
    </w:p>
    <w:p>
      <w:r>
        <w:rPr>
          <w:rFonts w:ascii="Courier New" w:hAnsi="Courier New"/>
          <w:color w:val="555555"/>
          <w:sz w:val="20"/>
        </w:rPr>
        <w:t>[20]</w:t>
      </w:r>
    </w:p>
    <w:p>
      <w:r>
        <w:rPr>
          <w:rFonts w:ascii="Gentium Plus" w:hAnsi="Gentium Plus"/>
          <w:sz w:val="24"/>
        </w:rPr>
        <w:t>τα τῇ δεσποτικῇ φωνῇ· ζητεῖτε πρῶτον τὴν βα‐ σιλείαν τοῦ θεοῦ, καὶ ταῦτα πάντα προστεθή‐ σεται ὑμῖν. Ἄρκειος κεφαλή. ἡ τῆς ἄρκου. καὶ ἄρκειον κρέας, δίφθογγον. ἄρκιον δὲ τὸ ἱκανὸν καὶ</w:t>
      </w:r>
    </w:p>
    <w:p>
      <w:r>
        <w:rPr>
          <w:rFonts w:ascii="Courier New" w:hAnsi="Courier New"/>
          <w:color w:val="555555"/>
          <w:sz w:val="20"/>
        </w:rPr>
        <w:t>[25]</w:t>
      </w:r>
    </w:p>
    <w:p>
      <w:r>
        <w:rPr>
          <w:rFonts w:ascii="Gentium Plus" w:hAnsi="Gentium Plus"/>
          <w:sz w:val="24"/>
        </w:rPr>
        <w:t>ὠφέλιμον, ι. Ἄρκυς. δεσμὰ, δίκτυα. παρὰ τὸ ἁρπάζω ἅρ‐</w:t>
      </w:r>
    </w:p>
    <w:p>
      <w:r>
        <w:rPr>
          <w:rFonts w:ascii="Courier New" w:hAnsi="Courier New"/>
          <w:color w:val="555555"/>
          <w:sz w:val="20"/>
        </w:rPr>
        <w:t>[alpha 299]</w:t>
      </w:r>
    </w:p>
    <w:p>
      <w:r>
        <w:rPr>
          <w:rFonts w:ascii="Gentium Plus" w:hAnsi="Gentium Plus"/>
          <w:sz w:val="24"/>
        </w:rPr>
        <w:t>ἁρπάζειν. ἢ παρὰ τὸ ἕλκω, ἕλκυον καὶ τροπῇ τοῦ ε εἰς α καὶ τοῦ λ εἰς ρ ἅρκυον. Ἄρκευθος. εἶδος φυτοῦ ἀκανθώδους, οὗ τὴν ὀδμὴν πάντα τὰ ἑρπετὰ ἀποστρέφονται. παρὰ</w:t>
      </w:r>
    </w:p>
    <w:p>
      <w:r>
        <w:rPr>
          <w:rFonts w:ascii="Courier New" w:hAnsi="Courier New"/>
          <w:color w:val="555555"/>
          <w:sz w:val="20"/>
        </w:rPr>
        <w:t>[5]</w:t>
      </w:r>
    </w:p>
    <w:p>
      <w:r>
        <w:rPr>
          <w:rFonts w:ascii="Gentium Plus" w:hAnsi="Gentium Plus"/>
          <w:sz w:val="24"/>
        </w:rPr>
        <w:t>τὴν ἀρὰν, ὅ ἐστι τὴν βλάβην, κεύθειν ἀράκευ‐ θος καὶ ἄρκευθος. ἢ διὰ τὸ ἔχειν τὰς ἀκάν‐ θας κεκρυμμένας. Ἄρκος. παρὰ τὸ ἀρκῶ ἄρκος, ἡ ἐπαρκοῦσα ἑαυ‐ τῇ. φασὶ γὰρ αὐτὴν διαζῇν τὸν χειμῶνα ἐκτὸς</w:t>
      </w:r>
    </w:p>
    <w:p>
      <w:r>
        <w:rPr>
          <w:rFonts w:ascii="Courier New" w:hAnsi="Courier New"/>
          <w:color w:val="555555"/>
          <w:sz w:val="20"/>
        </w:rPr>
        <w:t>[10]</w:t>
      </w:r>
    </w:p>
    <w:p>
      <w:r>
        <w:rPr>
          <w:rFonts w:ascii="Gentium Plus" w:hAnsi="Gentium Plus"/>
          <w:sz w:val="24"/>
        </w:rPr>
        <w:t>ἐπεισάκτου τροφῆς. Ἁρματωλία. ἡ τῶν ἁρμάτων ἡνιοχεία. Ἁρμογή. εὐταξία. μαθόντες δὲ τὴν τῶν πολε‐ μίων ἁρμογήν. Ἁρμονία. συμφωνία.</w:t>
      </w:r>
    </w:p>
    <w:p>
      <w:r>
        <w:rPr>
          <w:rFonts w:ascii="Courier New" w:hAnsi="Courier New"/>
          <w:color w:val="555555"/>
          <w:sz w:val="20"/>
        </w:rPr>
        <w:t>[15]</w:t>
      </w:r>
    </w:p>
    <w:p>
      <w:r>
        <w:rPr>
          <w:rFonts w:ascii="Gentium Plus" w:hAnsi="Gentium Plus"/>
          <w:sz w:val="24"/>
        </w:rPr>
        <w:t>Ἁρμαλία. ἡ τροφή. παρὰ τὸ τῇ ψυχῇ ἁρμό‐ ζειν. ἀρῶ γὰρ τὸ ἁρμόζω. ἢ παρὰ τὸ αἴρειν τὰ σώματα γίνεται ἁρμός. καὶ ὡς καθαίρω κα‐ θαρμὸς, οὕτως καὶ ἔρω ἁρμὸς, ἀφ’ οὗ καὶ παρωνύμως ἁρμία καὶ πλεονασμῷ τοῦ λ ἁρμα‐</w:t>
      </w:r>
    </w:p>
    <w:p>
      <w:r>
        <w:rPr>
          <w:rFonts w:ascii="Courier New" w:hAnsi="Courier New"/>
          <w:color w:val="555555"/>
          <w:sz w:val="20"/>
        </w:rPr>
        <w:t>[20]</w:t>
      </w:r>
    </w:p>
    <w:p>
      <w:r>
        <w:rPr>
          <w:rFonts w:ascii="Gentium Plus" w:hAnsi="Gentium Plus"/>
          <w:sz w:val="24"/>
        </w:rPr>
        <w:t>λία. ἢ τὸ δίκην ἅρματος φέρειν τὰ σώματα γί‐ νεται ἁρμός. Ἀρνακίς. τὸ μετὰ τῶν ἐρίων δέρμα τοῦ ἀρνοῦ. Ἄρνη. πόλις Βοιωτίας. Ἄρουρα. κυρίως ἡ γῆ, ἡ πρὸς σπορὰν ἐπιτηδεία</w:t>
      </w:r>
    </w:p>
    <w:p>
      <w:r>
        <w:rPr>
          <w:rFonts w:ascii="Courier New" w:hAnsi="Courier New"/>
          <w:color w:val="555555"/>
          <w:sz w:val="20"/>
        </w:rPr>
        <w:t>[25]</w:t>
      </w:r>
    </w:p>
    <w:p>
      <w:r>
        <w:rPr>
          <w:rFonts w:ascii="Gentium Plus" w:hAnsi="Gentium Plus"/>
          <w:sz w:val="24"/>
        </w:rPr>
        <w:t>γῆ. παρὰ τὸ ἀροῦν. ἢ παρὰ τὸ ἀραιοῦσθαι</w:t>
      </w:r>
    </w:p>
    <w:p>
      <w:r>
        <w:rPr>
          <w:rFonts w:ascii="Courier New" w:hAnsi="Courier New"/>
          <w:color w:val="555555"/>
          <w:sz w:val="20"/>
        </w:rPr>
        <w:t>[alpha 300]</w:t>
      </w:r>
    </w:p>
    <w:p>
      <w:r>
        <w:rPr>
          <w:rFonts w:ascii="Gentium Plus" w:hAnsi="Gentium Plus"/>
          <w:sz w:val="24"/>
        </w:rPr>
        <w:t>Ἅρπη. ἡ δρεπάνη, καὶ εἶδος ὀρνέου. παρὰ τὸ ἁρπάζω. Ἁρπεδόεσσα. κατὰ συγκοπὴν ἡ λέξις, παρὰ τὸ ἀρι συγκειμένη· πέπονθε δὲ, ἵνα μὴ σημαίνηται</w:t>
      </w:r>
    </w:p>
    <w:p>
      <w:r>
        <w:rPr>
          <w:rFonts w:ascii="Courier New" w:hAnsi="Courier New"/>
          <w:color w:val="555555"/>
          <w:sz w:val="20"/>
        </w:rPr>
        <w:t>[5]</w:t>
      </w:r>
    </w:p>
    <w:p>
      <w:r>
        <w:rPr>
          <w:rFonts w:ascii="Gentium Plus" w:hAnsi="Gentium Plus"/>
          <w:sz w:val="24"/>
        </w:rPr>
        <w:t>ἡ ἄγαν ὁμαλὴ ὁδός· ὁδοῦ γάρ ἐστιν ἐπίθε‐ τον. τινὲς δὲ φασὶν ἡ ἄγαν πεδινή. πέπονθε δὲ ὁμοίως τὸ ἔρθυρις· ἐρίθυρις γὰρ ἡ μεγάλη ὁδός. Ἁρπεδόνη. ἡ διὰ σπαρτίου θήρα.</w:t>
      </w:r>
    </w:p>
    <w:p>
      <w:r>
        <w:rPr>
          <w:rFonts w:ascii="Courier New" w:hAnsi="Courier New"/>
          <w:color w:val="555555"/>
          <w:sz w:val="20"/>
        </w:rPr>
        <w:t>[10]</w:t>
      </w:r>
    </w:p>
    <w:p>
      <w:r>
        <w:rPr>
          <w:rFonts w:ascii="Gentium Plus" w:hAnsi="Gentium Plus"/>
          <w:sz w:val="24"/>
        </w:rPr>
        <w:t>Ἅρπυιαι. δαίμονες ἁρπακτικαὶ, ἢ θύελλαι καὶ συστροφαὶ ἀνέμων. Ἄρσεων. βασταγμάτων. Ἀρτάβη. μέτρον Μηδικὸν σίτου· Ἀττικὸς μέ‐ διμνος.</w:t>
      </w:r>
    </w:p>
    <w:p>
      <w:r>
        <w:rPr>
          <w:rFonts w:ascii="Courier New" w:hAnsi="Courier New"/>
          <w:color w:val="555555"/>
          <w:sz w:val="20"/>
        </w:rPr>
        <w:t>[15]</w:t>
      </w:r>
    </w:p>
    <w:p>
      <w:r>
        <w:rPr>
          <w:rFonts w:ascii="Gentium Plus" w:hAnsi="Gentium Plus"/>
          <w:sz w:val="24"/>
        </w:rPr>
        <w:t>Ἀρτυλία. διαθήκη. Ἄρτεμις. ἡ σελήνη. παρὰ τὸν ἀέρα τέμνειν. Ἀρτηρία. παρὰ τὸ τὸν ἀέρα τηρεῖν, τουτέστι τὸ πνεῦμα, ἀεροτηρία τὶς οὖσα· πνεύματος γάρ ἐστι δεκτική.</w:t>
      </w:r>
    </w:p>
    <w:p>
      <w:r>
        <w:rPr>
          <w:rFonts w:ascii="Courier New" w:hAnsi="Courier New"/>
          <w:color w:val="555555"/>
          <w:sz w:val="20"/>
        </w:rPr>
        <w:t>[20]</w:t>
      </w:r>
    </w:p>
    <w:p>
      <w:r>
        <w:rPr>
          <w:rFonts w:ascii="Gentium Plus" w:hAnsi="Gentium Plus"/>
          <w:sz w:val="24"/>
        </w:rPr>
        <w:t>Ἁρπαγή. ἡ βιαία κυρίως ἀφαίρεσις. Ἀρτιέπειαι. αἱ ἀπαρτισμένα καὶ τέλεια λέ‐ γουσαι. Ἀρύταινα. χαλκοῦν σκεῦος, ἐν ᾧ τὸ ἔλαιον ἐγχέουσιν εἰς τοὺς λύχνους.</w:t>
      </w:r>
    </w:p>
    <w:p>
      <w:r>
        <w:rPr>
          <w:rFonts w:ascii="Courier New" w:hAnsi="Courier New"/>
          <w:color w:val="555555"/>
          <w:sz w:val="20"/>
        </w:rPr>
        <w:t>[25]</w:t>
      </w:r>
    </w:p>
    <w:p>
      <w:r>
        <w:rPr>
          <w:rFonts w:ascii="Gentium Plus" w:hAnsi="Gentium Plus"/>
          <w:sz w:val="24"/>
        </w:rPr>
        <w:t>Ἀρχαιρεσία. [ἡ περὶ] ἀρχῶν ἐκλογή. καὶ ἀρ‐</w:t>
      </w:r>
    </w:p>
    <w:p>
      <w:r>
        <w:rPr>
          <w:rFonts w:ascii="Courier New" w:hAnsi="Courier New"/>
          <w:color w:val="555555"/>
          <w:sz w:val="20"/>
        </w:rPr>
        <w:t>[alpha 301]</w:t>
      </w:r>
    </w:p>
    <w:p>
      <w:r>
        <w:rPr>
          <w:rFonts w:ascii="Gentium Plus" w:hAnsi="Gentium Plus"/>
          <w:sz w:val="24"/>
        </w:rPr>
        <w:t>ἐπιδόσεις χρημάτων ποιεῖσθαι. οὕτως Ἡρόδο‐ τος. Ἀρχή. ἡ ἐξουσία καὶ ἡ τιμή. ὡς τό· οὗ ἡ ἀρχὴ ἐγεννήθη ἐπὶ τοῦ ὤμου αὐτοῦ. ἀρχὴ ἡ μὲν</w:t>
      </w:r>
    </w:p>
    <w:p>
      <w:r>
        <w:rPr>
          <w:rFonts w:ascii="Courier New" w:hAnsi="Courier New"/>
          <w:color w:val="555555"/>
          <w:sz w:val="20"/>
        </w:rPr>
        <w:t>[5]</w:t>
      </w:r>
    </w:p>
    <w:p>
      <w:r>
        <w:rPr>
          <w:rFonts w:ascii="Gentium Plus" w:hAnsi="Gentium Plus"/>
          <w:sz w:val="24"/>
        </w:rPr>
        <w:t>φυσικὴ, ὡς λέοντος ἐν ζώοις καὶ ἀετῶν ἐν ὀρ‐ νέοις, ἡ δὲ χειροτονητὴ, ὡς ἐπὶ βασιλέως ἀν‐ θρώπων. Ἀρχήν. τὰ πρῶτα, παρευθύ. Ναρσῆν μὲν γὰρ οὐδὲ τὴν ἀρχὴν ὑποστήσεσθαι ᾤοντο.</w:t>
      </w:r>
    </w:p>
    <w:p>
      <w:r>
        <w:rPr>
          <w:rFonts w:ascii="Courier New" w:hAnsi="Courier New"/>
          <w:color w:val="555555"/>
          <w:sz w:val="20"/>
        </w:rPr>
        <w:t>[10]</w:t>
      </w:r>
    </w:p>
    <w:p>
      <w:r>
        <w:rPr>
          <w:rFonts w:ascii="Gentium Plus" w:hAnsi="Gentium Plus"/>
          <w:sz w:val="24"/>
        </w:rPr>
        <w:t>Ἀρχή. τῶν γεγονότων αἰτία πάντων. Ἀρχιειρεσία. κωπηλασία. Ἀῤῥωδία. φόβος. Ἄῤῥωδος. ὄνομα πόλεως. Ἁρματοτροχία. ὁ τύπος καὶ ἡ ἐγχάραξις τοῦ</w:t>
      </w:r>
    </w:p>
    <w:p>
      <w:r>
        <w:rPr>
          <w:rFonts w:ascii="Courier New" w:hAnsi="Courier New"/>
          <w:color w:val="555555"/>
          <w:sz w:val="20"/>
        </w:rPr>
        <w:t>[15]</w:t>
      </w:r>
    </w:p>
    <w:p>
      <w:r>
        <w:rPr>
          <w:rFonts w:ascii="Gentium Plus" w:hAnsi="Gentium Plus"/>
          <w:sz w:val="24"/>
        </w:rPr>
        <w:t>τροχοῦ. Ἀρχή. ἡ πρώτη κίνησις. ὡς· ἀρχὴ ὁδοῦ ἀγαθῆς τὸ ποιεῖν δίκαια. ἀπὸ γὰρ τῶν δικαίων πρά‐ ξεων πρῶτον κινούμεθα εἰς τὸν μακάριον βίον.</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Ἄῤῥατον. ἰσχυρὸν, στερεόν. οὕτως Πλάτων. Ἀράχνειον νῆμα καὶ ἀράχνιον. τὰ ὑφάσμα‐</w:t>
      </w:r>
    </w:p>
    <w:p>
      <w:r>
        <w:rPr>
          <w:rFonts w:ascii="Courier New" w:hAnsi="Courier New"/>
          <w:color w:val="555555"/>
          <w:sz w:val="20"/>
        </w:rPr>
        <w:t>[alpha 302]</w:t>
      </w:r>
    </w:p>
    <w:p>
      <w:r>
        <w:rPr>
          <w:rFonts w:ascii="Gentium Plus" w:hAnsi="Gentium Plus"/>
          <w:sz w:val="24"/>
        </w:rPr>
        <w:t>ἠΰτ’ ἀράχνια λεπτά—. παρὰ τὸ ἀραιὸν τὸ λεπτὸν, ἢ παρὰ τὸ ἀράσ‐ σω ἀράχνιον, ὡς δέμνω δέμνιον. ἢ τὸ ἐνηρμο‐ σμένον. χνοῦς γὰρ ἐστὶν ὁ ἐνηρμοσμένος καὶ</w:t>
      </w:r>
    </w:p>
    <w:p>
      <w:r>
        <w:rPr>
          <w:rFonts w:ascii="Courier New" w:hAnsi="Courier New"/>
          <w:color w:val="555555"/>
          <w:sz w:val="20"/>
        </w:rPr>
        <w:t>[5]</w:t>
      </w:r>
    </w:p>
    <w:p>
      <w:r>
        <w:rPr>
          <w:rFonts w:ascii="Gentium Plus" w:hAnsi="Gentium Plus"/>
          <w:sz w:val="24"/>
        </w:rPr>
        <w:t>ὑφανθείς. Ἀραιόν. οὗ τὰ μόρια διάστασιν τινὰ πρὸς ἄλλη‐ λα ἔχει. πυκνὸν δὲ, οὗ τὰ μόρια ἐγγὺς ἀλλή‐ λων κεῖται. τὸ δὲ ἀραιὸν οἱ πλείονες ψιλοῦ‐ σιν· οὐ δὲ δασύνεται, ὡς οἶμαι.</w:t>
      </w:r>
    </w:p>
    <w:p>
      <w:r>
        <w:rPr>
          <w:rFonts w:ascii="Courier New" w:hAnsi="Courier New"/>
          <w:color w:val="555555"/>
          <w:sz w:val="20"/>
        </w:rPr>
        <w:t>[10]</w:t>
      </w:r>
    </w:p>
    <w:p>
      <w:r>
        <w:rPr>
          <w:rFonts w:ascii="Gentium Plus" w:hAnsi="Gentium Plus"/>
          <w:sz w:val="24"/>
        </w:rPr>
        <w:t>Ἀργαριζεῖν. ἔθνος. Ἀργαῖον. τὸ Καισαρείας ὄρος. Ἄργεμον. τὸ κατὰ πάθος γενόμενον λεύκωμα ἐν τῷ ὀφθαλμῷ. παρὰ τὸ ἀργὸν, ὃ σημαίνει τὸ λευκόν.</w:t>
      </w:r>
    </w:p>
    <w:p>
      <w:r>
        <w:rPr>
          <w:rFonts w:ascii="Courier New" w:hAnsi="Courier New"/>
          <w:color w:val="555555"/>
          <w:sz w:val="20"/>
        </w:rPr>
        <w:t>[15]</w:t>
      </w:r>
    </w:p>
    <w:p>
      <w:r>
        <w:rPr>
          <w:rFonts w:ascii="Gentium Plus" w:hAnsi="Gentium Plus"/>
          <w:sz w:val="24"/>
        </w:rPr>
        <w:t>Ἀργυροκοπεῖον. ἐν ᾧ κόπτονται τὰ νομίσματα, ὃ νῦν τινὲς ἵμαντρον καλοῦσιν. Ἀργύφεον. μέλαν ἢ λαμπρόν. Ἀρδάνιον. κεράμιον, γάστρα, ὅθεν τὰ θρέμ‐ ματα πίνει.</w:t>
      </w:r>
    </w:p>
    <w:p>
      <w:r>
        <w:rPr>
          <w:rFonts w:ascii="Courier New" w:hAnsi="Courier New"/>
          <w:color w:val="555555"/>
          <w:sz w:val="20"/>
        </w:rPr>
        <w:t>[20]</w:t>
      </w:r>
    </w:p>
    <w:p>
      <w:r>
        <w:rPr>
          <w:rFonts w:ascii="Gentium Plus" w:hAnsi="Gentium Plus"/>
          <w:sz w:val="24"/>
        </w:rPr>
        <w:t>Ἀργανθώνιον. ὄρος Κίου.</w:t>
      </w:r>
    </w:p>
    <w:p>
      <w:r>
        <w:rPr>
          <w:rFonts w:ascii="Courier New" w:hAnsi="Courier New"/>
          <w:color w:val="555555"/>
          <w:sz w:val="20"/>
        </w:rPr>
        <w:t>[alpha 303]</w:t>
      </w:r>
    </w:p>
    <w:p>
      <w:r>
        <w:rPr>
          <w:rFonts w:ascii="Gentium Plus" w:hAnsi="Gentium Plus"/>
          <w:sz w:val="24"/>
        </w:rPr>
        <w:t>Ἀργυρίδιον. διὰ τοῦ ι γράφεται, διὰ τοιαύτην αἰτίαν. ἐμάθομεν, ὅτι εἰσὶν παραγωγαὶ καὶ διὰ τοῦ διον καὶ ιδιον. καὶ εἰ μὲν τελευταία συλ‐ λαβὴ τῆς γενικῆς τοῦ πρωτοτύπου ἀπὸ συμφώ‐</w:t>
      </w:r>
    </w:p>
    <w:p>
      <w:r>
        <w:rPr>
          <w:rFonts w:ascii="Courier New" w:hAnsi="Courier New"/>
          <w:color w:val="555555"/>
          <w:sz w:val="20"/>
        </w:rPr>
        <w:t>[5]</w:t>
      </w:r>
    </w:p>
    <w:p>
      <w:r>
        <w:rPr>
          <w:rFonts w:ascii="Gentium Plus" w:hAnsi="Gentium Plus"/>
          <w:sz w:val="24"/>
        </w:rPr>
        <w:t>νου ἄρχεται, διὰ τοῦ ιδιον γίνεται ἡ παραγωγὴ καὶ φυλάσσονται αἱ τρίται συλλαβαὶ αἱ τελευ‐ ταῖαι συνεσταλμέναι, οἷον γνώμη, γνώμης, γνω‐ μίδιον· ψυχὴ, ψυχῆς, ψυχίδιον· ξίφος, ξί‐ φους, ξιφίδιον. εἰ δὲ ἀπὸ φωνήεντος ἄρχεται,</w:t>
      </w:r>
    </w:p>
    <w:p>
      <w:r>
        <w:rPr>
          <w:rFonts w:ascii="Courier New" w:hAnsi="Courier New"/>
          <w:color w:val="555555"/>
          <w:sz w:val="20"/>
        </w:rPr>
        <w:t>[10]</w:t>
      </w:r>
    </w:p>
    <w:p>
      <w:r>
        <w:rPr>
          <w:rFonts w:ascii="Gentium Plus" w:hAnsi="Gentium Plus"/>
          <w:sz w:val="24"/>
        </w:rPr>
        <w:t>διὰ τοῦ διον γίνεται ἡ παραγωγὴ καὶ ἐκτείνεται ἡ τρίτη ἀπὸ τέλους συλλαβὴ, οἷον γραφεῖον, γραφείδιον· ἀγγεῖον, ἀγγείδιον. καὶ εἰ μὲν εὑ‐ ρεθῇ τὸ ει ἢ τὸ ο, τὸ ι προσέρχεται· πόλεως, πολείδιον, ἕξεως, ἑξείδιον, βοὸς, βοείδιον.</w:t>
      </w:r>
    </w:p>
    <w:p>
      <w:r>
        <w:rPr>
          <w:rFonts w:ascii="Courier New" w:hAnsi="Courier New"/>
          <w:color w:val="555555"/>
          <w:sz w:val="20"/>
        </w:rPr>
        <w:t>[15]</w:t>
      </w:r>
    </w:p>
    <w:p>
      <w:r>
        <w:rPr>
          <w:rFonts w:ascii="Gentium Plus" w:hAnsi="Gentium Plus"/>
          <w:sz w:val="24"/>
        </w:rPr>
        <w:t>Ἀρητόν. τὸ βλαπτικόν. ἀπὸ τοῦ ἀρὰ, ἡ βλάβη. Ἄρθρον. μέρος λόγου πτωτικὸν προτασσόμενον τῆς κλίσεως τῶν ὀνομάτων, δι’ ὃ τρανωτέρα ἡ λέξις πέφυκε γίνεσθαι. ἄρθρου δὲ ἴδιον ἐστὶ τὸ τὴν δευτέραν γνῶσιν σημαίνειν· εἰ γὰρ εἴ‐</w:t>
      </w:r>
    </w:p>
    <w:p>
      <w:r>
        <w:rPr>
          <w:rFonts w:ascii="Courier New" w:hAnsi="Courier New"/>
          <w:color w:val="555555"/>
          <w:sz w:val="20"/>
        </w:rPr>
        <w:t>[20]</w:t>
      </w:r>
    </w:p>
    <w:p>
      <w:r>
        <w:rPr>
          <w:rFonts w:ascii="Gentium Plus" w:hAnsi="Gentium Plus"/>
          <w:sz w:val="24"/>
        </w:rPr>
        <w:t>πῃς, ναῦς ἦλθε, δοκεῖς ἀγνοεῖν ποία· εἰ δὲ σὺν τῷ ἄρθρῳ τεθῇ, εἰς γνῶσιν παραλαμβάνεται ἡ ὑποκειμένη οὐσία τοῦ πράγματος. ἄρθρον δὲ τὸ προτασσόμενον παρὰ τὰ ἐν ἡμῖν ἄρθρα· ὥσπερ γὰρ τὰ ἄρθρα διορίζει τὰ ὑποκείμενα</w:t>
      </w:r>
    </w:p>
    <w:p>
      <w:r>
        <w:rPr>
          <w:rFonts w:ascii="Courier New" w:hAnsi="Courier New"/>
          <w:color w:val="555555"/>
          <w:sz w:val="20"/>
        </w:rPr>
        <w:t>[25]</w:t>
      </w:r>
    </w:p>
    <w:p>
      <w:r>
        <w:rPr>
          <w:rFonts w:ascii="Gentium Plus" w:hAnsi="Gentium Plus"/>
          <w:sz w:val="24"/>
        </w:rPr>
        <w:t>αὐτοῖς, οὕτως καὶ ταῦτα χωρίζει τὰς διαφορὰς</w:t>
      </w:r>
    </w:p>
    <w:p>
      <w:r>
        <w:rPr>
          <w:rFonts w:ascii="Courier New" w:hAnsi="Courier New"/>
          <w:color w:val="555555"/>
          <w:sz w:val="20"/>
        </w:rPr>
        <w:t>[alpha 304]</w:t>
      </w:r>
    </w:p>
    <w:p>
      <w:r>
        <w:rPr>
          <w:rFonts w:ascii="Gentium Plus" w:hAnsi="Gentium Plus"/>
          <w:sz w:val="24"/>
        </w:rPr>
        <w:t>κεῖ γὰρ καὶ διαρθροῦν καὶ ποιεῖν τὸ ἐπιφερό‐ μενον ὄνομα φανερὸν, πότερον ἄῤῥεν ἢ θῆλυ, καὶ πότερον ἐφ’ ἑνὸς ἢ ἐπὶ πλειόνων. [ἄρθρα καὶ τὰ μέλη τοῦ σώματος. παρὰ τὸ αἴρω ἄρ‐</w:t>
      </w:r>
    </w:p>
    <w:p>
      <w:r>
        <w:rPr>
          <w:rFonts w:ascii="Courier New" w:hAnsi="Courier New"/>
          <w:color w:val="555555"/>
          <w:sz w:val="20"/>
        </w:rPr>
        <w:t>[5]</w:t>
      </w:r>
    </w:p>
    <w:p>
      <w:r>
        <w:rPr>
          <w:rFonts w:ascii="Gentium Plus" w:hAnsi="Gentium Plus"/>
          <w:sz w:val="24"/>
        </w:rPr>
        <w:t>τρον καὶ ἄρθρον καὶ ἄρθρα· ὑπὸ τούτων γὰρ βασταζόμεθα. ἢ παρὰ τὸ ἀρῶ τὸ ἁρμόζω, παρὰ τὸ ἀρηρέναι ἀλλήλοις.] Ἄρθμια. φιλία. [Ἡρόδοτος· Ἀθηναίων μὴ ἐόντων ἡμῖν ἀρθμίων. τὸ ἐόντων δὲ ἀντὶ τοῦ</w:t>
      </w:r>
    </w:p>
    <w:p>
      <w:r>
        <w:rPr>
          <w:rFonts w:ascii="Courier New" w:hAnsi="Courier New"/>
          <w:color w:val="555555"/>
          <w:sz w:val="20"/>
        </w:rPr>
        <w:t>[10]</w:t>
      </w:r>
    </w:p>
    <w:p>
      <w:r>
        <w:rPr>
          <w:rFonts w:ascii="Gentium Plus" w:hAnsi="Gentium Plus"/>
          <w:sz w:val="24"/>
        </w:rPr>
        <w:t>ὑπαρχόντων.] Ἀρθρέμβολα καὶ ἀθρέμβολα. ἐργαλεῖα. ὄρ‐ γανα τιμωρητικὰ τοῖς ἄρθροις ἐμβαλλόμενα. Ἄργμα. ἡ ἀπαρχή. παρὰ τὸ ἄρχω ἄργμα. Ἄριμα. ὄνομα ὄρους.</w:t>
      </w:r>
    </w:p>
    <w:p>
      <w:r>
        <w:rPr>
          <w:rFonts w:ascii="Courier New" w:hAnsi="Courier New"/>
          <w:color w:val="555555"/>
          <w:sz w:val="20"/>
        </w:rPr>
        <w:t>[15]</w:t>
      </w:r>
    </w:p>
    <w:p>
      <w:r>
        <w:rPr>
          <w:rFonts w:ascii="Gentium Plus" w:hAnsi="Gentium Plus"/>
          <w:sz w:val="24"/>
        </w:rPr>
        <w:t>Ἀριστερά. τὰ μωρά. δεξιὰ δὲ τὰ συνετά. Ἀριστεῖον. τὸ τοῖς ἀριστεῦσι διδόμενον ἔπαθλον. Ἀριφραδέα. δῆλα καὶ φανερά. Ἄριστον. ἀόριστόν τι ὄν· ἀόριστον γάρ ἐστι κατὰ καιρόν.</w:t>
      </w:r>
    </w:p>
    <w:p>
      <w:r>
        <w:rPr>
          <w:rFonts w:ascii="Courier New" w:hAnsi="Courier New"/>
          <w:color w:val="555555"/>
          <w:sz w:val="20"/>
        </w:rPr>
        <w:t>[20]</w:t>
      </w:r>
    </w:p>
    <w:p>
      <w:r>
        <w:rPr>
          <w:rFonts w:ascii="Gentium Plus" w:hAnsi="Gentium Plus"/>
          <w:sz w:val="24"/>
        </w:rPr>
        <w:t>Ἄῤῥηκτον. ἄσχιστον, ἰσχυρότατον. Ἄῤῥητον. ἄλεκτον. Ἄρκιον. τὸ ἱκανὸν καὶ ὠφέλιμον. Ἀῤῥεπές. ἀμετάκλιτον. Ἀῤῥενωπόν. ἄθελκτον, ἀθήλυντον, ἀνδρεῖον,</w:t>
      </w:r>
    </w:p>
    <w:p>
      <w:r>
        <w:rPr>
          <w:rFonts w:ascii="Courier New" w:hAnsi="Courier New"/>
          <w:color w:val="555555"/>
          <w:sz w:val="20"/>
        </w:rPr>
        <w:t>[25]</w:t>
      </w:r>
    </w:p>
    <w:p>
      <w:r>
        <w:rPr>
          <w:rFonts w:ascii="Gentium Plus" w:hAnsi="Gentium Plus"/>
          <w:sz w:val="24"/>
        </w:rPr>
        <w:t>ἀπαρέγκλιτον ὑφέσει πάσῃ. ἰστέον, ὅτι ὡς ἐπὶ</w:t>
      </w:r>
    </w:p>
    <w:p>
      <w:r>
        <w:rPr>
          <w:rFonts w:ascii="Courier New" w:hAnsi="Courier New"/>
          <w:color w:val="555555"/>
          <w:sz w:val="20"/>
        </w:rPr>
        <w:t>[alpha 305]</w:t>
      </w:r>
    </w:p>
    <w:p>
      <w:r>
        <w:rPr>
          <w:rFonts w:ascii="Gentium Plus" w:hAnsi="Gentium Plus"/>
          <w:sz w:val="24"/>
        </w:rPr>
        <w:t>Ἄρμενον. τὸ ἐν τῷ πλοίῳ. καὶ ἄρμενον τὸ ἡρ‐ μοσμένον. Ἀρού. ἐπίφθεγμα ναυτικόν. Ἄρπεζον. τὸ ἐκ χαλίκων ᾠκοδομημένον τειχίον.</w:t>
      </w:r>
    </w:p>
    <w:p>
      <w:r>
        <w:rPr>
          <w:rFonts w:ascii="Courier New" w:hAnsi="Courier New"/>
          <w:color w:val="555555"/>
          <w:sz w:val="20"/>
        </w:rPr>
        <w:t>[5]</w:t>
      </w:r>
    </w:p>
    <w:p>
      <w:r>
        <w:rPr>
          <w:rFonts w:ascii="Gentium Plus" w:hAnsi="Gentium Plus"/>
          <w:sz w:val="24"/>
        </w:rPr>
        <w:t>Ἀρτεμίσιον. τὸ τῆς Ἀρτέμιδος ἄγαλμα καὶ ἀκρωτήριον τῆς Εὐβοίας. Ἄρτιον. τὸ ὁλόκληρον. Ἀρτοπώλιον. ὁ τόπος, ἔνθα οἱ ἄρτοι πιπρά‐ σκονται. ἀρτοπολεῖον δὲ τὸ μαγκιπεῖον, ἐν ᾧ</w:t>
      </w:r>
    </w:p>
    <w:p>
      <w:r>
        <w:rPr>
          <w:rFonts w:ascii="Courier New" w:hAnsi="Courier New"/>
          <w:color w:val="555555"/>
          <w:sz w:val="20"/>
        </w:rPr>
        <w:t>[10]</w:t>
      </w:r>
    </w:p>
    <w:p>
      <w:r>
        <w:rPr>
          <w:rFonts w:ascii="Gentium Plus" w:hAnsi="Gentium Plus"/>
          <w:sz w:val="24"/>
        </w:rPr>
        <w:t>οἱ ἄρτοι γίνονται· μικρὸν καὶ δίφθογγον. Ἀρτιθαλῆ. νεόφυτα. Ἀῤῥυτίδωτον. μὴ ἔχον ῥυτίδας ἤτοι ζαρώματα, αἵ εἰσι γραμμαὶ γήρως σημαντικαί. Ἀρχαϊκόν. ἁπλοῦν, ἀφελὲς, ἄδοξον.</w:t>
      </w:r>
    </w:p>
    <w:p>
      <w:r>
        <w:rPr>
          <w:rFonts w:ascii="Courier New" w:hAnsi="Courier New"/>
          <w:color w:val="555555"/>
          <w:sz w:val="20"/>
        </w:rPr>
        <w:t>[15]</w:t>
      </w:r>
    </w:p>
    <w:p>
      <w:r>
        <w:rPr>
          <w:rFonts w:ascii="Gentium Plus" w:hAnsi="Gentium Plus"/>
          <w:sz w:val="24"/>
        </w:rPr>
        <w:t>Ἀρχαῖα. τὰ κεφάλαια τὰ τῶν χρεῶν. [αὐτοί τε καὶ ἀρχαῖα καὶ τόκοι τόκων.] Ἀρχαῖον τὸ κιθαρίζειν. ληρῶδες, ἀνόητον, οὐδὲν λόγου ἄξιον. Ἀρχέτυπον. πρωτότυπον.</w:t>
      </w:r>
    </w:p>
    <w:p>
      <w:r>
        <w:rPr>
          <w:rFonts w:ascii="Courier New" w:hAnsi="Courier New"/>
          <w:color w:val="555555"/>
          <w:sz w:val="20"/>
        </w:rPr>
        <w:t>[20]</w:t>
      </w:r>
    </w:p>
    <w:p>
      <w:r>
        <w:rPr>
          <w:rFonts w:ascii="Gentium Plus" w:hAnsi="Gentium Plus"/>
          <w:sz w:val="24"/>
        </w:rPr>
        <w:t>Ἀρχεῖον. χαρτοφυλάκιον, ἔνθα οἱ δημόσιοι χάρται κεῖνται, ἢ τὸ παλάτιον. Ἄρινον. τὸν νάπυ. τοῦ Ψελλοῦ· ἡ μίνθη τὸ ἡδύοσμον, ἄρινον δὲ τὸ νάπυ. Ἄροτρον. παρὰ τὸ ἀρῶ τὸ ἀροτριῶ, ὁ μέλλων</w:t>
      </w:r>
    </w:p>
    <w:p>
      <w:r>
        <w:rPr>
          <w:rFonts w:ascii="Courier New" w:hAnsi="Courier New"/>
          <w:color w:val="555555"/>
          <w:sz w:val="20"/>
        </w:rPr>
        <w:t>[25]</w:t>
      </w:r>
    </w:p>
    <w:p>
      <w:r>
        <w:rPr>
          <w:rFonts w:ascii="Gentium Plus" w:hAnsi="Gentium Plus"/>
          <w:sz w:val="24"/>
        </w:rPr>
        <w:t>ἀρόσω καὶ ἐξ αὐτοῦ ἄροτρον.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Ἄραρέ με. ἤρεσέ με ταῖς φρεσὶν, ἢ ἥρμοσται. Ἄρασθαι. ἀπενέγκασθαι, ἢ λαβεῖν, φορτίσα‐ σθαι. μεῖζόν γε ὂν ἢ καθ’ ἑαυτὸν ἄρασθαι</w:t>
      </w:r>
    </w:p>
    <w:p>
      <w:r>
        <w:rPr>
          <w:rFonts w:ascii="Courier New" w:hAnsi="Courier New"/>
          <w:color w:val="555555"/>
          <w:sz w:val="20"/>
        </w:rPr>
        <w:t>[5]</w:t>
      </w:r>
    </w:p>
    <w:p>
      <w:r>
        <w:rPr>
          <w:rFonts w:ascii="Gentium Plus" w:hAnsi="Gentium Plus"/>
          <w:sz w:val="24"/>
        </w:rPr>
        <w:t>φορτίον. Ἀρασσόμενα. προσρηγνύμενα. κυρίως δὲ τὸ ἀράσσειν τὸ ἀποτέμνειν διὰ σιδήρου παρὰ τὸ ἄρης, ὅ ἐστι πόλεμος. Ἄραρε. δέδοκται, κέκριται. ἀρῶ τὸ ἁρμόζω, [ὁ</w:t>
      </w:r>
    </w:p>
    <w:p>
      <w:r>
        <w:rPr>
          <w:rFonts w:ascii="Courier New" w:hAnsi="Courier New"/>
          <w:color w:val="555555"/>
          <w:sz w:val="20"/>
        </w:rPr>
        <w:t>[10]</w:t>
      </w:r>
    </w:p>
    <w:p>
      <w:r>
        <w:rPr>
          <w:rFonts w:ascii="Gentium Plus" w:hAnsi="Gentium Plus"/>
          <w:sz w:val="24"/>
        </w:rPr>
        <w:t>μέλλων ἄρω, αἰολικῶς ἄρσω, ὁ παρακείμενος ἦρκα, ὁ μέσος ἦρα καὶ κατὰ ἀναδιπλασιασμὸν ἀττικὸν ἄρηρα, ἡ μετοχὴ ἀρηρώς. —ὅ τε φρεσὶν ᾗσιν ἀρηρώς. δωρικῇ τροπῇ τοῦ η ἄραρα καὶ ἄραρεν.]</w:t>
      </w:r>
    </w:p>
    <w:p>
      <w:r>
        <w:rPr>
          <w:rFonts w:ascii="Courier New" w:hAnsi="Courier New"/>
          <w:color w:val="555555"/>
          <w:sz w:val="20"/>
        </w:rPr>
        <w:t>[15]</w:t>
      </w:r>
    </w:p>
    <w:p>
      <w:r>
        <w:rPr>
          <w:rFonts w:ascii="Gentium Plus" w:hAnsi="Gentium Plus"/>
          <w:sz w:val="24"/>
        </w:rPr>
        <w:t>ἄραρε γὰρ ὅρκος ἐκ θεῶν μέγας. Ἀράμενοι. ἐπάραντες. Ἄρας. ἐπάρας. ὡς εἶδον τὸν νέκυν ἄραντας [Ἀχαιούς. ἀείρω, ὁ μέλλων ἀερῶ, ὁ ἀόριστος ἤειρα, ὥσπερ ἤγειρα, ἡ μετοχὴ ἀείρας, καὶ</w:t>
      </w:r>
    </w:p>
    <w:p>
      <w:r>
        <w:rPr>
          <w:rFonts w:ascii="Courier New" w:hAnsi="Courier New"/>
          <w:color w:val="555555"/>
          <w:sz w:val="20"/>
        </w:rPr>
        <w:t>[20]</w:t>
      </w:r>
    </w:p>
    <w:p>
      <w:r>
        <w:rPr>
          <w:rFonts w:ascii="Gentium Plus" w:hAnsi="Gentium Plus"/>
          <w:sz w:val="24"/>
        </w:rPr>
        <w:t>κράσει τοῦ αε εἰς α μακρὸν γίνεται ἄρας. καὶ μένει τὸ ι προσγεγραμμένον, καὶ μὴ ἐκφωνού‐ μενον διὰ τὸ μέγεθος τοῦ α.] [Ἀράβησεν. ἤχησεν. κυρίως ἡ ἐπὶ τὴν ἔραν καὶ τὴν γῆν βοή. ἔραβος καὶ ἄραβος, ἀραβῶ,</w:t>
      </w:r>
    </w:p>
    <w:p>
      <w:r>
        <w:rPr>
          <w:rFonts w:ascii="Courier New" w:hAnsi="Courier New"/>
          <w:color w:val="555555"/>
          <w:sz w:val="20"/>
        </w:rPr>
        <w:t>[25]</w:t>
      </w:r>
    </w:p>
    <w:p>
      <w:r>
        <w:rPr>
          <w:rFonts w:ascii="Gentium Plus" w:hAnsi="Gentium Plus"/>
          <w:sz w:val="24"/>
        </w:rPr>
        <w:t>ἀραβήσω. καταχρηστικῶς δὲ καὶ ἐπὶ τοῦ σι‐</w:t>
      </w:r>
    </w:p>
    <w:p>
      <w:r>
        <w:rPr>
          <w:rFonts w:ascii="Courier New" w:hAnsi="Courier New"/>
          <w:color w:val="555555"/>
          <w:sz w:val="20"/>
        </w:rPr>
        <w:t>[alpha 307]</w:t>
      </w:r>
    </w:p>
    <w:p>
      <w:r>
        <w:rPr>
          <w:rFonts w:ascii="Gentium Plus" w:hAnsi="Gentium Plus"/>
          <w:sz w:val="24"/>
        </w:rPr>
        <w:t>[Ἄραιτο. λάβοι, κομίσειεν. ἧς οὐκ ἂν ἄραιτ’ ἄχθος ἀνθρώπου φύσις.] Ἀρδαλῶσαι. μολύναι. εἰς οἷον ἐμπεπτώκασι τὸν ἄρδαλον.</w:t>
      </w:r>
    </w:p>
    <w:p>
      <w:r>
        <w:rPr>
          <w:rFonts w:ascii="Courier New" w:hAnsi="Courier New"/>
          <w:color w:val="555555"/>
          <w:sz w:val="20"/>
        </w:rPr>
        <w:t>[5]</w:t>
      </w:r>
    </w:p>
    <w:p>
      <w:r>
        <w:rPr>
          <w:rFonts w:ascii="Gentium Plus" w:hAnsi="Gentium Plus"/>
          <w:sz w:val="24"/>
        </w:rPr>
        <w:t>Ἄρδειν. ποτίζειν. [ἀρδεύειν.] Ἀραροίμην. ἁρμοσαίμην. Ἀραρίσκω. τὸ ἁρμόζω. [Ἀρέσκω. παρὰ τὸ ἀρῶ τὸ ἁρμόζω. ὡς τελῶ τε‐ λέσκω, οὕτως καὶ ἀρῶ ἀρέσκω. τὸ γὰρ ἀρέσκον</w:t>
      </w:r>
    </w:p>
    <w:p>
      <w:r>
        <w:rPr>
          <w:rFonts w:ascii="Courier New" w:hAnsi="Courier New"/>
          <w:color w:val="555555"/>
          <w:sz w:val="20"/>
        </w:rPr>
        <w:t>[10]</w:t>
      </w:r>
    </w:p>
    <w:p>
      <w:r>
        <w:rPr>
          <w:rFonts w:ascii="Gentium Plus" w:hAnsi="Gentium Plus"/>
          <w:sz w:val="24"/>
        </w:rPr>
        <w:t>καὶ ἁρμόδιον, καὶ τὸ ἁρμόδιον ἀρεστόν.] Ἀρεσόμεθα. ἐξιλεασόμεθα, θεραπεύσομεν, φιλοφρονησόμεθα. παρὰ τὸ ἀρῶ ἀρέσω. Ἀρήγω. βοηθῶ. [παρὰ τὸν ἄρην, ὃ σημαίνει τὸν πόλεμον. ὥσπερ καὶ βοηθεῖν λέγεται τὸ</w:t>
      </w:r>
    </w:p>
    <w:p>
      <w:r>
        <w:rPr>
          <w:rFonts w:ascii="Courier New" w:hAnsi="Courier New"/>
          <w:color w:val="555555"/>
          <w:sz w:val="20"/>
        </w:rPr>
        <w:t>[15]</w:t>
      </w:r>
    </w:p>
    <w:p>
      <w:r>
        <w:rPr>
          <w:rFonts w:ascii="Gentium Plus" w:hAnsi="Gentium Plus"/>
          <w:sz w:val="24"/>
        </w:rPr>
        <w:t>ἐπὶ βοὴν θεῖν. βοὴ γὰρ καὶ ὁ πόλεμος ἀπὸ τοῦ παρεπομένου. ἀρήγω καὶ ἀρωγὸς, ὥσπερ καὶ ῥηγμὸς καὶ ῥαγμός.] Ἀρημένος. βεβλαμμένος. [Ἀρήρει. ἐνήρμοστο.]</w:t>
      </w:r>
    </w:p>
    <w:p>
      <w:r>
        <w:rPr>
          <w:rFonts w:ascii="Courier New" w:hAnsi="Courier New"/>
          <w:color w:val="555555"/>
          <w:sz w:val="20"/>
        </w:rPr>
        <w:t>[20]</w:t>
      </w:r>
    </w:p>
    <w:p>
      <w:r>
        <w:rPr>
          <w:rFonts w:ascii="Gentium Plus" w:hAnsi="Gentium Plus"/>
          <w:sz w:val="24"/>
        </w:rPr>
        <w:t>Ἀρῆξαι. τὸ βοηθῆσαι. κυρίως δὲ τὸ πρὸς και‐ ρὸν θεραπεῦσαι. ἰᾶσαι δὲ, τὸ παντελῶς θερα‐ πεῦσαι. Ἀριστῶ. τὸ ἀρετῆς ἐπιμελοῦμαι. Προκόπιος· ἀμφότεροι δὲ οἱ μὲν θανατῶντες, οἱ δὲ ἀρι‐</w:t>
      </w:r>
    </w:p>
    <w:p>
      <w:r>
        <w:rPr>
          <w:rFonts w:ascii="Courier New" w:hAnsi="Courier New"/>
          <w:color w:val="555555"/>
          <w:sz w:val="20"/>
        </w:rPr>
        <w:t>[25]</w:t>
      </w:r>
    </w:p>
    <w:p>
      <w:r>
        <w:rPr>
          <w:rFonts w:ascii="Gentium Plus" w:hAnsi="Gentium Plus"/>
          <w:sz w:val="24"/>
        </w:rPr>
        <w:t>στῶντες, ἐπὶ τοὺς πέλας πολλῷ ἴεντο. ἔστι δὲ</w:t>
      </w:r>
    </w:p>
    <w:p>
      <w:r>
        <w:rPr>
          <w:rFonts w:ascii="Courier New" w:hAnsi="Courier New"/>
          <w:color w:val="555555"/>
          <w:sz w:val="20"/>
        </w:rPr>
        <w:t>[alpha 308]</w:t>
      </w:r>
    </w:p>
    <w:p>
      <w:r>
        <w:rPr>
          <w:rFonts w:ascii="Gentium Plus" w:hAnsi="Gentium Plus"/>
          <w:sz w:val="24"/>
        </w:rPr>
        <w:t>Ἀρθμήσαντες. φίλοι γενόμενοι. καὶ ἀρθμῆ‐ σαι εἰς φιλίαν ἐλθεῖν. Ἀρκῶ. ἰσχύω, δύναμαι ὑπενεγκεῖν. καὶ τὸ βοηθῶ.</w:t>
      </w:r>
    </w:p>
    <w:p>
      <w:r>
        <w:rPr>
          <w:rFonts w:ascii="Courier New" w:hAnsi="Courier New"/>
          <w:color w:val="555555"/>
          <w:sz w:val="20"/>
        </w:rPr>
        <w:t>[5]</w:t>
      </w:r>
    </w:p>
    <w:p>
      <w:r>
        <w:rPr>
          <w:rFonts w:ascii="Gentium Plus" w:hAnsi="Gentium Plus"/>
          <w:sz w:val="24"/>
        </w:rPr>
        <w:t>Ἀρκυωρεῖσθαι. φυλάσσειν τὰς ἄρκυς. Ἁρμόζεται. συζεύγνυται, συνάπτεται. Ἀρνεῖσθαι. ἀπὸ τοῦ αἴρειν τὰς χεῖρας. παρὰ τὸ αἴρω, ἀρῶ, καὶ πλεονασμῷ τοῦ ν ἀρνῶ. Ἀρνύμεθα. ἀντὶ τοῦ καταλλασσόμεθα, ἢ προ‐</w:t>
      </w:r>
    </w:p>
    <w:p>
      <w:r>
        <w:rPr>
          <w:rFonts w:ascii="Courier New" w:hAnsi="Courier New"/>
          <w:color w:val="555555"/>
          <w:sz w:val="20"/>
        </w:rPr>
        <w:t>[10]</w:t>
      </w:r>
    </w:p>
    <w:p>
      <w:r>
        <w:rPr>
          <w:rFonts w:ascii="Gentium Plus" w:hAnsi="Gentium Plus"/>
          <w:sz w:val="24"/>
        </w:rPr>
        <w:t>διδόαμεν· ἐπειδὴ διὰ τῶν ἀρνῶν καὶ τῶν ἄλλων ζώων τὰς ἀμοιβὰς ἐποιοῦντο οἱ ἀρχαῖοι. καὶ οὐ μόνον δι’ ἀργυρίου τοῦτο ποιεῖν οἶδεν Ὅμη‐ ρος, ἀλλὰ καὶ δι’ ἑτέρων, οἷον· ἄλλοι μὲν χαλκῷ, ἄλλοι δ’ ἀνδραπόδεσσιν—</w:t>
      </w:r>
    </w:p>
    <w:p>
      <w:r>
        <w:rPr>
          <w:rFonts w:ascii="Courier New" w:hAnsi="Courier New"/>
          <w:color w:val="555555"/>
          <w:sz w:val="20"/>
        </w:rPr>
        <w:t>[15]</w:t>
      </w:r>
    </w:p>
    <w:p>
      <w:r>
        <w:rPr>
          <w:rFonts w:ascii="Gentium Plus" w:hAnsi="Gentium Plus"/>
          <w:sz w:val="24"/>
        </w:rPr>
        <w:t>ἀπὸ τοῦ μέρους τοῦ τετραπόδου τοῦ ἀρνοῦ τὴν λέξιν ἐπὶ τοῦ ἀμείβεσθαι ἔταττον. ἢ παρὰ τὸ αἴρω ἀρνῶ, ὡς ἴκω ἰκνῶ, οἴχω οἰχνῶ, ἄρνυμι, ἄρνυμαι καὶ ἀρνύμενος. Ἀροῦσιν. ὑψώσουσιν.</w:t>
      </w:r>
    </w:p>
    <w:p>
      <w:r>
        <w:rPr>
          <w:rFonts w:ascii="Courier New" w:hAnsi="Courier New"/>
          <w:color w:val="555555"/>
          <w:sz w:val="20"/>
        </w:rPr>
        <w:t>[20]</w:t>
      </w:r>
    </w:p>
    <w:p>
      <w:r>
        <w:rPr>
          <w:rFonts w:ascii="Gentium Plus" w:hAnsi="Gentium Plus"/>
          <w:sz w:val="24"/>
        </w:rPr>
        <w:t>Ἀροῦν. ἀροτριᾷν. [ἀρόω, ἀρόσω, ὁ παρακείμενος ἤροον, ἤρουν, ἤροες, ἤρους, ἤροε, ἤρου, καὶ τὸ ἀπαρέμφατον ἀρόειν, ἀροῦν.] παρὰ τὸν ἄρεα, τὸν σίδηρον. σιδήρῳ γὰρ τέμνεται ἡ γῆ. Ἁρπῶμαι. ἁρπάζω. δρεπάνῃ κέχρημαι.</w:t>
      </w:r>
    </w:p>
    <w:p>
      <w:r>
        <w:rPr>
          <w:rFonts w:ascii="Courier New" w:hAnsi="Courier New"/>
          <w:color w:val="555555"/>
          <w:sz w:val="20"/>
        </w:rPr>
        <w:t>[25]</w:t>
      </w:r>
    </w:p>
    <w:p>
      <w:r>
        <w:rPr>
          <w:rFonts w:ascii="Gentium Plus" w:hAnsi="Gentium Plus"/>
          <w:sz w:val="24"/>
        </w:rPr>
        <w:t>Ἁρπαλέσαι. ὁμιλῆσαι.</w:t>
      </w:r>
    </w:p>
    <w:p>
      <w:r>
        <w:rPr>
          <w:rFonts w:ascii="Courier New" w:hAnsi="Courier New"/>
          <w:color w:val="555555"/>
          <w:sz w:val="20"/>
        </w:rPr>
        <w:t>[alpha 309]</w:t>
      </w:r>
    </w:p>
    <w:p>
      <w:r>
        <w:rPr>
          <w:rFonts w:ascii="Gentium Plus" w:hAnsi="Gentium Plus"/>
          <w:sz w:val="24"/>
        </w:rPr>
        <w:t>Ἄρσαντες. ἁρμόσαντες ἢ καὶ βαστάξαντες. Ἀρτικροτεῖσθαι. συμφωνεῖσθαι. [ἀρτικρο‐ τοῦνθ’ οἱ γάμοι, φησὶ Μένανδρος.] Ἀρτᾷ. ἐπικρέμαται. καὶ ἀρτῶ ὁμοίως.</w:t>
      </w:r>
    </w:p>
    <w:p>
      <w:r>
        <w:rPr>
          <w:rFonts w:ascii="Courier New" w:hAnsi="Courier New"/>
          <w:color w:val="555555"/>
          <w:sz w:val="20"/>
        </w:rPr>
        <w:t>[5]</w:t>
      </w:r>
    </w:p>
    <w:p>
      <w:r>
        <w:rPr>
          <w:rFonts w:ascii="Gentium Plus" w:hAnsi="Gentium Plus"/>
          <w:sz w:val="24"/>
        </w:rPr>
        <w:t>Ἀρτύναντες. παρασκευάζοντες. Ἀρτύνω. ἁρμόζω ἢ εὐτρεπίζω. [—πυκινὴν ἠρτύνετο βουλήν. παρὰ τὸ ἀρῶ τὸ ἁρμόζω. ἦρμαι, ἦρται, ἀρ‐ τὸς, καὶ ἀρτῶ, ἀρτύω, καὶ πλεονασμῷ τοῦ ν</w:t>
      </w:r>
    </w:p>
    <w:p>
      <w:r>
        <w:rPr>
          <w:rFonts w:ascii="Courier New" w:hAnsi="Courier New"/>
          <w:color w:val="555555"/>
          <w:sz w:val="20"/>
        </w:rPr>
        <w:t>[10]</w:t>
      </w:r>
    </w:p>
    <w:p>
      <w:r>
        <w:rPr>
          <w:rFonts w:ascii="Gentium Plus" w:hAnsi="Gentium Plus"/>
          <w:sz w:val="24"/>
        </w:rPr>
        <w:t>ἀρτύνω, ὡς ὀρῶ, ὀρούω.] Ἀρυσάμενος. ἀντλήσας. Ἀρύω. τὸ ἀντλῶ καὶ βάλλω. [παρὰ τὸ ἀρῶ, ὡς πλήθω πληθύω, ἐρῶ ἐρύω καὶ ἐρύσω, ἄνω ἀνύω καὶ ἀνύσω· οὕτως ἀρῶ ἀρύω καὶ ἀρύσω.</w:t>
      </w:r>
    </w:p>
    <w:p>
      <w:r>
        <w:rPr>
          <w:rFonts w:ascii="Courier New" w:hAnsi="Courier New"/>
          <w:color w:val="555555"/>
          <w:sz w:val="20"/>
        </w:rPr>
        <w:t>[15]</w:t>
      </w:r>
    </w:p>
    <w:p>
      <w:r>
        <w:rPr>
          <w:rFonts w:ascii="Gentium Plus" w:hAnsi="Gentium Plus"/>
          <w:sz w:val="24"/>
        </w:rPr>
        <w:t>—οὐκ ἀνύω φθονέουσα—.] Ἀρήρει. ἐνήρμοστο. [ἀρῶ τὸ ἁρμόζω, ὁ μέλ‐ λων ἀρῶ, ὁ παρακείμενος ἦρκα, ὁ παθητικὸς μέσος ἦρα, καὶ ἀττικῶς ἄρηρα, καὶ ὁ ὑπερσυν‐ τέλικος ἠρήρει, καὶ ποιητικῶς ἀρήρει.]</w:t>
      </w:r>
    </w:p>
    <w:p>
      <w:r>
        <w:rPr>
          <w:rFonts w:ascii="Courier New" w:hAnsi="Courier New"/>
          <w:color w:val="555555"/>
          <w:sz w:val="20"/>
        </w:rPr>
        <w:t>[20]</w:t>
      </w:r>
    </w:p>
    <w:p>
      <w:r>
        <w:rPr>
          <w:rFonts w:ascii="Gentium Plus" w:hAnsi="Gentium Plus"/>
          <w:sz w:val="24"/>
        </w:rPr>
        <w:t>Ἀρχαιρεσιάζειν. τὸ ἀξιοῦν ἑαυτὸν αἱρεθῆναι ἄρχοντα. Ἀρῶ. ἐκτενῶ. Ἀρήμενος. βεβλημένος. κατεχόμενος. Ὅμηρος·</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Ἄρα. συλλογιστικός ἐστι σύνδεσμος. καὶ ἀντὶ τοῦ δὴ, καὶ ὡς ἔοικε, καὶ ὡς φαίνεται. οὕτως Πλάτων.</w:t>
      </w:r>
    </w:p>
    <w:p>
      <w:r>
        <w:rPr>
          <w:rFonts w:ascii="Courier New" w:hAnsi="Courier New"/>
          <w:color w:val="555555"/>
          <w:sz w:val="20"/>
        </w:rPr>
        <w:t>[5]</w:t>
      </w:r>
    </w:p>
    <w:p>
      <w:r>
        <w:rPr>
          <w:rFonts w:ascii="Gentium Plus" w:hAnsi="Gentium Plus"/>
          <w:sz w:val="24"/>
        </w:rPr>
        <w:t>Ἀραρότως. ἁρμοζόντως ἢ παγίως καὶ ἑδραίως. Ἀραχὶ καὶ ἀρχί. ἐπιῤῥήματα. Ἀρτίως. ὑγιῶς. ὁλοκλήρως. λέγεται δὲ καὶ πρὸ μικροῦ ἢ ἀντὶ τοῦ νῦν. Ἀρμοῖ που. ἀρτίως. νεωστί. οὕτω Καλλίμαχος.</w:t>
      </w:r>
    </w:p>
    <w:p>
      <w:r>
        <w:rPr>
          <w:rFonts w:ascii="Courier New" w:hAnsi="Courier New"/>
          <w:color w:val="555555"/>
          <w:sz w:val="20"/>
        </w:rPr>
        <w:t>[10]</w:t>
      </w:r>
    </w:p>
    <w:p>
      <w:r>
        <w:rPr>
          <w:rFonts w:ascii="Gentium Plus" w:hAnsi="Gentium Plus"/>
          <w:sz w:val="24"/>
        </w:rPr>
        <w:t>Ἀρχαιοτρόπως. τουτέστιν ἀρχαιοτέροις ὀνόμα‐ σι χρῆσθαι. Ἀρχαίως. ἁπλῶς καὶ ἀκάκως· τοιοῦτοι γὰρ οἱ ἀρχαῖοι. οὕτως Δημοσθένης φησί. καὶ ἀρχαίως ἀντὶ τοῦ παλαιῶς.</w:t>
      </w:r>
    </w:p>
    <w:p>
      <w:r>
        <w:rPr>
          <w:rFonts w:ascii="Courier New" w:hAnsi="Courier New"/>
          <w:color w:val="555555"/>
          <w:sz w:val="20"/>
        </w:rPr>
        <w:t>[15]</w:t>
      </w:r>
    </w:p>
    <w:p>
      <w:r>
        <w:rPr>
          <w:rFonts w:ascii="Gentium Plus" w:hAnsi="Gentium Plus"/>
          <w:sz w:val="24"/>
        </w:rPr>
        <w:t>Ἄρα. καὶ ἀντὶ τοῦ τοιγαροῦν. τοῦ Ἀποστόλου· γινώσκετε ἄρα, ὅτι οἱ ἐκ πίστεως οὗτοι εἰσὶν υἱοὶ Ἀβραάμ.</w:t>
      </w:r>
    </w:p>
    <w:p>
      <w:pPr>
        <w:jc w:val="center"/>
      </w:pPr>
      <w:r>
        <w:rPr>
          <w:rFonts w:ascii="Gentium Plus" w:hAnsi="Gentium Plus"/>
          <w:b/>
          <w:sz w:val="24"/>
        </w:rPr>
        <w:t>Τὸ Α μετὰ τοῦ Σ.</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Ἀσαφής. μὴ φανερὸς, ἄδηλος, ἀνόητος. Ἄσβεστος. ὁ ἀκατάπαυστος.</w:t>
      </w:r>
    </w:p>
    <w:p>
      <w:r>
        <w:rPr>
          <w:rFonts w:ascii="Courier New" w:hAnsi="Courier New"/>
          <w:color w:val="555555"/>
          <w:sz w:val="20"/>
        </w:rPr>
        <w:t>[alpha 311]</w:t>
      </w:r>
    </w:p>
    <w:p>
      <w:r>
        <w:rPr>
          <w:rFonts w:ascii="Gentium Plus" w:hAnsi="Gentium Plus"/>
          <w:sz w:val="24"/>
        </w:rPr>
        <w:t>Ἀσηκόρος. ὁ ἀκηδιαστὴς, ἀσινὴς, ἀβλαβής. Ἄσκευον. ἀντὶ τοῦ ἀπαράσκευον, ἄνευ ὅπλων. καὶ ὁ θεολόγος· βίον ἄσκευον καὶ ἀπέριττον. *Ἀσώδης. ἀδημονώδης. ἰατρικὴ ἡ λέξις.*</w:t>
      </w:r>
    </w:p>
    <w:p>
      <w:r>
        <w:rPr>
          <w:rFonts w:ascii="Courier New" w:hAnsi="Courier New"/>
          <w:color w:val="555555"/>
          <w:sz w:val="20"/>
        </w:rPr>
        <w:t>[5]</w:t>
      </w:r>
    </w:p>
    <w:p>
      <w:r>
        <w:rPr>
          <w:rFonts w:ascii="Gentium Plus" w:hAnsi="Gentium Plus"/>
          <w:sz w:val="24"/>
        </w:rPr>
        <w:t>Ἀσκάλαφος. ὁ λίαν σκληρὸς, παρὰ τὸ ἄγαν ἀσκελὲς τῆς ἁφῆς. Ἀσκηθής. ὑγιὴς, ἀβλαβής. [παρὰ τὸ σχέθω, κατὰ σύνθεσιν καὶ ἔκτασιν καὶ τροπῇ ἀσκη‐ θής. ἡ μεταφορὰ δὲ ἀπὸ τοῦ ἀσκοῦ. τὸ δὲ</w:t>
      </w:r>
    </w:p>
    <w:p>
      <w:r>
        <w:rPr>
          <w:rFonts w:ascii="Courier New" w:hAnsi="Courier New"/>
          <w:color w:val="555555"/>
          <w:sz w:val="20"/>
        </w:rPr>
        <w:t>[10]</w:t>
      </w:r>
    </w:p>
    <w:p>
      <w:r>
        <w:rPr>
          <w:rFonts w:ascii="Gentium Plus" w:hAnsi="Gentium Plus"/>
          <w:sz w:val="24"/>
        </w:rPr>
        <w:t>ἀσκὸς ὁ μὴ ἐσχισμένος. παρὰ τὸ σχῶ, σχή‐ σω, ἀσχὸς καὶ ἀσκός.] Ἀσκάντης. ἡ εὐτελὴς κλίνη. ἡ μὴ κάννην ἔχου‐ σα. οὕτως δὲ ἐκάλουν τὴν ψάδον. Ἀσκητής. ὁ ἐν τῷ κατὰ διάνοιαν κόσμῳ εὐσεβῶς</w:t>
      </w:r>
    </w:p>
    <w:p>
      <w:r>
        <w:rPr>
          <w:rFonts w:ascii="Courier New" w:hAnsi="Courier New"/>
          <w:color w:val="555555"/>
          <w:sz w:val="20"/>
        </w:rPr>
        <w:t>[15]</w:t>
      </w:r>
    </w:p>
    <w:p>
      <w:r>
        <w:rPr>
          <w:rFonts w:ascii="Gentium Plus" w:hAnsi="Gentium Plus"/>
          <w:sz w:val="24"/>
        </w:rPr>
        <w:t>καὶ δικαίως ἀναστρεφόμενος. Ἀσκαλαβώτης. ζωΰφιον ἐοικὸς σάβρᾳ ἐν τοῖς τοίχοις τῶν οἰκημάτων ἀνέρπων. ἢ καὶ ὁ πον‐ τικὸς, καὶ ἡ νυμφίτζα. παρὰ τὸ ἀκαλῶς, ὅ ἐστιν ἡσύχως, βαίνειν, πλεονασμῷ τοῦ ς.</w:t>
      </w:r>
    </w:p>
    <w:p>
      <w:r>
        <w:rPr>
          <w:rFonts w:ascii="Courier New" w:hAnsi="Courier New"/>
          <w:color w:val="555555"/>
          <w:sz w:val="20"/>
        </w:rPr>
        <w:t>[20]</w:t>
      </w:r>
    </w:p>
    <w:p>
      <w:r>
        <w:rPr>
          <w:rFonts w:ascii="Gentium Plus" w:hAnsi="Gentium Plus"/>
          <w:sz w:val="24"/>
        </w:rPr>
        <w:t>Ἄσκαρμοι. ἀκοίμητοι. Ἀσκληπιός. ἰατρός. παρὰ τὸ τὰ ἀσκελῆ τῶν νοσημάτων ἤπια ποιεῖν. τὸ δὲ ἀσκελὲς παρὰ τὸ σκέλω, τὸ ἄγαν σκληραίνω, ὅθεν καὶ σκέ‐</w:t>
      </w:r>
    </w:p>
    <w:p>
      <w:r>
        <w:rPr>
          <w:rFonts w:ascii="Courier New" w:hAnsi="Courier New"/>
          <w:color w:val="555555"/>
          <w:sz w:val="20"/>
        </w:rPr>
        <w:t>[alpha 312]</w:t>
      </w:r>
    </w:p>
    <w:p>
      <w:r>
        <w:rPr>
          <w:rFonts w:ascii="Gentium Plus" w:hAnsi="Gentium Plus"/>
          <w:sz w:val="24"/>
        </w:rPr>
        <w:t>Ἀσμενέστατος. χαίρων καὶ ἄσμενος. [ἥδω, τὸ εὐφραίνομαι, ἧσμαι, ἥσμενος ἡ μετοχὴ καὶ ἄσμενος.] Ἀσπασμός. ἡ εὐχή. παρὰ τῷ Ἀποστόλῳ· ὁ</w:t>
      </w:r>
    </w:p>
    <w:p>
      <w:r>
        <w:rPr>
          <w:rFonts w:ascii="Courier New" w:hAnsi="Courier New"/>
          <w:color w:val="555555"/>
          <w:sz w:val="20"/>
        </w:rPr>
        <w:t>[5]</w:t>
      </w:r>
    </w:p>
    <w:p>
      <w:r>
        <w:rPr>
          <w:rFonts w:ascii="Gentium Plus" w:hAnsi="Gentium Plus"/>
          <w:sz w:val="24"/>
        </w:rPr>
        <w:t>ἀσπασμὸς τῇ ἐμῇ χειρί. Ἀσπαστοί. ἄσμενοι, θεοειδεῖς. παρὰ δὲ τῷ Καλ‐ λιμάχῳ ἀσπαστὺς ἀπαστύος, τουτέστι προσ‐ ηγορία, φιλία. Ἀσπόνδους. ἐχθροὺς, ἀγρίους, ἀδιαλλάκτους,</w:t>
      </w:r>
    </w:p>
    <w:p>
      <w:r>
        <w:rPr>
          <w:rFonts w:ascii="Courier New" w:hAnsi="Courier New"/>
          <w:color w:val="555555"/>
          <w:sz w:val="20"/>
        </w:rPr>
        <w:t>[10]</w:t>
      </w:r>
    </w:p>
    <w:p>
      <w:r>
        <w:rPr>
          <w:rFonts w:ascii="Gentium Plus" w:hAnsi="Gentium Plus"/>
          <w:sz w:val="24"/>
        </w:rPr>
        <w:t>μνησικάκους, ἀνελεήμονας, τοὺς ἀκαμπεῖς καὶ ἀνενδότους πρὸς ἔλεον. Ἀσπιστής. πεζὸς ὁπλίτης, πολεμιστής. Ἀσπαλιεύς. ὁ ἁλιεύς. παρὰ τὸ τὴν ἅλα ἀσπά‐ ζεσθαι, ἢ παρὰ τὸ σπᾷν [καὶ τὸ λίνον, τοῦ α</w:t>
      </w:r>
    </w:p>
    <w:p>
      <w:r>
        <w:rPr>
          <w:rFonts w:ascii="Courier New" w:hAnsi="Courier New"/>
          <w:color w:val="555555"/>
          <w:sz w:val="20"/>
        </w:rPr>
        <w:t>[15]</w:t>
      </w:r>
    </w:p>
    <w:p>
      <w:r>
        <w:rPr>
          <w:rFonts w:ascii="Gentium Plus" w:hAnsi="Gentium Plus"/>
          <w:sz w:val="24"/>
        </w:rPr>
        <w:t>ἢ πλεονασμὸν ἢ ἐπίτασιν σημαίνοντος.] Ἄσπετον. πολύ. ἀλλ’ ἄσπετον χέασα. [ἔστι ῥῆμα σπῶ. ὥσπερ παρὰ τὸ ἕπω τὸ ἀκο‐ λουθῶ. ἐξ οὗ τὸ σπᾶσθαι καὶ ἐπίσπεσθαι πο‐</w:t>
      </w:r>
    </w:p>
    <w:p>
      <w:r>
        <w:rPr>
          <w:rFonts w:ascii="Courier New" w:hAnsi="Courier New"/>
          <w:color w:val="555555"/>
          <w:sz w:val="20"/>
        </w:rPr>
        <w:t>[20]</w:t>
      </w:r>
    </w:p>
    <w:p>
      <w:r>
        <w:rPr>
          <w:rFonts w:ascii="Gentium Plus" w:hAnsi="Gentium Plus"/>
          <w:sz w:val="24"/>
        </w:rPr>
        <w:t>σί. ῥῆμα ὄνομα σπετὸς καὶ ἄσπετος, οἷον· —ἄσπετος αἰθήρ. οἱ δὲ παρὰ τὸ ἔπω, τὸ λέγω, φασὶν εἶναι, ἄσπε‐ τα, τὰ οὕτω πολλὰ καὶ μεγάλα, ὥστε καὶ ἄῤ‐ ῥητα ὑπάρχειν.]</w:t>
      </w:r>
    </w:p>
    <w:p>
      <w:r>
        <w:rPr>
          <w:rFonts w:ascii="Courier New" w:hAnsi="Courier New"/>
          <w:color w:val="555555"/>
          <w:sz w:val="20"/>
        </w:rPr>
        <w:t>[25]</w:t>
      </w:r>
    </w:p>
    <w:p>
      <w:r>
        <w:rPr>
          <w:rFonts w:ascii="Gentium Plus" w:hAnsi="Gentium Plus"/>
          <w:sz w:val="24"/>
        </w:rPr>
        <w:t>Ἀσταθμεύτους. ἀφορολογήτους.</w:t>
      </w:r>
    </w:p>
    <w:p>
      <w:r>
        <w:rPr>
          <w:rFonts w:ascii="Courier New" w:hAnsi="Courier New"/>
          <w:color w:val="555555"/>
          <w:sz w:val="20"/>
        </w:rPr>
        <w:t>[alpha 313]</w:t>
      </w:r>
    </w:p>
    <w:p>
      <w:r>
        <w:rPr>
          <w:rFonts w:ascii="Gentium Plus" w:hAnsi="Gentium Plus"/>
          <w:sz w:val="24"/>
        </w:rPr>
        <w:t>Ἄστομοι ἵπποι. σκληρόστομοι. ἄστομοι ἵπποι βίᾳ φέρουσιν. Ἀστόργους. ἀσπλάγχνους, ἀπηνεῖς, ἀφίλους. Ἀστικός. πολιτικός.</w:t>
      </w:r>
    </w:p>
    <w:p>
      <w:r>
        <w:rPr>
          <w:rFonts w:ascii="Courier New" w:hAnsi="Courier New"/>
          <w:color w:val="555555"/>
          <w:sz w:val="20"/>
        </w:rPr>
        <w:t>[5]</w:t>
      </w:r>
    </w:p>
    <w:p>
      <w:r>
        <w:rPr>
          <w:rFonts w:ascii="Gentium Plus" w:hAnsi="Gentium Plus"/>
          <w:sz w:val="24"/>
        </w:rPr>
        <w:t>Ἀστός. θαυμαστὸς, πολίτης. Ἀστεῖος. καλὸς, χαρίεις, τὸ ἦθος ἐπαινούμενος. *λέγεται καὶ ὁ εὐάρεστος.* Ἄστηνος. ὁ δυστυχὴς, ὁ πένης, ἀπὸ τοῦ στά‐ σιν καὶ οἴκησιν μὴ ἔχειν.</w:t>
      </w:r>
    </w:p>
    <w:p>
      <w:r>
        <w:rPr>
          <w:rFonts w:ascii="Courier New" w:hAnsi="Courier New"/>
          <w:color w:val="555555"/>
          <w:sz w:val="20"/>
        </w:rPr>
        <w:t>[10]</w:t>
      </w:r>
    </w:p>
    <w:p>
      <w:r>
        <w:rPr>
          <w:rFonts w:ascii="Gentium Plus" w:hAnsi="Gentium Plus"/>
          <w:sz w:val="24"/>
        </w:rPr>
        <w:t>Ἀστυγείτων. ὁ πλησιόχωρος. Ἄστεκτος. ἀνυπομόνητος. Ἀστράγαλος, ὃν ἐθεάσατο Βαλτάσαρ, ὃς ἦν χεὶρ θεοῦ ζῶντος. ἀστράγαλος κυρίως τὸ σύνη‐ θες λεγόμενον· καὶ ὁ σπόνδυλος τοῦ τραχήλου·</w:t>
      </w:r>
    </w:p>
    <w:p>
      <w:r>
        <w:rPr>
          <w:rFonts w:ascii="Courier New" w:hAnsi="Courier New"/>
          <w:color w:val="555555"/>
          <w:sz w:val="20"/>
        </w:rPr>
        <w:t>[15]</w:t>
      </w:r>
    </w:p>
    <w:p>
      <w:r>
        <w:rPr>
          <w:rFonts w:ascii="Gentium Plus" w:hAnsi="Gentium Plus"/>
          <w:sz w:val="24"/>
        </w:rPr>
        <w:t>καὶ βοτάνη οὕτως καλουμένη. ἀστράγαλος δὲ εἴρηται ἀπὸ τοῦ ἀστραβῆ καὶ ὀρθῶς φυλάττειν τὴν βάσιν. [ἐπὶ τοῦ ποδὸς καὶ τοῦτο. ἐπὶ δὲ τῶν ἄλλων ὀστέων παρὰ τὸ ἐμπεπάρθαι καὶ μὴ στρέφεσθαι μήτε κινεῖσθαι, στερήσει τοῦ α.]</w:t>
      </w:r>
    </w:p>
    <w:p>
      <w:r>
        <w:rPr>
          <w:rFonts w:ascii="Courier New" w:hAnsi="Courier New"/>
          <w:color w:val="555555"/>
          <w:sz w:val="20"/>
        </w:rPr>
        <w:t>[20]</w:t>
      </w:r>
    </w:p>
    <w:p>
      <w:r>
        <w:rPr>
          <w:rFonts w:ascii="Gentium Plus" w:hAnsi="Gentium Plus"/>
          <w:sz w:val="24"/>
        </w:rPr>
        <w:t>Ἀστισμὸς καὶ ἀστεϊμός. πιθανολογία. ἀπο‐ στῆναι ῥητορικῆς καὶ ποιητικῆς καὶ ἀστισμῶν.</w:t>
      </w:r>
    </w:p>
    <w:p>
      <w:r>
        <w:rPr>
          <w:rFonts w:ascii="Courier New" w:hAnsi="Courier New"/>
          <w:color w:val="555555"/>
          <w:sz w:val="20"/>
        </w:rPr>
        <w:t>[alpha 314]</w:t>
      </w:r>
    </w:p>
    <w:p>
      <w:r>
        <w:rPr>
          <w:rFonts w:ascii="Gentium Plus" w:hAnsi="Gentium Plus"/>
          <w:sz w:val="24"/>
        </w:rPr>
        <w:t>Ἀστυβοώτης. ὁ κήρυξ ἐπιθετικῶς. ἀπὸ τοῦ ἐν ἄστει βοᾷν. Ἄσταχυς. στάχυς. ἄσταχυς σίταχυς τίς ἐστιν, ὁ τὸν σῖτον συνέχων. ἢ στῶ, στήσω,</w:t>
      </w:r>
    </w:p>
    <w:p>
      <w:r>
        <w:rPr>
          <w:rFonts w:ascii="Courier New" w:hAnsi="Courier New"/>
          <w:color w:val="555555"/>
          <w:sz w:val="20"/>
        </w:rPr>
        <w:t>[5]</w:t>
      </w:r>
    </w:p>
    <w:p>
      <w:r>
        <w:rPr>
          <w:rFonts w:ascii="Gentium Plus" w:hAnsi="Gentium Plus"/>
          <w:sz w:val="24"/>
        </w:rPr>
        <w:t>ἄσταχυς. Ἀστάνδαι. οἱ ἐκ διαδοχῆς γραμματοφόροι. Ἀστεμφής. ἀμετακίνητος, βέβαιος. Ἀστραβής. ἄτρεπτος. παρὰ τὸ στρέφω στρεφὴς καὶ ἀστραβής.</w:t>
      </w:r>
    </w:p>
    <w:p>
      <w:r>
        <w:rPr>
          <w:rFonts w:ascii="Courier New" w:hAnsi="Courier New"/>
          <w:color w:val="555555"/>
          <w:sz w:val="20"/>
        </w:rPr>
        <w:t>[10]</w:t>
      </w:r>
    </w:p>
    <w:p>
      <w:r>
        <w:rPr>
          <w:rFonts w:ascii="Gentium Plus" w:hAnsi="Gentium Plus"/>
          <w:sz w:val="24"/>
        </w:rPr>
        <w:t>Ἀστέρι ὀπωρινῷ. ἤγουν τῷ κυνάστρῳ. Ἀστὴρ καὶ ἄστρον διαφέρει. ἀστὴρ γὰρ ὁ Κρό‐ νος καὶ οἱ ἄλλοι πλάνητες· ἄστρον δὲ ὁ Ὠρίων, ὃς κβ ἀστέρων ἐστὶ σύστημα. εἴρηται ἀστὴρ παρὰ τὸ μὴ ἔχειν στάσιν, ἀστατὴρ καὶ ἀστήρ.</w:t>
      </w:r>
    </w:p>
    <w:p>
      <w:r>
        <w:rPr>
          <w:rFonts w:ascii="Courier New" w:hAnsi="Courier New"/>
          <w:color w:val="555555"/>
          <w:sz w:val="20"/>
        </w:rPr>
        <w:t>[15]</w:t>
      </w:r>
    </w:p>
    <w:p>
      <w:r>
        <w:rPr>
          <w:rFonts w:ascii="Gentium Plus" w:hAnsi="Gentium Plus"/>
          <w:sz w:val="24"/>
        </w:rPr>
        <w:t>καταχρηστικῶς δὲ καὶ ἐπὶ τῶν ἀπλανῶν. ζη‐ τεῖται δὲ, διὰ τί, ὥσπερ γίνεται κατὰ συγκοπὴν γαστρὸς, μὴ τὸν αὐτὸν τρόπον καὶ ἀπὸ τοῦ ἀστὴρ ἀστέρος ἀστρός. καὶ ἔστιν εἰπεῖν, ὅτι αἱ συγκοπτόμεναι γενικαὶ μιμεῖσθαι θέλουσι τὰς</w:t>
      </w:r>
    </w:p>
    <w:p>
      <w:r>
        <w:rPr>
          <w:rFonts w:ascii="Courier New" w:hAnsi="Courier New"/>
          <w:color w:val="555555"/>
          <w:sz w:val="20"/>
        </w:rPr>
        <w:t>[20]</w:t>
      </w:r>
    </w:p>
    <w:p>
      <w:r>
        <w:rPr>
          <w:rFonts w:ascii="Gentium Plus" w:hAnsi="Gentium Plus"/>
          <w:sz w:val="24"/>
        </w:rPr>
        <w:t>ὀξυτόνους εὐθείας. ἐπεὶ οὖν ἡ ἀστέρος γενικὴ συγκοπτομένη οὐκ εὐθεῖα, ἵνα μιμήσηται, οὐ συγκόπτεται. εἰ δέ τις εἴποι, ἡ γαστέρος ὤφει‐</w:t>
      </w:r>
    </w:p>
    <w:p>
      <w:r>
        <w:rPr>
          <w:rFonts w:ascii="Courier New" w:hAnsi="Courier New"/>
          <w:color w:val="555555"/>
          <w:sz w:val="20"/>
        </w:rPr>
        <w:t>[alpha 315]</w:t>
      </w:r>
    </w:p>
    <w:p>
      <w:r>
        <w:rPr>
          <w:rFonts w:ascii="Gentium Plus" w:hAnsi="Gentium Plus"/>
          <w:sz w:val="24"/>
        </w:rPr>
        <w:t>εὐθεῖαν, ἵνα μιμήσηται· ἔστιν εἰπεῖν, ὅτι τὸ γα‐ στὴρ παραλόγως ὠξύνθη, τούτου χάριν παρα‐ λόγως ἀνεδέξατο τὴν συγκοπήν. διὰ τί δὲ, ὥσ‐ περ γίνεται θυγατέρα θύγατρα, καὶ ἀνέρα ἄν‐</w:t>
      </w:r>
    </w:p>
    <w:p>
      <w:r>
        <w:rPr>
          <w:rFonts w:ascii="Courier New" w:hAnsi="Courier New"/>
          <w:color w:val="555555"/>
          <w:sz w:val="20"/>
        </w:rPr>
        <w:t>[5]</w:t>
      </w:r>
    </w:p>
    <w:p>
      <w:r>
        <w:rPr>
          <w:rFonts w:ascii="Gentium Plus" w:hAnsi="Gentium Plus"/>
          <w:sz w:val="24"/>
        </w:rPr>
        <w:t>δρα, μὴ τὸν αὐτὸν γίνεται μητέρα μήτρα; καὶ ἔστιν εἰπεῖν, τὸ μὲν μητέρα, ἵνα μὴ συνεμ‐ πέσῃ τῇ μήτρα εὐθείᾳ, ὃ σημαίνει τὴν πα‐ τρίδα. Ἀσύνθετος. ὁ ἀσύμφωνος, ὁ ταῖς συνθήκαις</w:t>
      </w:r>
    </w:p>
    <w:p>
      <w:r>
        <w:rPr>
          <w:rFonts w:ascii="Courier New" w:hAnsi="Courier New"/>
          <w:color w:val="555555"/>
          <w:sz w:val="20"/>
        </w:rPr>
        <w:t>[10]</w:t>
      </w:r>
    </w:p>
    <w:p>
      <w:r>
        <w:rPr>
          <w:rFonts w:ascii="Gentium Plus" w:hAnsi="Gentium Plus"/>
          <w:sz w:val="24"/>
        </w:rPr>
        <w:t>μὴ ἐμμένων. Ἀσυνδύαστος. ἀσύζευκτος, ἀσύμπλοκος. Ἀσύγκριτος. ὑπερέχων, μὴ συγκρινόμενος. Ἀσυντελής. ἀχρήσιμος, ἀσύμφορος. Ἀσύστατον. οὐ συνεστῶτα, οὐ δὲ πυκνὸν, ἀλλ’</w:t>
      </w:r>
    </w:p>
    <w:p>
      <w:r>
        <w:rPr>
          <w:rFonts w:ascii="Courier New" w:hAnsi="Courier New"/>
          <w:color w:val="555555"/>
          <w:sz w:val="20"/>
        </w:rPr>
        <w:t>[15]</w:t>
      </w:r>
    </w:p>
    <w:p>
      <w:r>
        <w:rPr>
          <w:rFonts w:ascii="Gentium Plus" w:hAnsi="Gentium Plus"/>
          <w:sz w:val="24"/>
        </w:rPr>
        <w:t>ἀραιὸν, ἐν τῇ ποιήσει καὶ κομπώδη. ἢ ἀδιάθε‐ τον, ἀπιθάνως συντεθέντα. Ἀσύφηλος. ἄδικος, μάταιος, ἀπαίδευτος, ἄτι‐ μος, ἀδόκιμος, ἀνόητος. παρὰ τὸ σοφὸς γίνεται σόφλος, καὶ μετὰ τοῦ στερητικοῦ α ἄσοφλος,</w:t>
      </w:r>
    </w:p>
    <w:p>
      <w:r>
        <w:rPr>
          <w:rFonts w:ascii="Courier New" w:hAnsi="Courier New"/>
          <w:color w:val="555555"/>
          <w:sz w:val="20"/>
        </w:rPr>
        <w:t>[20]</w:t>
      </w:r>
    </w:p>
    <w:p>
      <w:r>
        <w:rPr>
          <w:rFonts w:ascii="Gentium Plus" w:hAnsi="Gentium Plus"/>
          <w:sz w:val="24"/>
        </w:rPr>
        <w:t>καὶ μεταβολῇ τοῦ ο εἰς υ ἀσύφηλος. ὡς ἄγο‐ ρις ἄγυρις, καὶ ὄνομα ὄνυμα. Ἀσφάραγος. ὁ λαιμός. παρὰ τὸ ἀσπαίρω ἀσπά‐</w:t>
      </w:r>
    </w:p>
    <w:p>
      <w:r>
        <w:rPr>
          <w:rFonts w:ascii="Courier New" w:hAnsi="Courier New"/>
          <w:color w:val="555555"/>
          <w:sz w:val="20"/>
        </w:rPr>
        <w:t>[alpha 316]</w:t>
      </w:r>
    </w:p>
    <w:p>
      <w:r>
        <w:rPr>
          <w:rFonts w:ascii="Gentium Plus" w:hAnsi="Gentium Plus"/>
          <w:sz w:val="24"/>
        </w:rPr>
        <w:t>γειν ὁ λάρυγξ. ὁ δὲ Ἡρωδιανὸς λέγει παρὰ τὸ σφαραγεῖν, ὅ ἐστιν ἠχεῖν· δι’ αὐτοῦ γὰρ ἡ φωνὴ φέρεται· καὶ κατὰ πλεονασμὸν τοῦ α ἀσφάραγος. λέγεται δὲ καὶ τὸ ἐξ ἀκάνθων</w:t>
      </w:r>
    </w:p>
    <w:p>
      <w:r>
        <w:rPr>
          <w:rFonts w:ascii="Courier New" w:hAnsi="Courier New"/>
          <w:color w:val="555555"/>
          <w:sz w:val="20"/>
        </w:rPr>
        <w:t>[5]</w:t>
      </w:r>
    </w:p>
    <w:p>
      <w:r>
        <w:rPr>
          <w:rFonts w:ascii="Gentium Plus" w:hAnsi="Gentium Plus"/>
          <w:sz w:val="24"/>
        </w:rPr>
        <w:t>φυόμενον βλάστημα. ἔστι δέ τι καὶ βοτάνης εἶδος ἀσφάραγος πρὸς τὰς καθάρσεις ἐπιτή‐ δειον. [καὶ οἱ μὲν Ἀττικοὶ διὰ τοῦ φ τὴν λέξιν προσφέρουσιν, οἱ δὲ λοιποὶ, μὴ ἀκριβοῦντες, διὰ τοῦ π.]</w:t>
      </w:r>
    </w:p>
    <w:p>
      <w:r>
        <w:rPr>
          <w:rFonts w:ascii="Courier New" w:hAnsi="Courier New"/>
          <w:color w:val="555555"/>
          <w:sz w:val="20"/>
        </w:rPr>
        <w:t>[10]</w:t>
      </w:r>
    </w:p>
    <w:p>
      <w:r>
        <w:rPr>
          <w:rFonts w:ascii="Gentium Plus" w:hAnsi="Gentium Plus"/>
          <w:sz w:val="24"/>
        </w:rPr>
        <w:t>Ἀσφάλαξ. παρὰ τὸ σπῶ γίνεται σπάλαξ, καὶ πλεονασμῷ τοῦ α ἀσφάλαξ κατὰ μετάθεσιν τοῦ π. Ἀσφοδελός. ὁ λειμών. Ἀσφόδελος δὲ, τὸ φυτόν.</w:t>
      </w:r>
    </w:p>
    <w:p>
      <w:r>
        <w:rPr>
          <w:rFonts w:ascii="Courier New" w:hAnsi="Courier New"/>
          <w:color w:val="555555"/>
          <w:sz w:val="20"/>
        </w:rPr>
        <w:t>[15]</w:t>
      </w:r>
    </w:p>
    <w:p>
      <w:r>
        <w:rPr>
          <w:rFonts w:ascii="Gentium Plus" w:hAnsi="Gentium Plus"/>
          <w:sz w:val="24"/>
        </w:rPr>
        <w:t>Ἄσχολος. ὁ μὴ εὐκαιρῶν. σχολὴ γὰρ ἡ ἐν τῇ λεγομένῃ συνηθείᾳ εὐκαιρία. Ἄσχετος. ὁ ἀκράτητος. παρὰ τὸ σχῆμι, ἀφ’ οὗ καὶ ἔσχηκα [ὁ παρακείμενος, καὶ ἐσχέθην ὁ ἀόριστος, καὶ ὁ μέλλων σχήσω. ἐξ οὗ ἡ</w:t>
      </w:r>
    </w:p>
    <w:p>
      <w:r>
        <w:rPr>
          <w:rFonts w:ascii="Courier New" w:hAnsi="Courier New"/>
          <w:color w:val="555555"/>
          <w:sz w:val="20"/>
        </w:rPr>
        <w:t>[20]</w:t>
      </w:r>
    </w:p>
    <w:p>
      <w:r>
        <w:rPr>
          <w:rFonts w:ascii="Gentium Plus" w:hAnsi="Gentium Plus"/>
          <w:sz w:val="24"/>
        </w:rPr>
        <w:t>σχέσις. καὶ ὡς παρὰ τὸ τίθημι γίνεται θετὸς, ἴημι, ἐτὸς καὶ ἄφετος, δίδωμι, δοτὸς, οὕτω σχῆμι, σχετὸς καὶ ἄσχετος.]</w:t>
      </w:r>
    </w:p>
    <w:p>
      <w:r>
        <w:rPr>
          <w:rFonts w:ascii="Courier New" w:hAnsi="Courier New"/>
          <w:color w:val="555555"/>
          <w:sz w:val="20"/>
        </w:rPr>
        <w:t>[alpha 317]</w:t>
      </w:r>
    </w:p>
    <w:p>
      <w:r>
        <w:rPr>
          <w:rFonts w:ascii="Gentium Plus" w:hAnsi="Gentium Plus"/>
          <w:sz w:val="24"/>
        </w:rPr>
        <w:t>Ἄσωτος. ἀκόλαστος, ἀσελγής. παρὰ τὸ σώζω, σώσω, σέσωκα, σέσωσμαι, σέσωσται, σωτὸς καὶ ἄσωτος. Ἀσκάλων. πόλις Συρίας. ἀπὸ τοῦ Ἀσκάλου ἀδελ‐</w:t>
      </w:r>
    </w:p>
    <w:p>
      <w:r>
        <w:rPr>
          <w:rFonts w:ascii="Courier New" w:hAnsi="Courier New"/>
          <w:color w:val="555555"/>
          <w:sz w:val="20"/>
        </w:rPr>
        <w:t>[5]</w:t>
      </w:r>
    </w:p>
    <w:p>
      <w:r>
        <w:rPr>
          <w:rFonts w:ascii="Gentium Plus" w:hAnsi="Gentium Plus"/>
          <w:sz w:val="24"/>
        </w:rPr>
        <w:t>φοῦ Ταντάλου. ὁ πολίτης Ἀσκαλωνίτης. Ἀσυνέτους. τοὺς ἀσυνειδήτους λέγει ὁ Ἀπό‐ στολος. ὧν οὐδὲν ἀφρονέστερον. Ἀσσύριος. ὁ Βαβυλώνιος. ἐξ οὗ καὶ Ἀσσύριος φλόξ.</w:t>
      </w:r>
    </w:p>
    <w:p>
      <w:r>
        <w:rPr>
          <w:rFonts w:ascii="Courier New" w:hAnsi="Courier New"/>
          <w:color w:val="555555"/>
          <w:sz w:val="20"/>
        </w:rPr>
        <w:t>[10]</w:t>
      </w:r>
    </w:p>
    <w:p>
      <w:r>
        <w:rPr>
          <w:rFonts w:ascii="Gentium Plus" w:hAnsi="Gentium Plus"/>
          <w:sz w:val="24"/>
        </w:rPr>
        <w:t>Ἀσιδηνός. ὁ ἀπὸ τῆς Ἀσίδος. Ἀσεβής. παρὰ τὸ σέβω, σεβὴς καὶ μετὰ τοῦ στερητικοῦ α ἀσεβής. οἱονεὶ ὁ μὴ σεβόμενος τὸν θεόν. εἰς τὸ α ψιλὴν διατί; τὸ στερητι‐ κὸν α ψιλοῦται πλὴν τοῦ ἅλυσις καὶ ἅδης.</w:t>
      </w:r>
    </w:p>
    <w:p>
      <w:r>
        <w:rPr>
          <w:rFonts w:ascii="Courier New" w:hAnsi="Courier New"/>
          <w:color w:val="555555"/>
          <w:sz w:val="20"/>
        </w:rPr>
        <w:t>[15]</w:t>
      </w:r>
    </w:p>
    <w:p>
      <w:r>
        <w:rPr>
          <w:rFonts w:ascii="Gentium Plus" w:hAnsi="Gentium Plus"/>
          <w:sz w:val="24"/>
        </w:rPr>
        <w:t>Ἀσαλής. ὁ ἀφρόντιστος. σάλη γὰρ ἡ φροντίς.</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Ἀσάμινθος. ἡ πύελος, ὅ ἐστι λεκάνη, καὶ ὁ τόπος, ἐν ᾧ λούονται. παρὰ τὸ μινύθειν τὴν</w:t>
      </w:r>
    </w:p>
    <w:p>
      <w:r>
        <w:rPr>
          <w:rFonts w:ascii="Courier New" w:hAnsi="Courier New"/>
          <w:color w:val="555555"/>
          <w:sz w:val="20"/>
        </w:rPr>
        <w:t>[alpha 318]</w:t>
      </w:r>
    </w:p>
    <w:p>
      <w:r>
        <w:rPr>
          <w:rFonts w:ascii="Gentium Plus" w:hAnsi="Gentium Plus"/>
          <w:sz w:val="24"/>
        </w:rPr>
        <w:t>Ἀσέλγεια. διάθεσις μὴ ἔχουσα ἢ μὴ φέρουσα ἄλγος ἀθλητικόν. Ἀσέβεια. ἀδικία περὶ τὸ θεῖον. Ἄσις. ἡ ἀκαθαρσία. καὶ ἄση. ἀσὴ δὲ κατὰ</w:t>
      </w:r>
    </w:p>
    <w:p>
      <w:r>
        <w:rPr>
          <w:rFonts w:ascii="Courier New" w:hAnsi="Courier New"/>
          <w:color w:val="555555"/>
          <w:sz w:val="20"/>
        </w:rPr>
        <w:t>[5]</w:t>
      </w:r>
    </w:p>
    <w:p>
      <w:r>
        <w:rPr>
          <w:rFonts w:ascii="Gentium Plus" w:hAnsi="Gentium Plus"/>
          <w:sz w:val="24"/>
        </w:rPr>
        <w:t>τοὺς ἰατροὺς ἡ ἀνερμήνευτος ποιότης, ἡ προη‐ γουμένη τοῦ ἐμέτου. Ἀσία. πόλις Λυδίας, ἐν ᾗ τρίχορδος εὑρέθη κιθάρα. διὸ καὶ Ἀσία ἡ ἤπειρος, ἡ μὲν ἀπὸ Ἀσίου τοῦ Λυδοῦ, ἡ δὲ ἐκ τῆς Προμηθέως γυ‐</w:t>
      </w:r>
    </w:p>
    <w:p>
      <w:r>
        <w:rPr>
          <w:rFonts w:ascii="Courier New" w:hAnsi="Courier New"/>
          <w:color w:val="555555"/>
          <w:sz w:val="20"/>
        </w:rPr>
        <w:t>[10]</w:t>
      </w:r>
    </w:p>
    <w:p>
      <w:r>
        <w:rPr>
          <w:rFonts w:ascii="Gentium Plus" w:hAnsi="Gentium Plus"/>
          <w:sz w:val="24"/>
        </w:rPr>
        <w:t>ναικός. τὸ ἐθνικὸν Ἀσιεὺς καὶ Ἀσιανός. Ἀσιάτης. ἡ τρίχορδος κιθάρα εἴρηται, ὅτι ἐν τῇ Ἀσίᾳ, πόλει τῆς Λυδίας κειμένῃ ἐν Τμώ‐ λῳ, πρῶτον εὑρέθη, ἢ ἀπὸ Ἀσίου τινός. Ἀσίδα. στρουθοκάμηλον.</w:t>
      </w:r>
    </w:p>
    <w:p>
      <w:r>
        <w:rPr>
          <w:rFonts w:ascii="Courier New" w:hAnsi="Courier New"/>
          <w:color w:val="555555"/>
          <w:sz w:val="20"/>
        </w:rPr>
        <w:t>[15]</w:t>
      </w:r>
    </w:p>
    <w:p>
      <w:r>
        <w:rPr>
          <w:rFonts w:ascii="Gentium Plus" w:hAnsi="Gentium Plus"/>
          <w:sz w:val="24"/>
        </w:rPr>
        <w:t>Ἀσιχίνη. κύριον. Ἀσέλγη. πόλις, ὅπου κακῶς ἔζων οἱ ἄνθρωποι καὶ ἀλλήλοις ἐκοινώνουν. Ἀσκοπήρα. τὸ μαρσίπιον ἤτοι τὸ σακκοπάθ‐ νιον.</w:t>
      </w:r>
    </w:p>
    <w:p>
      <w:r>
        <w:rPr>
          <w:rFonts w:ascii="Courier New" w:hAnsi="Courier New"/>
          <w:color w:val="555555"/>
          <w:sz w:val="20"/>
        </w:rPr>
        <w:t>[20]</w:t>
      </w:r>
    </w:p>
    <w:p>
      <w:r>
        <w:rPr>
          <w:rFonts w:ascii="Gentium Plus" w:hAnsi="Gentium Plus"/>
          <w:sz w:val="24"/>
        </w:rPr>
        <w:t>Ἀσκαμωνία. βοτάνη ἰατρική.</w:t>
      </w:r>
    </w:p>
    <w:p>
      <w:r>
        <w:rPr>
          <w:rFonts w:ascii="Courier New" w:hAnsi="Courier New"/>
          <w:color w:val="555555"/>
          <w:sz w:val="20"/>
        </w:rPr>
        <w:t>[alpha 319]</w:t>
      </w:r>
    </w:p>
    <w:p>
      <w:r>
        <w:rPr>
          <w:rFonts w:ascii="Gentium Plus" w:hAnsi="Gentium Plus"/>
          <w:sz w:val="24"/>
        </w:rPr>
        <w:t>Ἀσκέραι. ὑποδήματα ἀττικά. Ἄσκιος ὕλη. δασεῖα. τὸ α κατ’ ἐπίτασιν. Ἀσπίς. θηρίον ὀφιοειδές. καὶ τὸ σκουτάριον. Ἄσπειστον ἔχθραν. μῖσος ἄσπονδον.</w:t>
      </w:r>
    </w:p>
    <w:p>
      <w:r>
        <w:rPr>
          <w:rFonts w:ascii="Courier New" w:hAnsi="Courier New"/>
          <w:color w:val="555555"/>
          <w:sz w:val="20"/>
        </w:rPr>
        <w:t>[5]</w:t>
      </w:r>
    </w:p>
    <w:p>
      <w:r>
        <w:rPr>
          <w:rFonts w:ascii="Gentium Plus" w:hAnsi="Gentium Plus"/>
          <w:sz w:val="24"/>
        </w:rPr>
        <w:t>Ἀσπασία. θαυμαστὴ, χαιρετιστική. Ἀσπάλαθος. εἶδος ἀκάνθης. Νίκανδρος. ἐν γὰρ ὄρει ῥάμνοι τὲ καὶ ἀσπάλαθοι. εἴρηται δὲ παρὰ τὸ σπῶ· σπάλαθος καὶ ἀσπά‐ λαθος.</w:t>
      </w:r>
    </w:p>
    <w:p>
      <w:r>
        <w:rPr>
          <w:rFonts w:ascii="Courier New" w:hAnsi="Courier New"/>
          <w:color w:val="555555"/>
          <w:sz w:val="20"/>
        </w:rPr>
        <w:t>[10]</w:t>
      </w:r>
    </w:p>
    <w:p>
      <w:r>
        <w:rPr>
          <w:rFonts w:ascii="Gentium Plus" w:hAnsi="Gentium Plus"/>
          <w:sz w:val="24"/>
        </w:rPr>
        <w:t>Ἀσμωλή. ὀλίγη ἀναπνοή. οἶμαι, ὅτι ἀσθμωλὴ γράφεται. Ἀστειότης. φαιδρότης μετὰ λόγου. Ἀστιβής. ὁδὸς ἀτριβὴς, ἀπάτητος, ἄβατος. στίβος γὰρ ἡ ὁδός.</w:t>
      </w:r>
    </w:p>
    <w:p>
      <w:r>
        <w:rPr>
          <w:rFonts w:ascii="Courier New" w:hAnsi="Courier New"/>
          <w:color w:val="555555"/>
          <w:sz w:val="20"/>
        </w:rPr>
        <w:t>[15]</w:t>
      </w:r>
    </w:p>
    <w:p>
      <w:r>
        <w:rPr>
          <w:rFonts w:ascii="Gentium Plus" w:hAnsi="Gentium Plus"/>
          <w:sz w:val="24"/>
        </w:rPr>
        <w:t>Ἀστάρτη. ἡ θεὸς, ἡ Σελήνη. καὶ νῆσος Αἰ‐ θιοπίας. παρὰ τὸ ἄστρα ἀστράτη, ἢ παρὰ τὸ τοὺς ἀστέρας, καὶ κατὰ συγκοπὴν, ἀστάρτη, ἀσταρταῖος, ἀστάρτης. Ἀστέμβακτος. ἀκίνητος, ἢ βεβαία, ἢ τετιμη‐</w:t>
      </w:r>
    </w:p>
    <w:p>
      <w:r>
        <w:rPr>
          <w:rFonts w:ascii="Courier New" w:hAnsi="Courier New"/>
          <w:color w:val="555555"/>
          <w:sz w:val="20"/>
        </w:rPr>
        <w:t>[20]</w:t>
      </w:r>
    </w:p>
    <w:p>
      <w:r>
        <w:rPr>
          <w:rFonts w:ascii="Gentium Plus" w:hAnsi="Gentium Plus"/>
          <w:sz w:val="24"/>
        </w:rPr>
        <w:t>μένη. εἴρηται δὲ κατὰ ἀπόφασιν τοῦ στεμβά‐</w:t>
      </w:r>
    </w:p>
    <w:p>
      <w:r>
        <w:rPr>
          <w:rFonts w:ascii="Courier New" w:hAnsi="Courier New"/>
          <w:color w:val="555555"/>
          <w:sz w:val="20"/>
        </w:rPr>
        <w:t>[alpha 320]</w:t>
      </w:r>
    </w:p>
    <w:p>
      <w:r>
        <w:rPr>
          <w:rFonts w:ascii="Gentium Plus" w:hAnsi="Gentium Plus"/>
          <w:sz w:val="24"/>
        </w:rPr>
        <w:t>Ἀστεροπή. ἡ ἀστραπή. παρὰ τὸ στερίσκειν τοὺς ὦπας διὰ τῆς ἀντιλαμπούσης λαμπάδος. ἢ παρὰ τὸ ὄπτω, ὄπτη, καὶ μετὰ τοῦ ἀστέρος ἀστεροπτὴ, καὶ ἀποβολῇ τοῦ τ ἀστεροπή.</w:t>
      </w:r>
    </w:p>
    <w:p>
      <w:r>
        <w:rPr>
          <w:rFonts w:ascii="Courier New" w:hAnsi="Courier New"/>
          <w:color w:val="555555"/>
          <w:sz w:val="20"/>
        </w:rPr>
        <w:t>[5]</w:t>
      </w:r>
    </w:p>
    <w:p>
      <w:r>
        <w:rPr>
          <w:rFonts w:ascii="Gentium Plus" w:hAnsi="Gentium Plus"/>
          <w:sz w:val="24"/>
        </w:rPr>
        <w:t>Ἀστραπή. ῥῆξις πυρὸς ἐκ νεφῶν περιτρίψεως. τὸ γὰρ πνεῦμα μετὰ βίας ἐκραγὲν τῶν νεφῶν καὶ τὸν ψόφον ποιῆσαν ἐκπυρωθὲν διὰ τὴν κίνησιν φλογῶδες γίνεται. ἰστέον δὲ, ὅτι ἡ αὐτὴ φύσις τοῦ πνεύματος, ἐν μὲν τῇ γῇ ἔστι σει‐</w:t>
      </w:r>
    </w:p>
    <w:p>
      <w:r>
        <w:rPr>
          <w:rFonts w:ascii="Courier New" w:hAnsi="Courier New"/>
          <w:color w:val="555555"/>
          <w:sz w:val="20"/>
        </w:rPr>
        <w:t>[10]</w:t>
      </w:r>
    </w:p>
    <w:p>
      <w:r>
        <w:rPr>
          <w:rFonts w:ascii="Gentium Plus" w:hAnsi="Gentium Plus"/>
          <w:sz w:val="24"/>
        </w:rPr>
        <w:t>σμὸς, ἐν δὲ τοῖς νέφεσι βροντὴ, περὶ δὲ τὴν γῆν ἄνεμος· πάντα γὰρ ταῦτα ἀναθυμίασις ἔστι ξηρά. Ἀστρατεία. ἡ εἰρήνη· ἐπεὶ ἐν εἰρήνῃ οὐ στρα‐ τεύονται.</w:t>
      </w:r>
    </w:p>
    <w:p>
      <w:r>
        <w:rPr>
          <w:rFonts w:ascii="Courier New" w:hAnsi="Courier New"/>
          <w:color w:val="555555"/>
          <w:sz w:val="20"/>
        </w:rPr>
        <w:t>[15]</w:t>
      </w:r>
    </w:p>
    <w:p>
      <w:r>
        <w:rPr>
          <w:rFonts w:ascii="Gentium Plus" w:hAnsi="Gentium Plus"/>
          <w:sz w:val="24"/>
        </w:rPr>
        <w:t>Ἀστρονομία. ἡ τῶν ἄστρων διανομή. πρῶτον Βα‐ βυλώνιοι ταύτην ἐφεῦρον διὰ Ζωροάστρου, μεθ’ ὧν καὶ Ὀστάνης. Ἀστυπάλαια καὶ Ἀστυπαλία. μοῖρα τῆς Σάμου. εἴρηται, ὅτι Προκλῆς καὶ Ἐπομβρίων</w:t>
      </w:r>
    </w:p>
    <w:p>
      <w:r>
        <w:rPr>
          <w:rFonts w:ascii="Courier New" w:hAnsi="Courier New"/>
          <w:color w:val="555555"/>
          <w:sz w:val="20"/>
        </w:rPr>
        <w:t>[20]</w:t>
      </w:r>
    </w:p>
    <w:p>
      <w:r>
        <w:rPr>
          <w:rFonts w:ascii="Gentium Plus" w:hAnsi="Gentium Plus"/>
          <w:sz w:val="24"/>
        </w:rPr>
        <w:t>ἀποικίαν στείλαντες εἰς Σάμον πρὸς τοὺς ἐνοι‐</w:t>
      </w:r>
    </w:p>
    <w:p>
      <w:r>
        <w:rPr>
          <w:rFonts w:ascii="Courier New" w:hAnsi="Courier New"/>
          <w:color w:val="555555"/>
          <w:sz w:val="20"/>
        </w:rPr>
        <w:t>[alpha 321]</w:t>
      </w:r>
    </w:p>
    <w:p>
      <w:r>
        <w:rPr>
          <w:rFonts w:ascii="Gentium Plus" w:hAnsi="Gentium Plus"/>
          <w:sz w:val="24"/>
        </w:rPr>
        <w:t>τὸν Σχήσιον ποταμὸν, καὶ εἰς δύο φυλὰς τὴν πόλιν διένειμαν, ὧν τὴν μὲν Σχησίαν ὠνόμα‐ σαν, τὴν δὲ Ἀστυπαλίαν ἀπὸ τοῦ παλαιοῦ ἐκεῖ‐ σε ὄντος ἄστεος.</w:t>
      </w:r>
    </w:p>
    <w:p>
      <w:r>
        <w:rPr>
          <w:rFonts w:ascii="Courier New" w:hAnsi="Courier New"/>
          <w:color w:val="555555"/>
          <w:sz w:val="20"/>
        </w:rPr>
        <w:t>[5]</w:t>
      </w:r>
    </w:p>
    <w:p>
      <w:r>
        <w:rPr>
          <w:rFonts w:ascii="Gentium Plus" w:hAnsi="Gentium Plus"/>
          <w:sz w:val="24"/>
        </w:rPr>
        <w:t>Ἀσυνθεσία. παράβασις συνθηκῶν. Ἀσσυρίηθεν. ἀπὸ τῆς Ἀσσυρίας. Ἀσφαλτῖτις λίμνη. ἔνθα ἡ ἄσφαλτος γίνεται. ἄσφαλτος δὲ ξηρίον ἐστὶ πίττῃ ὅμοιον. χρῶν‐ ται δὲ ταύτῃ καὶ οἱ ἰατροὶ, λέγουσι δὲ τὴν</w:t>
      </w:r>
    </w:p>
    <w:p>
      <w:r>
        <w:rPr>
          <w:rFonts w:ascii="Courier New" w:hAnsi="Courier New"/>
          <w:color w:val="555555"/>
          <w:sz w:val="20"/>
        </w:rPr>
        <w:t>[10]</w:t>
      </w:r>
    </w:p>
    <w:p>
      <w:r>
        <w:rPr>
          <w:rFonts w:ascii="Gentium Plus" w:hAnsi="Gentium Plus"/>
          <w:sz w:val="24"/>
        </w:rPr>
        <w:t>νάφθαν. Ἀσφάλτωσις. ἡ πίττωσις. Ἀσφάλεια. ἔγγραφος βεβαίωσις. Ἀστράβη. τὸ σαγμοσέλλιον. Ἀστάρτη. ἄγαλμα Ἀφροδίτης, τιμώμενον παρὰ</w:t>
      </w:r>
    </w:p>
    <w:p>
      <w:r>
        <w:rPr>
          <w:rFonts w:ascii="Courier New" w:hAnsi="Courier New"/>
          <w:color w:val="555555"/>
          <w:sz w:val="20"/>
        </w:rPr>
        <w:t>[15]</w:t>
      </w:r>
    </w:p>
    <w:p>
      <w:r>
        <w:rPr>
          <w:rFonts w:ascii="Gentium Plus" w:hAnsi="Gentium Plus"/>
          <w:sz w:val="24"/>
        </w:rPr>
        <w:t>Σιδωνίων. τοῦ ἄστρου δὲ τύπος· αὐτὸ τὸ ἄστρον</w:t>
      </w:r>
    </w:p>
    <w:p>
      <w:r>
        <w:rPr>
          <w:rFonts w:ascii="Courier New" w:hAnsi="Courier New"/>
          <w:color w:val="555555"/>
          <w:sz w:val="20"/>
        </w:rPr>
        <w:t>[alpha 322]</w:t>
      </w:r>
    </w:p>
    <w:p>
      <w:r>
        <w:rPr>
          <w:rFonts w:ascii="Gentium Plus" w:hAnsi="Gentium Plus"/>
          <w:sz w:val="24"/>
        </w:rPr>
        <w:t>αὐτὸ καὶ παρὰ Μοαβιτῶν ἐτιμᾶτο. καὶ ὁ θεό‐ λογος· τί φήσω πρὸς τοὺς Ἀστάρτην προσκυ‐ νοῦντας. ἢ τὸ Χαμὼς βδέλυγμα Σιδωνίων.</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Ἄσσα. ὅτε σημαίνει τὸ ὅσα καὶ ἅτινα, δασύνε‐ ται· ὅτε δὲ τὸ τινὰ, ψιλοῦται. Ἄσσαρ. εἶδος λαχάνου, ᾧ κέχρηνται οἱ ἰατροὶ εἰς θεραπείαν τῶν νοσούντων. Ἀσήμαντα. τὰ λεγόμενα ἀσφράγιστα· καὶ</w:t>
      </w:r>
    </w:p>
    <w:p>
      <w:r>
        <w:rPr>
          <w:rFonts w:ascii="Courier New" w:hAnsi="Courier New"/>
          <w:color w:val="555555"/>
          <w:sz w:val="20"/>
        </w:rPr>
        <w:t>[10]</w:t>
      </w:r>
    </w:p>
    <w:p>
      <w:r>
        <w:rPr>
          <w:rFonts w:ascii="Gentium Plus" w:hAnsi="Gentium Plus"/>
          <w:sz w:val="24"/>
        </w:rPr>
        <w:t>γὰρ σημεῖα τὰς σφραγίδας ἔλεγον. ἢ καὶ τὰ ἀφύλακτα. Ἄσημον. ἀτράνωτον. Ἀσήμιον. ὁ ἄργυρος. Ἀσυρῆ. ἀκάθαρτα.</w:t>
      </w:r>
    </w:p>
    <w:p>
      <w:r>
        <w:rPr>
          <w:rFonts w:ascii="Courier New" w:hAnsi="Courier New"/>
          <w:color w:val="555555"/>
          <w:sz w:val="20"/>
        </w:rPr>
        <w:t>[15]</w:t>
      </w:r>
    </w:p>
    <w:p>
      <w:r>
        <w:rPr>
          <w:rFonts w:ascii="Gentium Plus" w:hAnsi="Gentium Plus"/>
          <w:sz w:val="24"/>
        </w:rPr>
        <w:t>Ἀσσάριον. πεντανούμμιον ἢ δεκάνουμμον.</w:t>
      </w:r>
    </w:p>
    <w:p>
      <w:r>
        <w:rPr>
          <w:rFonts w:ascii="Courier New" w:hAnsi="Courier New"/>
          <w:color w:val="555555"/>
          <w:sz w:val="20"/>
        </w:rPr>
        <w:t>[alpha 323]</w:t>
      </w:r>
    </w:p>
    <w:p>
      <w:r>
        <w:rPr>
          <w:rFonts w:ascii="Gentium Plus" w:hAnsi="Gentium Plus"/>
          <w:sz w:val="24"/>
        </w:rPr>
        <w:t>Ἆσθμα. ἡ συνεχομένη πνοὴ καὶ συγκοπτομένη. παρὰ τὸ ἄω τὸ πνέω. Ἀσκελές. τὸ σκληρόν. Ἀσκώματα. τὰ ἐπιῤῥαπτόμενα δέρματα ταῖς</w:t>
      </w:r>
    </w:p>
    <w:p>
      <w:r>
        <w:rPr>
          <w:rFonts w:ascii="Courier New" w:hAnsi="Courier New"/>
          <w:color w:val="555555"/>
          <w:sz w:val="20"/>
        </w:rPr>
        <w:t>[5]</w:t>
      </w:r>
    </w:p>
    <w:p>
      <w:r>
        <w:rPr>
          <w:rFonts w:ascii="Gentium Plus" w:hAnsi="Gentium Plus"/>
          <w:sz w:val="24"/>
        </w:rPr>
        <w:t>κώπαις ἐν ταῖς τριήρεσι, διὰ τὸ μὴ εἰσφέρε‐ σθαι τὸ θαλάσσιον ὕδωρ. [Ἀριστοφάνης· ἀσκώματα καὶ λίνα καὶ πίτταν διαπέμπων. καλοῦνται δὲ οὕτως καὶ αἱ γνάθοι ἀπὸ με‐ ταφορᾶς τῶν χαλκευτικῶν ἀσκωμάτων, ἅτινα</w:t>
      </w:r>
    </w:p>
    <w:p>
      <w:r>
        <w:rPr>
          <w:rFonts w:ascii="Courier New" w:hAnsi="Courier New"/>
          <w:color w:val="555555"/>
          <w:sz w:val="20"/>
        </w:rPr>
        <w:t>[10]</w:t>
      </w:r>
    </w:p>
    <w:p>
      <w:r>
        <w:rPr>
          <w:rFonts w:ascii="Gentium Plus" w:hAnsi="Gentium Plus"/>
          <w:sz w:val="24"/>
        </w:rPr>
        <w:t>φύσαι χαλκευτικαὶ λέγονται. ἐπὶ τῶν τριήρεων δὲ, ὅτι ἀπὸ ἀσκῶν γίνονται.] Ἀσκήματα. κατασκευάσματα ἢ καὶ τὰ παιδεύ‐ ματα. ἀπὸ τοῦ ἄσκησις. Ἆσμα. ὕμνος, ᾠδή.</w:t>
      </w:r>
    </w:p>
    <w:p>
      <w:r>
        <w:rPr>
          <w:rFonts w:ascii="Courier New" w:hAnsi="Courier New"/>
          <w:color w:val="555555"/>
          <w:sz w:val="20"/>
        </w:rPr>
        <w:t>[15]</w:t>
      </w:r>
    </w:p>
    <w:p>
      <w:r>
        <w:rPr>
          <w:rFonts w:ascii="Gentium Plus" w:hAnsi="Gentium Plus"/>
          <w:sz w:val="24"/>
        </w:rPr>
        <w:t>Ἄσπετον. πολύ. Ἄστυ. πόλις. Ἄστρον. σῶμα πύρινον ἐν τῷ οὐρανῷ πεπηγὸς καὶ τῇ κύκλῳ φορᾷ φερόμενον. ἢ σύστημα [πλειόνων] ἄστρων, ἢ τὸ ἐπί τινα χρόνον συν‐</w:t>
      </w:r>
    </w:p>
    <w:p>
      <w:r>
        <w:rPr>
          <w:rFonts w:ascii="Courier New" w:hAnsi="Courier New"/>
          <w:color w:val="555555"/>
          <w:sz w:val="20"/>
        </w:rPr>
        <w:t>[20]</w:t>
      </w:r>
    </w:p>
    <w:p>
      <w:r>
        <w:rPr>
          <w:rFonts w:ascii="Gentium Plus" w:hAnsi="Gentium Plus"/>
          <w:sz w:val="24"/>
        </w:rPr>
        <w:t>ιστάμενον ἐν μετεώρῳ, ὡς κομήτης. Ἀστυφέλικτον. ἀτίνακτον. Ἀσταγές. πολυσταγές. [ἀσταγὲς ὕδωρ.]</w:t>
      </w:r>
    </w:p>
    <w:p>
      <w:r>
        <w:rPr>
          <w:rFonts w:ascii="Courier New" w:hAnsi="Courier New"/>
          <w:color w:val="555555"/>
          <w:sz w:val="20"/>
        </w:rPr>
        <w:t>[alpha 324]</w:t>
      </w:r>
    </w:p>
    <w:p>
      <w:r>
        <w:rPr>
          <w:rFonts w:ascii="Gentium Plus" w:hAnsi="Gentium Plus"/>
          <w:sz w:val="24"/>
        </w:rPr>
        <w:t>ἐκάλουν, καὶ μὴ ὑποκείμενον χρήστῃ. εἴρηται, ὅτι τοῖς ὑποκειμένοις χρέεσι χωρίοις εἰώθασιν ἐγκαταπηγνύειν στήλην, ἣν ἐκάλουν ὅρον, ἐν ᾗ χρέος ἐγκεχάρακτο καὶ ὁ χρήστης, ἵνα μὴ</w:t>
      </w:r>
    </w:p>
    <w:p>
      <w:r>
        <w:rPr>
          <w:rFonts w:ascii="Courier New" w:hAnsi="Courier New"/>
          <w:color w:val="555555"/>
          <w:sz w:val="20"/>
        </w:rPr>
        <w:t>[5]</w:t>
      </w:r>
    </w:p>
    <w:p>
      <w:r>
        <w:rPr>
          <w:rFonts w:ascii="Gentium Plus" w:hAnsi="Gentium Plus"/>
          <w:sz w:val="24"/>
        </w:rPr>
        <w:t>πλανηθεὶς ἕτερος ἐπὶ καθαρῷ δανείσῃ. Ἄστυ. παρὰ τὸ ἄνω ἵστασθαι· οἱ γὰρ ἀρχαῖοι ἐφ’ ὑψηλοῦ τόπου ᾠκοδόμουν τὰς πόλεις. ἐκ δὲ τοῦ ἄστυ ἀστεῖος. σημαίνει δὲ τρία· ὁ ἐν ἄστει διατρίβων, ὁ διὰ χρηστὸν ἦθος ἐπαινού‐</w:t>
      </w:r>
    </w:p>
    <w:p>
      <w:r>
        <w:rPr>
          <w:rFonts w:ascii="Courier New" w:hAnsi="Courier New"/>
          <w:color w:val="555555"/>
          <w:sz w:val="20"/>
        </w:rPr>
        <w:t>[10]</w:t>
      </w:r>
    </w:p>
    <w:p>
      <w:r>
        <w:rPr>
          <w:rFonts w:ascii="Gentium Plus" w:hAnsi="Gentium Plus"/>
          <w:sz w:val="24"/>
        </w:rPr>
        <w:t>μενος, ὡς ὁ Μωϋσῆς, καὶ ὁ γελωτοποιός. Ἄστρια. οἱ ἀστράγαλοι. Καλλίμαχος· δέκα δ’ ἄστρι’ αἴνυτο λάτρον. Ἀσπαστόν. τὸ ἐπιθυμητόν. Ἀσύμβατον. πολέμιον. ἀφιλίωτον.</w:t>
      </w:r>
    </w:p>
    <w:p>
      <w:r>
        <w:rPr>
          <w:rFonts w:ascii="Courier New" w:hAnsi="Courier New"/>
          <w:color w:val="555555"/>
          <w:sz w:val="20"/>
        </w:rPr>
        <w:t>[15]</w:t>
      </w:r>
    </w:p>
    <w:p>
      <w:r>
        <w:rPr>
          <w:rFonts w:ascii="Gentium Plus" w:hAnsi="Gentium Plus"/>
          <w:sz w:val="24"/>
        </w:rPr>
        <w:t>Ἀσύμφορον. τὸ μὴ συμφέρον καὶ ἐνδεχόμενον. Ἀσυμφυῆ. ἀνοίκεια, ἀνόμοια. Ἀσυνάρτητον. ἀσυνάρμοστον. Ἀσύνθετον. τὸ μὴ ἐκ μερῶν τὴν συμπλήρωσιν τῆς οὐσίας καθ’ ὑπόστασιν ἔχον.</w:t>
      </w:r>
    </w:p>
    <w:p>
      <w:r>
        <w:rPr>
          <w:rFonts w:ascii="Courier New" w:hAnsi="Courier New"/>
          <w:color w:val="555555"/>
          <w:sz w:val="20"/>
        </w:rPr>
        <w:t>[20]</w:t>
      </w:r>
    </w:p>
    <w:p>
      <w:r>
        <w:rPr>
          <w:rFonts w:ascii="Gentium Plus" w:hAnsi="Gentium Plus"/>
          <w:sz w:val="24"/>
        </w:rPr>
        <w:t>Ἀσύντακτον. τὸ μὴ τεταγμένον, τὸ μὴ ἡνω‐ μένον καὶ σύμμικτον, ἀλλὰ διεσπασμένον καὶ διῃρημένον. Ἄσχετον. ἀκράτητον. Ἀσχημάτιστον. ᾧ μὴ πρόσεστι χαρακτὴρ ἐκ</w:t>
      </w:r>
    </w:p>
    <w:p>
      <w:r>
        <w:rPr>
          <w:rFonts w:ascii="Courier New" w:hAnsi="Courier New"/>
          <w:color w:val="555555"/>
          <w:sz w:val="20"/>
        </w:rPr>
        <w:t>[25]</w:t>
      </w:r>
    </w:p>
    <w:p>
      <w:r>
        <w:rPr>
          <w:rFonts w:ascii="Gentium Plus" w:hAnsi="Gentium Plus"/>
          <w:sz w:val="24"/>
        </w:rPr>
        <w:t>διατυπώσεως σώματος.</w:t>
      </w:r>
    </w:p>
    <w:p>
      <w:r>
        <w:rPr>
          <w:rFonts w:ascii="Courier New" w:hAnsi="Courier New"/>
          <w:color w:val="555555"/>
          <w:sz w:val="20"/>
        </w:rPr>
        <w:t>[alpha 325]</w:t>
      </w:r>
    </w:p>
    <w:p>
      <w:r>
        <w:rPr>
          <w:rFonts w:ascii="Gentium Plus" w:hAnsi="Gentium Plus"/>
          <w:sz w:val="24"/>
        </w:rPr>
        <w:t>Ἀσώματον. τὸ μὲν τῷ ἀριθμῷ, ὡς οἱ ἄγγελοι, οἷον Μιχαὴλ, Γαβριήλ· ἀριθμῷ γάρ· τὰ δὲ οὒ, ὡς τὰ καθόλου. Ἀσσώριον. ὄρος Σάμου, καὶ πόλις Σικελίας.</w:t>
      </w:r>
    </w:p>
    <w:p>
      <w:r>
        <w:rPr>
          <w:rFonts w:ascii="Courier New" w:hAnsi="Courier New"/>
          <w:color w:val="555555"/>
          <w:sz w:val="20"/>
        </w:rPr>
        <w:t>[5]</w:t>
      </w:r>
    </w:p>
    <w:p>
      <w:r>
        <w:rPr>
          <w:rFonts w:ascii="Gentium Plus" w:hAnsi="Gentium Plus"/>
          <w:sz w:val="24"/>
        </w:rPr>
        <w:t>ὁ πολίτης Ἀσσωρῖνος.</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Ἆσαι. κορέσαι. λέγεται δὲ καὶ τὸ δοξάσαι καὶ λέξαι. Ἀσελγαίνειν. πορνεύειν, ἀκολασταίνειν. παρὰ</w:t>
      </w:r>
    </w:p>
    <w:p>
      <w:r>
        <w:rPr>
          <w:rFonts w:ascii="Courier New" w:hAnsi="Courier New"/>
          <w:color w:val="555555"/>
          <w:sz w:val="20"/>
        </w:rPr>
        <w:t>[10]</w:t>
      </w:r>
    </w:p>
    <w:p>
      <w:r>
        <w:rPr>
          <w:rFonts w:ascii="Gentium Plus" w:hAnsi="Gentium Plus"/>
          <w:sz w:val="24"/>
        </w:rPr>
        <w:t>τὸ λέχος λεχαίνειν, τὸ λέχους ἐπιθυμεῖν. [καὶ κατὰ τροπὴν λεγαίνειν. ἔνθεν Ἀρχίλοχος· λέχαι δὲ γυναῖκες. ἀντὶ τοῦ ἀκόλαστοι. λεγαίνειν οὖν, καὶ πλεο‐ νασμῷ ἐλεγαίνειν· καὶ κατὰ σύνθεσιν τῆς α</w:t>
      </w:r>
    </w:p>
    <w:p>
      <w:r>
        <w:rPr>
          <w:rFonts w:ascii="Courier New" w:hAnsi="Courier New"/>
          <w:color w:val="555555"/>
          <w:sz w:val="20"/>
        </w:rPr>
        <w:t>[15]</w:t>
      </w:r>
    </w:p>
    <w:p>
      <w:r>
        <w:rPr>
          <w:rFonts w:ascii="Gentium Plus" w:hAnsi="Gentium Plus"/>
          <w:sz w:val="24"/>
        </w:rPr>
        <w:t>ἐπιτάσεως, καὶ πλεονασμῷ τοῦ ς, ἀσελγαίνειν.] ἔστι δὲ καὶ πόλις *οὕτω* καλουμένη [Ἀσέλγη, ὅπου κακῶς ἔζων οἱ ἄνθρωποι, καὶ ἀλλήλοις ἐκοινώνουν.] Ἀσθμαίνει. πνευστιᾷ, ἀναπνέει πυκνὰ καὶ ὀξέως.</w:t>
      </w:r>
    </w:p>
    <w:p>
      <w:r>
        <w:rPr>
          <w:rFonts w:ascii="Courier New" w:hAnsi="Courier New"/>
          <w:color w:val="555555"/>
          <w:sz w:val="20"/>
        </w:rPr>
        <w:t>[20]</w:t>
      </w:r>
    </w:p>
    <w:p>
      <w:r>
        <w:rPr>
          <w:rFonts w:ascii="Gentium Plus" w:hAnsi="Gentium Plus"/>
          <w:sz w:val="24"/>
        </w:rPr>
        <w:t>Ἀσθμάζει. ἀντὶ τοῦ ἀσθμαίνει. Ἀσκούμενος. γυμναζόμενος. Ἀσκήσασα. [μετ’] ἐπιμελείας κοσμήσασα.</w:t>
      </w:r>
    </w:p>
    <w:p>
      <w:r>
        <w:rPr>
          <w:rFonts w:ascii="Courier New" w:hAnsi="Courier New"/>
          <w:color w:val="555555"/>
          <w:sz w:val="20"/>
        </w:rPr>
        <w:t>[alpha 326]</w:t>
      </w:r>
    </w:p>
    <w:p>
      <w:r>
        <w:rPr>
          <w:rFonts w:ascii="Gentium Plus" w:hAnsi="Gentium Plus"/>
          <w:sz w:val="24"/>
        </w:rPr>
        <w:t>Ἀσκωλιάζειν. ἐφ’ ἑνὸς ποδὸς ἐφαλλόμενος. κυ‐ ρίως δὲ τὸ ἐπὶ τῶν ἀσκῶν ἅλλεσθαι. ἕνεκα γὰρ τοῦ γέλωτα ποιεῖν εἰς ἀσκοὺς πεφυσημέ‐ νους ἐνήλλοντο.</w:t>
      </w:r>
    </w:p>
    <w:p>
      <w:r>
        <w:rPr>
          <w:rFonts w:ascii="Courier New" w:hAnsi="Courier New"/>
          <w:color w:val="555555"/>
          <w:sz w:val="20"/>
        </w:rPr>
        <w:t>[5]</w:t>
      </w:r>
    </w:p>
    <w:p>
      <w:r>
        <w:rPr>
          <w:rFonts w:ascii="Gentium Plus" w:hAnsi="Gentium Plus"/>
          <w:sz w:val="24"/>
        </w:rPr>
        <w:t>Ἀσμενίζει. χαίρει, ἀγαπᾷ, προθυμεῖται. καὶ ἄσμενος ὁ χαίρων. ἥδω τὸ εὐφραίνομαι, ἧσμαι, ἡσμένος ἡ μετοχὴ καὶ ἄσμενος. Ἀσπάζεσθαι καὶ ὁ ἀσπασμὸς μάλιστα τὴν ἀγάπησιν καὶ φιλοφροσύνην δηλοῖ. χρῶνται δὲ</w:t>
      </w:r>
    </w:p>
    <w:p>
      <w:r>
        <w:rPr>
          <w:rFonts w:ascii="Courier New" w:hAnsi="Courier New"/>
          <w:color w:val="555555"/>
          <w:sz w:val="20"/>
        </w:rPr>
        <w:t>[10]</w:t>
      </w:r>
    </w:p>
    <w:p>
      <w:r>
        <w:rPr>
          <w:rFonts w:ascii="Gentium Plus" w:hAnsi="Gentium Plus"/>
          <w:sz w:val="24"/>
        </w:rPr>
        <w:t>καὶ ἐπὶ τοῦ προσαγορεύειν. Ἀσπαίροντες. σκαρίζοντες, κινοῦντες, ψυχοῤ‐ ῥαγοῦντες. Ἀσπαλιεύειν. ἐκ τῆς ἁλὸς σπᾷν τοὺς ἰχθύας, ὅ ἐστιν ἁλιεύειν. παρὰ τὸ σπᾷν καὶ τὸ λίνον.</w:t>
      </w:r>
    </w:p>
    <w:p>
      <w:r>
        <w:rPr>
          <w:rFonts w:ascii="Courier New" w:hAnsi="Courier New"/>
          <w:color w:val="555555"/>
          <w:sz w:val="20"/>
        </w:rPr>
        <w:t>[15]</w:t>
      </w:r>
    </w:p>
    <w:p>
      <w:r>
        <w:rPr>
          <w:rFonts w:ascii="Gentium Plus" w:hAnsi="Gentium Plus"/>
          <w:sz w:val="24"/>
        </w:rPr>
        <w:t>[τοῦ α ἢ πλεονασμὸν ἢ ἐπίτασιν δηλοῦντος. ὅθεν καὶ ἀσπαλιεὺς καὶ ἀσπαλιευτὴς, ὁ ἐκ τῆς ἁλὸς σπῶν τοὺς ἰχθῦς.] Ἀστεΐζεται. ὡραΐζεται, ψεύδεται. Ἀστειοῤῥημονήσωμεν. εὐμορφολογήσωμεν.</w:t>
      </w:r>
    </w:p>
    <w:p>
      <w:r>
        <w:rPr>
          <w:rFonts w:ascii="Courier New" w:hAnsi="Courier New"/>
          <w:color w:val="555555"/>
          <w:sz w:val="20"/>
        </w:rPr>
        <w:t>[20]</w:t>
      </w:r>
    </w:p>
    <w:p>
      <w:r>
        <w:rPr>
          <w:rFonts w:ascii="Gentium Plus" w:hAnsi="Gentium Plus"/>
          <w:sz w:val="24"/>
        </w:rPr>
        <w:t>Ἀστροπολοῦντας. περὶ τὰ ἄστρα ἀναστρέφον‐ τας τὴν διάνοιαν. Ἀστραβαλίζειν. ὁμαλίζειν, ἀπευθύνειν. [καὶ</w:t>
      </w:r>
    </w:p>
    <w:p>
      <w:r>
        <w:rPr>
          <w:rFonts w:ascii="Courier New" w:hAnsi="Courier New"/>
          <w:color w:val="555555"/>
          <w:sz w:val="20"/>
        </w:rPr>
        <w:t>[alpha 327]</w:t>
      </w:r>
    </w:p>
    <w:p>
      <w:r>
        <w:rPr>
          <w:rFonts w:ascii="Gentium Plus" w:hAnsi="Gentium Plus"/>
          <w:sz w:val="24"/>
        </w:rPr>
        <w:t>Ἀσυνετῶ. μωραίνω. Ἀσφαλίσαι. φυλάξαι. ἀσφαλίζω γὰρ τὸ φυ‐ λάττω. Ἀσχάλλων. ἀδημονῶν, λυπούμενος, ὀλιγοψυ‐</w:t>
      </w:r>
    </w:p>
    <w:p>
      <w:r>
        <w:rPr>
          <w:rFonts w:ascii="Courier New" w:hAnsi="Courier New"/>
          <w:color w:val="555555"/>
          <w:sz w:val="20"/>
        </w:rPr>
        <w:t>[5]</w:t>
      </w:r>
    </w:p>
    <w:p>
      <w:r>
        <w:rPr>
          <w:rFonts w:ascii="Gentium Plus" w:hAnsi="Gentium Plus"/>
          <w:sz w:val="24"/>
        </w:rPr>
        <w:t>χῶν, χαλεπαίνων. ὁ δὲ ἤσχαλεν [ὡς παρευ‐ δοκιμούμενος. παρὰ τὸ ἄχω, ἀφ’ οὗ ἄχομαι, γίνεται ἀχάλλω, ὥσπερ ἄγω ἀγάλλω, εἴδω εἰ‐ δάλλω καὶ ἰνδάλλω. καὶ πλεονασμῷ τοῦ ς ἀσχάλλω. ἐκ δὲ τοῦ ἀσχάλλω γίνεται παρά‐</w:t>
      </w:r>
    </w:p>
    <w:p>
      <w:r>
        <w:rPr>
          <w:rFonts w:ascii="Courier New" w:hAnsi="Courier New"/>
          <w:color w:val="555555"/>
          <w:sz w:val="20"/>
        </w:rPr>
        <w:t>[10]</w:t>
      </w:r>
    </w:p>
    <w:p>
      <w:r>
        <w:rPr>
          <w:rFonts w:ascii="Gentium Plus" w:hAnsi="Gentium Plus"/>
          <w:sz w:val="24"/>
        </w:rPr>
        <w:t>γωγον ῥῆμα ἀσχαλῶ, τὸ τρίτον πρόσωπον ἀσχα‐ λᾷ καὶ πλεονασμῷ τοῦ α ἀσχαλάα. ἢ παρὰ τὸ σχῶ, σχάλλω καὶ ἀσχάλλω, ὃ ἐπέχειν οὐ δυνάμεθα.] Ἀστατοῦμεν. τουτέστι διωκόμεθα. Ἀποστολι‐</w:t>
      </w:r>
    </w:p>
    <w:p>
      <w:r>
        <w:rPr>
          <w:rFonts w:ascii="Courier New" w:hAnsi="Courier New"/>
          <w:color w:val="555555"/>
          <w:sz w:val="20"/>
        </w:rPr>
        <w:t>[15]</w:t>
      </w:r>
    </w:p>
    <w:p>
      <w:r>
        <w:rPr>
          <w:rFonts w:ascii="Gentium Plus" w:hAnsi="Gentium Plus"/>
          <w:sz w:val="24"/>
        </w:rPr>
        <w:t>κὴ ἡ λέξις· κολαφιζόμεθα καὶ ἀστατοῦμεν. Ἀσχημονήσωμεν. ὑπὲρ τὸ περιττὸν καλλωπι‐ σώμεθα. πᾶν γὰρ τὸ περιττὸν, εἴτε ἐν λόγῳ, εἴτε ἐν πράγματι, ἀσχημοσύνην καὶ φλυαρίαν καλεῖ ὁ Πλάτων. φησὶ καὶ ὁ θεόλογος· καὶ</w:t>
      </w:r>
    </w:p>
    <w:p>
      <w:r>
        <w:rPr>
          <w:rFonts w:ascii="Courier New" w:hAnsi="Courier New"/>
          <w:color w:val="555555"/>
          <w:sz w:val="20"/>
        </w:rPr>
        <w:t>[20]</w:t>
      </w:r>
    </w:p>
    <w:p>
      <w:r>
        <w:rPr>
          <w:rFonts w:ascii="Gentium Plus" w:hAnsi="Gentium Plus"/>
          <w:sz w:val="24"/>
        </w:rPr>
        <w:t>τοῖς μὲν ἀσχημονήσωμεν μᾶλλον ἤπερ ἐμπρέ‐</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Ἀσμένως. μετὰ χαρᾶς· ἡδέως. Ἀσπασίως. ἡδέως. περιχαρῶς. Ἀσπερχές. ἀδιαλείπτως, παρὰ τὸ σπέρχω, *ὅ</w:t>
      </w:r>
    </w:p>
    <w:p>
      <w:r>
        <w:rPr>
          <w:rFonts w:ascii="Courier New" w:hAnsi="Courier New"/>
          <w:color w:val="555555"/>
          <w:sz w:val="20"/>
        </w:rPr>
        <w:t>[5]</w:t>
      </w:r>
    </w:p>
    <w:p>
      <w:r>
        <w:rPr>
          <w:rFonts w:ascii="Gentium Plus" w:hAnsi="Gentium Plus"/>
          <w:sz w:val="24"/>
        </w:rPr>
        <w:t>ἐστι σπουδάζω.* Ἀσπουδεί. χωρὶς σπουδῆς. Ἀσπονδεί. χωρὶς φιλίας ἢ χωρὶς θυσίας. Ἀσκελές. ἀδιαλείπτως. Ἀσκαρδαμυκτί. χωρὶς τοῦ μύειν.</w:t>
      </w:r>
    </w:p>
    <w:p>
      <w:r>
        <w:rPr>
          <w:rFonts w:ascii="Courier New" w:hAnsi="Courier New"/>
          <w:color w:val="555555"/>
          <w:sz w:val="20"/>
        </w:rPr>
        <w:t>[10]</w:t>
      </w:r>
    </w:p>
    <w:p>
      <w:r>
        <w:rPr>
          <w:rFonts w:ascii="Gentium Plus" w:hAnsi="Gentium Plus"/>
          <w:sz w:val="24"/>
        </w:rPr>
        <w:t>Ἆσσον. πλησίον, ἐγγύς. Ἀσολοίκως. ἀφελῶς. Ἀστεμφέως. ἀμετακινήτως. [παρὰ τὸ στέμβω, ὃ σημαίνει τὸ συνεχῶς κινῶ. ἢ παρὰ τὸ στρέ‐ φω, ἀστρεφὴς καὶ ἐλλείψει τοῦ ρ καὶ πλεονα‐</w:t>
      </w:r>
    </w:p>
    <w:p>
      <w:r>
        <w:rPr>
          <w:rFonts w:ascii="Courier New" w:hAnsi="Courier New"/>
          <w:color w:val="555555"/>
          <w:sz w:val="20"/>
        </w:rPr>
        <w:t>[15]</w:t>
      </w:r>
    </w:p>
    <w:p>
      <w:r>
        <w:rPr>
          <w:rFonts w:ascii="Gentium Plus" w:hAnsi="Gentium Plus"/>
          <w:sz w:val="24"/>
        </w:rPr>
        <w:t>σμῷ τοῦ μ ἀστεμφὴς, ὅ ἐστιν ἀμετακίνητος.] Ἀστικῶς. εὐσυνέτως, ἐμφρόνως. Ἀστενακτί. ἄνευ στενάγματος. Ἀστακτί. πολυδακρύτως. τὸν νεκρὸν παραπέμ‐ πων ἀστακτί.</w:t>
      </w:r>
    </w:p>
    <w:p>
      <w:r>
        <w:rPr>
          <w:rFonts w:ascii="Courier New" w:hAnsi="Courier New"/>
          <w:color w:val="555555"/>
          <w:sz w:val="20"/>
        </w:rPr>
        <w:t>[20]</w:t>
      </w:r>
    </w:p>
    <w:p>
      <w:r>
        <w:rPr>
          <w:rFonts w:ascii="Gentium Plus" w:hAnsi="Gentium Plus"/>
          <w:sz w:val="24"/>
        </w:rPr>
        <w:t>Ἀσυμφανῶς. ἐπικεκαλυμμένως, ἀδήλως, αἰνιγ‐</w:t>
      </w:r>
    </w:p>
    <w:p>
      <w:r>
        <w:rPr>
          <w:rFonts w:ascii="Courier New" w:hAnsi="Courier New"/>
          <w:color w:val="555555"/>
          <w:sz w:val="20"/>
        </w:rPr>
        <w:t>[alpha 329]</w:t>
      </w:r>
    </w:p>
    <w:p>
      <w:r>
        <w:rPr>
          <w:rFonts w:ascii="Gentium Plus" w:hAnsi="Gentium Plus"/>
          <w:sz w:val="24"/>
        </w:rPr>
        <w:t>Ἀσυνδυάστως. ἀσυμπλόκως, ἀσυζεύκτως, ἢ ἀσυναυλίστως. συνδυάζω γὰρ τὸ συναυλίζομαι, ὡς τό· οὐ μὴ συνδυάσω μετὰ τῶν ἐκλεκτῶν αὐτοῦ.</w:t>
      </w:r>
    </w:p>
    <w:p>
      <w:r>
        <w:rPr>
          <w:rFonts w:ascii="Courier New" w:hAnsi="Courier New"/>
          <w:color w:val="555555"/>
          <w:sz w:val="20"/>
        </w:rPr>
        <w:t>[5]</w:t>
      </w:r>
    </w:p>
    <w:p>
      <w:r>
        <w:rPr>
          <w:rFonts w:ascii="Gentium Plus" w:hAnsi="Gentium Plus"/>
          <w:sz w:val="24"/>
        </w:rPr>
        <w:t>Ἀσφαδάστως. συντόμως. σφαδάζειν λέγεται τὸ σπᾶσθαι καὶ σφακελίζειν.</w:t>
      </w:r>
    </w:p>
    <w:p>
      <w:pPr>
        <w:jc w:val="center"/>
      </w:pPr>
      <w:r>
        <w:rPr>
          <w:rFonts w:ascii="Gentium Plus" w:hAnsi="Gentium Plus"/>
          <w:b/>
          <w:sz w:val="24"/>
        </w:rPr>
        <w:t>Τὸ Α μετὰ τοῦ Τ.</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Ἀταρνεύς. πολίχνιόν τι καταντικρὺ Λέσβου</w:t>
      </w:r>
    </w:p>
    <w:p>
      <w:r>
        <w:rPr>
          <w:rFonts w:ascii="Courier New" w:hAnsi="Courier New"/>
          <w:color w:val="555555"/>
          <w:sz w:val="20"/>
        </w:rPr>
        <w:t>[10]</w:t>
      </w:r>
    </w:p>
    <w:p>
      <w:r>
        <w:rPr>
          <w:rFonts w:ascii="Gentium Plus" w:hAnsi="Gentium Plus"/>
          <w:sz w:val="24"/>
        </w:rPr>
        <w:t>κείμενον. Ἀτάσθαλος. μωρὸς, φλύαρος, ἁμαρτωλὸς, ἄδι‐ κος, παράνομος. ἀπὸ τοῦ θάλλειν ἄταις. παρὰ τὸ ἄτω τὸ βλάπτω, ἢ παρὰ τὸ τὴν ἄτην. [ὡς οὖν δαίω, δαίδαλος, καὶ παρὰ τὸ αἴθω, αἴθα‐</w:t>
      </w:r>
    </w:p>
    <w:p>
      <w:r>
        <w:rPr>
          <w:rFonts w:ascii="Courier New" w:hAnsi="Courier New"/>
          <w:color w:val="555555"/>
          <w:sz w:val="20"/>
        </w:rPr>
        <w:t>[15]</w:t>
      </w:r>
    </w:p>
    <w:p>
      <w:r>
        <w:rPr>
          <w:rFonts w:ascii="Gentium Plus" w:hAnsi="Gentium Plus"/>
          <w:sz w:val="24"/>
        </w:rPr>
        <w:t>λος, οὕτω καὶ παρὰ τὸ ἄτω ἀτάζω, καὶ τροπῇ τοῦ ζ εἰς θ ἀτάσθαλος.] Ἀταλάφρων. νήπιος. [Ἄταλος ἢ ἀταλός. ὁ νήπιος.] παρὰ τὸ τλῆ‐</w:t>
      </w:r>
    </w:p>
    <w:p>
      <w:r>
        <w:rPr>
          <w:rFonts w:ascii="Courier New" w:hAnsi="Courier New"/>
          <w:color w:val="555555"/>
          <w:sz w:val="20"/>
        </w:rPr>
        <w:t>[alpha 330]</w:t>
      </w:r>
    </w:p>
    <w:p>
      <w:r>
        <w:rPr>
          <w:rFonts w:ascii="Gentium Plus" w:hAnsi="Gentium Plus"/>
          <w:sz w:val="24"/>
        </w:rPr>
        <w:t>κακοπαθῆσαι. [ἐξ αὐτοῦ ἀτάλλειν, καὶ ἀτι‐ τάλλειν κατὰ ἀναδιπλασιασμόν.] Ἀτάρβητος. ἄφοβος, ἀτρέμας. παρὰ τὸ τάρ‐ βος. ἢ ἀθαρβωτὸς, ὁ μὴ θαῤῥῶν βοὴν ὑπο‐</w:t>
      </w:r>
    </w:p>
    <w:p>
      <w:r>
        <w:rPr>
          <w:rFonts w:ascii="Courier New" w:hAnsi="Courier New"/>
          <w:color w:val="555555"/>
          <w:sz w:val="20"/>
        </w:rPr>
        <w:t>[5]</w:t>
      </w:r>
    </w:p>
    <w:p>
      <w:r>
        <w:rPr>
          <w:rFonts w:ascii="Gentium Plus" w:hAnsi="Gentium Plus"/>
          <w:sz w:val="24"/>
        </w:rPr>
        <w:t>μεῖναι. Ἀτταγᾶς. εἶδος ὀρνέου. Ἀτέλεβος. ἀκρίς τις. Ἀτερμάτιστος. ἀβέβαιος, ἀθεμελίωτος. Ἀτέχνοις. πανούργοις, ἢ ἀπείροις.</w:t>
      </w:r>
    </w:p>
    <w:p>
      <w:r>
        <w:rPr>
          <w:rFonts w:ascii="Courier New" w:hAnsi="Courier New"/>
          <w:color w:val="555555"/>
          <w:sz w:val="20"/>
        </w:rPr>
        <w:t>[10]</w:t>
      </w:r>
    </w:p>
    <w:p>
      <w:r>
        <w:rPr>
          <w:rFonts w:ascii="Gentium Plus" w:hAnsi="Gentium Plus"/>
          <w:sz w:val="24"/>
        </w:rPr>
        <w:t>Ἀτέλεστος. ἀμύητος. Ἀτάλαντι Ἄρηϊ. ὁμοίῳ· [ἰσοστασίῳ·] ἰσοτα‐ λάντῳ. Ἀταρτηροῖς. βλαβεροῖς. Ἀτεράμων. οὐχὶ ἀτέραμνος. Ὅμηρος·</w:t>
      </w:r>
    </w:p>
    <w:p>
      <w:r>
        <w:rPr>
          <w:rFonts w:ascii="Courier New" w:hAnsi="Courier New"/>
          <w:color w:val="555555"/>
          <w:sz w:val="20"/>
        </w:rPr>
        <w:t>[15]</w:t>
      </w:r>
    </w:p>
    <w:p>
      <w:r>
        <w:rPr>
          <w:rFonts w:ascii="Gentium Plus" w:hAnsi="Gentium Plus"/>
          <w:sz w:val="24"/>
        </w:rPr>
        <w:t>—κῆρ ἀτέραμνον ἔθηκε. παρὰ τὸ τέρεν τὸ ἁπαλὸν, τεράμων ὁ ἁπα‐ λὸς, καὶ ἀτεράμων ὁ σκληρός· τὸ οὐδέτερον ἀτέραμον καὶ πλεονασμῷ τοῦ ν ἀτέραμνον.</w:t>
      </w:r>
    </w:p>
    <w:p>
      <w:r>
        <w:rPr>
          <w:rFonts w:ascii="Courier New" w:hAnsi="Courier New"/>
          <w:color w:val="555555"/>
          <w:sz w:val="20"/>
        </w:rPr>
        <w:t>[alpha 331]</w:t>
      </w:r>
    </w:p>
    <w:p>
      <w:r>
        <w:rPr>
          <w:rFonts w:ascii="Gentium Plus" w:hAnsi="Gentium Plus"/>
          <w:sz w:val="24"/>
        </w:rPr>
        <w:t>Ἅτερος. ἕτερος, ὁ εἷς τῶν δύο. Ἀτειρής. ὁ σκληρὸς, ὁ ἀδάμαστος, ὁ ἀκατα‐ πόνητος. τέρω, ἀτερὴς καὶ ἀτειρής. ἢ παρὰ τὸ τέρεν ἀτερὴς καὶ ἀτειρής.</w:t>
      </w:r>
    </w:p>
    <w:p>
      <w:r>
        <w:rPr>
          <w:rFonts w:ascii="Courier New" w:hAnsi="Courier New"/>
          <w:color w:val="555555"/>
          <w:sz w:val="20"/>
        </w:rPr>
        <w:t>[5]</w:t>
      </w:r>
    </w:p>
    <w:p>
      <w:r>
        <w:rPr>
          <w:rFonts w:ascii="Gentium Plus" w:hAnsi="Gentium Plus"/>
          <w:sz w:val="24"/>
        </w:rPr>
        <w:t>Ἀτέραμνος. δυσέψανος. οὕτως φησὶ Πλάτων. Ἀττήλας. κύριον. οὗτος ἦν ἡγεμὼν τῶν Σκυθῶν. Ἄτιμος. ἀνήκουστος· καί μ’ ὁ Φοῖβος ἄτιμον ἐξέπεμψεν—. Ἀτιμότερος. εὐτελέστερος, ἀτεχνότερος. ἐρεῖς</w:t>
      </w:r>
    </w:p>
    <w:p>
      <w:r>
        <w:rPr>
          <w:rFonts w:ascii="Courier New" w:hAnsi="Courier New"/>
          <w:color w:val="555555"/>
          <w:sz w:val="20"/>
        </w:rPr>
        <w:t>[10]</w:t>
      </w:r>
    </w:p>
    <w:p>
      <w:r>
        <w:rPr>
          <w:rFonts w:ascii="Gentium Plus" w:hAnsi="Gentium Plus"/>
          <w:sz w:val="24"/>
        </w:rPr>
        <w:t>δὲ ἄκοντος ἀτιμότερόν με θήσεις. Ἀτιμώρητος. ἀβοήθητος, ἢ θαυμαστός. ἔστι δ’ ὅτε καὶ ὁ κακός. Ἀτιμάγελος. ὁ μὴ συναγελαζόμενος. Ἀτίθασσος. ἀνήμερος, ἄγριος.</w:t>
      </w:r>
    </w:p>
    <w:p>
      <w:r>
        <w:rPr>
          <w:rFonts w:ascii="Courier New" w:hAnsi="Courier New"/>
          <w:color w:val="555555"/>
          <w:sz w:val="20"/>
        </w:rPr>
        <w:t>[15]</w:t>
      </w:r>
    </w:p>
    <w:p>
      <w:r>
        <w:rPr>
          <w:rFonts w:ascii="Gentium Plus" w:hAnsi="Gentium Plus"/>
          <w:sz w:val="24"/>
        </w:rPr>
        <w:t>Ἀττικός. ὁ Ἀθηναῖος. παρὰ τὸ ἀκτὴ, ἀκτικὸς καὶ ἀττικός· ἀκτὴ γὰρ ἐκαλεῖτο ἡ Ἀττικὴ, ὅθεν καὶ Ἀκταῖοι οἱ Ἀθηναῖοι. Ἀτμός. ἀνάδοσις. παρὰ τὸ ἄω, τὸ πνέω, ὁ</w:t>
      </w:r>
    </w:p>
    <w:p>
      <w:r>
        <w:rPr>
          <w:rFonts w:ascii="Courier New" w:hAnsi="Courier New"/>
          <w:color w:val="555555"/>
          <w:sz w:val="20"/>
        </w:rPr>
        <w:t>[alpha 332]</w:t>
      </w:r>
    </w:p>
    <w:p>
      <w:r>
        <w:rPr>
          <w:rFonts w:ascii="Gentium Plus" w:hAnsi="Gentium Plus"/>
          <w:sz w:val="24"/>
        </w:rPr>
        <w:t>Ἄτολμοι. δειλοὶ, κατεπτηχότες. Ὅθ’ οὕνεκ’ εἰσὶν ἀδρανέστατοι ζώων, ψυχὰς ἄτολμοι, μοῦνον εἰδότες φεύγειν. Ἀτρεκέστατος. ἀληθέστατος.</w:t>
      </w:r>
    </w:p>
    <w:p>
      <w:r>
        <w:rPr>
          <w:rFonts w:ascii="Courier New" w:hAnsi="Courier New"/>
          <w:color w:val="555555"/>
          <w:sz w:val="20"/>
        </w:rPr>
        <w:t>[5]</w:t>
      </w:r>
    </w:p>
    <w:p>
      <w:r>
        <w:rPr>
          <w:rFonts w:ascii="Gentium Plus" w:hAnsi="Gentium Plus"/>
          <w:sz w:val="24"/>
        </w:rPr>
        <w:t>Ἀτρέμας. ἥσυχος, ἄφοβος. Ἄτρυτος. ἀκαταπόνητος. ἀπὸ τοῦ τρύω τρυ‐ τὸς καὶ ἄτρυτος. Ἄτρωτος. ἀνίκητος, ἄπληκτος. Ἀτραπός. τὸ ἀπόσταγμα τῆς σταφυλῆς, τὸ</w:t>
      </w:r>
    </w:p>
    <w:p>
      <w:r>
        <w:rPr>
          <w:rFonts w:ascii="Courier New" w:hAnsi="Courier New"/>
          <w:color w:val="555555"/>
          <w:sz w:val="20"/>
        </w:rPr>
        <w:t>[10]</w:t>
      </w:r>
    </w:p>
    <w:p>
      <w:r>
        <w:rPr>
          <w:rFonts w:ascii="Gentium Plus" w:hAnsi="Gentium Plus"/>
          <w:sz w:val="24"/>
        </w:rPr>
        <w:t>πρὸ τοῦ πατηθῆναι γινόμενον· τραπεῖν γάρ ἐστι τὸ πατῆσαι. [ἀτραπὸς] καὶ ἡ ὁδὸς ἐπὶ θηλυκοῦ. Ἄτρεστος καὶ ἄτρητος. ὁ ἄφοβος. Ἀτρόμητος. ἄφοβος. —οὐδ’ Ὀλύμπιος</w:t>
      </w:r>
    </w:p>
    <w:p>
      <w:r>
        <w:rPr>
          <w:rFonts w:ascii="Courier New" w:hAnsi="Courier New"/>
          <w:color w:val="555555"/>
          <w:sz w:val="20"/>
        </w:rPr>
        <w:t>[15]</w:t>
      </w:r>
    </w:p>
    <w:p>
      <w:r>
        <w:rPr>
          <w:rFonts w:ascii="Gentium Plus" w:hAnsi="Gentium Plus"/>
          <w:sz w:val="24"/>
        </w:rPr>
        <w:t>Ζεὺς ἀτρόμητος εἶδεν—. *δηλοῖ δὲ τὸν ἄφοβον.* Ἄτρακτος. γυναικεῖον ἐργαλεῖον, ἐφ’ οὗ τὸ νῆμα περιειλεῖται. ἀεὶ [γὰρ] ταράσσεται. [ἢ ὅτι ἀτάρακτον τὸ νῆμα φέρει. ἀπὸ τοῦ ταράσσω</w:t>
      </w:r>
    </w:p>
    <w:p>
      <w:r>
        <w:rPr>
          <w:rFonts w:ascii="Courier New" w:hAnsi="Courier New"/>
          <w:color w:val="555555"/>
          <w:sz w:val="20"/>
        </w:rPr>
        <w:t>[20]</w:t>
      </w:r>
    </w:p>
    <w:p>
      <w:r>
        <w:rPr>
          <w:rFonts w:ascii="Gentium Plus" w:hAnsi="Gentium Plus"/>
          <w:sz w:val="24"/>
        </w:rPr>
        <w:t>οὖν γίνεται ἀτάρακτος καὶ ἄτρακτος. ἔστι καὶ</w:t>
      </w:r>
    </w:p>
    <w:p>
      <w:r>
        <w:rPr>
          <w:rFonts w:ascii="Courier New" w:hAnsi="Courier New"/>
          <w:color w:val="555555"/>
          <w:sz w:val="20"/>
        </w:rPr>
        <w:t>[alpha 333]</w:t>
      </w:r>
    </w:p>
    <w:p>
      <w:r>
        <w:rPr>
          <w:rFonts w:ascii="Gentium Plus" w:hAnsi="Gentium Plus"/>
          <w:sz w:val="24"/>
        </w:rPr>
        <w:t>ἀτρακτυλὶς εἶδος ἀκάνθης, ἀφ’ ἧς τοὺς ἀτρά‐ κτους ἐποίουν αἱ γυναῖκες τῶν ἀγροίκων.] Ἄτλας. ὄρος Λιβύης, καὶ ὁ μυθευόμενος τὴν γῆν καὶ τὸν οὐρανὸν βαστάζειν.</w:t>
      </w:r>
    </w:p>
    <w:p>
      <w:r>
        <w:rPr>
          <w:rFonts w:ascii="Courier New" w:hAnsi="Courier New"/>
          <w:color w:val="555555"/>
          <w:sz w:val="20"/>
        </w:rPr>
        <w:t>[5]</w:t>
      </w:r>
    </w:p>
    <w:p>
      <w:r>
        <w:rPr>
          <w:rFonts w:ascii="Gentium Plus" w:hAnsi="Gentium Plus"/>
          <w:sz w:val="24"/>
        </w:rPr>
        <w:t>—καὶ σιδηρέους Ἄτλαντος ὤμους—. Ἀτμήν. ὁ δοῦλος. παρὰ τὸ τιμὴ ἀτιμὴν καὶ κατὰ συγκοπὴν ἀτμήν· οἷον ὁ ἄτιμος. ἢ πο‐ λυτίμητον τινὰ ὄντα ὑπὸ τῶν μαστίγων, ἐπιτά‐</w:t>
      </w:r>
    </w:p>
    <w:p>
      <w:r>
        <w:rPr>
          <w:rFonts w:ascii="Courier New" w:hAnsi="Courier New"/>
          <w:color w:val="555555"/>
          <w:sz w:val="20"/>
        </w:rPr>
        <w:t>[10]</w:t>
      </w:r>
    </w:p>
    <w:p>
      <w:r>
        <w:rPr>
          <w:rFonts w:ascii="Gentium Plus" w:hAnsi="Gentium Plus"/>
          <w:sz w:val="24"/>
        </w:rPr>
        <w:t>σει τοῦ α. ἀπὸ δὲ τοῦ ἀτμὴν ἀτμῶ. Ἄτυπος νοῦς. ὁ μηδὲν σωματικὸν κατὰ τὸν καιρὸν τῆς προσευχῆς φανταζόμενος. οὐδὲ γάρ ἐστι σῶμα θεός. Ἀτρεύς. παρὰ τὸ τρεῖν τὸ φοβεῖσθαι. [ὥσπερ</w:t>
      </w:r>
    </w:p>
    <w:p>
      <w:r>
        <w:rPr>
          <w:rFonts w:ascii="Courier New" w:hAnsi="Courier New"/>
          <w:color w:val="555555"/>
          <w:sz w:val="20"/>
        </w:rPr>
        <w:t>[15]</w:t>
      </w:r>
    </w:p>
    <w:p>
      <w:r>
        <w:rPr>
          <w:rFonts w:ascii="Gentium Plus" w:hAnsi="Gentium Plus"/>
          <w:sz w:val="24"/>
        </w:rPr>
        <w:t>παρὰ τὸ τρέφω τροφεὺς, οὕτω καὶ παρὰ τὸ τρέω γίνεται τρεὺς, καὶ μετὰ τοῦ στερητικοῦ α ἀτρεύς.] Ἀτρείδης. τὰ ἀπὸ τῶν εἰς ν, ξ, ψ, ρ, διὰ τοῦ ι γινόμενα ἐν τοῖς εἰς δης πατρωνυμικῶν·</w:t>
      </w:r>
    </w:p>
    <w:p>
      <w:r>
        <w:rPr>
          <w:rFonts w:ascii="Courier New" w:hAnsi="Courier New"/>
          <w:color w:val="555555"/>
          <w:sz w:val="20"/>
        </w:rPr>
        <w:t>[20]</w:t>
      </w:r>
    </w:p>
    <w:p>
      <w:r>
        <w:rPr>
          <w:rFonts w:ascii="Gentium Plus" w:hAnsi="Gentium Plus"/>
          <w:sz w:val="24"/>
        </w:rPr>
        <w:t>Μέμνων, Μέμνονος, Μεμνονίδης· Φοίνιξ, Φοινι‐ κίδης· Πέλοψ, Πελοπίδης· Νέστωρ, Νεστορίδης. καὶ τὰ ἀπὸ τῶν εἰς ος ληγόντων διὰ τοῦ ι· Πανάριστος, Παναριστίδης· Βῆλος, Βηλίδης. τὰ ἀπὸ τῶν εἰς ευς διὰ διφθόγγου· Ἀτρεὺς, Ἀτρεί‐</w:t>
      </w:r>
    </w:p>
    <w:p>
      <w:r>
        <w:rPr>
          <w:rFonts w:ascii="Courier New" w:hAnsi="Courier New"/>
          <w:color w:val="555555"/>
          <w:sz w:val="20"/>
        </w:rPr>
        <w:t>[25]</w:t>
      </w:r>
    </w:p>
    <w:p>
      <w:r>
        <w:rPr>
          <w:rFonts w:ascii="Gentium Plus" w:hAnsi="Gentium Plus"/>
          <w:sz w:val="24"/>
        </w:rPr>
        <w:t>δης. τὰ ἀπὸ τῶν εἰς ος ἀττικῶν· Νηλεὺς, Νη‐ λέως, Νηλείδης. τὰ ἀπὸ τῶν εἰς αιος· Ἐλκαῖος, Ἐλκείδης. τὰ ἀπὸ τῶν εἰς ης ἐχόντων τὴν γε‐ νικὴν εἰς ους, εἰ μὲν βραχείᾳ παραλήγεται, διὰ τοῦ ι γράφεται· Εὐτυχὴς, Εὐτυχοῦς, Εὐτυχί‐</w:t>
      </w:r>
    </w:p>
    <w:p>
      <w:r>
        <w:rPr>
          <w:rFonts w:ascii="Courier New" w:hAnsi="Courier New"/>
          <w:color w:val="555555"/>
          <w:sz w:val="20"/>
        </w:rPr>
        <w:t>[30]</w:t>
      </w:r>
    </w:p>
    <w:p>
      <w:r>
        <w:rPr>
          <w:rFonts w:ascii="Gentium Plus" w:hAnsi="Gentium Plus"/>
          <w:sz w:val="24"/>
        </w:rPr>
        <w:t>δης· Ἀχαιμένης, Ἀχαιμένους, Ἀχαιμενίδης· εἰ δὲ μακρᾷ παραλήγεται, διὰ διφθόγγου· Ἡρα‐ κλῆς, Ἡρακλοῦς, Ἡρακλείδης, χωρὶς τριῶν,</w:t>
      </w:r>
    </w:p>
    <w:p>
      <w:r>
        <w:rPr>
          <w:rFonts w:ascii="Courier New" w:hAnsi="Courier New"/>
          <w:color w:val="555555"/>
          <w:sz w:val="20"/>
        </w:rPr>
        <w:t>[alpha 334]</w:t>
      </w:r>
    </w:p>
    <w:p>
      <w:r>
        <w:rPr>
          <w:rFonts w:ascii="Gentium Plus" w:hAnsi="Gentium Plus"/>
          <w:sz w:val="24"/>
        </w:rPr>
        <w:t>γὰρ μακρᾷ παραλήγονται. τὰ δὲ μὴ πατρωνυ‐ μικὰ διὰ τοῦ ι· Λητοΐδης, ὁ τῆς Λητοῦς, Δα‐ ναΐδης, ὁ τῆς Δανάης, Νιοβίδης, ὁ τῆς Νιόβης. ὅθεν τὸ Φιλομηλείδης κύριον λέγεται εἶναι· εἰ</w:t>
      </w:r>
    </w:p>
    <w:p>
      <w:r>
        <w:rPr>
          <w:rFonts w:ascii="Courier New" w:hAnsi="Courier New"/>
          <w:color w:val="555555"/>
          <w:sz w:val="20"/>
        </w:rPr>
        <w:t>[5]</w:t>
      </w:r>
    </w:p>
    <w:p>
      <w:r>
        <w:rPr>
          <w:rFonts w:ascii="Gentium Plus" w:hAnsi="Gentium Plus"/>
          <w:sz w:val="24"/>
        </w:rPr>
        <w:t>γὰρ ἦν μητρωνυμικὸν, διὰ τοῦ ι ἐγράφη ἄν. Ἀταινίωτος. ἀστεφάνωτος. Ἄτυφος. ἀκενόδοξος.</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Ἀταυρώτη. ἁγνὴ, ἄμικτος. ταῦρος γὰρ τὸ αἰ‐</w:t>
      </w:r>
    </w:p>
    <w:p>
      <w:r>
        <w:rPr>
          <w:rFonts w:ascii="Courier New" w:hAnsi="Courier New"/>
          <w:color w:val="555555"/>
          <w:sz w:val="20"/>
        </w:rPr>
        <w:t>[10]</w:t>
      </w:r>
    </w:p>
    <w:p>
      <w:r>
        <w:rPr>
          <w:rFonts w:ascii="Gentium Plus" w:hAnsi="Gentium Plus"/>
          <w:sz w:val="24"/>
        </w:rPr>
        <w:t>δοῖον τοῦ ἀνδρός. Ἀτασθαλία. κυρίως ἡ περὶ τὴν θαλείαν ἤτοι τὴν εὐωχίαν ἄτη· ὡς παροινία ἡ περὶ τὸν οἶ‐ νον ἀταξία. [ἢ παρὰ τὸ ἄτῃ θάλλειν καὶ αὔ‐ ξεσθαι.]</w:t>
      </w:r>
    </w:p>
    <w:p>
      <w:r>
        <w:rPr>
          <w:rFonts w:ascii="Courier New" w:hAnsi="Courier New"/>
          <w:color w:val="555555"/>
          <w:sz w:val="20"/>
        </w:rPr>
        <w:t>[15]</w:t>
      </w:r>
    </w:p>
    <w:p>
      <w:r>
        <w:rPr>
          <w:rFonts w:ascii="Gentium Plus" w:hAnsi="Gentium Plus"/>
          <w:sz w:val="24"/>
        </w:rPr>
        <w:t>Ἀττάλεια. πόλις Λυδίας. ἀπὸ Ἀττάλου Φι‐ λαδέλφου κτίσαντος αὐτήν. Ἀταλῇσιν. ἁπαλαῖς, νεογναῖς. Ἀττικάς. στεριζούσας τοῦ καιροῦ. Ἀτεκνία. ἡ ἀπαιδία καὶ ἡ λήθη. Δαβίδ· καὶ</w:t>
      </w:r>
    </w:p>
    <w:p>
      <w:r>
        <w:rPr>
          <w:rFonts w:ascii="Courier New" w:hAnsi="Courier New"/>
          <w:color w:val="555555"/>
          <w:sz w:val="20"/>
        </w:rPr>
        <w:t>[20]</w:t>
      </w:r>
    </w:p>
    <w:p>
      <w:r>
        <w:rPr>
          <w:rFonts w:ascii="Gentium Plus" w:hAnsi="Gentium Plus"/>
          <w:sz w:val="24"/>
        </w:rPr>
        <w:t>ἀτεκνίαν τῇ ψυχῇ μου. ὡς διὰ τῶν τέκνων φυ‐ λαττομένης τῆς μνήμης. Ἀτέλεια. ἀλειτουργησία. Ἀτημέλεια. καταφρόνησις. Ἄτη. ἡ βλάβη. παρὰ τὸ τῶ τὸ λαμβάνω. [οἷον·</w:t>
      </w:r>
    </w:p>
    <w:p>
      <w:r>
        <w:rPr>
          <w:rFonts w:ascii="Courier New" w:hAnsi="Courier New"/>
          <w:color w:val="555555"/>
          <w:sz w:val="20"/>
        </w:rPr>
        <w:t>[25]</w:t>
      </w:r>
    </w:p>
    <w:p>
      <w:r>
        <w:rPr>
          <w:rFonts w:ascii="Gentium Plus" w:hAnsi="Gentium Plus"/>
          <w:sz w:val="24"/>
        </w:rPr>
        <w:t>Κύκλωψ, τῆ, πίε οἶνον— ἐξ οὗ ὄνομα ῥηματικὸν τῆ καὶ στερήσει τοῦ α ἄτη. ἣν οὐκ ἄν τις λάβῃ. ἢ παρὰ τὸ ἄω τὸ βλάπτω. οἷον· ἄσαι με δαίμονος αἶσα κακή—</w:t>
      </w:r>
    </w:p>
    <w:p>
      <w:r>
        <w:rPr>
          <w:rFonts w:ascii="Courier New" w:hAnsi="Courier New"/>
          <w:color w:val="555555"/>
          <w:sz w:val="20"/>
        </w:rPr>
        <w:t>[30]</w:t>
      </w:r>
    </w:p>
    <w:p>
      <w:r>
        <w:rPr>
          <w:rFonts w:ascii="Gentium Plus" w:hAnsi="Gentium Plus"/>
          <w:sz w:val="24"/>
        </w:rPr>
        <w:t>ὁ μέλλων ἄσω, καὶ ἐξ αὐτοῦ ἄση ἡ βλάπτου‐ σα τὴν ψυχήν.] Ἀτμίς. ἀναθυμίασις, ἄκρον πυρός.</w:t>
      </w:r>
    </w:p>
    <w:p>
      <w:r>
        <w:rPr>
          <w:rFonts w:ascii="Courier New" w:hAnsi="Courier New"/>
          <w:color w:val="555555"/>
          <w:sz w:val="20"/>
        </w:rPr>
        <w:t>[alpha 335]</w:t>
      </w:r>
    </w:p>
    <w:p>
      <w:r>
        <w:rPr>
          <w:rFonts w:ascii="Gentium Plus" w:hAnsi="Gentium Plus"/>
          <w:sz w:val="24"/>
        </w:rPr>
        <w:t>[Ἀτρακτυλίς. εἶδος ἀκάνθης, ἀφ’ ἧς τοὺς ἀτράκτους ἐποίουν αἱ γυναῖκες τῶν ἀγροίκων.] Ἀτραπιτὸς καὶ ἀτραπὸς, ἡ ὁδός. [παρὰ τὸ τρέπω, τρέψω, ὁ δεύτερος ἀόριστος ἔτραπον,</w:t>
      </w:r>
    </w:p>
    <w:p>
      <w:r>
        <w:rPr>
          <w:rFonts w:ascii="Courier New" w:hAnsi="Courier New"/>
          <w:color w:val="555555"/>
          <w:sz w:val="20"/>
        </w:rPr>
        <w:t>[5]</w:t>
      </w:r>
    </w:p>
    <w:p>
      <w:r>
        <w:rPr>
          <w:rFonts w:ascii="Gentium Plus" w:hAnsi="Gentium Plus"/>
          <w:sz w:val="24"/>
        </w:rPr>
        <w:t>γίνεται ῥηματικὸν ὄνομα τραπὸς, στερήσει τοῦ α καὶ κατὰ μετάθεσιν ἀτραπὸς, ἐξ ἧς ὁδοῦ οὐκ ἔστι τραπῆναι. ἢ ἡ πολύτροπος· εἰς πολλὰ γὰρ σχίζεται. γράφεται δὲ καὶ ἀταρπός.] Ἀτραβατικάς. ξηραμπελίνας τὸ χρῶμα. τὸ</w:t>
      </w:r>
    </w:p>
    <w:p>
      <w:r>
        <w:rPr>
          <w:rFonts w:ascii="Courier New" w:hAnsi="Courier New"/>
          <w:color w:val="555555"/>
          <w:sz w:val="20"/>
        </w:rPr>
        <w:t>[10]</w:t>
      </w:r>
    </w:p>
    <w:p>
      <w:r>
        <w:rPr>
          <w:rFonts w:ascii="Gentium Plus" w:hAnsi="Gentium Plus"/>
          <w:sz w:val="24"/>
        </w:rPr>
        <w:t>γὰρ μέλαν ἄτρον καλοῦσιν οἱ Ῥωμαῖοι. ἢ ὅτι μετὰ τραβαίας ταύταις εἰώθεσαν χρῆσθαι· τρα‐ βαῖαι δὲ αἱ πολυτελεῖς χλαμύδες. Ἀτυφία. ἀκενοδοξία, ταπεινοφροσύνη. Ἀτρείδῃσι. πύλῃσιν. ἔχουσι τὸ ι κατὰ τὴν</w:t>
      </w:r>
    </w:p>
    <w:p>
      <w:r>
        <w:rPr>
          <w:rFonts w:ascii="Courier New" w:hAnsi="Courier New"/>
          <w:color w:val="555555"/>
          <w:sz w:val="20"/>
        </w:rPr>
        <w:t>[15]</w:t>
      </w:r>
    </w:p>
    <w:p>
      <w:r>
        <w:rPr>
          <w:rFonts w:ascii="Gentium Plus" w:hAnsi="Gentium Plus"/>
          <w:sz w:val="24"/>
        </w:rPr>
        <w:t>παραλήγουσαν. ἔστι γὰρ Ἀτρείδαις [ἀρσενικὸν] καὶ πύλαις [θηλυκόν]. δεῖ δὲ γινώσκειν, ὅτι παρὰ τῷ ποιητῇ πᾶσαι αἱ τοιαῦται δοτικαὶ τρέ‐ πουσι τὸ α εἰς η, εἴτε ἐπεκτεταμέναι εἰσὶν, εἴτε ἀνεπέκτατοι, οἷον· ἐν παλάμαις, ἐν παλάμῃ‐</w:t>
      </w:r>
    </w:p>
    <w:p>
      <w:r>
        <w:rPr>
          <w:rFonts w:ascii="Courier New" w:hAnsi="Courier New"/>
          <w:color w:val="555555"/>
          <w:sz w:val="20"/>
        </w:rPr>
        <w:t>[20]</w:t>
      </w:r>
    </w:p>
    <w:p>
      <w:r>
        <w:rPr>
          <w:rFonts w:ascii="Gentium Plus" w:hAnsi="Gentium Plus"/>
          <w:sz w:val="24"/>
        </w:rPr>
        <w:t>σιν. [ὁμοίως καὶ τὸ Ἀτρείδαισι, πύλαισι, κατ’ ἐπέκτασιν γίνεται, καὶ κατὰ τροπὴν ἰωνικὴν τοῦ α εἰς η, Ἀτρείδῃσι καὶ πύλῃσι.] Ἅττα. ἅτινα. Ἄττα. ἀπόφθεγμά τι τιμητικὸν νέων πρὸς πα‐</w:t>
      </w:r>
    </w:p>
    <w:p>
      <w:r>
        <w:rPr>
          <w:rFonts w:ascii="Courier New" w:hAnsi="Courier New"/>
          <w:color w:val="555555"/>
          <w:sz w:val="20"/>
        </w:rPr>
        <w:t>[25]</w:t>
      </w:r>
    </w:p>
    <w:p>
      <w:r>
        <w:rPr>
          <w:rFonts w:ascii="Gentium Plus" w:hAnsi="Gentium Plus"/>
          <w:sz w:val="24"/>
        </w:rPr>
        <w:t>λαιοτέρους. παρὰ τὸ ἄππα κατὰ Μακεδόνας, τροπῆς γενομένης τῶν δύο ππ εἰς δύο ττ.</w:t>
      </w:r>
    </w:p>
    <w:p>
      <w:pPr>
        <w:jc w:val="center"/>
      </w:pPr>
      <w:r>
        <w:rPr>
          <w:rFonts w:ascii="Gentium Plus" w:hAnsi="Gentium Plus"/>
          <w:b/>
          <w:sz w:val="24"/>
        </w:rPr>
        <w:t>(Οὐδέτερον.)</w:t>
      </w:r>
    </w:p>
    <w:p>
      <w:r>
        <w:rPr>
          <w:rFonts w:ascii="Courier New" w:hAnsi="Courier New"/>
          <w:color w:val="555555"/>
          <w:sz w:val="20"/>
        </w:rPr>
        <w:t>[28]</w:t>
      </w:r>
    </w:p>
    <w:p>
      <w:r>
        <w:rPr>
          <w:rFonts w:ascii="Gentium Plus" w:hAnsi="Gentium Plus"/>
          <w:sz w:val="24"/>
        </w:rPr>
        <w:t>Ἀταμίευτον. ἀφύλακτον, ἀδιοίκητον. Ἀτάκτημα. ἀταξία. τοῦ μηδὲν ἀτάκτημα γε‐</w:t>
      </w:r>
    </w:p>
    <w:p>
      <w:r>
        <w:rPr>
          <w:rFonts w:ascii="Courier New" w:hAnsi="Courier New"/>
          <w:color w:val="555555"/>
          <w:sz w:val="20"/>
        </w:rPr>
        <w:t>[30]</w:t>
      </w:r>
    </w:p>
    <w:p>
      <w:r>
        <w:rPr>
          <w:rFonts w:ascii="Gentium Plus" w:hAnsi="Gentium Plus"/>
          <w:sz w:val="24"/>
        </w:rPr>
        <w:t>νέσθαι περὶ τὴν ἀρχήν.</w:t>
      </w:r>
    </w:p>
    <w:p>
      <w:r>
        <w:rPr>
          <w:rFonts w:ascii="Courier New" w:hAnsi="Courier New"/>
          <w:color w:val="555555"/>
          <w:sz w:val="20"/>
        </w:rPr>
        <w:t>[alpha 336]</w:t>
      </w:r>
    </w:p>
    <w:p>
      <w:r>
        <w:rPr>
          <w:rFonts w:ascii="Gentium Plus" w:hAnsi="Gentium Plus"/>
          <w:sz w:val="24"/>
        </w:rPr>
        <w:t>Ἀτάρμυκτον. τὸ ἄφοβον. κυρίως δὲ τὸ μὴ μύον. Εὐφορίων· ἀτάρμυκτον τρέπεν ὄμμα. Ἀτέκμαρτον. ἀτελείωτον.</w:t>
      </w:r>
    </w:p>
    <w:p>
      <w:r>
        <w:rPr>
          <w:rFonts w:ascii="Courier New" w:hAnsi="Courier New"/>
          <w:color w:val="555555"/>
          <w:sz w:val="20"/>
        </w:rPr>
        <w:t>[5]</w:t>
      </w:r>
    </w:p>
    <w:p>
      <w:r>
        <w:rPr>
          <w:rFonts w:ascii="Gentium Plus" w:hAnsi="Gentium Plus"/>
          <w:sz w:val="24"/>
        </w:rPr>
        <w:t>Ἀτερμάτιστον. ἀβέβαιον, ἀθεμελίωτον. Ἀτέραμνα. τὰ μὴ ἑψόμενα ὄσπρια. Ἀτελεύτητον. οὐ πᾶν ἀτελεύτητον πάντως καὶ ἄναρχον. οἱ γὰρ ἄγγελοι καὶ αἱ ψυχαὶ ἀτε‐ λεύτητοι μὲν, οὐκ ἄναρχοι δέ.</w:t>
      </w:r>
    </w:p>
    <w:p>
      <w:r>
        <w:rPr>
          <w:rFonts w:ascii="Courier New" w:hAnsi="Courier New"/>
          <w:color w:val="555555"/>
          <w:sz w:val="20"/>
        </w:rPr>
        <w:t>[10]</w:t>
      </w:r>
    </w:p>
    <w:p>
      <w:r>
        <w:rPr>
          <w:rFonts w:ascii="Gentium Plus" w:hAnsi="Gentium Plus"/>
          <w:sz w:val="24"/>
        </w:rPr>
        <w:t>Ἀτηρόν. βλαβερόν. Ἄτλητον. τὸ ἀνυπομόνητον. τλητὸν γὰρ τὸ καρτερικόν. Ἄτοπα. πονηρὰ, ἀπρεπῆ. Ἄτομα. λεπτὰ, τὰ μὴ δυνάμενα τομὴν δέξα‐</w:t>
      </w:r>
    </w:p>
    <w:p>
      <w:r>
        <w:rPr>
          <w:rFonts w:ascii="Courier New" w:hAnsi="Courier New"/>
          <w:color w:val="555555"/>
          <w:sz w:val="20"/>
        </w:rPr>
        <w:t>[15]</w:t>
      </w:r>
    </w:p>
    <w:p>
      <w:r>
        <w:rPr>
          <w:rFonts w:ascii="Gentium Plus" w:hAnsi="Gentium Plus"/>
          <w:sz w:val="24"/>
        </w:rPr>
        <w:t>σθαι. ἄτομον λέγεται τὸ μὴ τεμνόμενον, μὴ δὲ μεριζόμενον, ὡς ἡ στιγμὴ, καὶ τὸ νῦν, καὶ ἡ μονὰς, ἅτινα καὶ ἄποσα λέγεται. ἄτομον καὶ τὸ δύστμητον, [τουτέστι] τὸ δυσχερῶς τεμνόμενον, ὡς ὁ ἀδάμας λίθος καὶ τὰ τοιαῦ‐</w:t>
      </w:r>
    </w:p>
    <w:p>
      <w:r>
        <w:rPr>
          <w:rFonts w:ascii="Courier New" w:hAnsi="Courier New"/>
          <w:color w:val="555555"/>
          <w:sz w:val="20"/>
        </w:rPr>
        <w:t>[20]</w:t>
      </w:r>
    </w:p>
    <w:p>
      <w:r>
        <w:rPr>
          <w:rFonts w:ascii="Gentium Plus" w:hAnsi="Gentium Plus"/>
          <w:sz w:val="24"/>
        </w:rPr>
        <w:t>τα. ἄτομον λέγεται καὶ τὸ εἶδος, ὅπερ οὐκ ἔτι εἰς ἕτερα εἴδη τέμνεται, ἤτοι τὸ εἰδικώτα‐ τον εἶδος, ὡς ἄνθρωπος, ἵππος καὶ τὰ τοιαῦτα. ἄτομον δὲ κυρίως λέγεται, ὅπερ τέμνεται μὲν κυρίως εἰς ψυχὴν καὶ σῶμα· ἀλλ’ οὔτε ἡ ψυ‐</w:t>
      </w:r>
    </w:p>
    <w:p>
      <w:r>
        <w:rPr>
          <w:rFonts w:ascii="Courier New" w:hAnsi="Courier New"/>
          <w:color w:val="555555"/>
          <w:sz w:val="20"/>
        </w:rPr>
        <w:t>[25]</w:t>
      </w:r>
    </w:p>
    <w:p>
      <w:r>
        <w:rPr>
          <w:rFonts w:ascii="Gentium Plus" w:hAnsi="Gentium Plus"/>
          <w:sz w:val="24"/>
        </w:rPr>
        <w:t>χὴ καθ’ ἑαυτὴν ἔστιν ἄνθρωπος [τέλειος], ἢ Πέτρος τέλειος, οὔτε τὸ σῶμα. περὶ τούτου παρὰ [τοῖς] φιλοσόφοις ὁ λόγος· ὅπερ δηλοῖ τὴν ὑπόστασιν. ἄτομον τὸ ἐξ ἰδιωμάτων συγ‐ κείμενον, ὧν τὸ ἄθροισμα οὐκ ἂν ἐπ’ ἄλλου</w:t>
      </w:r>
    </w:p>
    <w:p>
      <w:r>
        <w:rPr>
          <w:rFonts w:ascii="Courier New" w:hAnsi="Courier New"/>
          <w:color w:val="555555"/>
          <w:sz w:val="20"/>
        </w:rPr>
        <w:t>[30]</w:t>
      </w:r>
    </w:p>
    <w:p>
      <w:r>
        <w:rPr>
          <w:rFonts w:ascii="Gentium Plus" w:hAnsi="Gentium Plus"/>
          <w:sz w:val="24"/>
        </w:rPr>
        <w:t>ποτὲ λεχθείη. δηλοῖ δὲ τὴν καθ’ αὑτὸ ὑπόστα‐</w:t>
      </w:r>
    </w:p>
    <w:p>
      <w:r>
        <w:rPr>
          <w:rFonts w:ascii="Courier New" w:hAnsi="Courier New"/>
          <w:color w:val="555555"/>
          <w:sz w:val="20"/>
        </w:rPr>
        <w:t>[alpha 337]</w:t>
      </w:r>
    </w:p>
    <w:p>
      <w:r>
        <w:rPr>
          <w:rFonts w:ascii="Gentium Plus" w:hAnsi="Gentium Plus"/>
          <w:sz w:val="24"/>
        </w:rPr>
        <w:t>σιν, οἷον· Πέτρον, Παῦλον, ἢ τινὰ ἕτερον τῶν κατὰ μέρος ἀνθρώπων. Ἄτρον. τὸ μέλαν παρὰ Ῥωμαίοις.</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Ἀτάλλων. τρέφων. παρὰ τὸ τλῶ, τλᾶς, καὶ ἄτλας, ἐξ αὐτοῦ ἀτάλλων. Ἀτενίζει. ἄκρως προσέχει. Ἄττειν. ὁρμᾷν. Ἀτέμβω. τὸ στερίσκω. παρὰ τὸ τέμω, ὅ ἐστι</w:t>
      </w:r>
    </w:p>
    <w:p>
      <w:r>
        <w:rPr>
          <w:rFonts w:ascii="Courier New" w:hAnsi="Courier New"/>
          <w:color w:val="555555"/>
          <w:sz w:val="20"/>
        </w:rPr>
        <w:t>[10]</w:t>
      </w:r>
    </w:p>
    <w:p>
      <w:r>
        <w:rPr>
          <w:rFonts w:ascii="Gentium Plus" w:hAnsi="Gentium Plus"/>
          <w:sz w:val="24"/>
        </w:rPr>
        <w:t>πρωτότυπον τοῦ τέμνω, γίνεται ἀτεμῶ καὶ ἐπεν‐ θέσει τοῦ β ἀτεμβῶ τὸ οὐ βλάπτω. [Ὅμη‐ ρος·] οὐ γὰρ καλὸν ἀτεμβεῖν. Ἀτίτηλλα. ἀνέθρεψα. καὶ ἀτιτάλλειν τὸ τι‐</w:t>
      </w:r>
    </w:p>
    <w:p>
      <w:r>
        <w:rPr>
          <w:rFonts w:ascii="Courier New" w:hAnsi="Courier New"/>
          <w:color w:val="555555"/>
          <w:sz w:val="20"/>
        </w:rPr>
        <w:t>[15]</w:t>
      </w:r>
    </w:p>
    <w:p>
      <w:r>
        <w:rPr>
          <w:rFonts w:ascii="Gentium Plus" w:hAnsi="Gentium Plus"/>
          <w:sz w:val="24"/>
        </w:rPr>
        <w:t>θηνεῖν, καὶ ἐκτρέφειν ἐκ νηπίου. Ἀτιμαστέον. περιφρονητέον. Ἀττικουργούμενον. τὸ κατὰ ἀττικὸν τρόπον εἰρ‐ γασμένον. Ἀτιμάζω. τὸ καταφρονῶ, τὸ ἀναδύομαι. [ταῦ‐</w:t>
      </w:r>
    </w:p>
    <w:p>
      <w:r>
        <w:rPr>
          <w:rFonts w:ascii="Courier New" w:hAnsi="Courier New"/>
          <w:color w:val="555555"/>
          <w:sz w:val="20"/>
        </w:rPr>
        <w:t>[20]</w:t>
      </w:r>
    </w:p>
    <w:p>
      <w:r>
        <w:rPr>
          <w:rFonts w:ascii="Gentium Plus" w:hAnsi="Gentium Plus"/>
          <w:sz w:val="24"/>
        </w:rPr>
        <w:t>τά τοι οἱ Διόσκουροι οὐκ ἀτίμασάν οἱ φανῆ‐ ναι πάλιν.] Ἀτίζω. εἰ μὲν σημαίνει τὸ ὑπερορῶ, γίνεται παρὰ τὸ τίω, τὸ τιμῶ, καὶ ἀτίζω, πλεονασμῷ τοῦ ζ. εἰ δὲ σημαίνει τὸ βλάπτω, παρὰ τὸ</w:t>
      </w:r>
    </w:p>
    <w:p>
      <w:r>
        <w:rPr>
          <w:rFonts w:ascii="Courier New" w:hAnsi="Courier New"/>
          <w:color w:val="555555"/>
          <w:sz w:val="20"/>
        </w:rPr>
        <w:t>[25]</w:t>
      </w:r>
    </w:p>
    <w:p>
      <w:r>
        <w:rPr>
          <w:rFonts w:ascii="Gentium Plus" w:hAnsi="Gentium Plus"/>
          <w:sz w:val="24"/>
        </w:rPr>
        <w:t>ἄτω, ἀτίζω. Ἀτλητῶν. μὴ καρτερῶν, μὴ φέρων, δυσανασχε‐</w:t>
      </w:r>
    </w:p>
    <w:p>
      <w:r>
        <w:rPr>
          <w:rFonts w:ascii="Courier New" w:hAnsi="Courier New"/>
          <w:color w:val="555555"/>
          <w:sz w:val="20"/>
        </w:rPr>
        <w:t>[alpha 338]</w:t>
      </w:r>
    </w:p>
    <w:p>
      <w:r>
        <w:rPr>
          <w:rFonts w:ascii="Gentium Plus" w:hAnsi="Gentium Plus"/>
          <w:sz w:val="24"/>
        </w:rPr>
        <w:t>Ἀτροφῆσαν. μὴ τραφέν. Ἀτυζόμενος. αἰολικόν ἐστι· σημαίνει δὲ τὸ λυ‐ πούμενος, θορυβούμενος, ταρασσόμενος. Ἀτύω καὶ ἀτύσω. τὸ ταράσσω.</w:t>
      </w:r>
    </w:p>
    <w:p>
      <w:r>
        <w:rPr>
          <w:rFonts w:ascii="Courier New" w:hAnsi="Courier New"/>
          <w:color w:val="555555"/>
          <w:sz w:val="20"/>
        </w:rPr>
        <w:t>[5]</w:t>
      </w:r>
    </w:p>
    <w:p>
      <w:r>
        <w:rPr>
          <w:rFonts w:ascii="Gentium Plus" w:hAnsi="Gentium Plus"/>
          <w:sz w:val="24"/>
        </w:rPr>
        <w:t>Ἀτυχθείς. ὁ μὴ βουλόμενος τυχεῖν, ἀλλὰ ἀπο‐ στρεφόμενος εἰς τὸ διαμαρτεῖν. σημαίνει δὲ καὶ τὸ καταπλαγεὶς ἢ φοβηθείς. καὶ Ὅμηρος· —ὄψιν ἀτυχθείς. τεύχω τὸ ἐπιτυγχάνω, ὁ μέλλων τεύξω, ὁ δεύ‐</w:t>
      </w:r>
    </w:p>
    <w:p>
      <w:r>
        <w:rPr>
          <w:rFonts w:ascii="Courier New" w:hAnsi="Courier New"/>
          <w:color w:val="555555"/>
          <w:sz w:val="20"/>
        </w:rPr>
        <w:t>[10]</w:t>
      </w:r>
    </w:p>
    <w:p>
      <w:r>
        <w:rPr>
          <w:rFonts w:ascii="Gentium Plus" w:hAnsi="Gentium Plus"/>
          <w:sz w:val="24"/>
        </w:rPr>
        <w:t>τερος ἀόριστος ἔτυχον, ἐτύχην, ἡ μετοχὴ ὁ τυ‐ χεὶς καὶ πλεονασμῷ τοῦ θ τυχθείς. ὡς χαμα‐ λὸς χθαμαλός. καὶ μετὰ τοῦ στερητικοῦ α ἀτυχθείς. Ἀτυχῆσαι. ἀντὶ τοῦ ἀποτυχεῖν. οὕτως Πλάτων.</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Ἀτὰρ δή. δηλαδή. ὁμοίως. πλὴν ὅμως καὶ ἀντὶ τοῦ δὴ ἢ διὰ τοῦτο. Ἀταλαιπώρως. ἀκοπιάστως. Ἀταρβήτως. ἀφόβως. *καὶ ἀταρβητὶ ὁμοίως.*</w:t>
      </w:r>
    </w:p>
    <w:p>
      <w:r>
        <w:rPr>
          <w:rFonts w:ascii="Courier New" w:hAnsi="Courier New"/>
          <w:color w:val="555555"/>
          <w:sz w:val="20"/>
        </w:rPr>
        <w:t>[20]</w:t>
      </w:r>
    </w:p>
    <w:p>
      <w:r>
        <w:rPr>
          <w:rFonts w:ascii="Gentium Plus" w:hAnsi="Gentium Plus"/>
          <w:sz w:val="24"/>
        </w:rPr>
        <w:t>καὶ ἀντὶ τοῦ ἀνειμένως. Σοφοκλῆς· ἐχθρῶν δ’ ὕβρις ἀταρβήτως ὁρμᾷ—. Ἀτεχνῶς. φανερῶς. Ἀτέχνως. ἀνεπιστημόνως. Ἄτερ. ἐκτὸς, χωρίς.</w:t>
      </w:r>
    </w:p>
    <w:p>
      <w:r>
        <w:rPr>
          <w:rFonts w:ascii="Courier New" w:hAnsi="Courier New"/>
          <w:color w:val="555555"/>
          <w:sz w:val="20"/>
        </w:rPr>
        <w:t>[25]</w:t>
      </w:r>
    </w:p>
    <w:p>
      <w:r>
        <w:rPr>
          <w:rFonts w:ascii="Gentium Plus" w:hAnsi="Gentium Plus"/>
          <w:sz w:val="24"/>
        </w:rPr>
        <w:t>Ἀτενῶς. ἀμεταστάτως. Ἀτενές. εὐθὺ, συνεχὲς, παντελῶς, καθόλου, παραχρῆμα, ἄγαν, ἰσχυρῶς, ἀφελῶς ἢ πάνυ</w:t>
      </w:r>
    </w:p>
    <w:p>
      <w:r>
        <w:rPr>
          <w:rFonts w:ascii="Courier New" w:hAnsi="Courier New"/>
          <w:color w:val="555555"/>
          <w:sz w:val="20"/>
        </w:rPr>
        <w:t>[alpha 339]</w:t>
      </w:r>
    </w:p>
    <w:p>
      <w:r>
        <w:rPr>
          <w:rFonts w:ascii="Gentium Plus" w:hAnsi="Gentium Plus"/>
          <w:sz w:val="24"/>
        </w:rPr>
        <w:t>Ἄτε. ἀντὶ τοῦ καθὰ, ἐπίῤῥημα· ψιλοῦται. Ἀτρεμεί. ἡσύχως. Ἀτριβί. χωρὶς τριβῆς. Ἀτρεκέως καὶ ἀτρεκεστάτως. ἀληθῶς. ἀπὸ</w:t>
      </w:r>
    </w:p>
    <w:p>
      <w:r>
        <w:rPr>
          <w:rFonts w:ascii="Courier New" w:hAnsi="Courier New"/>
          <w:color w:val="555555"/>
          <w:sz w:val="20"/>
        </w:rPr>
        <w:t>[5]</w:t>
      </w:r>
    </w:p>
    <w:p>
      <w:r>
        <w:rPr>
          <w:rFonts w:ascii="Gentium Plus" w:hAnsi="Gentium Plus"/>
          <w:sz w:val="24"/>
        </w:rPr>
        <w:t>τοῦ τρέχω, τρεχὴς καὶ ἀτρεκής. ὃν οὐδεὶς δύ‐ ναται παραδραμεῖν, ἢ ὃ οὐδεὶς δύναται παρα‐ δραμεῖν, εὐφρονῶν. Ἀτημελήτως. ἀπρονοήτως, καταφρονητικῶς.</w:t>
      </w:r>
    </w:p>
    <w:p>
      <w:pPr>
        <w:jc w:val="center"/>
      </w:pPr>
      <w:r>
        <w:rPr>
          <w:rFonts w:ascii="Gentium Plus" w:hAnsi="Gentium Plus"/>
          <w:b/>
          <w:sz w:val="24"/>
        </w:rPr>
        <w:t>Τὸ Α μετὰ τοῦ Υ.</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Αὐαλέος. ὁ κατάξηρος. παρὰ τὸ αὔω τὸ ξηραί‐ νω, αὖος καὶ αὐαλέος. Αὔγαρος. Ἐδέσσης βασιλεὺς, ὃς ἐπὶ Τραϊανοῦ βασιλέως ἦν καὶ δῶρα αὐτῷ προσῆξεν ἐκεῖσε</w:t>
      </w:r>
    </w:p>
    <w:p>
      <w:r>
        <w:rPr>
          <w:rFonts w:ascii="Courier New" w:hAnsi="Courier New"/>
          <w:color w:val="555555"/>
          <w:sz w:val="20"/>
        </w:rPr>
        <w:t>[15]</w:t>
      </w:r>
    </w:p>
    <w:p>
      <w:r>
        <w:rPr>
          <w:rFonts w:ascii="Gentium Plus" w:hAnsi="Gentium Plus"/>
          <w:sz w:val="24"/>
        </w:rPr>
        <w:t>ἀφιγμένῳ. Αὐγέας. Ἀθηναῖος κωμικός. τῶν δραμάτων αὐ‐ τοῦ ἄγροικος ..... Αὐδώδ. κριτὴς τοῦ Ἰσραὴλ ἐκ τῶν ἀλλοφύλων ἐν ἡμέρᾳ μιᾷ ἐν τῷ ἀροτροποδίῳ ἐπάταξεν ἄν‐</w:t>
      </w:r>
    </w:p>
    <w:p>
      <w:r>
        <w:rPr>
          <w:rFonts w:ascii="Courier New" w:hAnsi="Courier New"/>
          <w:color w:val="555555"/>
          <w:sz w:val="20"/>
        </w:rPr>
        <w:t>[20]</w:t>
      </w:r>
    </w:p>
    <w:p>
      <w:r>
        <w:rPr>
          <w:rFonts w:ascii="Gentium Plus" w:hAnsi="Gentium Plus"/>
          <w:sz w:val="24"/>
        </w:rPr>
        <w:t>δρας ἑξακοσίους. Αὐθάδης. θυμώδης, θρασὺς, ἀλαζὼν, ἑαυτῷ ἀδῶν καὶ ἀρέσκων. αὐτοάδης καὶ αὐθάδης. καὶ κλίνεται αὐθάδεος καὶ ἡ κλητικὴ αὐθάδες· πα‐ ράλογον δὲ τὸ αὔθαδες.</w:t>
      </w:r>
    </w:p>
    <w:p>
      <w:r>
        <w:rPr>
          <w:rFonts w:ascii="Courier New" w:hAnsi="Courier New"/>
          <w:color w:val="555555"/>
          <w:sz w:val="20"/>
        </w:rPr>
        <w:t>[25]</w:t>
      </w:r>
    </w:p>
    <w:p>
      <w:r>
        <w:rPr>
          <w:rFonts w:ascii="Gentium Plus" w:hAnsi="Gentium Plus"/>
          <w:sz w:val="24"/>
        </w:rPr>
        <w:t>Αὐταίρετος. αὐτόβουλος, ἢ ὁ αὐτεπάγγελτος. Αὐθέκαστος. ἀκριβὴς καὶ σύντομος. ὅθεν καὶ λόγους αὐθεκάστους τοὺς σαφεῖς καὶ συντόμους λέγομεν. τινὲς δὲ καὶ τὸν παῤῥησιαστὴν καὶ</w:t>
      </w:r>
    </w:p>
    <w:p>
      <w:r>
        <w:rPr>
          <w:rFonts w:ascii="Courier New" w:hAnsi="Courier New"/>
          <w:color w:val="555555"/>
          <w:sz w:val="20"/>
        </w:rPr>
        <w:t>[alpha 340]</w:t>
      </w:r>
    </w:p>
    <w:p>
      <w:r>
        <w:rPr>
          <w:rFonts w:ascii="Gentium Plus" w:hAnsi="Gentium Plus"/>
          <w:sz w:val="24"/>
        </w:rPr>
        <w:t>Αὔθαιμοι. οἱ ἀδελφοί. ὡς ἀπὸ τοῦ αὐτοῦ αἵ‐ ματος. Αὐθιγενής. γνήσιος· αὐτόχθων. Αὐθέντης. φονεὺς ἢ ὁ ἑαυτὸν κτιννύων. αὐ‐</w:t>
      </w:r>
    </w:p>
    <w:p>
      <w:r>
        <w:rPr>
          <w:rFonts w:ascii="Courier New" w:hAnsi="Courier New"/>
          <w:color w:val="555555"/>
          <w:sz w:val="20"/>
        </w:rPr>
        <w:t>[5]</w:t>
      </w:r>
    </w:p>
    <w:p>
      <w:r>
        <w:rPr>
          <w:rFonts w:ascii="Gentium Plus" w:hAnsi="Gentium Plus"/>
          <w:sz w:val="24"/>
        </w:rPr>
        <w:t>τοέντης τίς ἐστιν. ὁ ἑαυτὸν βάλλων τοῖς ἔν‐ τεσιν, ὅ ἐστι τοῖς βέλεσι. τὸ δὲ ἐν τῇ συνη‐ θείᾳ ἔοικε παρὰ τὸ αὐτὸς καὶ τὸ ἔντης· ὁ ἑαυτὸν ἐπαφεὶς εἰς πάντα καὶ ὢν αὐτεξούσιος καὶ μὴ ἄλλου, ἀλλ’ ἑαυτῷ ὤν.</w:t>
      </w:r>
    </w:p>
    <w:p>
      <w:r>
        <w:rPr>
          <w:rFonts w:ascii="Courier New" w:hAnsi="Courier New"/>
          <w:color w:val="555555"/>
          <w:sz w:val="20"/>
        </w:rPr>
        <w:t>[10]</w:t>
      </w:r>
    </w:p>
    <w:p>
      <w:r>
        <w:rPr>
          <w:rFonts w:ascii="Gentium Plus" w:hAnsi="Gentium Plus"/>
          <w:sz w:val="24"/>
        </w:rPr>
        <w:t>Αὐλικούς. κιθαρῳδούς. Αὐλός. ὁ ἐπιμήκης φυσητήρ. αὐλὸν καμινευτῆρα τὸν φιλήνεμον. Αὐλῶνες. φάραγγες ἢ τόποι πλατεῖς, ἢ αὐλῶ‐ νες τὰ μεταξὺ φαράγγων στενὰ καὶ ἐπὶ μῆ‐</w:t>
      </w:r>
    </w:p>
    <w:p>
      <w:r>
        <w:rPr>
          <w:rFonts w:ascii="Courier New" w:hAnsi="Courier New"/>
          <w:color w:val="555555"/>
          <w:sz w:val="20"/>
        </w:rPr>
        <w:t>[15]</w:t>
      </w:r>
    </w:p>
    <w:p>
      <w:r>
        <w:rPr>
          <w:rFonts w:ascii="Gentium Plus" w:hAnsi="Gentium Plus"/>
          <w:sz w:val="24"/>
        </w:rPr>
        <w:t>κος φερόμενα. Αὐλίκουρες. φύλακες. Αὖος. ξηρός. ἔστιν ὕω ῥῆμα τὸ βρέχω, καὶ στε‐ ρήσει τοῦ α ἀΰω καὶ ἐν συναιρέσει αὔω, ἐξ οὗ αὖος.</w:t>
      </w:r>
    </w:p>
    <w:p>
      <w:r>
        <w:rPr>
          <w:rFonts w:ascii="Courier New" w:hAnsi="Courier New"/>
          <w:color w:val="555555"/>
          <w:sz w:val="20"/>
        </w:rPr>
        <w:t>[20]</w:t>
      </w:r>
    </w:p>
    <w:p>
      <w:r>
        <w:rPr>
          <w:rFonts w:ascii="Gentium Plus" w:hAnsi="Gentium Plus"/>
          <w:sz w:val="24"/>
        </w:rPr>
        <w:t>Αὖροι. οἱ λαγωοί. Αὐρηλιανός. βασιλεὺς Ῥωμαίων, τὰ πολέμια δεινῶς ἠσκημένος, ἀκάθεκτος δὲ τὴν γνώμην καὶ ὠμός. Αὔσονες. οἱ βασιλεῖς. παρὰ τὸ αὔσω τὸ τολμῶ.</w:t>
      </w:r>
    </w:p>
    <w:p>
      <w:r>
        <w:rPr>
          <w:rFonts w:ascii="Courier New" w:hAnsi="Courier New"/>
          <w:color w:val="555555"/>
          <w:sz w:val="20"/>
        </w:rPr>
        <w:t>[25]</w:t>
      </w:r>
    </w:p>
    <w:p>
      <w:r>
        <w:rPr>
          <w:rFonts w:ascii="Gentium Plus" w:hAnsi="Gentium Plus"/>
          <w:sz w:val="24"/>
        </w:rPr>
        <w:t>οἱ πάντα τολμῶντες τοῖς προστάγμασιν. Αὐσόνιος πόντος. ἡ Σικελικὴ θάλασσα. ἀπὸ Αὔ‐ σονος τοῦ Ὀδυσσέως καὶ Καλυψοῦς υἱοῦ ἐκεῖ βασιλεύσαντος. Αὐσονίων. Ἰταλῶν.</w:t>
      </w:r>
    </w:p>
    <w:p>
      <w:r>
        <w:rPr>
          <w:rFonts w:ascii="Courier New" w:hAnsi="Courier New"/>
          <w:color w:val="555555"/>
          <w:sz w:val="20"/>
        </w:rPr>
        <w:t>[30]</w:t>
      </w:r>
    </w:p>
    <w:p>
      <w:r>
        <w:rPr>
          <w:rFonts w:ascii="Gentium Plus" w:hAnsi="Gentium Plus"/>
          <w:sz w:val="24"/>
        </w:rPr>
        <w:t>Αὐτοτελής. τέλειος.</w:t>
      </w:r>
    </w:p>
    <w:p>
      <w:r>
        <w:rPr>
          <w:rFonts w:ascii="Courier New" w:hAnsi="Courier New"/>
          <w:color w:val="555555"/>
          <w:sz w:val="20"/>
        </w:rPr>
        <w:t>[alpha 341]</w:t>
      </w:r>
    </w:p>
    <w:p>
      <w:r>
        <w:rPr>
          <w:rFonts w:ascii="Gentium Plus" w:hAnsi="Gentium Plus"/>
          <w:sz w:val="24"/>
        </w:rPr>
        <w:t>Αὐτολόχευτος. αὐτογέννητος. Αὐτόπτης. ὁ θεατής. Αὐτόχειρες. οἱ ἑαυτοὺς φονεύσαντες αὐτοχειρίᾳ ἢ τινάς.</w:t>
      </w:r>
    </w:p>
    <w:p>
      <w:r>
        <w:rPr>
          <w:rFonts w:ascii="Courier New" w:hAnsi="Courier New"/>
          <w:color w:val="555555"/>
          <w:sz w:val="20"/>
        </w:rPr>
        <w:t>[5]</w:t>
      </w:r>
    </w:p>
    <w:p>
      <w:r>
        <w:rPr>
          <w:rFonts w:ascii="Gentium Plus" w:hAnsi="Gentium Plus"/>
          <w:sz w:val="24"/>
        </w:rPr>
        <w:t>Αὐτεπάγγελτος. ὁ αὐτόκλητος. Αὐτόχθονες. πολῖται γνήσιοι. λέγονται δὲ καὶ οἱ Ἀθηναῖοι, ἢ ἐπεὶ τὴν χθόνα, ὅ ἐστι τὴν γῆν, ἀργὴν οὖσαν πρῶτοι εἰργάσαντο, ἢ διὰ τὸ μὴ εἶναι αὐτοὺς ἐπήλυδας.</w:t>
      </w:r>
    </w:p>
    <w:p>
      <w:r>
        <w:rPr>
          <w:rFonts w:ascii="Courier New" w:hAnsi="Courier New"/>
          <w:color w:val="555555"/>
          <w:sz w:val="20"/>
        </w:rPr>
        <w:t>[10]</w:t>
      </w:r>
    </w:p>
    <w:p>
      <w:r>
        <w:rPr>
          <w:rFonts w:ascii="Gentium Plus" w:hAnsi="Gentium Plus"/>
          <w:sz w:val="24"/>
        </w:rPr>
        <w:t>Αὐτόνομος. ὁ αὐθαίρετος, ὁ αὐτόβουλος. Αὐτάρκης. αὐτοβοηθός. παρὰ τὸ αὐτὸς καὶ τὸ ἀρκῶ τὸ βοηθῶ. Αὐτόμολος. πρόσφυξ. Αὐτόσιτος. οἰκόσιτος.</w:t>
      </w:r>
    </w:p>
    <w:p>
      <w:r>
        <w:rPr>
          <w:rFonts w:ascii="Courier New" w:hAnsi="Courier New"/>
          <w:color w:val="555555"/>
          <w:sz w:val="20"/>
        </w:rPr>
        <w:t>[15]</w:t>
      </w:r>
    </w:p>
    <w:p>
      <w:r>
        <w:rPr>
          <w:rFonts w:ascii="Gentium Plus" w:hAnsi="Gentium Plus"/>
          <w:sz w:val="24"/>
        </w:rPr>
        <w:t>Αὐτόστοιχος. αὐτὸς ἑαυτῷ προσέχων. ὁ βου‐ λόμενος ἐν τῷδε τῷ βίῳ ἀβέβηλον βίον πολι‐ τεύεσθαι, αὐτόστοιχος ἐθέλει εἶναι. Αὐτοσφαγῆ. τὸν ὑφ’ ἑαυτοῦ ἀναιρούμενον. Αὐτήκοοι. οἱ μὴ ἐπιτασσόμενοι, αὐτοὶ δὲ ἑαυτῶν</w:t>
      </w:r>
    </w:p>
    <w:p>
      <w:r>
        <w:rPr>
          <w:rFonts w:ascii="Courier New" w:hAnsi="Courier New"/>
          <w:color w:val="555555"/>
          <w:sz w:val="20"/>
        </w:rPr>
        <w:t>[20]</w:t>
      </w:r>
    </w:p>
    <w:p>
      <w:r>
        <w:rPr>
          <w:rFonts w:ascii="Gentium Plus" w:hAnsi="Gentium Plus"/>
          <w:sz w:val="24"/>
        </w:rPr>
        <w:t>ἀκούοντες. Αὐτόδαξον. τρόπον αὐθάδη καὶ ὀργίλον, ἐπεὶ οἱ ὀργίλοι δάκνουσι τοῖς ὀδοῦσιν. Αὐτοκέλευστος. αὐθόρμητος. κρότος τὲ ἀθρόως οὐκ ἐκ παραγγέλματος, ἀλλ’ αὐτοκέλευστος</w:t>
      </w:r>
    </w:p>
    <w:p>
      <w:r>
        <w:rPr>
          <w:rFonts w:ascii="Courier New" w:hAnsi="Courier New"/>
          <w:color w:val="555555"/>
          <w:sz w:val="20"/>
        </w:rPr>
        <w:t>[25]</w:t>
      </w:r>
    </w:p>
    <w:p>
      <w:r>
        <w:rPr>
          <w:rFonts w:ascii="Gentium Plus" w:hAnsi="Gentium Plus"/>
          <w:sz w:val="24"/>
        </w:rPr>
        <w:t>ὡρμήθη. Αὐτοκράτωρ. δεσπότης, ἄρχων. ἑλληνικὴ ἡ φωνή. τάττεται δὲ ἐπὶ παντὸς τοῦ καταπολε‐</w:t>
      </w:r>
    </w:p>
    <w:p>
      <w:r>
        <w:rPr>
          <w:rFonts w:ascii="Courier New" w:hAnsi="Courier New"/>
          <w:color w:val="555555"/>
          <w:sz w:val="20"/>
        </w:rPr>
        <w:t>[alpha 342]</w:t>
      </w:r>
    </w:p>
    <w:p>
      <w:r>
        <w:rPr>
          <w:rFonts w:ascii="Gentium Plus" w:hAnsi="Gentium Plus"/>
          <w:sz w:val="24"/>
        </w:rPr>
        <w:t>τοκράτορα πάντα τὸν ἀνυπεύθυνον. παρὰ τὸ κρατῶ, κράτωρ καὶ αὐτοκράτωρ· ἢ παρὰ τὸ κραίνω κράτωρ καὶ ἐν συνθέσει αὐτοκράτωρ. αὐτοκράτορες ἀντὶ τοῦ· τούτων τῶν δογμάτων</w:t>
      </w:r>
    </w:p>
    <w:p>
      <w:r>
        <w:rPr>
          <w:rFonts w:ascii="Courier New" w:hAnsi="Courier New"/>
          <w:color w:val="555555"/>
          <w:sz w:val="20"/>
        </w:rPr>
        <w:t>[5]</w:t>
      </w:r>
    </w:p>
    <w:p>
      <w:r>
        <w:rPr>
          <w:rFonts w:ascii="Gentium Plus" w:hAnsi="Gentium Plus"/>
          <w:sz w:val="24"/>
        </w:rPr>
        <w:t>κρατοῦντες. Ἀριστοφάνης· τούτων περὶ πάντων αὐτοκράτορες ἥκομεν. Αὐτολήκυθος. ὁ πένης. παρὰ τὸ φέρειν ἑαυ‐ τῷ τὰς ληκύθους εἰς τὰ βαλανεῖα. Αὐτόφωρος. ὁ ὑφ’ ἑαυτοῦ ἐξελεγχόμενος καὶ</w:t>
      </w:r>
    </w:p>
    <w:p>
      <w:r>
        <w:rPr>
          <w:rFonts w:ascii="Courier New" w:hAnsi="Courier New"/>
          <w:color w:val="555555"/>
          <w:sz w:val="20"/>
        </w:rPr>
        <w:t>[10]</w:t>
      </w:r>
    </w:p>
    <w:p>
      <w:r>
        <w:rPr>
          <w:rFonts w:ascii="Gentium Plus" w:hAnsi="Gentium Plus"/>
          <w:sz w:val="24"/>
        </w:rPr>
        <w:t>πεφανερωμένος ὤν. Αὐτόματος. αὐτόκλητος. παρὰ τὸ μαστεύω, τὸ ζητῶ, μαστὸς, καὶ αὐτόματος, ὁ αὐτοζήτητος καὶ μὴ παρ’ ἑτέρου ζητηθείς. [ἢ παρὰ τὸ μέ‐ νω, τὸ προθυμοῦμαι. μέμαμαι, μέμαται, μα‐</w:t>
      </w:r>
    </w:p>
    <w:p>
      <w:r>
        <w:rPr>
          <w:rFonts w:ascii="Courier New" w:hAnsi="Courier New"/>
          <w:color w:val="555555"/>
          <w:sz w:val="20"/>
        </w:rPr>
        <w:t>[15]</w:t>
      </w:r>
    </w:p>
    <w:p>
      <w:r>
        <w:rPr>
          <w:rFonts w:ascii="Gentium Plus" w:hAnsi="Gentium Plus"/>
          <w:sz w:val="24"/>
        </w:rPr>
        <w:t>τὸς καὶ αὐτόματος.] Αὐτοφορβός. ὁ αὐτοφάγος. ἠξίωσαν δὲ τινὲς βαρύνεσθαι διὰ τὴν αὐτὸς ἀντωνυμίαν, ἥτις βαρύνει τὰ εἰς ος λήγοντα ἐν τῇ συνθέσει, ὡς αὐτόνομος. αὐτόνομος εἶναι βούλομαί σοι σύμ‐</w:t>
      </w:r>
    </w:p>
    <w:p>
      <w:r>
        <w:rPr>
          <w:rFonts w:ascii="Courier New" w:hAnsi="Courier New"/>
          <w:color w:val="555555"/>
          <w:sz w:val="20"/>
        </w:rPr>
        <w:t>[20]</w:t>
      </w:r>
    </w:p>
    <w:p>
      <w:r>
        <w:rPr>
          <w:rFonts w:ascii="Gentium Plus" w:hAnsi="Gentium Plus"/>
          <w:sz w:val="24"/>
        </w:rPr>
        <w:t>μαχος. Αὐχμός. ξηρασία, ἀνομβρία. παρὰ τὸ αὔξω αὐχμός. κατὰ ἀντίφρασιν ὁ μὴ ποιῶν τὶ αὔ‐ ξεσθαι. [ὑγρότης γὰρ τρέφει. ἢ παρὰ τὸ αὔω τὸ ξηραίνω, ἐξ οὗ αὖος καὶ αὐαλέος, γίνεται</w:t>
      </w:r>
    </w:p>
    <w:p>
      <w:r>
        <w:rPr>
          <w:rFonts w:ascii="Courier New" w:hAnsi="Courier New"/>
          <w:color w:val="555555"/>
          <w:sz w:val="20"/>
        </w:rPr>
        <w:t>[25]</w:t>
      </w:r>
    </w:p>
    <w:p>
      <w:r>
        <w:rPr>
          <w:rFonts w:ascii="Gentium Plus" w:hAnsi="Gentium Plus"/>
          <w:sz w:val="24"/>
        </w:rPr>
        <w:t>αὐχμός.] [Αὐχήν. ὁ τράχηλος. παρὰ τὸ ἀχμὴν, ὁ κατά‐ ξηρος τόπος τοῦ σώματος. ἢ παρὰ τὸ ὄχω,</w:t>
      </w:r>
    </w:p>
    <w:p>
      <w:r>
        <w:rPr>
          <w:rFonts w:ascii="Courier New" w:hAnsi="Courier New"/>
          <w:color w:val="555555"/>
          <w:sz w:val="20"/>
        </w:rPr>
        <w:t>[alpha 343]</w:t>
      </w:r>
    </w:p>
    <w:p>
      <w:r>
        <w:rPr>
          <w:rFonts w:ascii="Gentium Plus" w:hAnsi="Gentium Plus"/>
          <w:sz w:val="24"/>
        </w:rPr>
        <w:t>παρὰ τὸ αὐχεῖν καὶ γαυριᾷν γίνεται αὐχήν. γαυριῶντες γὰρ καὶ ἐπαιρόμενοι ἀνατείνομεν αὐ‐ τόν.] [Αὐλός. τὸ φωνητικὸν ὄργανον σημαίνει, καὶ τὸν</w:t>
      </w:r>
    </w:p>
    <w:p>
      <w:r>
        <w:rPr>
          <w:rFonts w:ascii="Courier New" w:hAnsi="Courier New"/>
          <w:color w:val="555555"/>
          <w:sz w:val="20"/>
        </w:rPr>
        <w:t>[5]</w:t>
      </w:r>
    </w:p>
    <w:p>
      <w:r>
        <w:rPr>
          <w:rFonts w:ascii="Gentium Plus" w:hAnsi="Gentium Plus"/>
          <w:sz w:val="24"/>
        </w:rPr>
        <w:t>εἰς εὐθὺ ἀνακοντισμὸν τοῦ αἵματος. —αὐτίκα δ’ αὐλὸς ἀνὰ ῥῖνας παχὺς ἦλθεν αἵματος— σημαίνει καὶ περόνης μέτρον. αὐλοῖσι διδύμοισι πάροιθεν δαίδαλα ἧκεν.]</w:t>
      </w:r>
    </w:p>
    <w:p>
      <w:r>
        <w:rPr>
          <w:rFonts w:ascii="Courier New" w:hAnsi="Courier New"/>
          <w:color w:val="555555"/>
          <w:sz w:val="20"/>
        </w:rPr>
        <w:t>[10]</w:t>
      </w:r>
    </w:p>
    <w:p>
      <w:r>
        <w:rPr>
          <w:rFonts w:ascii="Gentium Plus" w:hAnsi="Gentium Plus"/>
          <w:sz w:val="24"/>
        </w:rPr>
        <w:t>[Αὐλός. καὶ τὸ στάδιον.] [Αὐθέκαστος. ὁ αὐστηρός.]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[Αὐαλέας. καταξήρους.] [Αὐγή. ἡ λαμπρότης. παρὰ τὸ ἄγω, ἀγὴ καὶ αὐ‐</w:t>
      </w:r>
    </w:p>
    <w:p>
      <w:r>
        <w:rPr>
          <w:rFonts w:ascii="Courier New" w:hAnsi="Courier New"/>
          <w:color w:val="555555"/>
          <w:sz w:val="20"/>
        </w:rPr>
        <w:t>[15]</w:t>
      </w:r>
    </w:p>
    <w:p>
      <w:r>
        <w:rPr>
          <w:rFonts w:ascii="Gentium Plus" w:hAnsi="Gentium Plus"/>
          <w:sz w:val="24"/>
        </w:rPr>
        <w:t>γή. δι’ ἧς ἀγόμεθα.] [Αὐδὴ, ἡ φωνή. παρὰ τὸ αὐγὴ, αὐδὴ κατὰ τρο‐ πήν. δι’ ἧς αὐγάζεται καὶ φωτίζεται τὰ τοῦ νοῦ.] [Αὐδήεσσα. ὀνομαστὴ, ἔνδοξος, ὁμοιόφθογγος.]</w:t>
      </w:r>
    </w:p>
    <w:p>
      <w:r>
        <w:rPr>
          <w:rFonts w:ascii="Courier New" w:hAnsi="Courier New"/>
          <w:color w:val="555555"/>
          <w:sz w:val="20"/>
        </w:rPr>
        <w:t>[20]</w:t>
      </w:r>
    </w:p>
    <w:p>
      <w:r>
        <w:rPr>
          <w:rFonts w:ascii="Gentium Plus" w:hAnsi="Gentium Plus"/>
          <w:sz w:val="24"/>
        </w:rPr>
        <w:t>[Αὐθάδεια. θρασύτης· ἀλαζονεία, αὐταρέσκεια. καὶ αὐθαδία, διὰ τοῦ ἰῶτα.] [Αὐλῶπις. ἡ περικεφαλαία, ἡ παρατεταμένους ἔχουσα τοὺς ὦπας.] [Αὐλαία. τὸ τῆς σκηνῆς παραπέτασμα.]</w:t>
      </w:r>
    </w:p>
    <w:p>
      <w:r>
        <w:rPr>
          <w:rFonts w:ascii="Courier New" w:hAnsi="Courier New"/>
          <w:color w:val="555555"/>
          <w:sz w:val="20"/>
        </w:rPr>
        <w:t>[25]</w:t>
      </w:r>
    </w:p>
    <w:p>
      <w:r>
        <w:rPr>
          <w:rFonts w:ascii="Gentium Plus" w:hAnsi="Gentium Plus"/>
          <w:sz w:val="24"/>
        </w:rPr>
        <w:t>[Αὖλαξ. ἡ ἐπιμήκης τομὴ τῆς γῆς ἐξ ἀρότρου.] [Αὖλις. ἡ κοίτη.] [Αὐλαί. ἐπίνειον Κιλικίας πλησίον Ταρσοῦ. οἱ οἰ‐</w:t>
      </w:r>
    </w:p>
    <w:p>
      <w:r>
        <w:rPr>
          <w:rFonts w:ascii="Courier New" w:hAnsi="Courier New"/>
          <w:color w:val="555555"/>
          <w:sz w:val="20"/>
        </w:rPr>
        <w:t>[alpha 344]</w:t>
      </w:r>
    </w:p>
    <w:p>
      <w:r>
        <w:rPr>
          <w:rFonts w:ascii="Gentium Plus" w:hAnsi="Gentium Plus"/>
          <w:sz w:val="24"/>
        </w:rPr>
        <w:t>[Αὐλή. τὸ νῦν ἀρχεῖον λεγόμενον, ὅπου ἀπή‐ γοντο οἱ κατάκριτοι, καὶ τοὺς ἐκεῖσε ὑπηρέτας αὐλικοὺς ὠνόμαζον.] [Αὐλία. ἀντὶ τοῦ ἔπαυλις. οὕτως Λυσίας καὶ</w:t>
      </w:r>
    </w:p>
    <w:p>
      <w:r>
        <w:rPr>
          <w:rFonts w:ascii="Courier New" w:hAnsi="Courier New"/>
          <w:color w:val="555555"/>
          <w:sz w:val="20"/>
        </w:rPr>
        <w:t>[5]</w:t>
      </w:r>
    </w:p>
    <w:p>
      <w:r>
        <w:rPr>
          <w:rFonts w:ascii="Gentium Plus" w:hAnsi="Gentium Plus"/>
          <w:sz w:val="24"/>
        </w:rPr>
        <w:t>Αἰσχίνης.] [Αὔλειος. ἡ ἀπὸ τῆς ὁδοῦ πρώτη θύρα τῆς οἰ‐ κίας.] [Αὐλείους. θύρας.] [Αὔξη. ἡ αὔξησις.]</w:t>
      </w:r>
    </w:p>
    <w:p>
      <w:r>
        <w:rPr>
          <w:rFonts w:ascii="Courier New" w:hAnsi="Courier New"/>
          <w:color w:val="555555"/>
          <w:sz w:val="20"/>
        </w:rPr>
        <w:t>[10]</w:t>
      </w:r>
    </w:p>
    <w:p>
      <w:r>
        <w:rPr>
          <w:rFonts w:ascii="Gentium Plus" w:hAnsi="Gentium Plus"/>
          <w:sz w:val="24"/>
        </w:rPr>
        <w:t>[Αὔξησις. κίνησις περὶ τὸ τέλειον μέγεθος.] [Αὖρα. λεπτὴ πνοή. παρὰ τὸ ἀὴρ, ἄρα καὶ πλεονασμῷ τοῦ υ αὖρα· παρώνυμον κατὰ ἀν‐ τιστροφὴν ἀπὸ ἀρσενικοῦ εἰς θηλυκόν· ὡς ξυ‐ στὴρ ξύστρα, γαστὴρ γάστρα. δύναται καὶ ἀὴρ,</w:t>
      </w:r>
    </w:p>
    <w:p>
      <w:r>
        <w:rPr>
          <w:rFonts w:ascii="Courier New" w:hAnsi="Courier New"/>
          <w:color w:val="555555"/>
          <w:sz w:val="20"/>
        </w:rPr>
        <w:t>[15]</w:t>
      </w:r>
    </w:p>
    <w:p>
      <w:r>
        <w:rPr>
          <w:rFonts w:ascii="Gentium Plus" w:hAnsi="Gentium Plus"/>
          <w:sz w:val="24"/>
        </w:rPr>
        <w:t>ἀέρος, ἀέρα, αὖρα κατὰ κρᾶσιν.] [Αὐρόσχη. ἡ ἄμπελος.] [Αὐτάγητοι. αἱ ἑαυτὰς ἀγάμεναι.] [Αὐτάγγελος. ἡ ἀφ’ ἑαυτῆς ἀπαγγέλλουσα. αὐτάγγελος γὰρ ἡ δρῦς, αὐτή σοι φράσει.]</w:t>
      </w:r>
    </w:p>
    <w:p>
      <w:r>
        <w:rPr>
          <w:rFonts w:ascii="Courier New" w:hAnsi="Courier New"/>
          <w:color w:val="555555"/>
          <w:sz w:val="20"/>
        </w:rPr>
        <w:t>[20]</w:t>
      </w:r>
    </w:p>
    <w:p>
      <w:r>
        <w:rPr>
          <w:rFonts w:ascii="Gentium Plus" w:hAnsi="Gentium Plus"/>
          <w:sz w:val="24"/>
        </w:rPr>
        <w:t>[Αὐτοδίκη. ὅταν αὐτὸς δι’ ἑαυτοῦ τὶς δικά‐ ζεται.] [Αὐτονομουμένη πόλις. ἡ τοῖς αὐτοῖς νόμοις χρωμένη καὶ οὐχ ὑπακούουσα ἑτέροις.] [Αὐτοκάβδαλος ναῦς, ἢ αὐτοκάβδαλον σκά‐</w:t>
      </w:r>
    </w:p>
    <w:p>
      <w:r>
        <w:rPr>
          <w:rFonts w:ascii="Courier New" w:hAnsi="Courier New"/>
          <w:color w:val="555555"/>
          <w:sz w:val="20"/>
        </w:rPr>
        <w:t>[25]</w:t>
      </w:r>
    </w:p>
    <w:p>
      <w:r>
        <w:rPr>
          <w:rFonts w:ascii="Gentium Plus" w:hAnsi="Gentium Plus"/>
          <w:sz w:val="24"/>
        </w:rPr>
        <w:t>φος. αὐτοσχέδιον. κυρίως δὲ ἡ λέξις ἐπὶ τῶν ἀλφίτων εἴρηται· τὸ γὰρ, ὡς ἔτυχε, φυραθὲν</w:t>
      </w:r>
    </w:p>
    <w:p>
      <w:r>
        <w:rPr>
          <w:rFonts w:ascii="Courier New" w:hAnsi="Courier New"/>
          <w:color w:val="555555"/>
          <w:sz w:val="20"/>
        </w:rPr>
        <w:t>[alpha 345]</w:t>
      </w:r>
    </w:p>
    <w:p>
      <w:r>
        <w:rPr>
          <w:rFonts w:ascii="Gentium Plus" w:hAnsi="Gentium Plus"/>
          <w:sz w:val="24"/>
        </w:rPr>
        <w:t>[Αὐτοτελὴς δίκη. ἀφ’ ἧς οὐκ ἔστιν ἐκκαλέσα‐ σθαι ἐφ’ ἑτέραν.] [Ἀϋτή. ἡ βοή.] [Ἀϋτμή. ἡ ἀναπνοή.]</w:t>
      </w:r>
    </w:p>
    <w:p>
      <w:r>
        <w:rPr>
          <w:rFonts w:ascii="Courier New" w:hAnsi="Courier New"/>
          <w:color w:val="555555"/>
          <w:sz w:val="20"/>
        </w:rPr>
        <w:t>[5]</w:t>
      </w:r>
    </w:p>
    <w:p>
      <w:r>
        <w:rPr>
          <w:rFonts w:ascii="Gentium Plus" w:hAnsi="Gentium Plus"/>
          <w:sz w:val="24"/>
        </w:rPr>
        <w:t>[Αὐλαῖαι. αἱ δέῤῥεις τῆς σκηνῆς. τοῦ θεολό‐ γου· τῶν αὐλαιῶν μὴ φείσῃ.] [Αὖλαξ. παρὰ τὸ αὐλὸς γίνεται αὖλαξ. αὖ‐ λαξ γὰρ λέγεται ἡ ἐπιμήκης τομή. αὐλὸς δὲ, πᾶν τὸ εἰς ὀξὺ λῆγον.]</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[Αὐγουστεῖον. ὀψοπώλιον.] [Αὐγοειδές. ἀστροειδές τι καὶ ἀΐδιον. ἔφασκε δὲ ὁ Ἰσίδωρος, ἐκεῖνο ἀκηκοέναι, ὡς ἔχει ἡ ψυ‐ χὴ αὐγοειδὲς ὄχημα.]</w:t>
      </w:r>
    </w:p>
    <w:p>
      <w:r>
        <w:rPr>
          <w:rFonts w:ascii="Courier New" w:hAnsi="Courier New"/>
          <w:color w:val="555555"/>
          <w:sz w:val="20"/>
        </w:rPr>
        <w:t>[15]</w:t>
      </w:r>
    </w:p>
    <w:p>
      <w:r>
        <w:rPr>
          <w:rFonts w:ascii="Gentium Plus" w:hAnsi="Gentium Plus"/>
          <w:sz w:val="24"/>
        </w:rPr>
        <w:t>[Αὐθαίρετον. αὐτοβούλητον. αὐτεπάγγελτον.] [Αὐθέκαστα. αὐτὰ καθ’ ἑαυτὰ γινόμενα. ἢ αὐτὰ τὰ γινόμενα, ἀκρίτως καὶ συντόμως καὶ ἀποτόμως. ἢ τὰ ἁπλᾶ καὶ ἀληθῆ αὐτοακρι‐ βῶς.]</w:t>
      </w:r>
    </w:p>
    <w:p>
      <w:r>
        <w:rPr>
          <w:rFonts w:ascii="Courier New" w:hAnsi="Courier New"/>
          <w:color w:val="555555"/>
          <w:sz w:val="20"/>
        </w:rPr>
        <w:t>[20]</w:t>
      </w:r>
    </w:p>
    <w:p>
      <w:r>
        <w:rPr>
          <w:rFonts w:ascii="Gentium Plus" w:hAnsi="Gentium Plus"/>
          <w:sz w:val="24"/>
        </w:rPr>
        <w:t>[Αὐθύπαρκτον. τὸ ἐν ἑαυτῷ καὶ μὴ ἐν ἑτέ‐ ρῳ ἔχον τὴν ὕπαρξιν.] [Αὖον. ξηρόν. Ἡσίοδος· αὖον ἀπὸ χλωροῦ τέμνειν—.] [Αὔτανδρον. σὺν αὐτοῖς ἀνδράσιν.]</w:t>
      </w:r>
    </w:p>
    <w:p>
      <w:r>
        <w:rPr>
          <w:rFonts w:ascii="Courier New" w:hAnsi="Courier New"/>
          <w:color w:val="555555"/>
          <w:sz w:val="20"/>
        </w:rPr>
        <w:t>[25]</w:t>
      </w:r>
    </w:p>
    <w:p>
      <w:r>
        <w:rPr>
          <w:rFonts w:ascii="Gentium Plus" w:hAnsi="Gentium Plus"/>
          <w:sz w:val="24"/>
        </w:rPr>
        <w:t>[Αὐτογένεθλον. τὸ αὐτογέννητον.] [Αὐτοδαῆ καὶ αὐτομαθῆ. τὰ ἐκ φύσεως καὶ μὴ</w:t>
      </w:r>
    </w:p>
    <w:p>
      <w:r>
        <w:rPr>
          <w:rFonts w:ascii="Courier New" w:hAnsi="Courier New"/>
          <w:color w:val="555555"/>
          <w:sz w:val="20"/>
        </w:rPr>
        <w:t>[alpha 346]</w:t>
      </w:r>
    </w:p>
    <w:p>
      <w:r>
        <w:rPr>
          <w:rFonts w:ascii="Gentium Plus" w:hAnsi="Gentium Plus"/>
          <w:sz w:val="24"/>
        </w:rPr>
        <w:t>[Αὐτοκίνητον. αὐτοφυές. τῷ δὲ Ἑρμείᾳ τῷ φι‐ λοσόφῳ τὸ αὐτοκίνητον οὐ προσήνθει τῇ πολυ‐ μαθείᾳ.] [Αὐτοφυέστατον. μὴ ἐπίπλαστον ἔχον κάλλος.]</w:t>
      </w:r>
    </w:p>
    <w:p>
      <w:r>
        <w:rPr>
          <w:rFonts w:ascii="Courier New" w:hAnsi="Courier New"/>
          <w:color w:val="555555"/>
          <w:sz w:val="20"/>
        </w:rPr>
        <w:t>[5]</w:t>
      </w:r>
    </w:p>
    <w:p>
      <w:r>
        <w:rPr>
          <w:rFonts w:ascii="Gentium Plus" w:hAnsi="Gentium Plus"/>
          <w:sz w:val="24"/>
        </w:rPr>
        <w:t>[Αὐτόγυον. μέρος ἀρότρου. ἔστιν ὁ γύης καὶ τὸ γύον. γίνεται δὲ παρὰ τὸ γαῖα, γύη, ἵν’ ᾖ ἡ γύη, τῆς γύης, καὶ μεταχθείσης τῆς γενι‐ κῆς εἰς εὐθεῖαν, ὁ γύης.] [Αὐτόπρεμνον. αὐτόῤῥιζον.]</w:t>
      </w:r>
    </w:p>
    <w:p>
      <w:r>
        <w:rPr>
          <w:rFonts w:ascii="Courier New" w:hAnsi="Courier New"/>
          <w:color w:val="555555"/>
          <w:sz w:val="20"/>
        </w:rPr>
        <w:t>[10]</w:t>
      </w:r>
    </w:p>
    <w:p>
      <w:r>
        <w:rPr>
          <w:rFonts w:ascii="Gentium Plus" w:hAnsi="Gentium Plus"/>
          <w:sz w:val="24"/>
        </w:rPr>
        <w:t>[Αὔταρκες. τὸ ἱκανῶς ἐξαρκοῦν.] [Αὐτόματον. αἰτία κατὰ συμβεβηκότος ἀόρι‐ στος, ἐν τοῖς ἕνεκα τινὸς κατὰ προαίρεσιν γι‐ νομένοις συμβαίνουσα. τὸν γὰρ λίθον πεσόντα γενέσθαι καθέδραν ἔτυχεν.]</w:t>
      </w:r>
    </w:p>
    <w:p>
      <w:r>
        <w:rPr>
          <w:rFonts w:ascii="Courier New" w:hAnsi="Courier New"/>
          <w:color w:val="555555"/>
          <w:sz w:val="20"/>
        </w:rPr>
        <w:t>[15]</w:t>
      </w:r>
    </w:p>
    <w:p>
      <w:r>
        <w:rPr>
          <w:rFonts w:ascii="Gentium Plus" w:hAnsi="Gentium Plus"/>
          <w:sz w:val="24"/>
        </w:rPr>
        <w:t>[Αὐτοκάβδαλον. μικρὸν σκάφος, ἀναυλόχη‐ τον· αὐτοσχέδιον, οὐδέπω ἐν ὅρμῳ καὶ λιμένι καταλεγόμενον. ναυλόχους γὰρ ἔλεγον τοὺς λι‐ μένας.] [Αὐτούργητον. αὐτοφυές.]</w:t>
      </w:r>
    </w:p>
    <w:p>
      <w:r>
        <w:rPr>
          <w:rFonts w:ascii="Courier New" w:hAnsi="Courier New"/>
          <w:color w:val="555555"/>
          <w:sz w:val="20"/>
        </w:rPr>
        <w:t>[20]</w:t>
      </w:r>
    </w:p>
    <w:p>
      <w:r>
        <w:rPr>
          <w:rFonts w:ascii="Gentium Plus" w:hAnsi="Gentium Plus"/>
          <w:sz w:val="24"/>
        </w:rPr>
        <w:t>[Αὐτεξούσιον. ψυχῆς φρόνησις, ἔχουσα ἐπιτη‐ δειότητα νεῦσαι πρὸς ἃς βούλεται πράξεις. ἢ αὐτεξούσιον, τὸ αὐτοδέσποτον· τὸ γὰρ ὑπὸ δε‐ σπότην ὂν οὐκ ἔστιν αὐτεξούσιον· εἴγε αὐτεξου‐ σιότης ψυχῆς νοερᾶς ἐστὶν ἡ ἀκώλυτος πρὸς</w:t>
      </w:r>
    </w:p>
    <w:p>
      <w:r>
        <w:rPr>
          <w:rFonts w:ascii="Courier New" w:hAnsi="Courier New"/>
          <w:color w:val="555555"/>
          <w:sz w:val="20"/>
        </w:rPr>
        <w:t>[25]</w:t>
      </w:r>
    </w:p>
    <w:p>
      <w:r>
        <w:rPr>
          <w:rFonts w:ascii="Gentium Plus" w:hAnsi="Gentium Plus"/>
          <w:sz w:val="24"/>
        </w:rPr>
        <w:t>ἀρετὴν ἢ κακίαν τοῦ ἐπιθυμητικοῦ ἡμῶν ῥοπή τε καὶ κίνησις· ἔνθα δὲ κακίας ἢ ἀρετῆς προσ‐</w:t>
      </w:r>
    </w:p>
    <w:p>
      <w:r>
        <w:rPr>
          <w:rFonts w:ascii="Courier New" w:hAnsi="Courier New"/>
          <w:color w:val="555555"/>
          <w:sz w:val="20"/>
        </w:rPr>
        <w:t>[alpha 347]</w:t>
      </w:r>
    </w:p>
    <w:p>
      <w:r>
        <w:rPr>
          <w:rFonts w:ascii="Gentium Plus" w:hAnsi="Gentium Plus"/>
          <w:sz w:val="24"/>
        </w:rPr>
        <w:t>τῆς ψυχῆς γνωρίζεσθαι δύναται. πῶς γὰρ ἂν καὶ φανήσεται ἡ αὐτεξουσίου προαίρεσις, ἔνθα προσβολὴ ἐναντίου οὐ γίνεται; μόνος τοίνυν ὁ τοῦ Χριστοῦ νοῦς, καὶ ἡ παναγία αὐτοῦ ψυχὴ</w:t>
      </w:r>
    </w:p>
    <w:p>
      <w:r>
        <w:rPr>
          <w:rFonts w:ascii="Courier New" w:hAnsi="Courier New"/>
          <w:color w:val="555555"/>
          <w:sz w:val="20"/>
        </w:rPr>
        <w:t>[5]</w:t>
      </w:r>
    </w:p>
    <w:p>
      <w:r>
        <w:rPr>
          <w:rFonts w:ascii="Gentium Plus" w:hAnsi="Gentium Plus"/>
          <w:sz w:val="24"/>
        </w:rPr>
        <w:t>ἄγνωστος καὶ ἄδεκτος πάσης προσβολῆς πονη‐ ρᾶς γέγονε. μορφὴ γὰρ δούλου ἦν χαλιναγω‐ γουμένη καὶ δεσποζομένη ὑπὸ τοῦ καθ’ ὑπό‐ στασιν ἡνωμένου αὐτῇ θεοῦ λόγου. διόπερ καὶ ἔλεγεν ὁ κατὰ τὸν σωτῆρα νοούμενος ἄνθρω‐</w:t>
      </w:r>
    </w:p>
    <w:p>
      <w:r>
        <w:rPr>
          <w:rFonts w:ascii="Courier New" w:hAnsi="Courier New"/>
          <w:color w:val="555555"/>
          <w:sz w:val="20"/>
        </w:rPr>
        <w:t>[10]</w:t>
      </w:r>
    </w:p>
    <w:p>
      <w:r>
        <w:rPr>
          <w:rFonts w:ascii="Gentium Plus" w:hAnsi="Gentium Plus"/>
          <w:sz w:val="24"/>
        </w:rPr>
        <w:t>πος· οὐ δύναμαι ἐγὼ ποιεῖν ἀπ’ ἐμαυτοῦ οὐδέν. ὑπὲρ γὰρ τοὺς ὅρους καὶ νόμους τῆς ἡμετέρας φύσεως ὑποστὰς ἀσπόρως ὡς θεὸς, σῶμα καὶ ψυχὴ ὢν τῇ τοῦ δεσπότου νεύσει ἑτοίμως ὑπε‐ τάττετο, ὡς θεωθείς.]</w:t>
      </w:r>
    </w:p>
    <w:p>
      <w:r>
        <w:rPr>
          <w:rFonts w:ascii="Courier New" w:hAnsi="Courier New"/>
          <w:color w:val="555555"/>
          <w:sz w:val="20"/>
        </w:rPr>
        <w:t>[15]</w:t>
      </w:r>
    </w:p>
    <w:p>
      <w:r>
        <w:rPr>
          <w:rFonts w:ascii="Gentium Plus" w:hAnsi="Gentium Plus"/>
          <w:sz w:val="24"/>
        </w:rPr>
        <w:t>[Αὐχήματα. σεμνολογήματα. καυχήματα, κομ‐ πάσματα.]</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[Αὐαίνεται. ξηραίνεται.] [Αὐθεντήσαντα. κύριον γενόμενον. μὴ ὀφεί‐</w:t>
      </w:r>
    </w:p>
    <w:p>
      <w:r>
        <w:rPr>
          <w:rFonts w:ascii="Courier New" w:hAnsi="Courier New"/>
          <w:color w:val="555555"/>
          <w:sz w:val="20"/>
        </w:rPr>
        <w:t>[20]</w:t>
      </w:r>
    </w:p>
    <w:p>
      <w:r>
        <w:rPr>
          <w:rFonts w:ascii="Gentium Plus" w:hAnsi="Gentium Plus"/>
          <w:sz w:val="24"/>
        </w:rPr>
        <w:t>λειν αὐτὸν αὐθεντήσαντα τοὺς ὑπὸ ζώνην συν‐ έχειν.] [Αὐλωνίζει. ἐν αὐλῶνι διάγει.] [Αὐλίζεται. κατασκηνοῖ. φυλάττεται. παρεμ‐ βάλλει.]</w:t>
      </w:r>
    </w:p>
    <w:p>
      <w:r>
        <w:rPr>
          <w:rFonts w:ascii="Courier New" w:hAnsi="Courier New"/>
          <w:color w:val="555555"/>
          <w:sz w:val="20"/>
        </w:rPr>
        <w:t>[25]</w:t>
      </w:r>
    </w:p>
    <w:p>
      <w:r>
        <w:rPr>
          <w:rFonts w:ascii="Gentium Plus" w:hAnsi="Gentium Plus"/>
          <w:sz w:val="24"/>
        </w:rPr>
        <w:t>[Αὐλιζόμενοι. ἀντὶ τοῦ κοιμώμενοι. οὕτως Ἀν‐ τιφῶν.] [Αὔσω. τὸ τολμῶ.] [Αὔσας. φωνήσας· βοήσας.] [Αὐδῶ. τὸ φωνῶ.]</w:t>
      </w:r>
    </w:p>
    <w:p>
      <w:r>
        <w:rPr>
          <w:rFonts w:ascii="Courier New" w:hAnsi="Courier New"/>
          <w:color w:val="555555"/>
          <w:sz w:val="20"/>
        </w:rPr>
        <w:t>[30]</w:t>
      </w:r>
    </w:p>
    <w:p>
      <w:r>
        <w:rPr>
          <w:rFonts w:ascii="Gentium Plus" w:hAnsi="Gentium Plus"/>
          <w:sz w:val="24"/>
        </w:rPr>
        <w:t>[Αὐτοβοᾷς. αὐτὸς ἑαυτῷ μαρτυρεῖς.]</w:t>
      </w:r>
    </w:p>
    <w:p>
      <w:r>
        <w:rPr>
          <w:rFonts w:ascii="Courier New" w:hAnsi="Courier New"/>
          <w:color w:val="555555"/>
          <w:sz w:val="20"/>
        </w:rPr>
        <w:t>[alpha 348]</w:t>
      </w:r>
    </w:p>
    <w:p>
      <w:r>
        <w:rPr>
          <w:rFonts w:ascii="Gentium Plus" w:hAnsi="Gentium Plus"/>
          <w:sz w:val="24"/>
        </w:rPr>
        <w:t>[Αὐτοματίζουσιν. αὐτόματοι παραγίνονται.] [Αὐτομαχεῖν. τὸ δι’ ἑαυτοῦ δικάζεσθαι καὶ μὴ δι’ ἑτέρου.] [Αὐχμῶντες. ῥυπῶντες.]</w:t>
      </w:r>
    </w:p>
    <w:p>
      <w:r>
        <w:rPr>
          <w:rFonts w:ascii="Courier New" w:hAnsi="Courier New"/>
          <w:color w:val="555555"/>
          <w:sz w:val="20"/>
        </w:rPr>
        <w:t>[5]</w:t>
      </w:r>
    </w:p>
    <w:p>
      <w:r>
        <w:rPr>
          <w:rFonts w:ascii="Gentium Plus" w:hAnsi="Gentium Plus"/>
          <w:sz w:val="24"/>
        </w:rPr>
        <w:t>[Αὐχμεῖς. αἰσχρῶς ῥυπαρὸς εἶναι δοκεῖς.] [Αὔω. τὸ φωνῶ καὶ τὸ ξηραίνω. παρὰ τὸ ἄω τὸ πνέω γίνεται αὔω, κατὰ πλεονασμὸν τοῦ υ. τὸ δὲ ξηραίνω, παρὰ τὸ ὕω τὸ βρέχω, μετὰ τοῦ στερητικοῦ α, ἀΰω, καὶ κατὰ συναίρεσιν αὔω·</w:t>
      </w:r>
    </w:p>
    <w:p>
      <w:r>
        <w:rPr>
          <w:rFonts w:ascii="Courier New" w:hAnsi="Courier New"/>
          <w:color w:val="555555"/>
          <w:sz w:val="20"/>
        </w:rPr>
        <w:t>[10]</w:t>
      </w:r>
    </w:p>
    <w:p>
      <w:r>
        <w:rPr>
          <w:rFonts w:ascii="Gentium Plus" w:hAnsi="Gentium Plus"/>
          <w:sz w:val="24"/>
        </w:rPr>
        <w:t>τὸ ἐξ ἀνομβρίας γινόμενον. σημαίνει δὲ καὶ τὸ καθεύδω.]</w:t>
      </w:r>
    </w:p>
    <w:p>
      <w:pPr>
        <w:jc w:val="center"/>
      </w:pPr>
      <w:r>
        <w:rPr>
          <w:rFonts w:ascii="Gentium Plus" w:hAnsi="Gentium Plus"/>
          <w:b/>
          <w:sz w:val="24"/>
        </w:rPr>
        <w:t>(Ἐπίῤῥημα.)</w:t>
      </w:r>
    </w:p>
    <w:p>
      <w:r>
        <w:rPr>
          <w:rFonts w:ascii="Courier New" w:hAnsi="Courier New"/>
          <w:color w:val="555555"/>
          <w:sz w:val="20"/>
        </w:rPr>
        <w:t>[13]</w:t>
      </w:r>
    </w:p>
    <w:p>
      <w:r>
        <w:rPr>
          <w:rFonts w:ascii="Gentium Plus" w:hAnsi="Gentium Plus"/>
          <w:sz w:val="24"/>
        </w:rPr>
        <w:t>[Αὐθημερόν. αὐτῇ τῇ ἡμέρᾳ.] [Αὖθι. ἀντὶ τοῦ αὐτόθι. καὶ ἀντὶ τοῦ πάλιν.]</w:t>
      </w:r>
    </w:p>
    <w:p>
      <w:r>
        <w:rPr>
          <w:rFonts w:ascii="Courier New" w:hAnsi="Courier New"/>
          <w:color w:val="555555"/>
          <w:sz w:val="20"/>
        </w:rPr>
        <w:t>[15]</w:t>
      </w:r>
    </w:p>
    <w:p>
      <w:r>
        <w:rPr>
          <w:rFonts w:ascii="Gentium Plus" w:hAnsi="Gentium Plus"/>
          <w:sz w:val="24"/>
        </w:rPr>
        <w:t>[Αὖθις. ἐξ ἀρχῆς· ἐκ δευτέρου. σημειωτέον, ὅτι τὸ μὲν αὖθις ἀττικόν· τὸ δὲ αὖτις ὁμηρικόν.] Αὐθωρόν. αὐτῇ τῇ ὥρᾳ. Αὐτῆμαρ. αὐτῇ τῇ ἡμέρᾳ. Αὐτίκα. μετ’ οὐ πολὺ, εὐθέως, παραχρῆμα. τὸ</w:t>
      </w:r>
    </w:p>
    <w:p>
      <w:r>
        <w:rPr>
          <w:rFonts w:ascii="Courier New" w:hAnsi="Courier New"/>
          <w:color w:val="555555"/>
          <w:sz w:val="20"/>
        </w:rPr>
        <w:t>[20]</w:t>
      </w:r>
    </w:p>
    <w:p>
      <w:r>
        <w:rPr>
          <w:rFonts w:ascii="Gentium Plus" w:hAnsi="Gentium Plus"/>
          <w:sz w:val="24"/>
        </w:rPr>
        <w:t>δὲ αὐτίκα μάλα ἀντὶ τοῦ εὐθύς. Αὐτόθεν. ἀντὶ τοῦ οἴκοθεν. Ἰώσηπος· δῶρα δὲ αὐτόθεν μὴ πέμπειν τῷ βασιλεῖ. Αὐτόθι. ἐν αὐτῷ τῷ τόπῳ. Αὐτοπαθῶς. οἴκοθεν, ἐξ ἰδίας προαιρέσεως.</w:t>
      </w:r>
    </w:p>
    <w:p>
      <w:r>
        <w:rPr>
          <w:rFonts w:ascii="Courier New" w:hAnsi="Courier New"/>
          <w:color w:val="555555"/>
          <w:sz w:val="20"/>
        </w:rPr>
        <w:t>[25]</w:t>
      </w:r>
    </w:p>
    <w:p>
      <w:r>
        <w:rPr>
          <w:rFonts w:ascii="Gentium Plus" w:hAnsi="Gentium Plus"/>
          <w:sz w:val="24"/>
        </w:rPr>
        <w:t>Αὐτόσε. ἐκεῖσε. λέγεται καὶ αὐτοῦσε. διάβασις δὲ οὐκ ἔστιν αὐτοῦσε ὅτι μὴ τῷ ζεύγματι. Αὐτοῦ. ἐπὶ τόπου. Ὅμηρος· στῆτ’ αὐτοῦ καὶ λαὸν ἐρυκάκετε πρὸ πυ‐</w:t>
      </w:r>
    </w:p>
    <w:p>
      <w:r>
        <w:rPr>
          <w:rFonts w:ascii="Courier New" w:hAnsi="Courier New"/>
          <w:color w:val="555555"/>
          <w:sz w:val="20"/>
        </w:rPr>
        <w:t>[alpha 349]</w:t>
      </w:r>
    </w:p>
    <w:p>
      <w:r>
        <w:rPr>
          <w:rFonts w:ascii="Gentium Plus" w:hAnsi="Gentium Plus"/>
          <w:sz w:val="24"/>
        </w:rPr>
        <w:t>Αὖτε. πάλιν. καὶ αὖτε ἀντὶ τοῦ μετὰ ταῦτα. [Αὐτομόλως. προδοτικῶς.] [Αὐτόχρημα. σχεδὸν εἰπεῖν. ἢ αὐτὸ τὸ πρᾶγ‐ μα.]</w:t>
      </w:r>
    </w:p>
    <w:p>
      <w:r>
        <w:rPr>
          <w:rFonts w:ascii="Courier New" w:hAnsi="Courier New"/>
          <w:color w:val="555555"/>
          <w:sz w:val="20"/>
        </w:rPr>
        <w:t>[5]</w:t>
      </w:r>
    </w:p>
    <w:p>
      <w:r>
        <w:rPr>
          <w:rFonts w:ascii="Gentium Plus" w:hAnsi="Gentium Plus"/>
          <w:sz w:val="24"/>
        </w:rPr>
        <w:t>[Αὐτοβοεί. αὐτῇ τῇ βοῇ· τὸ παραχρῆμα συν‐ τελεσθῆναι.] [Αὐτονυχί. αὐτῇ τῇ νυκτί.] [Αὐτάρ. ἐμοὶ δέ. ἐπεὶ δέ· μεταταῦτα.] Αὐτοσχεδά. ἐκ τοῦ σύνεγγυς.</w:t>
      </w:r>
    </w:p>
    <w:p>
      <w:r>
        <w:rPr>
          <w:rFonts w:ascii="Courier New" w:hAnsi="Courier New"/>
          <w:color w:val="555555"/>
          <w:sz w:val="20"/>
        </w:rPr>
        <w:t>[10]</w:t>
      </w:r>
    </w:p>
    <w:p>
      <w:r>
        <w:rPr>
          <w:rFonts w:ascii="Gentium Plus" w:hAnsi="Gentium Plus"/>
          <w:sz w:val="24"/>
        </w:rPr>
        <w:t>[—Μάρις δ’ αὐτοσχεδὰ δουρί.] Αὐτοσχεδόν. σύνεγγυς. Αὐτίκα. ἐπίῤῥημα μεσότητος καὶ χρόνου δηλω‐ τικόν. ὥσπερ παρὰ τὸ πολλὰ γίνεται πολλά‐ κις, καὶ ὀλίγα ὀλιγάκις, καὶ δέκα δεκάκις, οὕ‐</w:t>
      </w:r>
    </w:p>
    <w:p>
      <w:r>
        <w:rPr>
          <w:rFonts w:ascii="Courier New" w:hAnsi="Courier New"/>
          <w:color w:val="555555"/>
          <w:sz w:val="20"/>
        </w:rPr>
        <w:t>[15]</w:t>
      </w:r>
    </w:p>
    <w:p>
      <w:r>
        <w:rPr>
          <w:rFonts w:ascii="Gentium Plus" w:hAnsi="Gentium Plus"/>
          <w:sz w:val="24"/>
        </w:rPr>
        <w:t>τως καὶ παρὰ τὸ αὐτὰ αὐτάκι καὶ κατὰ ἀντί‐ θεσιν αὐτίκα. Αὕτως. ἀντὶ τοῦ μάτην. σημαίνει δὲ καὶ τὸ ὁμοίως. ἔστι δὲ ἐτὸς ὁ ἀληθὴς, καὶ μετὰ τοῦ στερητικοῦ α ἄετος· καὶ ἀνεβίβασε τὸν τόνον·</w:t>
      </w:r>
    </w:p>
    <w:p>
      <w:r>
        <w:rPr>
          <w:rFonts w:ascii="Courier New" w:hAnsi="Courier New"/>
          <w:color w:val="555555"/>
          <w:sz w:val="20"/>
        </w:rPr>
        <w:t>[20]</w:t>
      </w:r>
    </w:p>
    <w:p>
      <w:r>
        <w:rPr>
          <w:rFonts w:ascii="Gentium Plus" w:hAnsi="Gentium Plus"/>
          <w:sz w:val="24"/>
        </w:rPr>
        <w:t>τὰ γὰρ εἰς ος δισύλλαβα ἀναβιβάζουσι τὸν τό‐ νον ἐν τῇ συνηθείᾳ· καὶ κλίνεται ἀέτου, ἡ εὐ‐ θεῖα τῶν πληθυντικῶν οἱ ἄετοι, τῶν ἀέτων, καὶ ἐξ αὐτοῦ ἐπίῤῥημα μεσότητος ἀέτως, καὶ</w:t>
      </w:r>
    </w:p>
    <w:p>
      <w:r>
        <w:rPr>
          <w:rFonts w:ascii="Courier New" w:hAnsi="Courier New"/>
          <w:color w:val="555555"/>
          <w:sz w:val="20"/>
        </w:rPr>
        <w:t>[alpha 350]</w:t>
      </w:r>
    </w:p>
    <w:p>
      <w:r>
        <w:rPr>
          <w:rFonts w:ascii="Gentium Plus" w:hAnsi="Gentium Plus"/>
          <w:sz w:val="24"/>
        </w:rPr>
        <w:t>τὴν αυ δίφθογγον τρέπεται. τὸ δὲ ὁμοίως ἀπὸ τοῦ οὕτως. ὡς δ’ αὕτως Μενέλαος—. Αὖτις. πάλιν. αὖθις δὲ διὰ τοῦ θ σημαίνει τὸ</w:t>
      </w:r>
    </w:p>
    <w:p>
      <w:r>
        <w:rPr>
          <w:rFonts w:ascii="Courier New" w:hAnsi="Courier New"/>
          <w:color w:val="555555"/>
          <w:sz w:val="20"/>
        </w:rPr>
        <w:t>[5]</w:t>
      </w:r>
    </w:p>
    <w:p>
      <w:r>
        <w:rPr>
          <w:rFonts w:ascii="Gentium Plus" w:hAnsi="Gentium Plus"/>
          <w:sz w:val="24"/>
        </w:rPr>
        <w:t>ὕστερον, ὡς ὁ Ἀμμώνιος ἐν τῷ περὶ ὁμοίων καὶ διαφόρων λέξεων τοῦ πολιτικοῦ λόγου τοῦ Πλά‐ τωνος διαλαμβάνει.</w:t>
      </w:r>
    </w:p>
    <w:p>
      <w:pPr>
        <w:jc w:val="center"/>
      </w:pPr>
      <w:r>
        <w:rPr>
          <w:rFonts w:ascii="Gentium Plus" w:hAnsi="Gentium Plus"/>
          <w:b/>
          <w:sz w:val="24"/>
        </w:rPr>
        <w:t>Τὸ Α μετὰ τοῦ Φ.</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Ἀφάδιος. ὁ μὴ ἀρέσκων. ἁδεῖν γὰρ τὸ ἀρέ‐ σκειν. Ἀφάρτεροι. ταχύτεροι. ἀπὸ τοῦ ἄφαρ, ὃ ση‐ μαίνει εὐθέως. Ἀφαυρός. ὁ ἀσθενὴς, ὁ ἄγαν παῦρος καὶ ὀλί‐</w:t>
      </w:r>
    </w:p>
    <w:p>
      <w:r>
        <w:rPr>
          <w:rFonts w:ascii="Courier New" w:hAnsi="Courier New"/>
          <w:color w:val="555555"/>
          <w:sz w:val="20"/>
        </w:rPr>
        <w:t>[15]</w:t>
      </w:r>
    </w:p>
    <w:p>
      <w:r>
        <w:rPr>
          <w:rFonts w:ascii="Gentium Plus" w:hAnsi="Gentium Plus"/>
          <w:sz w:val="24"/>
        </w:rPr>
        <w:t>γος κατὰ τὴν δύναμιν. ἢ παρὰ τὸ φῶ τὸ λέ‐ γω, [ὁ μέλλων φάσω, γίνεται φαρὸς, καὶ μετὰ τοῦ στερητικοῦ α ἀφαρὸς καὶ πλεονασμῷ τοῦ υ ἀφαυρὸς, ὁ μὴ δυνάμενος δι’ ἀσθένειαν λέ‐ ξαι. ἢ παρὰ τὸ φῶ, τὸ φαίνω, γίνεται παρά‐</w:t>
      </w:r>
    </w:p>
    <w:p>
      <w:r>
        <w:rPr>
          <w:rFonts w:ascii="Courier New" w:hAnsi="Courier New"/>
          <w:color w:val="555555"/>
          <w:sz w:val="20"/>
        </w:rPr>
        <w:t>[20]</w:t>
      </w:r>
    </w:p>
    <w:p>
      <w:r>
        <w:rPr>
          <w:rFonts w:ascii="Gentium Plus" w:hAnsi="Gentium Plus"/>
          <w:sz w:val="24"/>
        </w:rPr>
        <w:t>γωγον φάω, οἷον· —φάε δὲ χρυσόθρονος—.</w:t>
      </w:r>
    </w:p>
    <w:p>
      <w:r>
        <w:rPr>
          <w:rFonts w:ascii="Courier New" w:hAnsi="Courier New"/>
          <w:color w:val="555555"/>
          <w:sz w:val="20"/>
        </w:rPr>
        <w:t>[alpha 351]</w:t>
      </w:r>
    </w:p>
    <w:p>
      <w:r>
        <w:rPr>
          <w:rFonts w:ascii="Gentium Plus" w:hAnsi="Gentium Plus"/>
          <w:sz w:val="24"/>
        </w:rPr>
        <w:t>ἀφαρὸς καὶ πλεονασμῷ τοῦ υ ἀφαυρὸς, ὁ εὐ‐ τελὴς καὶ ἀλαμπής.] Ἄφατοι. ἄλεκτοι, ἢ καταπληκτικοὶ, ἢ μεγάλοι. Ἀφέται. τόπος ἐν Ἀθήναις, ἔνθα ὁ στόλος τοῦ</w:t>
      </w:r>
    </w:p>
    <w:p>
      <w:r>
        <w:rPr>
          <w:rFonts w:ascii="Courier New" w:hAnsi="Courier New"/>
          <w:color w:val="555555"/>
          <w:sz w:val="20"/>
        </w:rPr>
        <w:t>[5]</w:t>
      </w:r>
    </w:p>
    <w:p>
      <w:r>
        <w:rPr>
          <w:rFonts w:ascii="Gentium Plus" w:hAnsi="Gentium Plus"/>
          <w:sz w:val="24"/>
        </w:rPr>
        <w:t>Ξέρξου ἐδυστύχησε διὰ λιμένων ἀνεπιτηδειότητα. Ἄφενος. ὁ πλοῦτος ἢ ὁ ἐνιαυσιαῖος καρπός. ἔνος δὲ ὁ ἐνιαυτὸς, ὅ ἐστιν ὁ χρόνος. ἐκ τού‐ του γίνεται συνθέσει ἄφενος καὶ πλεονασμῷ τοῦ ε ἀφενεὸς καὶ συγκοπῇ ἀφνεὸς καὶ ἀφνειός.</w:t>
      </w:r>
    </w:p>
    <w:p>
      <w:r>
        <w:rPr>
          <w:rFonts w:ascii="Courier New" w:hAnsi="Courier New"/>
          <w:color w:val="555555"/>
          <w:sz w:val="20"/>
        </w:rPr>
        <w:t>[10]</w:t>
      </w:r>
    </w:p>
    <w:p>
      <w:r>
        <w:rPr>
          <w:rFonts w:ascii="Gentium Plus" w:hAnsi="Gentium Plus"/>
          <w:sz w:val="24"/>
        </w:rPr>
        <w:t>Ἄφετος. ὁ ἀπολελυμένος. Ἀφελής. ὁ εὔκολος, ὃν ἄν τις ἕλοι διὰ τὴν εὐκολίαν. σημαίνει καὶ τὸν ὑγιῆ τὸ σῶμα, παρὰ τὸ μηδενὸς ἀφαιρεῖσθαι μέρος τοῦ σώματος. Ἀφιλότιμος. ταπεινὸς, ἢ ὁ μηδὲ ἐπὶ τοῖς</w:t>
      </w:r>
    </w:p>
    <w:p>
      <w:r>
        <w:rPr>
          <w:rFonts w:ascii="Courier New" w:hAnsi="Courier New"/>
          <w:color w:val="555555"/>
          <w:sz w:val="20"/>
        </w:rPr>
        <w:t>[15]</w:t>
      </w:r>
    </w:p>
    <w:p>
      <w:r>
        <w:rPr>
          <w:rFonts w:ascii="Gentium Plus" w:hAnsi="Gentium Plus"/>
          <w:sz w:val="24"/>
        </w:rPr>
        <w:t>καλοῖς οἷς πράττει τιμᾶσθαι βουλόμενος. Ἄφιπποι. χωρὶς ἵππων. τά τε ἄλλα καὶ ἄφιπ‐ ποι γενόμενοι, ἀντὶ τοῦ πεζοί. Ἀφηνιαστής. ἀνυπότακτος. Ἀφήλικες. οἱ τὴν ἥβην μὲν ὑπεραναβάντες,</w:t>
      </w:r>
    </w:p>
    <w:p>
      <w:r>
        <w:rPr>
          <w:rFonts w:ascii="Courier New" w:hAnsi="Courier New"/>
          <w:color w:val="555555"/>
          <w:sz w:val="20"/>
        </w:rPr>
        <w:t>[20]</w:t>
      </w:r>
    </w:p>
    <w:p>
      <w:r>
        <w:rPr>
          <w:rFonts w:ascii="Gentium Plus" w:hAnsi="Gentium Plus"/>
          <w:sz w:val="24"/>
        </w:rPr>
        <w:t>ἥττους δὲ τῶν κε ἐτῶν· ὧν προΐστανται οἱ κου‐ ράτωρες. Ἀφήλικα. τὸν πρεσβύτην. τινὲς δὲ χρῶνται τῇ λέξει ἐπὶ τοῦ μηδέπω τῆς ἐννόμου ἡλικίας παι‐ δὸς, ὅπερ δεῖ φυλάττεσθαι.</w:t>
      </w:r>
    </w:p>
    <w:p>
      <w:r>
        <w:rPr>
          <w:rFonts w:ascii="Courier New" w:hAnsi="Courier New"/>
          <w:color w:val="555555"/>
          <w:sz w:val="20"/>
        </w:rPr>
        <w:t>[25]</w:t>
      </w:r>
    </w:p>
    <w:p>
      <w:r>
        <w:rPr>
          <w:rFonts w:ascii="Gentium Plus" w:hAnsi="Gentium Plus"/>
          <w:sz w:val="24"/>
        </w:rPr>
        <w:t>Ἀφλοισμός. ψόφος ποιὸς, [ἢ ἀφρός. παρὰ τὸ ἀφρὸς ἀφροισμὸς καὶ ἀφλοισμός. ἢ παρὰ τὸ ἀφρίζω, ἀφροισμὸς καὶ ἀφλοισμὸς, κατὰ με‐ ταβολὴν τοῦ ρ εἰς λ καὶ πλεονασμῷ τοῦ ο.</w:t>
      </w:r>
    </w:p>
    <w:p>
      <w:r>
        <w:rPr>
          <w:rFonts w:ascii="Courier New" w:hAnsi="Courier New"/>
          <w:color w:val="555555"/>
          <w:sz w:val="20"/>
        </w:rPr>
        <w:t>[alpha 352]</w:t>
      </w:r>
    </w:p>
    <w:p>
      <w:r>
        <w:rPr>
          <w:rFonts w:ascii="Gentium Plus" w:hAnsi="Gentium Plus"/>
          <w:sz w:val="24"/>
        </w:rPr>
        <w:t>Ἀφνειός. ὁ πλούσιος. Ἀφνήμων. πλούσιος. παρὰ τὸ ἄφενος γίνεται ἄφνος κατὰ συγκοπήν· ἐκ τούτου γίνεται ῥῆμα ἀφνῶ καὶ ἀφνήμων.</w:t>
      </w:r>
    </w:p>
    <w:p>
      <w:r>
        <w:rPr>
          <w:rFonts w:ascii="Courier New" w:hAnsi="Courier New"/>
          <w:color w:val="555555"/>
          <w:sz w:val="20"/>
        </w:rPr>
        <w:t>[5]</w:t>
      </w:r>
    </w:p>
    <w:p>
      <w:r>
        <w:rPr>
          <w:rFonts w:ascii="Gentium Plus" w:hAnsi="Gentium Plus"/>
          <w:sz w:val="24"/>
        </w:rPr>
        <w:t>Ἀφρήτωρ. ὁ μὴ συγγένειαν ἔχων. Ἄφροι. οἱ Καρχηδόνιοι. ἀπὸ Ἄφρου τοῦ τῆς Λι‐ βύης βασιλεύσαντος. Ἄφρων καὶ ἄνους διαφέρει. καὶ ἄφρων ἐστὶν ὁ μὴ εἰδὼς τὸν ὄντως θεὸν, ὁ ἀμύητος τῆς σο‐</w:t>
      </w:r>
    </w:p>
    <w:p>
      <w:r>
        <w:rPr>
          <w:rFonts w:ascii="Courier New" w:hAnsi="Courier New"/>
          <w:color w:val="555555"/>
          <w:sz w:val="20"/>
        </w:rPr>
        <w:t>[10]</w:t>
      </w:r>
    </w:p>
    <w:p>
      <w:r>
        <w:rPr>
          <w:rFonts w:ascii="Gentium Plus" w:hAnsi="Gentium Plus"/>
          <w:sz w:val="24"/>
        </w:rPr>
        <w:t>φίας· ἄνους δὲ ὁ μὴ θέλων συνιέναι τὸ δέον, ὁ εἰδὼς μὲν τὸν θεὸν, περὶ τὰ γήϊνα δὲ μόνον ἐπτοημένος, μηδὲν οὐράνιον ἐννοῶν. ὡς τό· ἐπὶ τὸ αὐτὸ ἄφρων καὶ ἄνους ἀπολοῦνται. Ἀφρός. παρὰ τὸ φρῶ γίνεται φρὸς καὶ ἐπιτά‐</w:t>
      </w:r>
    </w:p>
    <w:p>
      <w:r>
        <w:rPr>
          <w:rFonts w:ascii="Courier New" w:hAnsi="Courier New"/>
          <w:color w:val="555555"/>
          <w:sz w:val="20"/>
        </w:rPr>
        <w:t>[15]</w:t>
      </w:r>
    </w:p>
    <w:p>
      <w:r>
        <w:rPr>
          <w:rFonts w:ascii="Gentium Plus" w:hAnsi="Gentium Plus"/>
          <w:sz w:val="24"/>
        </w:rPr>
        <w:t>σει ἀφρὸς, τὸ μετὰ σφοδρᾶς φορᾶς προϊέμε‐ νον. τὸ δὲ φρῶ παρὰ τὸ προϊῶ γίνεται, προῶ καὶ πρῶ καὶ φρῶ. Ἀφυής. ἀργὸς, δυσχερής. Ἄφυκα. ἀκαλλώπιστον.</w:t>
      </w:r>
    </w:p>
    <w:p>
      <w:r>
        <w:rPr>
          <w:rFonts w:ascii="Courier New" w:hAnsi="Courier New"/>
          <w:color w:val="555555"/>
          <w:sz w:val="20"/>
        </w:rPr>
        <w:t>[20]</w:t>
      </w:r>
    </w:p>
    <w:p>
      <w:r>
        <w:rPr>
          <w:rFonts w:ascii="Gentium Plus" w:hAnsi="Gentium Plus"/>
          <w:sz w:val="24"/>
        </w:rPr>
        <w:t>Ἀφυσμός. ἀπάντλησις. Ἄφωνος. ἄφθογγος. Ἄφοδος. ὁ ἔξω τῆς ὁδοῦ γενόμενος. ἔστι δὲ καὶ ἡ ἀναχώρησις, θηλυκόν. Ἀφέριστος τόπος. ὁ ἀκαλλώπιστος.</w:t>
      </w:r>
    </w:p>
    <w:p>
      <w:r>
        <w:rPr>
          <w:rFonts w:ascii="Courier New" w:hAnsi="Courier New"/>
          <w:color w:val="555555"/>
          <w:sz w:val="20"/>
        </w:rPr>
        <w:t>[25]</w:t>
      </w:r>
    </w:p>
    <w:p>
      <w:r>
        <w:rPr>
          <w:rFonts w:ascii="Gentium Plus" w:hAnsi="Gentium Plus"/>
          <w:sz w:val="24"/>
        </w:rPr>
        <w:t>Ἀφέλεος τόπος. ὁ ὁμαλός. Ἀφειδής. ὁ ἀνελεήμων. Ἀφιλέταιρος. ὁ ἀφειδῶς πρός τινα διακείμενος. Ἀφέστιος. ὁ ἔξωθεν τῆς οἰκίας. καὶ ὑφέστιος,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Ἀφαδία. ἡ ἀπαρέσκουσα ἔχθρα. παρὰ τὴν ἀπὸ πρόθεσιν καὶ τὸ ἁδεῖν. Ἀφαίρεσις. ἡ ἐκ τῆς ἀρχῆς ἄρσις, οἷον ἐμὲ, μέ.</w:t>
      </w:r>
    </w:p>
    <w:p>
      <w:r>
        <w:rPr>
          <w:rFonts w:ascii="Courier New" w:hAnsi="Courier New"/>
          <w:color w:val="555555"/>
          <w:sz w:val="20"/>
        </w:rPr>
        <w:t>[5]</w:t>
      </w:r>
    </w:p>
    <w:p>
      <w:r>
        <w:rPr>
          <w:rFonts w:ascii="Gentium Plus" w:hAnsi="Gentium Plus"/>
          <w:sz w:val="24"/>
        </w:rPr>
        <w:t>Ἀφάροτος. ἡ ἀναροτρίωτος γῆ. φάρος γὰρ ἡ ἀροτρίωσις. ἢ παρὰ τὸ φάρσαι, ὅ ἐστι σχίσαι· καὶ γὰρ τοὺς εἰς δύο μέρη κεχωρισμένους χι‐ τῶνας διαφάρους φαμέν. Ἄφαλος. περικεφαλαία μὴ ἔχουσα ἀσπιδίσκια</w:t>
      </w:r>
    </w:p>
    <w:p>
      <w:r>
        <w:rPr>
          <w:rFonts w:ascii="Courier New" w:hAnsi="Courier New"/>
          <w:color w:val="555555"/>
          <w:sz w:val="20"/>
        </w:rPr>
        <w:t>[10]</w:t>
      </w:r>
    </w:p>
    <w:p>
      <w:r>
        <w:rPr>
          <w:rFonts w:ascii="Gentium Plus" w:hAnsi="Gentium Plus"/>
          <w:sz w:val="24"/>
        </w:rPr>
        <w:t>ἢ τριχώσεις. Ἀφασία. ἀμουσία. παρὰ τὸ μὴ δύνασθαι λα‐ λεῖν. Ἀφή. ἡ ψηλάφησις. ἡ χεὶρ καὶ ἡ χροιὰ τῆς λέπρας.</w:t>
      </w:r>
    </w:p>
    <w:p>
      <w:r>
        <w:rPr>
          <w:rFonts w:ascii="Courier New" w:hAnsi="Courier New"/>
          <w:color w:val="555555"/>
          <w:sz w:val="20"/>
        </w:rPr>
        <w:t>[15]</w:t>
      </w:r>
    </w:p>
    <w:p>
      <w:r>
        <w:rPr>
          <w:rFonts w:ascii="Gentium Plus" w:hAnsi="Gentium Plus"/>
          <w:sz w:val="24"/>
        </w:rPr>
        <w:t>Ἀφετηρία. ἀρχή. θύρα τοῦ ἱπποδρομίου· τὸ κάγκελον. Ἄφιξις. ἔλευσις.</w:t>
      </w:r>
    </w:p>
    <w:p>
      <w:r>
        <w:rPr>
          <w:rFonts w:ascii="Courier New" w:hAnsi="Courier New"/>
          <w:color w:val="555555"/>
          <w:sz w:val="20"/>
        </w:rPr>
        <w:t>[alpha 354]</w:t>
      </w:r>
    </w:p>
    <w:p>
      <w:r>
        <w:rPr>
          <w:rFonts w:ascii="Gentium Plus" w:hAnsi="Gentium Plus"/>
          <w:sz w:val="24"/>
        </w:rPr>
        <w:t>Ἀφοβία. ἕξις, καθ’ ἣν ἀνέκπτωτοι ἐσμὲν πρὸς φόβον. Ἀφορία. βλάβη τῶν καρπῶν τῆς γῆς, ἀκαρ‐ πία.</w:t>
      </w:r>
    </w:p>
    <w:p>
      <w:r>
        <w:rPr>
          <w:rFonts w:ascii="Courier New" w:hAnsi="Courier New"/>
          <w:color w:val="555555"/>
          <w:sz w:val="20"/>
        </w:rPr>
        <w:t>[5]</w:t>
      </w:r>
    </w:p>
    <w:p>
      <w:r>
        <w:rPr>
          <w:rFonts w:ascii="Gentium Plus" w:hAnsi="Gentium Plus"/>
          <w:sz w:val="24"/>
        </w:rPr>
        <w:t>Ἀφοσίωσις. θυσία, καθιέρωσις. Ἀφραδία. ἀβουλία. ἀπὸ τοῦ φράζω, ἔφραζον, φραδία καὶ ἀφραδία. Ἀφραστύες. ἀσυνεσίαι. Ἀφύαι. οἱ ἔγγραυλοι.</w:t>
      </w:r>
    </w:p>
    <w:p>
      <w:r>
        <w:rPr>
          <w:rFonts w:ascii="Courier New" w:hAnsi="Courier New"/>
          <w:color w:val="555555"/>
          <w:sz w:val="20"/>
        </w:rPr>
        <w:t>[10]</w:t>
      </w:r>
    </w:p>
    <w:p>
      <w:r>
        <w:rPr>
          <w:rFonts w:ascii="Gentium Plus" w:hAnsi="Gentium Plus"/>
          <w:sz w:val="24"/>
        </w:rPr>
        <w:t>Ἀφυΐα. ἡ πρὸς τὰ προκείμενα μαθήματα σκλη‐ ρότης. Ἀφοσίωσις. τοῦ Ψελλοῦ· ἡ δέ γε ἀφοσίωσις ποίη‐ σις τῆς οὐσίας.</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Ἄφαντον φῶς. τὸ ἐκ πυρίτου λίθου. ἀλλ’ ἐν πετράσι πέτραν ἐκθλίβων μόλις ἐφὰν ἢ ἄφαντον φῶς. Ἀφανές. σκοτεινόν.</w:t>
      </w:r>
    </w:p>
    <w:p>
      <w:r>
        <w:rPr>
          <w:rFonts w:ascii="Courier New" w:hAnsi="Courier New"/>
          <w:color w:val="555555"/>
          <w:sz w:val="20"/>
        </w:rPr>
        <w:t>[alpha 355]</w:t>
      </w:r>
    </w:p>
    <w:p>
      <w:r>
        <w:rPr>
          <w:rFonts w:ascii="Gentium Plus" w:hAnsi="Gentium Plus"/>
          <w:sz w:val="24"/>
        </w:rPr>
        <w:t>Ἄφατον. ἄλεκτον, ἀμέτρητον, ἄῤῥητον, πολύ. Ἀφίδρυμα. ἱερὸν τὸ εἰς τὸν ναὸν εἴδωλον. Ἄφιππα. χωρία, ἐν οἷς ἂν μὴ ἐστὶν ἱππᾶ‐ σθαι. ὁ δὲ ἐκκλίνει πρὸς τὰ δυσχερέστατά τε</w:t>
      </w:r>
    </w:p>
    <w:p>
      <w:r>
        <w:rPr>
          <w:rFonts w:ascii="Courier New" w:hAnsi="Courier New"/>
          <w:color w:val="555555"/>
          <w:sz w:val="20"/>
        </w:rPr>
        <w:t>[5]</w:t>
      </w:r>
    </w:p>
    <w:p>
      <w:r>
        <w:rPr>
          <w:rFonts w:ascii="Gentium Plus" w:hAnsi="Gentium Plus"/>
          <w:sz w:val="24"/>
        </w:rPr>
        <w:t>καὶ ἀναντία καὶ ἄφιππα. Ἄφθιτον. τὸ ἄφθαρτον. Ἄφθονα. τὰ μὴ φθονούμενα, καὶ τὰ πολλά. Ἄφθαρτον. κυρίως τὸ ἀπαθὲς, καὶ ἄϋλον, καὶ ἀψηλάφητον. ἄφθαρτόν ἐστι τὸ ὑφ’ ἑτέρας</w:t>
      </w:r>
    </w:p>
    <w:p>
      <w:r>
        <w:rPr>
          <w:rFonts w:ascii="Courier New" w:hAnsi="Courier New"/>
          <w:color w:val="555555"/>
          <w:sz w:val="20"/>
        </w:rPr>
        <w:t>[10]</w:t>
      </w:r>
    </w:p>
    <w:p>
      <w:r>
        <w:rPr>
          <w:rFonts w:ascii="Gentium Plus" w:hAnsi="Gentium Plus"/>
          <w:sz w:val="24"/>
        </w:rPr>
        <w:t>οὐσίας βλαβῆναι μὴ δυνάμενον. ἄφθαρτόν ἐστι τὸ κατὰ πάντα ἄῤῥευστον καὶ ἀνενδεὲς καὶ ἄτρωτον. τὸ δὲ πανάγιον σῶμα τοῦ Χριστοῦ καὶ πέπονθε καὶ ἐτρήθη τοῖς ἥλοις καὶ τῇ λόγχῃ, καὶ αἷμα καὶ ὕδωρ ἐξήγαγε, καὶ ἐκ</w:t>
      </w:r>
    </w:p>
    <w:p>
      <w:r>
        <w:rPr>
          <w:rFonts w:ascii="Courier New" w:hAnsi="Courier New"/>
          <w:color w:val="555555"/>
          <w:sz w:val="20"/>
        </w:rPr>
        <w:t>[15]</w:t>
      </w:r>
    </w:p>
    <w:p>
      <w:r>
        <w:rPr>
          <w:rFonts w:ascii="Gentium Plus" w:hAnsi="Gentium Plus"/>
          <w:sz w:val="24"/>
        </w:rPr>
        <w:t>ζωῆς νεκρὸν γέγονε. λοιπὸν ἡνίκα ἀκούσῃς δι‐ δασκάλου λέγοντος, ἄφθαρτον τὸ σῶμα τοῦ Χριστοῦ ὑπάρχον πρὸ τοῦ σταυροῦ, νόησον, ὅτι κατὰ τὴν φθορὰν τῆς ἁμαρτίας λέγει τὸ ἄφθαρτον, ἤτοι ἀμίαντον, καὶ οὐ κατὰ λεπτό‐</w:t>
      </w:r>
    </w:p>
    <w:p>
      <w:r>
        <w:rPr>
          <w:rFonts w:ascii="Courier New" w:hAnsi="Courier New"/>
          <w:color w:val="555555"/>
          <w:sz w:val="20"/>
        </w:rPr>
        <w:t>[20]</w:t>
      </w:r>
    </w:p>
    <w:p>
      <w:r>
        <w:rPr>
          <w:rFonts w:ascii="Gentium Plus" w:hAnsi="Gentium Plus"/>
          <w:sz w:val="24"/>
        </w:rPr>
        <w:t>τητα τινὰ καὶ ἀλλοτριότητα τῶν ἡμετέρων σωμάτων. Ἄφλαστα. τὰ ἀκροστόλια τῆς νηὸς, οἷον· ἄφλαστα καὶ φυσσῶνας ὀργυωμένους. κατὰ ἀν‐ τίφρασιν· ἄθλαστα γὰρ κατὰ μετάθεσιν τοῦ</w:t>
      </w:r>
    </w:p>
    <w:p>
      <w:r>
        <w:rPr>
          <w:rFonts w:ascii="Courier New" w:hAnsi="Courier New"/>
          <w:color w:val="555555"/>
          <w:sz w:val="20"/>
        </w:rPr>
        <w:t>[25]</w:t>
      </w:r>
    </w:p>
    <w:p>
      <w:r>
        <w:rPr>
          <w:rFonts w:ascii="Gentium Plus" w:hAnsi="Gentium Plus"/>
          <w:sz w:val="24"/>
        </w:rPr>
        <w:t>θ εἰς φ. ὅπερ λέγεται καὶ κορώνη. λέγεται κορώνη καὶ ἐπὶ τοῦ κρίκου τῆς θύρας· καὶ τὸ ἐν βίβλοις ἐπικαμπὲς σχῆμα. Ἀφόρδιον. ἡ ἀκαθαρσία καὶ τὸ ἄξιον ἀπελα‐</w:t>
      </w:r>
    </w:p>
    <w:p>
      <w:r>
        <w:rPr>
          <w:rFonts w:ascii="Courier New" w:hAnsi="Courier New"/>
          <w:color w:val="555555"/>
          <w:sz w:val="20"/>
        </w:rPr>
        <w:t>[alpha 356]</w:t>
      </w:r>
    </w:p>
    <w:p>
      <w:r>
        <w:rPr>
          <w:rFonts w:ascii="Gentium Plus" w:hAnsi="Gentium Plus"/>
          <w:sz w:val="24"/>
        </w:rPr>
        <w:t>διον καὶ κατὰ συγκοπὴν ἀφόρδιον, τὸ ἀφορί‐ ζεσθαι ἄξιον. Ἀφορολόγητον. τὸ μὴ τελοῦν φόρον. Ἀφόρητον. ἀβάστακτον, δεινόν.</w:t>
      </w:r>
    </w:p>
    <w:p>
      <w:r>
        <w:rPr>
          <w:rFonts w:ascii="Courier New" w:hAnsi="Courier New"/>
          <w:color w:val="555555"/>
          <w:sz w:val="20"/>
        </w:rPr>
        <w:t>[5]</w:t>
      </w:r>
    </w:p>
    <w:p>
      <w:r>
        <w:rPr>
          <w:rFonts w:ascii="Gentium Plus" w:hAnsi="Gentium Plus"/>
          <w:sz w:val="24"/>
        </w:rPr>
        <w:t>Ἄφραστον. ἀνεκδιήγητον. Ἀφροδίσιον. ἔργον Ἀφροδίτης. λαμβάνεται καὶ ἐπὶ τῶν λάγνων, καὶ ἐρωτικῶς *περὶ τῆς συν‐ ουσίας καὶ σφοδρῶς* διακειμένων. Ἀφριόεν. ἀφρωδῶς.</w:t>
      </w:r>
    </w:p>
    <w:p>
      <w:r>
        <w:rPr>
          <w:rFonts w:ascii="Courier New" w:hAnsi="Courier New"/>
          <w:color w:val="555555"/>
          <w:sz w:val="20"/>
        </w:rPr>
        <w:t>[10]</w:t>
      </w:r>
    </w:p>
    <w:p>
      <w:r>
        <w:rPr>
          <w:rFonts w:ascii="Gentium Plus" w:hAnsi="Gentium Plus"/>
          <w:sz w:val="24"/>
        </w:rPr>
        <w:t>ἀφριόεν κοναβηδὸν ἐπιπρίουσα γένειον. Ἄφυκτον. ὃ οὐκ ἔστιν ἐκφυγεῖν. Ἀφύσγετον. τὸ ἰλυῶδες καὶ συρφετόν. παρὰ τὸ ἀφύω, ἀφ’ οὗ τὸ ἀφύσσω. [ὡς ὑλάω, ὑλάσ‐ σω, ὀδύω, ὀδύσσω. γίνεται ἀφύγετος, ὡς πήσ‐</w:t>
      </w:r>
    </w:p>
    <w:p>
      <w:r>
        <w:rPr>
          <w:rFonts w:ascii="Courier New" w:hAnsi="Courier New"/>
          <w:color w:val="555555"/>
          <w:sz w:val="20"/>
        </w:rPr>
        <w:t>[15]</w:t>
      </w:r>
    </w:p>
    <w:p>
      <w:r>
        <w:rPr>
          <w:rFonts w:ascii="Gentium Plus" w:hAnsi="Gentium Plus"/>
          <w:sz w:val="24"/>
        </w:rPr>
        <w:t>σω, παγετὸς, καὶ πλεονασμῷ τοῦ ς ἀφύσγε‐ τος. ἢ παρὰ τὸ φεύγω, φευκτὸς, ὡς ἔχω, ἑκτός· καὶ κατ’ ἔνδειαν τοῦ ς φυκτὸς καὶ ἄφευκτος.] Ἀφαιρέματα. τὰ ἀπὸ τῶν ἱερείων ἀφαιρούμε‐</w:t>
      </w:r>
    </w:p>
    <w:p>
      <w:r>
        <w:rPr>
          <w:rFonts w:ascii="Courier New" w:hAnsi="Courier New"/>
          <w:color w:val="555555"/>
          <w:sz w:val="20"/>
        </w:rPr>
        <w:t>[20]</w:t>
      </w:r>
    </w:p>
    <w:p>
      <w:r>
        <w:rPr>
          <w:rFonts w:ascii="Gentium Plus" w:hAnsi="Gentium Plus"/>
          <w:sz w:val="24"/>
        </w:rPr>
        <w:t>να μέρη, οἷον τὸ στηθύνιον, τὸν δεξιὸν βραχίο‐ να καὶ τὸν λοβὸν τοῦ ἥπατος. τοῦ θεολόγου· ὅσα γε περὶ τῶν θυσίων κεκαθαρμένα καὶ ἀφαι‐ ρεμάτων νενομοθέτηται. θυσίαν νόει τὰ πρό‐ βατα καὶ τοὺς μόσχους καὶ τρυγόνας καὶ τὰς</w:t>
      </w:r>
    </w:p>
    <w:p>
      <w:r>
        <w:rPr>
          <w:rFonts w:ascii="Courier New" w:hAnsi="Courier New"/>
          <w:color w:val="555555"/>
          <w:sz w:val="20"/>
        </w:rPr>
        <w:t>[25]</w:t>
      </w:r>
    </w:p>
    <w:p>
      <w:r>
        <w:rPr>
          <w:rFonts w:ascii="Gentium Plus" w:hAnsi="Gentium Plus"/>
          <w:sz w:val="24"/>
        </w:rPr>
        <w:t>περιστεράς· καθάρσια δὲ τὰ διὰ τοῦ αἵματος ἢ τῆς σποδοῦ καθαρτήρια.</w:t>
      </w:r>
    </w:p>
    <w:p>
      <w:pPr>
        <w:jc w:val="center"/>
      </w:pPr>
      <w:r>
        <w:rPr>
          <w:rFonts w:ascii="Gentium Plus" w:hAnsi="Gentium Plus"/>
          <w:b/>
          <w:sz w:val="24"/>
        </w:rPr>
        <w:t>(Ῥῆμα.)</w:t>
      </w:r>
    </w:p>
    <w:p>
      <w:r>
        <w:rPr>
          <w:rFonts w:ascii="Courier New" w:hAnsi="Courier New"/>
          <w:color w:val="555555"/>
          <w:sz w:val="20"/>
        </w:rPr>
        <w:t>[28]</w:t>
      </w:r>
    </w:p>
    <w:p>
      <w:r>
        <w:rPr>
          <w:rFonts w:ascii="Gentium Plus" w:hAnsi="Gentium Plus"/>
          <w:sz w:val="24"/>
        </w:rPr>
        <w:t>Ἀφάσσας. ψηλαφήσας. παρὰ τὸ ἅπτω, ἁφὴ, ἀφῶ, ἀφάσσω, τὸ τῇ ἁφῇ ὑποβάλλω. [ὡς μά‐</w:t>
      </w:r>
    </w:p>
    <w:p>
      <w:r>
        <w:rPr>
          <w:rFonts w:ascii="Courier New" w:hAnsi="Courier New"/>
          <w:color w:val="555555"/>
          <w:sz w:val="20"/>
        </w:rPr>
        <w:t>[30]</w:t>
      </w:r>
    </w:p>
    <w:p>
      <w:r>
        <w:rPr>
          <w:rFonts w:ascii="Gentium Plus" w:hAnsi="Gentium Plus"/>
          <w:sz w:val="24"/>
        </w:rPr>
        <w:t>σθλη, μασθλάσσω, καὶ ἀφάσσειν, ὁμοίως.]</w:t>
      </w:r>
    </w:p>
    <w:p>
      <w:r>
        <w:rPr>
          <w:rFonts w:ascii="Courier New" w:hAnsi="Courier New"/>
          <w:color w:val="555555"/>
          <w:sz w:val="20"/>
        </w:rPr>
        <w:t>[alpha 357]</w:t>
      </w:r>
    </w:p>
    <w:p>
      <w:r>
        <w:rPr>
          <w:rFonts w:ascii="Gentium Plus" w:hAnsi="Gentium Plus"/>
          <w:sz w:val="24"/>
        </w:rPr>
        <w:t>Ἀφαγνίσαι. καθιερῶσαι. λέγεται δὲ καὶ τὸ συ‐ λῆσαι. Ἀφαιρεῖται. [ἀποσπᾷ.] Ἀφάψεις. ἐκδήσεις, κρεμάσεις.</w:t>
      </w:r>
    </w:p>
    <w:p>
      <w:r>
        <w:rPr>
          <w:rFonts w:ascii="Courier New" w:hAnsi="Courier New"/>
          <w:color w:val="555555"/>
          <w:sz w:val="20"/>
        </w:rPr>
        <w:t>[5]</w:t>
      </w:r>
    </w:p>
    <w:p>
      <w:r>
        <w:rPr>
          <w:rFonts w:ascii="Gentium Plus" w:hAnsi="Gentium Plus"/>
          <w:sz w:val="24"/>
        </w:rPr>
        <w:t>Ἀφάπτειν. προσκολλᾷν. Ἀφαυανθήσομαι. ξηρανθήσομαι. καὶ ἀφαύει ὁμοίως. [τοὺς ἀλλοτρίους ἀμῶν στάχυς, τού‐ τους ἐν ξήλῳ δήσας ἀφαύει.] Ἀφάμαρτεν. ὁ δεύτερος ἀόριστος, ἁμαρτῶ,</w:t>
      </w:r>
    </w:p>
    <w:p>
      <w:r>
        <w:rPr>
          <w:rFonts w:ascii="Courier New" w:hAnsi="Courier New"/>
          <w:color w:val="555555"/>
          <w:sz w:val="20"/>
        </w:rPr>
        <w:t>[10]</w:t>
      </w:r>
    </w:p>
    <w:p>
      <w:r>
        <w:rPr>
          <w:rFonts w:ascii="Gentium Plus" w:hAnsi="Gentium Plus"/>
          <w:sz w:val="24"/>
        </w:rPr>
        <w:t>ἥμαρτον, ἥμαρτες, ἥμαρτεν. Ἀφέσθαι. [ἀποσχέσθαι.] [Ἀφερπύσαι.] βαδίσαι. λέγει δὲ τὴν ἥσυχον κλοπήν. Ἀφέξονται. ἀποστήσονται, παύσονται.</w:t>
      </w:r>
    </w:p>
    <w:p>
      <w:r>
        <w:rPr>
          <w:rFonts w:ascii="Courier New" w:hAnsi="Courier New"/>
          <w:color w:val="555555"/>
          <w:sz w:val="20"/>
        </w:rPr>
        <w:t>[15]</w:t>
      </w:r>
    </w:p>
    <w:p>
      <w:r>
        <w:rPr>
          <w:rFonts w:ascii="Gentium Plus" w:hAnsi="Gentium Plus"/>
          <w:sz w:val="24"/>
        </w:rPr>
        <w:t>Ἀφελχθείη. κωλυθείη. Ἀφέμενος. ἐάσας. συντάσσεται δὲ μετὰ γενικῆς. Ἀφέμενον. ἀποστάντα· ἀντιλέγοντα. Ἀφέξει. κωλύσει, ἀποστήσει. Ἀφέξομαι. παύσομαι.</w:t>
      </w:r>
    </w:p>
    <w:p>
      <w:r>
        <w:rPr>
          <w:rFonts w:ascii="Courier New" w:hAnsi="Courier New"/>
          <w:color w:val="555555"/>
          <w:sz w:val="20"/>
        </w:rPr>
        <w:t>[20]</w:t>
      </w:r>
    </w:p>
    <w:p>
      <w:r>
        <w:rPr>
          <w:rFonts w:ascii="Gentium Plus" w:hAnsi="Gentium Plus"/>
          <w:sz w:val="24"/>
        </w:rPr>
        <w:t>Ἀφεῖεν. συγχωρήσαιεν. Ἀφείκασιν· ἀφεικέναι· ἀφειότες· ἀφεῖσαν· ἀφεῖσθαι· ἀφεῖτο. δίφθογγα. Ἀφειδήσας. μὴ φεισάμενος. ἢ ὑπεριδὼν καὶ ὑπερφρονήσας.</w:t>
      </w:r>
    </w:p>
    <w:p>
      <w:r>
        <w:rPr>
          <w:rFonts w:ascii="Courier New" w:hAnsi="Courier New"/>
          <w:color w:val="555555"/>
          <w:sz w:val="20"/>
        </w:rPr>
        <w:t>[25]</w:t>
      </w:r>
    </w:p>
    <w:p>
      <w:r>
        <w:rPr>
          <w:rFonts w:ascii="Gentium Plus" w:hAnsi="Gentium Plus"/>
          <w:sz w:val="24"/>
        </w:rPr>
        <w:t>Ἀφείλοντο. ἀπεστέρησαν, ἥρπασαν, ἀνέσπασαν. Ἀφείλετο. οὐκ ἀφείλατο καὶ προεῖτο καὶ πάν‐</w:t>
      </w:r>
    </w:p>
    <w:p>
      <w:r>
        <w:rPr>
          <w:rFonts w:ascii="Courier New" w:hAnsi="Courier New"/>
          <w:color w:val="555555"/>
          <w:sz w:val="20"/>
        </w:rPr>
        <w:t>[alpha 358]</w:t>
      </w:r>
    </w:p>
    <w:p>
      <w:r>
        <w:rPr>
          <w:rFonts w:ascii="Gentium Plus" w:hAnsi="Gentium Plus"/>
          <w:sz w:val="24"/>
        </w:rPr>
        <w:t>πον διὰ τῆς ου συλλαβῆς καὶ τὸ πρῶτον διὰ τοῦ ο. ἐφ’ ὧν δὲ τὸ πρῶτον διὰ τοῦ α, τὸ μὲν δεύτερον διὰ τοῦ ω, τὸ δὲ τρίτον πάλιν διὰ τοῦ α. οἷον· ἐποιησάμην, ἐποιήσω, ἐποιή‐</w:t>
      </w:r>
    </w:p>
    <w:p>
      <w:r>
        <w:rPr>
          <w:rFonts w:ascii="Courier New" w:hAnsi="Courier New"/>
          <w:color w:val="555555"/>
          <w:sz w:val="20"/>
        </w:rPr>
        <w:t>[5]</w:t>
      </w:r>
    </w:p>
    <w:p>
      <w:r>
        <w:rPr>
          <w:rFonts w:ascii="Gentium Plus" w:hAnsi="Gentium Plus"/>
          <w:sz w:val="24"/>
        </w:rPr>
        <w:t>σατο, ἐγραψάμην, ἐγράψω, ἐγράψατο. ἐπὶ δὲ τῶν προτέρων· εἱλόμην, εἵλου, εἵλετο, ἠρόμην, ἤρου, ἤρετο. Ἀφέωκα. ἀφίημι, ἀφήσω, ἀφῆκα, πλεονασμῷ τοῦ ε ἀφέηκα, καὶ τροπῇ τοῦ η εἰς ω ἀφέωκα·</w:t>
      </w:r>
    </w:p>
    <w:p>
      <w:r>
        <w:rPr>
          <w:rFonts w:ascii="Courier New" w:hAnsi="Courier New"/>
          <w:color w:val="555555"/>
          <w:sz w:val="20"/>
        </w:rPr>
        <w:t>[10]</w:t>
      </w:r>
    </w:p>
    <w:p>
      <w:r>
        <w:rPr>
          <w:rFonts w:ascii="Gentium Plus" w:hAnsi="Gentium Plus"/>
          <w:sz w:val="24"/>
        </w:rPr>
        <w:t>τὸ παρακείμενον ἀφέμαι, τὸ τρίτον τῶν πλη‐ θυντικῶν ἀφένται καὶ πλεονασμῷ τοῦ ω ἀφέων‐ ται. Ἀφήμενος. πόῤῥω καθήμενος. Ἀφηνιᾶσαι. τὸ ἀποσκιρτῆσαι.</w:t>
      </w:r>
    </w:p>
    <w:p>
      <w:r>
        <w:rPr>
          <w:rFonts w:ascii="Courier New" w:hAnsi="Courier New"/>
          <w:color w:val="555555"/>
          <w:sz w:val="20"/>
        </w:rPr>
        <w:t>[15]</w:t>
      </w:r>
    </w:p>
    <w:p>
      <w:r>
        <w:rPr>
          <w:rFonts w:ascii="Gentium Plus" w:hAnsi="Gentium Plus"/>
          <w:sz w:val="24"/>
        </w:rPr>
        <w:t>Ἀφηγῇ. ἄρχεις. Ἀφηγεῖσθαι. διηγεῖσθαι. Ἀφηβηκέναι. γηράσαι. Ἀφιζάνει. ἀπανίσταται τῆς καθέδρας. ἐφιζά‐ νει δὲ τὸ κάθηται.</w:t>
      </w:r>
    </w:p>
    <w:p>
      <w:r>
        <w:rPr>
          <w:rFonts w:ascii="Courier New" w:hAnsi="Courier New"/>
          <w:color w:val="555555"/>
          <w:sz w:val="20"/>
        </w:rPr>
        <w:t>[20]</w:t>
      </w:r>
    </w:p>
    <w:p>
      <w:r>
        <w:rPr>
          <w:rFonts w:ascii="Gentium Plus" w:hAnsi="Gentium Plus"/>
          <w:sz w:val="24"/>
        </w:rPr>
        <w:t>Ἀφίκεται. παραγίνεται. Ἀφίγμεθα, ἀφῖκται καὶ ἀφίκοντο, ὁμοίως. Ἀφίκου. παρεγένου. Ἀφιέρωσεν. ἀνέθηκε τῷ θεῷ. Ἀφόωντα. ψηλαφῶντα.</w:t>
      </w:r>
    </w:p>
    <w:p>
      <w:r>
        <w:rPr>
          <w:rFonts w:ascii="Courier New" w:hAnsi="Courier New"/>
          <w:color w:val="555555"/>
          <w:sz w:val="20"/>
        </w:rPr>
        <w:t>[25]</w:t>
      </w:r>
    </w:p>
    <w:p>
      <w:r>
        <w:rPr>
          <w:rFonts w:ascii="Gentium Plus" w:hAnsi="Gentium Plus"/>
          <w:sz w:val="24"/>
        </w:rPr>
        <w:t>Ἀφοσιώσωμεν. τουτέστιν ὁσίως καὶ καθηκόντως</w:t>
      </w:r>
    </w:p>
    <w:p>
      <w:r>
        <w:rPr>
          <w:rFonts w:ascii="Courier New" w:hAnsi="Courier New"/>
          <w:color w:val="555555"/>
          <w:sz w:val="20"/>
        </w:rPr>
        <w:t>[alpha 359]</w:t>
      </w:r>
    </w:p>
    <w:p>
      <w:r>
        <w:rPr>
          <w:rFonts w:ascii="Gentium Plus" w:hAnsi="Gentium Plus"/>
          <w:sz w:val="24"/>
        </w:rPr>
        <w:t>Ἀφοσιοῦται. πληροῦται. Ἀφοδεῦσαι. ἀναχωρῆσαι. Ἀφορῶντες. ἀποβλέποντες. [Ἀφίκου. παρεγένου. ἥκω, ὁ δεύτερος ἀόριστος</w:t>
      </w:r>
    </w:p>
    <w:p>
      <w:r>
        <w:rPr>
          <w:rFonts w:ascii="Courier New" w:hAnsi="Courier New"/>
          <w:color w:val="555555"/>
          <w:sz w:val="20"/>
        </w:rPr>
        <w:t>[5]</w:t>
      </w:r>
    </w:p>
    <w:p>
      <w:r>
        <w:rPr>
          <w:rFonts w:ascii="Gentium Plus" w:hAnsi="Gentium Plus"/>
          <w:sz w:val="24"/>
        </w:rPr>
        <w:t>παθητικὸς ἱκόμην, ἵκου καὶ ἀφίκου.] Ἀφίει. ἔστι ῥῆμα ἰῶ, ὅπερ γέγονεν ἀπὸ τοῦ ὦ, κατὰ ἀναδιπλασιασμὸν ἰῶ. ὁ παρατατικὸς ἴουν, ἴεις, ἴει, καὶ ἀφίει. Ἀφίστασθαι. ἀποχωρίζεσθαι, ἀλλοτριοῦσθαι.</w:t>
      </w:r>
    </w:p>
    <w:p>
      <w:r>
        <w:rPr>
          <w:rFonts w:ascii="Courier New" w:hAnsi="Courier New"/>
          <w:color w:val="555555"/>
          <w:sz w:val="20"/>
        </w:rPr>
        <w:t>[10]</w:t>
      </w:r>
    </w:p>
    <w:p>
      <w:r>
        <w:rPr>
          <w:rFonts w:ascii="Gentium Plus" w:hAnsi="Gentium Plus"/>
          <w:sz w:val="24"/>
        </w:rPr>
        <w:t>βουλομένοις οὖν τῶν Μακεδόνων ἀφίστασθαι. Ἀφίστων. ἀπέτρεπον, ἀπεκώλυον. τοὺς δὲ βαρ‐ βάρους τῆς πολιορκίας ἀφίστων οἱ Ῥωμαῖοι. Ἀφραίνω. τὸ μωραίνω. ἐκ τοῦ φρὴν, φρενὸς, φραίνω *καὶ ἀφραίνω.*</w:t>
      </w:r>
    </w:p>
    <w:p>
      <w:r>
        <w:rPr>
          <w:rFonts w:ascii="Courier New" w:hAnsi="Courier New"/>
          <w:color w:val="555555"/>
          <w:sz w:val="20"/>
        </w:rPr>
        <w:t>[15]</w:t>
      </w:r>
    </w:p>
    <w:p>
      <w:r>
        <w:rPr>
          <w:rFonts w:ascii="Gentium Plus" w:hAnsi="Gentium Plus"/>
          <w:sz w:val="24"/>
        </w:rPr>
        <w:t>Ἀφροντιστεῖ. ἀμεριμνεῖ. Ἀφυστερίσαι. βραδύναι. Ἀφύσσων. ἀπαντλῶν. Ἀφυσσόμενοι. ἀφύσσω, ἀφύξω· γίνεται δὲ ἐκ τοῦ ὕω, τὸ βρέχω. ὁ μέλλων ὕσω καὶ ἐν συν‐</w:t>
      </w:r>
    </w:p>
    <w:p>
      <w:r>
        <w:rPr>
          <w:rFonts w:ascii="Courier New" w:hAnsi="Courier New"/>
          <w:color w:val="555555"/>
          <w:sz w:val="20"/>
        </w:rPr>
        <w:t>[20]</w:t>
      </w:r>
    </w:p>
    <w:p>
      <w:r>
        <w:rPr>
          <w:rFonts w:ascii="Gentium Plus" w:hAnsi="Gentium Plus"/>
          <w:sz w:val="24"/>
        </w:rPr>
        <w:t>θέσει ἀφύσσω, πλεονασμῷ τοῦ ς. τουτέστι τὸ ἀπὸ τινὸς ἐπιῤῥέοντος ἀπαντλᾷν καὶ ἀπαρύε‐ σθαι. [ἢ ἐκ τοῦ φύω, τὸ κρατῶ. ἔν τ’ ἄρα οἱ φῦ χειρί. μετὰ τοῦ ἐπιτατικοῦ α ἀφύω, ἀφύσσω, μετα‐</w:t>
      </w:r>
    </w:p>
    <w:p>
      <w:r>
        <w:rPr>
          <w:rFonts w:ascii="Courier New" w:hAnsi="Courier New"/>
          <w:color w:val="555555"/>
          <w:sz w:val="20"/>
        </w:rPr>
        <w:t>[25]</w:t>
      </w:r>
    </w:p>
    <w:p>
      <w:r>
        <w:rPr>
          <w:rFonts w:ascii="Gentium Plus" w:hAnsi="Gentium Plus"/>
          <w:sz w:val="24"/>
        </w:rPr>
        <w:t>γομένου τοῦ χρόνου εἰς ἐνεστῶτα. ἢ ἐκ τοῦ ἀρύω, τὸ ἀντλῶ, τροπῇ τοῦ ρ εἰς φ ἀφύω.] [Ἀφωρίσθω. μέγα καὶ ι.] [Ἀφοριζέσθω δὲ, μικρὸν καὶ ι.] Ἀφορίσθητε. μονώθητε. Ἱερεμίας· καὶ ἀφορί‐</w:t>
      </w:r>
    </w:p>
    <w:p>
      <w:r>
        <w:rPr>
          <w:rFonts w:ascii="Courier New" w:hAnsi="Courier New"/>
          <w:color w:val="555555"/>
          <w:sz w:val="20"/>
        </w:rPr>
        <w:t>[30]</w:t>
      </w:r>
    </w:p>
    <w:p>
      <w:r>
        <w:rPr>
          <w:rFonts w:ascii="Gentium Plus" w:hAnsi="Gentium Plus"/>
          <w:sz w:val="24"/>
        </w:rPr>
        <w:t>σθητε, λέγει κύριος. Ἀφοσιοῦσθαι. πληροφορεῖσθαι. τοῦ θεολόγου·</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Ἄφαρ. εὐθέως. Ἀφαρεί. ἐσπουδασμένως καὶ ἀπερισκέπτως τὶ ποιεῖν.</w:t>
      </w:r>
    </w:p>
    <w:p>
      <w:r>
        <w:rPr>
          <w:rFonts w:ascii="Courier New" w:hAnsi="Courier New"/>
          <w:color w:val="555555"/>
          <w:sz w:val="20"/>
        </w:rPr>
        <w:t>[5]</w:t>
      </w:r>
    </w:p>
    <w:p>
      <w:r>
        <w:rPr>
          <w:rFonts w:ascii="Gentium Plus" w:hAnsi="Gentium Plus"/>
          <w:sz w:val="24"/>
        </w:rPr>
        <w:t>Ἄφνω. παρὰ τὸ ἀφανὴς ὄνομα γίνεται ἐπίῤῥη‐ μα ἀφανῶς, καὶ κατὰ συγκοπὴν καὶ ἀποβολὴν ἄφνω. Ἀφραδέως. ἀνοήτως. Ἀφύκτως. ἀναποδράστως. ὃ οὐκ ἔστιν ἐκφυ‐</w:t>
      </w:r>
    </w:p>
    <w:p>
      <w:r>
        <w:rPr>
          <w:rFonts w:ascii="Courier New" w:hAnsi="Courier New"/>
          <w:color w:val="555555"/>
          <w:sz w:val="20"/>
        </w:rPr>
        <w:t>[10]</w:t>
      </w:r>
    </w:p>
    <w:p>
      <w:r>
        <w:rPr>
          <w:rFonts w:ascii="Gentium Plus" w:hAnsi="Gentium Plus"/>
          <w:sz w:val="24"/>
        </w:rPr>
        <w:t>γεῖν. *Ἀφύρτως. ἀφειδῶς.*</w:t>
      </w:r>
    </w:p>
    <w:p>
      <w:pPr>
        <w:jc w:val="center"/>
      </w:pPr>
      <w:r>
        <w:rPr>
          <w:rFonts w:ascii="Gentium Plus" w:hAnsi="Gentium Plus"/>
          <w:b/>
          <w:sz w:val="24"/>
        </w:rPr>
        <w:t>Τὸ Α μετὰ τοῦ Χ.</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Ἄχαζ. βασιλεὺς Ἱερουσαλήμ. *ἑρμηνεύεται δὲ</w:t>
      </w:r>
    </w:p>
    <w:p>
      <w:r>
        <w:rPr>
          <w:rFonts w:ascii="Courier New" w:hAnsi="Courier New"/>
          <w:color w:val="555555"/>
          <w:sz w:val="20"/>
        </w:rPr>
        <w:t>[15]</w:t>
      </w:r>
    </w:p>
    <w:p>
      <w:r>
        <w:rPr>
          <w:rFonts w:ascii="Gentium Plus" w:hAnsi="Gentium Plus"/>
          <w:sz w:val="24"/>
        </w:rPr>
        <w:t>καὶ κατάσχεσις.* Ἀχαΐας. οὗτος προφήτης ἦν ἐπὶ Ἱεροβοὰμ βα‐ σιλέως τῶν Ἑβραίων. Ἀχαιμένης. κύριον, ἀφ’ οὗ καὶ Ἀχαιμενίδαι οἱ Πέρσαι.</w:t>
      </w:r>
    </w:p>
    <w:p>
      <w:r>
        <w:rPr>
          <w:rFonts w:ascii="Courier New" w:hAnsi="Courier New"/>
          <w:color w:val="555555"/>
          <w:sz w:val="20"/>
        </w:rPr>
        <w:t>[20]</w:t>
      </w:r>
    </w:p>
    <w:p>
      <w:r>
        <w:rPr>
          <w:rFonts w:ascii="Gentium Plus" w:hAnsi="Gentium Plus"/>
          <w:sz w:val="24"/>
        </w:rPr>
        <w:t>Ἀχανής. ἄφωνος, μὴ κεχηνώς. παρὰ τὸ χαί‐ νω χανὴς καὶ ἀχανής. Ἀχελῷος. ποταμὸς Ἀρκαδίας. σὺν τῷ ι· ἐπειδὴ εἴρηται κατὰ διάστασιν Ἀχελώϊος. ἢ ὅτι οἱ Βιωτεῖς τὴν ω δίφθογγον εἰς οι τρέπουσιν,</w:t>
      </w:r>
    </w:p>
    <w:p>
      <w:r>
        <w:rPr>
          <w:rFonts w:ascii="Courier New" w:hAnsi="Courier New"/>
          <w:color w:val="555555"/>
          <w:sz w:val="20"/>
        </w:rPr>
        <w:t>[25]</w:t>
      </w:r>
    </w:p>
    <w:p>
      <w:r>
        <w:rPr>
          <w:rFonts w:ascii="Gentium Plus" w:hAnsi="Gentium Plus"/>
          <w:sz w:val="24"/>
        </w:rPr>
        <w:t>οἷον· Ἀχελῶος Ἀχελοῖος, αἰδῶος αἰδοῖος, Κῶος Κοῖος. Ἀχείρωτος. ἀνίκητος, ἀήττητος, ἀκράτητος. Ἀχέρων. ποταμὸς ὁ ἐν ᾅδου. παρὰ τὸ ἐστε‐ ρῆσθαι χαρᾶς τοὺς ἐκεῖ κατιόντας. ἢ ὁ τὰ</w:t>
      </w:r>
    </w:p>
    <w:p>
      <w:r>
        <w:rPr>
          <w:rFonts w:ascii="Courier New" w:hAnsi="Courier New"/>
          <w:color w:val="555555"/>
          <w:sz w:val="20"/>
        </w:rPr>
        <w:t>[30]</w:t>
      </w:r>
    </w:p>
    <w:p>
      <w:r>
        <w:rPr>
          <w:rFonts w:ascii="Gentium Plus" w:hAnsi="Gentium Plus"/>
          <w:sz w:val="24"/>
        </w:rPr>
        <w:t>ἄχεα καὶ τὰς θλίψεις ῥέων.</w:t>
      </w:r>
    </w:p>
    <w:p>
      <w:r>
        <w:rPr>
          <w:rFonts w:ascii="Courier New" w:hAnsi="Courier New"/>
          <w:color w:val="555555"/>
          <w:sz w:val="20"/>
        </w:rPr>
        <w:t>[alpha 361]</w:t>
      </w:r>
    </w:p>
    <w:p>
      <w:r>
        <w:rPr>
          <w:rFonts w:ascii="Gentium Plus" w:hAnsi="Gentium Plus"/>
          <w:sz w:val="24"/>
        </w:rPr>
        <w:t>Ἄχης. ὁ πένης. Ἀχήν. ὁ πτωχός. καὶ ἀχῆνες, οἱ μηδὲν ἔχοντες. ἢ παρὰ τὸ τὰ κενὰ τῶν σκεῶν ἠχεῖν. Ἀχήρας. κύριον. καὶ ὁ σκώληξ. καὶ ἀχώρας</w:t>
      </w:r>
    </w:p>
    <w:p>
      <w:r>
        <w:rPr>
          <w:rFonts w:ascii="Courier New" w:hAnsi="Courier New"/>
          <w:color w:val="555555"/>
          <w:sz w:val="20"/>
        </w:rPr>
        <w:t>[5]</w:t>
      </w:r>
    </w:p>
    <w:p>
      <w:r>
        <w:rPr>
          <w:rFonts w:ascii="Gentium Plus" w:hAnsi="Gentium Plus"/>
          <w:sz w:val="24"/>
        </w:rPr>
        <w:t>ὁμοίως. Ἀχηρής. ὁ λυπηρός· ἐκτάσει τοῦ α εἰς η. Ἄχνους. ἀγένειος, ἢ ὁ μὴ ἔχων [χνοῦν ἤτοι] χοῦν. Ἀχρεῖος. ὁ ἄχρηστος, ὁ ἔσχατος. ἐκ τοῦ χρεία.</w:t>
      </w:r>
    </w:p>
    <w:p>
      <w:r>
        <w:rPr>
          <w:rFonts w:ascii="Courier New" w:hAnsi="Courier New"/>
          <w:color w:val="555555"/>
          <w:sz w:val="20"/>
        </w:rPr>
        <w:t>[10]</w:t>
      </w:r>
    </w:p>
    <w:p>
      <w:r>
        <w:rPr>
          <w:rFonts w:ascii="Gentium Plus" w:hAnsi="Gentium Plus"/>
          <w:sz w:val="24"/>
        </w:rPr>
        <w:t>καὶ ὤφειλεν εἶναι ἄχρειος· κανὼν γάρ ἐστιν ὁ λέγων, ὅτι τὰ ἀπὸ τῶν εἰς α καὶ εἰς η θη‐ λυκὰ συντιθέμενα προπαροξύνονται, οἷον· πύ‐ λη, τρίπυλος· οὕτως οὖν χρεία, ἄχρειος. ὡς οὖν εἴπομεν, ἐκ τοῦ χρεία μετὰ τοῦ στερητι‐</w:t>
      </w:r>
    </w:p>
    <w:p>
      <w:r>
        <w:rPr>
          <w:rFonts w:ascii="Courier New" w:hAnsi="Courier New"/>
          <w:color w:val="555555"/>
          <w:sz w:val="20"/>
        </w:rPr>
        <w:t>[15]</w:t>
      </w:r>
    </w:p>
    <w:p>
      <w:r>
        <w:rPr>
          <w:rFonts w:ascii="Gentium Plus" w:hAnsi="Gentium Plus"/>
          <w:sz w:val="24"/>
        </w:rPr>
        <w:t>κοῦ α ἀχρεῖος, οὗ μὴ ἔχει τις χρείαν, καὶ ἐξ αὐτοῦ ἀχρεῖον τὸ οὐδέτερον. ἀπὸ δὲ τοῦ ὀνό‐ ματος ἐπήχθη εἰς ἐπίῤῥημα ἀχρήϊος, κατὰ ἔκτασιν τοῦ ε εἰς η καὶ διάστασιν τοῦ ι. Ἀχειόγελως ἄνθρωπος. ὁ ἐπὶ τοῖς ἀχρήστοις</w:t>
      </w:r>
    </w:p>
    <w:p>
      <w:r>
        <w:rPr>
          <w:rFonts w:ascii="Courier New" w:hAnsi="Courier New"/>
          <w:color w:val="555555"/>
          <w:sz w:val="20"/>
        </w:rPr>
        <w:t>[20]</w:t>
      </w:r>
    </w:p>
    <w:p>
      <w:r>
        <w:rPr>
          <w:rFonts w:ascii="Gentium Plus" w:hAnsi="Gentium Plus"/>
          <w:sz w:val="24"/>
        </w:rPr>
        <w:t>καὶ μὴ σπουδαίοις γελῶν καὶ χαίρων. [Ἄχνους. ἀγένειος. τίς τὸν ἄχνουν Ἑρμῆν σε παρ’ ὑσπλήγεσσιν ἔθηκε.] Ἄχλαξ. ἡ λιθώδης καὶ ψαμμώδης ἄμμος, ἢ</w:t>
      </w:r>
    </w:p>
    <w:p>
      <w:r>
        <w:rPr>
          <w:rFonts w:ascii="Courier New" w:hAnsi="Courier New"/>
          <w:color w:val="555555"/>
          <w:sz w:val="20"/>
        </w:rPr>
        <w:t>[25]</w:t>
      </w:r>
    </w:p>
    <w:p>
      <w:r>
        <w:rPr>
          <w:rFonts w:ascii="Gentium Plus" w:hAnsi="Gentium Plus"/>
          <w:sz w:val="24"/>
        </w:rPr>
        <w:t>ὁ μικρὸς λίθος. Ἀχών. ἡ ἄμπελος. Ἀχώρ. τὸ ἐν τῇ κεφαλῇ καὶ τῷ γενείῳ πιτυ‐ ρῶδες. παρὰ τὸ ἄχνη, ἀχνὼρ, καὶ ἀποβολῇ τοῦ ν ἀχώρ. κλίνεται δὲ ἀχῶρος, ὡς ἰχὼρ ἰχῶ‐</w:t>
      </w:r>
    </w:p>
    <w:p>
      <w:r>
        <w:rPr>
          <w:rFonts w:ascii="Courier New" w:hAnsi="Courier New"/>
          <w:color w:val="555555"/>
          <w:sz w:val="20"/>
        </w:rPr>
        <w:t>[30]</w:t>
      </w:r>
    </w:p>
    <w:p>
      <w:r>
        <w:rPr>
          <w:rFonts w:ascii="Gentium Plus" w:hAnsi="Gentium Plus"/>
          <w:sz w:val="24"/>
        </w:rPr>
        <w:t>ρος, τοῦ σεσηπότος αἵματος.</w:t>
      </w:r>
    </w:p>
    <w:p>
      <w:r>
        <w:rPr>
          <w:rFonts w:ascii="Courier New" w:hAnsi="Courier New"/>
          <w:color w:val="555555"/>
          <w:sz w:val="20"/>
        </w:rPr>
        <w:t>[alpha 362]</w:t>
      </w:r>
    </w:p>
    <w:p>
      <w:r>
        <w:rPr>
          <w:rFonts w:ascii="Gentium Plus" w:hAnsi="Gentium Plus"/>
          <w:sz w:val="24"/>
        </w:rPr>
        <w:t>Ἀχιλεύς. κύριον. παρὰ τὸ ἄγω ἀγιλεὺς καὶ ἀχιλεύς· στρατηγὸς γὰρ ἦν. ἢ παρὰ τὸ χιλὸς, ὃ σημαίνει τὴν τροφὴν, χιλεὺς καὶ μετὰ τοῦ στερητικοῦ α ἀχιλεύς· οὐ γὰρ κοινῇ τροφῇ ἐχρᾶ‐</w:t>
      </w:r>
    </w:p>
    <w:p>
      <w:r>
        <w:rPr>
          <w:rFonts w:ascii="Courier New" w:hAnsi="Courier New"/>
          <w:color w:val="555555"/>
          <w:sz w:val="20"/>
        </w:rPr>
        <w:t>[5]</w:t>
      </w:r>
    </w:p>
    <w:p>
      <w:r>
        <w:rPr>
          <w:rFonts w:ascii="Gentium Plus" w:hAnsi="Gentium Plus"/>
          <w:sz w:val="24"/>
        </w:rPr>
        <w:t>το, ἀλλὰ μυελοὺς ἐλάφων ἤσθιεν. [ἢ παρὰ τὸ ἄχος ἐμποιεῖν τοῖς Ἰλιεῦσιν.]</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Ἀχάνη. μέτρον Περσικόν. ὥσπερ καὶ ἡ ἀτάρ‐ βη παρ’ Αἰγυπτίοις. ἐχώρει δὲ μεδίμνους Ἀτ‐</w:t>
      </w:r>
    </w:p>
    <w:p>
      <w:r>
        <w:rPr>
          <w:rFonts w:ascii="Courier New" w:hAnsi="Courier New"/>
          <w:color w:val="555555"/>
          <w:sz w:val="20"/>
        </w:rPr>
        <w:t>[10]</w:t>
      </w:r>
    </w:p>
    <w:p>
      <w:r>
        <w:rPr>
          <w:rFonts w:ascii="Gentium Plus" w:hAnsi="Gentium Plus"/>
          <w:sz w:val="24"/>
        </w:rPr>
        <w:t>τικοὺς ν. Ἀχαΐα. ἡ Πελοπόννησος. Ἀχαΐνη. ἡ ἔλαφος. καὶ σκύτος ἀμφιδόρου στικτὸν ἀχαΐνεω. Ἀχερωΐς. ἡ λεύκη.</w:t>
      </w:r>
    </w:p>
    <w:p>
      <w:r>
        <w:rPr>
          <w:rFonts w:ascii="Courier New" w:hAnsi="Courier New"/>
          <w:color w:val="555555"/>
          <w:sz w:val="20"/>
        </w:rPr>
        <w:t>[15]</w:t>
      </w:r>
    </w:p>
    <w:p>
      <w:r>
        <w:rPr>
          <w:rFonts w:ascii="Gentium Plus" w:hAnsi="Gentium Plus"/>
          <w:sz w:val="24"/>
        </w:rPr>
        <w:t>Ἀχηνία. ἀπορία· πενία· πτωχεία. Ἀχθηδών. βάρος. καὶ κλίνεται ἀχθηδόνος. Ἀχθεινή. λυπηρά. ἀχθεινὰν δ’ εἶδε βουκτασίαν. Ἀχλύς. σκότος, ὁμίχλη, ζόφος, ἡ ἄγαν ἀλύ‐</w:t>
      </w:r>
    </w:p>
    <w:p>
      <w:r>
        <w:rPr>
          <w:rFonts w:ascii="Courier New" w:hAnsi="Courier New"/>
          <w:color w:val="555555"/>
          <w:sz w:val="20"/>
        </w:rPr>
        <w:t>[20]</w:t>
      </w:r>
    </w:p>
    <w:p>
      <w:r>
        <w:rPr>
          <w:rFonts w:ascii="Gentium Plus" w:hAnsi="Gentium Plus"/>
          <w:sz w:val="24"/>
        </w:rPr>
        <w:t>ουσα καὶ ἀποκρύπτουσα. παρὰ τὸ ἀλύω, τοῦ α ἐπιτατικοῦ ὄντος. ἢ παρὰ τὸ τὰς ὄψεις ἡμῶν ὀχλεῖν καὶ λυπεῖν. Ἄχνη. πᾶσα λεπτότης ὑγροῦ καὶ ξηροῦ. ἐπὶ μὲν ὑγροῦ·</w:t>
      </w:r>
    </w:p>
    <w:p>
      <w:r>
        <w:rPr>
          <w:rFonts w:ascii="Courier New" w:hAnsi="Courier New"/>
          <w:color w:val="555555"/>
          <w:sz w:val="20"/>
        </w:rPr>
        <w:t>[25]</w:t>
      </w:r>
    </w:p>
    <w:p>
      <w:r>
        <w:rPr>
          <w:rFonts w:ascii="Gentium Plus" w:hAnsi="Gentium Plus"/>
          <w:sz w:val="24"/>
        </w:rPr>
        <w:t>—ἀποπτύει δ’ ἁλὸς ἄχνην—. ἐπὶ δὲ ξηροῦ· κρίνει ἐπειγομένων ἀνέμων καρπόν τε καὶ ἄχνας. παρὰ τὸ ἔχω ἐχήνη καὶ μετὰ τοῦ στερητικοῦ</w:t>
      </w:r>
    </w:p>
    <w:p>
      <w:r>
        <w:rPr>
          <w:rFonts w:ascii="Courier New" w:hAnsi="Courier New"/>
          <w:color w:val="555555"/>
          <w:sz w:val="20"/>
        </w:rPr>
        <w:t>[30]</w:t>
      </w:r>
    </w:p>
    <w:p>
      <w:r>
        <w:rPr>
          <w:rFonts w:ascii="Gentium Plus" w:hAnsi="Gentium Plus"/>
          <w:sz w:val="24"/>
        </w:rPr>
        <w:t>α ἀεχήνη τὶς οὖσα, ἡ μὴ δυναμένη ἔχεσθαι</w:t>
      </w:r>
    </w:p>
    <w:p>
      <w:r>
        <w:rPr>
          <w:rFonts w:ascii="Courier New" w:hAnsi="Courier New"/>
          <w:color w:val="555555"/>
          <w:sz w:val="20"/>
        </w:rPr>
        <w:t>[alpha 363]</w:t>
      </w:r>
    </w:p>
    <w:p>
      <w:r>
        <w:rPr>
          <w:rFonts w:ascii="Gentium Plus" w:hAnsi="Gentium Plus"/>
          <w:sz w:val="24"/>
        </w:rPr>
        <w:t>Ἀχνύς. ἡ λύπη. Ἀχράς. εἶδος ἀπίου, ἡ μηδέποτε ἐν χρείᾳ οὖσα. Ἀχρίνη. βαδυτάτη. Ἀχρυλίς. ἡ Φρυγία.</w:t>
      </w:r>
    </w:p>
    <w:p>
      <w:r>
        <w:rPr>
          <w:rFonts w:ascii="Courier New" w:hAnsi="Courier New"/>
          <w:color w:val="555555"/>
          <w:sz w:val="20"/>
        </w:rPr>
        <w:t>[5]</w:t>
      </w:r>
    </w:p>
    <w:p>
      <w:r>
        <w:rPr>
          <w:rFonts w:ascii="Gentium Plus" w:hAnsi="Gentium Plus"/>
          <w:sz w:val="24"/>
        </w:rPr>
        <w:t>Ἀχυρμιαί. οἱ τόποι, εἰς οὓς τὰ ἄχυρα ἀποτί‐ θενται. οἱονεὶ ἀχυριαί τινες οὖσαι καὶ πλεο‐ νασμῷ τοῦ μ ἀχυρμιαί. Ἀχαΐα. ἡ Ἑλλάς. ὅθεν καὶ Ἀχαοί. ἐπαρχία δέ τις ἐστὶν ἡ Ἀχαΐα, ὑφ’ [ἣν] ἦν ἡ Κόρινθος.</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Ἀχαρές. λυπηρὸν, μὴ τερπνόν. Ἀχανὲς πέλαγος. τὸ λίαν κεχηνός. Ἄχθος. βάρος. ἄχος τί ἐστι καὶ πλεονασμῷ τοῦ θ ἄχθος.</w:t>
      </w:r>
    </w:p>
    <w:p>
      <w:r>
        <w:rPr>
          <w:rFonts w:ascii="Courier New" w:hAnsi="Courier New"/>
          <w:color w:val="555555"/>
          <w:sz w:val="20"/>
        </w:rPr>
        <w:t>[15]</w:t>
      </w:r>
    </w:p>
    <w:p>
      <w:r>
        <w:rPr>
          <w:rFonts w:ascii="Gentium Plus" w:hAnsi="Gentium Plus"/>
          <w:sz w:val="24"/>
        </w:rPr>
        <w:t>Ἄχος. λύπη, σιωπὴν ἐπιφέρουσα. παρὰ τὸ μὴ διαχεῖσθαι ὑπὸ τῆς ἡδονῆς. ἢ παρὰ τὸ ἔχω, κατὰ ἀντίφρασιν, ὃ οὐ θέλει τὶς ἔχειν. ἢ παρὰ τὸ χῶ, τὸ χωρῶ, γίνεται χὼς καὶ μετὰ τοῦ στερητικοῦ α ἄχος. ἢ παρὰ τὸ χέω μετὰ</w:t>
      </w:r>
    </w:p>
    <w:p>
      <w:r>
        <w:rPr>
          <w:rFonts w:ascii="Courier New" w:hAnsi="Courier New"/>
          <w:color w:val="555555"/>
          <w:sz w:val="20"/>
        </w:rPr>
        <w:t>[20]</w:t>
      </w:r>
    </w:p>
    <w:p>
      <w:r>
        <w:rPr>
          <w:rFonts w:ascii="Gentium Plus" w:hAnsi="Gentium Plus"/>
          <w:sz w:val="24"/>
        </w:rPr>
        <w:t>τοῦ στερητικοῦ α ἡ μὴ διαχέουσα τὴν ψυχὴν, ἀλλὰ συνέχουσα. Ἄχραντον. ἀμίαντον· [ἀμόλυντον.] παρὰ τὸ χραίνω, χρανῶ, χραντὸς καὶ ἄχραντος. ἢ ἀχέ‐ ραντον, οὗ μηδέπω χεὶρ ἥψατο. ἢ τὸ μήπω</w:t>
      </w:r>
    </w:p>
    <w:p>
      <w:r>
        <w:rPr>
          <w:rFonts w:ascii="Courier New" w:hAnsi="Courier New"/>
          <w:color w:val="555555"/>
          <w:sz w:val="20"/>
        </w:rPr>
        <w:t>[25]</w:t>
      </w:r>
    </w:p>
    <w:p>
      <w:r>
        <w:rPr>
          <w:rFonts w:ascii="Gentium Plus" w:hAnsi="Gentium Plus"/>
          <w:sz w:val="24"/>
        </w:rPr>
        <w:t>ἐν χρείᾳ γεγονός. Ἄχρονον φῶς. ὁ Χριστός. Ἄχρωμον. ἀναιδές. ἦν δὲ τὸ ἔργον αὐτοῦ ἄχρω‐</w:t>
      </w:r>
    </w:p>
    <w:p>
      <w:r>
        <w:rPr>
          <w:rFonts w:ascii="Courier New" w:hAnsi="Courier New"/>
          <w:color w:val="555555"/>
          <w:sz w:val="20"/>
        </w:rPr>
        <w:t>[alpha 364]</w:t>
      </w:r>
    </w:p>
    <w:p>
      <w:r>
        <w:rPr>
          <w:rFonts w:ascii="Gentium Plus" w:hAnsi="Gentium Plus"/>
          <w:sz w:val="24"/>
        </w:rPr>
        <w:t>Ἀχύνετον. πολύχυτον. —ἔνθα πῦρ μὲν ἀείζωον καὶ ἀχύνετον ἔτρεσεν ὕδωρ. Ἄχαρον. ἡ ἀλλοιωθεῖσα καλάμη. ἀέχαρον τὶ</w:t>
      </w:r>
    </w:p>
    <w:p>
      <w:r>
        <w:rPr>
          <w:rFonts w:ascii="Courier New" w:hAnsi="Courier New"/>
          <w:color w:val="555555"/>
          <w:sz w:val="20"/>
        </w:rPr>
        <w:t>[5]</w:t>
      </w:r>
    </w:p>
    <w:p>
      <w:r>
        <w:rPr>
          <w:rFonts w:ascii="Gentium Plus" w:hAnsi="Gentium Plus"/>
          <w:sz w:val="24"/>
        </w:rPr>
        <w:t>ὂν, οὐδὲν ἔχον. Ἀχώρητον. τὸ πάντα μὲν περιγράφον, ὑπ’ οὐ‐ δένος δὲ περιγραφόμενον. Ἄχρονον. τὸ ἄκτιστον· κτιστὰ γὰρ τὰ ἐν χρόνῳ.</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Ἀχέων. δυσφορῶν. Ἄχθεται. λυπεῖται. Ἀχθεσθήσῃ. λυπηθήσῃ. καὶ ἀχθέσῃ ὁμοίως. Ἄχθομαι. βαροῦμαι, ἀγανακτῶ. Ἀχθοφοροῦντας. βαστάζοντας καὶ φέροντας</w:t>
      </w:r>
    </w:p>
    <w:p>
      <w:r>
        <w:rPr>
          <w:rFonts w:ascii="Courier New" w:hAnsi="Courier New"/>
          <w:color w:val="555555"/>
          <w:sz w:val="20"/>
        </w:rPr>
        <w:t>[15]</w:t>
      </w:r>
    </w:p>
    <w:p>
      <w:r>
        <w:rPr>
          <w:rFonts w:ascii="Gentium Plus" w:hAnsi="Gentium Plus"/>
          <w:sz w:val="24"/>
        </w:rPr>
        <w:t>βάρος. Ἀχλύσαντος. σκοτισθέντος. Ἀχνύμενος. λυπούμενος. ἔστιν ἄχος, ἐξ οὗ γέ‐ γονε ῥῆμα ἀχῶ καὶ κατὰ παραγωγὴν ἀχύω καὶ πλεονασμῷ τοῦ ν ἀχύνω, ὥσπερ δύω δύνω καὶ</w:t>
      </w:r>
    </w:p>
    <w:p>
      <w:r>
        <w:rPr>
          <w:rFonts w:ascii="Courier New" w:hAnsi="Courier New"/>
          <w:color w:val="555555"/>
          <w:sz w:val="20"/>
        </w:rPr>
        <w:t>[20]</w:t>
      </w:r>
    </w:p>
    <w:p>
      <w:r>
        <w:rPr>
          <w:rFonts w:ascii="Gentium Plus" w:hAnsi="Gentium Plus"/>
          <w:sz w:val="24"/>
        </w:rPr>
        <w:t>θύω θύνω, καὶ ἐν ὑπερβιβασμῷ τοῦ ν ἀχνύω. ἐκ δὲ τούτου παράγωγον ἄχνυμι, ὁ παθητικὸς ἄχνυμαι καὶ ἀχνύμενος. Ἀχνάσδημι. ἀχῶ ῥῆμα· παράγωγον ἀχάζω, ἀχάζημι, τροπῇ τοῦ ζ εἰς δ καὶ ς καὶ πλεο‐</w:t>
      </w:r>
    </w:p>
    <w:p>
      <w:r>
        <w:rPr>
          <w:rFonts w:ascii="Courier New" w:hAnsi="Courier New"/>
          <w:color w:val="555555"/>
          <w:sz w:val="20"/>
        </w:rPr>
        <w:t>[25]</w:t>
      </w:r>
    </w:p>
    <w:p>
      <w:r>
        <w:rPr>
          <w:rFonts w:ascii="Gentium Plus" w:hAnsi="Gentium Plus"/>
          <w:sz w:val="24"/>
        </w:rPr>
        <w:t>νασμῷ τοῦ ν ἀχνάσδημι. Ἀχαίνειν. παίζειν. τοῦ Ψελλοῦ· αὔθαιμοι οἱ</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Ἀχαρίστως. ἄνευ χάριτος. καὶ ἀχαρίστως τὸ αὐτό. Ἀχί. ἀντὶ τοῦ ῥαδίως.</w:t>
      </w:r>
    </w:p>
    <w:p>
      <w:r>
        <w:rPr>
          <w:rFonts w:ascii="Courier New" w:hAnsi="Courier New"/>
          <w:color w:val="555555"/>
          <w:sz w:val="20"/>
        </w:rPr>
        <w:t>[5]</w:t>
      </w:r>
    </w:p>
    <w:p>
      <w:r>
        <w:rPr>
          <w:rFonts w:ascii="Gentium Plus" w:hAnsi="Gentium Plus"/>
          <w:sz w:val="24"/>
        </w:rPr>
        <w:t>Ἄχρις. ἀντὶ τοῦ μέχρις, ἕως, κατὰ ἀποβολὴν τοῦ μ καὶ μετάθεσιν τοῦ ε εἰς α. καὶ ἄχρις ἀντὶ τοῦ καθόλου καὶ διόλου. Ὅμηρος· ἀμφοτέρω δὲ τένοντε καὶ ὀστέα λᾶας ἀναιδὴς ἄχρις ἀπηλοίησεν—.</w:t>
      </w:r>
    </w:p>
    <w:p>
      <w:pPr>
        <w:jc w:val="center"/>
      </w:pPr>
      <w:r>
        <w:rPr>
          <w:rFonts w:ascii="Gentium Plus" w:hAnsi="Gentium Plus"/>
          <w:b/>
          <w:sz w:val="24"/>
        </w:rPr>
        <w:t>Τὸ Α μετὰ τοῦ Ψ.</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Ἀψάλακτος. ἀπαθὴς, ἀτιμώρητος. ψάλακτον γὰρ τὸ ἄθικτον. Ἀψήκτῳ κοθόρνῳ. σκληρῷ, ἀμαλάκτῳ.</w:t>
      </w:r>
    </w:p>
    <w:p>
      <w:r>
        <w:rPr>
          <w:rFonts w:ascii="Courier New" w:hAnsi="Courier New"/>
          <w:color w:val="555555"/>
          <w:sz w:val="20"/>
        </w:rPr>
        <w:t>[15]</w:t>
      </w:r>
    </w:p>
    <w:p>
      <w:r>
        <w:rPr>
          <w:rFonts w:ascii="Gentium Plus" w:hAnsi="Gentium Plus"/>
          <w:sz w:val="24"/>
        </w:rPr>
        <w:t>Ἄψητος. ἀνυπότακτος. Ἁψίκορος. ὁ ταχέως εὐμετάβλητος, ἢ ὁ συν‐ τόμως κορεννύμενος. Ἄψυρτος. κύριον. καὶ Ἄψυρτοι, ἔθνος Σκυθι‐ κόν.</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Ἀψεύδεια. ἡ ἀλήθεια. Ἁψίς. ἡ καμάρα, ὁ δεσμὸς καὶ τὸ τοῦ τροχοῦ ἐπικαμπὲς ξύλον. παρὰ τὸ ἅπτω, ἅψω, ἁψὶς, ἡ ἁπτομένη τῆς γῆς.</w:t>
      </w:r>
    </w:p>
    <w:p>
      <w:r>
        <w:rPr>
          <w:rFonts w:ascii="Courier New" w:hAnsi="Courier New"/>
          <w:color w:val="555555"/>
          <w:sz w:val="20"/>
        </w:rPr>
        <w:t>[25]</w:t>
      </w:r>
    </w:p>
    <w:p>
      <w:r>
        <w:rPr>
          <w:rFonts w:ascii="Gentium Plus" w:hAnsi="Gentium Plus"/>
          <w:sz w:val="24"/>
        </w:rPr>
        <w:t>Ἀψιμαχία. σύναψις ἢ ἀρχὴ μάχης. Ἀψιμισία. πρὸς ὀλίγον διαφορά.</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Ἄψαυστον. τὸ ἀπροσπέλαστον. ψαύω γὰρ τὸ προσεγγίζω. Ἄψαιρον. τὸ μὴ ψαῖρον. ἄψερον δὲ τὸ ὑστε‐</w:t>
      </w:r>
    </w:p>
    <w:p>
      <w:r>
        <w:rPr>
          <w:rFonts w:ascii="Courier New" w:hAnsi="Courier New"/>
          <w:color w:val="555555"/>
          <w:sz w:val="20"/>
        </w:rPr>
        <w:t>[5]</w:t>
      </w:r>
    </w:p>
    <w:p>
      <w:r>
        <w:rPr>
          <w:rFonts w:ascii="Gentium Plus" w:hAnsi="Gentium Plus"/>
          <w:sz w:val="24"/>
        </w:rPr>
        <w:t>ροῦν, ψιλόν. Ἀψεῖον. τόπος. Ἄψεα. κυρίως αἱ συναφαὶ τῶν μελῶν, καταχρη‐ στικῶς δὲ καὶ τὰ μέλη. παρὰ τὸ ἅπτω, ἅψω, ἅψον καὶ ἅψεα, ἀπὸ τοῦ ἐφάπτεσθαι ἀλλήλοις.</w:t>
      </w:r>
    </w:p>
    <w:p>
      <w:r>
        <w:rPr>
          <w:rFonts w:ascii="Courier New" w:hAnsi="Courier New"/>
          <w:color w:val="555555"/>
          <w:sz w:val="20"/>
        </w:rPr>
        <w:t>[10]</w:t>
      </w:r>
    </w:p>
    <w:p>
      <w:r>
        <w:rPr>
          <w:rFonts w:ascii="Gentium Plus" w:hAnsi="Gentium Plus"/>
          <w:sz w:val="24"/>
        </w:rPr>
        <w:t>Ἀψήφιστον. τὸ μὴ ἰσῶσαι ἑαυτὸν τινὶ καὶ τὸ μὴ εἰπεῖν περὶ καλοῦ ἔργου· ὅτι κἀγὼ τοῦτο ἐποίησα. ὁ κατέχων τὸ ἀψήφιστον ἐν πᾶσι τοῦ ἐπιτελεῖν πᾶσαν τὴν γραφήν. Ἀψίνθιον. εἶδος βοτάνης. τινὲς δὲ τῶν κωμικῶν</w:t>
      </w:r>
    </w:p>
    <w:p>
      <w:r>
        <w:rPr>
          <w:rFonts w:ascii="Courier New" w:hAnsi="Courier New"/>
          <w:color w:val="555555"/>
          <w:sz w:val="20"/>
        </w:rPr>
        <w:t>[15]</w:t>
      </w:r>
    </w:p>
    <w:p>
      <w:r>
        <w:rPr>
          <w:rFonts w:ascii="Gentium Plus" w:hAnsi="Gentium Plus"/>
          <w:sz w:val="24"/>
        </w:rPr>
        <w:t>λέγουσιν αὐτὸ ἀσπίνθιον. ὃ οὐκ ἄν τις πίῃ. ἢ ἅπτω, ἅψω, οὗ οὐδεὶς ἅπτεται.</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Ἅψαι. τὸ προσεγγίσαι. Ἀψακεῖν. ἀποτυχεῖν.</w:t>
      </w:r>
    </w:p>
    <w:p>
      <w:r>
        <w:rPr>
          <w:rFonts w:ascii="Courier New" w:hAnsi="Courier New"/>
          <w:color w:val="555555"/>
          <w:sz w:val="20"/>
        </w:rPr>
        <w:t>[20]</w:t>
      </w:r>
    </w:p>
    <w:p>
      <w:r>
        <w:rPr>
          <w:rFonts w:ascii="Gentium Plus" w:hAnsi="Gentium Plus"/>
          <w:sz w:val="24"/>
        </w:rPr>
        <w:t>Ἀψαυστεῖν. ἀνεπάφως ἔχειν. Ἁψαμένη. ἐξαρτήσασα, ἢ καὶ ἁπτομένη.</w:t>
      </w:r>
    </w:p>
    <w:p>
      <w:pPr>
        <w:jc w:val="center"/>
      </w:pPr>
      <w:r>
        <w:rPr>
          <w:rFonts w:ascii="Gentium Plus" w:hAnsi="Gentium Plus"/>
          <w:b/>
          <w:sz w:val="24"/>
        </w:rPr>
        <w:t>(Ἐπίῤῥημα.)</w:t>
      </w:r>
    </w:p>
    <w:p>
      <w:r>
        <w:rPr>
          <w:rFonts w:ascii="Courier New" w:hAnsi="Courier New"/>
          <w:color w:val="555555"/>
          <w:sz w:val="20"/>
        </w:rPr>
        <w:t>[23]</w:t>
      </w:r>
    </w:p>
    <w:p>
      <w:r>
        <w:rPr>
          <w:rFonts w:ascii="Gentium Plus" w:hAnsi="Gentium Plus"/>
          <w:sz w:val="24"/>
        </w:rPr>
        <w:t>Ἀψαύστως. ἀνεπάφως. Ἀψεγέως. ἀμέμπτως.</w:t>
      </w:r>
    </w:p>
    <w:p>
      <w:r>
        <w:rPr>
          <w:rFonts w:ascii="Courier New" w:hAnsi="Courier New"/>
          <w:color w:val="555555"/>
          <w:sz w:val="20"/>
        </w:rPr>
        <w:t>[25]</w:t>
      </w:r>
    </w:p>
    <w:p>
      <w:r>
        <w:rPr>
          <w:rFonts w:ascii="Gentium Plus" w:hAnsi="Gentium Plus"/>
          <w:sz w:val="24"/>
        </w:rPr>
        <w:t>Ἀψοφητί. ἠρέμα· ἡσύχως. Ἄψοῤῥον. ὀπισθορμήτως. ὅ ἐστιν ἐπίῤῥημα με‐ σότητος, παρὰ τὸ ἂψ καὶ τὸ ὀρῶ τὸ ὁρμῶ,</w:t>
      </w:r>
    </w:p>
    <w:p>
      <w:r>
        <w:rPr>
          <w:rFonts w:ascii="Courier New" w:hAnsi="Courier New"/>
          <w:color w:val="555555"/>
          <w:sz w:val="20"/>
        </w:rPr>
        <w:t>[alpha 367]</w:t>
      </w:r>
    </w:p>
    <w:p>
      <w:r>
        <w:rPr>
          <w:rFonts w:ascii="Gentium Plus" w:hAnsi="Gentium Plus"/>
          <w:sz w:val="24"/>
        </w:rPr>
        <w:t>Ἄψ. εἰς τοὐπίσω. ἀπὸ τοῦ α, τοῦ σημαίνοντος τὸ ὀπίσω, ἂψ κατὰ πλεονασμὸν τοῦ ψ. Ἰάσων δὲ λέγει, εἶναι αὐτὸ ἄοψ, τὸ μὴ ὀπτόν· τὰ γὰρ ὀπίσω οὐ θεωρητά. ἄοψ οὖν καὶ ἄψ.</w:t>
      </w:r>
    </w:p>
    <w:p>
      <w:pPr>
        <w:jc w:val="center"/>
      </w:pPr>
      <w:r>
        <w:rPr>
          <w:rFonts w:ascii="Gentium Plus" w:hAnsi="Gentium Plus"/>
          <w:b/>
          <w:sz w:val="24"/>
        </w:rPr>
        <w:t>Τὸ Α μετὰ τοῦ Ω.</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Ἀῶος. ποταμὸς ἐν Κύπρῳ. Ἄωρος. ὁ παρὰ καιρὸν ἁρπασθεὶς, ἢ ὁ ἄφροντις· ὤρα γὰρ ἡ φροντίς.</w:t>
      </w:r>
    </w:p>
    <w:p>
      <w:r>
        <w:rPr>
          <w:rFonts w:ascii="Courier New" w:hAnsi="Courier New"/>
          <w:color w:val="555555"/>
          <w:sz w:val="20"/>
        </w:rPr>
        <w:t>[10]</w:t>
      </w:r>
    </w:p>
    <w:p>
      <w:r>
        <w:rPr>
          <w:rFonts w:ascii="Gentium Plus" w:hAnsi="Gentium Plus"/>
          <w:sz w:val="24"/>
        </w:rPr>
        <w:t>Ἀωρόλειος. ὁ φαλακρὸς, ὁ παρὰ τὴν ὥραν καὶ τὴν ἡλικίαν λειαινόμενος. τὸ αὐτὸ καὶ ὠμογέ‐ ρων, ὁ παρ’ ἡλικίαν γηράσας.</w:t>
      </w:r>
    </w:p>
    <w:p>
      <w:pPr>
        <w:jc w:val="center"/>
      </w:pPr>
      <w:r>
        <w:rPr>
          <w:rFonts w:ascii="Gentium Plus" w:hAnsi="Gentium Plus"/>
          <w:b/>
          <w:sz w:val="24"/>
        </w:rPr>
        <w:t>(Θηλυκόν.)</w:t>
      </w:r>
    </w:p>
    <w:p>
      <w:r>
        <w:rPr>
          <w:rFonts w:ascii="Courier New" w:hAnsi="Courier New"/>
          <w:color w:val="555555"/>
          <w:sz w:val="20"/>
        </w:rPr>
        <w:t>[14]</w:t>
      </w:r>
    </w:p>
    <w:p>
      <w:r>
        <w:rPr>
          <w:rFonts w:ascii="Gentium Plus" w:hAnsi="Gentium Plus"/>
          <w:sz w:val="24"/>
        </w:rPr>
        <w:t>Ἀωρία. σκοτία, μεσονύκτιον.</w:t>
      </w:r>
    </w:p>
    <w:p>
      <w:r>
        <w:rPr>
          <w:rFonts w:ascii="Courier New" w:hAnsi="Courier New"/>
          <w:color w:val="555555"/>
          <w:sz w:val="20"/>
        </w:rPr>
        <w:t>[15]</w:t>
      </w:r>
    </w:p>
    <w:p>
      <w:r>
        <w:rPr>
          <w:rFonts w:ascii="Gentium Plus" w:hAnsi="Gentium Plus"/>
          <w:sz w:val="24"/>
        </w:rPr>
        <w:t>Ἀώρησις. ἡ κρέμασις. Ἄωρες. αἱ γυναῖκες. παρὰ τὸ ὁμοῦ ἀρηρέναι</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Ἄωρον. ἄμορφον, ἀπρεπὲς, ἀχαρίτωτον, ἀνοί‐ κειον, ἀσύμφορον. Ἄωρα. τὰ παρὰ καιρόν.</w:t>
      </w:r>
    </w:p>
    <w:p>
      <w:r>
        <w:rPr>
          <w:rFonts w:ascii="Courier New" w:hAnsi="Courier New"/>
          <w:color w:val="555555"/>
          <w:sz w:val="20"/>
        </w:rPr>
        <w:t>[5]</w:t>
      </w:r>
    </w:p>
    <w:p>
      <w:r>
        <w:rPr>
          <w:rFonts w:ascii="Gentium Plus" w:hAnsi="Gentium Plus"/>
          <w:sz w:val="24"/>
        </w:rPr>
        <w:t>Ἀωρότερον. ὁμοίως. Ἄωτον. μὴ ἔχων ὠτία. καὶ ἄωτον τὸ λεπτὸν ἄνθος, ἢ ἱμάτιον λινοῦν. καὶ ἄωτον τὸ δέρμα. κεκαλυμμένος οἰὸς ἀώτῳ.</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Ἄωρτο. ἐκρέματο. Ἀωρῶ. τὸ ἀλογῶ καὶ οὐ φροντίζω. Ἀωτεύειν. ὑφαίνειν. Ἀωτῶ. ἀπανθίζω. Ἀωτεῖς. ἀντὶ τοῦ ἀπανθίζεις τὸν ὕπνον. καὶ</w:t>
      </w:r>
    </w:p>
    <w:p>
      <w:r>
        <w:rPr>
          <w:rFonts w:ascii="Courier New" w:hAnsi="Courier New"/>
          <w:color w:val="555555"/>
          <w:sz w:val="20"/>
        </w:rPr>
        <w:t>[15]</w:t>
      </w:r>
    </w:p>
    <w:p>
      <w:r>
        <w:rPr>
          <w:rFonts w:ascii="Gentium Plus" w:hAnsi="Gentium Plus"/>
          <w:sz w:val="24"/>
        </w:rPr>
        <w:t>[Ὅμηρος·] τί πάννυχον ὕπνον ἀωτεῖς. Ἀωτήσειεν. ὑπνώσειεν. Ἄω. τὸ πνέω.</w:t>
      </w:r>
    </w:p>
    <w:p>
      <w:pPr>
        <w:jc w:val="center"/>
      </w:pPr>
      <w:r>
        <w:rPr>
          <w:rFonts w:ascii="Gentium Plus" w:hAnsi="Gentium Plus"/>
          <w:b/>
          <w:sz w:val="24"/>
        </w:rPr>
        <w:t>(Ἐπίῤῥημα.)</w:t>
      </w:r>
    </w:p>
    <w:p>
      <w:r>
        <w:rPr>
          <w:rFonts w:ascii="Courier New" w:hAnsi="Courier New"/>
          <w:color w:val="555555"/>
          <w:sz w:val="20"/>
        </w:rPr>
        <w:t>[20]</w:t>
      </w:r>
    </w:p>
    <w:p>
      <w:r>
        <w:rPr>
          <w:rFonts w:ascii="Gentium Plus" w:hAnsi="Gentium Plus"/>
          <w:sz w:val="24"/>
        </w:rPr>
        <w:t>Ἀωρί. τὸ παρὰ καιρὸν, ἢ ἀντὶ τοῦ ἀκαίρως,</w:t>
      </w:r>
    </w:p>
    <w:p>
      <w:pPr>
        <w:jc w:val="center"/>
      </w:pPr>
      <w:r>
        <w:rPr>
          <w:rFonts w:ascii="Gentium Plus" w:hAnsi="Gentium Plus"/>
          <w:b/>
          <w:sz w:val="24"/>
        </w:rPr>
        <w:t>Β.</w:t>
      </w:r>
    </w:p>
    <w:p>
      <w:pPr>
        <w:jc w:val="center"/>
      </w:pPr>
      <w:r>
        <w:rPr>
          <w:rFonts w:ascii="Gentium Plus" w:hAnsi="Gentium Plus"/>
          <w:b/>
          <w:sz w:val="24"/>
        </w:rPr>
        <w:t>Τὸ Β μετὰ τοῦ Α.</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Βαβύλας. ἢ πηλὸς, ἢ βάθρον, ἢ βῆμα, καὶ ὄνομα κύριον. Βάβαξ. ὁ λάλος, ὁ φλύαρος. παρὰ τὸ βάζω βὰξ</w:t>
      </w:r>
    </w:p>
    <w:p>
      <w:r>
        <w:rPr>
          <w:rFonts w:ascii="Courier New" w:hAnsi="Courier New"/>
          <w:color w:val="555555"/>
          <w:sz w:val="20"/>
        </w:rPr>
        <w:t>[beta 368 (22)]</w:t>
      </w:r>
    </w:p>
    <w:p>
      <w:r>
        <w:rPr>
          <w:rFonts w:ascii="Gentium Plus" w:hAnsi="Gentium Plus"/>
          <w:sz w:val="24"/>
        </w:rPr>
        <w:t>Βαβάκτης. ὁ ὀρχηστής· λάλος· μανιώδης βακ‐ χευτής. παρὰ τὸ βάζω, τὸ λαλῶ, βάξω, βέ‐ βακται, βαβάκτης, ὁ πολλὰ λαλῶν.</w:t>
      </w:r>
    </w:p>
    <w:p>
      <w:r>
        <w:rPr>
          <w:rFonts w:ascii="Courier New" w:hAnsi="Courier New"/>
          <w:color w:val="555555"/>
          <w:sz w:val="20"/>
        </w:rPr>
        <w:t>[25]</w:t>
      </w:r>
    </w:p>
    <w:p>
      <w:r>
        <w:rPr>
          <w:rFonts w:ascii="Gentium Plus" w:hAnsi="Gentium Plus"/>
          <w:sz w:val="24"/>
        </w:rPr>
        <w:t>Βάαλ. Τυρίων ἦν θεός. Βάαξ. μαλακός. Βάδος. ἡ βάδισις. Ἀριστοφάνης·</w:t>
      </w:r>
    </w:p>
    <w:p>
      <w:r>
        <w:rPr>
          <w:rFonts w:ascii="Courier New" w:hAnsi="Courier New"/>
          <w:color w:val="555555"/>
          <w:sz w:val="20"/>
        </w:rPr>
        <w:t>[beta 369]</w:t>
      </w:r>
    </w:p>
    <w:p>
      <w:r>
        <w:rPr>
          <w:rFonts w:ascii="Gentium Plus" w:hAnsi="Gentium Plus"/>
          <w:sz w:val="24"/>
        </w:rPr>
        <w:t>Βαδιστικοῦ. ὀξύποδος. Βαθύπλουτος. ὁ πολὺν πλοῦτον ἔχων. Βαιθήλ. θεῖος ναὸς ἢ τόπος. Βαθυῤῥείτης. ὁ βαθέα ῥεύματα ἔχων.</w:t>
      </w:r>
    </w:p>
    <w:p>
      <w:r>
        <w:rPr>
          <w:rFonts w:ascii="Courier New" w:hAnsi="Courier New"/>
          <w:color w:val="555555"/>
          <w:sz w:val="20"/>
        </w:rPr>
        <w:t>[5]</w:t>
      </w:r>
    </w:p>
    <w:p>
      <w:r>
        <w:rPr>
          <w:rFonts w:ascii="Gentium Plus" w:hAnsi="Gentium Plus"/>
          <w:sz w:val="24"/>
        </w:rPr>
        <w:t>[Βαθυδίνας. ῥοὰς βαθυτάτας ἔχων.] Βαθύγλωσσοι. εὔγλωττοι, ἐλλόγιμοι. Βακκαῖοι. ἔθνος Ἰβηρικόν. Βάκις. ἐπίθετον Πεισιστράτου, ὃς ἦν χρησμο‐ λόγος.</w:t>
      </w:r>
    </w:p>
    <w:p>
      <w:r>
        <w:rPr>
          <w:rFonts w:ascii="Courier New" w:hAnsi="Courier New"/>
          <w:color w:val="555555"/>
          <w:sz w:val="20"/>
        </w:rPr>
        <w:t>[10]</w:t>
      </w:r>
    </w:p>
    <w:p>
      <w:r>
        <w:rPr>
          <w:rFonts w:ascii="Gentium Plus" w:hAnsi="Gentium Plus"/>
          <w:sz w:val="24"/>
        </w:rPr>
        <w:t>Βακχυλίδης. κύριον· ὃς ἦν Κεῖος ἀπὸ Κέω τῆς νήσου. Βάκχυρις. ἐπὶ τῶν δικαιοτάτων· τοιοῦτος γὰρ ἦν οὗτος βασιλεὺς Αἰγύπτου. Βακάντιμος. ὁ μὴ παραμένων τῷ πράγματι αὐ‐</w:t>
      </w:r>
    </w:p>
    <w:p>
      <w:r>
        <w:rPr>
          <w:rFonts w:ascii="Courier New" w:hAnsi="Courier New"/>
          <w:color w:val="555555"/>
          <w:sz w:val="20"/>
        </w:rPr>
        <w:t>[15]</w:t>
      </w:r>
    </w:p>
    <w:p>
      <w:r>
        <w:rPr>
          <w:rFonts w:ascii="Gentium Plus" w:hAnsi="Gentium Plus"/>
          <w:sz w:val="24"/>
        </w:rPr>
        <w:t>τοῦ, ἀλλὰ σχολάζων. Βάκηλος. μέγας, ἀνόητος, γυναικώδης, ἢ ὁ τετμημένος τὸ αἰδοῖον. [οἱονεὶ βιάκηλος τὶς ὤν. ἔνθεν καὶ κήλων, ὁ συνουσιαστικὸς, καὶ τὸ αἰδοῖον.]</w:t>
      </w:r>
    </w:p>
    <w:p>
      <w:r>
        <w:rPr>
          <w:rFonts w:ascii="Courier New" w:hAnsi="Courier New"/>
          <w:color w:val="555555"/>
          <w:sz w:val="20"/>
        </w:rPr>
        <w:t>[20]</w:t>
      </w:r>
    </w:p>
    <w:p>
      <w:r>
        <w:rPr>
          <w:rFonts w:ascii="Gentium Plus" w:hAnsi="Gentium Plus"/>
          <w:sz w:val="24"/>
        </w:rPr>
        <w:t>Βάκινος ἢ βαβάκινος. εἶδος χύτρας. Βαλαντιοτόμος. ὁ κλέπτης, ὁ τὰ βαλάντια τέμνων. Βαλανείτης. ὁ περιχύτης. Βάλανος. τὸ αἰδοῖον καὶ τὸ ψέλιον.</w:t>
      </w:r>
    </w:p>
    <w:p>
      <w:r>
        <w:rPr>
          <w:rFonts w:ascii="Courier New" w:hAnsi="Courier New"/>
          <w:color w:val="555555"/>
          <w:sz w:val="20"/>
        </w:rPr>
        <w:t>[25]</w:t>
      </w:r>
    </w:p>
    <w:p>
      <w:r>
        <w:rPr>
          <w:rFonts w:ascii="Gentium Plus" w:hAnsi="Gentium Plus"/>
          <w:sz w:val="24"/>
        </w:rPr>
        <w:t>Βάναυσος. πᾶς ὁ διὰ πυρὸς ἐργαζόμενος τεχ‐ νίτης. βαῦνος γὰρ ἡ κάμινος. παρὰ τὸ τὰς βαύνους αὔειν, ὅ ἐστι καίειν.</w:t>
      </w:r>
    </w:p>
    <w:p>
      <w:r>
        <w:rPr>
          <w:rFonts w:ascii="Courier New" w:hAnsi="Courier New"/>
          <w:color w:val="555555"/>
          <w:sz w:val="20"/>
        </w:rPr>
        <w:t>[beta 370]</w:t>
      </w:r>
    </w:p>
    <w:p>
      <w:r>
        <w:rPr>
          <w:rFonts w:ascii="Gentium Plus" w:hAnsi="Gentium Plus"/>
          <w:sz w:val="24"/>
        </w:rPr>
        <w:t>Βαρύμηνις. μνησίκακος. Βαρυσυμφορώτατος. δυστυχής. Βάρβιτος. ἡ κιθάρα, οἱονεὶ βαρύμιτος τὶς ὢν, ὁ βαρεῖαν τὴν φωνὴν καὶ τὸν φθόγγον ἀφιείς·</w:t>
      </w:r>
    </w:p>
    <w:p>
      <w:r>
        <w:rPr>
          <w:rFonts w:ascii="Courier New" w:hAnsi="Courier New"/>
          <w:color w:val="555555"/>
          <w:sz w:val="20"/>
        </w:rPr>
        <w:t>[5]</w:t>
      </w:r>
    </w:p>
    <w:p>
      <w:r>
        <w:rPr>
          <w:rFonts w:ascii="Gentium Plus" w:hAnsi="Gentium Plus"/>
          <w:sz w:val="24"/>
        </w:rPr>
        <w:t>μίτους γὰρ τὰς νευρὰς ἔλεγον, ἐπειδὴ πρὸ τῆς χρήσεως τῆς νευρᾶς λινοῖς στήμοσιν ἐκέχρηντο. Βαρδίνης. ποταμός. παρὰ τὸ βαρείας καὶ ἐπα‐ χθεῖς δίνας ἔχων, βαρυδίνης τὶς ὤν. Βαργαθωμός. υἱὸς λύπης, ἑβραϊστί.</w:t>
      </w:r>
    </w:p>
    <w:p>
      <w:r>
        <w:rPr>
          <w:rFonts w:ascii="Courier New" w:hAnsi="Courier New"/>
          <w:color w:val="555555"/>
          <w:sz w:val="20"/>
        </w:rPr>
        <w:t>[10]</w:t>
      </w:r>
    </w:p>
    <w:p>
      <w:r>
        <w:rPr>
          <w:rFonts w:ascii="Gentium Plus" w:hAnsi="Gentium Plus"/>
          <w:sz w:val="24"/>
        </w:rPr>
        <w:t>*Βάρ. ὁ υἱός· ὡς τὸ βὰρ Ἰωνᾶ.* Βαρδίσαγνος. ὁ τὰς γυναῖκας βιαζόμενος. Βάρδιστοι. οἱ βραδύτατοι. Βαρβαρισμός. παράτονος διάλεξις, ἢ λέξις ἤτοι περὶ τὰ στοιχεῖα ἢ τὰς προσῳδίας ἡμαρτημένη.</w:t>
      </w:r>
    </w:p>
    <w:p>
      <w:r>
        <w:rPr>
          <w:rFonts w:ascii="Courier New" w:hAnsi="Courier New"/>
          <w:color w:val="555555"/>
          <w:sz w:val="20"/>
        </w:rPr>
        <w:t>[15]</w:t>
      </w:r>
    </w:p>
    <w:p>
      <w:r>
        <w:rPr>
          <w:rFonts w:ascii="Gentium Plus" w:hAnsi="Gentium Plus"/>
          <w:sz w:val="24"/>
        </w:rPr>
        <w:t>ἢ τὸ περὶ μίαν λέξιν ἁμαρτάνειν. Βάρβαρος. ὀνοματοπεποίηται ἡ λέξις, κατὰ μίμησιν τῆς γινομένης αὐτῷ βραχύτητος ἐν τῇ φωνῇ, ἀφ’ οὗ καὶ βρόχος λέγεται, δι’ οὗ ἀναφέρεται ἡ φωνὴ, καὶ αὐτὸ τὸ βραγχιᾷν</w:t>
      </w:r>
    </w:p>
    <w:p>
      <w:r>
        <w:rPr>
          <w:rFonts w:ascii="Courier New" w:hAnsi="Courier New"/>
          <w:color w:val="555555"/>
          <w:sz w:val="20"/>
        </w:rPr>
        <w:t>[20]</w:t>
      </w:r>
    </w:p>
    <w:p>
      <w:r>
        <w:rPr>
          <w:rFonts w:ascii="Gentium Plus" w:hAnsi="Gentium Plus"/>
          <w:sz w:val="24"/>
        </w:rPr>
        <w:t>καὶ τὸ σαπρᾷ τῇ φωνῇ καὶ τραχείᾳ χρῆσθαι. Βάσκανον. τὸν βλαβερὸν καὶ λυπηρὸν λέγουσι. Βασιλεύς. αὐτεξούσιος δυνάστης. παρὰ τὸ βαί‐ νειν ἵλεως. ἢ παρὰ τὸ πεπᾶσθαι λαοὺς, ὅ ἐστι κεκτῆσθαι· πάσασθαι γὰρ τὸ κτήσασθαι καὶ</w:t>
      </w:r>
    </w:p>
    <w:p>
      <w:r>
        <w:rPr>
          <w:rFonts w:ascii="Courier New" w:hAnsi="Courier New"/>
          <w:color w:val="555555"/>
          <w:sz w:val="20"/>
        </w:rPr>
        <w:t>[25]</w:t>
      </w:r>
    </w:p>
    <w:p>
      <w:r>
        <w:rPr>
          <w:rFonts w:ascii="Gentium Plus" w:hAnsi="Gentium Plus"/>
          <w:sz w:val="24"/>
        </w:rPr>
        <w:t>πάμματα τὰ κτήματα. ἢ παρὰ τὸ βάσιν καὶ τὸ λεύσιν· ὁ ἐν τῷ περιϊέναι περιβλεπόμενος. Βασιλεύτωρ. παρὰ τὸ βασιλεύειν βασιλεύτωρ. Ἀντίμαχος·</w:t>
      </w:r>
    </w:p>
    <w:p>
      <w:r>
        <w:rPr>
          <w:rFonts w:ascii="Courier New" w:hAnsi="Courier New"/>
          <w:color w:val="555555"/>
          <w:sz w:val="20"/>
        </w:rPr>
        <w:t>[beta 371]</w:t>
      </w:r>
    </w:p>
    <w:p>
      <w:r>
        <w:rPr>
          <w:rFonts w:ascii="Gentium Plus" w:hAnsi="Gentium Plus"/>
          <w:sz w:val="24"/>
        </w:rPr>
        <w:t>Βατταρισμός. φλυαρία. *βατταρισμὸς ἐστὶ καὶ ἡ τῶν παίδων ἄναρθρος φωνή.* Βάτραχος. παρὰ τὸ τὴν βοὴν τραχεῖαν ἔχειν, βοάτραχος τὶς ὤν.</w:t>
      </w:r>
    </w:p>
    <w:p>
      <w:r>
        <w:rPr>
          <w:rFonts w:ascii="Courier New" w:hAnsi="Courier New"/>
          <w:color w:val="555555"/>
          <w:sz w:val="20"/>
        </w:rPr>
        <w:t>[5]</w:t>
      </w:r>
    </w:p>
    <w:p>
      <w:r>
        <w:rPr>
          <w:rFonts w:ascii="Gentium Plus" w:hAnsi="Gentium Plus"/>
          <w:sz w:val="24"/>
        </w:rPr>
        <w:t>Βάτος. κατ’ ἀντίφρασιν ὁ μὴ ὢν βατός. καὶ ἔστιν ἐν τόνῳ παρώνυμον, ὡς παρὰ τὸ κυρτὸς κύρτος, ξανθὸς ξάνθος, λευκὸς λεῦκος, οὕτως βατὸς βάτος. Βαιταῤῥηνοί. ἀπὸ Βαιτάῤῥους, κώμης Παλαι‐</w:t>
      </w:r>
    </w:p>
    <w:p>
      <w:r>
        <w:rPr>
          <w:rFonts w:ascii="Courier New" w:hAnsi="Courier New"/>
          <w:color w:val="555555"/>
          <w:sz w:val="20"/>
        </w:rPr>
        <w:t>[10]</w:t>
      </w:r>
    </w:p>
    <w:p>
      <w:r>
        <w:rPr>
          <w:rFonts w:ascii="Gentium Plus" w:hAnsi="Gentium Plus"/>
          <w:sz w:val="24"/>
        </w:rPr>
        <w:t>στίνης. Βαίτυλος. λίθος γενόμενος κατὰ τὸν Λίβανον, τὸ ὄρος τῆς Ἡλιουπόλεως. Βατήρ. ἡ ἀρχὴ τῶν τοῦ πεντάθλου σκαμμάτων. αὐτὸν κέκρουκας τὸν βατῆρα τοῦ λόγου.</w:t>
      </w:r>
    </w:p>
    <w:p>
      <w:r>
        <w:rPr>
          <w:rFonts w:ascii="Courier New" w:hAnsi="Courier New"/>
          <w:color w:val="555555"/>
          <w:sz w:val="20"/>
        </w:rPr>
        <w:t>[15]</w:t>
      </w:r>
    </w:p>
    <w:p>
      <w:r>
        <w:rPr>
          <w:rFonts w:ascii="Gentium Plus" w:hAnsi="Gentium Plus"/>
          <w:sz w:val="24"/>
        </w:rPr>
        <w:t>οἷον τὸ ἐπικαιρότατον, καὶ τὸ πρῶτον. οὐ παρὰ τὸ βαίνω ἐγένετο [γὰρ] βαντὴρ, ἀλλὰ [παρὰ τὸ βίβημι βατήρ.] Βαιὼν ἢ βαίων. ἰχθὺς, ὁ καὶ βλῖνος, παραπλή‐ σιος κωβιῷ. Ἐπίχαρμος δὲ βαίονας λέγει. καὶ</w:t>
      </w:r>
    </w:p>
    <w:p>
      <w:r>
        <w:rPr>
          <w:rFonts w:ascii="Courier New" w:hAnsi="Courier New"/>
          <w:color w:val="555555"/>
          <w:sz w:val="20"/>
        </w:rPr>
        <w:t>[20]</w:t>
      </w:r>
    </w:p>
    <w:p>
      <w:r>
        <w:rPr>
          <w:rFonts w:ascii="Gentium Plus" w:hAnsi="Gentium Plus"/>
          <w:sz w:val="24"/>
        </w:rPr>
        <w:t>ἡ παροιμία, μή μοι βαιὼν κακὸς ἰχθὺς, ἐπὶ φι‐ ληδόνου εἴρηται. Βαλάνους Διός. τὰ κάρυα. τοῦ Ψελλοῦ· Διὸς βαλάνους λέγουσι τὰ κάρυα οἱ πλείους. Βαρύς. παρὰ τὸ βάρος. τὸ δὲ βάρος παρὰ τὸ βίᾳ</w:t>
      </w:r>
    </w:p>
    <w:p>
      <w:r>
        <w:rPr>
          <w:rFonts w:ascii="Courier New" w:hAnsi="Courier New"/>
          <w:color w:val="555555"/>
          <w:sz w:val="20"/>
        </w:rPr>
        <w:t>[25]</w:t>
      </w:r>
    </w:p>
    <w:p>
      <w:r>
        <w:rPr>
          <w:rFonts w:ascii="Gentium Plus" w:hAnsi="Gentium Plus"/>
          <w:sz w:val="24"/>
        </w:rPr>
        <w:t>αἴρεσθαι.</w:t>
      </w:r>
    </w:p>
    <w:p>
      <w:pPr>
        <w:jc w:val="center"/>
      </w:pPr>
      <w:r>
        <w:rPr>
          <w:rFonts w:ascii="Gentium Plus" w:hAnsi="Gentium Plus"/>
          <w:b/>
          <w:sz w:val="24"/>
        </w:rPr>
        <w:t>(Θηλυκόν.)</w:t>
      </w:r>
    </w:p>
    <w:p>
      <w:r>
        <w:rPr>
          <w:rFonts w:ascii="Courier New" w:hAnsi="Courier New"/>
          <w:color w:val="555555"/>
          <w:sz w:val="20"/>
        </w:rPr>
        <w:t>[27]</w:t>
      </w:r>
    </w:p>
    <w:p>
      <w:r>
        <w:rPr>
          <w:rFonts w:ascii="Gentium Plus" w:hAnsi="Gentium Plus"/>
          <w:sz w:val="24"/>
        </w:rPr>
        <w:t>Βαβυλών. σύγχυσις, καὶ πόλις οὕτω καλουμένη.</w:t>
      </w:r>
    </w:p>
    <w:p>
      <w:r>
        <w:rPr>
          <w:rFonts w:ascii="Courier New" w:hAnsi="Courier New"/>
          <w:color w:val="555555"/>
          <w:sz w:val="20"/>
        </w:rPr>
        <w:t>[beta 372]</w:t>
      </w:r>
    </w:p>
    <w:p>
      <w:r>
        <w:rPr>
          <w:rFonts w:ascii="Gentium Plus" w:hAnsi="Gentium Plus"/>
          <w:sz w:val="24"/>
        </w:rPr>
        <w:t>Βαβύλη. πόλις ἐν Ὀδρύσῃ τῆς Θρᾴκης. ὁ πολίτης Βαβυλίτης. [Βαγδαλονία. μοῖρα Καππαδοκίας νοτιωτάτη.] Βαθεῖα κόμη. ἤτοι δασεῖα. ἀπεκείρατο τὴν κό‐</w:t>
      </w:r>
    </w:p>
    <w:p>
      <w:r>
        <w:rPr>
          <w:rFonts w:ascii="Courier New" w:hAnsi="Courier New"/>
          <w:color w:val="555555"/>
          <w:sz w:val="20"/>
        </w:rPr>
        <w:t>[5]</w:t>
      </w:r>
    </w:p>
    <w:p>
      <w:r>
        <w:rPr>
          <w:rFonts w:ascii="Gentium Plus" w:hAnsi="Gentium Plus"/>
          <w:sz w:val="24"/>
        </w:rPr>
        <w:t>μην, ἦν δὲ πολλὴ καὶ ξανθὴ καὶ βαθεῖα. Βαθεῖαν αὔλακα. ὅπέρ ἐστι στίχος γῆς ὑπ’ ἀρότρου. Βαθυκαμπῆ. ἐπιπολὺ καμπτομένους. καὶ βαθυ‐ καμπῆ κλεῖδα συῶν.</w:t>
      </w:r>
    </w:p>
    <w:p>
      <w:r>
        <w:rPr>
          <w:rFonts w:ascii="Courier New" w:hAnsi="Courier New"/>
          <w:color w:val="555555"/>
          <w:sz w:val="20"/>
        </w:rPr>
        <w:t>[10]</w:t>
      </w:r>
    </w:p>
    <w:p>
      <w:r>
        <w:rPr>
          <w:rFonts w:ascii="Gentium Plus" w:hAnsi="Gentium Plus"/>
          <w:sz w:val="24"/>
        </w:rPr>
        <w:t>Βαθυπέπλων. μεγάλων, ἐκ τοῦ παρακολου‐ θοῦντος. καὶ γυναικῶν βαθυπέπλων. Βαδδίν. στολὴ ἱερά. ἔνδυμα ἐξαίρετον καὶ βύσσινον. Βαιθάλη. οἶκος θεοῦ. Βακτηρία. ἡ ῥάβδος. ἀπὸ τοῦ ἐρείδειν τὴν βάσιν</w:t>
      </w:r>
    </w:p>
    <w:p>
      <w:r>
        <w:rPr>
          <w:rFonts w:ascii="Courier New" w:hAnsi="Courier New"/>
          <w:color w:val="555555"/>
          <w:sz w:val="20"/>
        </w:rPr>
        <w:t>[15]</w:t>
      </w:r>
    </w:p>
    <w:p>
      <w:r>
        <w:rPr>
          <w:rFonts w:ascii="Gentium Plus" w:hAnsi="Gentium Plus"/>
          <w:sz w:val="24"/>
        </w:rPr>
        <w:t>ἐπ’ αὐτῆς, τουτέστι στήριγμα εἶναι τοῦ περιπα‐ τεῖν καὶ βαδίζειν εὐκόλως, ἢ παρὰ τὸ τὴν βάσιν τηρεῖν. βακτηρίᾳ τῇ θείᾳ γραφῇ ἡ μετὰ τὴν παίδευσιν γενομένη παράκλησις. Βάλλα. πόλις Γαλιλαίας. ὁ πολίτης Βαλλαῖος.</w:t>
      </w:r>
    </w:p>
    <w:p>
      <w:r>
        <w:rPr>
          <w:rFonts w:ascii="Courier New" w:hAnsi="Courier New"/>
          <w:color w:val="555555"/>
          <w:sz w:val="20"/>
        </w:rPr>
        <w:t>[20]</w:t>
      </w:r>
    </w:p>
    <w:p>
      <w:r>
        <w:rPr>
          <w:rFonts w:ascii="Gentium Plus" w:hAnsi="Gentium Plus"/>
          <w:sz w:val="24"/>
        </w:rPr>
        <w:t>Βαλανάγρα. ἡ κλείς. παρὰ τὸ ἀγρεύειν τὸν βάλανον. βάλανος δέ ἐστι τὸ εἰς τὸν μοχλὸν σιδήριον, ὃ καλοῦμεν μάγγανον. Βάλανος φοινίκων. οἶνον ἔπινον ἀπὸ τῆς βαλά‐ νου, τῆς ἀπὸ τοῦ φοίνικος.</w:t>
      </w:r>
    </w:p>
    <w:p>
      <w:r>
        <w:rPr>
          <w:rFonts w:ascii="Courier New" w:hAnsi="Courier New"/>
          <w:color w:val="555555"/>
          <w:sz w:val="20"/>
        </w:rPr>
        <w:t>[25]</w:t>
      </w:r>
    </w:p>
    <w:p>
      <w:r>
        <w:rPr>
          <w:rFonts w:ascii="Gentium Plus" w:hAnsi="Gentium Plus"/>
          <w:sz w:val="24"/>
        </w:rPr>
        <w:t>Βαλανίς. ἡ τοῦ βαλανέως γυνή. *καὶ βασιλὶς ἡ τοῦ βασιλέως γυνή.* Βαλία. ἔλαφος κατάστικτος.</w:t>
      </w:r>
    </w:p>
    <w:p>
      <w:r>
        <w:rPr>
          <w:rFonts w:ascii="Courier New" w:hAnsi="Courier New"/>
          <w:color w:val="555555"/>
          <w:sz w:val="20"/>
        </w:rPr>
        <w:t>[beta 373]</w:t>
      </w:r>
    </w:p>
    <w:p>
      <w:r>
        <w:rPr>
          <w:rFonts w:ascii="Gentium Plus" w:hAnsi="Gentium Plus"/>
          <w:sz w:val="24"/>
        </w:rPr>
        <w:t>Βαλιαρίδων. νήσων, ἐν αἷς κατοικοῦσι σφενδονεῖ‐ ται εὔστοχοι. Βαλβίδες. τὰ κάγκελα, ἡ ἀφετηρία καὶ ὁ καμ‐ πτός. ἤγουν ἡ ἄφεσις τῶν δρομέων. ἔστι δὲ</w:t>
      </w:r>
    </w:p>
    <w:p>
      <w:r>
        <w:rPr>
          <w:rFonts w:ascii="Courier New" w:hAnsi="Courier New"/>
          <w:color w:val="555555"/>
          <w:sz w:val="20"/>
        </w:rPr>
        <w:t>[5]</w:t>
      </w:r>
    </w:p>
    <w:p>
      <w:r>
        <w:rPr>
          <w:rFonts w:ascii="Gentium Plus" w:hAnsi="Gentium Plus"/>
          <w:sz w:val="24"/>
        </w:rPr>
        <w:t>δύο ξύλα, ἀφ’ ὧν σχοινία διατείνεται. ἀφ’ ὧν βαλβίδων ἐξέτρεχον οἱ ἀγωνιζόμενοι. παρὰ τὸ βῶ, τὸ βαίνω, γίνεται βηλὸς, οἷον· βηλῷ ἐπὶ λιθέῳ. καὶ ὡς παρὰ τὸ ψῆφος ψηφὶς, οὕτω καὶ παρὰ</w:t>
      </w:r>
    </w:p>
    <w:p>
      <w:r>
        <w:rPr>
          <w:rFonts w:ascii="Courier New" w:hAnsi="Courier New"/>
          <w:color w:val="555555"/>
          <w:sz w:val="20"/>
        </w:rPr>
        <w:t>[10]</w:t>
      </w:r>
    </w:p>
    <w:p>
      <w:r>
        <w:rPr>
          <w:rFonts w:ascii="Gentium Plus" w:hAnsi="Gentium Plus"/>
          <w:sz w:val="24"/>
        </w:rPr>
        <w:t>τὸ βῆλος βηλὶς, καὶ τροπῇ τοῦ η εἰς α καὶ πλεονασμῷ τοῦ β βαλβίς. Βάξις. ὁ λόγος, ἡ φήμη. [παρὰ τὸ βάζω, βάξω, βάξις.] Βάρεις. τὰ πλοῖα, οἱ πύργοι· αἱ στοαί· τὰ τείχη.</w:t>
      </w:r>
    </w:p>
    <w:p>
      <w:r>
        <w:rPr>
          <w:rFonts w:ascii="Courier New" w:hAnsi="Courier New"/>
          <w:color w:val="555555"/>
          <w:sz w:val="20"/>
        </w:rPr>
        <w:t>[15]</w:t>
      </w:r>
    </w:p>
    <w:p>
      <w:r>
        <w:rPr>
          <w:rFonts w:ascii="Gentium Plus" w:hAnsi="Gentium Plus"/>
          <w:sz w:val="24"/>
        </w:rPr>
        <w:t>Βαρέων ἐλεφαντίνων. τὰς πανταχοῦ τῆς γῆς ἐκκλησίας, μιᾷ δὲ τῇ πίστει, ἐν αἷς γεραίρεται ὁ θεός. Βαρυπρεπής. πολυτελής. καὶ τὸ μέσον τῆς ἡμέρας εὐωχία περιεκέχυτο βαρυπρεπής.</w:t>
      </w:r>
    </w:p>
    <w:p>
      <w:r>
        <w:rPr>
          <w:rFonts w:ascii="Courier New" w:hAnsi="Courier New"/>
          <w:color w:val="555555"/>
          <w:sz w:val="20"/>
        </w:rPr>
        <w:t>[20]</w:t>
      </w:r>
    </w:p>
    <w:p>
      <w:r>
        <w:rPr>
          <w:rFonts w:ascii="Gentium Plus" w:hAnsi="Gentium Plus"/>
          <w:sz w:val="24"/>
        </w:rPr>
        <w:t>Βαρακίναις. ἀκάνθαις, σκόλοψιν. Βαρεῖα. ποιότης συλλαβῆς ὑφειμένον ἔχουσα φθόγγον. εἴρηται δὲ ἐκ μεταφορᾶς τῶν τὰ φορ‐ τία βασταζόντων, καὶ εὐθείας τρίβους ἀνυόντων. Βασσαρίδες. αἱ πόρναι, ἢ αἱ Βάκχαι. παρὰ τὸ</w:t>
      </w:r>
    </w:p>
    <w:p>
      <w:r>
        <w:rPr>
          <w:rFonts w:ascii="Courier New" w:hAnsi="Courier New"/>
          <w:color w:val="555555"/>
          <w:sz w:val="20"/>
        </w:rPr>
        <w:t>[25]</w:t>
      </w:r>
    </w:p>
    <w:p>
      <w:r>
        <w:rPr>
          <w:rFonts w:ascii="Gentium Plus" w:hAnsi="Gentium Plus"/>
          <w:sz w:val="24"/>
        </w:rPr>
        <w:t>διάγειν ἐν βήσσαις. Βασσάν. αἰσχύνη ἢ πικρία, ἤτοι παραπικρα‐ σμὸς, ὅ ἐστι παροξυσμός. Βάσιμος. πορευτική.</w:t>
      </w:r>
    </w:p>
    <w:p>
      <w:r>
        <w:rPr>
          <w:rFonts w:ascii="Courier New" w:hAnsi="Courier New"/>
          <w:color w:val="555555"/>
          <w:sz w:val="20"/>
        </w:rPr>
        <w:t>[beta 374]</w:t>
      </w:r>
    </w:p>
    <w:p>
      <w:r>
        <w:rPr>
          <w:rFonts w:ascii="Gentium Plus" w:hAnsi="Gentium Plus"/>
          <w:sz w:val="24"/>
        </w:rPr>
        <w:t>Βάσανος. ἡ τιμωρία. καὶ βάσανος λίθος ἡ τὸ χρυσίον περιτριβόμενον δοκιμάζουσα. οὕτως Ἀν‐ τιφῶν καὶ Πίνδαρος. Βασανίσας. ἀντὶ τοῦ δοκιμάσας.</w:t>
      </w:r>
    </w:p>
    <w:p>
      <w:r>
        <w:rPr>
          <w:rFonts w:ascii="Courier New" w:hAnsi="Courier New"/>
          <w:color w:val="555555"/>
          <w:sz w:val="20"/>
        </w:rPr>
        <w:t>[5]</w:t>
      </w:r>
    </w:p>
    <w:p>
      <w:r>
        <w:rPr>
          <w:rFonts w:ascii="Gentium Plus" w:hAnsi="Gentium Plus"/>
          <w:sz w:val="24"/>
        </w:rPr>
        <w:t>[Βασιλίς. ἡ τοῦ βασιλέως γυνή.] Βασιλίνδα. τὴν βασιλείαν. Βασιλεία θεοῦ. ἡ αὐτὴ τῆς ἁγίας τριάδος γνῶσις. βασιλεία καὶ ἡ τοῦ ἁγίου πνεύματος συμμαχία. ὡς τό· ἐλθέτω ἡ βασιλεία σου. βασιλεία καὶ</w:t>
      </w:r>
    </w:p>
    <w:p>
      <w:r>
        <w:rPr>
          <w:rFonts w:ascii="Courier New" w:hAnsi="Courier New"/>
          <w:color w:val="555555"/>
          <w:sz w:val="20"/>
        </w:rPr>
        <w:t>[10]</w:t>
      </w:r>
    </w:p>
    <w:p>
      <w:r>
        <w:rPr>
          <w:rFonts w:ascii="Gentium Plus" w:hAnsi="Gentium Plus"/>
          <w:sz w:val="24"/>
        </w:rPr>
        <w:t>ἡ παρουσία, ὡς τό· ἄρα ἔφθασεν ἐφ’ ὑμᾶς ἡ βασιλεία τοῦ θεοῦ. ἤτοι ἡ ἐμὴ παρουσία, ἢ ἡ τῶν προσόντων τῷ θεῷ φυσικῶς [ἀγαθῶν] κατὰ χάριν μετάδοσις. ἡ τοῦ θεοῦ δὲ βασιλεία καὶ ἡ τῶν οὐρανῶν οὐ καθ’ ὑπόστασιν διαφέρει,</w:t>
      </w:r>
    </w:p>
    <w:p>
      <w:r>
        <w:rPr>
          <w:rFonts w:ascii="Courier New" w:hAnsi="Courier New"/>
          <w:color w:val="555555"/>
          <w:sz w:val="20"/>
        </w:rPr>
        <w:t>[15]</w:t>
      </w:r>
    </w:p>
    <w:p>
      <w:r>
        <w:rPr>
          <w:rFonts w:ascii="Gentium Plus" w:hAnsi="Gentium Plus"/>
          <w:sz w:val="24"/>
        </w:rPr>
        <w:t>ἀλλὰ κατ’ ἐπίνοιαν. ἐκπεφώνηται γὰρ ποτὲ μὲν ἀπὸ τοῦ βασιλεύοντος θεοῦ, ποτὲ δὲ ἀπὸ τῶν βασιλευόντων ἀγγέλων καὶ ἁγίων, οὐρανῶν δη‐ λονότι καλουμένων. βασιλεία οὐρανῶν ἡ πάντων τῶν ὑπὸ θεοῦ γεγονότων γνῶσις. ἢ ἀπάθεια</w:t>
      </w:r>
    </w:p>
    <w:p>
      <w:r>
        <w:rPr>
          <w:rFonts w:ascii="Courier New" w:hAnsi="Courier New"/>
          <w:color w:val="555555"/>
          <w:sz w:val="20"/>
        </w:rPr>
        <w:t>[20]</w:t>
      </w:r>
    </w:p>
    <w:p>
      <w:r>
        <w:rPr>
          <w:rFonts w:ascii="Gentium Plus" w:hAnsi="Gentium Plus"/>
          <w:sz w:val="24"/>
        </w:rPr>
        <w:t>ψυχῆς μετὰ γνώσεως τῶν ὄντων ἀληθοῦς ἢ ἔλλαμψις τοῦ ἁγίου πνεύματος ἐν ψυχῇ γινο‐ μένη. βασιλεία καὶ ἡ ἔννομος ἐπιστασία. Βαίτις. πόλις κατὰ τὴν Ἰβηρίαν. Βαίτη. ἡ διφθέρα, ὅ ἐστι γοῦνα.</w:t>
      </w:r>
    </w:p>
    <w:p>
      <w:r>
        <w:rPr>
          <w:rFonts w:ascii="Courier New" w:hAnsi="Courier New"/>
          <w:color w:val="555555"/>
          <w:sz w:val="20"/>
        </w:rPr>
        <w:t>[25]</w:t>
      </w:r>
    </w:p>
    <w:p>
      <w:r>
        <w:rPr>
          <w:rFonts w:ascii="Gentium Plus" w:hAnsi="Gentium Plus"/>
          <w:sz w:val="24"/>
        </w:rPr>
        <w:t>Βαιτύκη. τὸ τύμπανον. Βαττολογία. ἡ πολυλογία. ἀπὸ Βάττου τινὸς μα‐ κροὺς στίχους ποιήσαντος εἰς τὰ εἴδωλα. ἢ βατ‐</w:t>
      </w:r>
    </w:p>
    <w:p>
      <w:r>
        <w:rPr>
          <w:rFonts w:ascii="Courier New" w:hAnsi="Courier New"/>
          <w:color w:val="555555"/>
          <w:sz w:val="20"/>
        </w:rPr>
        <w:t>[beta 375]</w:t>
      </w:r>
    </w:p>
    <w:p>
      <w:r>
        <w:rPr>
          <w:rFonts w:ascii="Gentium Plus" w:hAnsi="Gentium Plus"/>
          <w:sz w:val="24"/>
        </w:rPr>
        <w:t>παρὰ τοῦ θεοῦ, οἷον δυναστείαν καὶ τὸ τῶν ἐχθρῶν περιγενέσθαι, καὶ χρημάτων περιουσίαν καὶ ἁπλῶς τὰ μηδὲν ἡμῖν διαφέροντα. Βαρείας χεῖρας. ὑβριστικὰς, φονικὰς, ὅπλῳ βε‐</w:t>
      </w:r>
    </w:p>
    <w:p>
      <w:r>
        <w:rPr>
          <w:rFonts w:ascii="Courier New" w:hAnsi="Courier New"/>
          <w:color w:val="555555"/>
          <w:sz w:val="20"/>
        </w:rPr>
        <w:t>[5]</w:t>
      </w:r>
    </w:p>
    <w:p>
      <w:r>
        <w:rPr>
          <w:rFonts w:ascii="Gentium Plus" w:hAnsi="Gentium Plus"/>
          <w:sz w:val="24"/>
        </w:rPr>
        <w:t>βαρυμένας. σοὶ κοίλῃς περὶ νηυσὶ βαρείας χεῖρας ἐποίσει. παρὰ τὸ βίᾳ αἴρεσθαι, ὥσπερ καὶ τὸ βάρος.</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Βάγιον. μέγα.</w:t>
      </w:r>
    </w:p>
    <w:p>
      <w:r>
        <w:rPr>
          <w:rFonts w:ascii="Courier New" w:hAnsi="Courier New"/>
          <w:color w:val="555555"/>
          <w:sz w:val="20"/>
        </w:rPr>
        <w:t>[10]</w:t>
      </w:r>
    </w:p>
    <w:p>
      <w:r>
        <w:rPr>
          <w:rFonts w:ascii="Gentium Plus" w:hAnsi="Gentium Plus"/>
          <w:sz w:val="24"/>
        </w:rPr>
        <w:t>†Βάλιον. ποικίλον.† Βάθρον. θεμέλιον. Βαθυλήϊον. τὸ σιτοφόρον πεδίον. Βάθος. τὸ ἐπὶ τρία συνεχές. παρὰ τὸ μετὰ βίας θέειν.</w:t>
      </w:r>
    </w:p>
    <w:p>
      <w:r>
        <w:rPr>
          <w:rFonts w:ascii="Courier New" w:hAnsi="Courier New"/>
          <w:color w:val="555555"/>
          <w:sz w:val="20"/>
        </w:rPr>
        <w:t>[15]</w:t>
      </w:r>
    </w:p>
    <w:p>
      <w:r>
        <w:rPr>
          <w:rFonts w:ascii="Gentium Plus" w:hAnsi="Gentium Plus"/>
          <w:sz w:val="24"/>
        </w:rPr>
        <w:t>†Βάνδον. τὸ φλαμούλιον.† Βαθύσχοινον. ὑψηλὰς σχοίνους φέρον. Βάκτρον. ἡ ῥάβδος. Βακύλιον. κύμβαλον. Βαλέκ. δεσμωτήριον.</w:t>
      </w:r>
    </w:p>
    <w:p>
      <w:r>
        <w:rPr>
          <w:rFonts w:ascii="Courier New" w:hAnsi="Courier New"/>
          <w:color w:val="555555"/>
          <w:sz w:val="20"/>
        </w:rPr>
        <w:t>[20]</w:t>
      </w:r>
    </w:p>
    <w:p>
      <w:r>
        <w:rPr>
          <w:rFonts w:ascii="Gentium Plus" w:hAnsi="Gentium Plus"/>
          <w:sz w:val="24"/>
        </w:rPr>
        <w:t>Βαλανεῖον. τὸ λοῦτρον. τινὲς μὲν λέγουσι παρὰ τὸ ἀποβάλλειν τὰς ἀνίας· οὐ λέγουσι δὲ καλῶς· εἰ γὰρ ἦν ἐκ τούτου, ὤφειλε διὰ τοῦ ι γράφεσθαι. ἀλλ’ ἔστιν εἰπεῖν, ὅτι παρὰ τὸ τὰς βαλάνους ἄνειν, ὅ ἐστι τὰς δρῦς καίειν· οὕτω γὰρ καλοῦν‐</w:t>
      </w:r>
    </w:p>
    <w:p>
      <w:r>
        <w:rPr>
          <w:rFonts w:ascii="Courier New" w:hAnsi="Courier New"/>
          <w:color w:val="555555"/>
          <w:sz w:val="20"/>
        </w:rPr>
        <w:t>[25]</w:t>
      </w:r>
    </w:p>
    <w:p>
      <w:r>
        <w:rPr>
          <w:rFonts w:ascii="Gentium Plus" w:hAnsi="Gentium Plus"/>
          <w:sz w:val="24"/>
        </w:rPr>
        <w:t>ται αἱ δρῦς καὶ ἄλλό τι φυτόν. τὴν ει δίφθογ‐ γον διατί; τὰ ἀπὸ τῶν εἰς ευς διὰ τοῦ εῖον γι‐ νόμενα οὐδέτερα διὰ τῆς ει διφθόγγου γράφεται, οἷον· κουρεὺς κουρεῖον. καὶ τὰ διὰ τοῦ ειον οὐδέτερα μονογενῆ ὑπὲρ τρεῖς συλλαβὰς τὸν</w:t>
      </w:r>
    </w:p>
    <w:p>
      <w:r>
        <w:rPr>
          <w:rFonts w:ascii="Courier New" w:hAnsi="Courier New"/>
          <w:color w:val="555555"/>
          <w:sz w:val="20"/>
        </w:rPr>
        <w:t>[30]</w:t>
      </w:r>
    </w:p>
    <w:p>
      <w:r>
        <w:rPr>
          <w:rFonts w:ascii="Gentium Plus" w:hAnsi="Gentium Plus"/>
          <w:sz w:val="24"/>
        </w:rPr>
        <w:t>τόνον ἔχοντα διὰ τῆς ει διφθόγγου γράφεται,</w:t>
      </w:r>
    </w:p>
    <w:p>
      <w:r>
        <w:rPr>
          <w:rFonts w:ascii="Courier New" w:hAnsi="Courier New"/>
          <w:color w:val="555555"/>
          <w:sz w:val="20"/>
        </w:rPr>
        <w:t>[beta 376]</w:t>
      </w:r>
    </w:p>
    <w:p>
      <w:r>
        <w:rPr>
          <w:rFonts w:ascii="Gentium Plus" w:hAnsi="Gentium Plus"/>
          <w:sz w:val="24"/>
        </w:rPr>
        <w:t>σκοπεῖον· οὕτως οὖν καὶ τὸ βαλανεῖον. πρόκει‐ ται τὰ μονογενῆ, διὰ τὸ ἐναντίον· πρὸ μιᾶς τὸν τόνον ἔχοντα, διὰ τὸ αἰπόλιον· ταῦτα γὰρ διὰ τοῦ ι· ὑπὲρ τρεῖς συλλαβὰς, διὰ τὸ παιδίον,</w:t>
      </w:r>
    </w:p>
    <w:p>
      <w:r>
        <w:rPr>
          <w:rFonts w:ascii="Courier New" w:hAnsi="Courier New"/>
          <w:color w:val="555555"/>
          <w:sz w:val="20"/>
        </w:rPr>
        <w:t>[5]</w:t>
      </w:r>
    </w:p>
    <w:p>
      <w:r>
        <w:rPr>
          <w:rFonts w:ascii="Gentium Plus" w:hAnsi="Gentium Plus"/>
          <w:sz w:val="24"/>
        </w:rPr>
        <w:t>οὐκ ἀναστρέφοντος τοῦ κανόνος· οὐ γὰρ πάντα τὰ τρισύλλαβα διὰ τοῦ ι. ἰδοὺ γὰρ τὸ πτω‐ χεῖον καὶ τὸ πρωτεῖον καὶ τὸ πορνεῖον καὶ τὸ δευτερεῖον διὰ διφθόγγου γράφεται· ἀπὸ γὰρ τῶν διὰ τοῦ εύω ἐστί.</w:t>
      </w:r>
    </w:p>
    <w:p>
      <w:r>
        <w:rPr>
          <w:rFonts w:ascii="Courier New" w:hAnsi="Courier New"/>
          <w:color w:val="555555"/>
          <w:sz w:val="20"/>
        </w:rPr>
        <w:t>[10]</w:t>
      </w:r>
    </w:p>
    <w:p>
      <w:r>
        <w:rPr>
          <w:rFonts w:ascii="Gentium Plus" w:hAnsi="Gentium Plus"/>
          <w:sz w:val="24"/>
        </w:rPr>
        <w:t>Βάμμα Κυζικηνόν. τὴν ἀκάθαρτον ἀσχημο‐ σύνην λέγει. Βαιόν. ὀλίγον, μικρόν. παρὰ τὸ βῶ, τὸ βαίνω. Βάπτισμα. ἄφεσις ἁμαρτιῶν δι’ ὕδατος καὶ πνεύ‐ ματος· ἢ ἑκούσιος συνταγὴ πρὸς τὸν θεὸν</w:t>
      </w:r>
    </w:p>
    <w:p>
      <w:r>
        <w:rPr>
          <w:rFonts w:ascii="Courier New" w:hAnsi="Courier New"/>
          <w:color w:val="555555"/>
          <w:sz w:val="20"/>
        </w:rPr>
        <w:t>[15]</w:t>
      </w:r>
    </w:p>
    <w:p>
      <w:r>
        <w:rPr>
          <w:rFonts w:ascii="Gentium Plus" w:hAnsi="Gentium Plus"/>
          <w:sz w:val="24"/>
        </w:rPr>
        <w:t>δευτέρου βίου· ἢ ἀνάλυσις ψυχῆς ἐπὶ τὸ κρεῖττον· ἢ λύσις δεσμοῦ ἐκ φιλανθρωπίας δε‐ δωρημένη· ἢ ἀνεκλόγιστος ἄφεσις ἁμαρτιῶν. Βάραθρον. ὄρυγμα· βάθος· χάσμα γῆς. Βάραθρα. κυρίως οἱ κοῖλοι τόποι, δι’ ὧν οἱ πο‐</w:t>
      </w:r>
    </w:p>
    <w:p>
      <w:r>
        <w:rPr>
          <w:rFonts w:ascii="Courier New" w:hAnsi="Courier New"/>
          <w:color w:val="555555"/>
          <w:sz w:val="20"/>
        </w:rPr>
        <w:t>[20]</w:t>
      </w:r>
    </w:p>
    <w:p>
      <w:r>
        <w:rPr>
          <w:rFonts w:ascii="Gentium Plus" w:hAnsi="Gentium Plus"/>
          <w:sz w:val="24"/>
        </w:rPr>
        <w:t>ταμοὶ καταπίνονται καὶ εἰσβαίνουσι. παρὰ τὸ βαίνω γίνεται βάτρον καὶ βάθρον [καὶ κατὰ πλεονασμὸν βάραθρον, καὶ ἰακῶς βέρεθρον. ἢ κατὰ ἀντίφρασιν τὸ ἄβατον.] Βασσαρικά. πορνικά· βακχικά.</w:t>
      </w:r>
    </w:p>
    <w:p>
      <w:r>
        <w:rPr>
          <w:rFonts w:ascii="Courier New" w:hAnsi="Courier New"/>
          <w:color w:val="555555"/>
          <w:sz w:val="20"/>
        </w:rPr>
        <w:t>[25]</w:t>
      </w:r>
    </w:p>
    <w:p>
      <w:r>
        <w:rPr>
          <w:rFonts w:ascii="Gentium Plus" w:hAnsi="Gentium Plus"/>
          <w:sz w:val="24"/>
        </w:rPr>
        <w:t>Βάσιμα. πορεύσιμα, εὐεπίβατα. Βασίλειον ἱεράτευμα. τοὺς ὀρθοδόξους ἱερεῖς λέγει. Βατά. βάσιμα, πορεύσιμα, εὐεπίβατα. Βατράχειον. εἶδος χρώματος. ἀπὸ τούτου καὶ</w:t>
      </w:r>
    </w:p>
    <w:p>
      <w:r>
        <w:rPr>
          <w:rFonts w:ascii="Courier New" w:hAnsi="Courier New"/>
          <w:color w:val="555555"/>
          <w:sz w:val="20"/>
        </w:rPr>
        <w:t>[30]</w:t>
      </w:r>
    </w:p>
    <w:p>
      <w:r>
        <w:rPr>
          <w:rFonts w:ascii="Gentium Plus" w:hAnsi="Gentium Plus"/>
          <w:sz w:val="24"/>
        </w:rPr>
        <w:t>βατραχὶς ἱμάτιον.</w:t>
      </w:r>
    </w:p>
    <w:p>
      <w:r>
        <w:rPr>
          <w:rFonts w:ascii="Courier New" w:hAnsi="Courier New"/>
          <w:color w:val="555555"/>
          <w:sz w:val="20"/>
        </w:rPr>
        <w:t>[beta 377]</w:t>
      </w:r>
    </w:p>
    <w:p>
      <w:r>
        <w:rPr>
          <w:rFonts w:ascii="Gentium Plus" w:hAnsi="Gentium Plus"/>
          <w:sz w:val="24"/>
        </w:rPr>
        <w:t>Βάθος. ὁ Ἀπόστολος, ὡς οἶμαι, τὴν γεένναν ὀνομάζει· οὔτε ὕψωμα οὔτε βάθος. ὕψος δὲ τὴν βασιλείαν. καὶ πρὸς τούτοις τὴν αἰώνιον ζωὴν καὶ τὸν αἰώνιον θάνατον.</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Βαβάξαι. ὀρχήσασθαι. Βαγεύει. πλανητεύει. [Βαδιῶ. περιπατήσω. ἐπὶ μέλλοντος.] [Βάδδομαι. ἀγαπῶ.]</w:t>
      </w:r>
    </w:p>
    <w:p>
      <w:r>
        <w:rPr>
          <w:rFonts w:ascii="Courier New" w:hAnsi="Courier New"/>
          <w:color w:val="555555"/>
          <w:sz w:val="20"/>
        </w:rPr>
        <w:t>[10]</w:t>
      </w:r>
    </w:p>
    <w:p>
      <w:r>
        <w:rPr>
          <w:rFonts w:ascii="Gentium Plus" w:hAnsi="Gentium Plus"/>
          <w:sz w:val="24"/>
        </w:rPr>
        <w:t>[Βαδίζου. ἀντὶ τοῦ βάδιζε.] Βάζω. τὸ λέγω. παρὰ τὸ βοὴν βοάζω, ὡς σχο‐ λὴ σχολάζω, καὶ συγκοπῇ βάζω. Βαδελαγεῖ. ἀμέλγει. Βαθακῆσαι. ζῆσαι.</w:t>
      </w:r>
    </w:p>
    <w:p>
      <w:r>
        <w:rPr>
          <w:rFonts w:ascii="Courier New" w:hAnsi="Courier New"/>
          <w:color w:val="555555"/>
          <w:sz w:val="20"/>
        </w:rPr>
        <w:t>[15]</w:t>
      </w:r>
    </w:p>
    <w:p>
      <w:r>
        <w:rPr>
          <w:rFonts w:ascii="Gentium Plus" w:hAnsi="Gentium Plus"/>
          <w:sz w:val="24"/>
        </w:rPr>
        <w:t>Βαθυκομῶσα. ἐν βάθει ἔχουσα τοὺς ἀστάχυας ἢ τὰς τρίχας. Βάσκ’ ἴθι. πορεύου· ἔρχου. Βακχεύοντες. μαινόμενοι, ἐξεστηκότες. Βακτηρεύειν. στηρίζεσθαι.</w:t>
      </w:r>
    </w:p>
    <w:p>
      <w:r>
        <w:rPr>
          <w:rFonts w:ascii="Courier New" w:hAnsi="Courier New"/>
          <w:color w:val="555555"/>
          <w:sz w:val="20"/>
        </w:rPr>
        <w:t>[20]</w:t>
      </w:r>
    </w:p>
    <w:p>
      <w:r>
        <w:rPr>
          <w:rFonts w:ascii="Gentium Plus" w:hAnsi="Gentium Plus"/>
          <w:sz w:val="24"/>
        </w:rPr>
        <w:t>Βακέω. τὸ μεθύσκομαι. καὶ βακχευτὴς, ὁ με‐ θυστής. γέγονε παρὰ τὸ βάκχος, ὃ σημαίνει τὸν οἶνον· τοῦτο δὲ παρὰ τὸ βῶ, τὸ βαίνω, καὶ τὸ ἄχος· ὁ γὰρ ἔχων λύπην καὶ εἰς μέθην ἐμπί‐ πτων, ἀφίησιν αὐτὸν ἡ λύπη· ὑπερέβη γὰρ τὴν</w:t>
      </w:r>
    </w:p>
    <w:p>
      <w:r>
        <w:rPr>
          <w:rFonts w:ascii="Courier New" w:hAnsi="Courier New"/>
          <w:color w:val="555555"/>
          <w:sz w:val="20"/>
        </w:rPr>
        <w:t>[25]</w:t>
      </w:r>
    </w:p>
    <w:p>
      <w:r>
        <w:rPr>
          <w:rFonts w:ascii="Gentium Plus" w:hAnsi="Gentium Plus"/>
          <w:sz w:val="24"/>
        </w:rPr>
        <w:t>λύπην ἡ μέθη. Βαλών. αἱ εἰς ων λήγουσαι μετοχαὶ ἀορίστου δευτέρου ὀξύνονται· δαμὼν, ἐλθὼν, πιών· οὕ‐ τως οὖν καὶ βαλών. ἀντίκειται τὸ πέφνων· αἱ</w:t>
      </w:r>
    </w:p>
    <w:p>
      <w:r>
        <w:rPr>
          <w:rFonts w:ascii="Courier New" w:hAnsi="Courier New"/>
          <w:color w:val="555555"/>
          <w:sz w:val="20"/>
        </w:rPr>
        <w:t>[beta 378]</w:t>
      </w:r>
    </w:p>
    <w:p>
      <w:r>
        <w:rPr>
          <w:rFonts w:ascii="Gentium Plus" w:hAnsi="Gentium Plus"/>
          <w:sz w:val="24"/>
        </w:rPr>
        <w:t>κῇ ἔχουσι δύο σύμφωνα, ὧν τὸ δεύτερον ἐστὶν ἀμετάβολον, πάντες βαρύνονται· τέμνων, δά‐ μνων· τούτοις ὅμοιον τὸ πέφνων. Βαλλίζειν. τὸ κύμβαλα κτυπεῖν καὶ πρὸς τὸν</w:t>
      </w:r>
    </w:p>
    <w:p>
      <w:r>
        <w:rPr>
          <w:rFonts w:ascii="Courier New" w:hAnsi="Courier New"/>
          <w:color w:val="555555"/>
          <w:sz w:val="20"/>
        </w:rPr>
        <w:t>[5]</w:t>
      </w:r>
    </w:p>
    <w:p>
      <w:r>
        <w:rPr>
          <w:rFonts w:ascii="Gentium Plus" w:hAnsi="Gentium Plus"/>
          <w:sz w:val="24"/>
        </w:rPr>
        <w:t>ἐκείνων ἦχον ὀρχεῖσθαι. Βαλανεύσω. διακονήσω. ἐμαυτὸν βαλανεύσω. Βάλλ’ ἐς κόρακας. ἄπιθι εἰς ἀπώλειαν καὶ φθόρον. Βάλλεται. πλήττεται, πυρπολεῖται. βάλλεται</w:t>
      </w:r>
    </w:p>
    <w:p>
      <w:r>
        <w:rPr>
          <w:rFonts w:ascii="Courier New" w:hAnsi="Courier New"/>
          <w:color w:val="555555"/>
          <w:sz w:val="20"/>
        </w:rPr>
        <w:t>[10]</w:t>
      </w:r>
    </w:p>
    <w:p>
      <w:r>
        <w:rPr>
          <w:rFonts w:ascii="Gentium Plus" w:hAnsi="Gentium Plus"/>
          <w:sz w:val="24"/>
        </w:rPr>
        <w:t>δὲ ἡ ναῦς σκηπτῷ. Βαλεῖν. τὸ πόῤῥωθεν πέμψαι. Βαμβαίνει. διστάζει, τρέμει τοῖς ποσὶ καὶ τῇ γλώσσῃ, ἀσήμως φθέγγεται· ἢ ὑποτρόμους ἠχεῖ τοὺς ὀδόντας. ἀπὸ μεταφορᾶς τῶν ποδῶν,</w:t>
      </w:r>
    </w:p>
    <w:p>
      <w:r>
        <w:rPr>
          <w:rFonts w:ascii="Courier New" w:hAnsi="Courier New"/>
          <w:color w:val="555555"/>
          <w:sz w:val="20"/>
        </w:rPr>
        <w:t>[15]</w:t>
      </w:r>
    </w:p>
    <w:p>
      <w:r>
        <w:rPr>
          <w:rFonts w:ascii="Gentium Plus" w:hAnsi="Gentium Plus"/>
          <w:sz w:val="24"/>
        </w:rPr>
        <w:t>τῶν μὴ ἑδραίαν τὴν φυγὴν ἐχόντων. [ἔστιν οὖν βαίνω, καὶ κατὰ ἀναδιπλασιασμὸν βαβαίνω, καὶ πλεονασμῷ τοῦ μ βαμβαίνω.] Βαίνει. περιπατεῖ. Βάπτουσιν. Ἀριστοφάνης ἀντὶ τοῦ πλύνουσι.</w:t>
      </w:r>
    </w:p>
    <w:p>
      <w:r>
        <w:rPr>
          <w:rFonts w:ascii="Courier New" w:hAnsi="Courier New"/>
          <w:color w:val="555555"/>
          <w:sz w:val="20"/>
        </w:rPr>
        <w:t>[20]</w:t>
      </w:r>
    </w:p>
    <w:p>
      <w:r>
        <w:rPr>
          <w:rFonts w:ascii="Gentium Plus" w:hAnsi="Gentium Plus"/>
          <w:sz w:val="24"/>
        </w:rPr>
        <w:t>πρῶτα μήτ’ ἔρια βάπτουσι θερμῷ κατὰ τὸν ἀρχαῖον νόμον. Βάπτω. παρὰ [τὸ βῶ] τὸ βαίνω· τρόπον γάρ τινα βαίνει κατὰ τοῦ ὑποκειμένου τὸ δευσο‐ ποιὸν χρῶμα.</w:t>
      </w:r>
    </w:p>
    <w:p>
      <w:r>
        <w:rPr>
          <w:rFonts w:ascii="Courier New" w:hAnsi="Courier New"/>
          <w:color w:val="555555"/>
          <w:sz w:val="20"/>
        </w:rPr>
        <w:t>[25]</w:t>
      </w:r>
    </w:p>
    <w:p>
      <w:r>
        <w:rPr>
          <w:rFonts w:ascii="Gentium Plus" w:hAnsi="Gentium Plus"/>
          <w:sz w:val="24"/>
        </w:rPr>
        <w:t>Βαρυβρομέων. βαρυηχῶν καὶ βαρυηχέων. Βαρύθω. ἀπὸ τοῦ βαρὺς βαρύω, καὶ πλεονα‐ σμῷ τοῦ θ βαρύθω. Βαρυθυμεῖ. ὀλιγωρεῖ.</w:t>
      </w:r>
    </w:p>
    <w:p>
      <w:r>
        <w:rPr>
          <w:rFonts w:ascii="Courier New" w:hAnsi="Courier New"/>
          <w:color w:val="555555"/>
          <w:sz w:val="20"/>
        </w:rPr>
        <w:t>[beta 379]</w:t>
      </w:r>
    </w:p>
    <w:p>
      <w:r>
        <w:rPr>
          <w:rFonts w:ascii="Gentium Plus" w:hAnsi="Gentium Plus"/>
          <w:sz w:val="24"/>
        </w:rPr>
        <w:t>Βασιλειῶντα. ἐπιθυμοῦντα βασιλεῦσαι. Βασιλίζω. τὰ τοῦ βασιλέως φρονῶ. †Βασανίσας. ἀντὶ τοῦ δοκιμάσας. ἀπὸ τῆς βα‐ σάνου λίθου. οὕτως Πίνδαρος.†</w:t>
      </w:r>
    </w:p>
    <w:p>
      <w:r>
        <w:rPr>
          <w:rFonts w:ascii="Courier New" w:hAnsi="Courier New"/>
          <w:color w:val="555555"/>
          <w:sz w:val="20"/>
        </w:rPr>
        <w:t>[5]</w:t>
      </w:r>
    </w:p>
    <w:p>
      <w:r>
        <w:rPr>
          <w:rFonts w:ascii="Gentium Plus" w:hAnsi="Gentium Plus"/>
          <w:sz w:val="24"/>
        </w:rPr>
        <w:t>Βαστάσας. ἀντὶ τοῦ δοκιμάσας. Βασκαίνειν. οὐχὶ τὸ φθονεῖν δηλοῖ, ἀλλὰ τὸ λυπεῖν, καὶ αἰτιᾶσθαι καὶ δυσχεραίνειν. ἐάν τι δύσκολον συμβῇ, τοῦτο βασκαίνει. Φερεκρά‐ της· ὁ λαγώς με βασκαίνει τεθνηκώς. διὰ τοῦ‐</w:t>
      </w:r>
    </w:p>
    <w:p>
      <w:r>
        <w:rPr>
          <w:rFonts w:ascii="Courier New" w:hAnsi="Courier New"/>
          <w:color w:val="555555"/>
          <w:sz w:val="20"/>
        </w:rPr>
        <w:t>[10]</w:t>
      </w:r>
    </w:p>
    <w:p>
      <w:r>
        <w:rPr>
          <w:rFonts w:ascii="Gentium Plus" w:hAnsi="Gentium Plus"/>
          <w:sz w:val="24"/>
        </w:rPr>
        <w:t>το οὐδὲ [τῇ] δοτικῇ συντάσσεται, ἀλλὰ τῇ αἰ‐ τιατικῇ· τὸ γὰρ βασκαίνει μοι βάρβαρον. καὶ βάσκανον τὸν λυπηρὸν καὶ βλαβερὸν λέγουσι. [Βαστραχαλίσαι. τραχηλιάσαι. βάστραχας γὰρ τοὺς τραχήλους λέγουσι.]</w:t>
      </w:r>
    </w:p>
    <w:p>
      <w:r>
        <w:rPr>
          <w:rFonts w:ascii="Courier New" w:hAnsi="Courier New"/>
          <w:color w:val="555555"/>
          <w:sz w:val="20"/>
        </w:rPr>
        <w:t>[15]</w:t>
      </w:r>
    </w:p>
    <w:p>
      <w:r>
        <w:rPr>
          <w:rFonts w:ascii="Gentium Plus" w:hAnsi="Gentium Plus"/>
          <w:sz w:val="24"/>
        </w:rPr>
        <w:t>Βαρκάζειν. τὸ βαρβαρίζειν. Βατταρίζειν. μόλις λαλεῖν. ἀπὸ Βάττου Θη‐ ραίου ἰσχνοφώνου ὄντος. Βατταλίζεσθαι. μαλακῶς καὶ αἰσχρῶς διάγειν. Βαυκαλᾷν. τὸ τιθηνεῖσθαι μετ’ ᾠδῆς τὰ παι‐</w:t>
      </w:r>
    </w:p>
    <w:p>
      <w:r>
        <w:rPr>
          <w:rFonts w:ascii="Courier New" w:hAnsi="Courier New"/>
          <w:color w:val="555555"/>
          <w:sz w:val="20"/>
        </w:rPr>
        <w:t>[20]</w:t>
      </w:r>
    </w:p>
    <w:p>
      <w:r>
        <w:rPr>
          <w:rFonts w:ascii="Gentium Plus" w:hAnsi="Gentium Plus"/>
          <w:sz w:val="24"/>
        </w:rPr>
        <w:t>δία. Βαυκίζεσθαι. θρύπτεσθαι. Βαΰζων. ὑλακτῶν. Ἀριστοφάνης· βαΰζων γὰρ καὶ ἐγὼ τοιοῦτος ἦν.</w:t>
      </w:r>
    </w:p>
    <w:p>
      <w:pPr>
        <w:jc w:val="center"/>
      </w:pPr>
      <w:r>
        <w:rPr>
          <w:rFonts w:ascii="Gentium Plus" w:hAnsi="Gentium Plus"/>
          <w:b/>
          <w:sz w:val="24"/>
        </w:rPr>
        <w:t>(Ἐπίῤῥημα.)</w:t>
      </w:r>
    </w:p>
    <w:p>
      <w:r>
        <w:rPr>
          <w:rFonts w:ascii="Courier New" w:hAnsi="Courier New"/>
          <w:color w:val="555555"/>
          <w:sz w:val="20"/>
        </w:rPr>
        <w:t>[25]</w:t>
      </w:r>
    </w:p>
    <w:p>
      <w:r>
        <w:rPr>
          <w:rFonts w:ascii="Gentium Plus" w:hAnsi="Gentium Plus"/>
          <w:sz w:val="24"/>
        </w:rPr>
        <w:t>Βαβαί. θαυμαστικὸν φώνημα. *καὶ βαβαιάξ.* Βάδην. βαδιστικῶς· ἠρέμα. παραγενομένου βά‐</w:t>
      </w:r>
    </w:p>
    <w:p>
      <w:pPr>
        <w:jc w:val="center"/>
      </w:pPr>
      <w:r>
        <w:rPr>
          <w:rFonts w:ascii="Gentium Plus" w:hAnsi="Gentium Plus"/>
          <w:b/>
          <w:sz w:val="24"/>
        </w:rPr>
        <w:t>Τὸ Β μετὰ τοῦ Δ.</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Βδελυρός. μισητός. Βδόλος. ἡ δυσωδία τοῦ λύχνου. καὶ ἡ πορδή.</w:t>
      </w:r>
    </w:p>
    <w:p>
      <w:r>
        <w:rPr>
          <w:rFonts w:ascii="Courier New" w:hAnsi="Courier New"/>
          <w:color w:val="555555"/>
          <w:sz w:val="20"/>
        </w:rPr>
        <w:t>[5]</w:t>
      </w:r>
    </w:p>
    <w:p>
      <w:r>
        <w:rPr>
          <w:rFonts w:ascii="Gentium Plus" w:hAnsi="Gentium Plus"/>
          <w:sz w:val="24"/>
        </w:rPr>
        <w:t>τὸν βδόλον οὐκ ἔσθ’ ἥτις ῥὶν ὑπενεγκεῖν δύ‐ ναται. παρὰ τὸ ὄζω ὀζόλος, καὶ ἀφαιρέσει τοῦ ο ζόλος, ὡς τὸ ὀδύρεσθαι, [δύρεσθαι, καὶ τρο‐ κῇ τοῦ ζ εἰς βδ βδόλος. καὶ τὸ ῥῆμα ὄζει, βδεῖ, ὡς τὸ ῥοίζω, ῥοιβδῶ καὶ ἀναῤῥοιβδῶ.</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Βδελυγμία. δυσοδμία. Βδέλλα. ἡ ἁμαρτία. θυγάτηρ αὐτῆς πορνεία, φθόνος, εἰδωλολατρεία, αἳ οὐκ ἐμπίμπλανται διὰ τῶν ἀτόπων πράξεων.</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Βδελυκτόν. μισητόν. Βδέλυγμα ἐρημώσεως. τὸν ἀνδριάντα φησὶ τοῦ τότε τὴν πόλιν ἑλόντος, ὃν ἔστησεν ἔνδον, ἐρη‐ μώσας τὴν πόλιν καὶ τὸν ναόν. βδέλυγμα καὶ ὁ ἀντίχριστος, ὡς πιστευθησόμενος παρὰ Ἰου‐</w:t>
      </w:r>
    </w:p>
    <w:p>
      <w:r>
        <w:rPr>
          <w:rFonts w:ascii="Courier New" w:hAnsi="Courier New"/>
          <w:color w:val="555555"/>
          <w:sz w:val="20"/>
        </w:rPr>
        <w:t>[20]</w:t>
      </w:r>
    </w:p>
    <w:p>
      <w:r>
        <w:rPr>
          <w:rFonts w:ascii="Gentium Plus" w:hAnsi="Gentium Plus"/>
          <w:sz w:val="24"/>
        </w:rPr>
        <w:t>δαίων χριστὸς εἶναι καὶ καθεσθησόμενος καὶ δόξων ὅλης τῆς οἰκουμένης εἶναι βασιλεύς. ἥξει δὲ ἐπ’ ἐρημίᾳ τοῦ κόσμου. βδέλυγμα καὶ ἡ πραττομένη πρᾶξις παρὰ τὸν προσήκοντα λό‐ γον. καὶ πᾶν εἴδωλον καὶ πᾶν ἐκτύπωμα ἀν‐</w:t>
      </w:r>
    </w:p>
    <w:p>
      <w:r>
        <w:rPr>
          <w:rFonts w:ascii="Courier New" w:hAnsi="Courier New"/>
          <w:color w:val="555555"/>
          <w:sz w:val="20"/>
        </w:rPr>
        <w:t>[25]</w:t>
      </w:r>
    </w:p>
    <w:p>
      <w:r>
        <w:rPr>
          <w:rFonts w:ascii="Gentium Plus" w:hAnsi="Gentium Plus"/>
          <w:sz w:val="24"/>
        </w:rPr>
        <w:t>θρώπου οὕτως ἐκαλεῖτο παρὰ Ἰουδαίοις.</w:t>
      </w:r>
    </w:p>
    <w:p>
      <w:pPr>
        <w:jc w:val="center"/>
      </w:pPr>
      <w:r>
        <w:rPr>
          <w:rFonts w:ascii="Gentium Plus" w:hAnsi="Gentium Plus"/>
          <w:b/>
          <w:sz w:val="24"/>
        </w:rPr>
        <w:t>(Ῥῆμα.)</w:t>
      </w:r>
    </w:p>
    <w:p>
      <w:r>
        <w:rPr>
          <w:rFonts w:ascii="Courier New" w:hAnsi="Courier New"/>
          <w:color w:val="555555"/>
          <w:sz w:val="20"/>
        </w:rPr>
        <w:t>[27]</w:t>
      </w:r>
    </w:p>
    <w:p>
      <w:r>
        <w:rPr>
          <w:rFonts w:ascii="Gentium Plus" w:hAnsi="Gentium Plus"/>
          <w:sz w:val="24"/>
        </w:rPr>
        <w:t>Βδέννυσθαι. ἐκκενοῦσθαι τὴν κοιλίαν, οὐχὶ τὸ</w:t>
      </w:r>
    </w:p>
    <w:p>
      <w:r>
        <w:rPr>
          <w:rFonts w:ascii="Courier New" w:hAnsi="Courier New"/>
          <w:color w:val="555555"/>
          <w:sz w:val="20"/>
        </w:rPr>
        <w:t>[beta 381]</w:t>
      </w:r>
    </w:p>
    <w:p>
      <w:r>
        <w:rPr>
          <w:rFonts w:ascii="Gentium Plus" w:hAnsi="Gentium Plus"/>
          <w:sz w:val="24"/>
        </w:rPr>
        <w:t>Βδέλλεται. ἀμέλγει. Βδελύττεσθαι. μυσάττεσθαι. μὴ τοὺς θεοὺς βδε‐ λύττομαι τὸν λεπρὸν ἀπὸ Μελανθίου. Βδύλλει. φοβεῖται, τρέμει.</w:t>
      </w:r>
    </w:p>
    <w:p>
      <w:r>
        <w:rPr>
          <w:rFonts w:ascii="Courier New" w:hAnsi="Courier New"/>
          <w:color w:val="555555"/>
          <w:sz w:val="20"/>
        </w:rPr>
        <w:t>[5]</w:t>
      </w:r>
    </w:p>
    <w:p>
      <w:r>
        <w:rPr>
          <w:rFonts w:ascii="Gentium Plus" w:hAnsi="Gentium Plus"/>
          <w:sz w:val="24"/>
        </w:rPr>
        <w:t>ὅτε πένης βδύλλει λεώς.</w:t>
      </w:r>
    </w:p>
    <w:p>
      <w:pPr>
        <w:jc w:val="center"/>
      </w:pPr>
      <w:r>
        <w:rPr>
          <w:rFonts w:ascii="Gentium Plus" w:hAnsi="Gentium Plus"/>
          <w:b/>
          <w:sz w:val="24"/>
        </w:rPr>
        <w:t>(Ἐπίῤῥημα.)</w:t>
      </w:r>
    </w:p>
    <w:p>
      <w:r>
        <w:rPr>
          <w:rFonts w:ascii="Courier New" w:hAnsi="Courier New"/>
          <w:color w:val="555555"/>
          <w:sz w:val="20"/>
        </w:rPr>
        <w:t>[7]</w:t>
      </w:r>
    </w:p>
    <w:p>
      <w:r>
        <w:rPr>
          <w:rFonts w:ascii="Gentium Plus" w:hAnsi="Gentium Plus"/>
          <w:sz w:val="24"/>
        </w:rPr>
        <w:t>Βδελυκτῶς. μισητῶς. Βδελυρῶς. μισητῶς, ἀκολάστως. καὶ βδελυρία.</w:t>
      </w:r>
    </w:p>
    <w:p>
      <w:pPr>
        <w:jc w:val="center"/>
      </w:pPr>
      <w:r>
        <w:rPr>
          <w:rFonts w:ascii="Gentium Plus" w:hAnsi="Gentium Plus"/>
          <w:b/>
          <w:sz w:val="24"/>
        </w:rPr>
        <w:t>Τὸ Β μετὰ τοῦ Ε.</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Βέβηλος. μυσαρὸς, ἀκάθαρτος, ὁ μὴ μόνον ἑαυ‐ τῷ, ἀλλὰ καὶ πολλοῖς προξενῶν βλάβας. [ἀπὸ τοῦ βῶ βήσω, βηλὸς καὶ ἐν πλεονασμῷ βέβη‐ λος· ὁ βάσιμος παντὶ, πρὸς ἀντιδιαστολὴν τοῦ</w:t>
      </w:r>
    </w:p>
    <w:p>
      <w:r>
        <w:rPr>
          <w:rFonts w:ascii="Courier New" w:hAnsi="Courier New"/>
          <w:color w:val="555555"/>
          <w:sz w:val="20"/>
        </w:rPr>
        <w:t>[15]</w:t>
      </w:r>
    </w:p>
    <w:p>
      <w:r>
        <w:rPr>
          <w:rFonts w:ascii="Gentium Plus" w:hAnsi="Gentium Plus"/>
          <w:sz w:val="24"/>
        </w:rPr>
        <w:t>ἀδύτου.] Βέβαιος. παρὰ τὸ βιβῶ γίνεται βίβαιος, ὡς τιμῶ Τίμαιος, καὶ κατὰ τροπὴν αἰολικὴν τοῦ ι εἰς ε βέβαιος. [τὰ διὰ τοῦ αιος ἀπὸ ῥημάτων, εἴτε κύρια, εἴτε προσηγορικὰ, καὶ προπαροξύ‐</w:t>
      </w:r>
    </w:p>
    <w:p>
      <w:r>
        <w:rPr>
          <w:rFonts w:ascii="Courier New" w:hAnsi="Courier New"/>
          <w:color w:val="555555"/>
          <w:sz w:val="20"/>
        </w:rPr>
        <w:t>[20]</w:t>
      </w:r>
    </w:p>
    <w:p>
      <w:r>
        <w:rPr>
          <w:rFonts w:ascii="Gentium Plus" w:hAnsi="Gentium Plus"/>
          <w:sz w:val="24"/>
        </w:rPr>
        <w:t>νονται καὶ διὰ τῆς αι διφθόγγου γράφονται, οἷον· τιμῶ, Τίμαιος· πηδῶ, Πήδαιος. Πήδαιον γὰρ ἔπεφνε. λύω, λύαιος, ὄνομα· Λυαῖος, κύριον. οὕτω καὶ βιβῶ, βίβαιος καὶ βέβαιος.]</w:t>
      </w:r>
    </w:p>
    <w:p>
      <w:r>
        <w:rPr>
          <w:rFonts w:ascii="Courier New" w:hAnsi="Courier New"/>
          <w:color w:val="555555"/>
          <w:sz w:val="20"/>
        </w:rPr>
        <w:t>[25]</w:t>
      </w:r>
    </w:p>
    <w:p>
      <w:r>
        <w:rPr>
          <w:rFonts w:ascii="Gentium Plus" w:hAnsi="Gentium Plus"/>
          <w:sz w:val="24"/>
        </w:rPr>
        <w:t>Βεζέκ. ἀστραπή. †Βέβρυκες. οἱ Τρῶες.†</w:t>
      </w:r>
    </w:p>
    <w:p>
      <w:r>
        <w:rPr>
          <w:rFonts w:ascii="Courier New" w:hAnsi="Courier New"/>
          <w:color w:val="555555"/>
          <w:sz w:val="20"/>
        </w:rPr>
        <w:t>[beta 382]</w:t>
      </w:r>
    </w:p>
    <w:p>
      <w:r>
        <w:rPr>
          <w:rFonts w:ascii="Gentium Plus" w:hAnsi="Gentium Plus"/>
          <w:sz w:val="24"/>
        </w:rPr>
        <w:t>†Βέκος. ὁ ἄρτος παρὰ Φρυξί.† Βεελφεγώρ. Βέελ ὁ Κρόνος· Φεγὼρ τόπος, ἐν ᾧ ἐτιμᾶτο. Βειέλοψ. ὁ λῶρος. καὶ ἔθνος.</w:t>
      </w:r>
    </w:p>
    <w:p>
      <w:r>
        <w:rPr>
          <w:rFonts w:ascii="Courier New" w:hAnsi="Courier New"/>
          <w:color w:val="555555"/>
          <w:sz w:val="20"/>
        </w:rPr>
        <w:t>[5]</w:t>
      </w:r>
    </w:p>
    <w:p>
      <w:r>
        <w:rPr>
          <w:rFonts w:ascii="Gentium Plus" w:hAnsi="Gentium Plus"/>
          <w:sz w:val="24"/>
        </w:rPr>
        <w:t>Βεκκεσέληνε. ἀνεκτότατε. Βελονοπώλης. κύριον. Βέλτερος. ὁ καλλίων, ὁ κρείσσων. παρὰ τὸ βέλ‐ λω, ὅθεν καὶ βουλὴ καὶ βέλος, γίνεται ῥῆμα [βελὸς, καὶ τὸ συγκριτικὸν βέλτερος. βέλτερον</w:t>
      </w:r>
    </w:p>
    <w:p>
      <w:r>
        <w:rPr>
          <w:rFonts w:ascii="Courier New" w:hAnsi="Courier New"/>
          <w:color w:val="555555"/>
          <w:sz w:val="20"/>
        </w:rPr>
        <w:t>[10]</w:t>
      </w:r>
    </w:p>
    <w:p>
      <w:r>
        <w:rPr>
          <w:rFonts w:ascii="Gentium Plus" w:hAnsi="Gentium Plus"/>
          <w:sz w:val="24"/>
        </w:rPr>
        <w:t>ἀπολέσθαι ἕνα χρόνον ἠὲ βιῶναι.] [Βελτίωνος. τὸ συγκριτικὸν, μέγα.] Βελλεροφόντης. ὁ προνοούμενος παύειν τὰ κα‐ κά. τὰ εἰς της ἀρσενικὰ, μὴ ὄντα σύνθετα παρὰ τὸ κρατῶ ἢ κράτης, μὴ ἔχοντα οὐδέτερα</w:t>
      </w:r>
    </w:p>
    <w:p>
      <w:r>
        <w:rPr>
          <w:rFonts w:ascii="Courier New" w:hAnsi="Courier New"/>
          <w:color w:val="555555"/>
          <w:sz w:val="20"/>
        </w:rPr>
        <w:t>[15]</w:t>
      </w:r>
    </w:p>
    <w:p>
      <w:r>
        <w:rPr>
          <w:rFonts w:ascii="Gentium Plus" w:hAnsi="Gentium Plus"/>
          <w:sz w:val="24"/>
        </w:rPr>
        <w:t>εἰς ες, εἰς ου ἔχει τὴν γενικὴν, οἷον· πολίτης, πολίτου, μητιέτης, μητιέτου, Βελλεροφόντης, Βελλεροφόντου. [πρόσκειται ἀρσενικὰ διὰ τὸ φιλότης, κακότης· μὴ ὄντα σύνθετα, παρὰ τὸ κρατῶ ἢ κράτης, διὰ τὸ Ἱπποκράτης, Ἱπποκρά‐</w:t>
      </w:r>
    </w:p>
    <w:p>
      <w:r>
        <w:rPr>
          <w:rFonts w:ascii="Courier New" w:hAnsi="Courier New"/>
          <w:color w:val="555555"/>
          <w:sz w:val="20"/>
        </w:rPr>
        <w:t>[20]</w:t>
      </w:r>
    </w:p>
    <w:p>
      <w:r>
        <w:rPr>
          <w:rFonts w:ascii="Gentium Plus" w:hAnsi="Gentium Plus"/>
          <w:sz w:val="24"/>
        </w:rPr>
        <w:t>τους· πρόσκειται μὴ ἔχοντα οὐδέτερον εἰς ες, διὰ τὸ ἐνναέτης, ἐνναετοῦς, ἐννάετες· τοῦτο δὲ, εἰ μὲν σημαίνει τὴν σωματικὴν ἡλικίαν, ἐννα‐ έτους, βαρύτονον· εἰ δὲ χρόνος ἐνναετὴς, ὀξύ‐ νεται.]</w:t>
      </w:r>
    </w:p>
    <w:p>
      <w:r>
        <w:rPr>
          <w:rFonts w:ascii="Courier New" w:hAnsi="Courier New"/>
          <w:color w:val="555555"/>
          <w:sz w:val="20"/>
        </w:rPr>
        <w:t>[25]</w:t>
      </w:r>
    </w:p>
    <w:p>
      <w:r>
        <w:rPr>
          <w:rFonts w:ascii="Gentium Plus" w:hAnsi="Gentium Plus"/>
          <w:sz w:val="24"/>
        </w:rPr>
        <w:t>Βέμβιξ. ὄνομα τόπου. καὶ ὁ στρόμβος, ὃν οἱ παῖδες ἱμάντι παίζουσι, πέμπιξ τις ὢν, παρὰ τὸ πέμπεσθαι καὶ ἐλαύνεσθαι. Βενιαμίν. ὄνομα κύριον· ἑρμηνεύεται δὲ δεξιᾶς</w:t>
      </w:r>
    </w:p>
    <w:p>
      <w:r>
        <w:rPr>
          <w:rFonts w:ascii="Courier New" w:hAnsi="Courier New"/>
          <w:color w:val="555555"/>
          <w:sz w:val="20"/>
        </w:rPr>
        <w:t>[beta 383]</w:t>
      </w:r>
    </w:p>
    <w:p>
      <w:r>
        <w:rPr>
          <w:rFonts w:ascii="Gentium Plus" w:hAnsi="Gentium Plus"/>
          <w:sz w:val="24"/>
        </w:rPr>
        <w:t>Βερέσχεθοι. οἱ ἀνόητοι. Βεστῖνοι. ἔθνος ἐν Ἰταλίᾳ θηριῶδες τὸν τρόπον. καὶ βεστία τὰ θηρία κατὰ τὴν τῶν Ῥωμαίων διάλεκτον.</w:t>
      </w:r>
    </w:p>
    <w:p>
      <w:r>
        <w:rPr>
          <w:rFonts w:ascii="Courier New" w:hAnsi="Courier New"/>
          <w:color w:val="555555"/>
          <w:sz w:val="20"/>
        </w:rPr>
        <w:t>[5]</w:t>
      </w:r>
    </w:p>
    <w:p>
      <w:r>
        <w:rPr>
          <w:rFonts w:ascii="Gentium Plus" w:hAnsi="Gentium Plus"/>
          <w:sz w:val="24"/>
        </w:rPr>
        <w:t>Βετράνος. ὁ ἀπολυθεὶς τῆς στρατείας. ἐπὶ εἰκο‐ σαετίαν δὲ οὗτοι ἐδούλευον. Βέχειρ. ἔθνος Σκυθικόν. Βελίαρ. τῇ Ἑβραίων φωνῇ τὸν ἀποστάτην δη‐ λοῖ. ὁ Ἀπόστολος· τίς δὲ συμφώνησις Χριστῷ</w:t>
      </w:r>
    </w:p>
    <w:p>
      <w:r>
        <w:rPr>
          <w:rFonts w:ascii="Courier New" w:hAnsi="Courier New"/>
          <w:color w:val="555555"/>
          <w:sz w:val="20"/>
        </w:rPr>
        <w:t>[10]</w:t>
      </w:r>
    </w:p>
    <w:p>
      <w:r>
        <w:rPr>
          <w:rFonts w:ascii="Gentium Plus" w:hAnsi="Gentium Plus"/>
          <w:sz w:val="24"/>
        </w:rPr>
        <w:t>πρὸς βελίαρ.] Βέκυλος. προβατώδης. Βέτων. ὁ πάνυ εὐτελής.</w:t>
      </w:r>
    </w:p>
    <w:p>
      <w:pPr>
        <w:jc w:val="center"/>
      </w:pPr>
      <w:r>
        <w:rPr>
          <w:rFonts w:ascii="Gentium Plus" w:hAnsi="Gentium Plus"/>
          <w:b/>
          <w:sz w:val="24"/>
        </w:rPr>
        <w:t>(Θηλυκόν.)</w:t>
      </w:r>
    </w:p>
    <w:p>
      <w:r>
        <w:rPr>
          <w:rFonts w:ascii="Courier New" w:hAnsi="Courier New"/>
          <w:color w:val="555555"/>
          <w:sz w:val="20"/>
        </w:rPr>
        <w:t>[14]</w:t>
      </w:r>
    </w:p>
    <w:p>
      <w:r>
        <w:rPr>
          <w:rFonts w:ascii="Gentium Plus" w:hAnsi="Gentium Plus"/>
          <w:sz w:val="24"/>
        </w:rPr>
        <w:t>Βέλεκος. ὄσπριον· ἔοικε δὲ τοῖς λαθύροις.</w:t>
      </w:r>
    </w:p>
    <w:p>
      <w:r>
        <w:rPr>
          <w:rFonts w:ascii="Courier New" w:hAnsi="Courier New"/>
          <w:color w:val="555555"/>
          <w:sz w:val="20"/>
        </w:rPr>
        <w:t>[15]</w:t>
      </w:r>
    </w:p>
    <w:p>
      <w:r>
        <w:rPr>
          <w:rFonts w:ascii="Gentium Plus" w:hAnsi="Gentium Plus"/>
          <w:sz w:val="24"/>
        </w:rPr>
        <w:t>Βεβαία. ἀσφαλὴς, ἀσάλευτος. καὶ ὄνομα πηγῆς. Βελυβίνα. πόλις Λακεδαιμονίας. [Βεμβράς. εἶδος ἰχθύος.] [Βερενίκη. ἡ γυνὴ τοῦ πατρὸς Πτολεμαίου.] Βέῤῥοια μεγάλη. τὸ Χάλεπ.</w:t>
      </w:r>
    </w:p>
    <w:p>
      <w:r>
        <w:rPr>
          <w:rFonts w:ascii="Courier New" w:hAnsi="Courier New"/>
          <w:color w:val="555555"/>
          <w:sz w:val="20"/>
        </w:rPr>
        <w:t>[20]</w:t>
      </w:r>
    </w:p>
    <w:p>
      <w:r>
        <w:rPr>
          <w:rFonts w:ascii="Gentium Plus" w:hAnsi="Gentium Plus"/>
          <w:sz w:val="24"/>
        </w:rPr>
        <w:t>Βέῤῥοια. πόλις Μακεδονίας. Βενεβενδός. πόλις Καλαβρίας, [ἣν κτίζει Διο‐ μήδης.] Βεμβράνας. ῥωμαϊκώτερον τὰ εἰλητὰ ἐκάλεσεν ἀπὸ τῆς ἐν Ῥώμῃ συνηθείας ἀδιαφόρως τῇ λέ‐</w:t>
      </w:r>
    </w:p>
    <w:p>
      <w:r>
        <w:rPr>
          <w:rFonts w:ascii="Courier New" w:hAnsi="Courier New"/>
          <w:color w:val="555555"/>
          <w:sz w:val="20"/>
        </w:rPr>
        <w:t>[25]</w:t>
      </w:r>
    </w:p>
    <w:p>
      <w:r>
        <w:rPr>
          <w:rFonts w:ascii="Gentium Plus" w:hAnsi="Gentium Plus"/>
          <w:sz w:val="24"/>
        </w:rPr>
        <w:t>ξει καταχρησάμενος, ἀφ’ ἧς δὴ καὶ ἔγραφε τὴν ἐπιστολήν.</w:t>
      </w:r>
    </w:p>
    <w:p>
      <w:pPr>
        <w:jc w:val="center"/>
      </w:pPr>
      <w:r>
        <w:rPr>
          <w:rFonts w:ascii="Gentium Plus" w:hAnsi="Gentium Plus"/>
          <w:b/>
          <w:sz w:val="24"/>
        </w:rPr>
        <w:t>(Οὐδέτερον.)</w:t>
      </w:r>
    </w:p>
    <w:p>
      <w:r>
        <w:rPr>
          <w:rFonts w:ascii="Courier New" w:hAnsi="Courier New"/>
          <w:color w:val="555555"/>
          <w:sz w:val="20"/>
        </w:rPr>
        <w:t>[28]</w:t>
      </w:r>
    </w:p>
    <w:p>
      <w:r>
        <w:rPr>
          <w:rFonts w:ascii="Gentium Plus" w:hAnsi="Gentium Plus"/>
          <w:sz w:val="24"/>
        </w:rPr>
        <w:t>Βέβιον. ὄνομα ὄρους.</w:t>
      </w:r>
    </w:p>
    <w:p>
      <w:r>
        <w:rPr>
          <w:rFonts w:ascii="Courier New" w:hAnsi="Courier New"/>
          <w:color w:val="555555"/>
          <w:sz w:val="20"/>
        </w:rPr>
        <w:t>[beta 384]</w:t>
      </w:r>
    </w:p>
    <w:p>
      <w:r>
        <w:rPr>
          <w:rFonts w:ascii="Gentium Plus" w:hAnsi="Gentium Plus"/>
          <w:sz w:val="24"/>
        </w:rPr>
        <w:t>Βέλεμνα. τὰ βέλη. παρὰ τὸ βέλος βέλεμνος. [ὡς ἔχω ἔχεμος.] Βέλος. πᾶν τὸ κατὰ τινὸς βαλλόμενον. παρὰ τὸ βάλλω βέλος. καὶ τὸ τραῦμα παρ’ Ὁμήρῳ.</w:t>
      </w:r>
    </w:p>
    <w:p>
      <w:r>
        <w:rPr>
          <w:rFonts w:ascii="Courier New" w:hAnsi="Courier New"/>
          <w:color w:val="555555"/>
          <w:sz w:val="20"/>
        </w:rPr>
        <w:t>[5]</w:t>
      </w:r>
    </w:p>
    <w:p>
      <w:r>
        <w:rPr>
          <w:rFonts w:ascii="Gentium Plus" w:hAnsi="Gentium Plus"/>
          <w:sz w:val="24"/>
        </w:rPr>
        <w:t>Βέλτερον. κρεῖσσον. Βένθος. τὸ βάθος. Βενεφοικίοις. ἅπαν εἶδος χάριτός τε καὶ δεξιώ‐ σεως. τῆς γὰρ τῶν Λατίνων διαλέκτου οὖσα ἡ λέξις εὐεργεσίαν δηλοῖ, [πρὸς ἑλληνίδα μεθερ‐</w:t>
      </w:r>
    </w:p>
    <w:p>
      <w:r>
        <w:rPr>
          <w:rFonts w:ascii="Courier New" w:hAnsi="Courier New"/>
          <w:color w:val="555555"/>
          <w:sz w:val="20"/>
        </w:rPr>
        <w:t>[10]</w:t>
      </w:r>
    </w:p>
    <w:p>
      <w:r>
        <w:rPr>
          <w:rFonts w:ascii="Gentium Plus" w:hAnsi="Gentium Plus"/>
          <w:sz w:val="24"/>
        </w:rPr>
        <w:t>μηνευομένη διάλεκτον.] Βέρεθρον. τὸ βάθος. Βέρετα. τόπος. Βέραιδον. ξύλον. Βέρεδον. τὸ κοβύτουρον.</w:t>
      </w:r>
    </w:p>
    <w:p>
      <w:r>
        <w:rPr>
          <w:rFonts w:ascii="Courier New" w:hAnsi="Courier New"/>
          <w:color w:val="555555"/>
          <w:sz w:val="20"/>
        </w:rPr>
        <w:t>[15]</w:t>
      </w:r>
    </w:p>
    <w:p>
      <w:r>
        <w:rPr>
          <w:rFonts w:ascii="Gentium Plus" w:hAnsi="Gentium Plus"/>
          <w:sz w:val="24"/>
        </w:rPr>
        <w:t>Βεστία. τὰ θηρία κατὰ Ῥωμαίους. Βεύδεον. τὸ ποικίλον ἱμάτιον, ἢ τὸ πορφυροῦν. Βεστιάριον. παρὰ Ῥωμαίοις, ἔνθα ἡ ἀναγκαία ἀπόκειται ἐσθής. Βένθος. τὸ βάθος. παρὰ τὸ βάθος καὶ πλεονα‐</w:t>
      </w:r>
    </w:p>
    <w:p>
      <w:r>
        <w:rPr>
          <w:rFonts w:ascii="Courier New" w:hAnsi="Courier New"/>
          <w:color w:val="555555"/>
          <w:sz w:val="20"/>
        </w:rPr>
        <w:t>[20]</w:t>
      </w:r>
    </w:p>
    <w:p>
      <w:r>
        <w:rPr>
          <w:rFonts w:ascii="Gentium Plus" w:hAnsi="Gentium Plus"/>
          <w:sz w:val="24"/>
        </w:rPr>
        <w:t>σμῷ τοῦ ν βένθος· ὡς πάθος πένθος. Βεβυσμένα. λαθραῖα, ἢ πεπυρωμένα, ἢ καὶ τὰ περιπεφραγμένα.</w:t>
      </w:r>
    </w:p>
    <w:p>
      <w:pPr>
        <w:jc w:val="center"/>
      </w:pPr>
      <w:r>
        <w:rPr>
          <w:rFonts w:ascii="Gentium Plus" w:hAnsi="Gentium Plus"/>
          <w:b/>
          <w:sz w:val="24"/>
        </w:rPr>
        <w:t>(Ῥῆμα.)</w:t>
      </w:r>
    </w:p>
    <w:p>
      <w:r>
        <w:rPr>
          <w:rFonts w:ascii="Courier New" w:hAnsi="Courier New"/>
          <w:color w:val="555555"/>
          <w:sz w:val="20"/>
        </w:rPr>
        <w:t>[24]</w:t>
      </w:r>
    </w:p>
    <w:p>
      <w:r>
        <w:rPr>
          <w:rFonts w:ascii="Gentium Plus" w:hAnsi="Gentium Plus"/>
          <w:sz w:val="24"/>
        </w:rPr>
        <w:t>Βεβρώθοις. φάγοις. βρῶ, βρώσω, βέβρωκα. ἐκ</w:t>
      </w:r>
    </w:p>
    <w:p>
      <w:r>
        <w:rPr>
          <w:rFonts w:ascii="Courier New" w:hAnsi="Courier New"/>
          <w:color w:val="555555"/>
          <w:sz w:val="20"/>
        </w:rPr>
        <w:t>[25]</w:t>
      </w:r>
    </w:p>
    <w:p>
      <w:r>
        <w:rPr>
          <w:rFonts w:ascii="Gentium Plus" w:hAnsi="Gentium Plus"/>
          <w:sz w:val="24"/>
        </w:rPr>
        <w:t>τούτου ῥῆμα βεβρώκω, τροπῇ τοῦ κ εἰς θ βε‐ βρώθω. [ὁ παρατατικὸς ἐβέβρωθον, ἡ μετο‐ χὴ ὁ βεβρωθών· τοῦ βεβρωθέντος· τὸ εὐκτικὸν βεβρώθοιμι, βεβρώθοις.]</w:t>
      </w:r>
    </w:p>
    <w:p>
      <w:r>
        <w:rPr>
          <w:rFonts w:ascii="Courier New" w:hAnsi="Courier New"/>
          <w:color w:val="555555"/>
          <w:sz w:val="20"/>
        </w:rPr>
        <w:t>[beta 385]</w:t>
      </w:r>
    </w:p>
    <w:p>
      <w:r>
        <w:rPr>
          <w:rFonts w:ascii="Gentium Plus" w:hAnsi="Gentium Plus"/>
          <w:sz w:val="24"/>
        </w:rPr>
        <w:t>Βεβίωκα. ἔζησα. Βεβουκόλημαι. ἀποδεδίωγμαι, πεπλάνημαι. Βεβολήατο. τῇ ψυχῇ τετρωμένοι ἦσαν. παρὰ τὸ βάλλω γίνεται βλῶ, βλήσω, βέβληκα, βέ‐</w:t>
      </w:r>
    </w:p>
    <w:p>
      <w:r>
        <w:rPr>
          <w:rFonts w:ascii="Courier New" w:hAnsi="Courier New"/>
          <w:color w:val="555555"/>
          <w:sz w:val="20"/>
        </w:rPr>
        <w:t>[5]</w:t>
      </w:r>
    </w:p>
    <w:p>
      <w:r>
        <w:rPr>
          <w:rFonts w:ascii="Gentium Plus" w:hAnsi="Gentium Plus"/>
          <w:sz w:val="24"/>
        </w:rPr>
        <w:t>βλημαι, ἐβεβλήμην, ἐβέβληντο, προσθέσει τοῦ ο ἐβεβόληντο, καὶ Ἰωνικῶς ἐβεβολέατο καὶ τρο‐ πῇ τοῦ ε εἰς η βεβολήατο. Βεβαλανωμένον. κατεχόμενον ὑπὸ τῆς κόπρου. Βέβυστο. ἐπεπλήρωτο.</w:t>
      </w:r>
    </w:p>
    <w:p>
      <w:r>
        <w:rPr>
          <w:rFonts w:ascii="Courier New" w:hAnsi="Courier New"/>
          <w:color w:val="555555"/>
          <w:sz w:val="20"/>
        </w:rPr>
        <w:t>[10]</w:t>
      </w:r>
    </w:p>
    <w:p>
      <w:r>
        <w:rPr>
          <w:rFonts w:ascii="Gentium Plus" w:hAnsi="Gentium Plus"/>
          <w:sz w:val="24"/>
        </w:rPr>
        <w:t>Βεβυσμένος. περιπεφραγμένος. Βεβώς. ἀναβεβηκώς. Βεβίηκεν. ἐπορεύθη. Βεβαῶτα. βεβηκότα. Βεβαρηότα. βεβαρημένον.</w:t>
      </w:r>
    </w:p>
    <w:p>
      <w:r>
        <w:rPr>
          <w:rFonts w:ascii="Courier New" w:hAnsi="Courier New"/>
          <w:color w:val="555555"/>
          <w:sz w:val="20"/>
        </w:rPr>
        <w:t>[15]</w:t>
      </w:r>
    </w:p>
    <w:p>
      <w:r>
        <w:rPr>
          <w:rFonts w:ascii="Gentium Plus" w:hAnsi="Gentium Plus"/>
          <w:sz w:val="24"/>
        </w:rPr>
        <w:t>Βέβηκεν. ἕστηκεν, ἐπέπυκτο. Βέβρυχεν. ἠχεῖ. Βέβουλα. ἀπὸ τοῦ βούλω βαρυτόνου ὁ μέλλων βουλήσω, βεβούληκα, ὁ μέσος βέβουλα. Βεβίηκεν. ἀντὶ τοῦ ἐπορεύθη. [βιάζω, βιάσω,</w:t>
      </w:r>
    </w:p>
    <w:p>
      <w:r>
        <w:rPr>
          <w:rFonts w:ascii="Courier New" w:hAnsi="Courier New"/>
          <w:color w:val="555555"/>
          <w:sz w:val="20"/>
        </w:rPr>
        <w:t>[20]</w:t>
      </w:r>
    </w:p>
    <w:p>
      <w:r>
        <w:rPr>
          <w:rFonts w:ascii="Gentium Plus" w:hAnsi="Gentium Plus"/>
          <w:sz w:val="24"/>
        </w:rPr>
        <w:t>βεβίακα, βεβίηκε τροπῇ τοῦ α εἰς η. —τοῖον γὰρ ἄχος βεβίηκεν Ἀχαιοῖς.] Βέω. τὸ πορεύομαι. ὄφρ’ ἂν ἐγὼ βέω ποτὶ Ἴλιον—.</w:t>
      </w:r>
    </w:p>
    <w:p>
      <w:pPr>
        <w:jc w:val="center"/>
      </w:pPr>
      <w:r>
        <w:rPr>
          <w:rFonts w:ascii="Gentium Plus" w:hAnsi="Gentium Plus"/>
          <w:b/>
          <w:sz w:val="24"/>
        </w:rPr>
        <w:t>Τὸ Β μετὰ τοῦ Η.</w:t>
      </w:r>
    </w:p>
    <w:p>
      <w:pPr>
        <w:jc w:val="center"/>
      </w:pPr>
      <w:r>
        <w:rPr>
          <w:rFonts w:ascii="Gentium Plus" w:hAnsi="Gentium Plus"/>
          <w:b/>
          <w:sz w:val="24"/>
        </w:rPr>
        <w:t>(Ἀρσενικόν.)</w:t>
      </w:r>
    </w:p>
    <w:p>
      <w:r>
        <w:rPr>
          <w:rFonts w:ascii="Courier New" w:hAnsi="Courier New"/>
          <w:color w:val="555555"/>
          <w:sz w:val="20"/>
        </w:rPr>
        <w:t>[26]</w:t>
      </w:r>
    </w:p>
    <w:p>
      <w:r>
        <w:rPr>
          <w:rFonts w:ascii="Gentium Plus" w:hAnsi="Gentium Plus"/>
          <w:sz w:val="24"/>
        </w:rPr>
        <w:t>Βηθλεεμμίτης. ἀπὸ Βηθλεέμ. Βηθύλος. εἶδος ὀρνέου. Βηλός. ὁ τῆς θύρας βαθμός. παρὰ τὸ βήσω. ὃ ἐπιβαίνουσιν οἱ εἰσιόντες. λέγεται καὶ τὸ ἱστίον</w:t>
      </w:r>
    </w:p>
    <w:p>
      <w:r>
        <w:rPr>
          <w:rFonts w:ascii="Courier New" w:hAnsi="Courier New"/>
          <w:color w:val="555555"/>
          <w:sz w:val="20"/>
        </w:rPr>
        <w:t>[30]</w:t>
      </w:r>
    </w:p>
    <w:p>
      <w:r>
        <w:rPr>
          <w:rFonts w:ascii="Gentium Plus" w:hAnsi="Gentium Plus"/>
          <w:sz w:val="24"/>
        </w:rPr>
        <w:t>Ῥωμαϊστί. βηλὸς καὶ ὁ οὐρανός.</w:t>
      </w:r>
    </w:p>
    <w:p>
      <w:r>
        <w:rPr>
          <w:rFonts w:ascii="Courier New" w:hAnsi="Courier New"/>
          <w:color w:val="555555"/>
          <w:sz w:val="20"/>
        </w:rPr>
        <w:t>[beta 386]</w:t>
      </w:r>
    </w:p>
    <w:p>
      <w:r>
        <w:rPr>
          <w:rFonts w:ascii="Gentium Plus" w:hAnsi="Gentium Plus"/>
          <w:sz w:val="24"/>
        </w:rPr>
        <w:t>Βημάρχιος. Καισαρεὺς ἐκ Καππαδοκίας σοφιστής. οὗτος ἔγραψε τὰς Κωνσταντίνου τοῦ βασιλέως πράξεις ἐν βιβλίοις δέκα, μελέτας τὲ καὶ λό‐ γους διαφόρους.</w:t>
      </w:r>
    </w:p>
    <w:p>
      <w:r>
        <w:rPr>
          <w:rFonts w:ascii="Courier New" w:hAnsi="Courier New"/>
          <w:color w:val="555555"/>
          <w:sz w:val="20"/>
        </w:rPr>
        <w:t>[5]</w:t>
      </w:r>
    </w:p>
    <w:p>
      <w:r>
        <w:rPr>
          <w:rFonts w:ascii="Gentium Plus" w:hAnsi="Gentium Plus"/>
          <w:sz w:val="24"/>
        </w:rPr>
        <w:t>Βήξ. ἡ περὶ τὴν φάραγγα νόσος. Βήρυλλος. εἶδος λίθου. Βῆρος. ὄνομα κύριον. Βηρύτιος. ὁ ἀπὸ πόλεως Βηρυτοῦ, ἥτις κτίσμα Κρόνου. ἐκλήθη δὲ Βηρυτὸς διὰ τὸ ἔνυδρον· βὴρ</w:t>
      </w:r>
    </w:p>
    <w:p>
      <w:r>
        <w:rPr>
          <w:rFonts w:ascii="Courier New" w:hAnsi="Courier New"/>
          <w:color w:val="555555"/>
          <w:sz w:val="20"/>
        </w:rPr>
        <w:t>[10]</w:t>
      </w:r>
    </w:p>
    <w:p>
      <w:r>
        <w:rPr>
          <w:rFonts w:ascii="Gentium Plus" w:hAnsi="Gentium Plus"/>
          <w:sz w:val="24"/>
        </w:rPr>
        <w:t>γὰρ τὸ φρέαρ παρ’ Ἀττικοῖς. Βητάρμων. ὁ ὀρχηστής. [παρὰ τὸ βαίνειν με‐ τὰ ἁρμονίας βηάρμων καὶ πλεονασμῷ τοῦ τ βητάρμων. λέγεται καὶ βήταρμος ἐνόπλιος ὄρ‐ χησις ἐκ τοῦ ἁρμός.]</w:t>
      </w:r>
    </w:p>
    <w:p>
      <w:r>
        <w:rPr>
          <w:rFonts w:ascii="Courier New" w:hAnsi="Courier New"/>
          <w:color w:val="555555"/>
          <w:sz w:val="20"/>
        </w:rPr>
        <w:t>[15]</w:t>
      </w:r>
    </w:p>
    <w:p>
      <w:r>
        <w:rPr>
          <w:rFonts w:ascii="Gentium Plus" w:hAnsi="Gentium Plus"/>
          <w:sz w:val="24"/>
        </w:rPr>
        <w:t>Βησᾶς. ἀχανὴς καὶ ὑπόμωρος. οἷον· βησᾶς ἕστη‐ κε. Βήτειος. πίναξ.</w:t>
      </w:r>
    </w:p>
    <w:p>
      <w:pPr>
        <w:jc w:val="center"/>
      </w:pPr>
      <w:r>
        <w:rPr>
          <w:rFonts w:ascii="Gentium Plus" w:hAnsi="Gentium Plus"/>
          <w:b/>
          <w:sz w:val="24"/>
        </w:rPr>
        <w:t>(Θηλυκόν.)</w:t>
      </w:r>
    </w:p>
    <w:p>
      <w:r>
        <w:rPr>
          <w:rFonts w:ascii="Courier New" w:hAnsi="Courier New"/>
          <w:color w:val="555555"/>
          <w:sz w:val="20"/>
        </w:rPr>
        <w:t>[19]</w:t>
      </w:r>
    </w:p>
    <w:p>
      <w:r>
        <w:rPr>
          <w:rFonts w:ascii="Gentium Plus" w:hAnsi="Gentium Plus"/>
          <w:sz w:val="24"/>
        </w:rPr>
        <w:t>Βηθανία. πόλις. ἑρμηνεύεται δὲ οἶκος ὑπακοῆς.</w:t>
      </w:r>
    </w:p>
    <w:p>
      <w:r>
        <w:rPr>
          <w:rFonts w:ascii="Courier New" w:hAnsi="Courier New"/>
          <w:color w:val="555555"/>
          <w:sz w:val="20"/>
        </w:rPr>
        <w:t>[20]</w:t>
      </w:r>
    </w:p>
    <w:p>
      <w:r>
        <w:rPr>
          <w:rFonts w:ascii="Gentium Plus" w:hAnsi="Gentium Plus"/>
          <w:sz w:val="24"/>
        </w:rPr>
        <w:t>Βιθυνία δὲ ι. Βηθσαϊδά· Βηθφαγή. ὄνομα τόπων ἢ πόλεων. καὶ Βηθσουρός. Βηρίνη. ὄνομα κύριον. Βηρυτός. πόλις Φοινίκης. [ἐκλήθη δὲ Βηρυτὸς</w:t>
      </w:r>
    </w:p>
    <w:p>
      <w:r>
        <w:rPr>
          <w:rFonts w:ascii="Courier New" w:hAnsi="Courier New"/>
          <w:color w:val="555555"/>
          <w:sz w:val="20"/>
        </w:rPr>
        <w:t>[25]</w:t>
      </w:r>
    </w:p>
    <w:p>
      <w:r>
        <w:rPr>
          <w:rFonts w:ascii="Gentium Plus" w:hAnsi="Gentium Plus"/>
          <w:sz w:val="24"/>
        </w:rPr>
        <w:t>διὰ τὸ ἔνυδρον· βὴρ γὰρ παρ’ αὐτοῖς τὸ φρέαρ.] Βησσηΐς. δῆμος τῆς Ἀντιοχίδος. Βῆσσα. πόλις. Βῆσσα. ὁ βάσιμος τόπος καὶ κοῖλος καὶ ὑψη‐ λός. [παρὰ τὸν βήσω μέλλοντα γίνεται βῆσσα</w:t>
      </w:r>
    </w:p>
    <w:p>
      <w:r>
        <w:rPr>
          <w:rFonts w:ascii="Courier New" w:hAnsi="Courier New"/>
          <w:color w:val="555555"/>
          <w:sz w:val="20"/>
        </w:rPr>
        <w:t>[30]</w:t>
      </w:r>
    </w:p>
    <w:p>
      <w:r>
        <w:rPr>
          <w:rFonts w:ascii="Gentium Plus" w:hAnsi="Gentium Plus"/>
          <w:sz w:val="24"/>
        </w:rPr>
        <w:t>κατὰ πλεονασμὸν ἑτέρου ς. δι’ ὧν βαίνειν καὶ</w:t>
      </w:r>
    </w:p>
    <w:p>
      <w:r>
        <w:rPr>
          <w:rFonts w:ascii="Courier New" w:hAnsi="Courier New"/>
          <w:color w:val="555555"/>
          <w:sz w:val="20"/>
        </w:rPr>
        <w:t>[beta 387]</w:t>
      </w:r>
    </w:p>
    <w:p>
      <w:r>
        <w:rPr>
          <w:rFonts w:ascii="Gentium Plus" w:hAnsi="Gentium Plus"/>
          <w:sz w:val="24"/>
        </w:rPr>
        <w:t>Βῆ. τὸ μιμητικὸν τῆς τῶν προβάτων φωνῆς. ὁ δὲ λοίσθιος ὥσπερ πρόβατον βῆ [βῆ] λέ‐ γων βαδίζει. Βῆμα. λίθος τοῦ δικαστηρίου, καὶ ἡ δικαστικὴ</w:t>
      </w:r>
    </w:p>
    <w:p>
      <w:r>
        <w:rPr>
          <w:rFonts w:ascii="Courier New" w:hAnsi="Courier New"/>
          <w:color w:val="555555"/>
          <w:sz w:val="20"/>
        </w:rPr>
        <w:t>[5]</w:t>
      </w:r>
    </w:p>
    <w:p>
      <w:r>
        <w:rPr>
          <w:rFonts w:ascii="Gentium Plus" w:hAnsi="Gentium Plus"/>
          <w:sz w:val="24"/>
        </w:rPr>
        <w:t>τράπεζα. [παρὰ τὸ βῶ τὸ βαίνω.] Βήρ. τὸ φρέαρ, παρὰ Φοίνιξι. Βηρούνιον. ὄνομα πόλεως. Βηρίον. ἔνδυμα μοναχικόν. Βησσήεντα. βάσιμα.</w:t>
      </w:r>
    </w:p>
    <w:p>
      <w:r>
        <w:rPr>
          <w:rFonts w:ascii="Courier New" w:hAnsi="Courier New"/>
          <w:color w:val="555555"/>
          <w:sz w:val="20"/>
        </w:rPr>
        <w:t>[10]</w:t>
      </w:r>
    </w:p>
    <w:p>
      <w:r>
        <w:rPr>
          <w:rFonts w:ascii="Gentium Plus" w:hAnsi="Gentium Plus"/>
          <w:sz w:val="24"/>
        </w:rPr>
        <w:t>Βήσιον. ποτήριον. Βῆτα. τὸ στοιχεῖον· ὅτι δευτέραν τάξιν ἔχον ἐπιβέβηκε τῶν λοιπῶν. Βῆμα. παρὰ τὸ βῶ τὸ βαίνω, ὁ μέλλων βήσω, ὁ παρακείμενος [βέβηκα, ὁ παθητικὸς] βέβη‐</w:t>
      </w:r>
    </w:p>
    <w:p>
      <w:r>
        <w:rPr>
          <w:rFonts w:ascii="Courier New" w:hAnsi="Courier New"/>
          <w:color w:val="555555"/>
          <w:sz w:val="20"/>
        </w:rPr>
        <w:t>[15]</w:t>
      </w:r>
    </w:p>
    <w:p>
      <w:r>
        <w:rPr>
          <w:rFonts w:ascii="Gentium Plus" w:hAnsi="Gentium Plus"/>
          <w:sz w:val="24"/>
        </w:rPr>
        <w:t>μαι, καὶ ἐξ αὐτοῦ βῆμα.</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Βήσεται. πορεύσεται. Βήσεαι. πορεύσῃ. Βῆ. ἐπορεύθη.</w:t>
      </w:r>
    </w:p>
    <w:p>
      <w:pPr>
        <w:jc w:val="center"/>
      </w:pPr>
      <w:r>
        <w:rPr>
          <w:rFonts w:ascii="Gentium Plus" w:hAnsi="Gentium Plus"/>
          <w:b/>
          <w:sz w:val="24"/>
        </w:rPr>
        <w:t>Τὸ Β μετὰ τοῦ Ι.</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Βίβλινος. οἶνος αὐστηρὸς, ἀπὸ βιβλίνης οὕτω κα‐ λουμένης Θρακίας ἀμπέλου. οἷον· ὕδωρ δὲ πίνει, τὸν δὲ βίβλινον στυγεῖ.</w:t>
      </w:r>
    </w:p>
    <w:p>
      <w:r>
        <w:rPr>
          <w:rFonts w:ascii="Courier New" w:hAnsi="Courier New"/>
          <w:color w:val="555555"/>
          <w:sz w:val="20"/>
        </w:rPr>
        <w:t>[25]</w:t>
      </w:r>
    </w:p>
    <w:p>
      <w:r>
        <w:rPr>
          <w:rFonts w:ascii="Gentium Plus" w:hAnsi="Gentium Plus"/>
          <w:sz w:val="24"/>
        </w:rPr>
        <w:t>Βιβλιαφόρος. γραμματοφόρος. ὁ δὲ πέμπει βι‐ βλιαφόρον μὴ θορυβεῖσθαι παρακελευόμενος. καὶ πᾶσα γραφὴ βιβλιαφόρος λέγεται, οὐ βι‐</w:t>
      </w:r>
    </w:p>
    <w:p>
      <w:r>
        <w:rPr>
          <w:rFonts w:ascii="Courier New" w:hAnsi="Courier New"/>
          <w:color w:val="555555"/>
          <w:sz w:val="20"/>
        </w:rPr>
        <w:t>[beta 388]</w:t>
      </w:r>
    </w:p>
    <w:p>
      <w:r>
        <w:rPr>
          <w:rFonts w:ascii="Gentium Plus" w:hAnsi="Gentium Plus"/>
          <w:sz w:val="24"/>
        </w:rPr>
        <w:t>Βιβλιοπώλην, οὐχὶ βιβλιοπῶλον λέγομεν. Θεό‐ πομπος· τοὺς βιβλιοπώλας λεύσομαι. Βιβλογράφος, οὐ βιβλιαγράφος. Βικάριος. ὁ διάδοχος παρὰ Ῥωμαίοις.</w:t>
      </w:r>
    </w:p>
    <w:p>
      <w:r>
        <w:rPr>
          <w:rFonts w:ascii="Courier New" w:hAnsi="Courier New"/>
          <w:color w:val="555555"/>
          <w:sz w:val="20"/>
        </w:rPr>
        <w:t>[5]</w:t>
      </w:r>
    </w:p>
    <w:p>
      <w:r>
        <w:rPr>
          <w:rFonts w:ascii="Gentium Plus" w:hAnsi="Gentium Plus"/>
          <w:sz w:val="24"/>
        </w:rPr>
        <w:t>Βίκος. τὸ ἀγγεῖον καὶ τὸ σπέρμα. Βίκτωρ· Βικέντιος. ὀνόματα κύρια. Βιτέλλιος. βασιλεὺς Ῥωμαίων. Βίος. ἡ οὐσία τῶν κτημάτων, καὶ τὸ ζῇν καὶ ἡ ζωὴ, ἢ βιωτὴ προσαγορεύεται. παρὰ τὸ μετὰ</w:t>
      </w:r>
    </w:p>
    <w:p>
      <w:r>
        <w:rPr>
          <w:rFonts w:ascii="Courier New" w:hAnsi="Courier New"/>
          <w:color w:val="555555"/>
          <w:sz w:val="20"/>
        </w:rPr>
        <w:t>[10]</w:t>
      </w:r>
    </w:p>
    <w:p>
      <w:r>
        <w:rPr>
          <w:rFonts w:ascii="Gentium Plus" w:hAnsi="Gentium Plus"/>
          <w:sz w:val="24"/>
        </w:rPr>
        <w:t>βίας καὶ ἀνάγκης ζῇν. καὶ Ὅμηρος· —οἷον θεοὶ ῥεῖα ζώοντες οὐχ οὕτως ἄνθρωποι. ἢ παρὰ τὸ βέω τὸ πορεύομαι. τί γάρ ἐστι βίος ἢ ὁδὸς καὶ πορεία; [τὸ γὰρ βέω κυρίως τὸ πο‐</w:t>
      </w:r>
    </w:p>
    <w:p>
      <w:r>
        <w:rPr>
          <w:rFonts w:ascii="Courier New" w:hAnsi="Courier New"/>
          <w:color w:val="555555"/>
          <w:sz w:val="20"/>
        </w:rPr>
        <w:t>[15]</w:t>
      </w:r>
    </w:p>
    <w:p>
      <w:r>
        <w:rPr>
          <w:rFonts w:ascii="Gentium Plus" w:hAnsi="Gentium Plus"/>
          <w:sz w:val="24"/>
        </w:rPr>
        <w:t>ρεύομαι σημαίνει. ὄφρ’ ἂν ἐγὼ βέω ποτὶ Ἴλιον.] Βιός. τὸ τόξον. παρὰ τὸ τὴν βίαν τῆς τάσεως, ἐπειδὴ μετὰ βίας τείνεται. [ἢ ὅτι οἱ παλαιοὶ τὰ πρὸς τὸν βίον ἐπορίζοντο δι’ αὐτοῦ τὰ πτη‐</w:t>
      </w:r>
    </w:p>
    <w:p>
      <w:r>
        <w:rPr>
          <w:rFonts w:ascii="Courier New" w:hAnsi="Courier New"/>
          <w:color w:val="555555"/>
          <w:sz w:val="20"/>
        </w:rPr>
        <w:t>[20]</w:t>
      </w:r>
    </w:p>
    <w:p>
      <w:r>
        <w:rPr>
          <w:rFonts w:ascii="Gentium Plus" w:hAnsi="Gentium Plus"/>
          <w:sz w:val="24"/>
        </w:rPr>
        <w:t>νὰ τοξεύοντες.] Βιώνης. ὁ τὰ δημόσια ἀγοράζων, ἢ ὁ τὰ τόξα· βιὸς γὰρ τοῦ τόξου ἡ νευρά.</w:t>
      </w:r>
    </w:p>
    <w:p>
      <w:pPr>
        <w:jc w:val="center"/>
      </w:pPr>
      <w:r>
        <w:rPr>
          <w:rFonts w:ascii="Gentium Plus" w:hAnsi="Gentium Plus"/>
          <w:b/>
          <w:sz w:val="24"/>
        </w:rPr>
        <w:t>(Θηλυκόν.)</w:t>
      </w:r>
    </w:p>
    <w:p>
      <w:r>
        <w:rPr>
          <w:rFonts w:ascii="Courier New" w:hAnsi="Courier New"/>
          <w:color w:val="555555"/>
          <w:sz w:val="20"/>
        </w:rPr>
        <w:t>[24]</w:t>
      </w:r>
    </w:p>
    <w:p>
      <w:r>
        <w:rPr>
          <w:rFonts w:ascii="Gentium Plus" w:hAnsi="Gentium Plus"/>
          <w:sz w:val="24"/>
        </w:rPr>
        <w:t>Βία. ἡ ἐκ δυναστείας ἀδικία ἢ ὁρμή· ἢ ῥύμη·</w:t>
      </w:r>
    </w:p>
    <w:p>
      <w:r>
        <w:rPr>
          <w:rFonts w:ascii="Courier New" w:hAnsi="Courier New"/>
          <w:color w:val="555555"/>
          <w:sz w:val="20"/>
        </w:rPr>
        <w:t>[25]</w:t>
      </w:r>
    </w:p>
    <w:p>
      <w:r>
        <w:rPr>
          <w:rFonts w:ascii="Gentium Plus" w:hAnsi="Gentium Plus"/>
          <w:sz w:val="24"/>
        </w:rPr>
        <w:t>ἢ δύναμις. ὁ δὲ τῇ βίᾳ τοῦ σώματος ἐξωθεῖ τὰς πύλας εἰς τὸ ἔσω. Βιαρκέος. τῆς εἰς τὸ ζῇν ἐπαρκούσης. Βιοτή. ἡ ζωή. βιωτὴ δὲ ἡ βιώσιμος ἡμέρα· μέγα. Βισαλτία. πόλις καὶ χώρα Μακεδονίας, ἀπὸ</w:t>
      </w:r>
    </w:p>
    <w:p>
      <w:r>
        <w:rPr>
          <w:rFonts w:ascii="Courier New" w:hAnsi="Courier New"/>
          <w:color w:val="555555"/>
          <w:sz w:val="20"/>
        </w:rPr>
        <w:t>[30]</w:t>
      </w:r>
    </w:p>
    <w:p>
      <w:r>
        <w:rPr>
          <w:rFonts w:ascii="Gentium Plus" w:hAnsi="Gentium Plus"/>
          <w:sz w:val="24"/>
        </w:rPr>
        <w:t>Βισάλτου τοῦ Ἡλίου καὶ Γῆς. περὶ ταύτην οἱ</w:t>
      </w:r>
    </w:p>
    <w:p>
      <w:r>
        <w:rPr>
          <w:rFonts w:ascii="Courier New" w:hAnsi="Courier New"/>
          <w:color w:val="555555"/>
          <w:sz w:val="20"/>
        </w:rPr>
        <w:t>[beta 389]</w:t>
      </w:r>
    </w:p>
    <w:p>
      <w:r>
        <w:rPr>
          <w:rFonts w:ascii="Gentium Plus" w:hAnsi="Gentium Plus"/>
          <w:sz w:val="24"/>
        </w:rPr>
        <w:t>λαγωοὶ πάντες ἁλίσκονται δύο ἥπατα ἔχοντες. ὁ πολίτης Βισάλτιος. Βιστωνίος. φόρμιγγος. ἀπὸ Βίστωνος τερψιχό‐ ρου. φόρμιγξ γὰρ ἡ κιθάρα.</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Βιβλίον. ἡ ἐπιστολὴ, ἡ γνῶσις αὐτὴ καὶ ἄληστος μνήμη. *καὶ ὁ Δαβίδ·* ἐπὶ τῷ βιβλίῳ σοῦ πάντες γραφήσονται. [βιβλίον διὰ τοῦ ι ἀττι‐ κῶς· διὰ δὲ τοῦ υ ἰακῶς.]</w:t>
      </w:r>
    </w:p>
    <w:p>
      <w:r>
        <w:rPr>
          <w:rFonts w:ascii="Courier New" w:hAnsi="Courier New"/>
          <w:color w:val="555555"/>
          <w:sz w:val="20"/>
        </w:rPr>
        <w:t>[10]</w:t>
      </w:r>
    </w:p>
    <w:p>
      <w:r>
        <w:rPr>
          <w:rFonts w:ascii="Gentium Plus" w:hAnsi="Gentium Plus"/>
          <w:sz w:val="24"/>
        </w:rPr>
        <w:t>Βιζακίων. μικρῶν λίθων. Βίολα. πέδιλα, ὑποδήματα. Βίῤῥον. ἱμάτιον ῥωμαϊκόν. Βιστάκια. τὰ πιστάκια. Βίσεξτον. ἐπινέμησις τετραετίας.</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Βιβάντα. διαβαίνοντα. Βιβῶντες. βαίνοντες. [ἀπὸ τοῦ βιβάω βιβῶ, δευτέρας συζυγίας, βιβάοντα βιβῶντα.] Βιβάζει. ὀχεύει, συζευγνύει.</w:t>
      </w:r>
    </w:p>
    <w:p>
      <w:r>
        <w:rPr>
          <w:rFonts w:ascii="Courier New" w:hAnsi="Courier New"/>
          <w:color w:val="555555"/>
          <w:sz w:val="20"/>
        </w:rPr>
        <w:t>[20]</w:t>
      </w:r>
    </w:p>
    <w:p>
      <w:r>
        <w:rPr>
          <w:rFonts w:ascii="Gentium Plus" w:hAnsi="Gentium Plus"/>
          <w:sz w:val="24"/>
        </w:rPr>
        <w:t>Βίβημι. τὸ βαίνω. Βιβήξαντες. ἐπιβιβάσαντες. Βιμβικίζεται. παρακρούεται. Βινῶ. τὸ συνουσιάζω. ὅτι οἱ κομίζοντες ἤδη τὴν ἡλικίαν, ἀρχὰς ἔχουσι τοῦ βίου. [ἄλλοι δὲ</w:t>
      </w:r>
    </w:p>
    <w:p>
      <w:r>
        <w:rPr>
          <w:rFonts w:ascii="Courier New" w:hAnsi="Courier New"/>
          <w:color w:val="555555"/>
          <w:sz w:val="20"/>
        </w:rPr>
        <w:t>[25]</w:t>
      </w:r>
    </w:p>
    <w:p>
      <w:r>
        <w:rPr>
          <w:rFonts w:ascii="Gentium Plus" w:hAnsi="Gentium Plus"/>
          <w:sz w:val="24"/>
        </w:rPr>
        <w:t>παρὰ τὸ βύειν λέγουσι, κατὰ τροπὴν τοῦ υ εἰς ι.] Βιοῦται. ἀντὶ τοῦ ζῇ ἢ ζήσεται. οὕτως Ἡρόδο‐ τος. Βιώτω. ζησάτω. [βίωμι, ἐβίων, βιοὺς, βιοῦν‐</w:t>
      </w:r>
    </w:p>
    <w:p>
      <w:r>
        <w:rPr>
          <w:rFonts w:ascii="Courier New" w:hAnsi="Courier New"/>
          <w:color w:val="555555"/>
          <w:sz w:val="20"/>
        </w:rPr>
        <w:t>[30]</w:t>
      </w:r>
    </w:p>
    <w:p>
      <w:r>
        <w:rPr>
          <w:rFonts w:ascii="Gentium Plus" w:hAnsi="Gentium Plus"/>
          <w:sz w:val="24"/>
        </w:rPr>
        <w:t>τος, τὸ παρατατικὸν βίωθι, βιώτω.]</w:t>
      </w:r>
    </w:p>
    <w:p>
      <w:r>
        <w:rPr>
          <w:rFonts w:ascii="Courier New" w:hAnsi="Courier New"/>
          <w:color w:val="555555"/>
          <w:sz w:val="20"/>
        </w:rPr>
        <w:t>[beta 390]</w:t>
      </w:r>
    </w:p>
    <w:p>
      <w:r>
        <w:rPr>
          <w:rFonts w:ascii="Gentium Plus" w:hAnsi="Gentium Plus"/>
          <w:sz w:val="24"/>
        </w:rPr>
        <w:t>Βιώατο. βιάω, βιῶ, βιάομαι, [βιῶμαι,] βιαοί‐ μην, βιώμην, βιάοιο, βιῶο, βιάοιτο, βιῶτο, καὶ πλεονασμῷ τοῦ α βιώατο. Βιῴην. ἔχει τὸ ι. βίωμι, ἐβίων ὁ δεύτερος ἀόρι‐</w:t>
      </w:r>
    </w:p>
    <w:p>
      <w:r>
        <w:rPr>
          <w:rFonts w:ascii="Courier New" w:hAnsi="Courier New"/>
          <w:color w:val="555555"/>
          <w:sz w:val="20"/>
        </w:rPr>
        <w:t>[5]</w:t>
      </w:r>
    </w:p>
    <w:p>
      <w:r>
        <w:rPr>
          <w:rFonts w:ascii="Gentium Plus" w:hAnsi="Gentium Plus"/>
          <w:sz w:val="24"/>
        </w:rPr>
        <w:t>στος, βιοὺς βιοῦντος, τὸ εὐκτικὸν βιοίην, βιοίης, βιοίη, καὶ κατ’ ἔκτασιν τοῦ ο εἰς ω βιῴην. ὥσπερ τὸ δοὺς δόντος, δοίην, καὶ κατ’ ἔκτασιν δῴην. Βιῶναι. ζῆσαι. βίωμι, ὁ δεύτερος ἀόριστος</w:t>
      </w:r>
    </w:p>
    <w:p>
      <w:r>
        <w:rPr>
          <w:rFonts w:ascii="Courier New" w:hAnsi="Courier New"/>
          <w:color w:val="555555"/>
          <w:sz w:val="20"/>
        </w:rPr>
        <w:t>[10]</w:t>
      </w:r>
    </w:p>
    <w:p>
      <w:r>
        <w:rPr>
          <w:rFonts w:ascii="Gentium Plus" w:hAnsi="Gentium Plus"/>
          <w:sz w:val="24"/>
        </w:rPr>
        <w:t>ἐβίων, βεβίωμεν τὸ παθητικὸν, καὶ ἡ μετοχὴ βιῶναι. Βιῶνται. μετὰ βίας εἰσελεύσονται. ὅτι βιῶνται διὰ τοῦ πτώματος τοῦ τείχους.</w:t>
      </w:r>
    </w:p>
    <w:p>
      <w:pPr>
        <w:jc w:val="center"/>
      </w:pPr>
      <w:r>
        <w:rPr>
          <w:rFonts w:ascii="Gentium Plus" w:hAnsi="Gentium Plus"/>
          <w:b/>
          <w:sz w:val="24"/>
        </w:rPr>
        <w:t>Τὸ Β μετὰ τοῦ Λ.</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Βλάξ. μωρὸς, μὴ εἰδὼς τὰ πράγματα διακρῖναι, ἐκλελυμένος, μαλακὸς, εὐήθης, ἀνόητος, βρα‐ δύς. Ἀριστοφάνης· βλάκες φιλεργοί.</w:t>
      </w:r>
    </w:p>
    <w:p>
      <w:r>
        <w:rPr>
          <w:rFonts w:ascii="Courier New" w:hAnsi="Courier New"/>
          <w:color w:val="555555"/>
          <w:sz w:val="20"/>
        </w:rPr>
        <w:t>[20]</w:t>
      </w:r>
    </w:p>
    <w:p>
      <w:r>
        <w:rPr>
          <w:rFonts w:ascii="Gentium Plus" w:hAnsi="Gentium Plus"/>
          <w:sz w:val="24"/>
        </w:rPr>
        <w:t>εἴρηται δὲ ἀπὸ τοῦ μαλακὸς, καὶ τὸ ὑποκορι‐ στικὸν μάλαξ, ὡς βωμολόχος βώμαξ, πλού‐ σιος πλούταξ· μάλαξ οὖν καὶ κατὰ συγκοπὴν καὶ τροπὴν βλάξ. καὶ βλακεύειν τὸ βραδύνειν. οἱ λέγοντες δὲ βλάκα τὸν ἀλαζόνα, σφάλλουσι.</w:t>
      </w:r>
    </w:p>
    <w:p>
      <w:r>
        <w:rPr>
          <w:rFonts w:ascii="Courier New" w:hAnsi="Courier New"/>
          <w:color w:val="555555"/>
          <w:sz w:val="20"/>
        </w:rPr>
        <w:t>[25]</w:t>
      </w:r>
    </w:p>
    <w:p>
      <w:r>
        <w:rPr>
          <w:rFonts w:ascii="Gentium Plus" w:hAnsi="Gentium Plus"/>
          <w:sz w:val="24"/>
        </w:rPr>
        <w:t>Βλαστός. παρὰ τὸ βλώσκειν τὸ αὔξειν. Βλαισός. παραλυτικὸς, στρεβλόπους, ὁ τοὺς πό‐ δας ἐπὶ τὰ ἔξω διεστραμμένος καὶ τῷ λ στοι‐ χείῳ ἐοικώς. διὰ τοῦτο καὶ Λάβδα ἐκαλεῖτο ἡ</w:t>
      </w:r>
    </w:p>
    <w:p>
      <w:r>
        <w:rPr>
          <w:rFonts w:ascii="Courier New" w:hAnsi="Courier New"/>
          <w:color w:val="555555"/>
          <w:sz w:val="20"/>
        </w:rPr>
        <w:t>[beta 391]</w:t>
      </w:r>
    </w:p>
    <w:p>
      <w:r>
        <w:rPr>
          <w:rFonts w:ascii="Gentium Plus" w:hAnsi="Gentium Plus"/>
          <w:sz w:val="24"/>
        </w:rPr>
        <w:t>μένος τὸ ἶσον τῶν ποδῶν. τὸ ἐναντίον γοῦν ὁ ἐπὶ τὰ ἔσω ἔχων τοὺς πόδας καλεῖται ῥαιβὸς, παρὰ τὸ διεφθαρμένον τὸ ἔσω τῆς βάσεως.] Βλέμμυες. ἔθνος βαρβαρικόν.</w:t>
      </w:r>
    </w:p>
    <w:p>
      <w:r>
        <w:rPr>
          <w:rFonts w:ascii="Courier New" w:hAnsi="Courier New"/>
          <w:color w:val="555555"/>
          <w:sz w:val="20"/>
        </w:rPr>
        <w:t>[5]</w:t>
      </w:r>
    </w:p>
    <w:p>
      <w:r>
        <w:rPr>
          <w:rFonts w:ascii="Gentium Plus" w:hAnsi="Gentium Plus"/>
          <w:sz w:val="24"/>
        </w:rPr>
        <w:t>Βλήδας. ὄνομα Σκύθου. Βλῆνος. ὁ τύραννος. βλῖνος δὲ, ὁ ἰχθὺς, ι. Βληχώδης. πρόβασι τὸν νοῦν ὅμοιος. μωρὸς δὲ ποιμὴν καὶ τὰ πάντα βληχώδης πέμπειν ἔμελλε.</w:t>
      </w:r>
    </w:p>
    <w:p>
      <w:r>
        <w:rPr>
          <w:rFonts w:ascii="Courier New" w:hAnsi="Courier New"/>
          <w:color w:val="555555"/>
          <w:sz w:val="20"/>
        </w:rPr>
        <w:t>[10]</w:t>
      </w:r>
    </w:p>
    <w:p>
      <w:r>
        <w:rPr>
          <w:rFonts w:ascii="Gentium Plus" w:hAnsi="Gentium Plus"/>
          <w:sz w:val="24"/>
        </w:rPr>
        <w:t>Βλήχων. εἶδος βοτάνης. λέγεται καὶ ὁ γλήχων. Βληχρός. ὁ ἀσθενής. παρὰ τὸ τὴν βληχὴν [τῶν προβάτων τὴν φωνὴν οὐδὲν οὖσαν. βλη‐ χρὸν οὖν καὶ ἄβληχρον τοῦ αὐτοῦ σημαντικὸν ὀνόματος, ὡς στάχυς, ἄσταχυς. εἰρῆσθαι δὲ τὴν</w:t>
      </w:r>
    </w:p>
    <w:p>
      <w:r>
        <w:rPr>
          <w:rFonts w:ascii="Courier New" w:hAnsi="Courier New"/>
          <w:color w:val="555555"/>
          <w:sz w:val="20"/>
        </w:rPr>
        <w:t>[15]</w:t>
      </w:r>
    </w:p>
    <w:p>
      <w:r>
        <w:rPr>
          <w:rFonts w:ascii="Gentium Plus" w:hAnsi="Gentium Plus"/>
          <w:sz w:val="24"/>
        </w:rPr>
        <w:t>λέξιν ἐπὶ μὲν τοῦ ἀσθενοῦς ἀπὸ τοῦ βέβληται. βληχρὸς καὶ ὁ καταβεβλημένος καὶ πεπτωκώς· ἀπὸ τῶν παλαιόντων. ὁ δὲ Πίνδαρος ἐπὶ τοῦ ἰσχυροῦ λέγει αὐτὸ, ἀπὸ τοῦ βέβληκα, ὁ κα‐ ταβάλλων.]</w:t>
      </w:r>
    </w:p>
    <w:p>
      <w:r>
        <w:rPr>
          <w:rFonts w:ascii="Courier New" w:hAnsi="Courier New"/>
          <w:color w:val="555555"/>
          <w:sz w:val="20"/>
        </w:rPr>
        <w:t>[20]</w:t>
      </w:r>
    </w:p>
    <w:p>
      <w:r>
        <w:rPr>
          <w:rFonts w:ascii="Gentium Plus" w:hAnsi="Gentium Plus"/>
          <w:sz w:val="24"/>
        </w:rPr>
        <w:t>†Βλῶρος. ὁ διάλευκος.† Βλάσφημος. ὁ εἰς θεὸν ἐξυβρίζων. οἱ δὲ ἐβλασ‐ φήμουν αὐτὸν ὡς κακίας ἐπὶ τρισὶν ἀνδράσι τὰ πάντα θέμενον. Βλεπεδαίμων. ὁ διεστραμμένος τὰς ὄψεις ὑπὸ</w:t>
      </w:r>
    </w:p>
    <w:p>
      <w:r>
        <w:rPr>
          <w:rFonts w:ascii="Courier New" w:hAnsi="Courier New"/>
          <w:color w:val="555555"/>
          <w:sz w:val="20"/>
        </w:rPr>
        <w:t>[25]</w:t>
      </w:r>
    </w:p>
    <w:p>
      <w:r>
        <w:rPr>
          <w:rFonts w:ascii="Gentium Plus" w:hAnsi="Gentium Plus"/>
          <w:sz w:val="24"/>
        </w:rPr>
        <w:t>δαίμονος. Βλίκαρος. ὁ βάτραχος. Βλιττομάμας. ὁ μωρός· καὶ γὰρ τὸ βλίττον μωρόν ἐστι λάχανον.</w:t>
      </w:r>
    </w:p>
    <w:p>
      <w:r>
        <w:rPr>
          <w:rFonts w:ascii="Courier New" w:hAnsi="Courier New"/>
          <w:color w:val="555555"/>
          <w:sz w:val="20"/>
        </w:rPr>
        <w:t>[beta 392]</w:t>
      </w:r>
    </w:p>
    <w:p>
      <w:r>
        <w:rPr>
          <w:rFonts w:ascii="Gentium Plus" w:hAnsi="Gentium Plus"/>
          <w:sz w:val="24"/>
        </w:rPr>
        <w:t>Βλωμός. κλάσμα ἄρτου. ἀπὸ τοῦ ψωμὸς, τοῦ ψ εἰς β τραπέντος. ἢ παρὰ τὸ φλωμὸς, ὅ ἐστι κλάσμα τοῦ ἄρτου, καὶ κατὰ τροπὴν βλωμός. [ἢ παρὰ τὸ βρῶ τὸ ἐσθίω βρωμὸς καὶ βλω‐</w:t>
      </w:r>
    </w:p>
    <w:p>
      <w:r>
        <w:rPr>
          <w:rFonts w:ascii="Courier New" w:hAnsi="Courier New"/>
          <w:color w:val="555555"/>
          <w:sz w:val="20"/>
        </w:rPr>
        <w:t>[5]</w:t>
      </w:r>
    </w:p>
    <w:p>
      <w:r>
        <w:rPr>
          <w:rFonts w:ascii="Gentium Plus" w:hAnsi="Gentium Plus"/>
          <w:sz w:val="24"/>
        </w:rPr>
        <w:t>μός· ὡς καὶ παρὰ τὸ βῶ βωμός. οἱ δὲ παρὰ τὸ βάλλειν εἰς τὸ στόμα. Ἡσίοδος· ὀκτά‐ βλωμον.] Βλοστρισμός. ἡ ἀπορία. παρὰ Γαληνῷ. [γρά‐ φει καὶ ὁ Ψελλός· Ἐκχύμωμα παρέκχυσιν,</w:t>
      </w:r>
    </w:p>
    <w:p>
      <w:r>
        <w:rPr>
          <w:rFonts w:ascii="Courier New" w:hAnsi="Courier New"/>
          <w:color w:val="555555"/>
          <w:sz w:val="20"/>
        </w:rPr>
        <w:t>[10]</w:t>
      </w:r>
    </w:p>
    <w:p>
      <w:r>
        <w:rPr>
          <w:rFonts w:ascii="Gentium Plus" w:hAnsi="Gentium Plus"/>
          <w:sz w:val="24"/>
        </w:rPr>
        <w:t>τὴν ἐφελκύδα μύκην· Ὑπέρινος κατάξηρος, βλο‐ στρισμὸν ἀπορίαν· Ἔκφυμα τὸ ἐξάνθημα, τὸ βλάπτεσθαι γυιοῦσθαι.]</w:t>
      </w:r>
    </w:p>
    <w:p>
      <w:pPr>
        <w:jc w:val="center"/>
      </w:pPr>
      <w:r>
        <w:rPr>
          <w:rFonts w:ascii="Gentium Plus" w:hAnsi="Gentium Plus"/>
          <w:b/>
          <w:sz w:val="24"/>
        </w:rPr>
        <w:t>(Θηλυκόν.)</w:t>
      </w:r>
    </w:p>
    <w:p>
      <w:r>
        <w:rPr>
          <w:rFonts w:ascii="Courier New" w:hAnsi="Courier New"/>
          <w:color w:val="555555"/>
          <w:sz w:val="20"/>
        </w:rPr>
        <w:t>[14]</w:t>
      </w:r>
    </w:p>
    <w:p>
      <w:r>
        <w:rPr>
          <w:rFonts w:ascii="Gentium Plus" w:hAnsi="Gentium Plus"/>
          <w:sz w:val="24"/>
        </w:rPr>
        <w:t>Βλάβη. ἡ εἰς ψυχὴν ἐλάττωσις καὶ ἡ ἁμαρτία.</w:t>
      </w:r>
    </w:p>
    <w:p>
      <w:r>
        <w:rPr>
          <w:rFonts w:ascii="Courier New" w:hAnsi="Courier New"/>
          <w:color w:val="555555"/>
          <w:sz w:val="20"/>
        </w:rPr>
        <w:t>[15]</w:t>
      </w:r>
    </w:p>
    <w:p>
      <w:r>
        <w:rPr>
          <w:rFonts w:ascii="Gentium Plus" w:hAnsi="Gentium Plus"/>
          <w:sz w:val="24"/>
        </w:rPr>
        <w:t>ἀπὸ τοῦ βλάβω βλάβη. [Ὅμηρος· βλάβεται δὲ γούνατα. ὅθεν καὶ βλάβος. εἰ γὰρ ἦν ἀπὸ τοῦ βλάπτω, ὤφειλεν εἶναι βλάφη, ὡς σκάπτω, σκάφη.] Βλακεία. ἔκλυσις, μωρία, χαυνότης, μαλακότης,</w:t>
      </w:r>
    </w:p>
    <w:p>
      <w:r>
        <w:rPr>
          <w:rFonts w:ascii="Courier New" w:hAnsi="Courier New"/>
          <w:color w:val="555555"/>
          <w:sz w:val="20"/>
        </w:rPr>
        <w:t>[20]</w:t>
      </w:r>
    </w:p>
    <w:p>
      <w:r>
        <w:rPr>
          <w:rFonts w:ascii="Gentium Plus" w:hAnsi="Gentium Plus"/>
          <w:sz w:val="24"/>
        </w:rPr>
        <w:t>ῥαστώνη. οὐ γὰρ στρατηγῶν βλακείαις τὰ πράγματα ἐπέτρεψε. Βλασφημία. ἡ εἰς θεὸν ὕβρις. λέγεται δὲ καὶ ἡ κατὰ ἀνευθύνων γενομένη μέμψις. [παρὰ τὸ φήμη καὶ τὸ βάλλω, ἡ ταῖς φήμαις βάλλουσα.]</w:t>
      </w:r>
    </w:p>
    <w:p>
      <w:r>
        <w:rPr>
          <w:rFonts w:ascii="Courier New" w:hAnsi="Courier New"/>
          <w:color w:val="555555"/>
          <w:sz w:val="20"/>
        </w:rPr>
        <w:t>[25]</w:t>
      </w:r>
    </w:p>
    <w:p>
      <w:r>
        <w:rPr>
          <w:rFonts w:ascii="Gentium Plus" w:hAnsi="Gentium Plus"/>
          <w:sz w:val="24"/>
        </w:rPr>
        <w:t>Βλάστη. τὸ βλάστημα. Βλαύτη. εἶδος ὑποδήματος. σπεύδειν ἀπὸ ῥυτῆ‐ ρος τουτέστιν ἀπὸ βλαύτης. καὶ βλαυτία τὰ ὑπὸ τοὺς πόδας σανδάλια. Βληχή. ἡ τῶν προβάτων φωνή.</w:t>
      </w:r>
    </w:p>
    <w:p>
      <w:r>
        <w:rPr>
          <w:rFonts w:ascii="Courier New" w:hAnsi="Courier New"/>
          <w:color w:val="555555"/>
          <w:sz w:val="20"/>
        </w:rPr>
        <w:t>[30]</w:t>
      </w:r>
    </w:p>
    <w:p>
      <w:r>
        <w:rPr>
          <w:rFonts w:ascii="Gentium Plus" w:hAnsi="Gentium Plus"/>
          <w:sz w:val="24"/>
        </w:rPr>
        <w:t>[Βλήχων. ἡ γλήχων. ἔστι δὲ εἶδος βοτάνης.]</w:t>
      </w:r>
    </w:p>
    <w:p>
      <w:r>
        <w:rPr>
          <w:rFonts w:ascii="Courier New" w:hAnsi="Courier New"/>
          <w:color w:val="555555"/>
          <w:sz w:val="20"/>
        </w:rPr>
        <w:t>[beta 393]</w:t>
      </w:r>
    </w:p>
    <w:p>
      <w:r>
        <w:rPr>
          <w:rFonts w:ascii="Gentium Plus" w:hAnsi="Gentium Plus"/>
          <w:sz w:val="24"/>
        </w:rPr>
        <w:t>Βληχρά. ἀσθενής. Βλιτάδας. οἱ παλαιοὶ τὰς γυναῖκας ἀσθενεῖς ἔλεγον. Βλοσσυρῶπις. καταπληκτική.</w:t>
      </w:r>
    </w:p>
    <w:p>
      <w:r>
        <w:rPr>
          <w:rFonts w:ascii="Courier New" w:hAnsi="Courier New"/>
          <w:color w:val="555555"/>
          <w:sz w:val="20"/>
        </w:rPr>
        <w:t>[5]</w:t>
      </w:r>
    </w:p>
    <w:p>
      <w:r>
        <w:rPr>
          <w:rFonts w:ascii="Gentium Plus" w:hAnsi="Gentium Plus"/>
          <w:sz w:val="24"/>
        </w:rPr>
        <w:t>Βλῶσις. παρουσία. Βλωθρή. χλωρὰ, ἁπαλή. ———ταύτας ἁρμόσῃ βλωθρᾶς, Θηρίμαχε, πλατάνου. βλωθρὴ καὶ ἡ μακρὰ καὶ ἡ μεγάλη. [ἡ εἰς τὸν</w:t>
      </w:r>
    </w:p>
    <w:p>
      <w:r>
        <w:rPr>
          <w:rFonts w:ascii="Courier New" w:hAnsi="Courier New"/>
          <w:color w:val="555555"/>
          <w:sz w:val="20"/>
        </w:rPr>
        <w:t>[10]</w:t>
      </w:r>
    </w:p>
    <w:p>
      <w:r>
        <w:rPr>
          <w:rFonts w:ascii="Gentium Plus" w:hAnsi="Gentium Plus"/>
          <w:sz w:val="24"/>
        </w:rPr>
        <w:t>αἰθέρα μολίσκουσα, μολαιθέρη τὶς οὖσα καὶ κατὰ συγκοπὴν καὶ τροπὴν τοῦ μ εἰς τὸ β καὶ ἐκτάσει τοῦ ο εἰς ω, βλωθρή. ἢ παρὰ τὸ μο‐ λεῖν καὶ τὸ θορεῖν, ἡ θοροῦσα ταχέως.]</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Βλαύρια. σανδάλια. Βλάβος. ἡ βλάβη καὶ τὸ ἁμάρτημα. Βλέπος. τὸ βλέμμα. Βλέφαρον. τοῦ βλέποντος φάρος. ἢ παρὰ τὸ ἐν τῷ βλέπειν αἴρεσθαι.</w:t>
      </w:r>
    </w:p>
    <w:p>
      <w:r>
        <w:rPr>
          <w:rFonts w:ascii="Courier New" w:hAnsi="Courier New"/>
          <w:color w:val="555555"/>
          <w:sz w:val="20"/>
        </w:rPr>
        <w:t>[20]</w:t>
      </w:r>
    </w:p>
    <w:p>
      <w:r>
        <w:rPr>
          <w:rFonts w:ascii="Gentium Plus" w:hAnsi="Gentium Plus"/>
          <w:sz w:val="24"/>
        </w:rPr>
        <w:t>[Βληχρόν. τὸ ἀσθενές. οὕτως Ὅμηρος καὶ Ἀλ‐ καῖος. Πίνδαρος δὲ ἰσχυρὸν αὐτὸ λέγει.] Βληρόν. τὸ δέλεαρ. Βλῆτρον. τὸ σύμβαλμα. Βλήτροισι. τοῖς βεβλημένοις, τοῖς κεκολλημέ‐</w:t>
      </w:r>
    </w:p>
    <w:p>
      <w:r>
        <w:rPr>
          <w:rFonts w:ascii="Courier New" w:hAnsi="Courier New"/>
          <w:color w:val="555555"/>
          <w:sz w:val="20"/>
        </w:rPr>
        <w:t>[25]</w:t>
      </w:r>
    </w:p>
    <w:p>
      <w:r>
        <w:rPr>
          <w:rFonts w:ascii="Gentium Plus" w:hAnsi="Gentium Plus"/>
          <w:sz w:val="24"/>
        </w:rPr>
        <w:t>νοις. βλῶ, βλήσω, βλῆτρον. Βλίαρ. φύλλον συκῆς. Βλίφυλλον. σύκινον. Βλίτηρι. ὄργανον μουσικὸν φησὶν Ἰόβας. σκίν‐</w:t>
      </w:r>
    </w:p>
    <w:p>
      <w:r>
        <w:rPr>
          <w:rFonts w:ascii="Courier New" w:hAnsi="Courier New"/>
          <w:color w:val="555555"/>
          <w:sz w:val="20"/>
        </w:rPr>
        <w:t>[beta 394]</w:t>
      </w:r>
    </w:p>
    <w:p>
      <w:r>
        <w:rPr>
          <w:rFonts w:ascii="Gentium Plus" w:hAnsi="Gentium Plus"/>
          <w:sz w:val="24"/>
        </w:rPr>
        <w:t>Βλύδιον. ὑγρόν. [Βλωθρά. χλωρά· ἁπαλά· ἢ μακρὰ καὶ μεγάλα.] Βλίτον. εἶδος λαχάνου. τινὲς βλίττον γράφουσι. Βλακεύεται. μαλακίζεται. [Ξενοφῶν· εἴτις</w:t>
      </w:r>
    </w:p>
    <w:p>
      <w:r>
        <w:rPr>
          <w:rFonts w:ascii="Courier New" w:hAnsi="Courier New"/>
          <w:color w:val="555555"/>
          <w:sz w:val="20"/>
        </w:rPr>
        <w:t>[5]</w:t>
      </w:r>
    </w:p>
    <w:p>
      <w:r>
        <w:rPr>
          <w:rFonts w:ascii="Gentium Plus" w:hAnsi="Gentium Plus"/>
          <w:sz w:val="24"/>
        </w:rPr>
        <w:t>αὐτῷ δοκοίη τῶν πρὸς τοῦτο τεταγμένων βλα‐ κεύειν.] Βλάπτω. βρῶ τὸ ἐσθίω· τοῦτο γίνεται βλῶ κατὰ τροπὴν τοῦ ρ εἰς λ, καὶ κατὰ παραγω‐ γὴν βλάπτω, ἀπὸ μεταφορᾶς τῶν ἐσθιομένων</w:t>
      </w:r>
    </w:p>
    <w:p>
      <w:r>
        <w:rPr>
          <w:rFonts w:ascii="Courier New" w:hAnsi="Courier New"/>
          <w:color w:val="555555"/>
          <w:sz w:val="20"/>
        </w:rPr>
        <w:t>[10]</w:t>
      </w:r>
    </w:p>
    <w:p>
      <w:r>
        <w:rPr>
          <w:rFonts w:ascii="Gentium Plus" w:hAnsi="Gentium Plus"/>
          <w:sz w:val="24"/>
        </w:rPr>
        <w:t>καὶ μηκέτι ὑγιῶν ὄντων. Βλεμμεαίνων. γαυριῶν· ἐπαιρόμενος· [ἢ μαρ‐ γαίνων καὶ ἐνθουσιῶν. παρὰ τὸ βρέμω βρεμαί‐ νω, τροπῇ τοῦ ρ εἰς λ καὶ πλεονασμῷ τοῦ ε.] [Βλείμην, βλεῖο. εὐκτικόν.]</w:t>
      </w:r>
    </w:p>
    <w:p>
      <w:r>
        <w:rPr>
          <w:rFonts w:ascii="Courier New" w:hAnsi="Courier New"/>
          <w:color w:val="555555"/>
          <w:sz w:val="20"/>
        </w:rPr>
        <w:t>[15]</w:t>
      </w:r>
    </w:p>
    <w:p>
      <w:r>
        <w:rPr>
          <w:rFonts w:ascii="Gentium Plus" w:hAnsi="Gentium Plus"/>
          <w:sz w:val="24"/>
        </w:rPr>
        <w:t>Βλήμενος. ὥσπερ καὶ τὸ οὐτάσμενος ἀναδρομὴν ἔπαθε τοῦ τόνου, οὕτω καὶ τὸ βλήμενος, ἐκ τοῦ βεβλημένος κατὰ συγκοπήν. Βλίσαι. βαστάσαι. Βλίττειν. τὸ ἀφαιρεῖν τὸ μέλι ἀπὸ τῶν κηρίων.</w:t>
      </w:r>
    </w:p>
    <w:p>
      <w:r>
        <w:rPr>
          <w:rFonts w:ascii="Courier New" w:hAnsi="Courier New"/>
          <w:color w:val="555555"/>
          <w:sz w:val="20"/>
        </w:rPr>
        <w:t>[20]</w:t>
      </w:r>
    </w:p>
    <w:p>
      <w:r>
        <w:rPr>
          <w:rFonts w:ascii="Gentium Plus" w:hAnsi="Gentium Plus"/>
          <w:sz w:val="24"/>
        </w:rPr>
        <w:t>Βλιμάζειν. ἀποστάζειν τοῦ μέλιτος. ἔστι δὲ καὶ τὸ ψηλαφᾷν. [ὥς φησι Κράτης· ὡς μαλακὸν καὶ τέρεν τὸ χρωτίδιον, ὦ θεοὶ, καὶ ἐβλίμαζον αὐτήν. κυρίως δὲ βλιμάζειν τὸ τοῦ ὑπογαστρικοῦ καὶ</w:t>
      </w:r>
    </w:p>
    <w:p>
      <w:r>
        <w:rPr>
          <w:rFonts w:ascii="Courier New" w:hAnsi="Courier New"/>
          <w:color w:val="555555"/>
          <w:sz w:val="20"/>
        </w:rPr>
        <w:t>[25]</w:t>
      </w:r>
    </w:p>
    <w:p>
      <w:r>
        <w:rPr>
          <w:rFonts w:ascii="Gentium Plus" w:hAnsi="Gentium Plus"/>
          <w:sz w:val="24"/>
        </w:rPr>
        <w:t>τοῦ στήθους ἅπτεσθαι, ὅπερ ποιοῦσιν οἱ τὰς ὄρνιθας ὠνούμενοι.] Βλιμάττομεν. ψηλαφῶμεν, ἐπιθυμοῦμεν. Βλῆσθαι. ἀπὸ τοῦ βλῶ, βλήσω, βέβληκα, βέ‐</w:t>
      </w:r>
    </w:p>
    <w:p>
      <w:r>
        <w:rPr>
          <w:rFonts w:ascii="Courier New" w:hAnsi="Courier New"/>
          <w:color w:val="555555"/>
          <w:sz w:val="20"/>
        </w:rPr>
        <w:t>[beta 395]</w:t>
      </w:r>
    </w:p>
    <w:p>
      <w:r>
        <w:rPr>
          <w:rFonts w:ascii="Gentium Plus" w:hAnsi="Gentium Plus"/>
          <w:sz w:val="24"/>
        </w:rPr>
        <w:t>Βλώσκω. τὸ αὔξω. παρὰ τὸ μολῶ γίνεται πα‐ ράγωγον μολίσκω, [ὡς γελῶ γελίσκω, καὶ γα‐ μῶ γαμίσκω, καὶ μεταθέσει τοῦ μ εἰς τὸ β βολίσκω, καὶ ἐν ὑπερθέσει βλοίσκω, καὶ κατὰ</w:t>
      </w:r>
    </w:p>
    <w:p>
      <w:r>
        <w:rPr>
          <w:rFonts w:ascii="Courier New" w:hAnsi="Courier New"/>
          <w:color w:val="555555"/>
          <w:sz w:val="20"/>
        </w:rPr>
        <w:t>[5]</w:t>
      </w:r>
    </w:p>
    <w:p>
      <w:r>
        <w:rPr>
          <w:rFonts w:ascii="Gentium Plus" w:hAnsi="Gentium Plus"/>
          <w:sz w:val="24"/>
        </w:rPr>
        <w:t>συγκοπὴν καὶ ἐκτάσει τοῦ ο εἰς ω βλώσκω. Ἰστέον, ὅτι τὰ ἀπὸ μὲν τῆς πρώτης συζυγίας παραγόμενα διὰ τοῦ ισκω γίνονται, οἷον τελί‐ σκω· τὰ δὲ ἀπὸ τοῦ ω διὰ τοῦ ασκω, οἷον γελάσκω.]</w:t>
      </w:r>
    </w:p>
    <w:p>
      <w:r>
        <w:rPr>
          <w:rFonts w:ascii="Courier New" w:hAnsi="Courier New"/>
          <w:color w:val="555555"/>
          <w:sz w:val="20"/>
        </w:rPr>
        <w:t>[10]</w:t>
      </w:r>
    </w:p>
    <w:p>
      <w:r>
        <w:rPr>
          <w:rFonts w:ascii="Gentium Plus" w:hAnsi="Gentium Plus"/>
          <w:sz w:val="24"/>
        </w:rPr>
        <w:t>Βλέπετε. ἐπισκέψασθε, προσέχετε. ἀποστολικὴ ἡ λέξις· βλέπετε τὴν κλῆσιν ὑμῶν, ἀδελφοί—. Βλιμαίνειν. τὸ στριγᾷν.</w:t>
      </w:r>
    </w:p>
    <w:p>
      <w:pPr>
        <w:jc w:val="center"/>
      </w:pPr>
      <w:r>
        <w:rPr>
          <w:rFonts w:ascii="Gentium Plus" w:hAnsi="Gentium Plus"/>
          <w:b/>
          <w:sz w:val="24"/>
        </w:rPr>
        <w:t>(Ἐπίῤῥημα.)</w:t>
      </w:r>
    </w:p>
    <w:p>
      <w:r>
        <w:rPr>
          <w:rFonts w:ascii="Courier New" w:hAnsi="Courier New"/>
          <w:color w:val="555555"/>
          <w:sz w:val="20"/>
        </w:rPr>
        <w:t>[14]</w:t>
      </w:r>
    </w:p>
    <w:p>
      <w:r>
        <w:rPr>
          <w:rFonts w:ascii="Gentium Plus" w:hAnsi="Gentium Plus"/>
          <w:sz w:val="24"/>
        </w:rPr>
        <w:t>Βλακικῶς. ἀντὶ τοῦ βραδέως.</w:t>
      </w:r>
    </w:p>
    <w:p>
      <w:r>
        <w:rPr>
          <w:rFonts w:ascii="Courier New" w:hAnsi="Courier New"/>
          <w:color w:val="555555"/>
          <w:sz w:val="20"/>
        </w:rPr>
        <w:t>[15]</w:t>
      </w:r>
    </w:p>
    <w:p>
      <w:r>
        <w:rPr>
          <w:rFonts w:ascii="Gentium Plus" w:hAnsi="Gentium Plus"/>
          <w:sz w:val="24"/>
        </w:rPr>
        <w:t>ὡς βλακικῶς διακονεῖς.</w:t>
      </w:r>
    </w:p>
    <w:p>
      <w:pPr>
        <w:jc w:val="center"/>
      </w:pPr>
      <w:r>
        <w:rPr>
          <w:rFonts w:ascii="Gentium Plus" w:hAnsi="Gentium Plus"/>
          <w:b/>
          <w:sz w:val="24"/>
        </w:rPr>
        <w:t>Τὸ Β μετὰ τοῦ Ο.</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Βοηδρόμος. ὁ βοηθός. Βοηθός. ἀπὸ τοῦ εἰς βοὴν θεῖν. βοὴ γὰρ κυρίως</w:t>
      </w:r>
    </w:p>
    <w:p>
      <w:r>
        <w:rPr>
          <w:rFonts w:ascii="Courier New" w:hAnsi="Courier New"/>
          <w:color w:val="555555"/>
          <w:sz w:val="20"/>
        </w:rPr>
        <w:t>[20]</w:t>
      </w:r>
    </w:p>
    <w:p>
      <w:r>
        <w:rPr>
          <w:rFonts w:ascii="Gentium Plus" w:hAnsi="Gentium Plus"/>
          <w:sz w:val="24"/>
        </w:rPr>
        <w:t>ἡ μάχη, ὡς· —βοὴν ἀγαθὸς Μενέλαος. [ἢ παρὰ τὸ βοὴν καὶ τὸ θόος, ὁ εἰς τὴν βοὴν θόος καὶ ταχύς.] Βόθρος. ὄρυγμα, λάκκος. παρὰ τὸ βάθος, βά‐</w:t>
      </w:r>
    </w:p>
    <w:p>
      <w:r>
        <w:rPr>
          <w:rFonts w:ascii="Courier New" w:hAnsi="Courier New"/>
          <w:color w:val="555555"/>
          <w:sz w:val="20"/>
        </w:rPr>
        <w:t>[25]</w:t>
      </w:r>
    </w:p>
    <w:p>
      <w:r>
        <w:rPr>
          <w:rFonts w:ascii="Gentium Plus" w:hAnsi="Gentium Plus"/>
          <w:sz w:val="24"/>
        </w:rPr>
        <w:t>θρος καὶ βόθρος. Βόθυνος. τόπος τὶς ἰδίως οὕτω καλούμενος ἐν τῇ ἱερᾷ ὁδῷ, οὗ μνήμην Ἰσαῖος καὶ Καλλισθένης ποιεῖται. καὶ ὁ βόθρος, καὶ ὁ λάκκος, [καὶ τὸ ὄρυγμα.] ὥσπερ παρὰ τὸ θρασὺς γίνεται θρά‐</w:t>
      </w:r>
    </w:p>
    <w:p>
      <w:r>
        <w:rPr>
          <w:rFonts w:ascii="Courier New" w:hAnsi="Courier New"/>
          <w:color w:val="555555"/>
          <w:sz w:val="20"/>
        </w:rPr>
        <w:t>[30]</w:t>
      </w:r>
    </w:p>
    <w:p>
      <w:r>
        <w:rPr>
          <w:rFonts w:ascii="Gentium Plus" w:hAnsi="Gentium Plus"/>
          <w:sz w:val="24"/>
        </w:rPr>
        <w:t>συνος, οὕτως καὶ παρὰ τὸ βαθὺς βάθυνος καὶ</w:t>
      </w:r>
    </w:p>
    <w:p>
      <w:r>
        <w:rPr>
          <w:rFonts w:ascii="Courier New" w:hAnsi="Courier New"/>
          <w:color w:val="555555"/>
          <w:sz w:val="20"/>
        </w:rPr>
        <w:t>[beta 396]</w:t>
      </w:r>
    </w:p>
    <w:p>
      <w:r>
        <w:rPr>
          <w:rFonts w:ascii="Gentium Plus" w:hAnsi="Gentium Plus"/>
          <w:sz w:val="24"/>
        </w:rPr>
        <w:t>Βολεών. κοπροθέσιον. Βόλιτος καὶ βόλβιτα. τὰ κόπρια. Βολβός. εἶδος ὀσπρίου ἢ καὶ κρομμύου. βολβὸς τὸ ὕδνον.</w:t>
      </w:r>
    </w:p>
    <w:p>
      <w:r>
        <w:rPr>
          <w:rFonts w:ascii="Courier New" w:hAnsi="Courier New"/>
          <w:color w:val="555555"/>
          <w:sz w:val="20"/>
        </w:rPr>
        <w:t>[5]</w:t>
      </w:r>
    </w:p>
    <w:p>
      <w:r>
        <w:rPr>
          <w:rFonts w:ascii="Gentium Plus" w:hAnsi="Gentium Plus"/>
          <w:sz w:val="24"/>
        </w:rPr>
        <w:t>Βόλιμος. μόλιμος καὶ κατ’ ἐναλλαγὴν βόλιμος. Βομβάλβιος. αὐλητὴς, παίζων. παρὰ τὸν αὐλόν. Βόμβος. ὁ τῶν μελισσῶν ἦχος. Βόμβρυξ. εἶδος σκώληκος.</w:t>
      </w:r>
    </w:p>
    <w:p>
      <w:r>
        <w:rPr>
          <w:rFonts w:ascii="Courier New" w:hAnsi="Courier New"/>
          <w:color w:val="555555"/>
          <w:sz w:val="20"/>
        </w:rPr>
        <w:t>[10]</w:t>
      </w:r>
    </w:p>
    <w:p>
      <w:r>
        <w:rPr>
          <w:rFonts w:ascii="Gentium Plus" w:hAnsi="Gentium Plus"/>
          <w:sz w:val="24"/>
        </w:rPr>
        <w:t>Βομβυλιός. εἶδος μελίσσης ἐκ πηλοῦ πλαττού‐ σης τὰ κηρία. Βοοβόρους. ὀβολοὺς μεγάλους. Βοονόμος. ὁ τοὺς βοῦς νέμων καὶ βώσκων. Βορβόροπιν. κῆπον. σημαίνει καὶ τὸ μόριον.</w:t>
      </w:r>
    </w:p>
    <w:p>
      <w:r>
        <w:rPr>
          <w:rFonts w:ascii="Courier New" w:hAnsi="Courier New"/>
          <w:color w:val="555555"/>
          <w:sz w:val="20"/>
        </w:rPr>
        <w:t>[15]</w:t>
      </w:r>
    </w:p>
    <w:p>
      <w:r>
        <w:rPr>
          <w:rFonts w:ascii="Gentium Plus" w:hAnsi="Gentium Plus"/>
          <w:sz w:val="24"/>
        </w:rPr>
        <w:t>Βορβορυγμός. ὁ ἐπιφερόμενος ἦχος τοῦ ὕδα‐ τος, ἢ ἦχος ἐκ τοῦ στόματος τῆς καμήλου. [σύνθημα δέ ἐστι ταῖς καμήλοις καθεζομέναις ὁ τοιοῦτος ἦχος.] Βοῤῥᾶς. ἄνεμος ψυχρός. τινὲς δὲ ἓν ρ γράφουσι.</w:t>
      </w:r>
    </w:p>
    <w:p>
      <w:r>
        <w:rPr>
          <w:rFonts w:ascii="Courier New" w:hAnsi="Courier New"/>
          <w:color w:val="555555"/>
          <w:sz w:val="20"/>
        </w:rPr>
        <w:t>[20]</w:t>
      </w:r>
    </w:p>
    <w:p>
      <w:r>
        <w:rPr>
          <w:rFonts w:ascii="Gentium Plus" w:hAnsi="Gentium Plus"/>
          <w:sz w:val="24"/>
        </w:rPr>
        <w:t>Βορέας. παρὰ τὸ βάρος, *καὶ τροπῇ τοῦ α εἰς ο.* [ἢ παρὰ τὸ βορὰ, ὃ σημαίνει τὴν τροφήν. βορᾶς γὰρ ἡμῖν αἴτιος, αὔξων τοὺς καρπούς.] Βόρβορος. [παρὰ τὸ βάρος βάρβαρος, καὶ τροπῇ τοῦ α εἰς ο βόρβορος,] ὃ ἔστι τὸ περίττωμα</w:t>
      </w:r>
    </w:p>
    <w:p>
      <w:r>
        <w:rPr>
          <w:rFonts w:ascii="Courier New" w:hAnsi="Courier New"/>
          <w:color w:val="555555"/>
          <w:sz w:val="20"/>
        </w:rPr>
        <w:t>[25]</w:t>
      </w:r>
    </w:p>
    <w:p>
      <w:r>
        <w:rPr>
          <w:rFonts w:ascii="Gentium Plus" w:hAnsi="Gentium Plus"/>
          <w:sz w:val="24"/>
        </w:rPr>
        <w:t>τῆς γαστρός. [τοῦτο γὰρ ἐν τῷ ἄνω κείμενον βάρος ἐμποιεῖ. ἢ παρὰ τὸ βορὰ βορὸς καὶ βόρ‐ βορος,] ἡ ἐκ τῆς τροφῆς ὕλη. Βόσπορος. πόλις περὶ τὸν Ἑλλήσποντον, ἣν ὁ Βωχάνος ὁ Τοῦρκος ἐπὶ Ἰουστινιανοῦ βασιλέως</w:t>
      </w:r>
    </w:p>
    <w:p>
      <w:r>
        <w:rPr>
          <w:rFonts w:ascii="Courier New" w:hAnsi="Courier New"/>
          <w:color w:val="555555"/>
          <w:sz w:val="20"/>
        </w:rPr>
        <w:t>[30]</w:t>
      </w:r>
    </w:p>
    <w:p>
      <w:r>
        <w:rPr>
          <w:rFonts w:ascii="Gentium Plus" w:hAnsi="Gentium Plus"/>
          <w:sz w:val="24"/>
        </w:rPr>
        <w:t>ἐπόρθησεν. ὥς φησι δὲ Φιλέας, δύο Βόσποροι εἰσίν· ὁ μὲν κατὰ τὴν Προποντίδα, ὁ δὲ Θρα‐</w:t>
      </w:r>
    </w:p>
    <w:p>
      <w:r>
        <w:rPr>
          <w:rFonts w:ascii="Courier New" w:hAnsi="Courier New"/>
          <w:color w:val="555555"/>
          <w:sz w:val="20"/>
        </w:rPr>
        <w:t>[beta 397]</w:t>
      </w:r>
    </w:p>
    <w:p>
      <w:r>
        <w:rPr>
          <w:rFonts w:ascii="Gentium Plus" w:hAnsi="Gentium Plus"/>
          <w:sz w:val="24"/>
        </w:rPr>
        <w:t>Βόσπορος. οἱονεὶ βοὸς πόρος. ὠνόμασται δὲ ἀπὸ τῆς Ἰοῦς τῆς θυγατρὸς Κάδμου. ταύτῃ γὰρ ἡ Ἥρα κατὰ ζῆλον οἶστρον ἔπεμψεν, ἥτις ἐλαυ‐ νομένη ὥσπερ πόρτις, παρῆλθε τὸν τόπον. Φύ‐</w:t>
      </w:r>
    </w:p>
    <w:p>
      <w:r>
        <w:rPr>
          <w:rFonts w:ascii="Courier New" w:hAnsi="Courier New"/>
          <w:color w:val="555555"/>
          <w:sz w:val="20"/>
        </w:rPr>
        <w:t>[5]</w:t>
      </w:r>
    </w:p>
    <w:p>
      <w:r>
        <w:rPr>
          <w:rFonts w:ascii="Gentium Plus" w:hAnsi="Gentium Plus"/>
          <w:sz w:val="24"/>
        </w:rPr>
        <w:t>λαρχος δέ φησιν, ὅτι οἱ ἐντὸς τοῦ Εὐξείνου Πόν‐ του ἦσαν ἄπειροι τῆς γεωργίας· οἱ δὲ ἐκ τοῦ, ἔμπειροι· διὸ καὶ Βόσπορος ἐκεῖνο τὸ μέρος τοῦ πελάγους, ὅτι ἐσπείρετο. τινὲς δὲ τοὺς στενοὺς πορθμοὺς βοσπόρους εἰρῆσθαι [λέγουσιν. ἢ ὅτι</w:t>
      </w:r>
    </w:p>
    <w:p>
      <w:r>
        <w:rPr>
          <w:rFonts w:ascii="Courier New" w:hAnsi="Courier New"/>
          <w:color w:val="555555"/>
          <w:sz w:val="20"/>
        </w:rPr>
        <w:t>[10]</w:t>
      </w:r>
    </w:p>
    <w:p>
      <w:r>
        <w:rPr>
          <w:rFonts w:ascii="Gentium Plus" w:hAnsi="Gentium Plus"/>
          <w:sz w:val="24"/>
        </w:rPr>
        <w:t>τὸ παλαιότως σχεδίας πηγνύντες καὶ βόας ὑποζευγνύοντες εἰς τὸ πέρας διεπεραιοῦντο.] Βόστρυχος. ὁ πλόκαμος. παρὰ τὸ βόστρυχον βό‐ στρυχος, [ὁ βοτρυοειδής· μετὰ σχήματος γὰρ βοτρυοειδοῦς ἀπήρτηται.]</w:t>
      </w:r>
    </w:p>
    <w:p>
      <w:r>
        <w:rPr>
          <w:rFonts w:ascii="Courier New" w:hAnsi="Courier New"/>
          <w:color w:val="555555"/>
          <w:sz w:val="20"/>
        </w:rPr>
        <w:t>[15]</w:t>
      </w:r>
    </w:p>
    <w:p>
      <w:r>
        <w:rPr>
          <w:rFonts w:ascii="Gentium Plus" w:hAnsi="Gentium Plus"/>
          <w:sz w:val="24"/>
        </w:rPr>
        <w:t>Βορός. πολυφάγος. Βοτῆρες. ποιμένες. Βούλιμος. ὁ ἐπιτεταμένος λιμός. Βούβρωσις. ὁμοίως. εἴρηται δὲ, ὅτι βοῦς λυμαί‐ νεται, καὶ τοὺς βοῦς βρῶσιν ποιεῖ.</w:t>
      </w:r>
    </w:p>
    <w:p>
      <w:r>
        <w:rPr>
          <w:rFonts w:ascii="Courier New" w:hAnsi="Courier New"/>
          <w:color w:val="555555"/>
          <w:sz w:val="20"/>
        </w:rPr>
        <w:t>[20]</w:t>
      </w:r>
    </w:p>
    <w:p>
      <w:r>
        <w:rPr>
          <w:rFonts w:ascii="Gentium Plus" w:hAnsi="Gentium Plus"/>
          <w:sz w:val="24"/>
        </w:rPr>
        <w:t>Βουφάγος. πολυφάγος. Βοῦφος. ὄρνεον. βοῦφος ἐπιφοιτᾷ, ἐπὶ τῶν ἀσυνέτων καὶ παχυφρόνων εἴρηται. Βουργαών. ὄρος ἑσπέριον, ἔνθα Βελισσάριος διαφόρους πολέμους διήνεγκε.</w:t>
      </w:r>
    </w:p>
    <w:p>
      <w:r>
        <w:rPr>
          <w:rFonts w:ascii="Courier New" w:hAnsi="Courier New"/>
          <w:color w:val="555555"/>
          <w:sz w:val="20"/>
        </w:rPr>
        <w:t>[25]</w:t>
      </w:r>
    </w:p>
    <w:p>
      <w:r>
        <w:rPr>
          <w:rFonts w:ascii="Gentium Plus" w:hAnsi="Gentium Plus"/>
          <w:sz w:val="24"/>
        </w:rPr>
        <w:t>Βουκόλος. ὁ τῶν βοῶν νομεὺς, βουκόνος τὶς ὤν. παρὰ τὸ κονεῖν περὶ τὰς βοῦς, ὅ ἐστιν ἐνερ‐ γεῖν καὶ διατρίβειν. ἢ βουσὶ κεκλόμενος, ὅ ἐστιν ἐγκελευόμενος. [ἢ παρὰ τὸ κέλλω, ὁ ἅμα τοῖς</w:t>
      </w:r>
    </w:p>
    <w:p>
      <w:r>
        <w:rPr>
          <w:rFonts w:ascii="Courier New" w:hAnsi="Courier New"/>
          <w:color w:val="555555"/>
          <w:sz w:val="20"/>
        </w:rPr>
        <w:t>[beta 398]</w:t>
      </w:r>
    </w:p>
    <w:p>
      <w:r>
        <w:rPr>
          <w:rFonts w:ascii="Gentium Plus" w:hAnsi="Gentium Plus"/>
          <w:sz w:val="24"/>
        </w:rPr>
        <w:t>σθαι· ἵν’ ᾖ βουκόμος, ὡς ἱπποκόμος, καὶ κατὰ τροπὴν βουκόλος.] Βούτας. ὁ τῶν βοῶν νομεύς. ἀττικῶς δὲ εἴρη‐ ται.</w:t>
      </w:r>
    </w:p>
    <w:p>
      <w:r>
        <w:rPr>
          <w:rFonts w:ascii="Courier New" w:hAnsi="Courier New"/>
          <w:color w:val="555555"/>
          <w:sz w:val="20"/>
        </w:rPr>
        <w:t>[5]</w:t>
      </w:r>
    </w:p>
    <w:p>
      <w:r>
        <w:rPr>
          <w:rFonts w:ascii="Gentium Plus" w:hAnsi="Gentium Plus"/>
          <w:sz w:val="24"/>
        </w:rPr>
        <w:t>[Βουληφόρος. ἡγεμών· ἄρχων· βουλευτής.] Βουγάϊος. [ὁ μέγα ἐπὶ τῇ βοᾷ γαυριῶν. ἢ ἀπὸ τοῦ βοῦ καὶ τοῦ γαία συνθέτου γίνεται βου‐ γάϊος.] ἢ παρὰ τὸ γαίειν τὸ γαυριᾷν, ὅπερ καὶ αὐτὸ παρὰ τὸ γαῖα γέγονεν, ἵν’ ᾖ ἀπὸ τοῦ</w:t>
      </w:r>
    </w:p>
    <w:p>
      <w:r>
        <w:rPr>
          <w:rFonts w:ascii="Courier New" w:hAnsi="Courier New"/>
          <w:color w:val="555555"/>
          <w:sz w:val="20"/>
        </w:rPr>
        <w:t>[10]</w:t>
      </w:r>
    </w:p>
    <w:p>
      <w:r>
        <w:rPr>
          <w:rFonts w:ascii="Gentium Plus" w:hAnsi="Gentium Plus"/>
          <w:sz w:val="24"/>
        </w:rPr>
        <w:t>μεγέθους τῆς γῆς, ὁ μεγαλόφρων. Βουπλήξ. τὸ βούκεντρον. ἀπὸ τοῦ πλήσσειν τὸν βοῦν. Βουμολγός. ὁ τὰς βοῦς ἀμέλγων. Βουλυτός. ἡ δειλινὴ ὀψία, ὅτε οἱ βόες ἀπο‐</w:t>
      </w:r>
    </w:p>
    <w:p>
      <w:r>
        <w:rPr>
          <w:rFonts w:ascii="Courier New" w:hAnsi="Courier New"/>
          <w:color w:val="555555"/>
          <w:sz w:val="20"/>
        </w:rPr>
        <w:t>[15]</w:t>
      </w:r>
    </w:p>
    <w:p>
      <w:r>
        <w:rPr>
          <w:rFonts w:ascii="Gentium Plus" w:hAnsi="Gentium Plus"/>
          <w:sz w:val="24"/>
        </w:rPr>
        <w:t>λύονται τῶν ἔργων. Βούπαλος. ὄνος. Βουνίτης. ὁ βουκόλος, ὁ βοηλάτης. Βουνός. ὁ ὀρώδης καὶ γεώλοφος τόπος. Βουγάϊος. ὁ μεγαλόσωμος.</w:t>
      </w:r>
    </w:p>
    <w:p>
      <w:r>
        <w:rPr>
          <w:rFonts w:ascii="Courier New" w:hAnsi="Courier New"/>
          <w:color w:val="555555"/>
          <w:sz w:val="20"/>
        </w:rPr>
        <w:t>[20]</w:t>
      </w:r>
    </w:p>
    <w:p>
      <w:r>
        <w:rPr>
          <w:rFonts w:ascii="Gentium Plus" w:hAnsi="Gentium Plus"/>
          <w:sz w:val="24"/>
        </w:rPr>
        <w:t>Βουχανδής. ὁ λέβης. Βουπρῆσται. ὄνομα ὄφεων. Βουβών. τὸ πάθος, ὅπερ τινὲς βομβῶνα λέγουσι. [Ἡρωδιανός·] βουβὼν ἐπήρθη τῷ γέροντι. καὶ ῥῆμα βουβωνιῶ εἴρηται, ἀπὸ τοῦ ἐπαίρε‐</w:t>
      </w:r>
    </w:p>
    <w:p>
      <w:r>
        <w:rPr>
          <w:rFonts w:ascii="Courier New" w:hAnsi="Courier New"/>
          <w:color w:val="555555"/>
          <w:sz w:val="20"/>
        </w:rPr>
        <w:t>[25]</w:t>
      </w:r>
    </w:p>
    <w:p>
      <w:r>
        <w:rPr>
          <w:rFonts w:ascii="Gentium Plus" w:hAnsi="Gentium Plus"/>
          <w:sz w:val="24"/>
        </w:rPr>
        <w:t>σθαι, καὶ μεγάλως βαίνειν εἰς οἴδημα. Βουκέφαλος. ὁ ἵππος τοῦ Ἀλεξάνδρου, οὐχ ὅτι βοὸς κέρατα εἶχε· τοῦτο γὰρ ψευδές· ἀλλ’ ὅτι οὕτω ἐν Θεσσαλίᾳ ἐκαλοῦντο οἱ ἵπποι. Βοῦς. παρὰ τὸ βῶ τὸ τρέφω. ὁ τρέφων ἡμᾶς ἐκ</w:t>
      </w:r>
    </w:p>
    <w:p>
      <w:r>
        <w:rPr>
          <w:rFonts w:ascii="Courier New" w:hAnsi="Courier New"/>
          <w:color w:val="555555"/>
          <w:sz w:val="20"/>
        </w:rPr>
        <w:t>[30]</w:t>
      </w:r>
    </w:p>
    <w:p>
      <w:r>
        <w:rPr>
          <w:rFonts w:ascii="Gentium Plus" w:hAnsi="Gentium Plus"/>
          <w:sz w:val="24"/>
        </w:rPr>
        <w:t>τῆς περὶ τὴν γῆν ἐργασίας. [οὐ δυνάμεθα δὲ</w:t>
      </w:r>
    </w:p>
    <w:p>
      <w:r>
        <w:rPr>
          <w:rFonts w:ascii="Courier New" w:hAnsi="Courier New"/>
          <w:color w:val="555555"/>
          <w:sz w:val="20"/>
        </w:rPr>
        <w:t>[beta 399]</w:t>
      </w:r>
    </w:p>
    <w:p>
      <w:r>
        <w:rPr>
          <w:rFonts w:ascii="Gentium Plus" w:hAnsi="Gentium Plus"/>
          <w:sz w:val="24"/>
        </w:rPr>
        <w:t>λέγειν ἐπὶ τῆς αἰτιατικῆς τῶν πληθυντικῶν τοὺς βόας, καὶ κατὰ κρᾶσιν βοῦς· τὸ γὰρ α οὐ κιρ‐ νᾶται εἰς τὴν ου, ἀλλ’ εἰς τὴν ω, κρείττονα κρείττω· ἀλλὰ λέγομεν, ὅτι ὁμοφωνία γέγονε</w:t>
      </w:r>
    </w:p>
    <w:p>
      <w:r>
        <w:rPr>
          <w:rFonts w:ascii="Courier New" w:hAnsi="Courier New"/>
          <w:color w:val="555555"/>
          <w:sz w:val="20"/>
        </w:rPr>
        <w:t>[5]</w:t>
      </w:r>
    </w:p>
    <w:p>
      <w:r>
        <w:rPr>
          <w:rFonts w:ascii="Gentium Plus" w:hAnsi="Gentium Plus"/>
          <w:sz w:val="24"/>
        </w:rPr>
        <w:t>τῆς εὐθείας τῶν πληθυντικῶν καὶ τῆς αἰτιατι‐ κῆς· πᾶσα γὰρ εὐθεῖα πληθυντικῶν εἰς ς λή‐ γει, καὶ συναιρουμένη τὴν τελευταίαν συλλα‐ βὴν, ἔχει τὴν αἰτιατικὴν καὶ κλητικὴν ὁμό‐ φωνον αὐτῇ.]</w:t>
      </w:r>
    </w:p>
    <w:p>
      <w:r>
        <w:rPr>
          <w:rFonts w:ascii="Courier New" w:hAnsi="Courier New"/>
          <w:color w:val="555555"/>
          <w:sz w:val="20"/>
        </w:rPr>
        <w:t>[10]</w:t>
      </w:r>
    </w:p>
    <w:p>
      <w:r>
        <w:rPr>
          <w:rFonts w:ascii="Gentium Plus" w:hAnsi="Gentium Plus"/>
          <w:sz w:val="24"/>
        </w:rPr>
        <w:t>Βούσιρις. ὁ τῆς Αἰγύπτου βασιλεὺς, ἀφ’ οὗ καὶ ἡ πόλις καλεῖται. ἵν’ ᾖ ὁ ἰσχυρὸς, ὁ δυνάμε‐ νος βοῦς ἄγειν σειραῖς, ὥστε δύνασθαι μόνον. [τὰ δὲ εἰς ρις βαρύτονα διὰ τοῦ ι, οἷον· ἔρις, ἴρις, δῆρις, Σίρις, ὄνομα πόλεως Φοινίκων, κί‐</w:t>
      </w:r>
    </w:p>
    <w:p>
      <w:r>
        <w:rPr>
          <w:rFonts w:ascii="Courier New" w:hAnsi="Courier New"/>
          <w:color w:val="555555"/>
          <w:sz w:val="20"/>
        </w:rPr>
        <w:t>[15]</w:t>
      </w:r>
    </w:p>
    <w:p>
      <w:r>
        <w:rPr>
          <w:rFonts w:ascii="Gentium Plus" w:hAnsi="Gentium Plus"/>
          <w:sz w:val="24"/>
        </w:rPr>
        <w:t>σιρις, εἶδος ὀρνέου, Τίρις, ὄνομα κύριον, Ὄσιρις, ὁ Διόνυσος παρ’ Αἰγυπτίοις, καλάσιρις, ξίρις, εἶδος φυτοῦ. πρόσκειται βαρύτονον, διὰ τὸ χει‐ ρὶς, τὸ χειρομάνικον.] Βοώτης. ἄστρον πλησίον τῶν ἄρκτων. ὁ δ’ αὐτὸς</w:t>
      </w:r>
    </w:p>
    <w:p>
      <w:r>
        <w:rPr>
          <w:rFonts w:ascii="Courier New" w:hAnsi="Courier New"/>
          <w:color w:val="555555"/>
          <w:sz w:val="20"/>
        </w:rPr>
        <w:t>[20]</w:t>
      </w:r>
    </w:p>
    <w:p>
      <w:r>
        <w:rPr>
          <w:rFonts w:ascii="Gentium Plus" w:hAnsi="Gentium Plus"/>
          <w:sz w:val="24"/>
        </w:rPr>
        <w:t>καὶ ἀρκτοφύλαξ καλεῖται. Βούπαις. νέος ἀφῆλιξ.</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Βότρυς. παρὰ τὸ βῶ τὸ πατῶ. ἢ παρὰ τὸ τοῖς ποσὶ τρίβεσθαι, πότρυς καὶ βότρυς. ἢ παρὰ</w:t>
      </w:r>
    </w:p>
    <w:p>
      <w:r>
        <w:rPr>
          <w:rFonts w:ascii="Courier New" w:hAnsi="Courier New"/>
          <w:color w:val="555555"/>
          <w:sz w:val="20"/>
        </w:rPr>
        <w:t>[25]</w:t>
      </w:r>
    </w:p>
    <w:p>
      <w:r>
        <w:rPr>
          <w:rFonts w:ascii="Gentium Plus" w:hAnsi="Gentium Plus"/>
          <w:sz w:val="24"/>
        </w:rPr>
        <w:t>τὸ τὴν πόσιν ῥεῖν. Βοή. ἡ φωνή. παρὰ τὸ βέω τὸ βαίνω, ἡ διὰ τῆς ἀρτηρίας βαίνουσα. [ἢ παρὰ τὸ βέω, τὸ τρέφω, ἡ ἐκ τῶν τρεφομένων πνευμάτων πεμπομένη.] [Βολίς. ἀκόντιον.]</w:t>
      </w:r>
    </w:p>
    <w:p>
      <w:r>
        <w:rPr>
          <w:rFonts w:ascii="Courier New" w:hAnsi="Courier New"/>
          <w:color w:val="555555"/>
          <w:sz w:val="20"/>
        </w:rPr>
        <w:t>[30]</w:t>
      </w:r>
    </w:p>
    <w:p>
      <w:r>
        <w:rPr>
          <w:rFonts w:ascii="Gentium Plus" w:hAnsi="Gentium Plus"/>
          <w:sz w:val="24"/>
        </w:rPr>
        <w:t>Βόλος. ἡ δρόσος, καὶ τὸ δίκτυον.</w:t>
      </w:r>
    </w:p>
    <w:p>
      <w:r>
        <w:rPr>
          <w:rFonts w:ascii="Courier New" w:hAnsi="Courier New"/>
          <w:color w:val="555555"/>
          <w:sz w:val="20"/>
        </w:rPr>
        <w:t>[beta 400]</w:t>
      </w:r>
    </w:p>
    <w:p>
      <w:r>
        <w:rPr>
          <w:rFonts w:ascii="Gentium Plus" w:hAnsi="Gentium Plus"/>
          <w:sz w:val="24"/>
        </w:rPr>
        <w:t>†Βολένη. τὸ κρέας τὸ περὶ τὸ στόμα τῆς γα‐ στρός.† †Βοῶτα. παρὰ Λάκωσιν ἡ ὀδύνη.† Βορά. ἡ τροφή. παρὰ τὸ βῶ τὸ τρέφω.</w:t>
      </w:r>
    </w:p>
    <w:p>
      <w:r>
        <w:rPr>
          <w:rFonts w:ascii="Courier New" w:hAnsi="Courier New"/>
          <w:color w:val="555555"/>
          <w:sz w:val="20"/>
        </w:rPr>
        <w:t>[5]</w:t>
      </w:r>
    </w:p>
    <w:p>
      <w:r>
        <w:rPr>
          <w:rFonts w:ascii="Gentium Plus" w:hAnsi="Gentium Plus"/>
          <w:sz w:val="24"/>
        </w:rPr>
        <w:t>Βόσις. ἡ τροφή. Βόττεια. πόλις Μακεδονίας. Βούβοτος. ἡ πολλὴν τροφὴν ἔχουσα. Βουχίλου. εὐτρόφου. —βουχίλου κράτορες Ἀρκαδίας.</w:t>
      </w:r>
    </w:p>
    <w:p>
      <w:r>
        <w:rPr>
          <w:rFonts w:ascii="Courier New" w:hAnsi="Courier New"/>
          <w:color w:val="555555"/>
          <w:sz w:val="20"/>
        </w:rPr>
        <w:t>[10]</w:t>
      </w:r>
    </w:p>
    <w:p>
      <w:r>
        <w:rPr>
          <w:rFonts w:ascii="Gentium Plus" w:hAnsi="Gentium Plus"/>
          <w:sz w:val="24"/>
        </w:rPr>
        <w:t>Βουπρῆστις. λαχάνου ἀγρίου γένος, ὅμοιον τῷ σίνηπι. Βούδεια. πόλις ἐν Μαγνησίᾳ. Βοῦνις. ἡ βουνώδης γῆ. παρὰ τὸ βουνός· βου‐ νὸς δέ ἐστιν ὁ ὀρώδης καὶ γεώλοφος τόπος.</w:t>
      </w:r>
    </w:p>
    <w:p>
      <w:r>
        <w:rPr>
          <w:rFonts w:ascii="Courier New" w:hAnsi="Courier New"/>
          <w:color w:val="555555"/>
          <w:sz w:val="20"/>
        </w:rPr>
        <w:t>[15]</w:t>
      </w:r>
    </w:p>
    <w:p>
      <w:r>
        <w:rPr>
          <w:rFonts w:ascii="Gentium Plus" w:hAnsi="Gentium Plus"/>
          <w:sz w:val="24"/>
        </w:rPr>
        <w:t>Βουρδιγάλα. πόλις Κελτογαλατίας. Βουθία. πόλις Ἰωνίας. ὁ πολίτης Βουθαῖος. Βούκαια. πόλις Φωκίδος. Βουκάπη. ἡ φάτνη τῶν βοῶν, ἐν ᾗ οἱ βόες κά‐ πτουσιν. ἀπὸ γὰρ τοῦ κάπω τὸ ἐσθίω ἡ κά‐</w:t>
      </w:r>
    </w:p>
    <w:p>
      <w:r>
        <w:rPr>
          <w:rFonts w:ascii="Courier New" w:hAnsi="Courier New"/>
          <w:color w:val="555555"/>
          <w:sz w:val="20"/>
        </w:rPr>
        <w:t>[20]</w:t>
      </w:r>
    </w:p>
    <w:p>
      <w:r>
        <w:rPr>
          <w:rFonts w:ascii="Gentium Plus" w:hAnsi="Gentium Plus"/>
          <w:sz w:val="24"/>
        </w:rPr>
        <w:t>πη γίνεται. Βουλὴ [ἁγίων.] ὁ σύλλογος τῶν ἁγίων. βουλὴ, γνώμη καὶ βουλευτήριον. βουλὴ, ὄρεξις ζητη‐ τικὴ παρὰ τῶν ἐφ’ ἡμῖν πρακτέων γενομένη· βούλεται γὰρ τὶς, εἰ ὀφείλει μετελθεῖν τοῦτο</w:t>
      </w:r>
    </w:p>
    <w:p>
      <w:r>
        <w:rPr>
          <w:rFonts w:ascii="Courier New" w:hAnsi="Courier New"/>
          <w:color w:val="555555"/>
          <w:sz w:val="20"/>
        </w:rPr>
        <w:t>[25]</w:t>
      </w:r>
    </w:p>
    <w:p>
      <w:r>
        <w:rPr>
          <w:rFonts w:ascii="Gentium Plus" w:hAnsi="Gentium Plus"/>
          <w:sz w:val="24"/>
        </w:rPr>
        <w:t>τὸ πρᾶγμα ἢ οὔ. Βούλησις. ποιὰ φυσικὴ θέλησις, ἤγουν φυσικὴ καὶ λογικὴ ὄρεξις τινὸς πράγματος. διαφέρει δὲ βούλησις καὶ προαίρεσις· προαίρεσις μὲν γὰρ οὐκ ἔστι τῶν ἀδυνάτων, βούλησις δ’ ἔστι τού‐</w:t>
      </w:r>
    </w:p>
    <w:p>
      <w:r>
        <w:rPr>
          <w:rFonts w:ascii="Courier New" w:hAnsi="Courier New"/>
          <w:color w:val="555555"/>
          <w:sz w:val="20"/>
        </w:rPr>
        <w:t>[30]</w:t>
      </w:r>
    </w:p>
    <w:p>
      <w:r>
        <w:rPr>
          <w:rFonts w:ascii="Gentium Plus" w:hAnsi="Gentium Plus"/>
          <w:sz w:val="24"/>
        </w:rPr>
        <w:t>των· οἷον εἴτις εἴποι βούλεσθαι ἐν τῷ παρόντι</w:t>
      </w:r>
    </w:p>
    <w:p>
      <w:r>
        <w:rPr>
          <w:rFonts w:ascii="Courier New" w:hAnsi="Courier New"/>
          <w:color w:val="555555"/>
          <w:sz w:val="20"/>
        </w:rPr>
        <w:t>[beta 401]</w:t>
      </w:r>
    </w:p>
    <w:p>
      <w:r>
        <w:rPr>
          <w:rFonts w:ascii="Gentium Plus" w:hAnsi="Gentium Plus"/>
          <w:sz w:val="24"/>
        </w:rPr>
        <w:t>ἀδύνατον· καὶ ἡ μὲν βούλησις καὶ περὶ τὰ [μὴ δι’] ἡμῶν πραττόμενα, ὥσπερ ἂν [εἴτις] εἴποι βούλεσθαι τόνδε τὸν ἀθλητὴν νικῆσαι· προαιρεῖσθαι δὲ οὐκ ἄν τις ἐρεῖ τοῦτο· ἡ γὰρ</w:t>
      </w:r>
    </w:p>
    <w:p>
      <w:r>
        <w:rPr>
          <w:rFonts w:ascii="Courier New" w:hAnsi="Courier New"/>
          <w:color w:val="555555"/>
          <w:sz w:val="20"/>
        </w:rPr>
        <w:t>[5]</w:t>
      </w:r>
    </w:p>
    <w:p>
      <w:r>
        <w:rPr>
          <w:rFonts w:ascii="Gentium Plus" w:hAnsi="Gentium Plus"/>
          <w:sz w:val="24"/>
        </w:rPr>
        <w:t>προαίρεσις ἐπὶ τῶν δι’ ἡμᾶς ἀεὶ πραττομένων λέγεται. ἔτι ἡ μὲν βούλησις μᾶλλον ἐστὶ τοῦ τέλους, ἡ δὲ προαίρεσις τῶν περὶ τὸ τέλος, οἷον· ὑγιαίνειν βουλόμεθα, προαιρούμεθα δὲ τὰ δι’ ὧν ὑγιανοῦμεν.</w:t>
      </w:r>
    </w:p>
    <w:p>
      <w:r>
        <w:rPr>
          <w:rFonts w:ascii="Courier New" w:hAnsi="Courier New"/>
          <w:color w:val="555555"/>
          <w:sz w:val="20"/>
        </w:rPr>
        <w:t>[10]</w:t>
      </w:r>
    </w:p>
    <w:p>
      <w:r>
        <w:rPr>
          <w:rFonts w:ascii="Gentium Plus" w:hAnsi="Gentium Plus"/>
          <w:sz w:val="24"/>
        </w:rPr>
        <w:t>†Βόστρα. ἡ πόλις.† *Βολίς. ἀκόντιον. βολὶς καὶ ἡ ἀστραπή.* Βοή. ἡ μεγάλη φωνὴ καὶ ἡ μάχη. ὡς τό· βοὴν ἀγαθὸς Μενέλαος. Βοῶπις. ἡ μεγαλόφθαλμος.</w:t>
      </w:r>
    </w:p>
    <w:p>
      <w:r>
        <w:rPr>
          <w:rFonts w:ascii="Courier New" w:hAnsi="Courier New"/>
          <w:color w:val="555555"/>
          <w:sz w:val="20"/>
        </w:rPr>
        <w:t>[15]</w:t>
      </w:r>
    </w:p>
    <w:p>
      <w:r>
        <w:rPr>
          <w:rFonts w:ascii="Gentium Plus" w:hAnsi="Gentium Plus"/>
          <w:sz w:val="24"/>
        </w:rPr>
        <w:t>βοῶπις Ἥρα. Βόμβησιν. θρύλλησιν. τοῦ θεολόγου· καὶ τῆς με‐ γάλης ἐκείνης βομβήσεως. Βοιωτία. ἡ Εὔριπος. καὶ Βοιωτεῖς. Βοανεργές. υἱοὶ βροντῆς.</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Βόεια. μεγάλα. Ἀριστοφάνης· ῥήματ’ ἂν βόεια δώδεκ’ εἶπε. Βόλινον. κώμη τῆς Ἀχαΐας πλησίον Πατρῶν. Βόλιτον. βόλβιτον δὲ οἱ Ἴωνες. οἱ δὲ ἄλλοι καὶ</w:t>
      </w:r>
    </w:p>
    <w:p>
      <w:r>
        <w:rPr>
          <w:rFonts w:ascii="Courier New" w:hAnsi="Courier New"/>
          <w:color w:val="555555"/>
          <w:sz w:val="20"/>
        </w:rPr>
        <w:t>[25]</w:t>
      </w:r>
    </w:p>
    <w:p>
      <w:r>
        <w:rPr>
          <w:rFonts w:ascii="Gentium Plus" w:hAnsi="Gentium Plus"/>
          <w:sz w:val="24"/>
        </w:rPr>
        <w:t>Ἱππώναξ· βολβίτου κασιγνήτην. καὶ βολίτιον κατὰ παραγωγήν. εἴρηται δὲ οἱονεὶ βοὸς λιτὸν, τὸ ἁμάρτημα τὸ κοπρῶδες, καὶ πλεονασμῷ τοῦ β βόλβιτον. Βομβύλον. σκεῦος στρογγυλοειδές.</w:t>
      </w:r>
    </w:p>
    <w:p>
      <w:r>
        <w:rPr>
          <w:rFonts w:ascii="Courier New" w:hAnsi="Courier New"/>
          <w:color w:val="555555"/>
          <w:sz w:val="20"/>
        </w:rPr>
        <w:t>[30]</w:t>
      </w:r>
    </w:p>
    <w:p>
      <w:r>
        <w:rPr>
          <w:rFonts w:ascii="Gentium Plus" w:hAnsi="Gentium Plus"/>
          <w:sz w:val="24"/>
        </w:rPr>
        <w:t>Βοίδιον. βοΐδιον.</w:t>
      </w:r>
    </w:p>
    <w:p>
      <w:r>
        <w:rPr>
          <w:rFonts w:ascii="Courier New" w:hAnsi="Courier New"/>
          <w:color w:val="555555"/>
          <w:sz w:val="20"/>
        </w:rPr>
        <w:t>[beta 402]</w:t>
      </w:r>
    </w:p>
    <w:p>
      <w:r>
        <w:rPr>
          <w:rFonts w:ascii="Gentium Plus" w:hAnsi="Gentium Plus"/>
          <w:sz w:val="24"/>
        </w:rPr>
        <w:t>Βοσόρ. παρ’ Ἑβραίοις τὸ ἀπὸ κόκκου βεβαμ‐ μένον ἱμάτιον. Βοτά. τὰ πρόβατα. Βοτηρικὰ κύπελλα. ποτήρια ποιμενικά.</w:t>
      </w:r>
    </w:p>
    <w:p>
      <w:r>
        <w:rPr>
          <w:rFonts w:ascii="Courier New" w:hAnsi="Courier New"/>
          <w:color w:val="555555"/>
          <w:sz w:val="20"/>
        </w:rPr>
        <w:t>[5]</w:t>
      </w:r>
    </w:p>
    <w:p>
      <w:r>
        <w:rPr>
          <w:rFonts w:ascii="Gentium Plus" w:hAnsi="Gentium Plus"/>
          <w:sz w:val="24"/>
        </w:rPr>
        <w:t>Βούτορα. τὰ πλήττοντα τοὺς βόας. Βούδειον. τόπος. καὶ Βουδειανός. Βουκελάτου. ἄρτου ἐλατοῦ, ὃς λέγεται κολλί‐ κιον. Βούτομον. εἶδος χόρτου.</w:t>
      </w:r>
    </w:p>
    <w:p>
      <w:r>
        <w:rPr>
          <w:rFonts w:ascii="Courier New" w:hAnsi="Courier New"/>
          <w:color w:val="555555"/>
          <w:sz w:val="20"/>
        </w:rPr>
        <w:t>[10]</w:t>
      </w:r>
    </w:p>
    <w:p>
      <w:r>
        <w:rPr>
          <w:rFonts w:ascii="Gentium Plus" w:hAnsi="Gentium Plus"/>
          <w:sz w:val="24"/>
        </w:rPr>
        <w:t>Βούτυρον. τὸ λιπῶδες τοῦ γάλακτος. Βουστάθμιον. τὸ βουστάσιον. Βουκόλημα. θέλγιστρον, ἀποπλάνημα, ἀπά‐ τημα. Βούλευμα. τὸ ἴδιον.</w:t>
      </w:r>
    </w:p>
    <w:p>
      <w:r>
        <w:rPr>
          <w:rFonts w:ascii="Courier New" w:hAnsi="Courier New"/>
          <w:color w:val="555555"/>
          <w:sz w:val="20"/>
        </w:rPr>
        <w:t>[15]</w:t>
      </w:r>
    </w:p>
    <w:p>
      <w:r>
        <w:rPr>
          <w:rFonts w:ascii="Gentium Plus" w:hAnsi="Gentium Plus"/>
          <w:sz w:val="24"/>
        </w:rPr>
        <w:t>Βούλημα. τὸ δημόσιον. Βουλευτόν. οὐ τὸ τέλος, ἀλλὰ τὸ πρὸς τὸ τέλος, ἢ ὃ τῶν πραττομένων ἐφ’ ἡμῖν ἔστι. Βούσυκον. εἰώθασι τῇ προσθήκῃ τοῦ ἵππου ἢ τοῦ βοὸς τὸ μέγεθος τοῦ ὑποκειμένου δηλοῦν·</w:t>
      </w:r>
    </w:p>
    <w:p>
      <w:r>
        <w:rPr>
          <w:rFonts w:ascii="Courier New" w:hAnsi="Courier New"/>
          <w:color w:val="555555"/>
          <w:sz w:val="20"/>
        </w:rPr>
        <w:t>[20]</w:t>
      </w:r>
    </w:p>
    <w:p>
      <w:r>
        <w:rPr>
          <w:rFonts w:ascii="Gentium Plus" w:hAnsi="Gentium Plus"/>
          <w:sz w:val="24"/>
        </w:rPr>
        <w:t>ἀπὸ μὲν τοῦ βοὸς, βούσυκον, βούπαις, βούλιμος, ἀπὸ δὲ τοῦ ἵππου, ἱπποσέλινον, ἱππογνώμονα, τὸν μεγαλογνώμονα.</w:t>
      </w:r>
    </w:p>
    <w:p>
      <w:pPr>
        <w:jc w:val="center"/>
      </w:pPr>
      <w:r>
        <w:rPr>
          <w:rFonts w:ascii="Gentium Plus" w:hAnsi="Gentium Plus"/>
          <w:b/>
          <w:sz w:val="24"/>
        </w:rPr>
        <w:t>(Ῥῆμα.)</w:t>
      </w:r>
    </w:p>
    <w:p>
      <w:r>
        <w:rPr>
          <w:rFonts w:ascii="Courier New" w:hAnsi="Courier New"/>
          <w:color w:val="555555"/>
          <w:sz w:val="20"/>
        </w:rPr>
        <w:t>[24]</w:t>
      </w:r>
    </w:p>
    <w:p>
      <w:r>
        <w:rPr>
          <w:rFonts w:ascii="Gentium Plus" w:hAnsi="Gentium Plus"/>
          <w:sz w:val="24"/>
        </w:rPr>
        <w:t>Βοάδει. ὀκνεῖ.</w:t>
      </w:r>
    </w:p>
    <w:p>
      <w:r>
        <w:rPr>
          <w:rFonts w:ascii="Courier New" w:hAnsi="Courier New"/>
          <w:color w:val="555555"/>
          <w:sz w:val="20"/>
        </w:rPr>
        <w:t>[25]</w:t>
      </w:r>
    </w:p>
    <w:p>
      <w:r>
        <w:rPr>
          <w:rFonts w:ascii="Gentium Plus" w:hAnsi="Gentium Plus"/>
          <w:sz w:val="24"/>
        </w:rPr>
        <w:t>Βοηδρομεῖν. μετὰ σπουδῆς παραγίνεσθαι. Βοῇς. ἀντὶ τοῦ βοᾷς. ἔστι δὲ δωρικόν· καὶ μη‐ δεὶς οἰέσθω ἀπὸ τοῦ βοᾷς γεγονέναι, ἀλλ’ ἀπὸ τοῦ βοάεις κατὰ κρᾶσιν τοῦ α καὶ ε εἰς η, ὡς γελῇς ἀπὸ τοῦ γελάεις, οὐκ ἀπὸ τοῦ γελᾷς.</w:t>
      </w:r>
    </w:p>
    <w:p>
      <w:r>
        <w:rPr>
          <w:rFonts w:ascii="Courier New" w:hAnsi="Courier New"/>
          <w:color w:val="555555"/>
          <w:sz w:val="20"/>
        </w:rPr>
        <w:t>[30]</w:t>
      </w:r>
    </w:p>
    <w:p>
      <w:r>
        <w:rPr>
          <w:rFonts w:ascii="Gentium Plus" w:hAnsi="Gentium Plus"/>
          <w:sz w:val="24"/>
        </w:rPr>
        <w:t>Βολβεῖται. μεγαλοῤῥημονεῖ.</w:t>
      </w:r>
    </w:p>
    <w:p>
      <w:r>
        <w:rPr>
          <w:rFonts w:ascii="Courier New" w:hAnsi="Courier New"/>
          <w:color w:val="555555"/>
          <w:sz w:val="20"/>
        </w:rPr>
        <w:t>[beta 403]</w:t>
      </w:r>
    </w:p>
    <w:p>
      <w:r>
        <w:rPr>
          <w:rFonts w:ascii="Gentium Plus" w:hAnsi="Gentium Plus"/>
          <w:sz w:val="24"/>
        </w:rPr>
        <w:t>Βόσκω. παρὰ τὸ βῶ τὸ τρέφω. [ὁ μέλλων βόσω, καὶ πλεονασμῷ βόσκω· ὡς τιτρώσω, τιτρώσκω, θνήσω, θνήσκω. ἐξ οὗ βόσις, ἡ τροφὴ, καὶ συβώτης.]</w:t>
      </w:r>
    </w:p>
    <w:p>
      <w:r>
        <w:rPr>
          <w:rFonts w:ascii="Courier New" w:hAnsi="Courier New"/>
          <w:color w:val="555555"/>
          <w:sz w:val="20"/>
        </w:rPr>
        <w:t>[5]</w:t>
      </w:r>
    </w:p>
    <w:p>
      <w:r>
        <w:rPr>
          <w:rFonts w:ascii="Gentium Plus" w:hAnsi="Gentium Plus"/>
          <w:sz w:val="24"/>
        </w:rPr>
        <w:t>Βομβάζειν. φθέγμα ἐπὶ τὸ διασύρειν καὶ τω‐ θάζειν λεγόμενον. Βουκολήσας. ἀπατήσας. Βουλιμιᾷ. λιμώττει, πεινῇ λίαν. Βουλεύσας. ἀντὶ τοῦ βουληθείς.</w:t>
      </w:r>
    </w:p>
    <w:p>
      <w:r>
        <w:rPr>
          <w:rFonts w:ascii="Courier New" w:hAnsi="Courier New"/>
          <w:color w:val="555555"/>
          <w:sz w:val="20"/>
        </w:rPr>
        <w:t>[10]</w:t>
      </w:r>
    </w:p>
    <w:p>
      <w:r>
        <w:rPr>
          <w:rFonts w:ascii="Gentium Plus" w:hAnsi="Gentium Plus"/>
          <w:sz w:val="24"/>
        </w:rPr>
        <w:t>Βουλεύοντι. ἀντὶ τοῦ συμβουλεύοντι. Βουλομένῳ. γλιχομένῳ, ἐπιθυμοῦντι. Βουβωνιῶ. φλεγμαίνω τοὺς βουβῶνας. ἐγὼ μὲν οὖν εἰς τὸ βαλανεῖον βούλομαι [ἀπελθεῖν·]</w:t>
      </w:r>
    </w:p>
    <w:p>
      <w:r>
        <w:rPr>
          <w:rFonts w:ascii="Courier New" w:hAnsi="Courier New"/>
          <w:color w:val="555555"/>
          <w:sz w:val="20"/>
        </w:rPr>
        <w:t>[15]</w:t>
      </w:r>
    </w:p>
    <w:p>
      <w:r>
        <w:rPr>
          <w:rFonts w:ascii="Gentium Plus" w:hAnsi="Gentium Plus"/>
          <w:sz w:val="24"/>
        </w:rPr>
        <w:t>βουβωνιῶ γὰρ τὰ νεφρὰ ὑπὸ τῶν κόπων. Βοῶμεν. ὀμόσωμεν. Βοώμενον. ἐπικαλούμενον. Βοῷεν. βοάοιμι βοῷμι, τὸ τρίτον τῶν πληθυντι‐ κῶν βοάοιεν βοῷεν.</w:t>
      </w:r>
    </w:p>
    <w:p>
      <w:pPr>
        <w:jc w:val="center"/>
      </w:pPr>
      <w:r>
        <w:rPr>
          <w:rFonts w:ascii="Gentium Plus" w:hAnsi="Gentium Plus"/>
          <w:b/>
          <w:sz w:val="24"/>
        </w:rPr>
        <w:t>(Ἐπίῤῥημα.)</w:t>
      </w:r>
    </w:p>
    <w:p>
      <w:r>
        <w:rPr>
          <w:rFonts w:ascii="Courier New" w:hAnsi="Courier New"/>
          <w:color w:val="555555"/>
          <w:sz w:val="20"/>
        </w:rPr>
        <w:t>[21]</w:t>
      </w:r>
    </w:p>
    <w:p>
      <w:r>
        <w:rPr>
          <w:rFonts w:ascii="Gentium Plus" w:hAnsi="Gentium Plus"/>
          <w:sz w:val="24"/>
        </w:rPr>
        <w:t>Βοτρυδόν. ἡ ἑτέρα τῆς ἑτέρας ἐχομένη, ὡς ῥά‐ γες τῶν βοτρύων.</w:t>
      </w:r>
    </w:p>
    <w:p>
      <w:pPr>
        <w:jc w:val="center"/>
      </w:pPr>
      <w:r>
        <w:rPr>
          <w:rFonts w:ascii="Gentium Plus" w:hAnsi="Gentium Plus"/>
          <w:b/>
          <w:sz w:val="24"/>
        </w:rPr>
        <w:t>Τὸ Β μετὰ τοῦ Ρ.</w:t>
      </w:r>
    </w:p>
    <w:p>
      <w:pPr>
        <w:jc w:val="center"/>
      </w:pPr>
      <w:r>
        <w:rPr>
          <w:rFonts w:ascii="Gentium Plus" w:hAnsi="Gentium Plus"/>
          <w:b/>
          <w:sz w:val="24"/>
        </w:rPr>
        <w:t>(Ἀρσενικόν.)</w:t>
      </w:r>
    </w:p>
    <w:p>
      <w:r>
        <w:rPr>
          <w:rFonts w:ascii="Courier New" w:hAnsi="Courier New"/>
          <w:color w:val="555555"/>
          <w:sz w:val="20"/>
        </w:rPr>
        <w:t>[25]</w:t>
      </w:r>
    </w:p>
    <w:p>
      <w:r>
        <w:rPr>
          <w:rFonts w:ascii="Gentium Plus" w:hAnsi="Gentium Plus"/>
          <w:sz w:val="24"/>
        </w:rPr>
        <w:t>Βραβεῖς. οἱ ἐν τοῖς ἀγῶσι κήρυκες. Βραβευτής. διοικητὴς, κριτὴς, παροχεύς. βρα‐ βευτὴς δὲ οὐ πάνυ τι λέγεται, ἀλλὰ μᾶλλον</w:t>
      </w:r>
    </w:p>
    <w:p>
      <w:r>
        <w:rPr>
          <w:rFonts w:ascii="Courier New" w:hAnsi="Courier New"/>
          <w:color w:val="555555"/>
          <w:sz w:val="20"/>
        </w:rPr>
        <w:t>[beta 404]</w:t>
      </w:r>
    </w:p>
    <w:p>
      <w:r>
        <w:rPr>
          <w:rFonts w:ascii="Gentium Plus" w:hAnsi="Gentium Plus"/>
          <w:sz w:val="24"/>
        </w:rPr>
        <w:t>ἐν δὲ τῷ Πρωταγόρᾳ· βραβευτὴν αἰσχρὸν εἴη αἱρεῖσθαι. Βρασμὸς γῆς. ὅταν καχλάζῃ μετὰ κινήματος. ἐκτιναγμὸς δὲ, ὅταν ἀναριπτῆται.</w:t>
      </w:r>
    </w:p>
    <w:p>
      <w:r>
        <w:rPr>
          <w:rFonts w:ascii="Courier New" w:hAnsi="Courier New"/>
          <w:color w:val="555555"/>
          <w:sz w:val="20"/>
        </w:rPr>
        <w:t>[5]</w:t>
      </w:r>
    </w:p>
    <w:p>
      <w:r>
        <w:rPr>
          <w:rFonts w:ascii="Gentium Plus" w:hAnsi="Gentium Plus"/>
          <w:sz w:val="24"/>
        </w:rPr>
        <w:t>Βραδύς. ὁ ἀργὸς, ὁ μὴ ἀγχίνους. κἀπιλήσμων καὶ βραδύς. παρὰ τὸ βάρος βαρὺς καὶ ἐν ὑπερθέσει τοῦ ρ καὶ πλεονασμῷ τοῦ δ βραδύς. Βράσσων. ὁ βραδὺς καὶ βραχύς· ἑκάτερα γὰρ</w:t>
      </w:r>
    </w:p>
    <w:p>
      <w:r>
        <w:rPr>
          <w:rFonts w:ascii="Courier New" w:hAnsi="Courier New"/>
          <w:color w:val="555555"/>
          <w:sz w:val="20"/>
        </w:rPr>
        <w:t>[10]</w:t>
      </w:r>
    </w:p>
    <w:p>
      <w:r>
        <w:rPr>
          <w:rFonts w:ascii="Gentium Plus" w:hAnsi="Gentium Plus"/>
          <w:sz w:val="24"/>
        </w:rPr>
        <w:t>σημαίνει. Βραχίων. ὅτι βραχύτερός ἐστι τοῦ λοιποῦ μέ‐ ρους. βραχίων τροπικῶς καὶ ἡ δύναμις. Βραχύς. κατὰ τροπὴν τοῦ λ εἰς τὸ ρ· παρὰ γὰρ τὸ ἀποβεβλῆσθαι μέρος καὶ ἐλάσσονα γενέσθαι.</w:t>
      </w:r>
    </w:p>
    <w:p>
      <w:r>
        <w:rPr>
          <w:rFonts w:ascii="Courier New" w:hAnsi="Courier New"/>
          <w:color w:val="555555"/>
          <w:sz w:val="20"/>
        </w:rPr>
        <w:t>[15]</w:t>
      </w:r>
    </w:p>
    <w:p>
      <w:r>
        <w:rPr>
          <w:rFonts w:ascii="Gentium Plus" w:hAnsi="Gentium Plus"/>
          <w:sz w:val="24"/>
        </w:rPr>
        <w:t>Βρεγμὸς καὶ βρέγμα. τὸ ὑπερμετώπιον μέρος, ἢ τὸ τῆς κεφαλῆς ἄκρον κρανίον. [τοῦτο γὰρ πρῶτον βρέχεται.] Βριήπυος. μεγαλόφωνος. Βρινοί. οἱ βάτραχοι.</w:t>
      </w:r>
    </w:p>
    <w:p>
      <w:r>
        <w:rPr>
          <w:rFonts w:ascii="Courier New" w:hAnsi="Courier New"/>
          <w:color w:val="555555"/>
          <w:sz w:val="20"/>
        </w:rPr>
        <w:t>[20]</w:t>
      </w:r>
    </w:p>
    <w:p>
      <w:r>
        <w:rPr>
          <w:rFonts w:ascii="Gentium Plus" w:hAnsi="Gentium Plus"/>
          <w:sz w:val="24"/>
        </w:rPr>
        <w:t>Βριάρεως. ὁ ἑκατόγχειρ θεός. Βρίμος. δυνατὸς, ἰσχυρὸς, γενναῖος. Βριαροί. βαρεῖς, ἰσχυροὶ, στερεοί. Βριαρόχειρ. ὁ ἰσχυρὸς καὶ δυνατὸς τὴν χεῖρα. Βρόμιος. ὁ Διόνυσος.</w:t>
      </w:r>
    </w:p>
    <w:p>
      <w:r>
        <w:rPr>
          <w:rFonts w:ascii="Courier New" w:hAnsi="Courier New"/>
          <w:color w:val="555555"/>
          <w:sz w:val="20"/>
        </w:rPr>
        <w:t>[25]</w:t>
      </w:r>
    </w:p>
    <w:p>
      <w:r>
        <w:rPr>
          <w:rFonts w:ascii="Gentium Plus" w:hAnsi="Gentium Plus"/>
          <w:sz w:val="24"/>
        </w:rPr>
        <w:t>Βροτολοιγός. ἀνθρωποκτόνος. λοιγὸς γὰρ ὁ ὄλε‐ θρος. βροτολοιγὸς Ἄρης. Βροτός. ὁ ἄνθρωπος. παρὰ τὸ μείρω τὸ μερί‐</w:t>
      </w:r>
    </w:p>
    <w:p>
      <w:r>
        <w:rPr>
          <w:rFonts w:ascii="Courier New" w:hAnsi="Courier New"/>
          <w:color w:val="555555"/>
          <w:sz w:val="20"/>
        </w:rPr>
        <w:t>[beta 405]</w:t>
      </w:r>
    </w:p>
    <w:p>
      <w:r>
        <w:rPr>
          <w:rFonts w:ascii="Gentium Plus" w:hAnsi="Gentium Plus"/>
          <w:sz w:val="24"/>
        </w:rPr>
        <w:t>καὶ τροπὴν τοῦ μ εἰς β βροτὸς, ὁ μεμερισμέ‐ νην ἔχων τὴν φωνήν. Βρότος. τὸ μετὰ κονιορτοῦ αἷμα τοῦ ἀνθρώπου, καὶ οὐκ ἄλλου ζώου· βροτὸς γὰρ ὁ ἄνθρωπος.</w:t>
      </w:r>
    </w:p>
    <w:p>
      <w:r>
        <w:rPr>
          <w:rFonts w:ascii="Courier New" w:hAnsi="Courier New"/>
          <w:color w:val="555555"/>
          <w:sz w:val="20"/>
        </w:rPr>
        <w:t>[5]</w:t>
      </w:r>
    </w:p>
    <w:p>
      <w:r>
        <w:rPr>
          <w:rFonts w:ascii="Gentium Plus" w:hAnsi="Gentium Plus"/>
          <w:sz w:val="24"/>
        </w:rPr>
        <w:t>Βρόμος. ὁ τοῦ πυρὸς ἦχος, ἀπὸ τοῦ βρέμω τὸ ἠχῶ. ἔστι δὲ ποιὰ φωνή. βρῶμος δὲ τὸ φυ‐ τὸν, *καὶ ἡ δυσωδία·* μέγα. Βρόγχος. ὁ λαιμὸς, ὃν καὶ φάρυγα καλοῦμεν, καὶ ἐπὶ τῶν ἰχθύων τῶν τὰ βράγχη ἐχόντων.</w:t>
      </w:r>
    </w:p>
    <w:p>
      <w:r>
        <w:rPr>
          <w:rFonts w:ascii="Courier New" w:hAnsi="Courier New"/>
          <w:color w:val="555555"/>
          <w:sz w:val="20"/>
        </w:rPr>
        <w:t>[10]</w:t>
      </w:r>
    </w:p>
    <w:p>
      <w:r>
        <w:rPr>
          <w:rFonts w:ascii="Gentium Plus" w:hAnsi="Gentium Plus"/>
          <w:sz w:val="24"/>
        </w:rPr>
        <w:t>εἴρηται δὲ παρὰ τὸ βρέχω, βρέχος τὶς ὢν, ὁ ἐν τῷ σιτεῖσθαι καὶ πίνειν βρεχόμενος. καὶ ἡ μὲν συνήθεια βρόγχον λέγει· οἱ δὲ ἀρχαῖοι βράγχον· ὅθεν καὶ βραγχιᾷν τὸ παθητικὸν εἴρηται. πεποίηται δὲ ἡ λέξις τοῦ βρόγχου ἀπὸ</w:t>
      </w:r>
    </w:p>
    <w:p>
      <w:r>
        <w:rPr>
          <w:rFonts w:ascii="Courier New" w:hAnsi="Courier New"/>
          <w:color w:val="555555"/>
          <w:sz w:val="20"/>
        </w:rPr>
        <w:t>[15]</w:t>
      </w:r>
    </w:p>
    <w:p>
      <w:r>
        <w:rPr>
          <w:rFonts w:ascii="Gentium Plus" w:hAnsi="Gentium Plus"/>
          <w:sz w:val="24"/>
        </w:rPr>
        <w:t>τοῦ γινομένου ἤχου ἐν τῷ καταπίνειν. Βρόχθος. τὸ ὀλίγον πόμα, καὶ ἡ φάρυγξ, δι’ ἧς καταπίνομεν. εἴρηται παρὰ τὸ βρέχω, βέβροχα. Βρόχος. τὸ τῆς ἀγχόνης σχοινίον. Ὅμηρος·</w:t>
      </w:r>
    </w:p>
    <w:p>
      <w:r>
        <w:rPr>
          <w:rFonts w:ascii="Courier New" w:hAnsi="Courier New"/>
          <w:color w:val="555555"/>
          <w:sz w:val="20"/>
        </w:rPr>
        <w:t>[20]</w:t>
      </w:r>
    </w:p>
    <w:p>
      <w:r>
        <w:rPr>
          <w:rFonts w:ascii="Gentium Plus" w:hAnsi="Gentium Plus"/>
          <w:sz w:val="24"/>
        </w:rPr>
        <w:t>ἁψαμένη βρόχου— κυρίως δὲ βρόχος τὸ εἰς τὰς ἀγκύρας καὶ εἰς τὰ ἀπόγεια σχοινίον, διὰ τὸ βρέχεσθαι. καὶ βρόχος ἡ ἀνάγκη παρὰ τῷ Ἀποστόλῳ· οὐχ’ ἵνα βρόχον ὑμῖν ἐπιβάλω.</w:t>
      </w:r>
    </w:p>
    <w:p>
      <w:r>
        <w:rPr>
          <w:rFonts w:ascii="Courier New" w:hAnsi="Courier New"/>
          <w:color w:val="555555"/>
          <w:sz w:val="20"/>
        </w:rPr>
        <w:t>[25]</w:t>
      </w:r>
    </w:p>
    <w:p>
      <w:r>
        <w:rPr>
          <w:rFonts w:ascii="Gentium Plus" w:hAnsi="Gentium Plus"/>
          <w:sz w:val="24"/>
        </w:rPr>
        <w:t>Βροῦχος. ἡ κάμπη, ἢ ἡ νεογενὴς καὶ ἄπτερος ἀκρίς. βροῦχος δὲ παρὰ τὸ βρύκειν, ὃ σημαίνει τὸ ἐσθίειν. *Βρουμαχία. ἑλληνικὴ ἑορτὴ τοῦ Διονύσου.* Βρυγμός. ἡ σύντομος ἐδωδὴ, ἢ τρισμὸς ὀδόν‐</w:t>
      </w:r>
    </w:p>
    <w:p>
      <w:r>
        <w:rPr>
          <w:rFonts w:ascii="Courier New" w:hAnsi="Courier New"/>
          <w:color w:val="555555"/>
          <w:sz w:val="20"/>
        </w:rPr>
        <w:t>[30]</w:t>
      </w:r>
    </w:p>
    <w:p>
      <w:r>
        <w:rPr>
          <w:rFonts w:ascii="Gentium Plus" w:hAnsi="Gentium Plus"/>
          <w:sz w:val="24"/>
        </w:rPr>
        <w:t>των, ἢ μυλῶν ἀκόνησις. παρὰ τὸ βρύκω τὸ ἐσθίω. [ὡς νύσσω νυγμὸς, οὕτω βρύκω βρυ‐</w:t>
      </w:r>
    </w:p>
    <w:p>
      <w:r>
        <w:rPr>
          <w:rFonts w:ascii="Courier New" w:hAnsi="Courier New"/>
          <w:color w:val="555555"/>
          <w:sz w:val="20"/>
        </w:rPr>
        <w:t>[beta 406]</w:t>
      </w:r>
    </w:p>
    <w:p>
      <w:r>
        <w:rPr>
          <w:rFonts w:ascii="Gentium Plus" w:hAnsi="Gentium Plus"/>
          <w:sz w:val="24"/>
        </w:rPr>
        <w:t>Βρωτός. ὁ βεβρωμένος. Βρῶμος. τὸ φυτόν. Βραβευτάς. τοὺς τῶν ἀγωνιζομένων κριτὰς κα‐ λοῦσιν· οὗτοι γὰρ τοῖς νικῶσι τῆς νίκης τὴν</w:t>
      </w:r>
    </w:p>
    <w:p>
      <w:r>
        <w:rPr>
          <w:rFonts w:ascii="Courier New" w:hAnsi="Courier New"/>
          <w:color w:val="555555"/>
          <w:sz w:val="20"/>
        </w:rPr>
        <w:t>[5]</w:t>
      </w:r>
    </w:p>
    <w:p>
      <w:r>
        <w:rPr>
          <w:rFonts w:ascii="Gentium Plus" w:hAnsi="Gentium Plus"/>
          <w:sz w:val="24"/>
        </w:rPr>
        <w:t>ψῆφον ὀρέγουσι. καταβραβεύειν δέ ἐστι τὸ ἀδίκως βραβεύειν. ὁ Ἀπόστολος· μηδεὶς ὑμᾶς καταβραβευέτω.</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Βραχυμυθίας. ἤτοι βραχυλογίας.</w:t>
      </w:r>
    </w:p>
    <w:p>
      <w:r>
        <w:rPr>
          <w:rFonts w:ascii="Courier New" w:hAnsi="Courier New"/>
          <w:color w:val="555555"/>
          <w:sz w:val="20"/>
        </w:rPr>
        <w:t>[10]</w:t>
      </w:r>
    </w:p>
    <w:p>
      <w:r>
        <w:rPr>
          <w:rFonts w:ascii="Gentium Plus" w:hAnsi="Gentium Plus"/>
          <w:sz w:val="24"/>
        </w:rPr>
        <w:t>Βρετανία. νῆσος περὶ τὸν ὠκεανόν. τινὲς δύο ττ γράφουσι. Βριαρά. βαρεῖα, ἰσχυρά. Βρούτιδες. γυναῖκες οὕτω καλούμεναι. Βροντή. ἡ ὑπὸ πνεύματος ἐν τοῖς νέφεσι γενομένη</w:t>
      </w:r>
    </w:p>
    <w:p>
      <w:r>
        <w:rPr>
          <w:rFonts w:ascii="Courier New" w:hAnsi="Courier New"/>
          <w:color w:val="555555"/>
          <w:sz w:val="20"/>
        </w:rPr>
        <w:t>[15]</w:t>
      </w:r>
    </w:p>
    <w:p>
      <w:r>
        <w:rPr>
          <w:rFonts w:ascii="Gentium Plus" w:hAnsi="Gentium Plus"/>
          <w:sz w:val="24"/>
        </w:rPr>
        <w:t>ἔκρηξις, ἥτις πρὸς τὴν τῶν νεφῶν πυκνότητα βίᾳ φερομένη ποιεῖ ἐν τῇ πληγῇ ψόφον· ἢ ὅταν πνεῦμα ξηρὸν καὶ βίαιον κοιλότησι νεφέλης ἐν‐ απολειφθὲν, καὶ ὑπὸ εὐτονίας τοῖς κοιλώμασι τῶν νεφῶν ἐνστρεφόμενον ζητεῖ διέξοδον πρὸς</w:t>
      </w:r>
    </w:p>
    <w:p>
      <w:r>
        <w:rPr>
          <w:rFonts w:ascii="Courier New" w:hAnsi="Courier New"/>
          <w:color w:val="555555"/>
          <w:sz w:val="20"/>
        </w:rPr>
        <w:t>[20]</w:t>
      </w:r>
    </w:p>
    <w:p>
      <w:r>
        <w:rPr>
          <w:rFonts w:ascii="Gentium Plus" w:hAnsi="Gentium Plus"/>
          <w:sz w:val="24"/>
        </w:rPr>
        <w:t>τὰ ἄνω. ἀντέχουσαι μὲν οὖν ἐπὶ τῆς ἄγαν πι‐ λήσεως αἱ νεφέλαι, τὸν τραχὺν ἐκεῖνον ἐκ τῆς τοῦ πνεύματος παρατρίψεως ἀποτελοῦσιν ἦχον· ἐπειδὰν δὲ ὥσπερ πομφόλυγες περιταθεῖσαι τῷ πνεύματι ἐπιπλέον ἀντέχειν καὶ στέγειν ἀδυ‐</w:t>
      </w:r>
    </w:p>
    <w:p>
      <w:r>
        <w:rPr>
          <w:rFonts w:ascii="Courier New" w:hAnsi="Courier New"/>
          <w:color w:val="555555"/>
          <w:sz w:val="20"/>
        </w:rPr>
        <w:t>[25]</w:t>
      </w:r>
    </w:p>
    <w:p>
      <w:r>
        <w:rPr>
          <w:rFonts w:ascii="Gentium Plus" w:hAnsi="Gentium Plus"/>
          <w:sz w:val="24"/>
        </w:rPr>
        <w:t>νατήσωσι, βιαίως ἀποῤῥηγνύμεναι καὶ πρὸς τὴν ἔξω διαπνοὴν διεῖσαι τὸ πνεῦμα, τοὺς κατὰ τὰς βροντὰς ἀποτελοῦσι ψόφους, καὶ ἀστραπὴν ἐργάζεσθαι πέφυκεν. εἴρηται δὲ παρὰ τὸ βρό‐ μον, ὃ σημαίνει τὸν τοῦ πυρὸς ἦχον· ἔμπυρος</w:t>
      </w:r>
    </w:p>
    <w:p>
      <w:r>
        <w:rPr>
          <w:rFonts w:ascii="Courier New" w:hAnsi="Courier New"/>
          <w:color w:val="555555"/>
          <w:sz w:val="20"/>
        </w:rPr>
        <w:t>[30]</w:t>
      </w:r>
    </w:p>
    <w:p>
      <w:r>
        <w:rPr>
          <w:rFonts w:ascii="Gentium Plus" w:hAnsi="Gentium Plus"/>
          <w:sz w:val="24"/>
        </w:rPr>
        <w:t>γὰρ ἡ βροντή.</w:t>
      </w:r>
    </w:p>
    <w:p>
      <w:r>
        <w:rPr>
          <w:rFonts w:ascii="Courier New" w:hAnsi="Courier New"/>
          <w:color w:val="555555"/>
          <w:sz w:val="20"/>
        </w:rPr>
        <w:t>[beta 407]</w:t>
      </w:r>
    </w:p>
    <w:p>
      <w:r>
        <w:rPr>
          <w:rFonts w:ascii="Gentium Plus" w:hAnsi="Gentium Plus"/>
          <w:sz w:val="24"/>
        </w:rPr>
        <w:t>Βρώμης. βρώσεως, τροφῆς. οἷον· —μνησθησώμεθα βρώμης. Βρύοικος. ἡ ἄγκυρα, ἡ τὸν βυθὸν οἰκοῦσα.</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Βραβεῖον. ἐπινίκιος ἀμοιβὴ, ἢ ὁ παρὰ τῶν βρα‐ βευτῶν ἢ μᾶλλον τῶν βραβέων διδόμενος στέ‐ φανος τῷ νικῶντι. Βράβηλλα. τὰ καλούμενα δαμάσκηνα. τὰ αὐ‐ τὰ καὶ κοκκύμηλα καὶ μάδρυα. βοράβηλα τινὰ</w:t>
      </w:r>
    </w:p>
    <w:p>
      <w:r>
        <w:rPr>
          <w:rFonts w:ascii="Courier New" w:hAnsi="Courier New"/>
          <w:color w:val="555555"/>
          <w:sz w:val="20"/>
        </w:rPr>
        <w:t>[10]</w:t>
      </w:r>
    </w:p>
    <w:p>
      <w:r>
        <w:rPr>
          <w:rFonts w:ascii="Gentium Plus" w:hAnsi="Gentium Plus"/>
          <w:sz w:val="24"/>
        </w:rPr>
        <w:t>ὄντα, τὰ τὴν βορὰν ἐκβάλλοντα· εἰσὶ γὰρ μα‐ λακτικὰ τῆς γαστρός. Βραδύτερον, οὐ βράδιον [λέγουσι,] ὅτι μὴ Ἡσίο‐ δος μόνος εἴρηκε βράδιον συνεσταλμένως· —βράδιον δὲ Πανελλήνεσσι φαείνει.</w:t>
      </w:r>
    </w:p>
    <w:p>
      <w:r>
        <w:rPr>
          <w:rFonts w:ascii="Courier New" w:hAnsi="Courier New"/>
          <w:color w:val="555555"/>
          <w:sz w:val="20"/>
        </w:rPr>
        <w:t>[15]</w:t>
      </w:r>
    </w:p>
    <w:p>
      <w:r>
        <w:rPr>
          <w:rFonts w:ascii="Gentium Plus" w:hAnsi="Gentium Plus"/>
          <w:sz w:val="24"/>
        </w:rPr>
        <w:t>Βραχιόλια. ἃ παρ’ ἡμῖν χλιδόνες καλοῦνται. Βραχυτελές. σύντομον, μικρόν. Βραχύ. ὀλίγον. Βράκανα. ἄγρια καὶ δύσπλυτα λάχανα. Βρέβιον. ἡ ἐπίτομος καὶ σύντομος γραφή. βρε‐</w:t>
      </w:r>
    </w:p>
    <w:p>
      <w:r>
        <w:rPr>
          <w:rFonts w:ascii="Courier New" w:hAnsi="Courier New"/>
          <w:color w:val="555555"/>
          <w:sz w:val="20"/>
        </w:rPr>
        <w:t>[20]</w:t>
      </w:r>
    </w:p>
    <w:p>
      <w:r>
        <w:rPr>
          <w:rFonts w:ascii="Gentium Plus" w:hAnsi="Gentium Plus"/>
          <w:sz w:val="24"/>
        </w:rPr>
        <w:t>βίω γὰρ κατὰ Λατίνους τὸ τέμνω. *γράφε‐ ται καὶ τὸ βραχὺ καὶ ὀλίγον.* καὶ βρεβίτα ἡ συντομία. Βρέτας. εἴδωλον, ἄγαλμα. παρὰ τὸ βροτὸς βρέτας κατὰ τροπήν. κυρίως δὲ τὸ ἀπὸ ξύλου</w:t>
      </w:r>
    </w:p>
    <w:p>
      <w:r>
        <w:rPr>
          <w:rFonts w:ascii="Courier New" w:hAnsi="Courier New"/>
          <w:color w:val="555555"/>
          <w:sz w:val="20"/>
        </w:rPr>
        <w:t>[25]</w:t>
      </w:r>
    </w:p>
    <w:p>
      <w:r>
        <w:rPr>
          <w:rFonts w:ascii="Gentium Plus" w:hAnsi="Gentium Plus"/>
          <w:sz w:val="24"/>
        </w:rPr>
        <w:t>πεποιημένον ἀνθρώπου ἄγαλμα. Βρέχμα καὶ βρέγμα. τὸ ὑπερμετώπιον μέρος,</w:t>
      </w:r>
    </w:p>
    <w:p>
      <w:r>
        <w:rPr>
          <w:rFonts w:ascii="Courier New" w:hAnsi="Courier New"/>
          <w:color w:val="555555"/>
          <w:sz w:val="20"/>
        </w:rPr>
        <w:t>[beta 408]</w:t>
      </w:r>
    </w:p>
    <w:p>
      <w:r>
        <w:rPr>
          <w:rFonts w:ascii="Gentium Plus" w:hAnsi="Gentium Plus"/>
          <w:sz w:val="24"/>
        </w:rPr>
        <w:t>τῆς κεφαλῆς ἄκρον κρανίον. ὥσπερ παρὰ τὸ ἔχω γίνεται ἐχμὸς καὶ συνεοχμὸς, οἷον· —καὶ αὐχένος συνεοχμῷ. οὕτω παρὰ τὸ βρέχω βρεχμὸς καὶ βρέχμα·</w:t>
      </w:r>
    </w:p>
    <w:p>
      <w:r>
        <w:rPr>
          <w:rFonts w:ascii="Courier New" w:hAnsi="Courier New"/>
          <w:color w:val="555555"/>
          <w:sz w:val="20"/>
        </w:rPr>
        <w:t>[5]</w:t>
      </w:r>
    </w:p>
    <w:p>
      <w:r>
        <w:rPr>
          <w:rFonts w:ascii="Gentium Plus" w:hAnsi="Gentium Plus"/>
          <w:sz w:val="24"/>
        </w:rPr>
        <w:t>τοῦτο γὰρ πρῶτον βρέχεται. Βρέφος. παρὰ τὸ φέρβω τὸ τρέφω γίνεται φέρ‐ βος καὶ κατὰ μετάθεσιν τῶν στοιχείων βρέφος. Βρεντήσιον. πόλις περὶ τὸν Ἀδρίαν. Βριαρόν. ἰσχυρὸν, βαρύ. παρὰ τὸ βία βιαρὸν</w:t>
      </w:r>
    </w:p>
    <w:p>
      <w:r>
        <w:rPr>
          <w:rFonts w:ascii="Courier New" w:hAnsi="Courier New"/>
          <w:color w:val="555555"/>
          <w:sz w:val="20"/>
        </w:rPr>
        <w:t>[10]</w:t>
      </w:r>
    </w:p>
    <w:p>
      <w:r>
        <w:rPr>
          <w:rFonts w:ascii="Gentium Plus" w:hAnsi="Gentium Plus"/>
          <w:sz w:val="24"/>
        </w:rPr>
        <w:t>καὶ πλεονασμῷ τοῦ ρ βριαρόν. [ἔνθεν τὸ Βριά‐ ρεως. ἢ παρὰ τὸ βρίω, ἀφ’ οὗ καὶ βρίθω.] Βροτόεντα. ᾑμαγμένα. βρότος γὰρ τὸ μετὰ κονιορτοῦ αἷμα τοῦ ἀνθρώπου. Βρόνδον. εἶδος διαλέξεως.</w:t>
      </w:r>
    </w:p>
    <w:p>
      <w:r>
        <w:rPr>
          <w:rFonts w:ascii="Courier New" w:hAnsi="Courier New"/>
          <w:color w:val="555555"/>
          <w:sz w:val="20"/>
        </w:rPr>
        <w:t>[15]</w:t>
      </w:r>
    </w:p>
    <w:p>
      <w:r>
        <w:rPr>
          <w:rFonts w:ascii="Gentium Plus" w:hAnsi="Gentium Plus"/>
          <w:sz w:val="24"/>
        </w:rPr>
        <w:t>Βροντήσιον. χώρα Ἰταλίας. Βρόμιον πῦρ. ἠχητικόν. Βρύον. τὸ ἐκ τῆς θαλάσσης ἀχυρῶδες ἐκφερό‐ μενον, καὶ τὸ προχεόμενον. Βρύτια. τὰ τῆς σταφυλῆς πιέσματα. παρὰ τὸ</w:t>
      </w:r>
    </w:p>
    <w:p>
      <w:r>
        <w:rPr>
          <w:rFonts w:ascii="Courier New" w:hAnsi="Courier New"/>
          <w:color w:val="555555"/>
          <w:sz w:val="20"/>
        </w:rPr>
        <w:t>[20]</w:t>
      </w:r>
    </w:p>
    <w:p>
      <w:r>
        <w:rPr>
          <w:rFonts w:ascii="Gentium Plus" w:hAnsi="Gentium Plus"/>
          <w:sz w:val="24"/>
        </w:rPr>
        <w:t>τοὺς βότρυς βρύτια. οἱ δὲ Ἀττικοὶ τὰ τῶν ἐλαιῶν ἀλέσματα. Βρύελλα. τὰ βροῦλλα καὶ βρύλλια. βρυλλίῳ δέδεται. Βρύχιον. βυθιζόμενον.</w:t>
      </w:r>
    </w:p>
    <w:p>
      <w:r>
        <w:rPr>
          <w:rFonts w:ascii="Courier New" w:hAnsi="Courier New"/>
          <w:color w:val="555555"/>
          <w:sz w:val="20"/>
        </w:rPr>
        <w:t>[25]</w:t>
      </w:r>
    </w:p>
    <w:p>
      <w:r>
        <w:rPr>
          <w:rFonts w:ascii="Gentium Plus" w:hAnsi="Gentium Plus"/>
          <w:sz w:val="24"/>
        </w:rPr>
        <w:t>Βρύχια ὕδατα. τὰ ὑπὸ γῆν ἐφιγμένως διακεί‐ μενα, καὶ ἦχον ἄνωθεν ἀποτελοῦντα.</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Βραβεύει. διανέμει. Βράσσω. τὸ ζέω. ὅπερ ἀναβράσσω λέγουσιν Ἀτ‐ τικοὶ, ἐπὶ τοῦ ἀποτελέσματος λαμβάνοντες τὴν</w:t>
      </w:r>
    </w:p>
    <w:p>
      <w:r>
        <w:rPr>
          <w:rFonts w:ascii="Courier New" w:hAnsi="Courier New"/>
          <w:color w:val="555555"/>
          <w:sz w:val="20"/>
        </w:rPr>
        <w:t>[5]</w:t>
      </w:r>
    </w:p>
    <w:p>
      <w:r>
        <w:rPr>
          <w:rFonts w:ascii="Gentium Plus" w:hAnsi="Gentium Plus"/>
          <w:sz w:val="24"/>
        </w:rPr>
        <w:t>λέξιν. Ἀριστοφάνης· ἀναβράττω κίχλας. ἀντὶ τοῦ ἑψίω. εἴρηται παρὰ τὸ βάρος, ἢ βα‐ ρῶ, βαράσσω, [καὶ κατὰ συγκοπὴν βράσσω.] Βραχυμυθεῖν. τὸ βραχυλογεῖν.</w:t>
      </w:r>
    </w:p>
    <w:p>
      <w:r>
        <w:rPr>
          <w:rFonts w:ascii="Courier New" w:hAnsi="Courier New"/>
          <w:color w:val="555555"/>
          <w:sz w:val="20"/>
        </w:rPr>
        <w:t>[10]</w:t>
      </w:r>
    </w:p>
    <w:p>
      <w:r>
        <w:rPr>
          <w:rFonts w:ascii="Gentium Plus" w:hAnsi="Gentium Plus"/>
          <w:sz w:val="24"/>
        </w:rPr>
        <w:t>Βρενθύεται. μεγαλοφρονεῖ, ἐπαίρεται, ἢ προσ‐ ποιεῖται ὀργίζεσθαι. βρένθυον γάρ ἐστι μῦ‐ ρον· τοῖς οὖν ἀλαζόσι καὶ τρυφεροῖς ἀκολουθεῖ μύρῳ χρίεσθαι. ἀπὸ τούτου δηλαδὴ τοὺς θρυ‐ πτομένους βρενθυομένους λέγουσι.</w:t>
      </w:r>
    </w:p>
    <w:p>
      <w:r>
        <w:rPr>
          <w:rFonts w:ascii="Courier New" w:hAnsi="Courier New"/>
          <w:color w:val="555555"/>
          <w:sz w:val="20"/>
        </w:rPr>
        <w:t>[15]</w:t>
      </w:r>
    </w:p>
    <w:p>
      <w:r>
        <w:rPr>
          <w:rFonts w:ascii="Gentium Plus" w:hAnsi="Gentium Plus"/>
          <w:sz w:val="24"/>
        </w:rPr>
        <w:t>Βρέχειν. ἐπὶ τοῦ πίνειν λέγεται. καὶ ὑποβε‐ βρεγμένος ὁ μέθυσος. τὸ δὲ βρέχειν ἀπὸ τοῦ ἤχου τοῦ ὕδατος, ὀνοματοποιΐα ἡ λέξις. [καὶ Ὅμηρος· —ἀμφὶ δέ οἱ βρέχεν.</w:t>
      </w:r>
    </w:p>
    <w:p>
      <w:r>
        <w:rPr>
          <w:rFonts w:ascii="Courier New" w:hAnsi="Courier New"/>
          <w:color w:val="555555"/>
          <w:sz w:val="20"/>
        </w:rPr>
        <w:t>[20]</w:t>
      </w:r>
    </w:p>
    <w:p>
      <w:r>
        <w:rPr>
          <w:rFonts w:ascii="Gentium Plus" w:hAnsi="Gentium Plus"/>
          <w:sz w:val="24"/>
        </w:rPr>
        <w:t>ἢ παρὰ τὸ βάλλω, βαλλῶ, καὶ βρῶ, βρέχω.] Βρίθει. βαρεῖ. Βριμάζει. λέοντος χρῆται φωνῇ. Βριμαίνω. τὸ ὀργίζομαι. καὶ βριμούμενος. Βριμήσαιο. ὀργισθείης.</w:t>
      </w:r>
    </w:p>
    <w:p>
      <w:r>
        <w:rPr>
          <w:rFonts w:ascii="Courier New" w:hAnsi="Courier New"/>
          <w:color w:val="555555"/>
          <w:sz w:val="20"/>
        </w:rPr>
        <w:t>[25]</w:t>
      </w:r>
    </w:p>
    <w:p>
      <w:r>
        <w:rPr>
          <w:rFonts w:ascii="Gentium Plus" w:hAnsi="Gentium Plus"/>
          <w:sz w:val="24"/>
        </w:rPr>
        <w:t>Βρίζοντες. νυστάζοντες, κοιμώμενοι. Βρίξαι. τὸ μετὰ βορὰν καὶ τροφὴν κατευδῆσαι.</w:t>
      </w:r>
    </w:p>
    <w:p>
      <w:r>
        <w:rPr>
          <w:rFonts w:ascii="Courier New" w:hAnsi="Courier New"/>
          <w:color w:val="555555"/>
          <w:sz w:val="20"/>
        </w:rPr>
        <w:t>[beta 410]</w:t>
      </w:r>
    </w:p>
    <w:p>
      <w:r>
        <w:rPr>
          <w:rFonts w:ascii="Gentium Plus" w:hAnsi="Gentium Plus"/>
          <w:sz w:val="24"/>
        </w:rPr>
        <w:t>Βρύει. τέθηλεν, ἀνθεῖ. Βρύχεται. μαίνεται. τοῦτο κυρίως ἐπὶ τῶν λεόν‐ των. Βρυκάω. ἐσθίω.</w:t>
      </w:r>
    </w:p>
    <w:p>
      <w:r>
        <w:rPr>
          <w:rFonts w:ascii="Courier New" w:hAnsi="Courier New"/>
          <w:color w:val="555555"/>
          <w:sz w:val="20"/>
        </w:rPr>
        <w:t>[5]</w:t>
      </w:r>
    </w:p>
    <w:p>
      <w:r>
        <w:rPr>
          <w:rFonts w:ascii="Gentium Plus" w:hAnsi="Gentium Plus"/>
          <w:sz w:val="24"/>
        </w:rPr>
        <w:t>Βρύκουσα. τρώγουσα, κατεσθίουσα, τοὺς ὀδόν‐ τας τρύζουσα. Βρύττοντες. πυρέττοντες. οὕτως οἱ Ἀθηναῖοι. παρὰ τὸν βρύχετον, ὃ σημαίνει τὸν πυρετόν. Βρωμᾶσθαι. ὀγκᾶσθαι. ἐπὶ ὄνου δὲ λέγουσι</w:t>
      </w:r>
    </w:p>
    <w:p>
      <w:r>
        <w:rPr>
          <w:rFonts w:ascii="Courier New" w:hAnsi="Courier New"/>
          <w:color w:val="555555"/>
          <w:sz w:val="20"/>
        </w:rPr>
        <w:t>[10]</w:t>
      </w:r>
    </w:p>
    <w:p>
      <w:r>
        <w:rPr>
          <w:rFonts w:ascii="Gentium Plus" w:hAnsi="Gentium Plus"/>
          <w:sz w:val="24"/>
        </w:rPr>
        <w:t>τοῦτο. λέγεται καὶ ὀγκᾶσθαι ἐπὶ ὄνου, ἀλλὰ σπάνιον τοῦτο. Βρωμούμενοι. βρῶμον ἐσθίοντες. Βρύλλων. ὑποπίνων.</w:t>
      </w:r>
    </w:p>
    <w:p>
      <w:pPr>
        <w:jc w:val="center"/>
      </w:pPr>
      <w:r>
        <w:rPr>
          <w:rFonts w:ascii="Gentium Plus" w:hAnsi="Gentium Plus"/>
          <w:b/>
          <w:sz w:val="24"/>
        </w:rPr>
        <w:t>(Ἐπίῤῥημα.)</w:t>
      </w:r>
    </w:p>
    <w:p>
      <w:r>
        <w:rPr>
          <w:rFonts w:ascii="Courier New" w:hAnsi="Courier New"/>
          <w:color w:val="555555"/>
          <w:sz w:val="20"/>
        </w:rPr>
        <w:t>[15]</w:t>
      </w:r>
    </w:p>
    <w:p>
      <w:r>
        <w:rPr>
          <w:rFonts w:ascii="Gentium Plus" w:hAnsi="Gentium Plus"/>
          <w:sz w:val="24"/>
        </w:rPr>
        <w:t>Βραχέως. δι’ ὀλίγου. Βρεκεκεὲξ, κοὰξ, κοάξ. ἐφύμνιον ἐν βατράχοις. οὕτως Ἀριστοφάνης.</w:t>
      </w:r>
    </w:p>
    <w:p>
      <w:pPr>
        <w:jc w:val="center"/>
      </w:pPr>
      <w:r>
        <w:rPr>
          <w:rFonts w:ascii="Gentium Plus" w:hAnsi="Gentium Plus"/>
          <w:b/>
          <w:sz w:val="24"/>
        </w:rPr>
        <w:t>Τὸ Β μετὰ τοῦ Υ.</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Βύας. εἶδος ὀρνέου νυκτερινοῦ. Δίων· καὶ βύας ὤφθη. καὶ βύαι ὤφθησαν. Βύβλις. ὄνομα κύριον. ἀδελφὸς Κάννου, ἀμφό‐ τεροι δυστυχήσαντες. Βύβλος. ὁ πάπυρος, ἐξ οὗ καὶ βυβλία τὰ ξυλο‐</w:t>
      </w:r>
    </w:p>
    <w:p>
      <w:r>
        <w:rPr>
          <w:rFonts w:ascii="Courier New" w:hAnsi="Courier New"/>
          <w:color w:val="555555"/>
          <w:sz w:val="20"/>
        </w:rPr>
        <w:t>[25]</w:t>
      </w:r>
    </w:p>
    <w:p>
      <w:r>
        <w:rPr>
          <w:rFonts w:ascii="Gentium Plus" w:hAnsi="Gentium Plus"/>
          <w:sz w:val="24"/>
        </w:rPr>
        <w:t>χάρτια. καὶ Βύβλος πόλις Φοινίκης ἀρχαιοτά‐</w:t>
      </w:r>
    </w:p>
    <w:p>
      <w:r>
        <w:rPr>
          <w:rFonts w:ascii="Courier New" w:hAnsi="Courier New"/>
          <w:color w:val="555555"/>
          <w:sz w:val="20"/>
        </w:rPr>
        <w:t>[beta 411]</w:t>
      </w:r>
    </w:p>
    <w:p>
      <w:r>
        <w:rPr>
          <w:rFonts w:ascii="Gentium Plus" w:hAnsi="Gentium Plus"/>
          <w:sz w:val="24"/>
        </w:rPr>
        <w:t>τη εἴρηται, ὅτι τὰ ἐν αὐτῇ τιθέμενα βυβλία ἄσηπτα διαφυλάττεται. [τὸ ἐθνικὸν Βύβλιος, καὶ Βυβλίας.] Βύθιος. ὁ ἐν τῷ βυθῷ.</w:t>
      </w:r>
    </w:p>
    <w:p>
      <w:r>
        <w:rPr>
          <w:rFonts w:ascii="Courier New" w:hAnsi="Courier New"/>
          <w:color w:val="555555"/>
          <w:sz w:val="20"/>
        </w:rPr>
        <w:t>[5]</w:t>
      </w:r>
    </w:p>
    <w:p>
      <w:r>
        <w:rPr>
          <w:rFonts w:ascii="Gentium Plus" w:hAnsi="Gentium Plus"/>
          <w:sz w:val="24"/>
        </w:rPr>
        <w:t>Βυθός. τὸ βάθος, τροπῇ τοῦ α εἰς υ. ἢ παρὰ τὸ βύζω, βυστὸς καὶ βυθός. Βύκτης. ἠχητικός. καὶ Ὅμηρος· ἔνθα βυκτάων ἀνέμων— παρὰ τὸ βύω, ἔνθεν βεβυσμένος, οὗ παράγω‐</w:t>
      </w:r>
    </w:p>
    <w:p>
      <w:r>
        <w:rPr>
          <w:rFonts w:ascii="Courier New" w:hAnsi="Courier New"/>
          <w:color w:val="555555"/>
          <w:sz w:val="20"/>
        </w:rPr>
        <w:t>[10]</w:t>
      </w:r>
    </w:p>
    <w:p>
      <w:r>
        <w:rPr>
          <w:rFonts w:ascii="Gentium Plus" w:hAnsi="Gentium Plus"/>
          <w:sz w:val="24"/>
        </w:rPr>
        <w:t>γον βύζω, βέβυκται. παρὰ γοῦν τὸ βέβυκται βύκτης. Βυκανῆται. σαλπιγκταί. Βυρσάτονος. τοῦ τυμπάνου. Βυρσοδέψης. σκυτοτόμος. παρὰ τὸ τὰς βύρσας</w:t>
      </w:r>
    </w:p>
    <w:p>
      <w:r>
        <w:rPr>
          <w:rFonts w:ascii="Courier New" w:hAnsi="Courier New"/>
          <w:color w:val="555555"/>
          <w:sz w:val="20"/>
        </w:rPr>
        <w:t>[15]</w:t>
      </w:r>
    </w:p>
    <w:p>
      <w:r>
        <w:rPr>
          <w:rFonts w:ascii="Gentium Plus" w:hAnsi="Gentium Plus"/>
          <w:sz w:val="24"/>
        </w:rPr>
        <w:t>δεψῆσαι, ὅ ἐστιν ἁπαλύναι. Βυσαυχήν. ὁ τοὺς ὤμους συνέχων ἐπὶ τὸν τρά‐ χηλον. Βυσσός. ὁ βυθὸς παρὰ Ἡροδότῳ. τροπῇ τοῦ θ εἰς ς καὶ πλεονασμῷ ἑτέρου ς βυσσός. ἔστι</w:t>
      </w:r>
    </w:p>
    <w:p>
      <w:r>
        <w:rPr>
          <w:rFonts w:ascii="Courier New" w:hAnsi="Courier New"/>
          <w:color w:val="555555"/>
          <w:sz w:val="20"/>
        </w:rPr>
        <w:t>[20]</w:t>
      </w:r>
    </w:p>
    <w:p>
      <w:r>
        <w:rPr>
          <w:rFonts w:ascii="Gentium Plus" w:hAnsi="Gentium Plus"/>
          <w:sz w:val="24"/>
        </w:rPr>
        <w:t>δὲ βύσσος εἶδος βοτάνης, ἐξ οὗ τὰ ἀπ’ αὐτῆς βαπτόμενα βύσσινα λέγονται.</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Βύζα. ἡ Κωνσταντινούπολις. Βυζάνη καὶ Βυζία. ὀνόματα πόλεων.</w:t>
      </w:r>
    </w:p>
    <w:p>
      <w:r>
        <w:rPr>
          <w:rFonts w:ascii="Courier New" w:hAnsi="Courier New"/>
          <w:color w:val="555555"/>
          <w:sz w:val="20"/>
        </w:rPr>
        <w:t>[25]</w:t>
      </w:r>
    </w:p>
    <w:p>
      <w:r>
        <w:rPr>
          <w:rFonts w:ascii="Gentium Plus" w:hAnsi="Gentium Plus"/>
          <w:sz w:val="24"/>
        </w:rPr>
        <w:t>Βυκάνη. ὄργανον μουσικόν. Βύρσα. παρὰ τὸ δέρω τὸ ἐκδέρω, ὁ μέλλων αἰο‐ λικῶς δέρσω, καὶ δέρση, ἡ βύρσα ἡ ἐκδερομέ‐ νη τοῦ σώματος. [ἢ παρὰ τὸ ῥύω, ῥύσα, ἡ πε‐ ριῤῥεομένη τῷ ἱδρῶτι.]</w:t>
      </w:r>
    </w:p>
    <w:p>
      <w:pPr>
        <w:jc w:val="center"/>
      </w:pPr>
      <w:r>
        <w:rPr>
          <w:rFonts w:ascii="Gentium Plus" w:hAnsi="Gentium Plus"/>
          <w:b/>
          <w:sz w:val="24"/>
        </w:rPr>
        <w:t>(Οὐδέτερον.)</w:t>
      </w:r>
    </w:p>
    <w:p>
      <w:r>
        <w:rPr>
          <w:rFonts w:ascii="Courier New" w:hAnsi="Courier New"/>
          <w:color w:val="555555"/>
          <w:sz w:val="20"/>
        </w:rPr>
        <w:t>[31]</w:t>
      </w:r>
    </w:p>
    <w:p>
      <w:r>
        <w:rPr>
          <w:rFonts w:ascii="Gentium Plus" w:hAnsi="Gentium Plus"/>
          <w:sz w:val="24"/>
        </w:rPr>
        <w:t>Βύσσινον. τὸ κόκκινον.</w:t>
      </w:r>
    </w:p>
    <w:p>
      <w:r>
        <w:rPr>
          <w:rFonts w:ascii="Courier New" w:hAnsi="Courier New"/>
          <w:color w:val="555555"/>
          <w:sz w:val="20"/>
        </w:rPr>
        <w:t>[beta 412]</w:t>
      </w:r>
    </w:p>
    <w:p>
      <w:r>
        <w:rPr>
          <w:rFonts w:ascii="Gentium Plus" w:hAnsi="Gentium Plus"/>
          <w:sz w:val="24"/>
        </w:rPr>
        <w:t>Βυβλίον καὶ βιβλίον διαφέρουσι. βυβλίον λέ‐ γεται τὸ ξυλοχάρτιον καὶ τὸ ἄγραφον, ὡς· ἐπὶ τῷ βυβλίῳ σου πάντες γραφήσονται. βιβλίον δὲ, τὸ γεγραμμένον, ι.</w:t>
      </w:r>
    </w:p>
    <w:p>
      <w:r>
        <w:rPr>
          <w:rFonts w:ascii="Courier New" w:hAnsi="Courier New"/>
          <w:color w:val="555555"/>
          <w:sz w:val="20"/>
        </w:rPr>
        <w:t>[5]</w:t>
      </w:r>
    </w:p>
    <w:p>
      <w:r>
        <w:rPr>
          <w:rFonts w:ascii="Gentium Plus" w:hAnsi="Gentium Plus"/>
          <w:sz w:val="24"/>
        </w:rPr>
        <w:t>Βυζάντιον. ὅτι τὸ Βυζάντιον Σεβήρου βασιλέως Ῥωμαίων τετείχιστο γενναίῳ τείχει πεποιημέ‐ νῳ μυλίτῃ λίθῳ εἰς τετράγωνον εἰργασμένῳ. ἑπτὰ μὲν γὰρ ἦσαν ἀπὸ τῶν Θρᾳκίων πυλῶν πύργοι.</w:t>
      </w:r>
    </w:p>
    <w:p>
      <w:r>
        <w:rPr>
          <w:rFonts w:ascii="Courier New" w:hAnsi="Courier New"/>
          <w:color w:val="555555"/>
          <w:sz w:val="20"/>
        </w:rPr>
        <w:t>[10]</w:t>
      </w:r>
    </w:p>
    <w:p>
      <w:r>
        <w:rPr>
          <w:rFonts w:ascii="Gentium Plus" w:hAnsi="Gentium Plus"/>
          <w:sz w:val="24"/>
        </w:rPr>
        <w:t>Βύκηνον. ἡ σάλπιγξ.</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Βυκηνίζω. σαλπίζω. Βύουσι. φράττουσι, καλύπτουσιν. ἔνθεν καὶ ἀκρό‐ βυστος, ὁ τὸ ἄκρον βεβυσμένον ἔχων. Πισίδης·</w:t>
      </w:r>
    </w:p>
    <w:p>
      <w:r>
        <w:rPr>
          <w:rFonts w:ascii="Courier New" w:hAnsi="Courier New"/>
          <w:color w:val="555555"/>
          <w:sz w:val="20"/>
        </w:rPr>
        <w:t>[15]</w:t>
      </w:r>
    </w:p>
    <w:p>
      <w:r>
        <w:rPr>
          <w:rFonts w:ascii="Gentium Plus" w:hAnsi="Gentium Plus"/>
          <w:sz w:val="24"/>
        </w:rPr>
        <w:t>ἐρῶ δέ σοι νῦν, εἴπερ οὐ βύειν θέλεις. Βύσωσι. φράξωσι. Βυσσοδομοῦντες. ἐκ βάθους σκεπόμενοι. Βυσσοδομεύειν. τὰ κεκρυμμένα βουλεύεσθαι καὶ ἐνθυμεῖσθαι καὶ οἱονεὶ ἐν βυθῷ τινὶ οἰκοδομεῖν.</w:t>
      </w:r>
    </w:p>
    <w:p>
      <w:r>
        <w:rPr>
          <w:rFonts w:ascii="Courier New" w:hAnsi="Courier New"/>
          <w:color w:val="555555"/>
          <w:sz w:val="20"/>
        </w:rPr>
        <w:t>[20]</w:t>
      </w:r>
    </w:p>
    <w:p>
      <w:r>
        <w:rPr>
          <w:rFonts w:ascii="Gentium Plus" w:hAnsi="Gentium Plus"/>
          <w:sz w:val="24"/>
        </w:rPr>
        <w:t>Βύω. τὸ ἀσφαλίζω.</w:t>
      </w:r>
    </w:p>
    <w:p>
      <w:pPr>
        <w:jc w:val="center"/>
      </w:pPr>
      <w:r>
        <w:rPr>
          <w:rFonts w:ascii="Gentium Plus" w:hAnsi="Gentium Plus"/>
          <w:b/>
          <w:sz w:val="24"/>
        </w:rPr>
        <w:t>(Ἐπίῤῥημα.)</w:t>
      </w:r>
    </w:p>
    <w:p>
      <w:r>
        <w:rPr>
          <w:rFonts w:ascii="Courier New" w:hAnsi="Courier New"/>
          <w:color w:val="555555"/>
          <w:sz w:val="20"/>
        </w:rPr>
        <w:t>[22]</w:t>
      </w:r>
    </w:p>
    <w:p>
      <w:r>
        <w:rPr>
          <w:rFonts w:ascii="Gentium Plus" w:hAnsi="Gentium Plus"/>
          <w:sz w:val="24"/>
        </w:rPr>
        <w:t>Βύζην. ἀθρόως, πυκνῶς, ἐπαλλήλως. ὁ δὲ τὰ φρέατα φορυτοῦ καὶ τῇ ἐπιτυχούσῃ ὕλῃ βύζην ἐνέπλησε. καί· βύζην τὰς τριήρεις ὁρμίζοντες.</w:t>
      </w:r>
    </w:p>
    <w:p>
      <w:pPr>
        <w:jc w:val="center"/>
      </w:pPr>
      <w:r>
        <w:rPr>
          <w:rFonts w:ascii="Gentium Plus" w:hAnsi="Gentium Plus"/>
          <w:b/>
          <w:sz w:val="24"/>
        </w:rPr>
        <w:t>Τὸ Β μετὰ τοῦ Ω.</w:t>
      </w:r>
    </w:p>
    <w:p>
      <w:pPr>
        <w:jc w:val="center"/>
      </w:pPr>
      <w:r>
        <w:rPr>
          <w:rFonts w:ascii="Gentium Plus" w:hAnsi="Gentium Plus"/>
          <w:b/>
          <w:sz w:val="24"/>
        </w:rPr>
        <w:t>(Ἀρσενικόν.)</w:t>
      </w:r>
    </w:p>
    <w:p>
      <w:r>
        <w:rPr>
          <w:rFonts w:ascii="Courier New" w:hAnsi="Courier New"/>
          <w:color w:val="555555"/>
          <w:sz w:val="20"/>
        </w:rPr>
        <w:t>[27]</w:t>
      </w:r>
    </w:p>
    <w:p>
      <w:r>
        <w:rPr>
          <w:rFonts w:ascii="Gentium Plus" w:hAnsi="Gentium Plus"/>
          <w:sz w:val="24"/>
        </w:rPr>
        <w:t>Βῶλος. ὄνομα κύριον. καὶ βῶλος τὸ βωλάκιον, καὶ βῶλος ἡ γῆ. παρὰ τὸ βῶ τὸ τρέφω, ὅθεν καὶ βῶστρον, γίνεται βῶλος, ἐξ αὐτοῦ βῶλαξ,</w:t>
      </w:r>
    </w:p>
    <w:p>
      <w:r>
        <w:rPr>
          <w:rFonts w:ascii="Courier New" w:hAnsi="Courier New"/>
          <w:color w:val="555555"/>
          <w:sz w:val="20"/>
        </w:rPr>
        <w:t>[30]</w:t>
      </w:r>
    </w:p>
    <w:p>
      <w:r>
        <w:rPr>
          <w:rFonts w:ascii="Gentium Plus" w:hAnsi="Gentium Plus"/>
          <w:sz w:val="24"/>
        </w:rPr>
        <w:t>ὡς λίθος λίθαξ. [ἢ παρὰ τὸ ὑπὸ τῶν βοῶν</w:t>
      </w:r>
    </w:p>
    <w:p>
      <w:r>
        <w:rPr>
          <w:rFonts w:ascii="Courier New" w:hAnsi="Courier New"/>
          <w:color w:val="555555"/>
          <w:sz w:val="20"/>
        </w:rPr>
        <w:t>[beta 413]</w:t>
      </w:r>
    </w:p>
    <w:p>
      <w:r>
        <w:rPr>
          <w:rFonts w:ascii="Gentium Plus" w:hAnsi="Gentium Plus"/>
          <w:sz w:val="24"/>
        </w:rPr>
        <w:t>ἀλοᾶσθαι, κοπτομένη. ἢ παρὰ τὸ πωλεῖσθαι, καὶ συνεχῶς περὶ αὐτὴν στρέφεσθαι. οἷον· οὔ τί ποτ’ εἰς ἀγρὸν πολέσκετο.] Βωμολόχοι. ἀπατεῶνες, πανοῦργοι, ἀσεβεῖς,</w:t>
      </w:r>
    </w:p>
    <w:p>
      <w:r>
        <w:rPr>
          <w:rFonts w:ascii="Courier New" w:hAnsi="Courier New"/>
          <w:color w:val="555555"/>
          <w:sz w:val="20"/>
        </w:rPr>
        <w:t>[5]</w:t>
      </w:r>
    </w:p>
    <w:p>
      <w:r>
        <w:rPr>
          <w:rFonts w:ascii="Gentium Plus" w:hAnsi="Gentium Plus"/>
          <w:sz w:val="24"/>
        </w:rPr>
        <w:t>ἱερόσυλοι· τινὲς γὰρ ἐν τοῖς βωμοῖς λοχῶντες καὶ ἐνεδρεύοντες τὰ τοῖς θεοῖς συναγόμενα ἀπεσύλων. κυρίως δὲ οἱ μετὰ κολακείας προσ‐ αιτοῦντες, καὶ οἱ ἐπὶ τῶν θυσιῶν ὑπὸ τοὺς βωμοὺς καθίζοντες.</w:t>
      </w:r>
    </w:p>
    <w:p>
      <w:r>
        <w:rPr>
          <w:rFonts w:ascii="Courier New" w:hAnsi="Courier New"/>
          <w:color w:val="555555"/>
          <w:sz w:val="20"/>
        </w:rPr>
        <w:t>[10]</w:t>
      </w:r>
    </w:p>
    <w:p>
      <w:r>
        <w:rPr>
          <w:rFonts w:ascii="Gentium Plus" w:hAnsi="Gentium Plus"/>
          <w:sz w:val="24"/>
        </w:rPr>
        <w:t>Βώμαξ. ὁ βωμολόχος. ἀπὸ τοῦ βωμοῦ. τάσσε‐ ται δὲ καὶ ἐπὶ τῶν μαλακιζομένων. Βωμός. τέμενος, ἱερόν. παρὰ τὸ βῶ τὸ βαίνω, ὁ βεβηκὼς καὶ ἱδρυμένος τοῖς θεοῖς πρὸς θυσίαν. Βωνίτης. ὁ βουκόλος.</w:t>
      </w:r>
    </w:p>
    <w:p>
      <w:r>
        <w:rPr>
          <w:rFonts w:ascii="Courier New" w:hAnsi="Courier New"/>
          <w:color w:val="555555"/>
          <w:sz w:val="20"/>
        </w:rPr>
        <w:t>[15]</w:t>
      </w:r>
    </w:p>
    <w:p>
      <w:r>
        <w:rPr>
          <w:rFonts w:ascii="Gentium Plus" w:hAnsi="Gentium Plus"/>
          <w:sz w:val="24"/>
        </w:rPr>
        <w:t>Βῶνος. στρατηγὸς τῆς Μυσίας τῆς παρὰ τῷ Ἴστρῳ ποταμῷ, ἀνὴρ συνετὸς εἰς ἄκρον. [ὃς ἦν ἐπὶ Ἰουστινιανοῦ.] Βώνυσοι. ἄποικοι. Βώξ. ὁ βάτραχος, ἢ εἶδος ἰχθύος. [ὃς ἱστορεῖ‐</w:t>
      </w:r>
    </w:p>
    <w:p>
      <w:r>
        <w:rPr>
          <w:rFonts w:ascii="Courier New" w:hAnsi="Courier New"/>
          <w:color w:val="555555"/>
          <w:sz w:val="20"/>
        </w:rPr>
        <w:t>[20]</w:t>
      </w:r>
    </w:p>
    <w:p>
      <w:r>
        <w:rPr>
          <w:rFonts w:ascii="Gentium Plus" w:hAnsi="Gentium Plus"/>
          <w:sz w:val="24"/>
        </w:rPr>
        <w:t>ται ἔχειν φωνήν. παρὰ τὸ βοὴ γίνεται βόαξ καὶ κράσει βώξ. φασὶ δὲ καὶ δισυλλάβως λέγεσθαι. Ἀριστοφάνης· ἀλλ’ ἔχουσι γαστέρα μεστὴν βοάκων. καὶ Φερεκράτης·</w:t>
      </w:r>
    </w:p>
    <w:p>
      <w:r>
        <w:rPr>
          <w:rFonts w:ascii="Courier New" w:hAnsi="Courier New"/>
          <w:color w:val="555555"/>
          <w:sz w:val="20"/>
        </w:rPr>
        <w:t>[25]</w:t>
      </w:r>
    </w:p>
    <w:p>
      <w:r>
        <w:rPr>
          <w:rFonts w:ascii="Gentium Plus" w:hAnsi="Gentium Plus"/>
          <w:sz w:val="24"/>
        </w:rPr>
        <w:t>οὐκ ἔστιν ἄλλος οὐδεὶς ἢ βοάξ.] Βῶροι. ὀφθαλμοί. Βώτορες. οἱ νομεῖς. παρὰ τὸ βῶ, βέβοται, βο‐ τὴρ καὶ βωτήρ. [ὡς ἐλάστης, ἐλαστήρ. καὶ ἐπεκτάσει βώτωρ. ὡς Μέντης Μέντωρ.]</w:t>
      </w:r>
    </w:p>
    <w:p>
      <w:r>
        <w:rPr>
          <w:rFonts w:ascii="Courier New" w:hAnsi="Courier New"/>
          <w:color w:val="555555"/>
          <w:sz w:val="20"/>
        </w:rPr>
        <w:t>[30]</w:t>
      </w:r>
    </w:p>
    <w:p>
      <w:r>
        <w:rPr>
          <w:rFonts w:ascii="Gentium Plus" w:hAnsi="Gentium Plus"/>
          <w:sz w:val="24"/>
        </w:rPr>
        <w:t>Βώχανος. κύριον.</w:t>
      </w:r>
    </w:p>
    <w:p>
      <w:r>
        <w:rPr>
          <w:rFonts w:ascii="Courier New" w:hAnsi="Courier New"/>
          <w:color w:val="555555"/>
          <w:sz w:val="20"/>
        </w:rPr>
        <w:t>[beta 414]</w:t>
      </w:r>
    </w:p>
    <w:p>
      <w:r>
        <w:rPr>
          <w:rFonts w:ascii="Gentium Plus" w:hAnsi="Gentium Plus"/>
          <w:sz w:val="24"/>
        </w:rPr>
        <w:t>μὲν οὐκ ἐδεήθη τῆς κενῆς δόξης. καὶ τοῦτο περὶ τοῦ Κράτητος λέγεται· ἀνέβη γὰρ ἐπὶ βω‐ μὸν ἤγουν ὑψηλὸν τόπον καὶ δημοσίᾳ εἶπεν· ὅτι Κράτης ἐλευθεροῖ τὸν Κράτητα.</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Βωδόνη. πόλις Πεῤῥαβική. Βῶλος. ἡ γῆ. [Βῶλος ἄρουρα. ἐπὶ τῶν τοῖς μεγάλοις τὰ μι‐ κρὰ προσφιλοτιμουμένων· ὁμοίως τῷ· θαλάττῃ</w:t>
      </w:r>
    </w:p>
    <w:p>
      <w:r>
        <w:rPr>
          <w:rFonts w:ascii="Courier New" w:hAnsi="Courier New"/>
          <w:color w:val="555555"/>
          <w:sz w:val="20"/>
        </w:rPr>
        <w:t>[10]</w:t>
      </w:r>
    </w:p>
    <w:p>
      <w:r>
        <w:rPr>
          <w:rFonts w:ascii="Gentium Plus" w:hAnsi="Gentium Plus"/>
          <w:sz w:val="24"/>
        </w:rPr>
        <w:t>ἐκ χαράδρας ὕδωρ.] Βώς. ἡ βύρσα. ὡς τό· βῶν ἀζαλέην. βῶν δὲ τὸ σκουτάριον λέγεται· ἀζαλέην δὲ, τὴν κατάξηρον.</w:t>
      </w:r>
    </w:p>
    <w:p>
      <w:r>
        <w:rPr>
          <w:rFonts w:ascii="Courier New" w:hAnsi="Courier New"/>
          <w:color w:val="555555"/>
          <w:sz w:val="20"/>
        </w:rPr>
        <w:t>[15]</w:t>
      </w:r>
    </w:p>
    <w:p>
      <w:r>
        <w:rPr>
          <w:rFonts w:ascii="Gentium Plus" w:hAnsi="Gentium Plus"/>
          <w:sz w:val="24"/>
        </w:rPr>
        <w:t>Βωτιάνειρα γῆ. ἡ τρέφουσα τοὺς ἄνδρας. ὡς σωτὴρ σώτειρα, οὕτως ἀνὴρ ἄνειρα, [καὶ μετὰ συνθέσεως τοῦ βῶ, βωτιάνειρα.] †Βωταλίς. ἡ νυκτερίς.†</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Βώτιον. χώρα παρὰ τὴν Ἴλιον. [εἰς ὃ κατα‐ χθεὶς Ἀγαμέμνων ἐπεβώσατο τὴν Ἄρτεμιν, εὐμενῆ αὐτῷ γενέσθαι πλέοντι. καὶ ὠνομάσθη οὕτως ἀπὸ ταύτης τῆς αἰτίας.] Βωμακεύματα. τὰ βωμολοχεύματα. οἱ δὲ τὰ</w:t>
      </w:r>
    </w:p>
    <w:p>
      <w:r>
        <w:rPr>
          <w:rFonts w:ascii="Courier New" w:hAnsi="Courier New"/>
          <w:color w:val="555555"/>
          <w:sz w:val="20"/>
        </w:rPr>
        <w:t>[25]</w:t>
      </w:r>
    </w:p>
    <w:p>
      <w:r>
        <w:rPr>
          <w:rFonts w:ascii="Gentium Plus" w:hAnsi="Gentium Plus"/>
          <w:sz w:val="24"/>
        </w:rPr>
        <w:t>εὐτράπελα καὶ γελωτοποιὰ, ἢ τὰ κολακικά. ἄλλοι δὲ τὰς συκοφαντίας ἢ τὰ πανουργεύματα.</w:t>
      </w:r>
    </w:p>
    <w:p>
      <w:pPr>
        <w:jc w:val="center"/>
      </w:pPr>
      <w:r>
        <w:rPr>
          <w:rFonts w:ascii="Gentium Plus" w:hAnsi="Gentium Plus"/>
          <w:b/>
          <w:sz w:val="24"/>
        </w:rPr>
        <w:t>(Ῥῆμα.)</w:t>
      </w:r>
    </w:p>
    <w:p>
      <w:r>
        <w:rPr>
          <w:rFonts w:ascii="Courier New" w:hAnsi="Courier New"/>
          <w:color w:val="555555"/>
          <w:sz w:val="20"/>
        </w:rPr>
        <w:t>[28]</w:t>
      </w:r>
    </w:p>
    <w:p>
      <w:r>
        <w:rPr>
          <w:rFonts w:ascii="Gentium Plus" w:hAnsi="Gentium Plus"/>
          <w:sz w:val="24"/>
        </w:rPr>
        <w:t>Βωθύσσειν. ὁρμᾷν. Βωθεύοντας. βοηθοῦντας.</w:t>
      </w:r>
    </w:p>
    <w:p>
      <w:r>
        <w:rPr>
          <w:rFonts w:ascii="Courier New" w:hAnsi="Courier New"/>
          <w:color w:val="555555"/>
          <w:sz w:val="20"/>
        </w:rPr>
        <w:t>[30]</w:t>
      </w:r>
    </w:p>
    <w:p>
      <w:r>
        <w:rPr>
          <w:rFonts w:ascii="Gentium Plus" w:hAnsi="Gentium Plus"/>
          <w:sz w:val="24"/>
        </w:rPr>
        <w:t>[Βωμολοχεύσαιτο.] ἀντὶ τοῦ ἀγοραῖον τὶ εἴποι</w:t>
      </w:r>
    </w:p>
    <w:p>
      <w:r>
        <w:rPr>
          <w:rFonts w:ascii="Courier New" w:hAnsi="Courier New"/>
          <w:color w:val="555555"/>
          <w:sz w:val="20"/>
        </w:rPr>
        <w:t>[beta 415]</w:t>
      </w:r>
    </w:p>
    <w:p>
      <w:r>
        <w:rPr>
          <w:rFonts w:ascii="Gentium Plus" w:hAnsi="Gentium Plus"/>
          <w:sz w:val="24"/>
        </w:rPr>
        <w:t>Βώσεσθε. βιώσεσθε. Βώσαντι. κράξαντι. Βωσόμεθα. καλεσόμεθα, μαρτυρούμεθα. Βωστρεῖν. βοᾷν, καλεῖν. παρὰ τὸ βῶ, βοάζω,</w:t>
      </w:r>
    </w:p>
    <w:p>
      <w:r>
        <w:rPr>
          <w:rFonts w:ascii="Courier New" w:hAnsi="Courier New"/>
          <w:color w:val="555555"/>
          <w:sz w:val="20"/>
        </w:rPr>
        <w:t>[5]</w:t>
      </w:r>
    </w:p>
    <w:p>
      <w:r>
        <w:rPr>
          <w:rFonts w:ascii="Gentium Plus" w:hAnsi="Gentium Plus"/>
          <w:sz w:val="24"/>
        </w:rPr>
        <w:t>[βοάστης, εἴρηται ῥῆμα βοαστρῶ· ὡς ἀπὸ τοῦ ἐλεῶ ἐλεάζω, ἐλαστὴς, καὶ ἐλαστρῶ.]</w:t>
      </w:r>
    </w:p>
    <w:p>
      <w:r>
        <w:rPr>
          <w:rFonts w:ascii="Courier New" w:hAnsi="Courier New"/>
          <w:color w:val="555555"/>
          <w:sz w:val="20"/>
        </w:rPr>
        <w:t>[beta 416]</w:t>
      </w:r>
    </w:p>
    <w:p>
      <w:r>
        <w:rPr>
          <w:rFonts w:ascii="Gentium Plus" w:hAnsi="Gentium Plus"/>
          <w:sz w:val="24"/>
        </w:rPr>
        <w:t>†Βωτεῖν. τὸ ἀροτριᾷν.† Βωτεῖν. ἀντὶ τοῦ ἀροῦν. οὕτω Λάκωνες. Βῶ. τὸ πατῶ, ἐξ οὗ καὶ βότρυς. [Βῶ. τὸ τρέφω, ἐξ οὗ καὶ βοῦς.]</w:t>
      </w:r>
    </w:p>
    <w:p>
      <w:r>
        <w:rPr>
          <w:rFonts w:ascii="Courier New" w:hAnsi="Courier New"/>
          <w:color w:val="555555"/>
          <w:sz w:val="20"/>
        </w:rPr>
        <w:t>[5]</w:t>
      </w:r>
    </w:p>
    <w:p>
      <w:r>
        <w:rPr>
          <w:rFonts w:ascii="Gentium Plus" w:hAnsi="Gentium Plus"/>
          <w:sz w:val="24"/>
        </w:rPr>
        <w:t>[Βῶ. τὸ βαίνω, ἐξ οὗ καὶ βῆμα.]</w:t>
      </w:r>
    </w:p>
    <w:p>
      <w:pPr>
        <w:jc w:val="center"/>
      </w:pPr>
      <w:r>
        <w:rPr>
          <w:rFonts w:ascii="Gentium Plus" w:hAnsi="Gentium Plus"/>
          <w:b/>
          <w:sz w:val="24"/>
        </w:rPr>
        <w:t>Γ.</w:t>
      </w:r>
    </w:p>
    <w:p>
      <w:pPr>
        <w:jc w:val="center"/>
      </w:pPr>
      <w:r>
        <w:rPr>
          <w:rFonts w:ascii="Gentium Plus" w:hAnsi="Gentium Plus"/>
          <w:b/>
          <w:sz w:val="24"/>
        </w:rPr>
        <w:t>Τὸ Γ μετὰ τοῦ Α.</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Γαβριήλ. ὄνομα κύριον, ἑρμηνεύεται δὲ θεὸς καὶ ἄνθρωπος. Γαλαθηνός. ὑπομάζιος. παρὰ τὸν θήσω μέλ‐ λοντα, ὃ δηλοῖ τὸ θρέψω, [ὡς τό·</w:t>
      </w:r>
    </w:p>
    <w:p>
      <w:r>
        <w:rPr>
          <w:rFonts w:ascii="Courier New" w:hAnsi="Courier New"/>
          <w:color w:val="555555"/>
          <w:sz w:val="20"/>
        </w:rPr>
        <w:t>[15]</w:t>
      </w:r>
    </w:p>
    <w:p>
      <w:r>
        <w:rPr>
          <w:rFonts w:ascii="Gentium Plus" w:hAnsi="Gentium Plus"/>
          <w:sz w:val="24"/>
        </w:rPr>
        <w:t>ἐπηετανὸν γάλα θῆσθαι. τουτέστι τρέφεσθαι, γίνεται θηνὸς, ὥσπερ πα‐ ρὰ τὸν κλείσω μέλλοντα γίνεται κλεινός· καὶ ἐν συνθέσει γαλαθηνός.] Γαλεὸς καὶ γαλεώτης. ὁ ἀσκαλαβώτης.</w:t>
      </w:r>
    </w:p>
    <w:p>
      <w:r>
        <w:rPr>
          <w:rFonts w:ascii="Courier New" w:hAnsi="Courier New"/>
          <w:color w:val="555555"/>
          <w:sz w:val="20"/>
        </w:rPr>
        <w:t>[20]</w:t>
      </w:r>
    </w:p>
    <w:p>
      <w:r>
        <w:rPr>
          <w:rFonts w:ascii="Gentium Plus" w:hAnsi="Gentium Plus"/>
          <w:sz w:val="24"/>
        </w:rPr>
        <w:t>Γαλαξίας. τὸ ἐν τῷ οὐρανῷ φῶς κατὰ τὴν νύκτα, ὅπερ ἔστιν ἀνάκλασις φωτὸς ἡλιακοῦ, μὴ καταλαμπομένων τῶν ἀστέρων. Γάλλοι. οἱ ἀπόκοποι, οἱ εὐνοῦχοι. Γαλαάδ. ἀποκάλυψις ἑρμηνεύεται.</w:t>
      </w:r>
    </w:p>
    <w:p>
      <w:r>
        <w:rPr>
          <w:rFonts w:ascii="Courier New" w:hAnsi="Courier New"/>
          <w:color w:val="555555"/>
          <w:sz w:val="20"/>
        </w:rPr>
        <w:t>[25]</w:t>
      </w:r>
    </w:p>
    <w:p>
      <w:r>
        <w:rPr>
          <w:rFonts w:ascii="Gentium Plus" w:hAnsi="Gentium Plus"/>
          <w:sz w:val="24"/>
        </w:rPr>
        <w:t>Γαληψός. ὄνομα κύριον, καὶ πόλις τῆς Θρᾴ‐ κης, ἀπὸ Γαλήψου τοῦ ἐκ Θάσου. τὰ εἰς ψος ὑπὲρ δύο συλλαβῶν ὀξύνονται, οἷον· σκινδαψός· [χεραψός·] λυκαψός· γαληψός. ὁ πολίτης Γα‐</w:t>
      </w:r>
    </w:p>
    <w:p>
      <w:r>
        <w:rPr>
          <w:rFonts w:ascii="Courier New" w:hAnsi="Courier New"/>
          <w:color w:val="555555"/>
          <w:sz w:val="20"/>
        </w:rPr>
        <w:t>[gamma 416 (7)]</w:t>
      </w:r>
    </w:p>
    <w:p>
      <w:r>
        <w:rPr>
          <w:rFonts w:ascii="Gentium Plus" w:hAnsi="Gentium Plus"/>
          <w:sz w:val="24"/>
        </w:rPr>
        <w:t>Γάλλος. ὄνομα ποταμοῦ. Γάμβορος ἢ γάμμορος. ὁ ἀμέτοχος. Γαμιλιῶνος. ὄνομα μηνός.</w:t>
      </w:r>
    </w:p>
    <w:p>
      <w:r>
        <w:rPr>
          <w:rFonts w:ascii="Courier New" w:hAnsi="Courier New"/>
          <w:color w:val="555555"/>
          <w:sz w:val="20"/>
        </w:rPr>
        <w:t>[10]</w:t>
      </w:r>
    </w:p>
    <w:p>
      <w:r>
        <w:rPr>
          <w:rFonts w:ascii="Gentium Plus" w:hAnsi="Gentium Plus"/>
          <w:sz w:val="24"/>
        </w:rPr>
        <w:t>Γάμος. παρὰ τὸ δαμῶ, τὸ δαμάζω, γίνεται δαμὸς καὶ γάμος. ὅθεν καὶ Ὅμηρος ἀδαμάστους λέ‐ γει τὰς παρθένους· παρθένος ἀδμής—. οἱ δὲ παρὰ τὸ γεννᾷν γάμος.</w:t>
      </w:r>
    </w:p>
    <w:p>
      <w:r>
        <w:rPr>
          <w:rFonts w:ascii="Courier New" w:hAnsi="Courier New"/>
          <w:color w:val="555555"/>
          <w:sz w:val="20"/>
        </w:rPr>
        <w:t>[15]</w:t>
      </w:r>
    </w:p>
    <w:p>
      <w:r>
        <w:rPr>
          <w:rFonts w:ascii="Gentium Plus" w:hAnsi="Gentium Plus"/>
          <w:sz w:val="24"/>
        </w:rPr>
        <w:t>Γαμήλιος. γαμικός. Γαμψός. ὁ κεκαμμένος. [κάμψω, καμψὸς καὶ γαμψὸς, τροπῇ τοῦ κ εἰς γ· ὡς τό· ἔκαμψε καὶ ἔγαμψε, καμψώνυχες καὶ γαμψώνυχες, ὅ ἐστιν ἐπικαμπεῖς ὄνυχες.]</w:t>
      </w:r>
    </w:p>
    <w:p>
      <w:r>
        <w:rPr>
          <w:rFonts w:ascii="Courier New" w:hAnsi="Courier New"/>
          <w:color w:val="555555"/>
          <w:sz w:val="20"/>
        </w:rPr>
        <w:t>[20]</w:t>
      </w:r>
    </w:p>
    <w:p>
      <w:r>
        <w:rPr>
          <w:rFonts w:ascii="Gentium Plus" w:hAnsi="Gentium Plus"/>
          <w:sz w:val="24"/>
        </w:rPr>
        <w:t>Γαμβρός. παρὰ τὸ γάμος γαμηρὸς καὶ κατὰ συγκοπὴν καὶ πλεονασμὸν τοῦ β γαμβρός. Γάργητος. κύριον. Γάρος. ἀρσενικῶς λέγεται. ἔστι δὲ οὐδὲν ἄλλο ὁ γάρος ἢ σηπεδών.</w:t>
      </w:r>
    </w:p>
    <w:p>
      <w:r>
        <w:rPr>
          <w:rFonts w:ascii="Courier New" w:hAnsi="Courier New"/>
          <w:color w:val="555555"/>
          <w:sz w:val="20"/>
        </w:rPr>
        <w:t>[25]</w:t>
      </w:r>
    </w:p>
    <w:p>
      <w:r>
        <w:rPr>
          <w:rFonts w:ascii="Gentium Plus" w:hAnsi="Gentium Plus"/>
          <w:sz w:val="24"/>
        </w:rPr>
        <w:t>Γαργαλέων. ἡ λεγομένη σταφυλὴ ἢ τὸ ἄκρον τοῦ λάρυγγος. ἀπὸ τοῦ ἤχου τοῦ γενομένου ἐν</w:t>
      </w:r>
    </w:p>
    <w:p>
      <w:r>
        <w:rPr>
          <w:rFonts w:ascii="Courier New" w:hAnsi="Courier New"/>
          <w:color w:val="555555"/>
          <w:sz w:val="20"/>
        </w:rPr>
        <w:t>[gamma 417]</w:t>
      </w:r>
    </w:p>
    <w:p>
      <w:r>
        <w:rPr>
          <w:rFonts w:ascii="Gentium Plus" w:hAnsi="Gentium Plus"/>
          <w:sz w:val="24"/>
        </w:rPr>
        <w:t>Γάστρις. ὁ περὶ γαστέρα ἀκρατής. [καλοῦσι δὲ καὶ τὸν ἕλμινθας ἔχοντα.] Γαστρίμαργος. τὴν γαστέρα μανιώδης· μαρ‐ γαίνω γὰρ τὸ μαίνομαι.</w:t>
      </w:r>
    </w:p>
    <w:p>
      <w:r>
        <w:rPr>
          <w:rFonts w:ascii="Courier New" w:hAnsi="Courier New"/>
          <w:color w:val="555555"/>
          <w:sz w:val="20"/>
        </w:rPr>
        <w:t>[5]</w:t>
      </w:r>
    </w:p>
    <w:p>
      <w:r>
        <w:rPr>
          <w:rFonts w:ascii="Gentium Plus" w:hAnsi="Gentium Plus"/>
          <w:sz w:val="24"/>
        </w:rPr>
        <w:t>Γαιζῆται. οἱ Γαλάται. [παρὰ τὸ τὴν γῆν ζητεῖν. ἐκπεσόντες γὰρ τῆς ἑαυτῶν χώρας, πολλὴν γῆν περιῆλθον ζητοῦντες ὅπου οἰκήσουσι.] [Γαιτοῦλοι. ἔθνος Λιβύης. Ἀρτεμίδωρος Γαι‐ τουλίους αὐτοὺς φησίν. ἡ χώρα Γαιτουλία.]</w:t>
      </w:r>
    </w:p>
    <w:p>
      <w:r>
        <w:rPr>
          <w:rFonts w:ascii="Courier New" w:hAnsi="Courier New"/>
          <w:color w:val="555555"/>
          <w:sz w:val="20"/>
        </w:rPr>
        <w:t>[10]</w:t>
      </w:r>
    </w:p>
    <w:p>
      <w:r>
        <w:rPr>
          <w:rFonts w:ascii="Gentium Plus" w:hAnsi="Gentium Plus"/>
          <w:sz w:val="24"/>
        </w:rPr>
        <w:t>Γαιοδόται. οἱ ἀρχιτέκτονες ἢ οἰκονόμοι. παρὰ τὸ δεῖν, ὃ σημαίνει τὸ μερίζειν. οἱ τὴν γῆν διαμερίζοντες, ὅ ἐστι διαγράφοντες εἰς οἰκή‐ ματα. Γαῦρος. ἀλαζὼν, ἐπαιρόμενος.</w:t>
      </w:r>
    </w:p>
    <w:p>
      <w:r>
        <w:rPr>
          <w:rFonts w:ascii="Courier New" w:hAnsi="Courier New"/>
          <w:color w:val="555555"/>
          <w:sz w:val="20"/>
        </w:rPr>
        <w:t>[15]</w:t>
      </w:r>
    </w:p>
    <w:p>
      <w:r>
        <w:rPr>
          <w:rFonts w:ascii="Gentium Plus" w:hAnsi="Gentium Plus"/>
          <w:sz w:val="24"/>
        </w:rPr>
        <w:t>Γαισός. τὸ κοντάριον. Γαγγαμουλκοί. οἱ σαγηνεύοντες. Γαλερωπός. ὁ ἐπιτερπὲς βλέπων. Γαῦλος. ὁ εὐεξαπάτητος, ὁ ἐξ ἀλλοτρίων ζῶν. Γαυλὸς δὲ, ὀξυτόνως, τὸ ποιμενικὸν ἀγγεῖον,</w:t>
      </w:r>
    </w:p>
    <w:p>
      <w:r>
        <w:rPr>
          <w:rFonts w:ascii="Courier New" w:hAnsi="Courier New"/>
          <w:color w:val="555555"/>
          <w:sz w:val="20"/>
        </w:rPr>
        <w:t>[20]</w:t>
      </w:r>
    </w:p>
    <w:p>
      <w:r>
        <w:rPr>
          <w:rFonts w:ascii="Gentium Plus" w:hAnsi="Gentium Plus"/>
          <w:sz w:val="24"/>
        </w:rPr>
        <w:t>εἰς ὃ τὰ γάλα δέχονται. [παρὰ τὸ γῶ, τὸ χω‐ ρῶ, γίνεται γαλὸς καὶ γαυλός· καὶ οὐ πάντως δὴ παρὰ τὸ γάλα λαμβάνειν. λέγεται δὲ καὶ</w:t>
      </w:r>
    </w:p>
    <w:p>
      <w:r>
        <w:rPr>
          <w:rFonts w:ascii="Courier New" w:hAnsi="Courier New"/>
          <w:color w:val="555555"/>
          <w:sz w:val="20"/>
        </w:rPr>
        <w:t>[gamma 418]</w:t>
      </w:r>
    </w:p>
    <w:p>
      <w:r>
        <w:rPr>
          <w:rFonts w:ascii="Gentium Plus" w:hAnsi="Gentium Plus"/>
          <w:sz w:val="24"/>
        </w:rPr>
        <w:t>φησιν Ἡρόδοτος ἐν τῇ τρίτῃ τῶν ἱστοριῶν. ἔστι δὲ καὶ εἶδος πλοίου λῃστρικοῦ, ἥτις καὶ λίβυρνος καλεῖται. ἢ γύαλος τὶς ὤν· τουτέστι κοῖλος. Ἡρόδοτος· γαυλούς τε ἐνταῦθα κα‐</w:t>
      </w:r>
    </w:p>
    <w:p>
      <w:r>
        <w:rPr>
          <w:rFonts w:ascii="Courier New" w:hAnsi="Courier New"/>
          <w:color w:val="555555"/>
          <w:sz w:val="20"/>
        </w:rPr>
        <w:t>[5]</w:t>
      </w:r>
    </w:p>
    <w:p>
      <w:r>
        <w:rPr>
          <w:rFonts w:ascii="Gentium Plus" w:hAnsi="Gentium Plus"/>
          <w:sz w:val="24"/>
        </w:rPr>
        <w:t>ταδύσας. καὶ αὖθις· γαυλούς τε γαλαγόπηγας. ἢ γαυλὸς, ὁ τοῦ φρέατος ἀντλητήρ. ἢ οἰνηρὸν ἀγγεῖον ἐκ ξύλων κατεσκευασμένον, ἣν Ἰταλοὶ μαγγάναν ὀνομάζουσι.] [Γαύνακας. γαύνακας ἀμπεχόμενον.]</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Γαῖα. ἡ γῆ. παρὰ τὸ γῶ τὸ τίκτω, ἐξ οὗ γί‐ νεται γέα [διὰ τοῦ ε ψιλοῦ· οἱονεὶ ἡ γεννητική. ἐκ ταύτης γίνεται γεωμετρία, γεωργός. τοῦτο τὸ γέα γίνεται κατὰ κρᾶσιν τοῦ ε καὶ α εἰς</w:t>
      </w:r>
    </w:p>
    <w:p>
      <w:r>
        <w:rPr>
          <w:rFonts w:ascii="Courier New" w:hAnsi="Courier New"/>
          <w:color w:val="555555"/>
          <w:sz w:val="20"/>
        </w:rPr>
        <w:t>[15]</w:t>
      </w:r>
    </w:p>
    <w:p>
      <w:r>
        <w:rPr>
          <w:rFonts w:ascii="Gentium Plus" w:hAnsi="Gentium Plus"/>
          <w:sz w:val="24"/>
        </w:rPr>
        <w:t>η γῆ, ἐξ οὗ γήπεδον, γηγενής. ἐκ τοῦ γῆ γί‐ νεται ἄλλη παραγωγὴ διὰ τῆς αι διφθόγγου, γαῖα· ὥσπερ ἀπὸ τοῦ σελήνη σεληναία. ἀλλὰ Σέργιος ὁ γραμματικὸς λέγει· ἀπὸ τοῦ γαίω τὸ γαυριῶ γίνεται γαῖα, οὐκ ἀπὸ τοῦ γῆ· ἐξ οὗ</w:t>
      </w:r>
    </w:p>
    <w:p>
      <w:r>
        <w:rPr>
          <w:rFonts w:ascii="Courier New" w:hAnsi="Courier New"/>
          <w:color w:val="555555"/>
          <w:sz w:val="20"/>
        </w:rPr>
        <w:t>[20]</w:t>
      </w:r>
    </w:p>
    <w:p>
      <w:r>
        <w:rPr>
          <w:rFonts w:ascii="Gentium Plus" w:hAnsi="Gentium Plus"/>
          <w:sz w:val="24"/>
        </w:rPr>
        <w:t>καὶ βουγάϊος καὶ γαιήοχος. ἀπὸ γὰρ τοῦ γαῖαν ἔχειν γίνεται γαίοχος, καὶ πλεονασμῷ τοῦ η γαιήοχος, ὁ ἐπὶ τῆς γῆς ὀχούμενος· περιλαμ‐</w:t>
      </w:r>
    </w:p>
    <w:p>
      <w:r>
        <w:rPr>
          <w:rFonts w:ascii="Courier New" w:hAnsi="Courier New"/>
          <w:color w:val="555555"/>
          <w:sz w:val="20"/>
        </w:rPr>
        <w:t>[gamma 419]</w:t>
      </w:r>
    </w:p>
    <w:p>
      <w:r>
        <w:rPr>
          <w:rFonts w:ascii="Gentium Plus" w:hAnsi="Gentium Plus"/>
          <w:sz w:val="24"/>
        </w:rPr>
        <w:t>Γάγγραινα. πάθος διαβρωτικὸν σαρκὸς, ἢ σαρ‐ κῖνος, ἢ πολυδιάχυτον πάθος ἐν τῷ σώματι. παρὰ τὸ γράνω, ὃ σημαίνει τὸ ἐσθίω, γίνε‐ ται γραῖνα καὶ ἐν διπλασιασμῷ γάγγραινα.</w:t>
      </w:r>
    </w:p>
    <w:p>
      <w:r>
        <w:rPr>
          <w:rFonts w:ascii="Courier New" w:hAnsi="Courier New"/>
          <w:color w:val="555555"/>
          <w:sz w:val="20"/>
        </w:rPr>
        <w:t>[5]</w:t>
      </w:r>
    </w:p>
    <w:p>
      <w:r>
        <w:rPr>
          <w:rFonts w:ascii="Gentium Plus" w:hAnsi="Gentium Plus"/>
          <w:sz w:val="24"/>
        </w:rPr>
        <w:t>Γάγγρα. [πόλις.] ἀπὸ τῆς αἰγὸς τῆς ὀνομα‐ ζομένης γάγγρας, ἥτις τὰς ἀλλοπρισμένας χω‐ ρισαμένη καθυπέδειξε τὸν τόπον. Γάδαρα. πόλις Κοίλης Συρίας, ἥτις Ἀντιόχεια καὶ Σελεύκεια [ἐκλήθη.] ὁ πολίτης Γαδαρεὺς,</w:t>
      </w:r>
    </w:p>
    <w:p>
      <w:r>
        <w:rPr>
          <w:rFonts w:ascii="Courier New" w:hAnsi="Courier New"/>
          <w:color w:val="555555"/>
          <w:sz w:val="20"/>
        </w:rPr>
        <w:t>[10]</w:t>
      </w:r>
    </w:p>
    <w:p>
      <w:r>
        <w:rPr>
          <w:rFonts w:ascii="Gentium Plus" w:hAnsi="Gentium Plus"/>
          <w:sz w:val="24"/>
        </w:rPr>
        <w:t>καὶ Γαδαρὶς ἡ γυνὴ καὶ ἡ χώρα. Γάζα. θησαυρὸς, καὶ ὄνομα πόλεως. Γαλοώνη. ἡ ἀνδραδέλφη. καὶ γάλως καὶ γαλώη ὁμοίως. Γαλῆ. ἡ νυμφίτζα.</w:t>
      </w:r>
    </w:p>
    <w:p>
      <w:r>
        <w:rPr>
          <w:rFonts w:ascii="Courier New" w:hAnsi="Courier New"/>
          <w:color w:val="555555"/>
          <w:sz w:val="20"/>
        </w:rPr>
        <w:t>[15]</w:t>
      </w:r>
    </w:p>
    <w:p>
      <w:r>
        <w:rPr>
          <w:rFonts w:ascii="Gentium Plus" w:hAnsi="Gentium Plus"/>
          <w:sz w:val="24"/>
        </w:rPr>
        <w:t>Γαλιλαία. κατακυλιστὴ ἑρμηνεύεται τῇ ἑλλάδι γλώσσῃ. διὸ καὶ γελγὲλ ὁ τροχὸς ὀνομάζε‐ ται· ἢ ἀνακυκλησμὸς καὶ ἀνάκαμψις. Γαλάρινα. πόλις Σικελίας. Γαλεάγρα. ὄργανον τιμωρητικὸν, ἡ τῶν θη‐</w:t>
      </w:r>
    </w:p>
    <w:p>
      <w:r>
        <w:rPr>
          <w:rFonts w:ascii="Courier New" w:hAnsi="Courier New"/>
          <w:color w:val="555555"/>
          <w:sz w:val="20"/>
        </w:rPr>
        <w:t>[20]</w:t>
      </w:r>
    </w:p>
    <w:p>
      <w:r>
        <w:rPr>
          <w:rFonts w:ascii="Gentium Plus" w:hAnsi="Gentium Plus"/>
          <w:sz w:val="24"/>
        </w:rPr>
        <w:t>ρίων ὑποδοχή. Γαλέα. ὄνομα ἰχθύος. Γαλήνη. παρὰ τὸ γάλη γαλήνη, ἢ παρὰ τὸ γελῶ [γελάνη τις οὖσα καὶ] γαλήνη, ἡ πρᾶον ἔχου‐ σα καὶ ἡδύ.</w:t>
      </w:r>
    </w:p>
    <w:p>
      <w:r>
        <w:rPr>
          <w:rFonts w:ascii="Courier New" w:hAnsi="Courier New"/>
          <w:color w:val="555555"/>
          <w:sz w:val="20"/>
        </w:rPr>
        <w:t>[25]</w:t>
      </w:r>
    </w:p>
    <w:p>
      <w:r>
        <w:rPr>
          <w:rFonts w:ascii="Gentium Plus" w:hAnsi="Gentium Plus"/>
          <w:sz w:val="24"/>
        </w:rPr>
        <w:t>Γαλογραικία. ἡ τῶν βουκελαρίων χώρα. οἱ αὐ‐ τοὶ καὶ Ἑλληνογαλάται ὀνομάζονται. Γαγγάμη. ἡ σαγήνη, τὸ δίκτυον. Γαμφηλή. ἡ γνάφος, ἡ σιαγών. παρὰ τὸ κάμ‐</w:t>
      </w:r>
    </w:p>
    <w:p>
      <w:r>
        <w:rPr>
          <w:rFonts w:ascii="Courier New" w:hAnsi="Courier New"/>
          <w:color w:val="555555"/>
          <w:sz w:val="20"/>
        </w:rPr>
        <w:t>[gamma 420]</w:t>
      </w:r>
    </w:p>
    <w:p>
      <w:r>
        <w:rPr>
          <w:rFonts w:ascii="Gentium Plus" w:hAnsi="Gentium Plus"/>
          <w:sz w:val="24"/>
        </w:rPr>
        <w:t>οὕτως καὶ παρὰ τὸ γάμπτω γαμφὴ καὶ γαμ‐ φηλή. Γαμψωλή. ἡ ἐπίκαμψις. Γάμαλα. πόλις. καὶ γαμαλεύς. οὕτως Ἰώ‐</w:t>
      </w:r>
    </w:p>
    <w:p>
      <w:r>
        <w:rPr>
          <w:rFonts w:ascii="Courier New" w:hAnsi="Courier New"/>
          <w:color w:val="555555"/>
          <w:sz w:val="20"/>
        </w:rPr>
        <w:t>[5]</w:t>
      </w:r>
    </w:p>
    <w:p>
      <w:r>
        <w:rPr>
          <w:rFonts w:ascii="Gentium Plus" w:hAnsi="Gentium Plus"/>
          <w:sz w:val="24"/>
        </w:rPr>
        <w:t>σηπος. Γάργαρος. πόλις τῆς Ἴδης ἐν ὑψηλῷ τόπῳ κει‐ μένη, ἣν κατῴκουν Λέλεγες. ἐξ ἧς διὰ τὸ κρυῶ‐ δες ὑποκατέβησαν οἱ Γαργαρεῖς καὶ ᾤκησαν αὐ‐ τὴν πρὸς τὸ πεδίον Γάργαρον. ἐκείνη δὲ ἐρημω‐</w:t>
      </w:r>
    </w:p>
    <w:p>
      <w:r>
        <w:rPr>
          <w:rFonts w:ascii="Courier New" w:hAnsi="Courier New"/>
          <w:color w:val="555555"/>
          <w:sz w:val="20"/>
        </w:rPr>
        <w:t>[10]</w:t>
      </w:r>
    </w:p>
    <w:p>
      <w:r>
        <w:rPr>
          <w:rFonts w:ascii="Gentium Plus" w:hAnsi="Gentium Plus"/>
          <w:sz w:val="24"/>
        </w:rPr>
        <w:t>θεῖσα καλεῖται παλαιὰ Γάργαρος. ὠνομάσθη δὲ ἀπὸ Γαργάρου τοῦ Διός. ἄλλοι δὲ ἀπὸ τοῦ γαργαρίζειν καὶ ἀναδιδόναι τὰ ὕδατα. [ἀπὸ με‐ ταφορᾶς τοῦ ἐν τοῖς σώμασι γαργαρεῶνος, τῆς λεγομένης σταφυλῆς. Ἐπαφρόδιτος δέ φησιν,</w:t>
      </w:r>
    </w:p>
    <w:p>
      <w:r>
        <w:rPr>
          <w:rFonts w:ascii="Courier New" w:hAnsi="Courier New"/>
          <w:color w:val="555555"/>
          <w:sz w:val="20"/>
        </w:rPr>
        <w:t>[15]</w:t>
      </w:r>
    </w:p>
    <w:p>
      <w:r>
        <w:rPr>
          <w:rFonts w:ascii="Gentium Plus" w:hAnsi="Gentium Plus"/>
          <w:sz w:val="24"/>
        </w:rPr>
        <w:t>ὅτι, εἰ μὲν πόλις, θηλυκῶς λέγεται· τὸ δὲ ἀκρω‐ τήριον οὐδέτερον. τὸ ἐθνικὸν Γαργαρεύς.] Γαστριμαργία. ὄρεξις γαστρὸς, ἐπὶ πλήθει βρω‐ μάτων ἀκρατῶς μαινομένη. Γαστήρ. ἡ κοιλία. Ὅμηρος διαπαντὸς γαστέρας</w:t>
      </w:r>
    </w:p>
    <w:p>
      <w:r>
        <w:rPr>
          <w:rFonts w:ascii="Courier New" w:hAnsi="Courier New"/>
          <w:color w:val="555555"/>
          <w:sz w:val="20"/>
        </w:rPr>
        <w:t>[20]</w:t>
      </w:r>
    </w:p>
    <w:p>
      <w:r>
        <w:rPr>
          <w:rFonts w:ascii="Gentium Plus" w:hAnsi="Gentium Plus"/>
          <w:sz w:val="24"/>
        </w:rPr>
        <w:t>καλεῖ, οὐ κοιλίας, γαστὴρ καὶ τὸ τῶν λογισμῶν ταμεῖον· φησὶ γὰρ ὁ Δαβίδ· ἡ ψυχή μου καὶ ἡ γαστήρ μου. γαστὴρ δὲ, παρὰ τὸ γῶ, τὸ λαμβάνω, γίνεται γαστὴρ, ἡ πάντα τὸν βίον μὴ πληρουμένη.</w:t>
      </w:r>
    </w:p>
    <w:p>
      <w:r>
        <w:rPr>
          <w:rFonts w:ascii="Courier New" w:hAnsi="Courier New"/>
          <w:color w:val="555555"/>
          <w:sz w:val="20"/>
        </w:rPr>
        <w:t>[25]</w:t>
      </w:r>
    </w:p>
    <w:p>
      <w:r>
        <w:rPr>
          <w:rFonts w:ascii="Gentium Plus" w:hAnsi="Gentium Plus"/>
          <w:sz w:val="24"/>
        </w:rPr>
        <w:t>Γάστρα. παρὰ τὸ γαστὴρ γίνεται γάστρα, ἡ εἰς κῦτος γεννηθεῖσα τοῦ λαιμοῦ. Γαυλός. ἡ ναῦς, ἡ ἄκατος. ἀπὸ τοῦ γῶ τὸ χωρῶ καὶ λαμβάνω. [τινὲς γαῦλον φασίν· οἶμαι δὲ,</w:t>
      </w:r>
    </w:p>
    <w:p>
      <w:r>
        <w:rPr>
          <w:rFonts w:ascii="Courier New" w:hAnsi="Courier New"/>
          <w:color w:val="555555"/>
          <w:sz w:val="20"/>
        </w:rPr>
        <w:t>[gamma 421]</w:t>
      </w:r>
    </w:p>
    <w:p>
      <w:r>
        <w:rPr>
          <w:rFonts w:ascii="Gentium Plus" w:hAnsi="Gentium Plus"/>
          <w:sz w:val="24"/>
        </w:rPr>
        <w:t>Γάγγραινα. ἕλκος, εἶδος σηπτικοῦ καὶ νεμο‐ μένου τὸν τόπον. ἕρπην τινὲς [αὐτὴν] εἶναι φα‐ σὶν ἢ ἐρυσιπέλαν.</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Γάδειρα. τόπος κατὰ τὴν ἑσπερίαν μοῖραν, ἀπο‐ τελευτησάσης τῆς θαλάσσης. ἢ νῆσος ἔξω τῶν Ἡρακλείων στηλῶν, οἱονεὶ γῆς δειρά. τὰ γὰρ Γά‐ δειρα τῆς γῆς ἐξοχή ἐστι. [Γάδειρα καὶ ἐπὶ θη‐ λυκοῦ. ὁ πολίτης Γαδειρεὺς, καὶ Γαδειραῖος, καὶ</w:t>
      </w:r>
    </w:p>
    <w:p>
      <w:r>
        <w:rPr>
          <w:rFonts w:ascii="Courier New" w:hAnsi="Courier New"/>
          <w:color w:val="555555"/>
          <w:sz w:val="20"/>
        </w:rPr>
        <w:t>[10]</w:t>
      </w:r>
    </w:p>
    <w:p>
      <w:r>
        <w:rPr>
          <w:rFonts w:ascii="Gentium Plus" w:hAnsi="Gentium Plus"/>
          <w:sz w:val="24"/>
        </w:rPr>
        <w:t>Γαδειρίτης, καὶ Γαδειρανὸς, καὶ Γαδειρικὸς κτη‐ τικόν.] Γαζοφυλάκιον. θησαυροφυλάκιον. Γάλα. ἡ πρώτη τροφὴ τοῦ ζώου, ὃ ἐκ μεταβολῆς αἷμα γίνεται. ἢ αἷμα πεπεμμένον, οὐ διεφθαρ‐</w:t>
      </w:r>
    </w:p>
    <w:p>
      <w:r>
        <w:rPr>
          <w:rFonts w:ascii="Courier New" w:hAnsi="Courier New"/>
          <w:color w:val="555555"/>
          <w:sz w:val="20"/>
        </w:rPr>
        <w:t>[15]</w:t>
      </w:r>
    </w:p>
    <w:p>
      <w:r>
        <w:rPr>
          <w:rFonts w:ascii="Gentium Plus" w:hAnsi="Gentium Plus"/>
          <w:sz w:val="24"/>
        </w:rPr>
        <w:t>μένον, λευκαινόμενον ἐν τοῖς οἰκείοις αὐτοῦ καὶ ψυχροτέροις τοῦ ζώου μορίοις. παρὰ τὸ καλὸν εἰς ἀνατροφὴν εἶναι. κάλα καὶ γάλα. Γαληνόν. ἥσυχον, ἥμερον. Γαλαθηνόν. ὅ ἐστιν ὑποτίτθιον καὶ ὑπομάζιον.</w:t>
      </w:r>
    </w:p>
    <w:p>
      <w:r>
        <w:rPr>
          <w:rFonts w:ascii="Courier New" w:hAnsi="Courier New"/>
          <w:color w:val="555555"/>
          <w:sz w:val="20"/>
        </w:rPr>
        <w:t>[20]</w:t>
      </w:r>
    </w:p>
    <w:p>
      <w:r>
        <w:rPr>
          <w:rFonts w:ascii="Gentium Plus" w:hAnsi="Gentium Plus"/>
          <w:sz w:val="24"/>
        </w:rPr>
        <w:t>Γαλερόν. φαιδρόν· ἡδὺ, πρᾶον. Γαλήσιον. ὄνομα τόπου, καὶ ὄρος ἐγγὺς Ἐφέσου. Γάμα. τὸ στοιχεῖον. παρὰ τὸ ἀμᾷν τὴν γῆν, ὅ ἐστι θερίζειν· δρεπανῶδες γάρ ἐστι, ᾧ καὶ ὁ</w:t>
      </w:r>
    </w:p>
    <w:p>
      <w:r>
        <w:rPr>
          <w:rFonts w:ascii="Courier New" w:hAnsi="Courier New"/>
          <w:color w:val="555555"/>
          <w:sz w:val="20"/>
        </w:rPr>
        <w:t>[gamma 422]</w:t>
      </w:r>
    </w:p>
    <w:p>
      <w:r>
        <w:rPr>
          <w:rFonts w:ascii="Gentium Plus" w:hAnsi="Gentium Plus"/>
          <w:sz w:val="24"/>
        </w:rPr>
        <w:t>Γαμψόν. ἐπικαμπές. Γαμήλια. ἡ εἰς τοὺς φράτορας διδομένη ἐγγρα‐ φὴ, καὶ εἰσαγωγὴ εἰς τοὺς γάμους, ἣν ὠνόμαζον καὶ κουρεῶτιν.</w:t>
      </w:r>
    </w:p>
    <w:p>
      <w:r>
        <w:rPr>
          <w:rFonts w:ascii="Courier New" w:hAnsi="Courier New"/>
          <w:color w:val="555555"/>
          <w:sz w:val="20"/>
        </w:rPr>
        <w:t>[5]</w:t>
      </w:r>
    </w:p>
    <w:p>
      <w:r>
        <w:rPr>
          <w:rFonts w:ascii="Gentium Plus" w:hAnsi="Gentium Plus"/>
          <w:sz w:val="24"/>
        </w:rPr>
        <w:t>Γαμβρεῖον. πόλις Ἰωνίας. ὡς Σιγειεὺς, γράφε‐ ται δίφθογγον. Γάνος. ὄνομα ὄρους ἐν τῇ Θρᾴκῃ, καὶ ὁ οἶνος, καὶ ἡ ἡδονή. παρὰ τὴν γῆν, γῶ, γανῶ. [ἡ θάλλουσα τοῖς φυτοῖς, λαμπρὰ καὶ αἰτία χαρᾶς ἡμῖν γε‐</w:t>
      </w:r>
    </w:p>
    <w:p>
      <w:r>
        <w:rPr>
          <w:rFonts w:ascii="Courier New" w:hAnsi="Courier New"/>
          <w:color w:val="555555"/>
          <w:sz w:val="20"/>
        </w:rPr>
        <w:t>[10]</w:t>
      </w:r>
    </w:p>
    <w:p>
      <w:r>
        <w:rPr>
          <w:rFonts w:ascii="Gentium Plus" w:hAnsi="Gentium Plus"/>
          <w:sz w:val="24"/>
        </w:rPr>
        <w:t>νομένη.] Γαριζείμ. τόπος καὶ ὄρος. Γαριζὶν δὲ ι. Γάρκος. τὸ ἔσω τῆς πλήμνης σιδήριον, ὃ τὸν ἄξονα τρίβει. Γαῦρον. τὸ ἐπηρμένον. Ἀριστοφάνης δὲ τὸ</w:t>
      </w:r>
    </w:p>
    <w:p>
      <w:r>
        <w:rPr>
          <w:rFonts w:ascii="Courier New" w:hAnsi="Courier New"/>
          <w:color w:val="555555"/>
          <w:sz w:val="20"/>
        </w:rPr>
        <w:t>[15]</w:t>
      </w:r>
    </w:p>
    <w:p>
      <w:r>
        <w:rPr>
          <w:rFonts w:ascii="Gentium Plus" w:hAnsi="Gentium Plus"/>
          <w:sz w:val="24"/>
        </w:rPr>
        <w:t>στεῤῥὸν καὶ μέγα καὶ ἀκλινὲς καὶ ἀκατάπληκτον γαῦρον λέγει.</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Γαγγαλίζω. παρὰ τὸ γελῶ, γελίζω, καὶ τροπῇ τοῦ ε εἰς α γαλίζω, καὶ κατὰ ἀναδιπλασιασμὸν</w:t>
      </w:r>
    </w:p>
    <w:p>
      <w:r>
        <w:rPr>
          <w:rFonts w:ascii="Courier New" w:hAnsi="Courier New"/>
          <w:color w:val="555555"/>
          <w:sz w:val="20"/>
        </w:rPr>
        <w:t>[20]</w:t>
      </w:r>
    </w:p>
    <w:p>
      <w:r>
        <w:rPr>
          <w:rFonts w:ascii="Gentium Plus" w:hAnsi="Gentium Plus"/>
          <w:sz w:val="24"/>
        </w:rPr>
        <w:t>καὶ πλεονασμὸν ἑτέρου γ γαγγαλίζω. τὸ εἰς γέλωτα ἄγω. Γαλουχεῖ. ἀντὶ τοῦ γαλακτοτροφεῖ.</w:t>
      </w:r>
    </w:p>
    <w:p>
      <w:r>
        <w:rPr>
          <w:rFonts w:ascii="Courier New" w:hAnsi="Courier New"/>
          <w:color w:val="555555"/>
          <w:sz w:val="20"/>
        </w:rPr>
        <w:t>[gamma 423]</w:t>
      </w:r>
    </w:p>
    <w:p>
      <w:r>
        <w:rPr>
          <w:rFonts w:ascii="Gentium Plus" w:hAnsi="Gentium Plus"/>
          <w:sz w:val="24"/>
        </w:rPr>
        <w:t>Γαμησείω. ἀπὸ τοῦ γαμήσω. τὰ ἀπὸ ἐνεστώ‐ των ἢ μελλόντων διὰ τοῦ ειω γινόμενα παρά‐ γωγα ὑπὲρ δύο συλλαβὰς διὰ τῆς ει διφθόγγου γράφονται. [ἀπὸ μὲν ἐνεστώτων, ὀλῶ ὀλείω,</w:t>
      </w:r>
    </w:p>
    <w:p>
      <w:r>
        <w:rPr>
          <w:rFonts w:ascii="Courier New" w:hAnsi="Courier New"/>
          <w:color w:val="555555"/>
          <w:sz w:val="20"/>
        </w:rPr>
        <w:t>[5]</w:t>
      </w:r>
    </w:p>
    <w:p>
      <w:r>
        <w:rPr>
          <w:rFonts w:ascii="Gentium Plus" w:hAnsi="Gentium Plus"/>
          <w:sz w:val="24"/>
        </w:rPr>
        <w:t>κρατῶ κρατείω, κιχῶ κιχείω· ἀπὸ δὲ μελλόν‐ των, ὄψω ὀψείω, καὶ γαμήσω γαμησείω. πρόσ‐ κειται ὑπὲρ δύο συλλαβὰς, διὰ τὸ ψῶ ψίω, τὸ ἐμβρωματίζω· διὰ τοῦ ἰῶτα γράφεται, ἀλλ’ οὐκ ἀντίκειται, οὐ γάρ ἐστι ὑπὲρ δύο συλλαβάς.]</w:t>
      </w:r>
    </w:p>
    <w:p>
      <w:r>
        <w:rPr>
          <w:rFonts w:ascii="Courier New" w:hAnsi="Courier New"/>
          <w:color w:val="555555"/>
          <w:sz w:val="20"/>
        </w:rPr>
        <w:t>[10]</w:t>
      </w:r>
    </w:p>
    <w:p>
      <w:r>
        <w:rPr>
          <w:rFonts w:ascii="Gentium Plus" w:hAnsi="Gentium Plus"/>
          <w:sz w:val="24"/>
        </w:rPr>
        <w:t>Γάννυμαι. χαίρω. Γανόων. χαίρων, λελαμπρυσμένος. Γαργαρίζει. ἀπὸ τοῦ στόματος ἐρεθίζει ἐμέσαι. Γαργαλίζει. κινεῖ, [ὑποσαίνει,] ὑποσημαίνει, προτρέπει, [ἐρεθίζει.</w:t>
      </w:r>
    </w:p>
    <w:p>
      <w:r>
        <w:rPr>
          <w:rFonts w:ascii="Courier New" w:hAnsi="Courier New"/>
          <w:color w:val="555555"/>
          <w:sz w:val="20"/>
        </w:rPr>
        <w:t>[15]</w:t>
      </w:r>
    </w:p>
    <w:p>
      <w:r>
        <w:rPr>
          <w:rFonts w:ascii="Gentium Plus" w:hAnsi="Gentium Plus"/>
          <w:sz w:val="24"/>
        </w:rPr>
        <w:t>ὑπὸ τὴν ἕδραν αὐτὴν ὑπῆλθε γάργαλος.] Γαρύω. τὸ φωνῶ. Γαστρίζεσθαι. λαμπροτέρως τρέφεσθαι καὶ ὡς ἄν τις εἴποι ὑπὲρ χρείαν γαστριμαργεῖν. Γαστρίζομαι. τύπτομαι. Ἀριστοφάνης· γα‐</w:t>
      </w:r>
    </w:p>
    <w:p>
      <w:r>
        <w:rPr>
          <w:rFonts w:ascii="Courier New" w:hAnsi="Courier New"/>
          <w:color w:val="555555"/>
          <w:sz w:val="20"/>
        </w:rPr>
        <w:t>[20]</w:t>
      </w:r>
    </w:p>
    <w:p>
      <w:r>
        <w:rPr>
          <w:rFonts w:ascii="Gentium Plus" w:hAnsi="Gentium Plus"/>
          <w:sz w:val="24"/>
        </w:rPr>
        <w:t>στρίζομαι· εἰς τὴν γαστέρα. Γαυριᾷ. ἐπαίρεται. παρὰ τὸ γαίω, τὸ γαυριῶ,</w:t>
      </w:r>
    </w:p>
    <w:p>
      <w:pPr>
        <w:jc w:val="center"/>
      </w:pPr>
      <w:r>
        <w:rPr>
          <w:rFonts w:ascii="Gentium Plus" w:hAnsi="Gentium Plus"/>
          <w:b/>
          <w:sz w:val="24"/>
        </w:rPr>
        <w:t>Τὸ Γ μετὰ τοῦ Ε.</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Γέγειος. παρὰ τὸ γέα γέειος, ὡς βαθύγειος, ἔγγειος, εὔγειος, οὕτως οὖν τὸ γέγειος πλεο‐</w:t>
      </w:r>
    </w:p>
    <w:p>
      <w:r>
        <w:rPr>
          <w:rFonts w:ascii="Courier New" w:hAnsi="Courier New"/>
          <w:color w:val="555555"/>
          <w:sz w:val="20"/>
        </w:rPr>
        <w:t>[5]</w:t>
      </w:r>
    </w:p>
    <w:p>
      <w:r>
        <w:rPr>
          <w:rFonts w:ascii="Gentium Plus" w:hAnsi="Gentium Plus"/>
          <w:sz w:val="24"/>
        </w:rPr>
        <w:t>νασμῷ τοῦ γ. Γελαστής. ὁ ἐπεγγελῶν. Γελαστός. γελάω, γελῶ, γελάσω, γεγέλακα, γεγέλασμαι, γελαστός. ὅτε γὰρ ἔχει βραχὺ τὸ α ὁ μέλλων, προσλαμβάνει τὸ ς ὁ παρακείμε‐</w:t>
      </w:r>
    </w:p>
    <w:p>
      <w:r>
        <w:rPr>
          <w:rFonts w:ascii="Courier New" w:hAnsi="Courier New"/>
          <w:color w:val="555555"/>
          <w:sz w:val="20"/>
        </w:rPr>
        <w:t>[10]</w:t>
      </w:r>
    </w:p>
    <w:p>
      <w:r>
        <w:rPr>
          <w:rFonts w:ascii="Gentium Plus" w:hAnsi="Gentium Plus"/>
          <w:sz w:val="24"/>
        </w:rPr>
        <w:t>νος. καὶ ἐξ αὐτοῦ ἀγέλαστος. Γελοῖος. ὁ καταγελαστότατος, προπερισπωμέ‐ νως. γέλοιος δὲ γελωτοποιὸς, προπαροξυτόνως. εἴρηται παρὰ τὸ γελῶ γελώϊος, γελοῖος. [ὡς πατρώϊος πατροῖος λέγεται καὶ τὸ ἡροῖος. ἐξ οὗ</w:t>
      </w:r>
    </w:p>
    <w:p>
      <w:r>
        <w:rPr>
          <w:rFonts w:ascii="Courier New" w:hAnsi="Courier New"/>
          <w:color w:val="555555"/>
          <w:sz w:val="20"/>
        </w:rPr>
        <w:t>[15]</w:t>
      </w:r>
    </w:p>
    <w:p>
      <w:r>
        <w:rPr>
          <w:rFonts w:ascii="Gentium Plus" w:hAnsi="Gentium Plus"/>
          <w:sz w:val="24"/>
        </w:rPr>
        <w:t>πάλιν γελοίϊον.] Γέλως. ὁ διὰ τῶν παρειῶν ἐμπίπτων ψόφος ἐν τῷ τοῦ αἵματος ἀναβρασμῷ. ἢ παῤῥησίας βράσμα. ἢ παλμὸς καρδίας, καὶ ἡ ἄκρατος καὶ ἀμιγὴς παντὸς σκυθρωποῦ ἱλαρότης, ὡς τό· μακάριοι</w:t>
      </w:r>
    </w:p>
    <w:p>
      <w:r>
        <w:rPr>
          <w:rFonts w:ascii="Courier New" w:hAnsi="Courier New"/>
          <w:color w:val="555555"/>
          <w:sz w:val="20"/>
        </w:rPr>
        <w:t>[20]</w:t>
      </w:r>
    </w:p>
    <w:p>
      <w:r>
        <w:rPr>
          <w:rFonts w:ascii="Gentium Plus" w:hAnsi="Gentium Plus"/>
          <w:sz w:val="24"/>
        </w:rPr>
        <w:t>οἱ κλαίοντες, ὅτι [αὐτοὶ γελάσωνται.] γέλως δὲ εἴρηται παρὰ τὸ τὰ γυῖα καὶ τὰ μέλη λύειν·</w:t>
      </w:r>
    </w:p>
    <w:p>
      <w:r>
        <w:rPr>
          <w:rFonts w:ascii="Courier New" w:hAnsi="Courier New"/>
          <w:color w:val="555555"/>
          <w:sz w:val="20"/>
        </w:rPr>
        <w:t>[gamma 425]</w:t>
      </w:r>
    </w:p>
    <w:p>
      <w:r>
        <w:rPr>
          <w:rFonts w:ascii="Gentium Plus" w:hAnsi="Gentium Plus"/>
          <w:sz w:val="24"/>
        </w:rPr>
        <w:t>[ἢ παρὰ τὸ γένειον εἰλεῖν καὶ συστρέφειν· περὶ γὰρ τὸ γένειον μῦες τινὲς κινούμεναι ποιοῦσι τὸν γέλωτα. ἢ παρὰ τὸ τὴν ἔλην· ἀπὸ μετα‐ φορᾶς τοῦ καταστήματος. τὸ γοῦν ἐναντίον</w:t>
      </w:r>
    </w:p>
    <w:p>
      <w:r>
        <w:rPr>
          <w:rFonts w:ascii="Courier New" w:hAnsi="Courier New"/>
          <w:color w:val="555555"/>
          <w:sz w:val="20"/>
        </w:rPr>
        <w:t>[5]</w:t>
      </w:r>
    </w:p>
    <w:p>
      <w:r>
        <w:rPr>
          <w:rFonts w:ascii="Gentium Plus" w:hAnsi="Gentium Plus"/>
          <w:sz w:val="24"/>
        </w:rPr>
        <w:t>στυγνός.] Γελίμερις. κύριον. Γεννάδας. εὐγενέστατος ἢ γενναιότατος. Γενάρχου. πατρός. Γενέτης. ὁ πατήρ.</w:t>
      </w:r>
    </w:p>
    <w:p>
      <w:r>
        <w:rPr>
          <w:rFonts w:ascii="Courier New" w:hAnsi="Courier New"/>
          <w:color w:val="555555"/>
          <w:sz w:val="20"/>
        </w:rPr>
        <w:t>[10]</w:t>
      </w:r>
    </w:p>
    <w:p>
      <w:r>
        <w:rPr>
          <w:rFonts w:ascii="Gentium Plus" w:hAnsi="Gentium Plus"/>
          <w:sz w:val="24"/>
        </w:rPr>
        <w:t>Γεοῦχος. ὁ τὴν γῆν ἔχων, [γεοῦχος] Ποσειδῶν. Γέργηθες. ὄνομα πόλεως. ἢ ἡ τύρβη καὶ οἱ [χειρώνακτες. γράφεται καὶ] χειρωνάκται. Γέρδιος. ὁ ὑφάντωρ. καὶ παρ’ ἡμῖν ἡ γερδία. Γερήνιος. ὁ ἔντιμος. παρὰ τὸ γέρας. ἢ ὁ ἐν Γε‐</w:t>
      </w:r>
    </w:p>
    <w:p>
      <w:r>
        <w:rPr>
          <w:rFonts w:ascii="Courier New" w:hAnsi="Courier New"/>
          <w:color w:val="555555"/>
          <w:sz w:val="20"/>
        </w:rPr>
        <w:t>[15]</w:t>
      </w:r>
    </w:p>
    <w:p>
      <w:r>
        <w:rPr>
          <w:rFonts w:ascii="Gentium Plus" w:hAnsi="Gentium Plus"/>
          <w:sz w:val="24"/>
        </w:rPr>
        <w:t>ρήνῃ τραφεὶς, ὡς τό· —Γερήνιος ἱππότα Νέστωρ. Γερμανικός. ὁ Φράγγος. Γεραίτερος. οὐ παρὰ τὸ γέρων ἐσχημάτισται, ἀλλὰ παρὰ τὸ γεραιὸς γίνεται γεραίτερος, ὡς</w:t>
      </w:r>
    </w:p>
    <w:p>
      <w:r>
        <w:rPr>
          <w:rFonts w:ascii="Courier New" w:hAnsi="Courier New"/>
          <w:color w:val="555555"/>
          <w:sz w:val="20"/>
        </w:rPr>
        <w:t>[20]</w:t>
      </w:r>
    </w:p>
    <w:p>
      <w:r>
        <w:rPr>
          <w:rFonts w:ascii="Gentium Plus" w:hAnsi="Gentium Plus"/>
          <w:sz w:val="24"/>
        </w:rPr>
        <w:t>παλαιὸς παλαιότερος, καὶ κατὰ συγκοπὴν γε‐ ραίτερος, [καὶ] γεραίτατος. Γεραρός. ὁ ἔντιμος. παρὰ τὸ γέρας, γέρατος, παραγώγως γεράτερος, ὡς μέλιτος μελιτηρὸς, καὶ ἐν συγκοπῇ γεραρός.</w:t>
      </w:r>
    </w:p>
    <w:p>
      <w:r>
        <w:rPr>
          <w:rFonts w:ascii="Courier New" w:hAnsi="Courier New"/>
          <w:color w:val="555555"/>
          <w:sz w:val="20"/>
        </w:rPr>
        <w:t>[25]</w:t>
      </w:r>
    </w:p>
    <w:p>
      <w:r>
        <w:rPr>
          <w:rFonts w:ascii="Gentium Plus" w:hAnsi="Gentium Plus"/>
          <w:sz w:val="24"/>
        </w:rPr>
        <w:t>Γερούσιος. παρὰ τὸ γέρων, γερούσιος. σημαίνει</w:t>
      </w:r>
    </w:p>
    <w:p>
      <w:r>
        <w:rPr>
          <w:rFonts w:ascii="Courier New" w:hAnsi="Courier New"/>
          <w:color w:val="555555"/>
          <w:sz w:val="20"/>
        </w:rPr>
        <w:t>[gamma 426]</w:t>
      </w:r>
    </w:p>
    <w:p>
      <w:r>
        <w:rPr>
          <w:rFonts w:ascii="Gentium Plus" w:hAnsi="Gentium Plus"/>
          <w:sz w:val="24"/>
        </w:rPr>
        <w:t>Γέρων σημαίνει τρία· ὁ προβεβηκὼς τὴν ἡλικίαν, ὡς τό· παῖδας προθήβους πολιοκροτάφους τε γέροντας. καὶ ὁ ἔντιμος, ὡς·</w:t>
      </w:r>
    </w:p>
    <w:p>
      <w:r>
        <w:rPr>
          <w:rFonts w:ascii="Courier New" w:hAnsi="Courier New"/>
          <w:color w:val="555555"/>
          <w:sz w:val="20"/>
        </w:rPr>
        <w:t>[5]</w:t>
      </w:r>
    </w:p>
    <w:p>
      <w:r>
        <w:rPr>
          <w:rFonts w:ascii="Gentium Plus" w:hAnsi="Gentium Plus"/>
          <w:sz w:val="24"/>
        </w:rPr>
        <w:t>δαίνυ δαῖτα γέρουσι. καὶ ὁ παλαιὸς, ὡς τό· εἵλετο δὲ σάκκος καὶ εὐρὺ γέροντος— γέρων δὲ εἴρηται παρὰ τὸ εἰς τὴν γῆν ὁρᾷν. οἱ δὲ, παρὰ τὸ εἰς τὴν γῆν ἔῤῥειν· διὰ τὸ ἐγγὺς</w:t>
      </w:r>
    </w:p>
    <w:p>
      <w:r>
        <w:rPr>
          <w:rFonts w:ascii="Courier New" w:hAnsi="Courier New"/>
          <w:color w:val="555555"/>
          <w:sz w:val="20"/>
        </w:rPr>
        <w:t>[10]</w:t>
      </w:r>
    </w:p>
    <w:p>
      <w:r>
        <w:rPr>
          <w:rFonts w:ascii="Gentium Plus" w:hAnsi="Gentium Plus"/>
          <w:sz w:val="24"/>
        </w:rPr>
        <w:t>εἶναι θανάτου, ἔρων, καὶ πλεονασμῷ τοῦ γ γέρων. [ἢ παρὰ τὸ εἴρω τὸ λέγω, εἴρων καὶ γέρων. τὰ εἰς ρων δισύλλαβα διὰ τοῦ ω κλίνονται, ὁπότε μὴ κοινὰ εἴη· Μάρων Μάρωνο. κοινὰ δὲ, διὰ τὸ σώφρων, σώφρονος, χείρονος. ἐξέφυγε</w:t>
      </w:r>
    </w:p>
    <w:p>
      <w:r>
        <w:rPr>
          <w:rFonts w:ascii="Courier New" w:hAnsi="Courier New"/>
          <w:color w:val="555555"/>
          <w:sz w:val="20"/>
        </w:rPr>
        <w:t>[15]</w:t>
      </w:r>
    </w:p>
    <w:p>
      <w:r>
        <w:rPr>
          <w:rFonts w:ascii="Gentium Plus" w:hAnsi="Gentium Plus"/>
          <w:sz w:val="24"/>
        </w:rPr>
        <w:t>τὴν κλίσιν τὸ γέρων γέροντος. ἀνεδέξατο παρα‐ σχηματισμὸν διὰ τοῦ τος.] Γείτων. παρὰ τὸ [γέα] γεΐτων, καὶ κατὰ συναί‐ ρεσιν γείτων. Γεώλοφος. ὀρεινὸν ὄρος ἐστὶν ἢ ὕψωμα γῆς.</w:t>
      </w:r>
    </w:p>
    <w:p>
      <w:r>
        <w:rPr>
          <w:rFonts w:ascii="Courier New" w:hAnsi="Courier New"/>
          <w:color w:val="555555"/>
          <w:sz w:val="20"/>
        </w:rPr>
        <w:t>[20]</w:t>
      </w:r>
    </w:p>
    <w:p>
      <w:r>
        <w:rPr>
          <w:rFonts w:ascii="Gentium Plus" w:hAnsi="Gentium Plus"/>
          <w:sz w:val="24"/>
        </w:rPr>
        <w:t>καλεῖ δὲ καὶ τὸν παχὺν καὶ ἀναίσθητον ἄν‐ θρωπον. Γεωπεῖναι. οἱ μικρὰν καὶ λυπρὰν καὶ ὀλίγην ἔχοντες τὴν γῆν. Γειώρας. ὁ τὴν γῆν φυλάσσων, ἢ ὁ ἐξ ἄλλου</w:t>
      </w:r>
    </w:p>
    <w:p>
      <w:r>
        <w:rPr>
          <w:rFonts w:ascii="Courier New" w:hAnsi="Courier New"/>
          <w:color w:val="555555"/>
          <w:sz w:val="20"/>
        </w:rPr>
        <w:t>[25]</w:t>
      </w:r>
    </w:p>
    <w:p>
      <w:r>
        <w:rPr>
          <w:rFonts w:ascii="Gentium Plus" w:hAnsi="Gentium Plus"/>
          <w:sz w:val="24"/>
        </w:rPr>
        <w:t>ἔθνους προσκολλώμενος. τὸ δὲ κύριον ὄνομα ι. Γειομόρος. ὁ γεωργός. εἴρηται ἀπὸ τοῦ περὶ</w:t>
      </w:r>
    </w:p>
    <w:p>
      <w:r>
        <w:rPr>
          <w:rFonts w:ascii="Courier New" w:hAnsi="Courier New"/>
          <w:color w:val="555555"/>
          <w:sz w:val="20"/>
        </w:rPr>
        <w:t>[gamma 427]</w:t>
      </w:r>
    </w:p>
    <w:p>
      <w:r>
        <w:rPr>
          <w:rFonts w:ascii="Gentium Plus" w:hAnsi="Gentium Plus"/>
          <w:sz w:val="24"/>
        </w:rPr>
        <w:t>Γεωπεῖναι. οἱονεὶ πεινῶντες γῆν. [Γεωμέτρης.] γῶ τὸ τίκτω, ἐξ οὗ γίνεται γέα, διὰ τοῦ ε ψιλοῦ, οἱονεὶ ἡ γεννητική. ἐκ τούτου γεώλοφος.</w:t>
      </w:r>
    </w:p>
    <w:p>
      <w:r>
        <w:rPr>
          <w:rFonts w:ascii="Courier New" w:hAnsi="Courier New"/>
          <w:color w:val="555555"/>
          <w:sz w:val="20"/>
        </w:rPr>
        <w:t>[5]</w:t>
      </w:r>
    </w:p>
    <w:p>
      <w:r>
        <w:rPr>
          <w:rFonts w:ascii="Gentium Plus" w:hAnsi="Gentium Plus"/>
          <w:sz w:val="24"/>
        </w:rPr>
        <w:t>Γεών. ὄνομα ποταμοῦ.</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Γέγειαι βόες. οἱ ἀρχαῖοι. Γεγωνοκῶμαι. αἱ ἐμπιπλῶσαι βοῆς τὰς κώμας γυναῖκες.</w:t>
      </w:r>
    </w:p>
    <w:p>
      <w:r>
        <w:rPr>
          <w:rFonts w:ascii="Courier New" w:hAnsi="Courier New"/>
          <w:color w:val="555555"/>
          <w:sz w:val="20"/>
        </w:rPr>
        <w:t>[10]</w:t>
      </w:r>
    </w:p>
    <w:p>
      <w:r>
        <w:rPr>
          <w:rFonts w:ascii="Gentium Plus" w:hAnsi="Gentium Plus"/>
          <w:sz w:val="24"/>
        </w:rPr>
        <w:t>Γελασίμοις. γραμμαῖς ταῖς ἐκ τοῦ γελᾷν γι‐ νομέναις. Γέλγιθες. σκορόδων κεφαλαί. Γέλος. πόλις Σικελίας ἀπὸ Γέλα ποταμοῦ, ἐν ᾧ παράκειται ἡ πόλις.</w:t>
      </w:r>
    </w:p>
    <w:p>
      <w:r>
        <w:rPr>
          <w:rFonts w:ascii="Courier New" w:hAnsi="Courier New"/>
          <w:color w:val="555555"/>
          <w:sz w:val="20"/>
        </w:rPr>
        <w:t>[15]</w:t>
      </w:r>
    </w:p>
    <w:p>
      <w:r>
        <w:rPr>
          <w:rFonts w:ascii="Gentium Plus" w:hAnsi="Gentium Plus"/>
          <w:sz w:val="24"/>
        </w:rPr>
        <w:t>Γεθσημανῆ. ὄνομα πόλεως. Γενεαῖς γενεῶν. τουτέστι ἀπείροις τισὶ γενεαῖς. Γενεά. τέσσαρα σημαίνει· ἡ ἡλικία· γενεῇ δὲ νεώτατος ἔσκον ἁπάντων— ἡ εὐγένεια·</w:t>
      </w:r>
    </w:p>
    <w:p>
      <w:r>
        <w:rPr>
          <w:rFonts w:ascii="Courier New" w:hAnsi="Courier New"/>
          <w:color w:val="555555"/>
          <w:sz w:val="20"/>
        </w:rPr>
        <w:t>[20]</w:t>
      </w:r>
    </w:p>
    <w:p>
      <w:r>
        <w:rPr>
          <w:rFonts w:ascii="Gentium Plus" w:hAnsi="Gentium Plus"/>
          <w:sz w:val="24"/>
        </w:rPr>
        <w:t>γενεῇ μὲν ὑπέρτατός ἐστιν Ἀχιλλεὺς—</w:t>
      </w:r>
    </w:p>
    <w:p>
      <w:r>
        <w:rPr>
          <w:rFonts w:ascii="Courier New" w:hAnsi="Courier New"/>
          <w:color w:val="555555"/>
          <w:sz w:val="20"/>
        </w:rPr>
        <w:t>[gamma 428]</w:t>
      </w:r>
    </w:p>
    <w:p>
      <w:r>
        <w:rPr>
          <w:rFonts w:ascii="Gentium Plus" w:hAnsi="Gentium Plus"/>
          <w:sz w:val="24"/>
        </w:rPr>
        <w:t>οἱ ὑπὲρ φυλῶν γενεὴ— καὶ τὰ κθʹ ἔτη, ὡς· τῶν δ’ ἤδη δύο μὲν γενεαί—. Γένεσις. ἡ ἀρχὴ καὶ ἡ εἱμαρμένη. ἔστι δὲ πρεσ‐</w:t>
      </w:r>
    </w:p>
    <w:p>
      <w:r>
        <w:rPr>
          <w:rFonts w:ascii="Courier New" w:hAnsi="Courier New"/>
          <w:color w:val="555555"/>
          <w:sz w:val="20"/>
        </w:rPr>
        <w:t>[5]</w:t>
      </w:r>
    </w:p>
    <w:p>
      <w:r>
        <w:rPr>
          <w:rFonts w:ascii="Gentium Plus" w:hAnsi="Gentium Plus"/>
          <w:sz w:val="24"/>
        </w:rPr>
        <w:t>βυτέρα τῆς εἱμαρμένης ἔννοια καὶ αὐτεξουσιό‐ της. ἢ γένεσίς ἐστι κίνησις κατ’ οὐσίαν, ἐκ τοῦ μὴ ὄντος εἰς τὸ εἶναι. γένεσις καὶ ὁ κόσμος. περὶ τὴν γένεσίν τε πλανᾶται λήθη βαρού‐ μενος καὶ κακία. γένεσίς ἐστι καὶ ἡ ἐκ θεοῦ</w:t>
      </w:r>
    </w:p>
    <w:p>
      <w:r>
        <w:rPr>
          <w:rFonts w:ascii="Courier New" w:hAnsi="Courier New"/>
          <w:color w:val="555555"/>
          <w:sz w:val="20"/>
        </w:rPr>
        <w:t>[10]</w:t>
      </w:r>
    </w:p>
    <w:p>
      <w:r>
        <w:rPr>
          <w:rFonts w:ascii="Gentium Plus" w:hAnsi="Gentium Plus"/>
          <w:sz w:val="24"/>
        </w:rPr>
        <w:t>πρώτη πλάσις, ἡ ἐκ τοῦ μὴ ὄντος παραγωγή. Γέννησις. ἡ ἐκ καταδίκης τοῦ θανάτου διὰ τὴν παράβασιν ἐξ ἀλλήλων διαδοχή. ἥ ἐστι καὶ παθητὴ, καὶ ἁμαρτητική. ὁ οὖν κύριος τὸ πα‐ θητικὸν τῆς γεννήσεως εἰληφὼς τὸ ἁμαρτητι‐</w:t>
      </w:r>
    </w:p>
    <w:p>
      <w:r>
        <w:rPr>
          <w:rFonts w:ascii="Courier New" w:hAnsi="Courier New"/>
          <w:color w:val="555555"/>
          <w:sz w:val="20"/>
        </w:rPr>
        <w:t>[15]</w:t>
      </w:r>
    </w:p>
    <w:p>
      <w:r>
        <w:rPr>
          <w:rFonts w:ascii="Gentium Plus" w:hAnsi="Gentium Plus"/>
          <w:sz w:val="24"/>
        </w:rPr>
        <w:t>κὸν οὐ προσείληφε. Γενέθλη. ἡ δι’ ἐνιαυτοῦ ἐπιφοιτῶσα τῷ τε‐ χθέντι ἡμέρα. [παρὰ τὸ γεννῶ, ἀφ’ οὗ ὁ μέλ‐ λων γεννήσω, γεννέθρα καὶ ἰακῶς γενέθρη, ὡς κολυμβῶ κολυμβήθρα, καὶ κατὰ τροπὴν γενέ‐</w:t>
      </w:r>
    </w:p>
    <w:p>
      <w:r>
        <w:rPr>
          <w:rFonts w:ascii="Courier New" w:hAnsi="Courier New"/>
          <w:color w:val="555555"/>
          <w:sz w:val="20"/>
        </w:rPr>
        <w:t>[20]</w:t>
      </w:r>
    </w:p>
    <w:p>
      <w:r>
        <w:rPr>
          <w:rFonts w:ascii="Gentium Plus" w:hAnsi="Gentium Plus"/>
          <w:sz w:val="24"/>
        </w:rPr>
        <w:t>θλη· ἐξ οὗ καὶ τὸ γενέθλιον. λέγεται καὶ γε‐ νεθλιαλογία, ἡ περὶ τῆς γεννήσεως μαντεία.]</w:t>
      </w:r>
    </w:p>
    <w:p>
      <w:r>
        <w:rPr>
          <w:rFonts w:ascii="Courier New" w:hAnsi="Courier New"/>
          <w:color w:val="555555"/>
          <w:sz w:val="20"/>
        </w:rPr>
        <w:t>[gamma 429]</w:t>
      </w:r>
    </w:p>
    <w:p>
      <w:r>
        <w:rPr>
          <w:rFonts w:ascii="Gentium Plus" w:hAnsi="Gentium Plus"/>
          <w:sz w:val="24"/>
        </w:rPr>
        <w:t>Γενειάς. αἱ τρίχες. ἐκ δὲ δασκίου γενειάδος κρουνοὶ διεῤῥαίνοντο κρηναίου ποτοῦ. Γένυς. ἡ σιαγών. οἱονεὶ κένυς τίς ἐστιν, ὅτι</w:t>
      </w:r>
    </w:p>
    <w:p>
      <w:r>
        <w:rPr>
          <w:rFonts w:ascii="Courier New" w:hAnsi="Courier New"/>
          <w:color w:val="555555"/>
          <w:sz w:val="20"/>
        </w:rPr>
        <w:t>[5]</w:t>
      </w:r>
    </w:p>
    <w:p>
      <w:r>
        <w:rPr>
          <w:rFonts w:ascii="Gentium Plus" w:hAnsi="Gentium Plus"/>
          <w:sz w:val="24"/>
        </w:rPr>
        <w:t>κενόν ἐστι τὸ κατ’ αὐτὴν μέρος ὀστέων. ἔστι δὲ γένυς καὶ εἶδος πελέκεως. Γέρανος. τὸ ζῶον. ἀπὸ τοῦ τῆς γῆς ἐρευνᾷν σπέρ‐ ματος. οἱονεὶ γήρευνος τὶς οὖσα. Γερδία. ὑφάντης. παρὰ τὸ ἐπὶ τῆς γῆς ἕδειν,</w:t>
      </w:r>
    </w:p>
    <w:p>
      <w:r>
        <w:rPr>
          <w:rFonts w:ascii="Courier New" w:hAnsi="Courier New"/>
          <w:color w:val="555555"/>
          <w:sz w:val="20"/>
        </w:rPr>
        <w:t>[10]</w:t>
      </w:r>
    </w:p>
    <w:p>
      <w:r>
        <w:rPr>
          <w:rFonts w:ascii="Gentium Plus" w:hAnsi="Gentium Plus"/>
          <w:sz w:val="24"/>
        </w:rPr>
        <w:t>ὅ ἐστι καθέζεσθαι. Γεράνεια. ὄρος γεράνων. Γέῤῥα. πόλις Χαλδαίας. ὁ πολίτης Γεῤῥαῖος. Γεργύρα. ὁ ὑπόνομος, δι’ οὗ τὰ ὕδατα φέρεται. γεώρυγα τινὰ, τὰ ὑπὸ γῆν ὀρύγματα, καὶ κα‐</w:t>
      </w:r>
    </w:p>
    <w:p>
      <w:r>
        <w:rPr>
          <w:rFonts w:ascii="Courier New" w:hAnsi="Courier New"/>
          <w:color w:val="555555"/>
          <w:sz w:val="20"/>
        </w:rPr>
        <w:t>[15]</w:t>
      </w:r>
    </w:p>
    <w:p>
      <w:r>
        <w:rPr>
          <w:rFonts w:ascii="Gentium Plus" w:hAnsi="Gentium Plus"/>
          <w:sz w:val="24"/>
        </w:rPr>
        <w:t>τὰ μετάθεσιν καὶ διπλασιασμὸν γεργύρα. Γερμανίκεια. πόλις Εὐφρατησίας. ὁ πολίτης Γερ‐ μανικεύς. Γερηνία. πόλις Μεσηνίας. Γέρμα. πόλις Ἑλλησποντία πλησίον Κυζίκου.</w:t>
      </w:r>
    </w:p>
    <w:p>
      <w:r>
        <w:rPr>
          <w:rFonts w:ascii="Courier New" w:hAnsi="Courier New"/>
          <w:color w:val="555555"/>
          <w:sz w:val="20"/>
        </w:rPr>
        <w:t>[20]</w:t>
      </w:r>
    </w:p>
    <w:p>
      <w:r>
        <w:rPr>
          <w:rFonts w:ascii="Gentium Plus" w:hAnsi="Gentium Plus"/>
          <w:sz w:val="24"/>
        </w:rPr>
        <w:t>Γεργέριμος. ἡ ἐν τῷ δένδρῳ πεπανθεῖσα ἐλαία. Γεραιστιάδες. οὕτω Νύμφαι καλούμεναι ἐν Γορ‐ τύνῃ τῆς Κρήτης. Γέρασα. πόλις τῆς Κοίλης Συρίας. ὁ πολίτης Γε‐ ρασηνὸς, ὡς Μήδαβα, Μηδαβηνός.</w:t>
      </w:r>
    </w:p>
    <w:p>
      <w:r>
        <w:rPr>
          <w:rFonts w:ascii="Courier New" w:hAnsi="Courier New"/>
          <w:color w:val="555555"/>
          <w:sz w:val="20"/>
        </w:rPr>
        <w:t>[25]</w:t>
      </w:r>
    </w:p>
    <w:p>
      <w:r>
        <w:rPr>
          <w:rFonts w:ascii="Gentium Plus" w:hAnsi="Gentium Plus"/>
          <w:sz w:val="24"/>
        </w:rPr>
        <w:t>Γεισίποδες. αἱ ἐγκείμεναι δοκίδες, ἐφ’ αἷς τὰ γεῖσα, παρὰ τὸ εἶναι βάσεις τῶν θεμελίων. Γεῦσις. κυρίως ἡ ἐπὶ τῶν ὑγρῶν προσφορὰ, δεῦ‐ σις τὶς οὖσα, παρὰ τὸν δεύσω μέλλοντα. ὡς</w:t>
      </w:r>
    </w:p>
    <w:p>
      <w:r>
        <w:rPr>
          <w:rFonts w:ascii="Courier New" w:hAnsi="Courier New"/>
          <w:color w:val="555555"/>
          <w:sz w:val="20"/>
        </w:rPr>
        <w:t>[gamma 430]</w:t>
      </w:r>
    </w:p>
    <w:p>
      <w:r>
        <w:rPr>
          <w:rFonts w:ascii="Gentium Plus" w:hAnsi="Gentium Plus"/>
          <w:sz w:val="24"/>
        </w:rPr>
        <w:t>Γέφυρα. ἡ κατὰ τόπον οἰκοδομὴ, δι’ ἧς οἱ ὁδοι‐ πόροι πορεύονται. εἴρηται ἡ ἐφ’ ὑγροῦ γῆ, οἱον‐ εὶ γεφυγρὰ τὶς οὖσα. ἢ γῆ φυρά τις, ἡ φυρα‐ θεῖσα καὶ ὑφ’ ὑγροῦ κειμένη. ἢ παρὰ τὸ ἀπὸ</w:t>
      </w:r>
    </w:p>
    <w:p>
      <w:r>
        <w:rPr>
          <w:rFonts w:ascii="Courier New" w:hAnsi="Courier New"/>
          <w:color w:val="555555"/>
          <w:sz w:val="20"/>
        </w:rPr>
        <w:t>[5]</w:t>
      </w:r>
    </w:p>
    <w:p>
      <w:r>
        <w:rPr>
          <w:rFonts w:ascii="Gentium Plus" w:hAnsi="Gentium Plus"/>
          <w:sz w:val="24"/>
        </w:rPr>
        <w:t>γῆς εἰς γῆν μεταφέρειν. Γεφυρίς. ξένη καὶ ἐπείσακτος. οἱ γὰρ γεφυραῖοι ξένοι καὶ ἐπήλυδες ὄντες, Ἀθήνῃσιν ᾤκησαν. οὕτως Ἡρόδοτος. Γεωγραφία. περιήγησις.</w:t>
      </w:r>
    </w:p>
    <w:p>
      <w:r>
        <w:rPr>
          <w:rFonts w:ascii="Courier New" w:hAnsi="Courier New"/>
          <w:color w:val="555555"/>
          <w:sz w:val="20"/>
        </w:rPr>
        <w:t>[10]</w:t>
      </w:r>
    </w:p>
    <w:p>
      <w:r>
        <w:rPr>
          <w:rFonts w:ascii="Gentium Plus" w:hAnsi="Gentium Plus"/>
          <w:sz w:val="24"/>
        </w:rPr>
        <w:t>Γέβαλα. πόλις Παλαιστίνης. Γεβαληνός. Ἰώ‐ σηπος. Γέννησις. προσθήκη ὑποστάσεως ἐναριθμίου.</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Γεηρόν. τὸ γήϊνον.</w:t>
      </w:r>
    </w:p>
    <w:p>
      <w:r>
        <w:rPr>
          <w:rFonts w:ascii="Courier New" w:hAnsi="Courier New"/>
          <w:color w:val="555555"/>
          <w:sz w:val="20"/>
        </w:rPr>
        <w:t>[15]</w:t>
      </w:r>
    </w:p>
    <w:p>
      <w:r>
        <w:rPr>
          <w:rFonts w:ascii="Gentium Plus" w:hAnsi="Gentium Plus"/>
          <w:sz w:val="24"/>
        </w:rPr>
        <w:t>Γελγέλ. ὁ τροχὸς ὀνομάζεται, ἢ ἀνακυκλησμὸς καὶ ἀνάκαμψις. [τινὲς δὲ γὲλ γὲλ λέγουσι.] Γελοῖον. καταγέλαστον. Γέντα. τὰ μέλη. Γενέθλια, οὐ γενέσια λέγονται τὴν ἡμέραν τῆς</w:t>
      </w:r>
    </w:p>
    <w:p>
      <w:r>
        <w:rPr>
          <w:rFonts w:ascii="Courier New" w:hAnsi="Courier New"/>
          <w:color w:val="555555"/>
          <w:sz w:val="20"/>
        </w:rPr>
        <w:t>[20]</w:t>
      </w:r>
    </w:p>
    <w:p>
      <w:r>
        <w:rPr>
          <w:rFonts w:ascii="Gentium Plus" w:hAnsi="Gentium Plus"/>
          <w:sz w:val="24"/>
        </w:rPr>
        <w:t>γενέσεως. Πλάτων· βασιλέως ἦν γενέθλια. οἱ δὲ Ἀθηναῖοι γενέσια. Γένειον. παρὰ τὸ γένος γένειον, ὡς δάνος δάνειον· ἀπ’ αὐτοῦ γὰρ τὰ γένη διαστέλλονται. Γεννητόν. τὸ ἐκ τινὸς ὡς ἐκ πατρὸς γεννηθέν.</w:t>
      </w:r>
    </w:p>
    <w:p>
      <w:r>
        <w:rPr>
          <w:rFonts w:ascii="Courier New" w:hAnsi="Courier New"/>
          <w:color w:val="555555"/>
          <w:sz w:val="20"/>
        </w:rPr>
        <w:t>[25]</w:t>
      </w:r>
    </w:p>
    <w:p>
      <w:r>
        <w:rPr>
          <w:rFonts w:ascii="Gentium Plus" w:hAnsi="Gentium Plus"/>
          <w:sz w:val="24"/>
        </w:rPr>
        <w:t>γεννητὸν, τὸ ἐκ τινὸς ὡς δημιουργοῦ γεννηθὲν, ἢ πᾶν τὸ ἐκ μὴ ὄντος εἰς ὕπαρξιν γινόμενον. Γενικόν. τὸ ἐν αὐτῷ τὸ γένος περιέχον. Γένος. τὸ καθ’ ἑαυτὸ θεωρούμενον πρᾶγμα. ἢ</w:t>
      </w:r>
    </w:p>
    <w:p>
      <w:r>
        <w:rPr>
          <w:rFonts w:ascii="Courier New" w:hAnsi="Courier New"/>
          <w:color w:val="555555"/>
          <w:sz w:val="20"/>
        </w:rPr>
        <w:t>[gamma 431]</w:t>
      </w:r>
    </w:p>
    <w:p>
      <w:r>
        <w:rPr>
          <w:rFonts w:ascii="Gentium Plus" w:hAnsi="Gentium Plus"/>
          <w:sz w:val="24"/>
        </w:rPr>
        <w:t>εἴδει ἐν τῷ τί ἐστι κατηγορούμενον. σημαίνει δὲ τὴν πατρίδα, ὡς ὅταν λέγωμεν τὸν Πέτρον Γαλιλαῖον τὸ γένος. σημαίνει δὲ καὶ τὴν ἀρχὴν τῆς τινῶν γενέσεως, ὡς ὅταν λέγωμεν τοὺς ἐξ</w:t>
      </w:r>
    </w:p>
    <w:p>
      <w:r>
        <w:rPr>
          <w:rFonts w:ascii="Courier New" w:hAnsi="Courier New"/>
          <w:color w:val="555555"/>
          <w:sz w:val="20"/>
        </w:rPr>
        <w:t>[5]</w:t>
      </w:r>
    </w:p>
    <w:p>
      <w:r>
        <w:rPr>
          <w:rFonts w:ascii="Gentium Plus" w:hAnsi="Gentium Plus"/>
          <w:sz w:val="24"/>
        </w:rPr>
        <w:t>Ἰσραὴλ, Ἰσραηλίτας τὸ γένος. γένος ἐστὶ καὶ πτωτικῆς λέξεως χαρακτὴρ, σημαίνων τὸ ἐν φωνῇ ἄρσεν ἢ θῆλυ ἢ οὐδέτερον, ἄδηλόν τι διακρίνον. γένος δὲ εἴρηται παρὰ τὸ γείνω [τὸ] γεννῶ.</w:t>
      </w:r>
    </w:p>
    <w:p>
      <w:r>
        <w:rPr>
          <w:rFonts w:ascii="Courier New" w:hAnsi="Courier New"/>
          <w:color w:val="555555"/>
          <w:sz w:val="20"/>
        </w:rPr>
        <w:t>[10]</w:t>
      </w:r>
    </w:p>
    <w:p>
      <w:r>
        <w:rPr>
          <w:rFonts w:ascii="Gentium Plus" w:hAnsi="Gentium Plus"/>
          <w:sz w:val="24"/>
        </w:rPr>
        <w:t>Γειοτόμον. τὸ ἄροτρον. Γεράνδρυον. παλαιὸν φυτὸν καὶ γεγηρακὸς, ἢ τὸ ἐν τῇ ῥίζῃ συμφυὲς καὶ ἐξηραμένον. εἴρηται παρὰ τὴν δρῦν· δοκεῖ γὰρ πρῶτον φυτὸν γενέ‐ σθαι δρῦς. ὅθεν δρυμοὺς ἐκάλουν τοὺς δασεῖς</w:t>
      </w:r>
    </w:p>
    <w:p>
      <w:r>
        <w:rPr>
          <w:rFonts w:ascii="Courier New" w:hAnsi="Courier New"/>
          <w:color w:val="555555"/>
          <w:sz w:val="20"/>
        </w:rPr>
        <w:t>[15]</w:t>
      </w:r>
    </w:p>
    <w:p>
      <w:r>
        <w:rPr>
          <w:rFonts w:ascii="Gentium Plus" w:hAnsi="Gentium Plus"/>
          <w:sz w:val="24"/>
        </w:rPr>
        <w:t>τόπους, [ἐφ’ οἵων δήποτε ὄντας φυτῶν· καὶ δρυ‐ φάκτους, ἀπὸ ξύλων περιωρισμένους.] Γέρα. τιμαὶ, ἀμοιβαὶ, ἀνταποδόσεις. Γέῤῥα. τὰ κοντάρια. Θεοδώρου τοῦ Προδρόμου· πάλιν ἐπὶ τῶν γέῤῥων τακῶ. κυρίως δὲ γέῤῥα</w:t>
      </w:r>
    </w:p>
    <w:p>
      <w:r>
        <w:rPr>
          <w:rFonts w:ascii="Courier New" w:hAnsi="Courier New"/>
          <w:color w:val="555555"/>
          <w:sz w:val="20"/>
        </w:rPr>
        <w:t>[20]</w:t>
      </w:r>
    </w:p>
    <w:p>
      <w:r>
        <w:rPr>
          <w:rFonts w:ascii="Gentium Plus" w:hAnsi="Gentium Plus"/>
          <w:sz w:val="24"/>
        </w:rPr>
        <w:t>Περσικὰ ὅπλα, καταχρηστικῶς δὲ καὶ ἅπαν σκέπασμα. Γεῤῥάδια. στρωτηρίδια. Γεῖσα. τὰ θεμέλια, καὶ πᾶν τὸ ἐξέχον μέ‐ ρος, καὶ τὰ πρὸ τῶν θυρῶν στεγάσματα. [πα‐</w:t>
      </w:r>
    </w:p>
    <w:p>
      <w:r>
        <w:rPr>
          <w:rFonts w:ascii="Courier New" w:hAnsi="Courier New"/>
          <w:color w:val="555555"/>
          <w:sz w:val="20"/>
        </w:rPr>
        <w:t>[25]</w:t>
      </w:r>
    </w:p>
    <w:p>
      <w:r>
        <w:rPr>
          <w:rFonts w:ascii="Gentium Plus" w:hAnsi="Gentium Plus"/>
          <w:sz w:val="24"/>
        </w:rPr>
        <w:t>ρὰ τὸ γέα γέϊσον καὶ γεῖσον· καὶ γεισίποδες, αἱ ἐγκείμεναι δοκίδες, ἐφ’ αἷς τὰ γεῖσα. παρὰ τὸ εἶναι βάσεις τῶν θεμελίων. τινὲς δὲ διὰ δύο σς γράφουσι τὸ γεῖσσα.] Γεωμόριον. τὸ γεώργιον. καὶ γειομόριον.</w:t>
      </w:r>
    </w:p>
    <w:p>
      <w:r>
        <w:rPr>
          <w:rFonts w:ascii="Courier New" w:hAnsi="Courier New"/>
          <w:color w:val="555555"/>
          <w:sz w:val="20"/>
        </w:rPr>
        <w:t>[30]</w:t>
      </w:r>
    </w:p>
    <w:p>
      <w:r>
        <w:rPr>
          <w:rFonts w:ascii="Gentium Plus" w:hAnsi="Gentium Plus"/>
          <w:sz w:val="24"/>
        </w:rPr>
        <w:t>Γένος. ἐκ τοῦ γένω τὸ τίκτω. [ὡς σθένω, σθέ‐</w:t>
      </w:r>
    </w:p>
    <w:p>
      <w:r>
        <w:rPr>
          <w:rFonts w:ascii="Courier New" w:hAnsi="Courier New"/>
          <w:color w:val="555555"/>
          <w:sz w:val="20"/>
        </w:rPr>
        <w:t>[gamma 432]</w:t>
      </w:r>
    </w:p>
    <w:p>
      <w:r>
        <w:rPr>
          <w:rFonts w:ascii="Gentium Plus" w:hAnsi="Gentium Plus"/>
          <w:sz w:val="24"/>
        </w:rPr>
        <w:t>Γέῤῥα. λέγονται καὶ αἱ σκηναὶ, ἐν αἷς τὰ ὤνια ἐπιπράσκετο. δέῤῥα ἐστὶ τροπῇ τοῦ δ εἰς γ.</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Γέγγει. βρέχει.</w:t>
      </w:r>
    </w:p>
    <w:p>
      <w:r>
        <w:rPr>
          <w:rFonts w:ascii="Courier New" w:hAnsi="Courier New"/>
          <w:color w:val="555555"/>
          <w:sz w:val="20"/>
        </w:rPr>
        <w:t>[5]</w:t>
      </w:r>
    </w:p>
    <w:p>
      <w:r>
        <w:rPr>
          <w:rFonts w:ascii="Gentium Plus" w:hAnsi="Gentium Plus"/>
          <w:sz w:val="24"/>
        </w:rPr>
        <w:t>Γεγάασι. γεγένηται. ἀπὸ τοῦ γείνω, γέγονα, γεγόνασι, καὶ κατὰ συγκοπὴν καὶ πλεονασμὸν τοῦ α γεγάασι. [καὶ γεγαυῖα. ἔστι δὲ μετο‐ χή. τὸ ῥῆμα γῶ, ἐξ οὗ καὶ τὸ γείνω· ὁ πα‐ ρακείμενος γέγηκα. καὶ οἱ Ἴωνες ἐπὶ τοῦ πα‐</w:t>
      </w:r>
    </w:p>
    <w:p>
      <w:r>
        <w:rPr>
          <w:rFonts w:ascii="Courier New" w:hAnsi="Courier New"/>
          <w:color w:val="555555"/>
          <w:sz w:val="20"/>
        </w:rPr>
        <w:t>[10]</w:t>
      </w:r>
    </w:p>
    <w:p>
      <w:r>
        <w:rPr>
          <w:rFonts w:ascii="Gentium Plus" w:hAnsi="Gentium Plus"/>
          <w:sz w:val="24"/>
        </w:rPr>
        <w:t>ρακειμένου ἡνίκα ὕφεσιν ποιήσουσι τοῦ συμ‐ φώνου, τότε καὶ συστολὴ τοῦ φωνήεντος ἐπα‐ κολουθεῖ. οἷον βεβήκασι, βεβάασιν. οὕτως οὖν καὶ γέγηκα, γέγαα, ἡ μετοχὴ γεγαὼς, γεγαό‐ τος. αἱ μετοχαὶ εἰ μὲν ὦσιν ἀπαθεῖς, διὰ τοῦ</w:t>
      </w:r>
    </w:p>
    <w:p>
      <w:r>
        <w:rPr>
          <w:rFonts w:ascii="Courier New" w:hAnsi="Courier New"/>
          <w:color w:val="555555"/>
          <w:sz w:val="20"/>
        </w:rPr>
        <w:t>[15]</w:t>
      </w:r>
    </w:p>
    <w:p>
      <w:r>
        <w:rPr>
          <w:rFonts w:ascii="Gentium Plus" w:hAnsi="Gentium Plus"/>
          <w:sz w:val="24"/>
        </w:rPr>
        <w:t>ο κλίνονται, καὶ τὸ θηλυκὸν ἔχουσι διὰ τοῦ υῖα· εἰ δὲ κατὰ πάθος, τὴν κλίσιν μὲν ἔχουσι διὰ τοῦ ω, καὶ τὸ θηλυκὸν μεταποιοῦσιν εἰς α, ἑστὼς ἑστῶσα, γεγὼς γεγῶσα.] Γεγωνῶ. τὸ φωνῶ. παρὰ τὸ γνώω, καὶ ἐν ὑπερ‐</w:t>
      </w:r>
    </w:p>
    <w:p>
      <w:r>
        <w:rPr>
          <w:rFonts w:ascii="Courier New" w:hAnsi="Courier New"/>
          <w:color w:val="555555"/>
          <w:sz w:val="20"/>
        </w:rPr>
        <w:t>[20]</w:t>
      </w:r>
    </w:p>
    <w:p>
      <w:r>
        <w:rPr>
          <w:rFonts w:ascii="Gentium Plus" w:hAnsi="Gentium Plus"/>
          <w:sz w:val="24"/>
        </w:rPr>
        <w:t>θέσει καὶ κατὰ ἀναδιπλασιασμὸν γεγωνῶ. [οἱ γὰρ ἐξακουόμενοι γνωστοί. τοῦ μέσου παρακει‐ μένου ἡ μετοχὴ γεγωνώς. Δίδυμος δέ φησι, γε‐ γωνεῖν εἶναι τὸ εἰς πᾶσαν γωνίαν ἀφικνεῖσθαι τὴν φωνήν.]</w:t>
      </w:r>
    </w:p>
    <w:p>
      <w:r>
        <w:rPr>
          <w:rFonts w:ascii="Courier New" w:hAnsi="Courier New"/>
          <w:color w:val="555555"/>
          <w:sz w:val="20"/>
        </w:rPr>
        <w:t>[25]</w:t>
      </w:r>
    </w:p>
    <w:p>
      <w:r>
        <w:rPr>
          <w:rFonts w:ascii="Gentium Plus" w:hAnsi="Gentium Plus"/>
          <w:sz w:val="24"/>
        </w:rPr>
        <w:t>Γεγανωμένη. λελαμπρυσμένη. Γεγράψομαι. *διηγήσομαι,* δεήσομαι. Γεγηροτροφηκώς. ἐν γήρει θρέψας. Γελασείω. ἐπιθυμητικῶς ἔχω τοῦ γελᾷν. Γεμίζω. τὸ ἀντλῶ.</w:t>
      </w:r>
    </w:p>
    <w:p>
      <w:r>
        <w:rPr>
          <w:rFonts w:ascii="Courier New" w:hAnsi="Courier New"/>
          <w:color w:val="555555"/>
          <w:sz w:val="20"/>
        </w:rPr>
        <w:t>[30]</w:t>
      </w:r>
    </w:p>
    <w:p>
      <w:r>
        <w:rPr>
          <w:rFonts w:ascii="Gentium Plus" w:hAnsi="Gentium Plus"/>
          <w:sz w:val="24"/>
        </w:rPr>
        <w:t>Γέμω. τὸ πλήθω. καὶ γεμέωσιν, οἷον· γεμέωσι δὲ παστάδα. γέμωσι καὶ πλεονασμῷ τοῦ ε</w:t>
      </w:r>
    </w:p>
    <w:p>
      <w:r>
        <w:rPr>
          <w:rFonts w:ascii="Courier New" w:hAnsi="Courier New"/>
          <w:color w:val="555555"/>
          <w:sz w:val="20"/>
        </w:rPr>
        <w:t>[gamma 433]</w:t>
      </w:r>
    </w:p>
    <w:p>
      <w:r>
        <w:rPr>
          <w:rFonts w:ascii="Gentium Plus" w:hAnsi="Gentium Plus"/>
          <w:sz w:val="24"/>
        </w:rPr>
        <w:t>Γείνατο. ἐγέννησε. γέω, τὸ τίκτω, ἐκ τοῦ γέα διὰ τοῦ ε ψιλοῦ, ἡ γεννητική. τοῦτο τὸ γέω γίνεται κατὰ πλεονασμὸν τοῦ ν γένω, καὶ πλεο‐ νασμῷ τοῦ ι γείνω. ὁ μέλλων γενῶ. [ὡς κείρω</w:t>
      </w:r>
    </w:p>
    <w:p>
      <w:r>
        <w:rPr>
          <w:rFonts w:ascii="Courier New" w:hAnsi="Courier New"/>
          <w:color w:val="555555"/>
          <w:sz w:val="20"/>
        </w:rPr>
        <w:t>[5]</w:t>
      </w:r>
    </w:p>
    <w:p>
      <w:r>
        <w:rPr>
          <w:rFonts w:ascii="Gentium Plus" w:hAnsi="Gentium Plus"/>
          <w:sz w:val="24"/>
        </w:rPr>
        <w:t>κερῶ. ὁ ἀόριστος ἔγεινα, ὡς ἔμεινα ἢ ἔκειρα, ὁ μέσος ἐγεινάμην, τὸ δεύτερον ἐγείνω, τὸ τρί‐ τον ἐγείνατο, καὶ κατὰ συγκοπὴν γείνατο.] Γέντο. ἔλαβεν. [ἔλω τὸ λαμβάνω· ὁ δεύτερος ἀόριστος ἑλόμην, ἕλου, ἕλετο, καὶ κατὰ συγκο‐</w:t>
      </w:r>
    </w:p>
    <w:p>
      <w:r>
        <w:rPr>
          <w:rFonts w:ascii="Courier New" w:hAnsi="Courier New"/>
          <w:color w:val="555555"/>
          <w:sz w:val="20"/>
        </w:rPr>
        <w:t>[10]</w:t>
      </w:r>
    </w:p>
    <w:p>
      <w:r>
        <w:rPr>
          <w:rFonts w:ascii="Gentium Plus" w:hAnsi="Gentium Plus"/>
          <w:sz w:val="24"/>
        </w:rPr>
        <w:t>πὴν ἕλτο, καὶ τροπῇ τοῦ λ εἰς ν δωρικῶς ἔν‐ το, ὡς ἦλθεν, ἦνθε, καὶ πλεονασμῷ τοῦ γ γέντο· —ἑτέρῃφι δὲ γέντο πυράγρην.] Γεραίρειν. τιμᾷν, ὑμνεῖν, δοξάζειν.</w:t>
      </w:r>
    </w:p>
    <w:p>
      <w:r>
        <w:rPr>
          <w:rFonts w:ascii="Courier New" w:hAnsi="Courier New"/>
          <w:color w:val="555555"/>
          <w:sz w:val="20"/>
        </w:rPr>
        <w:t>[15]</w:t>
      </w:r>
    </w:p>
    <w:p>
      <w:r>
        <w:rPr>
          <w:rFonts w:ascii="Gentium Plus" w:hAnsi="Gentium Plus"/>
          <w:sz w:val="24"/>
        </w:rPr>
        <w:t>Γειτνιῶ. τὸ γειτονιῶ. [ὡς ἀπὸ τοῦ εὐδαίμων εὐ‐ δαίμονος εὐδαιμονῶ, οὕτω καὶ ἀπὸ τοῦ γείτων γείτονος γειτονιῶ,] καὶ κατὰ συγκοπὴν γειτνιῶ. ὥσπερ ἀπὸ τοῦ μείδω μειδιῶ. Γεφυρίζων. χλευάζων, ἐξευτελίζων. γράφεται</w:t>
      </w:r>
    </w:p>
    <w:p>
      <w:r>
        <w:rPr>
          <w:rFonts w:ascii="Courier New" w:hAnsi="Courier New"/>
          <w:color w:val="555555"/>
          <w:sz w:val="20"/>
        </w:rPr>
        <w:t>[20]</w:t>
      </w:r>
    </w:p>
    <w:p>
      <w:r>
        <w:rPr>
          <w:rFonts w:ascii="Gentium Plus" w:hAnsi="Gentium Plus"/>
          <w:sz w:val="24"/>
        </w:rPr>
        <w:t>καὶ γεφυρῶ. Γέμεν. ἐγένοντο. Ἡσίοδος· ὀγδοάτη δ’ ἐνάτη τε δύο γέμεν ἤματα μηνός.</w:t>
      </w:r>
    </w:p>
    <w:p>
      <w:pPr>
        <w:jc w:val="center"/>
      </w:pPr>
      <w:r>
        <w:rPr>
          <w:rFonts w:ascii="Gentium Plus" w:hAnsi="Gentium Plus"/>
          <w:b/>
          <w:sz w:val="24"/>
        </w:rPr>
        <w:t>Τὸ Γ μετὰ τοῦ Η.</w:t>
      </w:r>
    </w:p>
    <w:p>
      <w:pPr>
        <w:jc w:val="center"/>
      </w:pPr>
      <w:r>
        <w:rPr>
          <w:rFonts w:ascii="Gentium Plus" w:hAnsi="Gentium Plus"/>
          <w:b/>
          <w:sz w:val="24"/>
        </w:rPr>
        <w:t>(Ἀρσενικόν.)</w:t>
      </w:r>
    </w:p>
    <w:p>
      <w:r>
        <w:rPr>
          <w:rFonts w:ascii="Courier New" w:hAnsi="Courier New"/>
          <w:color w:val="555555"/>
          <w:sz w:val="20"/>
        </w:rPr>
        <w:t>[25]</w:t>
      </w:r>
    </w:p>
    <w:p>
      <w:r>
        <w:rPr>
          <w:rFonts w:ascii="Gentium Plus" w:hAnsi="Gentium Plus"/>
          <w:sz w:val="24"/>
        </w:rPr>
        <w:t>Γηγενής. ἐκ γῆς ἔχων τὴν γέννησιν, ἢ ὁ τὰ γήϊνα ἐργαζόμενος. Γηγενέτης. ὁ γηγενής. Γήλοφος. ὁ ὑψηλὸς τόπος. γειόλοφος δὲ διφθόγ‐ γως.</w:t>
      </w:r>
    </w:p>
    <w:p>
      <w:r>
        <w:rPr>
          <w:rFonts w:ascii="Courier New" w:hAnsi="Courier New"/>
          <w:color w:val="555555"/>
          <w:sz w:val="20"/>
        </w:rPr>
        <w:t>[30]</w:t>
      </w:r>
    </w:p>
    <w:p>
      <w:r>
        <w:rPr>
          <w:rFonts w:ascii="Gentium Plus" w:hAnsi="Gentium Plus"/>
          <w:sz w:val="24"/>
        </w:rPr>
        <w:t>Γηπόνος. ὁ γεωργός. παρὰ τὸ πονεῖν περὶ τὴν</w:t>
      </w:r>
    </w:p>
    <w:p>
      <w:r>
        <w:rPr>
          <w:rFonts w:ascii="Courier New" w:hAnsi="Courier New"/>
          <w:color w:val="555555"/>
          <w:sz w:val="20"/>
        </w:rPr>
        <w:t>[gamma 434]</w:t>
      </w:r>
    </w:p>
    <w:p>
      <w:r>
        <w:rPr>
          <w:rFonts w:ascii="Gentium Plus" w:hAnsi="Gentium Plus"/>
          <w:sz w:val="24"/>
        </w:rPr>
        <w:t>Γήπαιδες. οἱ Λογγίβαρδοι. οἱονεὶ οἱ Γετῶν παῖ‐ δες. Γηρυόνης. κύριον. Γηρυῶνος. κύριον.</w:t>
      </w:r>
    </w:p>
    <w:p>
      <w:r>
        <w:rPr>
          <w:rFonts w:ascii="Courier New" w:hAnsi="Courier New"/>
          <w:color w:val="555555"/>
          <w:sz w:val="20"/>
        </w:rPr>
        <w:t>[5]</w:t>
      </w:r>
    </w:p>
    <w:p>
      <w:r>
        <w:rPr>
          <w:rFonts w:ascii="Gentium Plus" w:hAnsi="Gentium Plus"/>
          <w:sz w:val="24"/>
        </w:rPr>
        <w:t>*Γηρινεῖος. βοῦς.* Γηῶραι. ἐπίμικτοι, τηρηταὶ τόπων. Γηών. ὄνομα ποταμοῦ. Γηραιός. ἀπὸ ἐτῶν μζ ἕως ἐτῶν ξη. Γηώρας. ὁ ἀλλότριος. [τοῦ Ψελλοῦ· γηώρας ὁ</w:t>
      </w:r>
    </w:p>
    <w:p>
      <w:r>
        <w:rPr>
          <w:rFonts w:ascii="Courier New" w:hAnsi="Courier New"/>
          <w:color w:val="555555"/>
          <w:sz w:val="20"/>
        </w:rPr>
        <w:t>[10]</w:t>
      </w:r>
    </w:p>
    <w:p>
      <w:r>
        <w:rPr>
          <w:rFonts w:ascii="Gentium Plus" w:hAnsi="Gentium Plus"/>
          <w:sz w:val="24"/>
        </w:rPr>
        <w:t>ἀλλότριος] καὶ γέρδης ὁ ὑφάντης.</w:t>
      </w:r>
    </w:p>
    <w:p>
      <w:pPr>
        <w:jc w:val="center"/>
      </w:pPr>
      <w:r>
        <w:rPr>
          <w:rFonts w:ascii="Gentium Plus" w:hAnsi="Gentium Plus"/>
          <w:b/>
          <w:sz w:val="24"/>
        </w:rPr>
        <w:t>(Θηλυκόν.)</w:t>
      </w:r>
    </w:p>
    <w:p>
      <w:r>
        <w:rPr>
          <w:rFonts w:ascii="Courier New" w:hAnsi="Courier New"/>
          <w:color w:val="555555"/>
          <w:sz w:val="20"/>
        </w:rPr>
        <w:t>[12]</w:t>
      </w:r>
    </w:p>
    <w:p>
      <w:r>
        <w:rPr>
          <w:rFonts w:ascii="Gentium Plus" w:hAnsi="Gentium Plus"/>
          <w:sz w:val="24"/>
        </w:rPr>
        <w:t>Γῆ. ἓν τῶν τεσσάρων στοιχείων ἐστί. ξηρόν τε ψυχρὸν βαρὺ καὶ ἀκίνητον, ὑπὸ τοῦ θεοῦ ἐκ τοῦ μὴ ὄντος εἰς τὸ εἶναι τῇ πρώτῃ ἡμέρᾳ</w:t>
      </w:r>
    </w:p>
    <w:p>
      <w:r>
        <w:rPr>
          <w:rFonts w:ascii="Courier New" w:hAnsi="Courier New"/>
          <w:color w:val="555555"/>
          <w:sz w:val="20"/>
        </w:rPr>
        <w:t>[15]</w:t>
      </w:r>
    </w:p>
    <w:p>
      <w:r>
        <w:rPr>
          <w:rFonts w:ascii="Gentium Plus" w:hAnsi="Gentium Plus"/>
          <w:sz w:val="24"/>
        </w:rPr>
        <w:t>παρηγμένον. [ἐν ἀρχῇ γὰρ] ἐποίησεν ὁ θεὸς τὸν οὐρανὸν καὶ τὴν γῆν, ἧς τὴν ἕδραν καὶ τὴν βάσιν οὐδεὶς τῶν ἀνθρώπων εἰπεῖν δεδύ‐ νηται. οἱ μὲν γὰρ ἐπὶ ὑδάτων φασὶν ἥδρασται τὴν γῆν καὶ πεπῆχθαι αὐτὴν, ἐκ τοῦ τὸν θεῖον</w:t>
      </w:r>
    </w:p>
    <w:p>
      <w:r>
        <w:rPr>
          <w:rFonts w:ascii="Courier New" w:hAnsi="Courier New"/>
          <w:color w:val="555555"/>
          <w:sz w:val="20"/>
        </w:rPr>
        <w:t>[20]</w:t>
      </w:r>
    </w:p>
    <w:p>
      <w:r>
        <w:rPr>
          <w:rFonts w:ascii="Gentium Plus" w:hAnsi="Gentium Plus"/>
          <w:sz w:val="24"/>
        </w:rPr>
        <w:t>Δαβὶδ λέγειν· τῷ στερεώσαντι τὴν γῆν ἐπὶ τῶν ὑδάτων. οἱ δὲ, ἐπὶ τοῦ ἀέρος. ἄλλος δέ φησιν· ὁ ἑδράσας τὴν γῆν ἐπ’ οὐδενός. καὶ πάλιν ὁ Δαβὶδ [ὡς] ἐκ προσώπου τοῦ δημιουργοῦ· ἐγὼ, φησὶν, ἐστερέωσα τοὺς στύλους αὐτῆς. τὴν συν‐</w:t>
      </w:r>
    </w:p>
    <w:p>
      <w:r>
        <w:rPr>
          <w:rFonts w:ascii="Courier New" w:hAnsi="Courier New"/>
          <w:color w:val="555555"/>
          <w:sz w:val="20"/>
        </w:rPr>
        <w:t>[25]</w:t>
      </w:r>
    </w:p>
    <w:p>
      <w:r>
        <w:rPr>
          <w:rFonts w:ascii="Gentium Plus" w:hAnsi="Gentium Plus"/>
          <w:sz w:val="24"/>
        </w:rPr>
        <w:t>εκτικὴν αὐτῆς δύναμιν στύλους ὀνομάσας. τὸ δὲ, ἐπὶ θαλασσῶν ἐθεμελίωσεν αὐτὴν, δηλοῖ τὸ πάντοθεν περικεχύσθαι τῇ γῇ τὴν τοῦ ὕδατος φύσιν. γῆ δὲ εἴρηται παρὰ τὸ γῶ τὸ χωρῶ, ἡ πάντα χωροῦσα. τοῦτο παρὰ τὸ χῶ, ἀφ’ οὗ</w:t>
      </w:r>
    </w:p>
    <w:p>
      <w:r>
        <w:rPr>
          <w:rFonts w:ascii="Courier New" w:hAnsi="Courier New"/>
          <w:color w:val="555555"/>
          <w:sz w:val="20"/>
        </w:rPr>
        <w:t>[30]</w:t>
      </w:r>
    </w:p>
    <w:p>
      <w:r>
        <w:rPr>
          <w:rFonts w:ascii="Gentium Plus" w:hAnsi="Gentium Plus"/>
          <w:sz w:val="24"/>
        </w:rPr>
        <w:t>παράγωγον χείω, οἷον· οὐδὸς ἀμφοτέρους ὧδε χείσεται.</w:t>
      </w:r>
    </w:p>
    <w:p>
      <w:r>
        <w:rPr>
          <w:rFonts w:ascii="Courier New" w:hAnsi="Courier New"/>
          <w:color w:val="555555"/>
          <w:sz w:val="20"/>
        </w:rPr>
        <w:t>[gamma 435]</w:t>
      </w:r>
    </w:p>
    <w:p>
      <w:r>
        <w:rPr>
          <w:rFonts w:ascii="Gentium Plus" w:hAnsi="Gentium Plus"/>
          <w:sz w:val="24"/>
        </w:rPr>
        <w:t>Γηθοσύνη. ἡ χαρά. παρὰ τὸ γῆ γίνεται γηθῶ καὶ γηθήσω, γηθόσυνος, γηθοσύνη, ἐπεὶ ἡ γῆ θάλλουσα τοῖς καρποῖς χαίρειν ἡμᾶς ποιεῖ. Γήθουσα. πόλις Λιβύης. τὸ ἐθνικὸν Γηθουσαῖος</w:t>
      </w:r>
    </w:p>
    <w:p>
      <w:r>
        <w:rPr>
          <w:rFonts w:ascii="Courier New" w:hAnsi="Courier New"/>
          <w:color w:val="555555"/>
          <w:sz w:val="20"/>
        </w:rPr>
        <w:t>[5]</w:t>
      </w:r>
    </w:p>
    <w:p>
      <w:r>
        <w:rPr>
          <w:rFonts w:ascii="Gentium Plus" w:hAnsi="Gentium Plus"/>
          <w:sz w:val="24"/>
        </w:rPr>
        <w:t>ἢ Γηθούσιος ἢ Γηθουσίτης. Γηθυλλής. λάχανον πράσῳ ὅμοιον, ὅ τινες λέ‐ γουσιν ἀμπελόπρασον. Γῆ ζώντων. ὁ προσδοκώμενος βίος, ὡς τοῦ θα‐ νάτου κεχωρισμένος καὶ ἐλεύθερος λύπης.</w:t>
      </w:r>
    </w:p>
    <w:p>
      <w:r>
        <w:rPr>
          <w:rFonts w:ascii="Courier New" w:hAnsi="Courier New"/>
          <w:color w:val="555555"/>
          <w:sz w:val="20"/>
        </w:rPr>
        <w:t>[10]</w:t>
      </w:r>
    </w:p>
    <w:p>
      <w:r>
        <w:rPr>
          <w:rFonts w:ascii="Gentium Plus" w:hAnsi="Gentium Plus"/>
          <w:sz w:val="24"/>
        </w:rPr>
        <w:t>Γῆν ἰλλομένην. συγκεκλεισμένην. ἰλλάδες γὰρ οἱ δεσμοί. Γηραλέα. ἡ γραῦς. Γῆρυς. ἡ φωνή. [καὶ γαρύω τὸ φωνῶ. γῆρυς δὲ παρὰ τὸ γέρας· ἡ γὰρ φωνὴ τοῖς γέρουσιν ἕπεται.]</w:t>
      </w:r>
    </w:p>
    <w:p>
      <w:r>
        <w:rPr>
          <w:rFonts w:ascii="Courier New" w:hAnsi="Courier New"/>
          <w:color w:val="555555"/>
          <w:sz w:val="20"/>
        </w:rPr>
        <w:t>[15]</w:t>
      </w:r>
    </w:p>
    <w:p>
      <w:r>
        <w:rPr>
          <w:rFonts w:ascii="Gentium Plus" w:hAnsi="Gentium Plus"/>
          <w:sz w:val="24"/>
        </w:rPr>
        <w:t>Γῆς βάρος. ἐπὶ τῶν εἰς μηδὲν συντελούντων.</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Γήδιον. ἡ μικρὰ γῆ. τριῶν ὄντων τῶν πρωτο‐ τύπων, ἀπὸ τοῦ γῆ καὶ τοῦ γαῖα καὶ τοῦ γέα διὰ τοῦ ε ψιλοῦ, ἐκ ποίου τούτων γέγονε τὸ γή‐</w:t>
      </w:r>
    </w:p>
    <w:p>
      <w:r>
        <w:rPr>
          <w:rFonts w:ascii="Courier New" w:hAnsi="Courier New"/>
          <w:color w:val="555555"/>
          <w:sz w:val="20"/>
        </w:rPr>
        <w:t>[20]</w:t>
      </w:r>
    </w:p>
    <w:p>
      <w:r>
        <w:rPr>
          <w:rFonts w:ascii="Gentium Plus" w:hAnsi="Gentium Plus"/>
          <w:sz w:val="24"/>
        </w:rPr>
        <w:t>διον; λέγει δὲ ὁ Δίδυμος, ὅτι γέα διὰ τοῦ ε ψιλοῦ, καὶ κλίνεται γέας, καὶ ἐκ τούτου γίνεται γείδιον διὰ τῆς ει διφθόγγου, καὶ κατ’ ἔκτασιν ἀττικὴν τοῦ ε εἰς η γήδιον, ὡς τὸ εἰκάζω, ἤκαζον. Γήπεδον. τὸ πρὸς τοῖς οἴκοις ἐν πόλει κηπίον.</w:t>
      </w:r>
    </w:p>
    <w:p>
      <w:r>
        <w:rPr>
          <w:rFonts w:ascii="Courier New" w:hAnsi="Courier New"/>
          <w:color w:val="555555"/>
          <w:sz w:val="20"/>
        </w:rPr>
        <w:t>[25]</w:t>
      </w:r>
    </w:p>
    <w:p>
      <w:r>
        <w:rPr>
          <w:rFonts w:ascii="Gentium Plus" w:hAnsi="Gentium Plus"/>
          <w:sz w:val="24"/>
        </w:rPr>
        <w:t>Γῆρας. ἡ παρακμὴ τοῦ σώματος. ἢ φθίσις σώμα‐ τος φυσικῶς ὑπὸ χρόνου γινομένη. παρὰ τὸ γέ‐ ρας· ἕπεται γὰρ τοῖς γέρουσιν ἡ τιμή. Γήρεια. τὰ τῶν κινάρων ἄνθη. Γηρωκομεῖον. μέγα.</w:t>
      </w:r>
    </w:p>
    <w:p>
      <w:r>
        <w:rPr>
          <w:rFonts w:ascii="Courier New" w:hAnsi="Courier New"/>
          <w:color w:val="555555"/>
          <w:sz w:val="20"/>
        </w:rPr>
        <w:t>[30]</w:t>
      </w:r>
    </w:p>
    <w:p>
      <w:r>
        <w:rPr>
          <w:rFonts w:ascii="Gentium Plus" w:hAnsi="Gentium Plus"/>
          <w:sz w:val="24"/>
        </w:rPr>
        <w:t>Γηροτροφεῖον. μικρόν. Γηρυόνεια δένδρα καὶ γηρυόνειον νῆμα. Γήτειον. τὸ χλωρὸν κρόμμυον. [καὶ τὸ ἀμπελό‐</w:t>
      </w:r>
    </w:p>
    <w:p>
      <w:r>
        <w:rPr>
          <w:rFonts w:ascii="Courier New" w:hAnsi="Courier New"/>
          <w:color w:val="555555"/>
          <w:sz w:val="20"/>
        </w:rPr>
        <w:t>[gamma 436]</w:t>
      </w:r>
    </w:p>
    <w:p>
      <w:r>
        <w:rPr>
          <w:rFonts w:ascii="Gentium Plus" w:hAnsi="Gentium Plus"/>
          <w:sz w:val="24"/>
        </w:rPr>
        <w:t>ἐκ τῆς γῆς ὄν. λέγεται καὶ γῆθυ, γήθυον. τὰ ἀπὸ τῶν εἰς ος δισύλλαβα οὐδέτερα διὰ τοῦ ειον γινόμενα, διὰ τῆς ει διφθόγγου γράφεται. οἷον δάνος δάνειον, βρένθος βρένθειον. οὕτως</w:t>
      </w:r>
    </w:p>
    <w:p>
      <w:r>
        <w:rPr>
          <w:rFonts w:ascii="Courier New" w:hAnsi="Courier New"/>
          <w:color w:val="555555"/>
          <w:sz w:val="20"/>
        </w:rPr>
        <w:t>[5]</w:t>
      </w:r>
    </w:p>
    <w:p>
      <w:r>
        <w:rPr>
          <w:rFonts w:ascii="Gentium Plus" w:hAnsi="Gentium Plus"/>
          <w:sz w:val="24"/>
        </w:rPr>
        <w:t>οὖν καὶ ἀπὸ τῆς γῆς γίνεται γῆτος γήτειον. πρόσκειται μονογενῆ διὰ τὸ ἄγος ἅγιον.] Γήϊνον. ἀδὰμ ἑρμηνεύεται, καθὼς φασὶν οἱ τῶν Ἑβραίων φωνῆς ἐπιΐστορες. διὸ καὶ ὁ Ἀπόστολος διαφερόντως τὴν πάτριον τῶν Ἰσραηλιτῶν πεπαι‐</w:t>
      </w:r>
    </w:p>
    <w:p>
      <w:r>
        <w:rPr>
          <w:rFonts w:ascii="Courier New" w:hAnsi="Courier New"/>
          <w:color w:val="555555"/>
          <w:sz w:val="20"/>
        </w:rPr>
        <w:t>[10]</w:t>
      </w:r>
    </w:p>
    <w:p>
      <w:r>
        <w:rPr>
          <w:rFonts w:ascii="Gentium Plus" w:hAnsi="Gentium Plus"/>
          <w:sz w:val="24"/>
        </w:rPr>
        <w:t>δευμένος φωνὴν τὸν ἐκ γῆς ἄνθρωπον χοϊκὸν ὀνομάζει, οἱονεὶ μεταβαλὼν τὴν τοῦ ἀδὰμ κλῆ‐ σιν εἰς τὴν ἑλλάδα φωνήν.</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Γήθησεν. ἐχάρη.</w:t>
      </w:r>
    </w:p>
    <w:p>
      <w:r>
        <w:rPr>
          <w:rFonts w:ascii="Courier New" w:hAnsi="Courier New"/>
          <w:color w:val="555555"/>
          <w:sz w:val="20"/>
        </w:rPr>
        <w:t>[15]</w:t>
      </w:r>
    </w:p>
    <w:p>
      <w:r>
        <w:rPr>
          <w:rFonts w:ascii="Gentium Plus" w:hAnsi="Gentium Plus"/>
          <w:sz w:val="24"/>
        </w:rPr>
        <w:t>Γῆμεν. ἀντὶ τοῦ ἔγημεν, ἢ ἀντὶ τοῦ ἐχαύνωσε. Γήθειν. χαίρειν. Γηράναι. ἀντὶ τοῦ γηράσαι. Γηράς. ἀπὸ τοῦ γηρῶ γίνεται γήρημι, ἡ μετοχὴ γηράς. [ὥσπερ ἵστημι ἱστάς. τὸ ἀπαρέμφατον</w:t>
      </w:r>
    </w:p>
    <w:p>
      <w:r>
        <w:rPr>
          <w:rFonts w:ascii="Courier New" w:hAnsi="Courier New"/>
          <w:color w:val="555555"/>
          <w:sz w:val="20"/>
        </w:rPr>
        <w:t>[20]</w:t>
      </w:r>
    </w:p>
    <w:p>
      <w:r>
        <w:rPr>
          <w:rFonts w:ascii="Gentium Plus" w:hAnsi="Gentium Plus"/>
          <w:sz w:val="24"/>
        </w:rPr>
        <w:t>γηράναι, ὡς ἱστάναι. ἡ γενικὴ τῶν πληθυντικῶν τῶν γηράντων· οἷον γηράντων ἀνδρῶν· ὡς ἱστάν‐ των. ἡ δοτικὴ ὥσπερ γηράντεσσι τοκεῦσιν. ἡ αἰτιατικὴ γηράντας.] Γηροτροφῶ. γηροβοσκῶ.</w:t>
      </w:r>
    </w:p>
    <w:p>
      <w:pPr>
        <w:jc w:val="center"/>
      </w:pPr>
      <w:r>
        <w:rPr>
          <w:rFonts w:ascii="Gentium Plus" w:hAnsi="Gentium Plus"/>
          <w:b/>
          <w:sz w:val="24"/>
        </w:rPr>
        <w:t>(Ἐπίῤῥημα.)</w:t>
      </w:r>
    </w:p>
    <w:p>
      <w:r>
        <w:rPr>
          <w:rFonts w:ascii="Courier New" w:hAnsi="Courier New"/>
          <w:color w:val="555555"/>
          <w:sz w:val="20"/>
        </w:rPr>
        <w:t>[26]</w:t>
      </w:r>
    </w:p>
    <w:p>
      <w:r>
        <w:rPr>
          <w:rFonts w:ascii="Gentium Plus" w:hAnsi="Gentium Plus"/>
          <w:sz w:val="24"/>
        </w:rPr>
        <w:t>Γηθοσύνως. μετὰ χαρᾶς. Γηΐνως. φθαρτῶς.</w:t>
      </w:r>
    </w:p>
    <w:p>
      <w:pPr>
        <w:jc w:val="center"/>
      </w:pPr>
      <w:r>
        <w:rPr>
          <w:rFonts w:ascii="Gentium Plus" w:hAnsi="Gentium Plus"/>
          <w:b/>
          <w:sz w:val="24"/>
        </w:rPr>
        <w:t>Τὸ Γ μετὰ τοῦ Ι.</w:t>
      </w:r>
    </w:p>
    <w:p>
      <w:pPr>
        <w:jc w:val="center"/>
      </w:pPr>
      <w:r>
        <w:rPr>
          <w:rFonts w:ascii="Gentium Plus" w:hAnsi="Gentium Plus"/>
          <w:b/>
          <w:sz w:val="24"/>
        </w:rPr>
        <w:t>(Ἀρσενικόν.)</w:t>
      </w:r>
    </w:p>
    <w:p>
      <w:r>
        <w:rPr>
          <w:rFonts w:ascii="Courier New" w:hAnsi="Courier New"/>
          <w:color w:val="555555"/>
          <w:sz w:val="20"/>
        </w:rPr>
        <w:t>[30]</w:t>
      </w:r>
    </w:p>
    <w:p>
      <w:r>
        <w:rPr>
          <w:rFonts w:ascii="Gentium Plus" w:hAnsi="Gentium Plus"/>
          <w:sz w:val="24"/>
        </w:rPr>
        <w:t>Γιγλισμός. [κιχλισμός.] ἀπὸ χειρῶν γέλως,</w:t>
      </w:r>
    </w:p>
    <w:p>
      <w:r>
        <w:rPr>
          <w:rFonts w:ascii="Courier New" w:hAnsi="Courier New"/>
          <w:color w:val="555555"/>
          <w:sz w:val="20"/>
        </w:rPr>
        <w:t>[gamma 437]</w:t>
      </w:r>
    </w:p>
    <w:p>
      <w:r>
        <w:rPr>
          <w:rFonts w:ascii="Gentium Plus" w:hAnsi="Gentium Plus"/>
          <w:sz w:val="24"/>
        </w:rPr>
        <w:t>Γίγας. παρὰ τὸ ἐκ τῆς γῆς ἰέναι. καὶ ὁ Δαβίδ· καὶ γίγας δραμεῖν [ὁδόν.] λέγει δὲ τὸν ἥλιον. Γίγλυμοι. ἀντεμβολαὶ τινῶν ἐξοχῶν πρὸς κοι‐ λότητας, οἷαπερ ἡ κατὰ τὸν πῆχυν πρὸς τὸν</w:t>
      </w:r>
    </w:p>
    <w:p>
      <w:r>
        <w:rPr>
          <w:rFonts w:ascii="Courier New" w:hAnsi="Courier New"/>
          <w:color w:val="555555"/>
          <w:sz w:val="20"/>
        </w:rPr>
        <w:t>[5]</w:t>
      </w:r>
    </w:p>
    <w:p>
      <w:r>
        <w:rPr>
          <w:rFonts w:ascii="Gentium Plus" w:hAnsi="Gentium Plus"/>
          <w:sz w:val="24"/>
        </w:rPr>
        <w:t>βραχίονα συμβολή. Γίγης. κύριον ὄνομα. Γιώρας. κύριον. [Γίγας.] παρὰ τὸ γῆ γίνεται γᾶς καὶ κατὰ ἀναδι‐ πλασιασμὸν γίγας. ἢ παρὰ τὸ γῶ τὸ χωρῶ καὶ</w:t>
      </w:r>
    </w:p>
    <w:p>
      <w:r>
        <w:rPr>
          <w:rFonts w:ascii="Courier New" w:hAnsi="Courier New"/>
          <w:color w:val="555555"/>
          <w:sz w:val="20"/>
        </w:rPr>
        <w:t>[10]</w:t>
      </w:r>
    </w:p>
    <w:p>
      <w:r>
        <w:rPr>
          <w:rFonts w:ascii="Gentium Plus" w:hAnsi="Gentium Plus"/>
          <w:sz w:val="24"/>
        </w:rPr>
        <w:t>λαμβάνω καὶ δέχομαι. τὸ γι ι, διατί; πᾶς ἀναδιπλασιασμὸς διὰ βραχέως ἐκφέρεται. τί ἔστιν ἀναδιπλασιασμός; ὅταν τὸ ἑξῆς τῆς λέ‐ ξεως δὶς τῷ αὐτῷ συμφώνῳ παραλαμβάνηται. Γιγαντώδης. ἐδόκει τὸ σῶμα γιγαντώδης εἶναι</w:t>
      </w:r>
    </w:p>
    <w:p>
      <w:r>
        <w:rPr>
          <w:rFonts w:ascii="Courier New" w:hAnsi="Courier New"/>
          <w:color w:val="555555"/>
          <w:sz w:val="20"/>
        </w:rPr>
        <w:t>[15]</w:t>
      </w:r>
    </w:p>
    <w:p>
      <w:r>
        <w:rPr>
          <w:rFonts w:ascii="Gentium Plus" w:hAnsi="Gentium Plus"/>
          <w:sz w:val="24"/>
        </w:rPr>
        <w:t>καὶ τὸν θυμὸν θηριώδης. Γιεζῆ. κύριον.</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Γίγαρτον. τὸ ἔνδον τῆς σταφυλῆς. Γιχάσλα καὶ Γίσχαλα. ὀνόματα τόπων.</w:t>
      </w:r>
    </w:p>
    <w:p>
      <w:pPr>
        <w:jc w:val="center"/>
      </w:pPr>
      <w:r>
        <w:rPr>
          <w:rFonts w:ascii="Gentium Plus" w:hAnsi="Gentium Plus"/>
          <w:b/>
          <w:sz w:val="24"/>
        </w:rPr>
        <w:t>(Ῥῆμα.)</w:t>
      </w:r>
    </w:p>
    <w:p>
      <w:r>
        <w:rPr>
          <w:rFonts w:ascii="Courier New" w:hAnsi="Courier New"/>
          <w:color w:val="555555"/>
          <w:sz w:val="20"/>
        </w:rPr>
        <w:t>[21]</w:t>
      </w:r>
    </w:p>
    <w:p>
      <w:r>
        <w:rPr>
          <w:rFonts w:ascii="Gentium Plus" w:hAnsi="Gentium Plus"/>
          <w:sz w:val="24"/>
        </w:rPr>
        <w:t>Γινόμενα καὶ γενόμενα διαφέρει. τὰ μὲν γὰρ γινόμενα ἢ ἀποβαίνει ἢ οὔ· τὰ δὲ γενόμενα πάντως ἀπέβη. Γιγαντιᾷν. τὰ τῶν γιγάντων φρονεῖν.</w:t>
      </w:r>
    </w:p>
    <w:p>
      <w:r>
        <w:rPr>
          <w:rFonts w:ascii="Courier New" w:hAnsi="Courier New"/>
          <w:color w:val="555555"/>
          <w:sz w:val="20"/>
        </w:rPr>
        <w:t>[25]</w:t>
      </w:r>
    </w:p>
    <w:p>
      <w:r>
        <w:rPr>
          <w:rFonts w:ascii="Gentium Plus" w:hAnsi="Gentium Plus"/>
          <w:sz w:val="24"/>
        </w:rPr>
        <w:t>Γινώσκει. ἀντὶ τοῦ τιμᾷ, κατὰ τὸ εἰρημένον παρὰ θεοῦ πρὸς Μωσῆν· ἔγνωκά σε παρὰ πάν‐ τας, καὶ εὗρες χάριν παρ’ ἐμοί. καί· ἔγνω κύ‐ ριος τοὺς ὄντας αὐτοῦ. καὶ γινώσκει ἀντὶ τοῦ οἰκειοῦται, ὡς τό· γινώσκει κύριος ὁδὸν δικαίων.</w:t>
      </w:r>
    </w:p>
    <w:p>
      <w:r>
        <w:rPr>
          <w:rFonts w:ascii="Courier New" w:hAnsi="Courier New"/>
          <w:color w:val="555555"/>
          <w:sz w:val="20"/>
        </w:rPr>
        <w:t>[30]</w:t>
      </w:r>
    </w:p>
    <w:p>
      <w:r>
        <w:rPr>
          <w:rFonts w:ascii="Gentium Plus" w:hAnsi="Gentium Plus"/>
          <w:sz w:val="24"/>
        </w:rPr>
        <w:t>οὐκ ἐπὶ γνώσεως ἔλαβε τὸ γινώσκει, ἀλλ’ ἐπὶ οἰκειώσεως καὶ ἐπιμελείας· οἰκειοῦται γὰρ ὁ θεὸς τῶν δικαίων τὰς πράξεις. τῶν δὲ ἀσεβῶν</w:t>
      </w:r>
    </w:p>
    <w:p>
      <w:r>
        <w:rPr>
          <w:rFonts w:ascii="Courier New" w:hAnsi="Courier New"/>
          <w:color w:val="555555"/>
          <w:sz w:val="20"/>
        </w:rPr>
        <w:t>[gamma 438]</w:t>
      </w:r>
    </w:p>
    <w:p>
      <w:r>
        <w:rPr>
          <w:rFonts w:ascii="Gentium Plus" w:hAnsi="Gentium Plus"/>
          <w:sz w:val="24"/>
        </w:rPr>
        <w:t>τοῖς ἐργασμένοις. σημαίνει δὲ, ὅτι καλὸν μόνον γινώσκεται ὑπὸ θεοῦ, φαῦλον δὲ οὐδέν. [ὡς τό· ἔγνωκε κύριος τοὺς ὄντας αὐτοῦ.] Γινώσκω. γνωρίζω. ἤδη γάρ σε γινώσκω, καὶ ὧν</w:t>
      </w:r>
    </w:p>
    <w:p>
      <w:r>
        <w:rPr>
          <w:rFonts w:ascii="Courier New" w:hAnsi="Courier New"/>
          <w:color w:val="555555"/>
          <w:sz w:val="20"/>
        </w:rPr>
        <w:t>[5]</w:t>
      </w:r>
    </w:p>
    <w:p>
      <w:r>
        <w:rPr>
          <w:rFonts w:ascii="Gentium Plus" w:hAnsi="Gentium Plus"/>
          <w:sz w:val="24"/>
        </w:rPr>
        <w:t>εἶπας ἀκούσασα καὶ τὴν ὄψιν ἰδοῦσα. Γίνεται. τὸ ἀποτελεῖται. διὰ τοῦ ι. [ὤφειλε διὰ διφθόγγου γράφεσθαι, εἴγε τὰ αὐτοῦ κινήματα ἔχει τὸ ε, οἷον ἐγενάμην, ἐγενόμην· ἀλλὰ πρὸς ἀντιδιαστολὴν τοῦ γείνεται, ὃ σημαίνει τὸ</w:t>
      </w:r>
    </w:p>
    <w:p>
      <w:r>
        <w:rPr>
          <w:rFonts w:ascii="Courier New" w:hAnsi="Courier New"/>
          <w:color w:val="555555"/>
          <w:sz w:val="20"/>
        </w:rPr>
        <w:t>[10]</w:t>
      </w:r>
    </w:p>
    <w:p>
      <w:r>
        <w:rPr>
          <w:rFonts w:ascii="Gentium Plus" w:hAnsi="Gentium Plus"/>
          <w:sz w:val="24"/>
        </w:rPr>
        <w:t>γεννᾶται· τοῦτο γὰρ ἀπὸ τοῦ γέω τὸ τίκτω, καὶ πλεονασμῷ τοῦ ν γένω· ἐκεῖνο δὲ ἀπὸ τοῦ γίγνε‐ ται γέγονε κατὰ ἀποβολὴν τοῦ γ, ὡς τὸ γινώσκω, γιγνώσκω. τὸ δὲ γίγνεται ἀπὸ τοῦ γένομαι γέγονεν ἐν παραλήψει συμφώνου· τὸ ε γὰρ ἐν παραλήψει</w:t>
      </w:r>
    </w:p>
    <w:p>
      <w:r>
        <w:rPr>
          <w:rFonts w:ascii="Courier New" w:hAnsi="Courier New"/>
          <w:color w:val="555555"/>
          <w:sz w:val="20"/>
        </w:rPr>
        <w:t>[15]</w:t>
      </w:r>
    </w:p>
    <w:p>
      <w:r>
        <w:rPr>
          <w:rFonts w:ascii="Gentium Plus" w:hAnsi="Gentium Plus"/>
          <w:sz w:val="24"/>
        </w:rPr>
        <w:t>συμφώνου γινόμενον τρέπει εἰς ι. μένω, μίμνω, τέκω, τίκτω. οὕτως οὖν καὶ γίγνεται, γίνεται.]</w:t>
      </w:r>
    </w:p>
    <w:p>
      <w:pPr>
        <w:jc w:val="center"/>
      </w:pPr>
      <w:r>
        <w:rPr>
          <w:rFonts w:ascii="Gentium Plus" w:hAnsi="Gentium Plus"/>
          <w:b/>
          <w:sz w:val="24"/>
        </w:rPr>
        <w:t>Τὸ Γ μετὰ τοῦ Λ.</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Γλαυκός. κυανὸς, ἢ λευκὸς, ἢ πυρώδη τὰ ὄμματα</w:t>
      </w:r>
    </w:p>
    <w:p>
      <w:r>
        <w:rPr>
          <w:rFonts w:ascii="Courier New" w:hAnsi="Courier New"/>
          <w:color w:val="555555"/>
          <w:sz w:val="20"/>
        </w:rPr>
        <w:t>[20]</w:t>
      </w:r>
    </w:p>
    <w:p>
      <w:r>
        <w:rPr>
          <w:rFonts w:ascii="Gentium Plus" w:hAnsi="Gentium Plus"/>
          <w:sz w:val="24"/>
        </w:rPr>
        <w:t>ἔχων. παρὰ τὸ γλαύσω τὸ λάμπω γλαυκὸς, ὡς λεύσω λευκός. Γλακερός. λευκός. ἐκ τῆς γάλακτος γενικῆς, γλά‐ κος καὶ γλάγος. [ἄρκυν τὲ γλακερῶν λαιμοπέδαν γεράνων.]</w:t>
      </w:r>
    </w:p>
    <w:p>
      <w:r>
        <w:rPr>
          <w:rFonts w:ascii="Courier New" w:hAnsi="Courier New"/>
          <w:color w:val="555555"/>
          <w:sz w:val="20"/>
        </w:rPr>
        <w:t>[25]</w:t>
      </w:r>
    </w:p>
    <w:p>
      <w:r>
        <w:rPr>
          <w:rFonts w:ascii="Gentium Plus" w:hAnsi="Gentium Plus"/>
          <w:sz w:val="24"/>
        </w:rPr>
        <w:t>Γλάμων. ὁ λημῶν τοὺς ὀφθαλμοὺς, ὅ ἐστι τζιμ‐ πλῶν, καὶ διύγρους αὐτοὺς ἔχων. γλάμων καὶ ὁ ἀκάθαρτος. Ἀριστοφάνης· ὁ καρχέδημος λίαν γλάμων ἐστί. καὶ ὁ Σοφοκλῆς·</w:t>
      </w:r>
    </w:p>
    <w:p>
      <w:r>
        <w:rPr>
          <w:rFonts w:ascii="Courier New" w:hAnsi="Courier New"/>
          <w:color w:val="555555"/>
          <w:sz w:val="20"/>
        </w:rPr>
        <w:t>[30]</w:t>
      </w:r>
    </w:p>
    <w:p>
      <w:r>
        <w:rPr>
          <w:rFonts w:ascii="Gentium Plus" w:hAnsi="Gentium Plus"/>
          <w:sz w:val="24"/>
        </w:rPr>
        <w:t>ἐπιορῶ τοὺς γλαμύρους καταφορβᾶν. Γλάνις. εἶδος ἰχθύος.</w:t>
      </w:r>
    </w:p>
    <w:p>
      <w:r>
        <w:rPr>
          <w:rFonts w:ascii="Courier New" w:hAnsi="Courier New"/>
          <w:color w:val="555555"/>
          <w:sz w:val="20"/>
        </w:rPr>
        <w:t>[gamma 439]</w:t>
      </w:r>
    </w:p>
    <w:p>
      <w:r>
        <w:rPr>
          <w:rFonts w:ascii="Gentium Plus" w:hAnsi="Gentium Plus"/>
          <w:sz w:val="24"/>
        </w:rPr>
        <w:t>Γλίχων δὲ, ὄνομα κύριον, ι. Γλίσχρος. φειδωλὸς, σκνιφός. ὁ λίχνος καὶ ἐπι‐ θυμῶν. ἐφυβρίστως εἴρηται. [ὁ λίαν καὶ ἐπὶ πολὺ ἐχόμενος, πλεονασμῷ τοῦ γ. ἢ ὁ γλιχόμενος</w:t>
      </w:r>
    </w:p>
    <w:p>
      <w:r>
        <w:rPr>
          <w:rFonts w:ascii="Courier New" w:hAnsi="Courier New"/>
          <w:color w:val="555555"/>
          <w:sz w:val="20"/>
        </w:rPr>
        <w:t>[5]</w:t>
      </w:r>
    </w:p>
    <w:p>
      <w:r>
        <w:rPr>
          <w:rFonts w:ascii="Gentium Plus" w:hAnsi="Gentium Plus"/>
          <w:sz w:val="24"/>
        </w:rPr>
        <w:t>τροφῆς ὑπὲρ τὸ δέον. λέγεται καὶ ὁ ὀλισθηρός.] Γλοιώδης. ῥυπαρός. καὶ γλοῖος ὁ ῥύπος. Γλοιός. ὀλισθηρός· μοχθηρὸς, εὐμετάβολος. Γλυκύθυμος. ἁπαλόψυχος. Γλώσσασπις. ὁ τῇ γλώσσῃ οἷον ἀσπίδι καὶ προ‐</w:t>
      </w:r>
    </w:p>
    <w:p>
      <w:r>
        <w:rPr>
          <w:rFonts w:ascii="Courier New" w:hAnsi="Courier New"/>
          <w:color w:val="555555"/>
          <w:sz w:val="20"/>
        </w:rPr>
        <w:t>[10]</w:t>
      </w:r>
    </w:p>
    <w:p>
      <w:r>
        <w:rPr>
          <w:rFonts w:ascii="Gentium Plus" w:hAnsi="Gentium Plus"/>
          <w:sz w:val="24"/>
        </w:rPr>
        <w:t>βολῇ κεχρημένος. ἀπὸ μεταφορᾶς τῶν πολε‐ μούντων. Γλύκιστος. τὸ συγκριτικόν. [ζήτει περὶ τούτου ἐν τῷ οὐδετέρῳ, ἔνθα τὸ γλύκιστον.] Γλάσσων. μωρὸς, ἀνούστατος.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Γλάξ. βοτάνη γάλακτος ποιητική. παρὰ τὸ γά‐ λακτος εἶναι αὐξητικὴ ταῖς ἐσθιούσαις. γάλαξ καὶ γλάξ. Γλαῦξ. πετεινὸν τὴν νύκτα πετώμενον. οἶμαι δὲ</w:t>
      </w:r>
    </w:p>
    <w:p>
      <w:r>
        <w:rPr>
          <w:rFonts w:ascii="Courier New" w:hAnsi="Courier New"/>
          <w:color w:val="555555"/>
          <w:sz w:val="20"/>
        </w:rPr>
        <w:t>[20]</w:t>
      </w:r>
    </w:p>
    <w:p>
      <w:r>
        <w:rPr>
          <w:rFonts w:ascii="Gentium Plus" w:hAnsi="Gentium Plus"/>
          <w:sz w:val="24"/>
        </w:rPr>
        <w:t>τὴν κακοβάϊαν λέγουσι. παρὰ τὸ γλαύσω τὸ λάμπω, γλαύξω καὶ κατὰ ἀφαίρεσιν τοῦ ω γλαῦξ. [ὡς θήσω θὴς, ἀΐσσω αἶξ. Δημόκρι‐ τος ἱστορεῖ, ὅτι μόνον τῶν γαμψωνύχων καὶ σαρκοφάγων μὴ τυφλὰ τίκτειν, ὅτι πολὺ πυρῶ‐</w:t>
      </w:r>
    </w:p>
    <w:p>
      <w:r>
        <w:rPr>
          <w:rFonts w:ascii="Courier New" w:hAnsi="Courier New"/>
          <w:color w:val="555555"/>
          <w:sz w:val="20"/>
        </w:rPr>
        <w:t>[25]</w:t>
      </w:r>
    </w:p>
    <w:p>
      <w:r>
        <w:rPr>
          <w:rFonts w:ascii="Gentium Plus" w:hAnsi="Gentium Plus"/>
          <w:sz w:val="24"/>
        </w:rPr>
        <w:t>δες καὶ θερμὸν περὶ τοὺς ὀφθαλμοὺς ἔχει. ὃ σφοδρῶς ὀξὺ καὶ τμητικὸν ὑπάρχον διαιρεῖ καὶ ἀναμίγνυσι τὴν ὅρασιν. διὸ καὶ ἐν τῇ σκοτομήνῃ</w:t>
      </w:r>
    </w:p>
    <w:p>
      <w:r>
        <w:rPr>
          <w:rFonts w:ascii="Courier New" w:hAnsi="Courier New"/>
          <w:color w:val="555555"/>
          <w:sz w:val="20"/>
        </w:rPr>
        <w:t>[gamma 440]</w:t>
      </w:r>
    </w:p>
    <w:p>
      <w:r>
        <w:rPr>
          <w:rFonts w:ascii="Gentium Plus" w:hAnsi="Gentium Plus"/>
          <w:sz w:val="24"/>
        </w:rPr>
        <w:t>Γλαρίς. λιθοξοϊκὸν ἐργαλεῖον. παρὰ τὸ γλάπτω τὸ κοιλαίνω. Γλαφυρὰν φόρμιγγα. [γεγραμμένην] καὶ κε‐ κοιλαμένην. παρὰ τὸ γλάπτω ἢ γλάφω, γλά‐</w:t>
      </w:r>
    </w:p>
    <w:p>
      <w:r>
        <w:rPr>
          <w:rFonts w:ascii="Courier New" w:hAnsi="Courier New"/>
          <w:color w:val="555555"/>
          <w:sz w:val="20"/>
        </w:rPr>
        <w:t>[5]</w:t>
      </w:r>
    </w:p>
    <w:p>
      <w:r>
        <w:rPr>
          <w:rFonts w:ascii="Gentium Plus" w:hAnsi="Gentium Plus"/>
          <w:sz w:val="24"/>
        </w:rPr>
        <w:t>φος. [ὡς θρύπτω τρύφος. ἔστι καὶ γλαφὺς, ὡς πάχος παχύς.] †Γλήκων. τὸ βλησκούνιον.† Γληχώ. θηλυκῶς Ἀττικοὶ τὴν ὀρίγανον [λέγουσι]. οἱ δὲ βληχώ.</w:t>
      </w:r>
    </w:p>
    <w:p>
      <w:r>
        <w:rPr>
          <w:rFonts w:ascii="Courier New" w:hAnsi="Courier New"/>
          <w:color w:val="555555"/>
          <w:sz w:val="20"/>
        </w:rPr>
        <w:t>[10]</w:t>
      </w:r>
    </w:p>
    <w:p>
      <w:r>
        <w:rPr>
          <w:rFonts w:ascii="Gentium Plus" w:hAnsi="Gentium Plus"/>
          <w:sz w:val="24"/>
        </w:rPr>
        <w:t>Γλήνη. ἡ κόρη τοῦ ὀφθαλμοῦ. οἱονεὶ γαλήνη τὶς οὖσα καὶ κατὰ συγκοπὴν γλήνη. γαληνιᾷ γὰρ ὁ νοῦς δι’ αὐτῆς τῇ τῶν ὁρατῶν ποικιλίᾳ. ἢ παρὰ τὸ τὴν αἴγλην, αἰγλήνη, καὶ ἀποβολῇ τοῦ αι γλήνη. γλίνη δὲ, ὁ ῥύπος, ι.</w:t>
      </w:r>
    </w:p>
    <w:p>
      <w:r>
        <w:rPr>
          <w:rFonts w:ascii="Courier New" w:hAnsi="Courier New"/>
          <w:color w:val="555555"/>
          <w:sz w:val="20"/>
        </w:rPr>
        <w:t>[15]</w:t>
      </w:r>
    </w:p>
    <w:p>
      <w:r>
        <w:rPr>
          <w:rFonts w:ascii="Gentium Plus" w:hAnsi="Gentium Plus"/>
          <w:sz w:val="24"/>
        </w:rPr>
        <w:t>Γληχυρίς. πονηρά. Γλία. ἡ κόλλα. Γλιχώ. ἡ φειδωλία. Γλυφίς. ἡ χηλὴ τῆς ἀκίδος, ἤγουν ἡ ἐκκοπὴ τοῦ βέλους, ἡ τιθεμένη ἐν τῇ νευρᾷ τοῦ τόξου.</w:t>
      </w:r>
    </w:p>
    <w:p>
      <w:r>
        <w:rPr>
          <w:rFonts w:ascii="Courier New" w:hAnsi="Courier New"/>
          <w:color w:val="555555"/>
          <w:sz w:val="20"/>
        </w:rPr>
        <w:t>[20]</w:t>
      </w:r>
    </w:p>
    <w:p>
      <w:r>
        <w:rPr>
          <w:rFonts w:ascii="Gentium Plus" w:hAnsi="Gentium Plus"/>
          <w:sz w:val="24"/>
        </w:rPr>
        <w:t>[παρὰ τὸ ἐγγεγλύφθαι, ὅ ἐστι κοιλάναι. καὶ ἡ κεφαλὴ τοῦ κίονος. παρὰ τὸ γλάπτω, γλαφὶς καὶ γλυφίς. καὶ τὸ γλυφικὸν ἐργαλεῖον.] Γλωσσαλγία. ἡ φλυαρία. καὶ τὸ διὰ κενῆς λαλεῖν.</w:t>
      </w:r>
    </w:p>
    <w:p>
      <w:r>
        <w:rPr>
          <w:rFonts w:ascii="Courier New" w:hAnsi="Courier New"/>
          <w:color w:val="555555"/>
          <w:sz w:val="20"/>
        </w:rPr>
        <w:t>[25]</w:t>
      </w:r>
    </w:p>
    <w:p>
      <w:r>
        <w:rPr>
          <w:rFonts w:ascii="Gentium Plus" w:hAnsi="Gentium Plus"/>
          <w:sz w:val="24"/>
        </w:rPr>
        <w:t>Γλωχῖνας. γωνίας. ὑπὸ τὴν ἔνδον παρατεινο‐ μένην τῆς θαλάσσης γλωχῖνα ὡς εἰς ἐνέδραν. [καὶ πάλιν· ἰῷ τριγλώχινι, ὅ ἐστι τριγώνῳ.</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Γλάγος. τὸ γάλα. ἐκ τῆς γάλακτος γενικῆς γλά‐ κος καὶ γλάγος. Γλαφυρόν. κοῖλον, ἡδὺ, βαθὺ, σοφὸν, ἔμπει‐</w:t>
      </w:r>
    </w:p>
    <w:p>
      <w:r>
        <w:rPr>
          <w:rFonts w:ascii="Courier New" w:hAnsi="Courier New"/>
          <w:color w:val="555555"/>
          <w:sz w:val="20"/>
        </w:rPr>
        <w:t>[5]</w:t>
      </w:r>
    </w:p>
    <w:p>
      <w:r>
        <w:rPr>
          <w:rFonts w:ascii="Gentium Plus" w:hAnsi="Gentium Plus"/>
          <w:sz w:val="24"/>
        </w:rPr>
        <w:t>ρον, ἀκριβὲς, λαμπρόν. Γλήνεα. ἀξιοθέατα, καὶ πολλῆς θέας ἄξια. [παρὰ τὸ τὴν αἴγλην, ἢ παρὰ τὸ γλαύσειν τὸ λάμπειν.] Γλί. τὸ ἰσχυρόν.</w:t>
      </w:r>
    </w:p>
    <w:p>
      <w:r>
        <w:rPr>
          <w:rFonts w:ascii="Courier New" w:hAnsi="Courier New"/>
          <w:color w:val="555555"/>
          <w:sz w:val="20"/>
        </w:rPr>
        <w:t>[10]</w:t>
      </w:r>
    </w:p>
    <w:p>
      <w:r>
        <w:rPr>
          <w:rFonts w:ascii="Gentium Plus" w:hAnsi="Gentium Plus"/>
          <w:sz w:val="24"/>
        </w:rPr>
        <w:t>Γλίσχρον. τὸ κολλῶδες καὶ ὀλισθηρόν. Γλεῦκος. ὁ νέος οἶνος. ἤτοι τὸ πρὸ τοῦ πατηθῆ‐ ναι ἀπόσταγμα τῆς σταφυλῆς. Γλουτά. τὰ τῆς κοτύλης σφαιρώματα, ἢ τὸ ὑπὸ τὸν πρωκτὸν μέρος, ὄπισθεν τῶν μηρῶν,</w:t>
      </w:r>
    </w:p>
    <w:p>
      <w:r>
        <w:rPr>
          <w:rFonts w:ascii="Courier New" w:hAnsi="Courier New"/>
          <w:color w:val="555555"/>
          <w:sz w:val="20"/>
        </w:rPr>
        <w:t>[15]</w:t>
      </w:r>
    </w:p>
    <w:p>
      <w:r>
        <w:rPr>
          <w:rFonts w:ascii="Gentium Plus" w:hAnsi="Gentium Plus"/>
          <w:sz w:val="24"/>
        </w:rPr>
        <w:t>διὰ τὸ τρυφερὸν καὶ ἁπαλὸν καὶ γλοιῶδες. ἢ τὴν σταγόνα σημαίνει. Γλυκυδερκές. τὸ ἡδὺ ἐν τῷ ὁρᾷν. Γλυκείδιον. δίφθογγον. γλύκιον δὲ ι. Γλυκὺ ἤτω καὶ πνιξάτω. Τερπάνδρου ᾄδοντος</w:t>
      </w:r>
    </w:p>
    <w:p>
      <w:r>
        <w:rPr>
          <w:rFonts w:ascii="Courier New" w:hAnsi="Courier New"/>
          <w:color w:val="555555"/>
          <w:sz w:val="20"/>
        </w:rPr>
        <w:t>[20]</w:t>
      </w:r>
    </w:p>
    <w:p>
      <w:r>
        <w:rPr>
          <w:rFonts w:ascii="Gentium Plus" w:hAnsi="Gentium Plus"/>
          <w:sz w:val="24"/>
        </w:rPr>
        <w:t>κεχῃνότος πρὸς τὴν ᾠδὴν, ἐμβαλών τις εἰς τὸν φάρυγγα σῦκον, ἀπέπνιξε. Γλύκιστον. τὸ συγκριτικόν. ἔστι καὶ γλύκιστος ἐπὶ ἀρσενικῶν. τὰ εἰς υς τριγενῆ ποιοῦσι συγ‐ κριτικὸν καὶ ὑπερθετικόν. τριγενῆ λέγονται.</w:t>
      </w:r>
    </w:p>
    <w:p>
      <w:r>
        <w:rPr>
          <w:rFonts w:ascii="Courier New" w:hAnsi="Courier New"/>
          <w:color w:val="555555"/>
          <w:sz w:val="20"/>
        </w:rPr>
        <w:t>[25]</w:t>
      </w:r>
    </w:p>
    <w:p>
      <w:r>
        <w:rPr>
          <w:rFonts w:ascii="Gentium Plus" w:hAnsi="Gentium Plus"/>
          <w:sz w:val="24"/>
        </w:rPr>
        <w:t>βραδὺς, βραδεῖα, βραδὺ, [τὸ συγκριτικὸν] βρα‐ δύτερος, [βραδίων, βράδιστος. οὕτως καὶ γλυ‐</w:t>
      </w:r>
    </w:p>
    <w:p>
      <w:r>
        <w:rPr>
          <w:rFonts w:ascii="Courier New" w:hAnsi="Courier New"/>
          <w:color w:val="555555"/>
          <w:sz w:val="20"/>
        </w:rPr>
        <w:t>[gamma 442]</w:t>
      </w:r>
    </w:p>
    <w:p>
      <w:r>
        <w:rPr>
          <w:rFonts w:ascii="Gentium Plus" w:hAnsi="Gentium Plus"/>
          <w:sz w:val="24"/>
        </w:rPr>
        <w:t>ὦ γλύκιον. τὰ εἰς ων συγκριτικὰ ὑπὲρ δύο συλ‐ λαβὰς ἀναβιβάζουσι τὸν τόνον ἐπὶ τῆς κλη‐ τικῆς. οἷον ἀρείων ἄρειον, βελτίων βέλτιον, γλυκίων γλύκιον.]</w:t>
      </w:r>
    </w:p>
    <w:p>
      <w:r>
        <w:rPr>
          <w:rFonts w:ascii="Courier New" w:hAnsi="Courier New"/>
          <w:color w:val="555555"/>
          <w:sz w:val="20"/>
        </w:rPr>
        <w:t>[5]</w:t>
      </w:r>
    </w:p>
    <w:p>
      <w:r>
        <w:rPr>
          <w:rFonts w:ascii="Gentium Plus" w:hAnsi="Gentium Plus"/>
          <w:sz w:val="24"/>
        </w:rPr>
        <w:t>Γλωσσόκομος. βαλάντιον ἢ ξυλίνη θήκη. Γλώσσαργον ἦθος. ἀντὶ τοῦ στωμύλον καὶ ταχύ.</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Γλαγκάζει. κράζει, πτερύσσεται. Γλαύσουσιν. ἀντὶ τοῦ λάμπουσι.</w:t>
      </w:r>
    </w:p>
    <w:p>
      <w:r>
        <w:rPr>
          <w:rFonts w:ascii="Courier New" w:hAnsi="Courier New"/>
          <w:color w:val="555555"/>
          <w:sz w:val="20"/>
        </w:rPr>
        <w:t>[10]</w:t>
      </w:r>
    </w:p>
    <w:p>
      <w:r>
        <w:rPr>
          <w:rFonts w:ascii="Gentium Plus" w:hAnsi="Gentium Plus"/>
          <w:sz w:val="24"/>
        </w:rPr>
        <w:t>Γλαυκιῶ. ἐκ τοῦ γλαυκὸς κατὰ παραγωγήν. [Γλαύσω. τὸ λάμπω.] Γλαμυξιᾷν. τὸ λημᾷν. Γλίχων. ἀντὶ τοῦ λείχων. Γλίχομαι. ἐπιθυμῶ. συντάσσεται δὲ μετὰ γε‐</w:t>
      </w:r>
    </w:p>
    <w:p>
      <w:r>
        <w:rPr>
          <w:rFonts w:ascii="Courier New" w:hAnsi="Courier New"/>
          <w:color w:val="555555"/>
          <w:sz w:val="20"/>
        </w:rPr>
        <w:t>[15]</w:t>
      </w:r>
    </w:p>
    <w:p>
      <w:r>
        <w:rPr>
          <w:rFonts w:ascii="Gentium Plus" w:hAnsi="Gentium Plus"/>
          <w:sz w:val="24"/>
        </w:rPr>
        <w:t>νικῆς. Γλιᾶται. παίζει. Γλοιάζειν. τὸ τοῖς ὄμμασιν ἐπιμύοντα μυκτηρίζειν. Γλωσσαλγεῖν. φλυαρεῖν, διακενῆς λέγειν. Γλωττοστροφεῖν. Ἀριστοφάνης·</w:t>
      </w:r>
    </w:p>
    <w:p>
      <w:r>
        <w:rPr>
          <w:rFonts w:ascii="Courier New" w:hAnsi="Courier New"/>
          <w:color w:val="555555"/>
          <w:sz w:val="20"/>
        </w:rPr>
        <w:t>[20]</w:t>
      </w:r>
    </w:p>
    <w:p>
      <w:r>
        <w:rPr>
          <w:rFonts w:ascii="Gentium Plus" w:hAnsi="Gentium Plus"/>
          <w:sz w:val="24"/>
        </w:rPr>
        <w:t>ἀπὸ γὰρ ὀλοῦμαι μὴ μαθὼν γλωττοστρο‐ φεῖν.</w:t>
      </w:r>
    </w:p>
    <w:p>
      <w:pPr>
        <w:jc w:val="center"/>
      </w:pPr>
      <w:r>
        <w:rPr>
          <w:rFonts w:ascii="Gentium Plus" w:hAnsi="Gentium Plus"/>
          <w:b/>
          <w:sz w:val="24"/>
        </w:rPr>
        <w:t>Τὸ Γ μετὰ τοῦ Ν.</w:t>
      </w:r>
    </w:p>
    <w:p>
      <w:pPr>
        <w:jc w:val="center"/>
      </w:pPr>
      <w:r>
        <w:rPr>
          <w:rFonts w:ascii="Gentium Plus" w:hAnsi="Gentium Plus"/>
          <w:b/>
          <w:sz w:val="24"/>
        </w:rPr>
        <w:t>(Ἀρσενικόν.)</w:t>
      </w:r>
    </w:p>
    <w:p>
      <w:r>
        <w:rPr>
          <w:rFonts w:ascii="Courier New" w:hAnsi="Courier New"/>
          <w:color w:val="555555"/>
          <w:sz w:val="20"/>
        </w:rPr>
        <w:t>[24]</w:t>
      </w:r>
    </w:p>
    <w:p>
      <w:r>
        <w:rPr>
          <w:rFonts w:ascii="Gentium Plus" w:hAnsi="Gentium Plus"/>
          <w:sz w:val="24"/>
        </w:rPr>
        <w:t>Γναφεύς. ὁ λευκαίνων τὰ ἱμάτια. κναφεὺς δὲ</w:t>
      </w:r>
    </w:p>
    <w:p>
      <w:r>
        <w:rPr>
          <w:rFonts w:ascii="Courier New" w:hAnsi="Courier New"/>
          <w:color w:val="555555"/>
          <w:sz w:val="20"/>
        </w:rPr>
        <w:t>[25]</w:t>
      </w:r>
    </w:p>
    <w:p>
      <w:r>
        <w:rPr>
          <w:rFonts w:ascii="Gentium Plus" w:hAnsi="Gentium Plus"/>
          <w:sz w:val="24"/>
        </w:rPr>
        <w:t>ὁ τὰ δέρματα ξύων. [ὅ ἐστι βάπτων.] ἔστι δὲ</w:t>
      </w:r>
    </w:p>
    <w:p>
      <w:r>
        <w:rPr>
          <w:rFonts w:ascii="Courier New" w:hAnsi="Courier New"/>
          <w:color w:val="555555"/>
          <w:sz w:val="20"/>
        </w:rPr>
        <w:t>[gamma 443]</w:t>
      </w:r>
    </w:p>
    <w:p>
      <w:r>
        <w:rPr>
          <w:rFonts w:ascii="Gentium Plus" w:hAnsi="Gentium Plus"/>
          <w:sz w:val="24"/>
        </w:rPr>
        <w:t>Γναθμός. ἡ γνάθος. παρὰ τὸ γνάπτω, γέγνα‐ πται, γναπτὸς καὶ γναθμός. †ὡς κέκλαυσται, κλαυθμός.† Γνήσιος. ὁ μὴ νόθος, ὁ ἐκ τοῦ αὐτοῦ γεννηθείς.</w:t>
      </w:r>
    </w:p>
    <w:p>
      <w:r>
        <w:rPr>
          <w:rFonts w:ascii="Courier New" w:hAnsi="Courier New"/>
          <w:color w:val="555555"/>
          <w:sz w:val="20"/>
        </w:rPr>
        <w:t>[5]</w:t>
      </w:r>
    </w:p>
    <w:p>
      <w:r>
        <w:rPr>
          <w:rFonts w:ascii="Gentium Plus" w:hAnsi="Gentium Plus"/>
          <w:sz w:val="24"/>
        </w:rPr>
        <w:t>γενήσω, γενήσιος, καὶ κατὰ συγκοπὴν γνήσιος. Γνόφος. συνέφεια. ἢ ὁ ζοφώδης ἀήρ. παρὰ τὸ κενὸν φάους εἶναι. κνόφος καὶ γνόφος. Γνύπετοι. στυγνοὶ καὶ οἷον νενυγμένοι. Γνώμων. ὁ συνετός. καὶ κανόνιόν τι μηχανικὸν,</w:t>
      </w:r>
    </w:p>
    <w:p>
      <w:r>
        <w:rPr>
          <w:rFonts w:ascii="Courier New" w:hAnsi="Courier New"/>
          <w:color w:val="555555"/>
          <w:sz w:val="20"/>
        </w:rPr>
        <w:t>[10]</w:t>
      </w:r>
    </w:p>
    <w:p>
      <w:r>
        <w:rPr>
          <w:rFonts w:ascii="Gentium Plus" w:hAnsi="Gentium Plus"/>
          <w:sz w:val="24"/>
        </w:rPr>
        <w:t>καὶ σχῆμα γεωμετρικὸν, καὶ διοπτρικοῦ ὀργά‐ νου μέρος, [καὶ δὴ καὶ ἀστρονομικοῦ. καὶ τὸ ἐν τοῖς ἡλιοτροπίοις πηγνύμενον, ὅπερ ἐφεῦ‐ ρεν Ἀναξίμανδρος καὶ ἔστησεν ἐπὶ τῶν σκιο‐ θύρων.] γνώμων καὶ ὁ ὀδοὺς τῶν ἀλόγων ζώων.</w:t>
      </w:r>
    </w:p>
    <w:p>
      <w:r>
        <w:rPr>
          <w:rFonts w:ascii="Courier New" w:hAnsi="Courier New"/>
          <w:color w:val="555555"/>
          <w:sz w:val="20"/>
        </w:rPr>
        <w:t>[15]</w:t>
      </w:r>
    </w:p>
    <w:p>
      <w:r>
        <w:rPr>
          <w:rFonts w:ascii="Gentium Plus" w:hAnsi="Gentium Plus"/>
          <w:sz w:val="24"/>
        </w:rPr>
        <w:t>ἔνθα καὶ προβατογνώμων, ὁ ἤδη βεβληκὼς τοὺς ὀδόντας. Γνώριμος. οὐχ ὁ μαθητὴς, ἀλλ’ ὁ γινωσκόμε‐ νος τινὶ, ἢ ἁπλῶς ὁ ἔνδοξος. Δημοσθένης· καὶ γνωρίμως ἔχω τοῖς πλείστοις τῶν πλεόντων τὴν</w:t>
      </w:r>
    </w:p>
    <w:p>
      <w:r>
        <w:rPr>
          <w:rFonts w:ascii="Courier New" w:hAnsi="Courier New"/>
          <w:color w:val="555555"/>
          <w:sz w:val="20"/>
        </w:rPr>
        <w:t>[20]</w:t>
      </w:r>
    </w:p>
    <w:p>
      <w:r>
        <w:rPr>
          <w:rFonts w:ascii="Gentium Plus" w:hAnsi="Gentium Plus"/>
          <w:sz w:val="24"/>
        </w:rPr>
        <w:t>θάλασσαν. καὶ γνωρίσαι τὸ συστῆσαι καὶ ποιῆ‐ σαι γνώριμον. γνώριμοι καὶ οἱ φοιτηταί. [Πυ‐ θαγόρας ὁ Σάμιος γνωρίμους ἔσχε πλείους ἢ ἑξακοσίους. γνώριμος δὲ, παρὰ τὸν γνώσω μέλ‐ λοντα γίνεται γνώσιμος, ὡς ὀνήσω ὀνήσιμος, καὶ</w:t>
      </w:r>
    </w:p>
    <w:p>
      <w:r>
        <w:rPr>
          <w:rFonts w:ascii="Courier New" w:hAnsi="Courier New"/>
          <w:color w:val="555555"/>
          <w:sz w:val="20"/>
        </w:rPr>
        <w:t>[25]</w:t>
      </w:r>
    </w:p>
    <w:p>
      <w:r>
        <w:rPr>
          <w:rFonts w:ascii="Gentium Plus" w:hAnsi="Gentium Plus"/>
          <w:sz w:val="24"/>
        </w:rPr>
        <w:t>τροπῇ τοῦ ς εἰς ρ γνώριμος.] Γνωστικός. ὁ τῇ ἀληθείᾳ ποιωθεὶς τελείως. Γνωστός. ὁ γνώριμος. Γνωτός. ὁ ἀδελφός. παρὰ τὸν γνώσω μέλλον‐ τα γίνεται γνωτός· ὅτι μᾶλλον τῶν ἄλλων</w:t>
      </w:r>
    </w:p>
    <w:p>
      <w:r>
        <w:rPr>
          <w:rFonts w:ascii="Courier New" w:hAnsi="Courier New"/>
          <w:color w:val="555555"/>
          <w:sz w:val="20"/>
        </w:rPr>
        <w:t>[30]</w:t>
      </w:r>
    </w:p>
    <w:p>
      <w:r>
        <w:rPr>
          <w:rFonts w:ascii="Gentium Plus" w:hAnsi="Gentium Plus"/>
          <w:sz w:val="24"/>
        </w:rPr>
        <w:t>γινώσκεται. [ἢ ὁ ἅμα τινὶ γεννητικὸς καὶ γνη‐</w:t>
      </w:r>
    </w:p>
    <w:p>
      <w:r>
        <w:rPr>
          <w:rFonts w:ascii="Courier New" w:hAnsi="Courier New"/>
          <w:color w:val="555555"/>
          <w:sz w:val="20"/>
        </w:rPr>
        <w:t>[gamma 444]</w:t>
      </w:r>
    </w:p>
    <w:p>
      <w:r>
        <w:rPr>
          <w:rFonts w:ascii="Gentium Plus" w:hAnsi="Gentium Plus"/>
          <w:sz w:val="24"/>
        </w:rPr>
        <w:t>τὸς καὶ γνωτός. ἔστιν ὅτε σημαίνει καὶ τὸ φα‐ νερόν· γνωτὸς δὲ καὶ ὃς μάλα νήπιός ἐστι.]</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Γνάθος. ἡ παρειά. παρὰ τὴν γνάμψιν καὶ κάμ‐ ψιν ἢ κλάσιν. ἡ καμπτομένη σιαγών. οἷον· Φυσίγναθος ἀντίον ηὔδα. Γνώμη. ἡ συνείδησις, ἡ σκέψις, ποιὰ τὶς διά‐ θεσις. ἡ βουλὴ, ἡ προαίρεσις, ἡ οἴησις. γνώ‐</w:t>
      </w:r>
    </w:p>
    <w:p>
      <w:r>
        <w:rPr>
          <w:rFonts w:ascii="Courier New" w:hAnsi="Courier New"/>
          <w:color w:val="555555"/>
          <w:sz w:val="20"/>
        </w:rPr>
        <w:t>[10]</w:t>
      </w:r>
    </w:p>
    <w:p>
      <w:r>
        <w:rPr>
          <w:rFonts w:ascii="Gentium Plus" w:hAnsi="Gentium Plus"/>
          <w:sz w:val="24"/>
        </w:rPr>
        <w:t>μη καὶ ἡ δημηγορία. γνώμας οὐδεὶς νικήσει πλείονας ἢ σύ. γνώμη, καθ’ ἣν λέγομεν τινὰ ἔχειν γνώμην. ἢ τοῦ ἐπιεικοῦς κρίσις ὀρθή. [ἢ ἀπόφασις καθολικὴ περὶ τῶν πρακτέων, καὶ ὡς αἱρετὰ ἢ φευκτέα ἐστὶ πρὸς τὸ πράττειν. ἢ</w:t>
      </w:r>
    </w:p>
    <w:p>
      <w:r>
        <w:rPr>
          <w:rFonts w:ascii="Courier New" w:hAnsi="Courier New"/>
          <w:color w:val="555555"/>
          <w:sz w:val="20"/>
        </w:rPr>
        <w:t>[15]</w:t>
      </w:r>
    </w:p>
    <w:p>
      <w:r>
        <w:rPr>
          <w:rFonts w:ascii="Gentium Plus" w:hAnsi="Gentium Plus"/>
          <w:sz w:val="24"/>
        </w:rPr>
        <w:t>συμπέρασμα.] ἢ πρότασις ἐνθυμημάτων. ἢ ὄρε‐ ξις ἐνδιάθετος τῶν ἐφ’ ἡμῖν. ἢ διάθεσις ἐπὶ τοῖς ἐφ’ ἡμῖν ὀρεκτῶς βουλευθεῖσιν. ἢ τρόπος ζωῆς. Γνώμην ἐμήν. ὡς ἐμοὶ δοκεῖ. γνώμη δὲ εἴρηται</w:t>
      </w:r>
    </w:p>
    <w:p>
      <w:r>
        <w:rPr>
          <w:rFonts w:ascii="Courier New" w:hAnsi="Courier New"/>
          <w:color w:val="555555"/>
          <w:sz w:val="20"/>
        </w:rPr>
        <w:t>[20]</w:t>
      </w:r>
    </w:p>
    <w:p>
      <w:r>
        <w:rPr>
          <w:rFonts w:ascii="Gentium Plus" w:hAnsi="Gentium Plus"/>
          <w:sz w:val="24"/>
        </w:rPr>
        <w:t>παρὰ τὸ νοῶ, νοήσω, νοήμη, καὶ κατὰ κρᾶσιν νώμη, καὶ πλεονασμῷ τοῦ γ γνώμη. Γνῶσις. ἡ διὰ τοῦ πνεύματος χάριτος ἐν ταῖς καρδίαις τῶν ἀνθρώπων γενομένη ἔλλαμψις. γνῶσις καὶ ἡ τῶν θείων γραφῶν διὰ λόγων ψι‐</w:t>
      </w:r>
    </w:p>
    <w:p>
      <w:r>
        <w:rPr>
          <w:rFonts w:ascii="Courier New" w:hAnsi="Courier New"/>
          <w:color w:val="555555"/>
          <w:sz w:val="20"/>
        </w:rPr>
        <w:t>[25]</w:t>
      </w:r>
    </w:p>
    <w:p>
      <w:r>
        <w:rPr>
          <w:rFonts w:ascii="Gentium Plus" w:hAnsi="Gentium Plus"/>
          <w:sz w:val="24"/>
        </w:rPr>
        <w:t>λὴ κατανόησις. γνῶσις καὶ ἡ διὰ τῶν ἐντολῶν πράξεως ἐγγινομένη τῷ πράττοντι πεῖρα. γνῶ‐ σις καὶ ἡ τοῦ πρώην μὴ ὄντος ἐν τῷ νοῒ νεο‐ φανὴς ἔμφασις. γνῶσις καὶ ἡ τῶν κατειλημ‐ μένων περίεργος συγκατάθεσις, ὡς ὁρωμένων</w:t>
      </w:r>
    </w:p>
    <w:p>
      <w:r>
        <w:rPr>
          <w:rFonts w:ascii="Courier New" w:hAnsi="Courier New"/>
          <w:color w:val="555555"/>
          <w:sz w:val="20"/>
        </w:rPr>
        <w:t>[30]</w:t>
      </w:r>
    </w:p>
    <w:p>
      <w:r>
        <w:rPr>
          <w:rFonts w:ascii="Gentium Plus" w:hAnsi="Gentium Plus"/>
          <w:sz w:val="24"/>
        </w:rPr>
        <w:t>ἔλεγχος. γνῶσις καὶ ἡ θεωρία τῆς ἁγίας τριάδος.</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Γναμπτόν. ἐπικαμπές. Γνωμίδιον. τὸ μικρὸν ἐνθύμημα. Γνωμάτευμα. διάκρισις, διάγνωσις ἀκριβής. ἢ</w:t>
      </w:r>
    </w:p>
    <w:p>
      <w:r>
        <w:rPr>
          <w:rFonts w:ascii="Courier New" w:hAnsi="Courier New"/>
          <w:color w:val="555555"/>
          <w:sz w:val="20"/>
        </w:rPr>
        <w:t>[5]</w:t>
      </w:r>
    </w:p>
    <w:p>
      <w:r>
        <w:rPr>
          <w:rFonts w:ascii="Gentium Plus" w:hAnsi="Gentium Plus"/>
          <w:sz w:val="24"/>
        </w:rPr>
        <w:t>τὸ βούλευμα. [ἕτερα διαλεγόμενοι, ἕτερα γνω‐ ματεύματα γνωματεύουσι.] Γνωριμώτερον. τοῦτο διχῶς λέγεται· ἢ ἁπλῶς, οἷον τὸ πρότερον τοῦ ὑστέρου, ἢ ἡμῖν ὅ ἐστι τῇ φύσει ἔσχατον, ὅ ἐστι τὸ σύνθετον· ἤτοι</w:t>
      </w:r>
    </w:p>
    <w:p>
      <w:r>
        <w:rPr>
          <w:rFonts w:ascii="Courier New" w:hAnsi="Courier New"/>
          <w:color w:val="555555"/>
          <w:sz w:val="20"/>
        </w:rPr>
        <w:t>[10]</w:t>
      </w:r>
    </w:p>
    <w:p>
      <w:r>
        <w:rPr>
          <w:rFonts w:ascii="Gentium Plus" w:hAnsi="Gentium Plus"/>
          <w:sz w:val="24"/>
        </w:rPr>
        <w:t>τὸ μερικόν.</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Γναθμῶ. τὸ κάμπτω. συνήθως τοῖς παλαιοῖς λέγειν γνάμπτω. [ἀνεγνάμφθη δέ οἱ αἰχμή.</w:t>
      </w:r>
    </w:p>
    <w:p>
      <w:r>
        <w:rPr>
          <w:rFonts w:ascii="Courier New" w:hAnsi="Courier New"/>
          <w:color w:val="555555"/>
          <w:sz w:val="20"/>
        </w:rPr>
        <w:t>[15]</w:t>
      </w:r>
    </w:p>
    <w:p>
      <w:r>
        <w:rPr>
          <w:rFonts w:ascii="Gentium Plus" w:hAnsi="Gentium Plus"/>
          <w:sz w:val="24"/>
        </w:rPr>
        <w:t>ἄνευ τοῦ μ. καὶ ἐπέγναψε γὰρ ἅπαντας.] Γνοῖεν. μάθοιεν. Γνοίης. ἐκ τοῦ γνῶμι ἡ μετοχὴ γνοὺς, γνόντος· καὶ τὸ εὐκτικὸν γνοίης.</w:t>
      </w:r>
    </w:p>
    <w:p>
      <w:r>
        <w:rPr>
          <w:rFonts w:ascii="Courier New" w:hAnsi="Courier New"/>
          <w:color w:val="555555"/>
          <w:sz w:val="20"/>
        </w:rPr>
        <w:t>[20]</w:t>
      </w:r>
    </w:p>
    <w:p>
      <w:r>
        <w:rPr>
          <w:rFonts w:ascii="Gentium Plus" w:hAnsi="Gentium Plus"/>
          <w:sz w:val="24"/>
        </w:rPr>
        <w:t>Γνῶθι. ἐκ τοῦ γνῶμι ἡ μετοχὴ γνοὺς, καὶ τὸ προστακτικὸν γνῶθι, γνῶτε. Γνωματεύειν. διακρίνειν, διαγινώσκειν ἀκριβῶς. Γνωμοδοτῶ. γνώμην δίδωμι. Γνωρίζω. γινώσκω, ἱστορῶ. [εἰ γὰρ ἐγώ σοι νῦν</w:t>
      </w:r>
    </w:p>
    <w:p>
      <w:r>
        <w:rPr>
          <w:rFonts w:ascii="Courier New" w:hAnsi="Courier New"/>
          <w:color w:val="555555"/>
          <w:sz w:val="20"/>
        </w:rPr>
        <w:t>[25]</w:t>
      </w:r>
    </w:p>
    <w:p>
      <w:r>
        <w:rPr>
          <w:rFonts w:ascii="Gentium Plus" w:hAnsi="Gentium Plus"/>
          <w:sz w:val="24"/>
        </w:rPr>
        <w:t>αὐτὸν γνωρίζω, πέπονθα τὸ τῆς παροιμίας, τὸ σὸν ὄναρ σοὶ διηγούμενος.] Γνωσιμαχῆσαι. μετανοῆσαι, μεταγνῶναι τὸ δί‐ καιον καὶ πρέπον, ἢ τὸ γνῶναι τὴν ἑαυτοῦ</w:t>
      </w:r>
    </w:p>
    <w:p>
      <w:r>
        <w:rPr>
          <w:rFonts w:ascii="Courier New" w:hAnsi="Courier New"/>
          <w:color w:val="555555"/>
          <w:sz w:val="20"/>
        </w:rPr>
        <w:t>[gamma 446]</w:t>
      </w:r>
    </w:p>
    <w:p>
      <w:r>
        <w:rPr>
          <w:rFonts w:ascii="Gentium Plus" w:hAnsi="Gentium Plus"/>
          <w:sz w:val="24"/>
        </w:rPr>
        <w:t>Γνώωσι. γνῶμι, ὁ δεύτερος ἀόριστος ἔγνων, ἡ μετοχὴ γνοὺς, γνόντος, τὸ ὑποτακτικὸν ἐὰν γνῶ, τὸ τρίτον τῶν πληθυντικῶν ἐὰν γνῶσι, καὶ ἐὰν γνώωσι προσθήκῃ τοῦ ω. [τὰ δὲ διὰ</w:t>
      </w:r>
    </w:p>
    <w:p>
      <w:r>
        <w:rPr>
          <w:rFonts w:ascii="Courier New" w:hAnsi="Courier New"/>
          <w:color w:val="555555"/>
          <w:sz w:val="20"/>
        </w:rPr>
        <w:t>[5]</w:t>
      </w:r>
    </w:p>
    <w:p>
      <w:r>
        <w:rPr>
          <w:rFonts w:ascii="Gentium Plus" w:hAnsi="Gentium Plus"/>
          <w:sz w:val="24"/>
        </w:rPr>
        <w:t>τοῦ ωω καθαρὰ δισύλλαβα διὰ τοῦ ω γράφον‐ ται, οἷον ζώω, γνώω, σώω, πλώω.] Γνωρίζω. ἀντὶ τοῦ ὑπομιμνήσκω. παρὰ τῷ Ἀπο‐ στόλῳ· γνωρίζω δὲ ὑμῖν, ἀδελφοὶ, τὸ εὐαγ‐ γέλιον.</w:t>
      </w:r>
    </w:p>
    <w:p>
      <w:r>
        <w:rPr>
          <w:rFonts w:ascii="Courier New" w:hAnsi="Courier New"/>
          <w:color w:val="555555"/>
          <w:sz w:val="20"/>
        </w:rPr>
        <w:t>[10]</w:t>
      </w:r>
    </w:p>
    <w:p>
      <w:r>
        <w:rPr>
          <w:rFonts w:ascii="Gentium Plus" w:hAnsi="Gentium Plus"/>
          <w:sz w:val="24"/>
        </w:rPr>
        <w:t>Γνωσιμαχεῖν. ἐπίστασθαι τὴν πρὸς κρείττο‐ νας μάχην.</w:t>
      </w:r>
    </w:p>
    <w:p>
      <w:pPr>
        <w:jc w:val="center"/>
      </w:pPr>
      <w:r>
        <w:rPr>
          <w:rFonts w:ascii="Gentium Plus" w:hAnsi="Gentium Plus"/>
          <w:b/>
          <w:sz w:val="24"/>
        </w:rPr>
        <w:t>(Ἐπίῤῥημα.)</w:t>
      </w:r>
    </w:p>
    <w:p>
      <w:r>
        <w:rPr>
          <w:rFonts w:ascii="Courier New" w:hAnsi="Courier New"/>
          <w:color w:val="555555"/>
          <w:sz w:val="20"/>
        </w:rPr>
        <w:t>[13]</w:t>
      </w:r>
    </w:p>
    <w:p>
      <w:r>
        <w:rPr>
          <w:rFonts w:ascii="Gentium Plus" w:hAnsi="Gentium Plus"/>
          <w:sz w:val="24"/>
        </w:rPr>
        <w:t>Γνύξ. ἐπὶ γόνατα. παρὰ τὸ γόνυ, γόνυξ καὶ γνύξ. Γνωμοτυπικῶς. ἤτοι γνωμολογικῶς.</w:t>
      </w:r>
    </w:p>
    <w:p>
      <w:pPr>
        <w:jc w:val="center"/>
      </w:pPr>
      <w:r>
        <w:rPr>
          <w:rFonts w:ascii="Gentium Plus" w:hAnsi="Gentium Plus"/>
          <w:b/>
          <w:sz w:val="24"/>
        </w:rPr>
        <w:t>Τὸ Γ μετὰ τοῦ Ο.</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Γόγγρος. εἶδος ἰχθύος. παρὰ τὸ γρῶ τὸ ἐσθίω. [Καλλίμαχος· ὃς ἔγραε κηδεμόνα.</w:t>
      </w:r>
    </w:p>
    <w:p>
      <w:r>
        <w:rPr>
          <w:rFonts w:ascii="Courier New" w:hAnsi="Courier New"/>
          <w:color w:val="555555"/>
          <w:sz w:val="20"/>
        </w:rPr>
        <w:t>[20]</w:t>
      </w:r>
    </w:p>
    <w:p>
      <w:r>
        <w:rPr>
          <w:rFonts w:ascii="Gentium Plus" w:hAnsi="Gentium Plus"/>
          <w:sz w:val="24"/>
        </w:rPr>
        <w:t>ἀντὶ τοῦ ἤσθιεν. ἀφ’ οὗ ῥῆμα ὄνομα γρὸς καὶ ἐν διπλασιασμῷ γόγγρος. ἐσθίει γὰρ τῶν πο‐ λυπόδων τοὺς πλοκάμους.] Γοδολίας. κύριον. Γόης. ὁ πλάνης, ὁ ἀπατεὼν, ὁ φαρμακὸς, ὁ</w:t>
      </w:r>
    </w:p>
    <w:p>
      <w:r>
        <w:rPr>
          <w:rFonts w:ascii="Courier New" w:hAnsi="Courier New"/>
          <w:color w:val="555555"/>
          <w:sz w:val="20"/>
        </w:rPr>
        <w:t>[25]</w:t>
      </w:r>
    </w:p>
    <w:p>
      <w:r>
        <w:rPr>
          <w:rFonts w:ascii="Gentium Plus" w:hAnsi="Gentium Plus"/>
          <w:sz w:val="24"/>
        </w:rPr>
        <w:t>μάγος. †Γοῖπας. ὁ ῥύπος.†</w:t>
      </w:r>
    </w:p>
    <w:p>
      <w:r>
        <w:rPr>
          <w:rFonts w:ascii="Courier New" w:hAnsi="Courier New"/>
          <w:color w:val="555555"/>
          <w:sz w:val="20"/>
        </w:rPr>
        <w:t>[gamma 447]</w:t>
      </w:r>
    </w:p>
    <w:p>
      <w:r>
        <w:rPr>
          <w:rFonts w:ascii="Gentium Plus" w:hAnsi="Gentium Plus"/>
          <w:sz w:val="24"/>
        </w:rPr>
        <w:t>†Γόμφης. ὁ χοῖρος.† Γόμφοι. καρφία, σφῆνες, δεσμά. [αἱ μύλαι. πα‐ ρὰ τὸ κάμπτω γίνεται γάμπτω, καὶ ἐξ αὐτοῦ γόμφος, δι’ οὗ γνάμπτεται καὶ κάμπτεται ἡ</w:t>
      </w:r>
    </w:p>
    <w:p>
      <w:r>
        <w:rPr>
          <w:rFonts w:ascii="Courier New" w:hAnsi="Courier New"/>
          <w:color w:val="555555"/>
          <w:sz w:val="20"/>
        </w:rPr>
        <w:t>[5]</w:t>
      </w:r>
    </w:p>
    <w:p>
      <w:r>
        <w:rPr>
          <w:rFonts w:ascii="Gentium Plus" w:hAnsi="Gentium Plus"/>
          <w:sz w:val="24"/>
        </w:rPr>
        <w:t>τροφή.] Γομφιασμός. συγκλασμός. Γομφίους. ὀδόντας, κλειδώσεις· οἱ ἔμπροσθεν δὲ ὀδόντος εἰσί. Γομόρ. εἶδος μέτρου Ἑβραϊκοῦ.</w:t>
      </w:r>
    </w:p>
    <w:p>
      <w:r>
        <w:rPr>
          <w:rFonts w:ascii="Courier New" w:hAnsi="Courier New"/>
          <w:color w:val="555555"/>
          <w:sz w:val="20"/>
        </w:rPr>
        <w:t>[10]</w:t>
      </w:r>
    </w:p>
    <w:p>
      <w:r>
        <w:rPr>
          <w:rFonts w:ascii="Gentium Plus" w:hAnsi="Gentium Plus"/>
          <w:sz w:val="24"/>
        </w:rPr>
        <w:t>Γονοῤῥοίης. οὗ ἡ γονὴ ἐκφέρεται ἀκουσίως καὶ ἐκρέει. Γονυκλινής. ἐπὶ γόνυ πεσών. Γόος. ὁ θρῆνος. παρὰ τὴν βοὴ, βοὸς, καὶ τροπῇ τοῦ β εἰς γ γόος.</w:t>
      </w:r>
    </w:p>
    <w:p>
      <w:r>
        <w:rPr>
          <w:rFonts w:ascii="Courier New" w:hAnsi="Courier New"/>
          <w:color w:val="555555"/>
          <w:sz w:val="20"/>
        </w:rPr>
        <w:t>[15]</w:t>
      </w:r>
    </w:p>
    <w:p>
      <w:r>
        <w:rPr>
          <w:rFonts w:ascii="Gentium Plus" w:hAnsi="Gentium Plus"/>
          <w:sz w:val="24"/>
        </w:rPr>
        <w:t>Γορπιαῖος. ὁ Σεπτέμβριος μήν. Γοργός. ταχύς. [εἴρηται δὲ ἀπὸ τῆς ὀργῆς. ὀρ‐ γὸς καὶ γοργός. οἱ Ἀττικοὶ δὲ γοργὸν οὐ τὸν πρακτικὸν καὶ κεκινημένον λέγουσιν, ἀλλὰ τὸ φοβερόν. Ξενοφῶν· γοργότεροί θ’ ὁρᾶσθαι</w:t>
      </w:r>
    </w:p>
    <w:p>
      <w:r>
        <w:rPr>
          <w:rFonts w:ascii="Courier New" w:hAnsi="Courier New"/>
          <w:color w:val="555555"/>
          <w:sz w:val="20"/>
        </w:rPr>
        <w:t>[20]</w:t>
      </w:r>
    </w:p>
    <w:p>
      <w:r>
        <w:rPr>
          <w:rFonts w:ascii="Gentium Plus" w:hAnsi="Gentium Plus"/>
          <w:sz w:val="24"/>
        </w:rPr>
        <w:t>καὶ φοβερώτεροι φθέγγεσθαι.] Γοῤῥός. ὁ κυρτός. Γοργόλοπος. ἐπιθετικός. Γοργωπός. ὁ γοργόφθαλμος. καὶ γοργωπὸς ἕδρα, η φοβερὰ καθέδρα.</w:t>
      </w:r>
    </w:p>
    <w:p>
      <w:r>
        <w:rPr>
          <w:rFonts w:ascii="Courier New" w:hAnsi="Courier New"/>
          <w:color w:val="555555"/>
          <w:sz w:val="20"/>
        </w:rPr>
        <w:t>[25]</w:t>
      </w:r>
    </w:p>
    <w:p>
      <w:r>
        <w:rPr>
          <w:rFonts w:ascii="Gentium Plus" w:hAnsi="Gentium Plus"/>
          <w:sz w:val="24"/>
        </w:rPr>
        <w:t>Γουνῷ ἀλωῆος. ἐν τῷ γονιμωτάτῳ καὶ καρπί‐ μῳ χωρίῳ τῆς γῆς. γέγονε γουνὸς, ὁ ὑψηλὸς τόπος, ἀπὸ μεταφορᾶς τῶν ἐν σώματι γονάτων,</w:t>
      </w:r>
    </w:p>
    <w:p>
      <w:r>
        <w:rPr>
          <w:rFonts w:ascii="Courier New" w:hAnsi="Courier New"/>
          <w:color w:val="555555"/>
          <w:sz w:val="20"/>
        </w:rPr>
        <w:t>[gamma 448]</w:t>
      </w:r>
    </w:p>
    <w:p>
      <w:r>
        <w:rPr>
          <w:rFonts w:ascii="Gentium Plus" w:hAnsi="Gentium Plus"/>
          <w:sz w:val="24"/>
        </w:rPr>
        <w:t>[ἀπὸ τῶν γονάτων ὀστωδῶν ὄντων καὶ τραχέων. πλέον γὰρ ἐν τοῖς ὀρεινοῖς καὶ πετρώδεσι τό‐ ποις αὔξεται τὰ φυτά. ἢ ὁ γόνιμος καρπὸς ἀπὸ τοῦ γεννῶ.]</w:t>
      </w:r>
    </w:p>
    <w:p>
      <w:r>
        <w:rPr>
          <w:rFonts w:ascii="Courier New" w:hAnsi="Courier New"/>
          <w:color w:val="555555"/>
          <w:sz w:val="20"/>
        </w:rPr>
        <w:t>[5]</w:t>
      </w:r>
    </w:p>
    <w:p>
      <w:r>
        <w:rPr>
          <w:rFonts w:ascii="Gentium Plus" w:hAnsi="Gentium Plus"/>
          <w:sz w:val="24"/>
        </w:rPr>
        <w:t>Γολόν. ὄνομα τόπου.</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Γοητεία. φαρμακεία, καὶ μαγεία ἡ δι’ ἐπικλή‐ σεως ἀνάγουσα τὸν νεκρόν. εἴρηται δὲ ἀπὸ τῶν γόων καὶ θρήνων, τῶν περὶ τοὺς τάφους γε‐</w:t>
      </w:r>
    </w:p>
    <w:p>
      <w:r>
        <w:rPr>
          <w:rFonts w:ascii="Courier New" w:hAnsi="Courier New"/>
          <w:color w:val="555555"/>
          <w:sz w:val="20"/>
        </w:rPr>
        <w:t>[10]</w:t>
      </w:r>
    </w:p>
    <w:p>
      <w:r>
        <w:rPr>
          <w:rFonts w:ascii="Gentium Plus" w:hAnsi="Gentium Plus"/>
          <w:sz w:val="24"/>
        </w:rPr>
        <w:t>νομένων. †Γοργάνας. αἰγίδας.† †Γοργάδες. αἱ δέσποιναι.† †Γοργῶπις. λίμνη ἐν Κορίνθῳ.† †Γόμφεσυς. ὑις δορκάδος.†</w:t>
      </w:r>
    </w:p>
    <w:p>
      <w:r>
        <w:rPr>
          <w:rFonts w:ascii="Courier New" w:hAnsi="Courier New"/>
          <w:color w:val="555555"/>
          <w:sz w:val="20"/>
        </w:rPr>
        <w:t>[15]</w:t>
      </w:r>
    </w:p>
    <w:p>
      <w:r>
        <w:rPr>
          <w:rFonts w:ascii="Gentium Plus" w:hAnsi="Gentium Plus"/>
          <w:sz w:val="24"/>
        </w:rPr>
        <w:t>†Γοργωπὸς ἕδρα. ἡ φοβερὰ καθέδρα.† †Γόρυνος. ὁ μικρὸς βάτραχος.† Γόργυρα. τὸ κατὰ γῆς ὄρυγμα. οἶμαι δὲ γέρ‐ γυρα λέγεται ἢ γεργύρα. Γοργόνες. τρεῖς γυναῖκες, αἳ τοσοῦτον εἶχον τὰ</w:t>
      </w:r>
    </w:p>
    <w:p>
      <w:r>
        <w:rPr>
          <w:rFonts w:ascii="Courier New" w:hAnsi="Courier New"/>
          <w:color w:val="555555"/>
          <w:sz w:val="20"/>
        </w:rPr>
        <w:t>[20]</w:t>
      </w:r>
    </w:p>
    <w:p>
      <w:r>
        <w:rPr>
          <w:rFonts w:ascii="Gentium Plus" w:hAnsi="Gentium Plus"/>
          <w:sz w:val="24"/>
        </w:rPr>
        <w:t>πρόσωπα φρικτὰ καὶ φοβερὰ, ὡς τοὺς ὁρῶντας θνήσκειν. ἡ Γοργὼ καὶ ἡ Γοργών. διὰ γὰρ τῆς γοργότητος ἀπελίθουν παρωνύμως τοὺς ὁρῶντας. Γόρτυς. νῆσος. καὶ Γορτύνη †πόλις Κρήτης.†</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Γογγύλιον. στρογγύλον. Γοερόν. θρηνῶδες, λυπηρὸν, κατανυκτικόν. Γομφοφαγῆ ῥήματα. ἀκριβέστατα, πολυσύν‐</w:t>
      </w:r>
    </w:p>
    <w:p>
      <w:r>
        <w:rPr>
          <w:rFonts w:ascii="Courier New" w:hAnsi="Courier New"/>
          <w:color w:val="555555"/>
          <w:sz w:val="20"/>
        </w:rPr>
        <w:t>[gamma 449]</w:t>
      </w:r>
    </w:p>
    <w:p>
      <w:r>
        <w:rPr>
          <w:rFonts w:ascii="Gentium Plus" w:hAnsi="Gentium Plus"/>
          <w:sz w:val="24"/>
        </w:rPr>
        <w:t>Γόνυ. παρὰ τὸ κονῶ τὸ ἐνεργῶ, κόνυ ὄν· ἢ παρὰ τὸ εἰς γῆν νεύειν. Γονύων. γονάτων. εἴησαν δὲ καὶ κάλαμοι γόνυα οὐκ ἔχοντες.</w:t>
      </w:r>
    </w:p>
    <w:p>
      <w:r>
        <w:rPr>
          <w:rFonts w:ascii="Courier New" w:hAnsi="Courier New"/>
          <w:color w:val="555555"/>
          <w:sz w:val="20"/>
        </w:rPr>
        <w:t>[5]</w:t>
      </w:r>
    </w:p>
    <w:p>
      <w:r>
        <w:rPr>
          <w:rFonts w:ascii="Gentium Plus" w:hAnsi="Gentium Plus"/>
          <w:sz w:val="24"/>
        </w:rPr>
        <w:t>Γοῦνα. γόνατα, γόνυα καὶ γοῦνα. καὶ γούνων ἀπὸ τῶν γονάτων ἢ ἀπὸ τῶν γονύων. [ἰστέον, ὅτι τὰ γόνυα καὶ δόρυα γίνεται καθ’ ὑπερβιβα‐ σμὸν τοῦ υ γοῦνα καὶ δοῦρα. ἢ ἀπὸ τοῦ γό‐ νατα κατὰ ἀποκοπὴν τοῦ τα.]</w:t>
      </w:r>
    </w:p>
    <w:p>
      <w:r>
        <w:rPr>
          <w:rFonts w:ascii="Courier New" w:hAnsi="Courier New"/>
          <w:color w:val="555555"/>
          <w:sz w:val="20"/>
        </w:rPr>
        <w:t>[10]</w:t>
      </w:r>
    </w:p>
    <w:p>
      <w:r>
        <w:rPr>
          <w:rFonts w:ascii="Gentium Plus" w:hAnsi="Gentium Plus"/>
          <w:sz w:val="24"/>
        </w:rPr>
        <w:t>Γόργια. τὰ τῶν ὑποκριτῶν προσωπεῖα. Γογγυλίζει. ἀντὶ τοῦ μεταστρέφει. Γογγύζω. ἀπὸ τοῦ γρύζω, τὸ τῇ φωνῇ ὑπο‐ κλέπτω καὶ λαλῶ καὶ κατὰ ἀναδιπλασιασμὸν γογγρύζω καὶ γογγύζω.</w:t>
      </w:r>
    </w:p>
    <w:p>
      <w:r>
        <w:rPr>
          <w:rFonts w:ascii="Courier New" w:hAnsi="Courier New"/>
          <w:color w:val="555555"/>
          <w:sz w:val="20"/>
        </w:rPr>
        <w:t>[15]</w:t>
      </w:r>
    </w:p>
    <w:p>
      <w:r>
        <w:rPr>
          <w:rFonts w:ascii="Gentium Plus" w:hAnsi="Gentium Plus"/>
          <w:sz w:val="24"/>
        </w:rPr>
        <w:t>Γονυπετῆσαι. προσκυνῆσαι. †παρακαλέσαι. δεη‐ θῆναι. ἱκετεῦσαι τοῖς γόνασιν ἐπισυρόμενος.† Γόον. ἐθρήνουν. [ἀόριστος δεύτερος. ὥσπερ κτυ‐ πῶ, ἔκτυπον, οὕτως γοῶ, ἔγοον. ἀλλ’ ἔστι γοάω, γοῶ, ἐγόαον, ἐγόων, καὶ κατὰ συστολὴν γόον.</w:t>
      </w:r>
    </w:p>
    <w:p>
      <w:r>
        <w:rPr>
          <w:rFonts w:ascii="Courier New" w:hAnsi="Courier New"/>
          <w:color w:val="555555"/>
          <w:sz w:val="20"/>
        </w:rPr>
        <w:t>[20]</w:t>
      </w:r>
    </w:p>
    <w:p>
      <w:r>
        <w:rPr>
          <w:rFonts w:ascii="Gentium Plus" w:hAnsi="Gentium Plus"/>
          <w:sz w:val="24"/>
        </w:rPr>
        <w:t>—ζωὸν γόον Ἕκτορα—.] Γουνάσομαι. λιτανεύσω. παρακαλέσω. Οὐκέτι γουνάσομαι τὸν βάρβαρον οὐδ’ ἐπ’ ἐμαυτῷ</w:t>
      </w:r>
    </w:p>
    <w:p>
      <w:pPr>
        <w:jc w:val="center"/>
      </w:pPr>
      <w:r>
        <w:rPr>
          <w:rFonts w:ascii="Gentium Plus" w:hAnsi="Gentium Plus"/>
          <w:b/>
          <w:sz w:val="24"/>
        </w:rPr>
        <w:t>Τὸ Γ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Γραμματεῖς. οἱ τὰ κράσπεδα τινὰ ἔχοντες ση‐ μαντικὰ τῆς αὐτῶν πολιτείας. ῥοΐσκους γάρ τι‐</w:t>
      </w:r>
    </w:p>
    <w:p>
      <w:r>
        <w:rPr>
          <w:rFonts w:ascii="Courier New" w:hAnsi="Courier New"/>
          <w:color w:val="555555"/>
          <w:sz w:val="20"/>
        </w:rPr>
        <w:t>[5]</w:t>
      </w:r>
    </w:p>
    <w:p>
      <w:r>
        <w:rPr>
          <w:rFonts w:ascii="Gentium Plus" w:hAnsi="Gentium Plus"/>
          <w:sz w:val="24"/>
        </w:rPr>
        <w:t>νας ἐπὶ τὰ τέσσαρα πτερύγια τοῦ τρίβωνος ἕκαστος εἶχεν, ἐξ αὐτοῦ τοῦ στήμονος καταδε‐ δεμένους, ἐν ᾧ χρόνῳ ἐνεκρατεύετο ἢ παρθε‐ νείαν ἤσκει. ἐπετήδευον δὲ ταῦτα ὥστε ἐμφαί‐ νειν τοῖς ἀνθρώποις τὰ παρ’ αὐτῶν ἐπαγγελ‐</w:t>
      </w:r>
    </w:p>
    <w:p>
      <w:r>
        <w:rPr>
          <w:rFonts w:ascii="Courier New" w:hAnsi="Courier New"/>
          <w:color w:val="555555"/>
          <w:sz w:val="20"/>
        </w:rPr>
        <w:t>[10]</w:t>
      </w:r>
    </w:p>
    <w:p>
      <w:r>
        <w:rPr>
          <w:rFonts w:ascii="Gentium Plus" w:hAnsi="Gentium Plus"/>
          <w:sz w:val="24"/>
        </w:rPr>
        <w:t>λόμενα· ἵνα μηδεὶς ἅψεται δῇθεν τῶν ἡγιασμέ‐ νων. φυλάσσουσι δὲ καὶ ξεστῶν βαπτισμοὺς καὶ ποτηρίων καὶ τῶν ἄλλων σκευῶν τῆς ὑπηρεσίας· καὶ τοὔνομα εἰσὶ δευτερωταὶ, ὡς γραμματικήν τινα ἐπιστήμην ὑφηγούμενοι καὶ περιττὴν δῆθεν</w:t>
      </w:r>
    </w:p>
    <w:p>
      <w:r>
        <w:rPr>
          <w:rFonts w:ascii="Courier New" w:hAnsi="Courier New"/>
          <w:color w:val="555555"/>
          <w:sz w:val="20"/>
        </w:rPr>
        <w:t>[15]</w:t>
      </w:r>
    </w:p>
    <w:p>
      <w:r>
        <w:rPr>
          <w:rFonts w:ascii="Gentium Plus" w:hAnsi="Gentium Plus"/>
          <w:sz w:val="24"/>
        </w:rPr>
        <w:t>σοφιστικὴν εἰσηγούμενοι. γραμματεὺς καὶ ὁ διὰ τῆς ἐπιμόνου ἀναγνώσεως τῶν γραφῶν θησαυ‐ ρὸν γνώσεως ἑαυτῷ ἀποθέμενος. γραμματεὺς καὶ ὁ νοτάριος. τὸν τῶν ἀποῤῥήτων γραμματέα. οὐδενὸς δὲ ἦσαν οἱ γραμματεῖς κύριοι οὗτοι, ἀλλ’</w:t>
      </w:r>
    </w:p>
    <w:p>
      <w:r>
        <w:rPr>
          <w:rFonts w:ascii="Courier New" w:hAnsi="Courier New"/>
          <w:color w:val="555555"/>
          <w:sz w:val="20"/>
        </w:rPr>
        <w:t>[20]</w:t>
      </w:r>
    </w:p>
    <w:p>
      <w:r>
        <w:rPr>
          <w:rFonts w:ascii="Gentium Plus" w:hAnsi="Gentium Plus"/>
          <w:sz w:val="24"/>
        </w:rPr>
        <w:t>ἢ τοῦ γράφειν καὶ ἀναγνῶναι. Γραμματιστής. ὁ τὰ πρῶτα στοιχεῖα διδά‐ σκων.</w:t>
      </w:r>
    </w:p>
    <w:p>
      <w:r>
        <w:rPr>
          <w:rFonts w:ascii="Courier New" w:hAnsi="Courier New"/>
          <w:color w:val="555555"/>
          <w:sz w:val="20"/>
        </w:rPr>
        <w:t>[gamma 451]</w:t>
      </w:r>
    </w:p>
    <w:p>
      <w:r>
        <w:rPr>
          <w:rFonts w:ascii="Gentium Plus" w:hAnsi="Gentium Plus"/>
          <w:sz w:val="24"/>
        </w:rPr>
        <w:t>Γραμματοκύφων. ἀντὶ τοῦ, ὦ ταπεινὲ γραμ‐ ματεῦ. διότι οἱ γραμματεῖς προσκεκυφότες γράφουσι. [ἢ ὁ ἐν ἀγρῷ γραμματεύς· οἱ γὰρ ἀγοραῖοι τῷ κύφωνι μαστιγοῦνται. κυρίως δὲ κύ‐</w:t>
      </w:r>
    </w:p>
    <w:p>
      <w:r>
        <w:rPr>
          <w:rFonts w:ascii="Courier New" w:hAnsi="Courier New"/>
          <w:color w:val="555555"/>
          <w:sz w:val="20"/>
        </w:rPr>
        <w:t>[5]</w:t>
      </w:r>
    </w:p>
    <w:p>
      <w:r>
        <w:rPr>
          <w:rFonts w:ascii="Gentium Plus" w:hAnsi="Gentium Plus"/>
          <w:sz w:val="24"/>
        </w:rPr>
        <w:t>φων τὸ ξύλον καλεῖται.] Γραμματοφόρος. ὁ βιβλιαφόρος. καὶ οὐχὶ βι‐ βλιοφόρος. Γράσος. μωρός. κυρίως δὲ ὁ ἐν τοῖς τῶν προβά‐ των ἐρίοις συναγόμενος ῥύπος.</w:t>
      </w:r>
    </w:p>
    <w:p>
      <w:r>
        <w:rPr>
          <w:rFonts w:ascii="Courier New" w:hAnsi="Courier New"/>
          <w:color w:val="555555"/>
          <w:sz w:val="20"/>
        </w:rPr>
        <w:t>[10]</w:t>
      </w:r>
    </w:p>
    <w:p>
      <w:r>
        <w:rPr>
          <w:rFonts w:ascii="Gentium Plus" w:hAnsi="Gentium Plus"/>
          <w:sz w:val="24"/>
        </w:rPr>
        <w:t>Γραικοί. οἱ Ἕλληνες. ἀπὸ κώμης τινός. παρὰ τὸ ῥαῖσαι ῥαικὸς καὶ γραικός. καὶ γὰρ διὰ τὴν πολλὴν ἀνδρείαν οἱ Ἕλληνες οὕτως ἐκαλοῦντο. Γραιοσόβαι. οἱ ἀπὸ τῶν ἰχθύων ἀποσοβοῦντες τὰς γραΐδας, [ὡς] μὴ ἀγοράζειν. ἢ οἱ γραΐσι</w:t>
      </w:r>
    </w:p>
    <w:p>
      <w:r>
        <w:rPr>
          <w:rFonts w:ascii="Courier New" w:hAnsi="Courier New"/>
          <w:color w:val="555555"/>
          <w:sz w:val="20"/>
        </w:rPr>
        <w:t>[15]</w:t>
      </w:r>
    </w:p>
    <w:p>
      <w:r>
        <w:rPr>
          <w:rFonts w:ascii="Gentium Plus" w:hAnsi="Gentium Plus"/>
          <w:sz w:val="24"/>
        </w:rPr>
        <w:t>συγκοιμώμενοι πόρναις. σοβὰς γὰρ ἡ πόρνη. Γρήνικος. ποταμός. ἐν ἐκείνῳ γὰρ τῷ ποταμῷ οἱ Γραικοὶ τοὺς βαρβάρους ἐνίκησαν. Γρήτης. ὁ βυρσεύς. Γριπεύς. ὁ ἁλιεύς. παρὰ τὸν γρίπον τὸ δίκτυον</w:t>
      </w:r>
    </w:p>
    <w:p>
      <w:r>
        <w:rPr>
          <w:rFonts w:ascii="Courier New" w:hAnsi="Courier New"/>
          <w:color w:val="555555"/>
          <w:sz w:val="20"/>
        </w:rPr>
        <w:t>[20]</w:t>
      </w:r>
    </w:p>
    <w:p>
      <w:r>
        <w:rPr>
          <w:rFonts w:ascii="Gentium Plus" w:hAnsi="Gentium Plus"/>
          <w:sz w:val="24"/>
        </w:rPr>
        <w:t>παρωνύμως. Γρίπος. [τὸ δίκτυον.] παρὰ τὸ ἀγρεύειν, ἐνδείᾳ τοῦ α. τὸ αὐτὸ δὲ γρίφος καλεῖται, παρὰ τὸ γράφειν, ὅ ἐστι ξύειν. [ὁ τὴν γῆν ξύων, γρά‐ φος καὶ γρίφος.]</w:t>
      </w:r>
    </w:p>
    <w:p>
      <w:r>
        <w:rPr>
          <w:rFonts w:ascii="Courier New" w:hAnsi="Courier New"/>
          <w:color w:val="555555"/>
          <w:sz w:val="20"/>
        </w:rPr>
        <w:t>[25]</w:t>
      </w:r>
    </w:p>
    <w:p>
      <w:r>
        <w:rPr>
          <w:rFonts w:ascii="Gentium Plus" w:hAnsi="Gentium Plus"/>
          <w:sz w:val="24"/>
        </w:rPr>
        <w:t>Γρίντης. ὁ ὑβριστής. Γρῖφος. ὁ δύσκολος. καὶ τὸ δίκτυον ἢ ζήτημα καὶ αἴνιγμα δύσκολον. [τὰ εἰς φος δισύλλαβα</w:t>
      </w:r>
    </w:p>
    <w:p>
      <w:r>
        <w:rPr>
          <w:rFonts w:ascii="Courier New" w:hAnsi="Courier New"/>
          <w:color w:val="555555"/>
          <w:sz w:val="20"/>
        </w:rPr>
        <w:t>[gamma 452]</w:t>
      </w:r>
    </w:p>
    <w:p>
      <w:r>
        <w:rPr>
          <w:rFonts w:ascii="Gentium Plus" w:hAnsi="Gentium Plus"/>
          <w:sz w:val="24"/>
        </w:rPr>
        <w:t>οἷον λόφος, ζόφος, κέμφος. οὕτω καὶ γρῖφος. τὸ δὲ ῥοῦφος οὐκ ἔστιν Ἑλληνικὸν, ἀλλ’ Ἰτα‐ λικόν. μονογενῆ, διὰ τὸ κοῦφος. δισύλλαβα, διὰ τὸ φίλοιφος· σημαίνει δὲ τὸν φιλοσυνουσιαστήν.</w:t>
      </w:r>
    </w:p>
    <w:p>
      <w:r>
        <w:rPr>
          <w:rFonts w:ascii="Courier New" w:hAnsi="Courier New"/>
          <w:color w:val="555555"/>
          <w:sz w:val="20"/>
        </w:rPr>
        <w:t>[5]</w:t>
      </w:r>
    </w:p>
    <w:p>
      <w:r>
        <w:rPr>
          <w:rFonts w:ascii="Gentium Plus" w:hAnsi="Gentium Plus"/>
          <w:sz w:val="24"/>
        </w:rPr>
        <w:t>ἄλλως· πᾶσα λέξις ἀπὸ τῆς γρι συλλαβῆς ἀρ‐ χομένη διὰ τοῦ ι γράφεται, οἷον· γριντὶς, ὁ οὐρανός· γρῖνος, τὸ δέρμα· γρίσων, ὁ χοῖρος, καὶ ὄνομα δρομέως παρὰ Ἀριστοφάνει. τὸ δὲ Γρηνικὸς ἀπὸ τοῦ κρήνη γέγονε κρηνικὸς, καὶ</w:t>
      </w:r>
    </w:p>
    <w:p>
      <w:r>
        <w:rPr>
          <w:rFonts w:ascii="Courier New" w:hAnsi="Courier New"/>
          <w:color w:val="555555"/>
          <w:sz w:val="20"/>
        </w:rPr>
        <w:t>[10]</w:t>
      </w:r>
    </w:p>
    <w:p>
      <w:r>
        <w:rPr>
          <w:rFonts w:ascii="Gentium Plus" w:hAnsi="Gentium Plus"/>
          <w:sz w:val="24"/>
        </w:rPr>
        <w:t>γενόμενον κύριον ἐβαρύνθη τροπῇ τοῦ κ εἰς γ· ἢ ἀπὸ τοῦ γραικῶ καὶ τοῦ νικῶ Γραίνικος, καὶ μεταθέσει τοῦ αι εἰς η Γρήνικος.] Γριντής. ὁ οὐρανός. Γρῖνος. τὸ δέρμα.</w:t>
      </w:r>
    </w:p>
    <w:p>
      <w:r>
        <w:rPr>
          <w:rFonts w:ascii="Courier New" w:hAnsi="Courier New"/>
          <w:color w:val="555555"/>
          <w:sz w:val="20"/>
        </w:rPr>
        <w:t>[15]</w:t>
      </w:r>
    </w:p>
    <w:p>
      <w:r>
        <w:rPr>
          <w:rFonts w:ascii="Gentium Plus" w:hAnsi="Gentium Plus"/>
          <w:sz w:val="24"/>
        </w:rPr>
        <w:t>Γρίσσων. ὁ χοῖρος. καὶ ὄνομα δρομέως παρ’ Ἀριστοφάνει. Γρυνοί. κορμοὶ δρύϊνες. κατ’ ἐναλλαγὴν τοῦ δ εἰς γ. ἢ τὰ τῶν γερανδρύων ξύλα. Γρύλλος. ὁ χοῖρος.</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Γραμμή. μῆκος ἀπλατὲς, καὶ ἡ λεγομένη βαλ‐ βίς. Ἀριστοφάνης· πρόβαινε δὴ νῦν, ὦ θυμὲ, γραμμὴ δ’ αὑτηΐ. ἀντὶ τοῦ ἀρχή.</w:t>
      </w:r>
    </w:p>
    <w:p>
      <w:r>
        <w:rPr>
          <w:rFonts w:ascii="Courier New" w:hAnsi="Courier New"/>
          <w:color w:val="555555"/>
          <w:sz w:val="20"/>
        </w:rPr>
        <w:t>[25]</w:t>
      </w:r>
    </w:p>
    <w:p>
      <w:r>
        <w:rPr>
          <w:rFonts w:ascii="Gentium Plus" w:hAnsi="Gentium Plus"/>
          <w:sz w:val="24"/>
        </w:rPr>
        <w:t>Γραμματείας. ἐξαριθμήσεις. γραμματῆας δὲ τοὺς γραμματέας η. Γραπίς. ἡ ἐῤῥυτιδωμένη. ἀπὸ τοῦ καταγεγρά‐</w:t>
      </w:r>
    </w:p>
    <w:p>
      <w:r>
        <w:rPr>
          <w:rFonts w:ascii="Courier New" w:hAnsi="Courier New"/>
          <w:color w:val="555555"/>
          <w:sz w:val="20"/>
        </w:rPr>
        <w:t>[gamma 453]</w:t>
      </w:r>
    </w:p>
    <w:p>
      <w:r>
        <w:rPr>
          <w:rFonts w:ascii="Gentium Plus" w:hAnsi="Gentium Plus"/>
          <w:sz w:val="24"/>
        </w:rPr>
        <w:t>Γρᾶς. ἡ τῶν μασχαλῶν δυσωδία. λέγεται καὶ ἡ γράσος. Γραστίς. ἡ χλωρὰ κριθή. παρὰ τὸ γράω τὸ ἐσθίω. τούτου ὁ μέλλων γράσω.</w:t>
      </w:r>
    </w:p>
    <w:p>
      <w:r>
        <w:rPr>
          <w:rFonts w:ascii="Courier New" w:hAnsi="Courier New"/>
          <w:color w:val="555555"/>
          <w:sz w:val="20"/>
        </w:rPr>
        <w:t>[5]</w:t>
      </w:r>
    </w:p>
    <w:p>
      <w:r>
        <w:rPr>
          <w:rFonts w:ascii="Gentium Plus" w:hAnsi="Gentium Plus"/>
          <w:sz w:val="24"/>
        </w:rPr>
        <w:t>Γραυδής. λαμπὰς κατεσχισμένη καὶ κατεξυ‐ σμένη. παρὰ τὸ γράφω, ὃ σημαίνει τὸ ξύω. Γραῦς. καὶ κλίνεται γραός. ἔστι καὶ ἡ γραία, τῆς γραίας. [Εὐριπίδης· γραία, μὴ τρέσῃς—</w:t>
      </w:r>
    </w:p>
    <w:p>
      <w:r>
        <w:rPr>
          <w:rFonts w:ascii="Courier New" w:hAnsi="Courier New"/>
          <w:color w:val="555555"/>
          <w:sz w:val="20"/>
        </w:rPr>
        <w:t>[10]</w:t>
      </w:r>
    </w:p>
    <w:p>
      <w:r>
        <w:rPr>
          <w:rFonts w:ascii="Gentium Plus" w:hAnsi="Gentium Plus"/>
          <w:sz w:val="24"/>
        </w:rPr>
        <w:t>τὸ δὲ εἴρηται παρὰ τὸ ῥαίω, ῥαῦς καὶ γραῦς, ἡ κατεξυσμένη τὸ σῶμα. ἀπὸ δὲ τοῦ γραία γέγονε γραῒς, γραΐδος, γραιΐδιον, καὶ κατὰ συγ‐ κοπὴν τῶν δύο ιι γραίδιον, ἀπὸ τοῦ γραίω.] Γραφή. ζωγραφία, καὶ ἡ κατηγορία καὶ τὸ ἔγκλη‐</w:t>
      </w:r>
    </w:p>
    <w:p>
      <w:r>
        <w:rPr>
          <w:rFonts w:ascii="Courier New" w:hAnsi="Courier New"/>
          <w:color w:val="555555"/>
          <w:sz w:val="20"/>
        </w:rPr>
        <w:t>[15]</w:t>
      </w:r>
    </w:p>
    <w:p>
      <w:r>
        <w:rPr>
          <w:rFonts w:ascii="Gentium Plus" w:hAnsi="Gentium Plus"/>
          <w:sz w:val="24"/>
        </w:rPr>
        <w:t>μα. ἐξ οὗ καὶ γράφεται ἀντὶ τοῦ κατηγορεῖται. Γραμματική. λέξις διδάσκουσα ἡμᾶς τὰ νοού‐ μενα γράφειν, καὶ τὰ ὡς πρός τινα ἐμμέτρως καὶ εὐρύθμως πραγματευθέντα μετὰ κρίσεως διηγουμένη. ἢ τέχνη θεωρητικὴ καὶ λογικὴ, τὸ</w:t>
      </w:r>
    </w:p>
    <w:p>
      <w:r>
        <w:rPr>
          <w:rFonts w:ascii="Courier New" w:hAnsi="Courier New"/>
          <w:color w:val="555555"/>
          <w:sz w:val="20"/>
        </w:rPr>
        <w:t>[20]</w:t>
      </w:r>
    </w:p>
    <w:p>
      <w:r>
        <w:rPr>
          <w:rFonts w:ascii="Gentium Plus" w:hAnsi="Gentium Plus"/>
          <w:sz w:val="24"/>
        </w:rPr>
        <w:t>εὖ λέγειν καὶ τὸ εὖ πράττειν ἤγουν γράφειν δι‐ δάσκουσα ἡμᾶς· οὐ γὰρ πᾶς ὁ γράφων ἢ ὁ ἀνα‐ γινώσκων λέγεται γραμματικὸς, ἀλλ’ ὁ τὸν κανόνα καὶ τὸν ὅρον ἀποδιδούς. ἢ τέχνη λο‐ γικὴ περὶ τὰ ὀκτὼ μέρη τοῦ λόγου καταγινο‐</w:t>
      </w:r>
    </w:p>
    <w:p>
      <w:r>
        <w:rPr>
          <w:rFonts w:ascii="Courier New" w:hAnsi="Courier New"/>
          <w:color w:val="555555"/>
          <w:sz w:val="20"/>
        </w:rPr>
        <w:t>[25]</w:t>
      </w:r>
    </w:p>
    <w:p>
      <w:r>
        <w:rPr>
          <w:rFonts w:ascii="Gentium Plus" w:hAnsi="Gentium Plus"/>
          <w:sz w:val="24"/>
        </w:rPr>
        <w:t>μένη. ὀκτὼ δὲ μέρη τοῦ λόγου εἰσὶ ταῦτα· ὄνο‐</w:t>
      </w:r>
    </w:p>
    <w:p>
      <w:r>
        <w:rPr>
          <w:rFonts w:ascii="Courier New" w:hAnsi="Courier New"/>
          <w:color w:val="555555"/>
          <w:sz w:val="20"/>
        </w:rPr>
        <w:t>[gamma 454]</w:t>
      </w:r>
    </w:p>
    <w:p>
      <w:r>
        <w:rPr>
          <w:rFonts w:ascii="Gentium Plus" w:hAnsi="Gentium Plus"/>
          <w:sz w:val="24"/>
        </w:rPr>
        <w:t>μα· ῥῆμα· μετοχή· ἄρθρον· ἀντωνυμία· πρό‐ θεσις· ἐπίῤῥημα· σύνδεσμος. ἢ τέχνη τεχνῶν καὶ ἐπιστήμη ἐπιστημῶν. ἢ ἐμπειρία τῶν παρὰ ποιηταῖς τε καὶ συγγραφεῦσιν ὡς ἐπιπολὺ λε‐</w:t>
      </w:r>
    </w:p>
    <w:p>
      <w:r>
        <w:rPr>
          <w:rFonts w:ascii="Courier New" w:hAnsi="Courier New"/>
          <w:color w:val="555555"/>
          <w:sz w:val="20"/>
        </w:rPr>
        <w:t>[5]</w:t>
      </w:r>
    </w:p>
    <w:p>
      <w:r>
        <w:rPr>
          <w:rFonts w:ascii="Gentium Plus" w:hAnsi="Gentium Plus"/>
          <w:sz w:val="24"/>
        </w:rPr>
        <w:t>γομένων. τέλος δὲ γραμματικῆς τὸ μηδέποτε ἁμαρτάνειν μήτε περὶ μίαν λέξιν μήτε περὶ πλείονας· τὸ γὰρ ἁμαρτάνειν περὶ μίαν λέξιν βαρβαρισμός ἐστι· τὸ δὲ περὶ πλείονας σολοι‐ κισμός.</w:t>
      </w:r>
    </w:p>
    <w:p>
      <w:r>
        <w:rPr>
          <w:rFonts w:ascii="Courier New" w:hAnsi="Courier New"/>
          <w:color w:val="555555"/>
          <w:sz w:val="20"/>
        </w:rPr>
        <w:t>[10]</w:t>
      </w:r>
    </w:p>
    <w:p>
      <w:r>
        <w:rPr>
          <w:rFonts w:ascii="Gentium Plus" w:hAnsi="Gentium Plus"/>
          <w:sz w:val="24"/>
        </w:rPr>
        <w:t>Γρησίνη. πόλις Χεῤῥονήσου. Γρυμαία. ἡ σκευοθήκη. Γρυταί. ἐπισκευαί. Γρώνεια. πόλις Φωκίδος. Γρωνεὺς τὸ ἐθνικόν. Γρώνη. πέτρα τετρυπημένη καὶ κοίλη ἡ δεχο‐</w:t>
      </w:r>
    </w:p>
    <w:p>
      <w:r>
        <w:rPr>
          <w:rFonts w:ascii="Courier New" w:hAnsi="Courier New"/>
          <w:color w:val="555555"/>
          <w:sz w:val="20"/>
        </w:rPr>
        <w:t>[15]</w:t>
      </w:r>
    </w:p>
    <w:p>
      <w:r>
        <w:rPr>
          <w:rFonts w:ascii="Gentium Plus" w:hAnsi="Gentium Plus"/>
          <w:sz w:val="24"/>
        </w:rPr>
        <w:t>μένη τὰ σχοινία. Γρόμφις ἢ γρομφίς. ἡ παλαιὰ σκρόφα.</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Γράμμα. ὁ τόνος, ὁ χαρακτήρ· ἡ ἐπιστολή· αὐ‐ τὸ τὸ γράμμα· τὸ σύγγραμμα· τὸ ζωγράφημα·</w:t>
      </w:r>
    </w:p>
    <w:p>
      <w:r>
        <w:rPr>
          <w:rFonts w:ascii="Courier New" w:hAnsi="Courier New"/>
          <w:color w:val="555555"/>
          <w:sz w:val="20"/>
        </w:rPr>
        <w:t>[20]</w:t>
      </w:r>
    </w:p>
    <w:p>
      <w:r>
        <w:rPr>
          <w:rFonts w:ascii="Gentium Plus" w:hAnsi="Gentium Plus"/>
          <w:sz w:val="24"/>
        </w:rPr>
        <w:t>καὶ ἡ τῶν παίδων ἀγωγὴ, ἥτις περὶ ψήφους καὶ χαρακτῆρας τῶν στοιχείων γίνεται. Γράμματα. οἱ χαρακτῆρες τῶν στοιχείων παρὰ τὸ γράφεσθαι, ὅ ἐστι ξέεσθαι. Γράμμα πεζόν. τὸ Ἰουδαϊκὸν καὶ σκιῶδες, ὡς</w:t>
      </w:r>
    </w:p>
    <w:p>
      <w:r>
        <w:rPr>
          <w:rFonts w:ascii="Courier New" w:hAnsi="Courier New"/>
          <w:color w:val="555555"/>
          <w:sz w:val="20"/>
        </w:rPr>
        <w:t>[25]</w:t>
      </w:r>
    </w:p>
    <w:p>
      <w:r>
        <w:rPr>
          <w:rFonts w:ascii="Gentium Plus" w:hAnsi="Gentium Plus"/>
          <w:sz w:val="24"/>
        </w:rPr>
        <w:t>μὴ ἐπαγγελλόμενον βασιλείαν οὐρανῶν.</w:t>
      </w:r>
    </w:p>
    <w:p>
      <w:r>
        <w:rPr>
          <w:rFonts w:ascii="Courier New" w:hAnsi="Courier New"/>
          <w:color w:val="555555"/>
          <w:sz w:val="20"/>
        </w:rPr>
        <w:t>[gamma 455]</w:t>
      </w:r>
    </w:p>
    <w:p>
      <w:r>
        <w:rPr>
          <w:rFonts w:ascii="Gentium Plus" w:hAnsi="Gentium Plus"/>
          <w:sz w:val="24"/>
        </w:rPr>
        <w:t>Γράμματα, ὅτε γράφονται· διὰ τὸ τυποῦσθαι γραμμαῖς καὶ ξυσμοῖς. στοιχεῖα δὲ, ὅτε ἀναγι‐ νώσκονται. Γραμματείδιον καὶ γραμματεῖον. τὸ συμβό‐</w:t>
      </w:r>
    </w:p>
    <w:p>
      <w:r>
        <w:rPr>
          <w:rFonts w:ascii="Courier New" w:hAnsi="Courier New"/>
          <w:color w:val="555555"/>
          <w:sz w:val="20"/>
        </w:rPr>
        <w:t>[5]</w:t>
      </w:r>
    </w:p>
    <w:p>
      <w:r>
        <w:rPr>
          <w:rFonts w:ascii="Gentium Plus" w:hAnsi="Gentium Plus"/>
          <w:sz w:val="24"/>
        </w:rPr>
        <w:t>λαιον. Γραμμάτιον δὲ, τὸ μικρὸν γράμμα, ι. Γραμματείου. διδασκαλίου. [ἅτε προηγούμενος ἀνελπίστως, ἐκ τοῦ γραμματείου καὶ τῆς τοιαύ‐ της διαθέσεως πολὺς ἐπέπνει.]</w:t>
      </w:r>
    </w:p>
    <w:p>
      <w:r>
        <w:rPr>
          <w:rFonts w:ascii="Courier New" w:hAnsi="Courier New"/>
          <w:color w:val="555555"/>
          <w:sz w:val="20"/>
        </w:rPr>
        <w:t>[10]</w:t>
      </w:r>
    </w:p>
    <w:p>
      <w:r>
        <w:rPr>
          <w:rFonts w:ascii="Gentium Plus" w:hAnsi="Gentium Plus"/>
          <w:sz w:val="24"/>
        </w:rPr>
        <w:t>Γρῖφον. δύσκολον ἢ ζήτημα αἰνιγματῶδες. [ἔν‐ θεν καὶ τὸ κέρδος γρίπισμα φασὶ, παρὰ τὸ ἀγρεύειν, ὅ ἐστι ζητεῖν· ὅπερ παρακολουθεῖ τῇ ἄγρᾳ. λέγεται οὖν καὶ γρῖφος ἀρσενικῶς, τὸ δύσκολον αἴνιγμα. ἵστων γὰρ φιάλην, γέμου‐</w:t>
      </w:r>
    </w:p>
    <w:p>
      <w:r>
        <w:rPr>
          <w:rFonts w:ascii="Courier New" w:hAnsi="Courier New"/>
          <w:color w:val="555555"/>
          <w:sz w:val="20"/>
        </w:rPr>
        <w:t>[15]</w:t>
      </w:r>
    </w:p>
    <w:p>
      <w:r>
        <w:rPr>
          <w:rFonts w:ascii="Gentium Plus" w:hAnsi="Gentium Plus"/>
          <w:sz w:val="24"/>
        </w:rPr>
        <w:t>σαν οἴνων, καὶ ἔλεγον αἰνίγματα ἐν τοῖς συμ‐ ποσίοις ἀλλήλοις· καὶ εἰ ἐπελύσατο ὁ ἀπορη‐ θεὶς, ἔπινε τὸν οἶνον.] Γρίπισμα. ποτικὸν ζήτημα ἢ ἐπιτραπέζιον ᾆσμα. Γρῦ. τὸ βραχὺ, τὸ τυχόν. ἔνιοι δὲ τὸν ἀπὸ τῶν</w:t>
      </w:r>
    </w:p>
    <w:p>
      <w:r>
        <w:rPr>
          <w:rFonts w:ascii="Courier New" w:hAnsi="Courier New"/>
          <w:color w:val="555555"/>
          <w:sz w:val="20"/>
        </w:rPr>
        <w:t>[20]</w:t>
      </w:r>
    </w:p>
    <w:p>
      <w:r>
        <w:rPr>
          <w:rFonts w:ascii="Gentium Plus" w:hAnsi="Gentium Plus"/>
          <w:sz w:val="24"/>
        </w:rPr>
        <w:t>ὀνύχων ῥύπον ἢ εἶδος μικροῦ νομίσματος. Γρυπόν. καμπυλόῤῥινον. [ὀξύῤῥινον. γρυπὸν καὶ γρυπός. ῥὺβ ἐστὶ τὸ ἐπικαμπὲς παρὰ Αἰολεῦ‐ σιν, ἤτοι ῥαιβός· καὶ τροπῇ τοῦ β εἰς π, πλεο‐ νασμῷ τοῦ γ, γρυπός. ἢ παρὰ τὸ ῥέπω ῥεπὸς</w:t>
      </w:r>
    </w:p>
    <w:p>
      <w:r>
        <w:rPr>
          <w:rFonts w:ascii="Courier New" w:hAnsi="Courier New"/>
          <w:color w:val="555555"/>
          <w:sz w:val="20"/>
        </w:rPr>
        <w:t>[25]</w:t>
      </w:r>
    </w:p>
    <w:p>
      <w:r>
        <w:rPr>
          <w:rFonts w:ascii="Gentium Plus" w:hAnsi="Gentium Plus"/>
          <w:sz w:val="24"/>
        </w:rPr>
        <w:t>καὶ γρυπός· ἡ ἐφ’ ἑνὶ τῷ μέρει ῥέπουσα ῥίν.] Γράμμα πεζόν. ἡ βασιλικὴ κέλευσις. οὕτως ὁ θεόλογος· εἰς ὃν [οὐ] τὸ γράμμα εἰσάγει τὸ πεζόν.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Γράφεται. [ἀντὶ τοῦ] γράφει καὶ ἀντὶ τοῦ κα‐ τηγορεῖ. [γράφεσθαι καὶ τὸ ξύεσθαι, παρὰ τὸ γράπτω τὸ κοιλαίνω.]</w:t>
      </w:r>
    </w:p>
    <w:p>
      <w:r>
        <w:rPr>
          <w:rFonts w:ascii="Courier New" w:hAnsi="Courier New"/>
          <w:color w:val="555555"/>
          <w:sz w:val="20"/>
        </w:rPr>
        <w:t>[5]</w:t>
      </w:r>
    </w:p>
    <w:p>
      <w:r>
        <w:rPr>
          <w:rFonts w:ascii="Gentium Plus" w:hAnsi="Gentium Plus"/>
          <w:sz w:val="24"/>
        </w:rPr>
        <w:t>Γράψαι. κοιλάναι. διασκάψαι. Γράψομαι. κατηγορήσω. Ἀριστοφάνης· —γράψομαι Μήδοισιν αὐτὸν προδιδόναι τὴν Ἑλλάδα. Γριπίζω. τὸ κερδαίνω.</w:t>
      </w:r>
    </w:p>
    <w:p>
      <w:r>
        <w:rPr>
          <w:rFonts w:ascii="Courier New" w:hAnsi="Courier New"/>
          <w:color w:val="555555"/>
          <w:sz w:val="20"/>
        </w:rPr>
        <w:t>[10]</w:t>
      </w:r>
    </w:p>
    <w:p>
      <w:r>
        <w:rPr>
          <w:rFonts w:ascii="Gentium Plus" w:hAnsi="Gentium Plus"/>
          <w:sz w:val="24"/>
        </w:rPr>
        <w:t>Γριπεῦσαι. ἰχθῦς θηρεῦσαι. καὶ γριπεὺς ὁ ἁλιεὺς, καὶ γρῖφος τὸ δίκτυον. Γρύξαι. κράξαι. Γρύζω. θρηνῶ. καὶ τὸ τῇ φωνῇ ὑποκλέπτειν καὶ λαλεῖν.</w:t>
      </w:r>
    </w:p>
    <w:p>
      <w:r>
        <w:rPr>
          <w:rFonts w:ascii="Courier New" w:hAnsi="Courier New"/>
          <w:color w:val="555555"/>
          <w:sz w:val="20"/>
        </w:rPr>
        <w:t>[15]</w:t>
      </w:r>
    </w:p>
    <w:p>
      <w:r>
        <w:rPr>
          <w:rFonts w:ascii="Gentium Plus" w:hAnsi="Gentium Plus"/>
          <w:sz w:val="24"/>
        </w:rPr>
        <w:t>Γρυλλίζειν καὶ γρύζειν. ἐπὶ χοίρων. Γρυπανίζειν. σείεσθαι τὴν γῆν βαλλομένην ὑπὸ σεισμοῦ. Ἀντιφῶν· καίων γὰρ τὴν γῆν καὶ συντήκων γρυπάνων ποιεῖ. καὶ σεισμὸς γάρ φη‐ σι γέγονε καὶ ἔγρυπεν ἡ γῆ.</w:t>
      </w:r>
    </w:p>
    <w:p>
      <w:r>
        <w:rPr>
          <w:rFonts w:ascii="Courier New" w:hAnsi="Courier New"/>
          <w:color w:val="555555"/>
          <w:sz w:val="20"/>
        </w:rPr>
        <w:t>[20]</w:t>
      </w:r>
    </w:p>
    <w:p>
      <w:r>
        <w:rPr>
          <w:rFonts w:ascii="Gentium Plus" w:hAnsi="Gentium Plus"/>
          <w:sz w:val="24"/>
        </w:rPr>
        <w:t>Γρυπαίνειν. τὸ γρυποῦσθαι. οἷον ἐπὶ τῶν ἁπα‐ λῶν ξυλιφίων, ὅταν κάμψαντες ἀφῶμεν αὐτά. Γρυῶ. τὸ προσφωνῶ. Γρῶ. τὸ ἐσθίω. Γράφω. τὸ ἐπιστέλλω, μετὰ δοτικῆς. εἰ δὲ ση‐</w:t>
      </w:r>
    </w:p>
    <w:p>
      <w:r>
        <w:rPr>
          <w:rFonts w:ascii="Courier New" w:hAnsi="Courier New"/>
          <w:color w:val="555555"/>
          <w:sz w:val="20"/>
        </w:rPr>
        <w:t>[25]</w:t>
      </w:r>
    </w:p>
    <w:p>
      <w:r>
        <w:rPr>
          <w:rFonts w:ascii="Gentium Plus" w:hAnsi="Gentium Plus"/>
          <w:sz w:val="24"/>
        </w:rPr>
        <w:t>μαίνει τὸ κατηγορῶ, μετὰ αἰτιατικῆς.</w:t>
      </w:r>
    </w:p>
    <w:p>
      <w:pPr>
        <w:jc w:val="center"/>
      </w:pPr>
      <w:r>
        <w:rPr>
          <w:rFonts w:ascii="Gentium Plus" w:hAnsi="Gentium Plus"/>
          <w:b/>
          <w:sz w:val="24"/>
        </w:rPr>
        <w:t>Τὸ Γ μετὰ τοῦ Υ.</w:t>
      </w:r>
    </w:p>
    <w:p>
      <w:pPr>
        <w:jc w:val="center"/>
      </w:pPr>
      <w:r>
        <w:rPr>
          <w:rFonts w:ascii="Gentium Plus" w:hAnsi="Gentium Plus"/>
          <w:b/>
          <w:sz w:val="24"/>
        </w:rPr>
        <w:t>(Ἀρσενικόν.)</w:t>
      </w:r>
    </w:p>
    <w:p>
      <w:r>
        <w:rPr>
          <w:rFonts w:ascii="Courier New" w:hAnsi="Courier New"/>
          <w:color w:val="555555"/>
          <w:sz w:val="20"/>
        </w:rPr>
        <w:t>[28]</w:t>
      </w:r>
    </w:p>
    <w:p>
      <w:r>
        <w:rPr>
          <w:rFonts w:ascii="Gentium Plus" w:hAnsi="Gentium Plus"/>
          <w:sz w:val="24"/>
        </w:rPr>
        <w:t>Γύγης. κύριον. Γύγου δακτύλιος. ἐπὶ τῶν πολυμηχάνων καὶ</w:t>
      </w:r>
    </w:p>
    <w:p>
      <w:r>
        <w:rPr>
          <w:rFonts w:ascii="Courier New" w:hAnsi="Courier New"/>
          <w:color w:val="555555"/>
          <w:sz w:val="20"/>
        </w:rPr>
        <w:t>[30]</w:t>
      </w:r>
    </w:p>
    <w:p>
      <w:r>
        <w:rPr>
          <w:rFonts w:ascii="Gentium Plus" w:hAnsi="Gentium Plus"/>
          <w:sz w:val="24"/>
        </w:rPr>
        <w:t>πανούργων.</w:t>
      </w:r>
    </w:p>
    <w:p>
      <w:r>
        <w:rPr>
          <w:rFonts w:ascii="Courier New" w:hAnsi="Courier New"/>
          <w:color w:val="555555"/>
          <w:sz w:val="20"/>
        </w:rPr>
        <w:t>[gamma 457]</w:t>
      </w:r>
    </w:p>
    <w:p>
      <w:r>
        <w:rPr>
          <w:rFonts w:ascii="Gentium Plus" w:hAnsi="Gentium Plus"/>
          <w:sz w:val="24"/>
        </w:rPr>
        <w:t>Γύης. μέτρον γῆς, καὶ μέρος ἀρότρου. [Ὅμη‐ ρος ἐν συνθέσει πεντηκοντόγυον. καὶ Ἡσίο‐ δος, οἷον· πρίνου δὲ γύην, βόε—</w:t>
      </w:r>
    </w:p>
    <w:p>
      <w:r>
        <w:rPr>
          <w:rFonts w:ascii="Courier New" w:hAnsi="Courier New"/>
          <w:color w:val="555555"/>
          <w:sz w:val="20"/>
        </w:rPr>
        <w:t>[5]</w:t>
      </w:r>
    </w:p>
    <w:p>
      <w:r>
        <w:rPr>
          <w:rFonts w:ascii="Gentium Plus" w:hAnsi="Gentium Plus"/>
          <w:sz w:val="24"/>
        </w:rPr>
        <w:t>παρὰ τὸ γαῖα γίνεται γύη, ἵν’ ᾖ ἡ γύη, τῆς γύης· καὶ μεταχθείσης τῆς γενικῆς εἰς εὐθεῖαν γίνεται ὁ γύης, ὥσπερ ἡ ἀράχνη, τῆς ἀράχνης, καὶ ὁ ἀράχνης, τοῦ ἀράχνου.] Γυλιαύχενας. μακροτραχήλους.</w:t>
      </w:r>
    </w:p>
    <w:p>
      <w:r>
        <w:rPr>
          <w:rFonts w:ascii="Courier New" w:hAnsi="Courier New"/>
          <w:color w:val="555555"/>
          <w:sz w:val="20"/>
        </w:rPr>
        <w:t>[10]</w:t>
      </w:r>
    </w:p>
    <w:p>
      <w:r>
        <w:rPr>
          <w:rFonts w:ascii="Gentium Plus" w:hAnsi="Gentium Plus"/>
          <w:sz w:val="24"/>
        </w:rPr>
        <w:t>Γυμνῆται, [καὶ] γυμνῆτες. τάξεις πεζῶν. Γυμνός. ὁ ἄνευ ἱματίων. ὥσπερ παρὰ τὸ σκύ‐ ζω, τὸ ὀργίζομαι, γίνεται σκύμνος, [καὶ σέβω σεμνὸς, οὕτω καὶ κύπτω κυπτὸς καὶ γυμνός. ὁ γὰρ τοιοῦτος κύπτει, κρύπτων τὰ αἰδοῖα ὑπ’</w:t>
      </w:r>
    </w:p>
    <w:p>
      <w:r>
        <w:rPr>
          <w:rFonts w:ascii="Courier New" w:hAnsi="Courier New"/>
          <w:color w:val="555555"/>
          <w:sz w:val="20"/>
        </w:rPr>
        <w:t>[15]</w:t>
      </w:r>
    </w:p>
    <w:p>
      <w:r>
        <w:rPr>
          <w:rFonts w:ascii="Gentium Plus" w:hAnsi="Gentium Plus"/>
          <w:sz w:val="24"/>
        </w:rPr>
        <w:t>αἰδοῦς. ἢ παρὰ τὸ τὰ γυῖα μόνα ἔχειν, τουτ‐ έστι τὰ μέλη.] Γυμνοσοφισταί. οἱ φιλόσοφοι παρὰ Βαβυλωνίοις. Γύνις. μαλακός. γυναικώδης. ἀνδρόγυνος. παρὰ τὸ γυνὴ παρωνύμως. [ὡς δάφνη, Δαφνὶς, νύμ‐</w:t>
      </w:r>
    </w:p>
    <w:p>
      <w:r>
        <w:rPr>
          <w:rFonts w:ascii="Courier New" w:hAnsi="Courier New"/>
          <w:color w:val="555555"/>
          <w:sz w:val="20"/>
        </w:rPr>
        <w:t>[20]</w:t>
      </w:r>
    </w:p>
    <w:p>
      <w:r>
        <w:rPr>
          <w:rFonts w:ascii="Gentium Plus" w:hAnsi="Gentium Plus"/>
          <w:sz w:val="24"/>
        </w:rPr>
        <w:t>φη, νυμφίς· οὕτως γυνὴ, γύνις.] Γυναικώδεις. οἱ εὐνοῦχοι. Γυναικοϊέρακες. οἱ περὶ ἔρωτας ἐπτοημένοι. Γυναικίας. ὁ θηλυμανὴς ἀνήρ. Γυναιμανής. ὁ ἐπὶ γυναιξὶ μαινόμενος, ὁ ἀκό‐</w:t>
      </w:r>
    </w:p>
    <w:p>
      <w:r>
        <w:rPr>
          <w:rFonts w:ascii="Courier New" w:hAnsi="Courier New"/>
          <w:color w:val="555555"/>
          <w:sz w:val="20"/>
        </w:rPr>
        <w:t>[25]</w:t>
      </w:r>
    </w:p>
    <w:p>
      <w:r>
        <w:rPr>
          <w:rFonts w:ascii="Gentium Plus" w:hAnsi="Gentium Plus"/>
          <w:sz w:val="24"/>
        </w:rPr>
        <w:t>λαστος. Γυναιμανές. οὐκ ἀπὸ τῆς γύναι κλητικῆς ἔχει τὴν σύνθεσιν, ἀλλ’ ἀπὸ τῆς γενικῆς· τὰ γὰρ ἐκ δύο τελείων συντιθέμενα ὀνόματα, ἢ ἀπὸ εὐθείας συντίθεται, ὡς τὸ ζωὴ, ζωηφόρος, καὶ</w:t>
      </w:r>
    </w:p>
    <w:p>
      <w:r>
        <w:rPr>
          <w:rFonts w:ascii="Courier New" w:hAnsi="Courier New"/>
          <w:color w:val="555555"/>
          <w:sz w:val="20"/>
        </w:rPr>
        <w:t>[30]</w:t>
      </w:r>
    </w:p>
    <w:p>
      <w:r>
        <w:rPr>
          <w:rFonts w:ascii="Gentium Plus" w:hAnsi="Gentium Plus"/>
          <w:sz w:val="24"/>
        </w:rPr>
        <w:t>ἕως, ἑωσφόρος· ἢ ἀπὸ γενικῆς, οὐδεὶς οὐδενὸς, οὐδενόσωρα· ἢ ἀπὸ δοτικῆς, ὡς τὸ ἄρῃ, ἀρηΐφι‐</w:t>
      </w:r>
    </w:p>
    <w:p>
      <w:r>
        <w:rPr>
          <w:rFonts w:ascii="Courier New" w:hAnsi="Courier New"/>
          <w:color w:val="555555"/>
          <w:sz w:val="20"/>
        </w:rPr>
        <w:t>[gamma 458]</w:t>
      </w:r>
    </w:p>
    <w:p>
      <w:r>
        <w:rPr>
          <w:rFonts w:ascii="Gentium Plus" w:hAnsi="Gentium Plus"/>
          <w:sz w:val="24"/>
        </w:rPr>
        <w:t>μόνον δὲ ἀπὸ κλητικῆς οὐ γίνεται σύνθετον· ἐπειδὴ πᾶσα πτῶσις τριπρόσωπος ἐστὶν ἄνευ τῆς κλητικῆς. ἡ δὲ κλητικὴ αὐτοτελής ἐστι καὶ πολλάκις τέλειον λόγον ἀποπληροῖ, ὡς τό·</w:t>
      </w:r>
    </w:p>
    <w:p>
      <w:r>
        <w:rPr>
          <w:rFonts w:ascii="Courier New" w:hAnsi="Courier New"/>
          <w:color w:val="555555"/>
          <w:sz w:val="20"/>
        </w:rPr>
        <w:t>[5]</w:t>
      </w:r>
    </w:p>
    <w:p>
      <w:r>
        <w:rPr>
          <w:rFonts w:ascii="Gentium Plus" w:hAnsi="Gentium Plus"/>
          <w:sz w:val="24"/>
        </w:rPr>
        <w:t>ὦ μάκαρ Ἀτρείδη μοιριγενὲς ὀλβιόδαιμον. τὸ δὲ τέλειον μετὰ ἀτελοῦς οὐ συντίθεται. τὸ οὖν γυναιμανὲς ἀπὸ τῆς γυναικὸς λέγομεν γε‐ γενῆσθαι, γυναικομανὲς, καὶ ἐν συγκοπῇ γυ‐ ναιμανές. ἢ λέγομεν, ὥσπερ παρὰ τὸ τιμὴ γί‐</w:t>
      </w:r>
    </w:p>
    <w:p>
      <w:r>
        <w:rPr>
          <w:rFonts w:ascii="Courier New" w:hAnsi="Courier New"/>
          <w:color w:val="555555"/>
          <w:sz w:val="20"/>
        </w:rPr>
        <w:t>[10]</w:t>
      </w:r>
    </w:p>
    <w:p>
      <w:r>
        <w:rPr>
          <w:rFonts w:ascii="Gentium Plus" w:hAnsi="Gentium Plus"/>
          <w:sz w:val="24"/>
        </w:rPr>
        <w:t>νεται Τιμόθεος, οὕτως καὶ ἀπὸ τοῦ γυνὴ γυ‐ νομανὲς καὶ γυναιμανὲς, κατὰ μετάθεσιν τοῦ ο εἰς τὴν αι δίφθογγον, ὡς μεσοπόλιος, μεσαι‐ πόλιος, καὶ Κλυτομνήστρα, Κλυταιμνήστρα. Γύργαθος. τὸ δίκτυον.</w:t>
      </w:r>
    </w:p>
    <w:p>
      <w:r>
        <w:rPr>
          <w:rFonts w:ascii="Courier New" w:hAnsi="Courier New"/>
          <w:color w:val="555555"/>
          <w:sz w:val="20"/>
        </w:rPr>
        <w:t>[15]</w:t>
      </w:r>
    </w:p>
    <w:p>
      <w:r>
        <w:rPr>
          <w:rFonts w:ascii="Gentium Plus" w:hAnsi="Gentium Plus"/>
          <w:sz w:val="24"/>
        </w:rPr>
        <w:t>Γυρῖνοι. οἱ μικροὶ βάτραχοι. *παρὰ τὸ γυρὸν, τὸ περιφερές. τοιοῦτοι γὰρ καὶ οἱ μικροὶ βάτρα‐ χοι.* Ἀριστοφάνης· οἷον πατέρες βοῶσι γυρίνων. Γῦρος. κύκλος, στρογγύλος καὶ περιφερής.</w:t>
      </w:r>
    </w:p>
    <w:p>
      <w:r>
        <w:rPr>
          <w:rFonts w:ascii="Courier New" w:hAnsi="Courier New"/>
          <w:color w:val="555555"/>
          <w:sz w:val="20"/>
        </w:rPr>
        <w:t>[20]</w:t>
      </w:r>
    </w:p>
    <w:p>
      <w:r>
        <w:rPr>
          <w:rFonts w:ascii="Gentium Plus" w:hAnsi="Gentium Plus"/>
          <w:sz w:val="24"/>
        </w:rPr>
        <w:t>Γυμνός. τριχῶς ἐξηγεῖται τὸ γυμνὸς ἐπὶ τῆς τοῦ Ἀδὰμ γυμνότητος. γυμνὸς κατὰ τὴν ἁπλό‐ τητα τοῦ τρόπου· οὔπω γὰρ ἡ διπλόη ἐπετη‐ δεύθη καὶ ἡ πονηρία. γυμνὸς κατὰ τὴν ἄτεχνον ζωήν· ὕστερον γὰρ αἱ τέχναι εὑρέθησαν. γυμνὸς</w:t>
      </w:r>
    </w:p>
    <w:p>
      <w:r>
        <w:rPr>
          <w:rFonts w:ascii="Courier New" w:hAnsi="Courier New"/>
          <w:color w:val="555555"/>
          <w:sz w:val="20"/>
        </w:rPr>
        <w:t>[25]</w:t>
      </w:r>
    </w:p>
    <w:p>
      <w:r>
        <w:rPr>
          <w:rFonts w:ascii="Gentium Plus" w:hAnsi="Gentium Plus"/>
          <w:sz w:val="24"/>
        </w:rPr>
        <w:t>καὶ κατὰ τὰ ἄμφια· ὕστερον δὲ καὶ ταῦτα ἐπενοήθησαν.</w:t>
      </w:r>
    </w:p>
    <w:p>
      <w:pPr>
        <w:jc w:val="center"/>
      </w:pPr>
      <w:r>
        <w:rPr>
          <w:rFonts w:ascii="Gentium Plus" w:hAnsi="Gentium Plus"/>
          <w:b/>
          <w:sz w:val="24"/>
        </w:rPr>
        <w:t>(Θηλυκόν.)</w:t>
      </w:r>
    </w:p>
    <w:p>
      <w:r>
        <w:rPr>
          <w:rFonts w:ascii="Courier New" w:hAnsi="Courier New"/>
          <w:color w:val="555555"/>
          <w:sz w:val="20"/>
        </w:rPr>
        <w:t>[28]</w:t>
      </w:r>
    </w:p>
    <w:p>
      <w:r>
        <w:rPr>
          <w:rFonts w:ascii="Gentium Plus" w:hAnsi="Gentium Plus"/>
          <w:sz w:val="24"/>
        </w:rPr>
        <w:t>Γύαρος. νῆσος μία τῶν Σποράδων. λέγεται δὲ, ὅτι ἐν ταύτῃ οἱ μῦες ἤγουν οἱ ποντικοὶ διατρώγου‐</w:t>
      </w:r>
    </w:p>
    <w:p>
      <w:r>
        <w:rPr>
          <w:rFonts w:ascii="Courier New" w:hAnsi="Courier New"/>
          <w:color w:val="555555"/>
          <w:sz w:val="20"/>
        </w:rPr>
        <w:t>[30]</w:t>
      </w:r>
    </w:p>
    <w:p>
      <w:r>
        <w:rPr>
          <w:rFonts w:ascii="Gentium Plus" w:hAnsi="Gentium Plus"/>
          <w:sz w:val="24"/>
        </w:rPr>
        <w:t>σι τὸν σίδηρον.</w:t>
      </w:r>
    </w:p>
    <w:p>
      <w:r>
        <w:rPr>
          <w:rFonts w:ascii="Courier New" w:hAnsi="Courier New"/>
          <w:color w:val="555555"/>
          <w:sz w:val="20"/>
        </w:rPr>
        <w:t>[gamma 459]</w:t>
      </w:r>
    </w:p>
    <w:p>
      <w:r>
        <w:rPr>
          <w:rFonts w:ascii="Gentium Plus" w:hAnsi="Gentium Plus"/>
          <w:sz w:val="24"/>
        </w:rPr>
        <w:t>Γυμνῆτις. γυνὴ γυμνητεία. Γυμνασία. ἡ τριβή. Γυναίκισις. ἡ γυναικεία μίμησις. πρὶν τῆς ἑτέ‐ ρας γυναικίσεως δίκην δοῦναι. γυναικεία φύσις</w:t>
      </w:r>
    </w:p>
    <w:p>
      <w:r>
        <w:rPr>
          <w:rFonts w:ascii="Courier New" w:hAnsi="Courier New"/>
          <w:color w:val="555555"/>
          <w:sz w:val="20"/>
        </w:rPr>
        <w:t>[5]</w:t>
      </w:r>
    </w:p>
    <w:p>
      <w:r>
        <w:rPr>
          <w:rFonts w:ascii="Gentium Plus" w:hAnsi="Gentium Plus"/>
          <w:sz w:val="24"/>
        </w:rPr>
        <w:t>διφθόγγως. Γυνή. παρὰ τὸ γῶ, τὸ λαμβάνω καὶ δέχομαι, γίνεται γυνή· ἡ δεκτικὴ τοῦ σπέρματος. ἢ πα‐ ρὰ τὸ γόνω, τὸ τίκτω, γίνεται γονὴ καὶ τροπῇ τοῦ ο εἰς υ Αἰολικῶς γυνή. [ὡς ὅμοιον, ὕμοιον.</w:t>
      </w:r>
    </w:p>
    <w:p>
      <w:r>
        <w:rPr>
          <w:rFonts w:ascii="Courier New" w:hAnsi="Courier New"/>
          <w:color w:val="555555"/>
          <w:sz w:val="20"/>
        </w:rPr>
        <w:t>[10]</w:t>
      </w:r>
    </w:p>
    <w:p>
      <w:r>
        <w:rPr>
          <w:rFonts w:ascii="Gentium Plus" w:hAnsi="Gentium Plus"/>
          <w:sz w:val="24"/>
        </w:rPr>
        <w:t>τὸ δὲ γυνὴ ἄκλιτόν ἐστι· συστέλλει δὲ τὸ υ. εἰκότως οὖν ὡς μονῆρες ἄκλιτον ἔμεινεν. εὕρη‐ ται δὲ καὶ τὴν γυνήν. οἷον· ὡς ἄτοπόν ἐστι καὶ μητέρα εἶναι καὶ γυνήν.] Γυρίης. περιφεροῦς.</w:t>
      </w:r>
    </w:p>
    <w:p>
      <w:r>
        <w:rPr>
          <w:rFonts w:ascii="Courier New" w:hAnsi="Courier New"/>
          <w:color w:val="555555"/>
          <w:sz w:val="20"/>
        </w:rPr>
        <w:t>[15]</w:t>
      </w:r>
    </w:p>
    <w:p>
      <w:r>
        <w:rPr>
          <w:rFonts w:ascii="Gentium Plus" w:hAnsi="Gentium Plus"/>
          <w:sz w:val="24"/>
        </w:rPr>
        <w:t>Γυρινώ. ὄνομα κύριον. [παρὰ τὸ γύρινος Γυρι‐ νὼ, ὡς κάλλιστος Καλλιστὼ, καὶ κλέος Κλεὼ καὶ Κλειώ.] Γύψος. οἱονεὶ γύεψος τὶς οὖσα, ὅ ἐστιν ἡ ἑψε‐ θεῖσα γῆ.</w:t>
      </w:r>
    </w:p>
    <w:p>
      <w:r>
        <w:rPr>
          <w:rFonts w:ascii="Courier New" w:hAnsi="Courier New"/>
          <w:color w:val="555555"/>
          <w:sz w:val="20"/>
        </w:rPr>
        <w:t>[20]</w:t>
      </w:r>
    </w:p>
    <w:p>
      <w:r>
        <w:rPr>
          <w:rFonts w:ascii="Gentium Plus" w:hAnsi="Gentium Plus"/>
          <w:sz w:val="24"/>
        </w:rPr>
        <w:t>Γυιοκόρους. τὰς κατεσθιούσας τὰ μέλη μέχρι κό‐ ρου. Ἡσίοδος· καὶ γυιοκόρους μελεδῶνας.</w:t>
      </w:r>
    </w:p>
    <w:p>
      <w:pPr>
        <w:jc w:val="center"/>
      </w:pPr>
      <w:r>
        <w:rPr>
          <w:rFonts w:ascii="Gentium Plus" w:hAnsi="Gentium Plus"/>
          <w:b/>
          <w:sz w:val="24"/>
        </w:rPr>
        <w:t>(Οὐδέτερον.)</w:t>
      </w:r>
    </w:p>
    <w:p>
      <w:r>
        <w:rPr>
          <w:rFonts w:ascii="Courier New" w:hAnsi="Courier New"/>
          <w:color w:val="555555"/>
          <w:sz w:val="20"/>
        </w:rPr>
        <w:t>[24]</w:t>
      </w:r>
    </w:p>
    <w:p>
      <w:r>
        <w:rPr>
          <w:rFonts w:ascii="Gentium Plus" w:hAnsi="Gentium Plus"/>
          <w:sz w:val="24"/>
        </w:rPr>
        <w:t>Γύαλον. τὸ κοῖλον. οἷον·</w:t>
      </w:r>
    </w:p>
    <w:p>
      <w:r>
        <w:rPr>
          <w:rFonts w:ascii="Courier New" w:hAnsi="Courier New"/>
          <w:color w:val="555555"/>
          <w:sz w:val="20"/>
        </w:rPr>
        <w:t>[25]</w:t>
      </w:r>
    </w:p>
    <w:p>
      <w:r>
        <w:rPr>
          <w:rFonts w:ascii="Gentium Plus" w:hAnsi="Gentium Plus"/>
          <w:sz w:val="24"/>
        </w:rPr>
        <w:t>θώρηκος γύαλον. [παρὰ τὸ γῶ, τὸ χωρῶ καὶ λαμβάνω, γίνεται παράγωγον γύω, ἀφ’ οὗ γυὸν καὶ πλεονασμῷ τῆς αλ συλλαβῆς γύαλον. ὡς πτύω, πτύαλον.] Γυῖα. τὰ γόνατα καὶ τὰ λοιπὰ μέλη. κυρίως</w:t>
      </w:r>
    </w:p>
    <w:p>
      <w:r>
        <w:rPr>
          <w:rFonts w:ascii="Courier New" w:hAnsi="Courier New"/>
          <w:color w:val="555555"/>
          <w:sz w:val="20"/>
        </w:rPr>
        <w:t>[30]</w:t>
      </w:r>
    </w:p>
    <w:p>
      <w:r>
        <w:rPr>
          <w:rFonts w:ascii="Gentium Plus" w:hAnsi="Gentium Plus"/>
          <w:sz w:val="24"/>
        </w:rPr>
        <w:t>δὲ ἐπὶ τῶν ποδῶν λέγεται, παρὰ τὸ ἐπὶ τῆς</w:t>
      </w:r>
    </w:p>
    <w:p>
      <w:r>
        <w:rPr>
          <w:rFonts w:ascii="Courier New" w:hAnsi="Courier New"/>
          <w:color w:val="555555"/>
          <w:sz w:val="20"/>
        </w:rPr>
        <w:t>[gamma 460]</w:t>
      </w:r>
    </w:p>
    <w:p>
      <w:r>
        <w:rPr>
          <w:rFonts w:ascii="Gentium Plus" w:hAnsi="Gentium Plus"/>
          <w:sz w:val="24"/>
        </w:rPr>
        <w:t>γύης, ὅ ἐστι γῆς, ἰέναι· ἐπὶ ταύτης γὰρ βέβη‐ κε. καὶ ἡ πρώτη κίνησις τῶν ἀνθρώπων διὰ χειρῶν καὶ ποδῶν γίνεται. ἢ παρὰ τὸ τὴν γῆν γίνεται γήϊα καὶ τροπῇ τοῦ η εἰς υ γυῖα, ὡς</w:t>
      </w:r>
    </w:p>
    <w:p>
      <w:r>
        <w:rPr>
          <w:rFonts w:ascii="Courier New" w:hAnsi="Courier New"/>
          <w:color w:val="555555"/>
          <w:sz w:val="20"/>
        </w:rPr>
        <w:t>[5]</w:t>
      </w:r>
    </w:p>
    <w:p>
      <w:r>
        <w:rPr>
          <w:rFonts w:ascii="Gentium Plus" w:hAnsi="Gentium Plus"/>
          <w:sz w:val="24"/>
        </w:rPr>
        <w:t>ἁλμηρὸς, ἁλμυρός. [τάττεται δὲ καὶ ἐπὶ τῶν χειρῶν. οἷον· γυῖα δ’ ἔθηκεν ἐλαφρά—. γίνεται παρὰ τὸ γῶ, τὸ χωρῶ καὶ λαμβάνω, γύω καὶ γῦον. ὡς πτῶ πτύον, καὶ θῶ θύον. οἷον·</w:t>
      </w:r>
    </w:p>
    <w:p>
      <w:r>
        <w:rPr>
          <w:rFonts w:ascii="Courier New" w:hAnsi="Courier New"/>
          <w:color w:val="555555"/>
          <w:sz w:val="20"/>
        </w:rPr>
        <w:t>[10]</w:t>
      </w:r>
    </w:p>
    <w:p>
      <w:r>
        <w:rPr>
          <w:rFonts w:ascii="Gentium Plus" w:hAnsi="Gentium Plus"/>
          <w:sz w:val="24"/>
        </w:rPr>
        <w:t>κέδρου τ’ εὐκεάτου θύου τ’ ἀνὰ νῆσον ὀδώ‐ δει. καὶ πλεονασμῷ τοῦ ι γυῖον, ἵν’ ᾖ τὸ λαμβά‐ νον καὶ δεχόμενον. δύναται καὶ ἐπὶ τῶν μι‐ κρῶν παιδίων τάττεσθαι ἡ λέξις· ταῦτα γὰρ</w:t>
      </w:r>
    </w:p>
    <w:p>
      <w:r>
        <w:rPr>
          <w:rFonts w:ascii="Courier New" w:hAnsi="Courier New"/>
          <w:color w:val="555555"/>
          <w:sz w:val="20"/>
        </w:rPr>
        <w:t>[15]</w:t>
      </w:r>
    </w:p>
    <w:p>
      <w:r>
        <w:rPr>
          <w:rFonts w:ascii="Gentium Plus" w:hAnsi="Gentium Plus"/>
          <w:sz w:val="24"/>
        </w:rPr>
        <w:t>χερσὶ καὶ ποσὶ βαίνουσιν ἐπὶ τῆς γύης, ὅ ἐστι τῆς γῆς.] Γυμνάσια. κυνήγια· ἀλειπτήρια· λοῦτρα· ἢ ἱππι‐ κόν. τρία γυμνάσια τῆς Ἀττικῆς· Ἀκαδημία, Λύκειον, Κυνόσαργες.</w:t>
      </w:r>
    </w:p>
    <w:p>
      <w:r>
        <w:rPr>
          <w:rFonts w:ascii="Courier New" w:hAnsi="Courier New"/>
          <w:color w:val="555555"/>
          <w:sz w:val="20"/>
        </w:rPr>
        <w:t>[20]</w:t>
      </w:r>
    </w:p>
    <w:p>
      <w:r>
        <w:rPr>
          <w:rFonts w:ascii="Gentium Plus" w:hAnsi="Gentium Plus"/>
          <w:sz w:val="24"/>
        </w:rPr>
        <w:t>Γύλιον. ἀγγεῖον πλεκτὸν ἀπὸ φοινίκων. Γυπαρίοις. στενοῖς χωρίοις. φωλεαῖς· καλιαῖς. Γύῤῥον. κυρτὸν, στρογγύλον.</w:t>
      </w:r>
    </w:p>
    <w:p>
      <w:pPr>
        <w:jc w:val="center"/>
      </w:pPr>
      <w:r>
        <w:rPr>
          <w:rFonts w:ascii="Gentium Plus" w:hAnsi="Gentium Plus"/>
          <w:b/>
          <w:sz w:val="24"/>
        </w:rPr>
        <w:t>(Ῥῆμα.)</w:t>
      </w:r>
    </w:p>
    <w:p>
      <w:r>
        <w:rPr>
          <w:rFonts w:ascii="Courier New" w:hAnsi="Courier New"/>
          <w:color w:val="555555"/>
          <w:sz w:val="20"/>
        </w:rPr>
        <w:t>[24]</w:t>
      </w:r>
    </w:p>
    <w:p>
      <w:r>
        <w:rPr>
          <w:rFonts w:ascii="Gentium Plus" w:hAnsi="Gentium Plus"/>
          <w:sz w:val="24"/>
        </w:rPr>
        <w:t>Γυιώσω. βλάψω. γυιῶ· ἐξ οὗ καὶ τό·</w:t>
      </w:r>
    </w:p>
    <w:p>
      <w:r>
        <w:rPr>
          <w:rFonts w:ascii="Courier New" w:hAnsi="Courier New"/>
          <w:color w:val="555555"/>
          <w:sz w:val="20"/>
        </w:rPr>
        <w:t>[25]</w:t>
      </w:r>
    </w:p>
    <w:p>
      <w:r>
        <w:rPr>
          <w:rFonts w:ascii="Gentium Plus" w:hAnsi="Gentium Plus"/>
          <w:sz w:val="24"/>
        </w:rPr>
        <w:t>γυιώσω μὲν σφῶϊ. Γυμνητεύω. Γυμνάσαι. τὸ εἰς φῶς ἀγαγεῖν. Γυναικιζόμενος. θηλυνόμενος.</w:t>
      </w:r>
    </w:p>
    <w:p>
      <w:r>
        <w:rPr>
          <w:rFonts w:ascii="Courier New" w:hAnsi="Courier New"/>
          <w:color w:val="555555"/>
          <w:sz w:val="20"/>
        </w:rPr>
        <w:t>[gamma 461]</w:t>
      </w:r>
    </w:p>
    <w:p>
      <w:r>
        <w:rPr>
          <w:rFonts w:ascii="Gentium Plus" w:hAnsi="Gentium Plus"/>
          <w:sz w:val="24"/>
        </w:rPr>
        <w:t>Γυρῶσαι. φιαλῶσαι, περιφράξαι. παρὰ τὸ γύρον ποιεῖν ἐν τῷ περιφράσσειν. Γύμναζε. ἀντὶ τοῦ ἔθιζε. ὁ Ἀπόστολος· γύ‐ μναζε δὲ ἑαυτὸν πρὸς εὐσέβειαν.</w:t>
      </w:r>
    </w:p>
    <w:p>
      <w:pPr>
        <w:jc w:val="center"/>
      </w:pPr>
      <w:r>
        <w:rPr>
          <w:rFonts w:ascii="Gentium Plus" w:hAnsi="Gentium Plus"/>
          <w:b/>
          <w:sz w:val="24"/>
        </w:rPr>
        <w:t>Τὸ Γ μετὰ τοῦ Ω.</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[Γωβρύας. κύριον.] [Γωβάρης ἢ Γώβαρις. κύριον.] [Γώγης καὶ Γωγιδίσκος. κύρια.]</w:t>
      </w:r>
    </w:p>
    <w:p>
      <w:r>
        <w:rPr>
          <w:rFonts w:ascii="Courier New" w:hAnsi="Courier New"/>
          <w:color w:val="555555"/>
          <w:sz w:val="20"/>
        </w:rPr>
        <w:t>[10]</w:t>
      </w:r>
    </w:p>
    <w:p>
      <w:r>
        <w:rPr>
          <w:rFonts w:ascii="Gentium Plus" w:hAnsi="Gentium Plus"/>
          <w:sz w:val="24"/>
        </w:rPr>
        <w:t>[Γώδας. κύριον.] Γωλειός. φωλεὸς, σπήλαιον. Γώνυμος. ὁ φερώνυμος. Γωνιασμούς. ἀποφυγάς· ἀπαγωγάς. ἔδειξα του‐ τουσὶ ἐπὶ λεπτῶν κανόνων εἰσβολὰς, ἐπῶν δὲ</w:t>
      </w:r>
    </w:p>
    <w:p>
      <w:r>
        <w:rPr>
          <w:rFonts w:ascii="Courier New" w:hAnsi="Courier New"/>
          <w:color w:val="555555"/>
          <w:sz w:val="20"/>
        </w:rPr>
        <w:t>[15]</w:t>
      </w:r>
    </w:p>
    <w:p>
      <w:r>
        <w:rPr>
          <w:rFonts w:ascii="Gentium Plus" w:hAnsi="Gentium Plus"/>
          <w:sz w:val="24"/>
        </w:rPr>
        <w:t>γωνιασμούς. Γωρυτός. ἡ ξιφοθήκη. χωρυτός τις ὤν· τροπῇ τοῦ χ εἰς γ. εἰς ὃν χωροῦσι τὰ ῥυτά· τουτ‐ έστι τὰ τόξα. γράφεται καὶ ἡ γωρυτός. Γώγ. κύριον.</w:t>
      </w:r>
    </w:p>
    <w:p>
      <w:r>
        <w:rPr>
          <w:rFonts w:ascii="Courier New" w:hAnsi="Courier New"/>
          <w:color w:val="555555"/>
          <w:sz w:val="20"/>
        </w:rPr>
        <w:t>[20]</w:t>
      </w:r>
    </w:p>
    <w:p>
      <w:r>
        <w:rPr>
          <w:rFonts w:ascii="Gentium Plus" w:hAnsi="Gentium Plus"/>
          <w:sz w:val="24"/>
        </w:rPr>
        <w:t>[Γώυνος. κύριον.] Γωσίθρας· Γωβίας. κύρια.</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Γωβαρηνὴ καὶ Γωγώνη. κύρια. Γωνία. ἡ τοῦ οἴκου. καὶ γωνιασμός. γωνίᾳ πορθ‐</w:t>
      </w:r>
    </w:p>
    <w:p>
      <w:r>
        <w:rPr>
          <w:rFonts w:ascii="Courier New" w:hAnsi="Courier New"/>
          <w:color w:val="555555"/>
          <w:sz w:val="20"/>
        </w:rPr>
        <w:t>[25]</w:t>
      </w:r>
    </w:p>
    <w:p>
      <w:r>
        <w:rPr>
          <w:rFonts w:ascii="Gentium Plus" w:hAnsi="Gentium Plus"/>
          <w:sz w:val="24"/>
        </w:rPr>
        <w:t>μῶσαι, τὸ ἐν γωνίᾳ ὑπὸ τινὸς περανθῆναι. [γωνία παρὰ τὸ γόνυ. τὸ κτητικὸν γωνία, κατὰ ἔκτασιν τοῦ ο εἰς ω, ὅπερ ἐπικαμπεῖ τὲ καὶ κεκλασμένῳ σχήματι μεταπεποίηται. γω‐ νία τὸ νι ἰῶτα διατί; τὰ διὰ τοῦ εια θηλυκὰ</w:t>
      </w:r>
    </w:p>
    <w:p>
      <w:r>
        <w:rPr>
          <w:rFonts w:ascii="Courier New" w:hAnsi="Courier New"/>
          <w:color w:val="555555"/>
          <w:sz w:val="20"/>
        </w:rPr>
        <w:t>[30]</w:t>
      </w:r>
    </w:p>
    <w:p>
      <w:r>
        <w:rPr>
          <w:rFonts w:ascii="Gentium Plus" w:hAnsi="Gentium Plus"/>
          <w:sz w:val="24"/>
        </w:rPr>
        <w:t>μονογενῆ, πρὸ μιᾶς τὸν τόνον ἔχοντα, ὑπὲρ δύο συλλαβὰς, μὴ ὄντα ἀπὸ τῶν εἰς ευς ἢ ευω,</w:t>
      </w:r>
    </w:p>
    <w:p>
      <w:r>
        <w:rPr>
          <w:rFonts w:ascii="Courier New" w:hAnsi="Courier New"/>
          <w:color w:val="555555"/>
          <w:sz w:val="20"/>
        </w:rPr>
        <w:t>[gamma 462]</w:t>
      </w:r>
    </w:p>
    <w:p>
      <w:r>
        <w:rPr>
          <w:rFonts w:ascii="Gentium Plus" w:hAnsi="Gentium Plus"/>
          <w:sz w:val="24"/>
        </w:rPr>
        <w:t>γον, μήτε λεγόμενα καὶ εἰς ον οὐδέτερα, μήτε ἀπὸ παροξυτόνου κατὰ κρᾶσιν γινόμενα, μήτε κατὰ διάστασιν εὑρισκόμενα, μήτε ἀττικῶς ἐκ‐ τείνοντα τὸ α καὶ παροξυθέντα, διὰ τοῦ ι</w:t>
      </w:r>
    </w:p>
    <w:p>
      <w:r>
        <w:rPr>
          <w:rFonts w:ascii="Courier New" w:hAnsi="Courier New"/>
          <w:color w:val="555555"/>
          <w:sz w:val="20"/>
        </w:rPr>
        <w:t>[5]</w:t>
      </w:r>
    </w:p>
    <w:p>
      <w:r>
        <w:rPr>
          <w:rFonts w:ascii="Gentium Plus" w:hAnsi="Gentium Plus"/>
          <w:sz w:val="24"/>
        </w:rPr>
        <w:t>γράφονται. οἷον· ἀνία, ἀξία, μανία, ἠρεμία. πρόσκειται μονογενῆ, διὰ τὸ Πολυδευκεία χεὶρ καὶ Ἀγαμεμνονεία. ὁ Ἀγαμεμνόνειος γὰρ καὶ τὸ Ἀγαμεμνόνειον. πρόσκειται πρὸ μιᾶς τὸν τό‐ νον ἔχοντα, διὰ τὸ εὐσέβεια. πρόσκειται ὑπὲρ</w:t>
      </w:r>
    </w:p>
    <w:p>
      <w:r>
        <w:rPr>
          <w:rFonts w:ascii="Courier New" w:hAnsi="Courier New"/>
          <w:color w:val="555555"/>
          <w:sz w:val="20"/>
        </w:rPr>
        <w:t>[10]</w:t>
      </w:r>
    </w:p>
    <w:p>
      <w:r>
        <w:rPr>
          <w:rFonts w:ascii="Gentium Plus" w:hAnsi="Gentium Plus"/>
          <w:sz w:val="24"/>
        </w:rPr>
        <w:t>δύο συλλαβὰς, διὰ τὸ μνεία καὶ χρεία. πρόσκει‐ ται μὴ ἀπὸ τῶν εἰς ευς, μὴ ἀπὸ τῶν εἰς ευω, διὰ τὸ ταχὺς, ταχεῖα, δουλεύω, δουλεία. πρόσ‐ κειται μὴ σύνθετα, μὴ ἀπὸ ἁπλοῦ ἔχει τὴν ει δίφθογγον, ἐπειδὴ ἀπὸ τοῦ δεία, τοῦ σημαίνον‐</w:t>
      </w:r>
    </w:p>
    <w:p>
      <w:r>
        <w:rPr>
          <w:rFonts w:ascii="Courier New" w:hAnsi="Courier New"/>
          <w:color w:val="555555"/>
          <w:sz w:val="20"/>
        </w:rPr>
        <w:t>[15]</w:t>
      </w:r>
    </w:p>
    <w:p>
      <w:r>
        <w:rPr>
          <w:rFonts w:ascii="Gentium Plus" w:hAnsi="Gentium Plus"/>
          <w:sz w:val="24"/>
        </w:rPr>
        <w:t>τος τὴν ἔνδειαν, γέγονε σιτοδεία. πρόσκειται μὴ λεγόμενα εἰς ον οὐδέτερα, διὰ τὸ ἐλεγεῖον, ἐλεγεία. πρόσκειται μὴ κατὰ διάστασιν, διὰ τὸ ἀνδρεία τὸ ἐπὶ ἀρετῆς. τοῦτο ὁ μὲν Ἀπολ‐ λώνιος διὰ τοῦ ι γράφει, ὁ δὲ Ὦρος διὰ δι‐</w:t>
      </w:r>
    </w:p>
    <w:p>
      <w:r>
        <w:rPr>
          <w:rFonts w:ascii="Courier New" w:hAnsi="Courier New"/>
          <w:color w:val="555555"/>
          <w:sz w:val="20"/>
        </w:rPr>
        <w:t>[20]</w:t>
      </w:r>
    </w:p>
    <w:p>
      <w:r>
        <w:rPr>
          <w:rFonts w:ascii="Gentium Plus" w:hAnsi="Gentium Plus"/>
          <w:sz w:val="24"/>
        </w:rPr>
        <w:t>φθόγγου. εὕρηται γὰρ κατὰ διάστασιν, ἀν‐ δρεία. πρόσκειται μὴ ἀττικῶς ἐκτείνοντα τὸ α καὶ παροξυθέντα, ἐπειδὴ τὸ ἱέρεια καὶ εὔκλεια ἀττικῶς καταβιβάζει τὸν τόνον καὶ τὸ α ἐκτεί‐ νουσι. τοιοῦτον καὶ τὸ θυεία, ὃ σημαίνει τὴν</w:t>
      </w:r>
    </w:p>
    <w:p>
      <w:r>
        <w:rPr>
          <w:rFonts w:ascii="Courier New" w:hAnsi="Courier New"/>
          <w:color w:val="555555"/>
          <w:sz w:val="20"/>
        </w:rPr>
        <w:t>[25]</w:t>
      </w:r>
    </w:p>
    <w:p>
      <w:r>
        <w:rPr>
          <w:rFonts w:ascii="Gentium Plus" w:hAnsi="Gentium Plus"/>
          <w:sz w:val="24"/>
        </w:rPr>
        <w:t>ἴγδην. ἀττικῶς ἐκτείνοντες τὸ α, καὶ καταβι‐ βάσαντες τὸν τόνον, καὶ τὴν αὐτὴν γραφὴν ἐφύλαξαν. τὸ δὲ νωθεία, ἡ ἀργία, οὐκ ἔστιν ἀπὸ τοῦ νωθεύω· ἐκεῖνο γὰρ διὰ τοῦ ο μικροῦ· ἀλλ’ ἴσως ἀπὸ τοῦ νωθρὸς, νωθρεύω, νωθρεία,</w:t>
      </w:r>
    </w:p>
    <w:p>
      <w:r>
        <w:rPr>
          <w:rFonts w:ascii="Courier New" w:hAnsi="Courier New"/>
          <w:color w:val="555555"/>
          <w:sz w:val="20"/>
        </w:rPr>
        <w:t>[30]</w:t>
      </w:r>
    </w:p>
    <w:p>
      <w:r>
        <w:rPr>
          <w:rFonts w:ascii="Gentium Plus" w:hAnsi="Gentium Plus"/>
          <w:sz w:val="24"/>
        </w:rPr>
        <w:t>καὶ κατὰ ἀποβολὴν τοῦ ρ νωθεία.] *Γωλειά. ὁ φωλεός.*</w:t>
      </w:r>
    </w:p>
    <w:p>
      <w:pPr>
        <w:jc w:val="center"/>
      </w:pPr>
      <w:r>
        <w:rPr>
          <w:rFonts w:ascii="Gentium Plus" w:hAnsi="Gentium Plus"/>
          <w:b/>
          <w:sz w:val="24"/>
        </w:rPr>
        <w:t>(Ῥῆμα.)</w:t>
      </w:r>
    </w:p>
    <w:p>
      <w:r>
        <w:rPr>
          <w:rFonts w:ascii="Courier New" w:hAnsi="Courier New"/>
          <w:color w:val="555555"/>
          <w:sz w:val="20"/>
        </w:rPr>
        <w:t>[33]</w:t>
      </w:r>
    </w:p>
    <w:p>
      <w:r>
        <w:rPr>
          <w:rFonts w:ascii="Gentium Plus" w:hAnsi="Gentium Plus"/>
          <w:sz w:val="24"/>
        </w:rPr>
        <w:t>Γῶ. τὸ χωρῶ· καὶ λαμβάνω καὶ δέχομαι.</w:t>
      </w:r>
    </w:p>
    <w:p>
      <w:pPr>
        <w:jc w:val="center"/>
      </w:pPr>
      <w:r>
        <w:rPr>
          <w:rFonts w:ascii="Gentium Plus" w:hAnsi="Gentium Plus"/>
          <w:b/>
          <w:sz w:val="24"/>
        </w:rPr>
        <w:t>Δ.</w:t>
      </w:r>
    </w:p>
    <w:p>
      <w:pPr>
        <w:jc w:val="center"/>
      </w:pPr>
      <w:r>
        <w:rPr>
          <w:rFonts w:ascii="Gentium Plus" w:hAnsi="Gentium Plus"/>
          <w:b/>
          <w:sz w:val="24"/>
        </w:rPr>
        <w:t>Τὸ Δ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Δαβειρή. κύριον.</w:t>
      </w:r>
    </w:p>
    <w:p>
      <w:r>
        <w:rPr>
          <w:rFonts w:ascii="Courier New" w:hAnsi="Courier New"/>
          <w:color w:val="555555"/>
          <w:sz w:val="20"/>
        </w:rPr>
        <w:t>[5]</w:t>
      </w:r>
    </w:p>
    <w:p>
      <w:r>
        <w:rPr>
          <w:rFonts w:ascii="Gentium Plus" w:hAnsi="Gentium Plus"/>
          <w:sz w:val="24"/>
        </w:rPr>
        <w:t>Δαβήρ. τὰ ἅγια τῶν ἁγίων ὀνομάζει. Δαβαινίτης. ἀπὸ Δαβαίνης τόπου. Δαγίσθαιος. κύριον. Δαήμων. ἐπιστήμων, ἔμπειρος. [παρὰ τὸ δαίω, δαῶ, δαήσω, δεδάηκα, δεδάημαι, δαήμων.]</w:t>
      </w:r>
    </w:p>
    <w:p>
      <w:r>
        <w:rPr>
          <w:rFonts w:ascii="Courier New" w:hAnsi="Courier New"/>
          <w:color w:val="555555"/>
          <w:sz w:val="20"/>
        </w:rPr>
        <w:t>[10]</w:t>
      </w:r>
    </w:p>
    <w:p>
      <w:r>
        <w:rPr>
          <w:rFonts w:ascii="Gentium Plus" w:hAnsi="Gentium Plus"/>
          <w:sz w:val="24"/>
        </w:rPr>
        <w:t>Δαήρ. ἀνδράδελφος. [παρὰ τὸ δαίω. δαὴρ αὖτ’ ἐμὸς ἔσκε κυνώπιδος.] Δαΐφρων. συνετὸς, πολεμικός. παρὰ τὸ δαίω, τὸ μανθάνω καὶ γινώσκω. [ἵν’ ᾖ ὁ δεδαηκὼς φρόνησιν. ἢ παρὰ τὸ δα ἐπιτατικόν. ὁ δὲ πολε‐</w:t>
      </w:r>
    </w:p>
    <w:p>
      <w:r>
        <w:rPr>
          <w:rFonts w:ascii="Courier New" w:hAnsi="Courier New"/>
          <w:color w:val="555555"/>
          <w:sz w:val="20"/>
        </w:rPr>
        <w:t>[15]</w:t>
      </w:r>
    </w:p>
    <w:p>
      <w:r>
        <w:rPr>
          <w:rFonts w:ascii="Gentium Plus" w:hAnsi="Gentium Plus"/>
          <w:sz w:val="24"/>
        </w:rPr>
        <w:t>μικὸς παρὰ τὴν δαῒ δοτικὴν, ὃ σημαίνει τὴν μά‐ χην. ὁ τὰ περὶ τὸν πόλεμον φρονῶν.] Δαιτυμόνες. εὐωχηταὶ, ἀριστηταί. Δαιμόνιε. ἀντὶ τοῦ μακάριε. Δαιδαλόχειρ. ὁ ποικίλα καὶ ἐξαίσια ταῖς χερ‐</w:t>
      </w:r>
    </w:p>
    <w:p>
      <w:r>
        <w:rPr>
          <w:rFonts w:ascii="Courier New" w:hAnsi="Courier New"/>
          <w:color w:val="555555"/>
          <w:sz w:val="20"/>
        </w:rPr>
        <w:t>[20]</w:t>
      </w:r>
    </w:p>
    <w:p>
      <w:r>
        <w:rPr>
          <w:rFonts w:ascii="Gentium Plus" w:hAnsi="Gentium Plus"/>
          <w:sz w:val="24"/>
        </w:rPr>
        <w:t>σὶν ἐργαζόμενος. Δαίδαλος. ὁ ποικίλος. καὶ ὄνομα κύριον. ὃς ἦν πάνυ ποικιλτὴς καὶ ἐπινοήμων. παρὰ τὸ δαίω, τὸ μανθάνω ἢ τὸ ἐπίσταμαι, δαίαλος, ὁ ἐπι‐ στήμων, καὶ πλεονασμῷ τοῦ δ δαίδαλος. [ἐκ</w:t>
      </w:r>
    </w:p>
    <w:p>
      <w:r>
        <w:rPr>
          <w:rFonts w:ascii="Courier New" w:hAnsi="Courier New"/>
          <w:color w:val="555555"/>
          <w:sz w:val="20"/>
        </w:rPr>
        <w:t>[25]</w:t>
      </w:r>
    </w:p>
    <w:p>
      <w:r>
        <w:rPr>
          <w:rFonts w:ascii="Gentium Plus" w:hAnsi="Gentium Plus"/>
          <w:sz w:val="24"/>
        </w:rPr>
        <w:t>τούτου δαιδάλλω. τὸ δαιδάλειος ἀπὸ τοῦ δαιδά‐ λω. ἀπὸ τοῦ δαιδάλειος δὲ τὸ δαιδάλεον κατὰ</w:t>
      </w:r>
    </w:p>
    <w:p>
      <w:r>
        <w:rPr>
          <w:rFonts w:ascii="Courier New" w:hAnsi="Courier New"/>
          <w:color w:val="555555"/>
          <w:sz w:val="20"/>
        </w:rPr>
        <w:t>[delta 464]</w:t>
      </w:r>
    </w:p>
    <w:p>
      <w:r>
        <w:rPr>
          <w:rFonts w:ascii="Gentium Plus" w:hAnsi="Gentium Plus"/>
          <w:sz w:val="24"/>
        </w:rPr>
        <w:t>Δαιτρός. μεριστὴς, μάγειρος. παρὰ τὸ δαίω, τὸ μερίζω, δαιτρός. ἐξ οὗ καὶ τὸ δαιτρεύω. Δαίτωρ. ὄνομα κύριον. καὶ ὁ εὐωχητής. [παρὰ τὸ δαίω, τὸ μερίζω, δαίτωρ, ὡς πράξω πράκτωρ.]</w:t>
      </w:r>
    </w:p>
    <w:p>
      <w:r>
        <w:rPr>
          <w:rFonts w:ascii="Courier New" w:hAnsi="Courier New"/>
          <w:color w:val="555555"/>
          <w:sz w:val="20"/>
        </w:rPr>
        <w:t>[5]</w:t>
      </w:r>
    </w:p>
    <w:p>
      <w:r>
        <w:rPr>
          <w:rFonts w:ascii="Gentium Plus" w:hAnsi="Gentium Plus"/>
          <w:sz w:val="24"/>
        </w:rPr>
        <w:t>Δαιταλεῖς. οἱ δαιτυμόνες καὶ θιασῶται. Ἀριστο‐ φάνης. —ἐπιδείπνιον θέαν τοῖς δαιταλεῦσιν ὁ βασιλεὺς χαριζόμενος. Δάκες. οἱ Πατζινάκαι. Δακρυόεις καὶ δακρυόεσσα. ἀπὸ τοῦ δάκρυον.</w:t>
      </w:r>
    </w:p>
    <w:p>
      <w:r>
        <w:rPr>
          <w:rFonts w:ascii="Courier New" w:hAnsi="Courier New"/>
          <w:color w:val="555555"/>
          <w:sz w:val="20"/>
        </w:rPr>
        <w:t>[10]</w:t>
      </w:r>
    </w:p>
    <w:p>
      <w:r>
        <w:rPr>
          <w:rFonts w:ascii="Gentium Plus" w:hAnsi="Gentium Plus"/>
          <w:sz w:val="24"/>
        </w:rPr>
        <w:t>Δάκτυλοι. οἱ βάλανοι τοῦ φοίνικος. Δάκτυλος. παρὰ τὸ δράσσω, δράκτυλος τὶς ὤν. ἢ παρὰ τὸ δέχω, [δέξω,] δέδεχα, δέδεγμαι, δέ‐ δεκται, [δάκτυλος,] οἱ δεκτικοὶ ὄντες τῶν δι‐ δομένων. ἢ παρὰ τὸ δείκω, τὸ δεικνύω, δείκτυ‐</w:t>
      </w:r>
    </w:p>
    <w:p>
      <w:r>
        <w:rPr>
          <w:rFonts w:ascii="Courier New" w:hAnsi="Courier New"/>
          <w:color w:val="555555"/>
          <w:sz w:val="20"/>
        </w:rPr>
        <w:t>[15]</w:t>
      </w:r>
    </w:p>
    <w:p>
      <w:r>
        <w:rPr>
          <w:rFonts w:ascii="Gentium Plus" w:hAnsi="Gentium Plus"/>
          <w:sz w:val="24"/>
        </w:rPr>
        <w:t>λοι καὶ δάκτυλοι· δι’ αὐτῶν γὰρ ἡ δεῖξις γί‐ νεται. Δακτύλιος. ἡ σφραγίς. καὶ τὸν δακτύλιον αὐτοῦ περιελὼν ἐτύπωσεν ἐπιστολήν. ἀπὸ τοῦ παρὰ τὸν δάκτυλον ἰέναι. δακτύλιοι καὶ οἱ τετρυπη‐</w:t>
      </w:r>
    </w:p>
    <w:p>
      <w:r>
        <w:rPr>
          <w:rFonts w:ascii="Courier New" w:hAnsi="Courier New"/>
          <w:color w:val="555555"/>
          <w:sz w:val="20"/>
        </w:rPr>
        <w:t>[20]</w:t>
      </w:r>
    </w:p>
    <w:p>
      <w:r>
        <w:rPr>
          <w:rFonts w:ascii="Gentium Plus" w:hAnsi="Gentium Plus"/>
          <w:sz w:val="24"/>
        </w:rPr>
        <w:t>μένοι λίθοι, ἀφ’ οὗ τὰ ἀπόγεια σχοινία ἀνά‐ πτουσι. Δαλός. λαμπὰς ἢ ξύλον καιόμενον. παρὰ τὸ δαίω δαλὸς καὶ δαυλός. [ἢ παρὰ τὸ δαίω, δαί‐ σω, δαυλὸς, ὡς αὔω, αὔσω, αὐλός.]</w:t>
      </w:r>
    </w:p>
    <w:p>
      <w:r>
        <w:rPr>
          <w:rFonts w:ascii="Courier New" w:hAnsi="Courier New"/>
          <w:color w:val="555555"/>
          <w:sz w:val="20"/>
        </w:rPr>
        <w:t>[25]</w:t>
      </w:r>
    </w:p>
    <w:p>
      <w:r>
        <w:rPr>
          <w:rFonts w:ascii="Gentium Plus" w:hAnsi="Gentium Plus"/>
          <w:sz w:val="24"/>
        </w:rPr>
        <w:t>Δαμασίφρων. ὁ ἀπατῆσαι δυνάμενος. Πίνδαρος· δαμασίφρονα χρυσόν.</w:t>
      </w:r>
    </w:p>
    <w:p>
      <w:r>
        <w:rPr>
          <w:rFonts w:ascii="Courier New" w:hAnsi="Courier New"/>
          <w:color w:val="555555"/>
          <w:sz w:val="20"/>
        </w:rPr>
        <w:t>[delta 465]</w:t>
      </w:r>
    </w:p>
    <w:p>
      <w:r>
        <w:rPr>
          <w:rFonts w:ascii="Gentium Plus" w:hAnsi="Gentium Plus"/>
          <w:sz w:val="24"/>
        </w:rPr>
        <w:t>Δαμᾶς. κύριον. παρὰ τὸ δαμάσω μέλλοντα. [ὡς θαυμάσω, Θαυμᾶς.] Δάμασος. [κύριον.] παρὰ τὸ δαμάζω, δαμάσω, Δάμασος.</w:t>
      </w:r>
    </w:p>
    <w:p>
      <w:r>
        <w:rPr>
          <w:rFonts w:ascii="Courier New" w:hAnsi="Courier New"/>
          <w:color w:val="555555"/>
          <w:sz w:val="20"/>
        </w:rPr>
        <w:t>[5]</w:t>
      </w:r>
    </w:p>
    <w:p>
      <w:r>
        <w:rPr>
          <w:rFonts w:ascii="Gentium Plus" w:hAnsi="Gentium Plus"/>
          <w:sz w:val="24"/>
        </w:rPr>
        <w:t>Δαμάστωρ. ἐκ τοῦ δεδάμασται· ὡς τετέλεσται τελέστωρ. Δάμις. κύριον. παρὰ τὸ δῆμος γίνεται δῆμις καὶ δάμις. [ὡς ἀπὸ τῆς δουρὸς γενικῆς Δοῦρις.] Δανιήλ. κύριον. διάκρισις ἑρμηνεύεται.</w:t>
      </w:r>
    </w:p>
    <w:p>
      <w:r>
        <w:rPr>
          <w:rFonts w:ascii="Courier New" w:hAnsi="Courier New"/>
          <w:color w:val="555555"/>
          <w:sz w:val="20"/>
        </w:rPr>
        <w:t>[10]</w:t>
      </w:r>
    </w:p>
    <w:p>
      <w:r>
        <w:rPr>
          <w:rFonts w:ascii="Gentium Plus" w:hAnsi="Gentium Plus"/>
          <w:sz w:val="24"/>
        </w:rPr>
        <w:t>Δαναοί. οἱ Ἕλληνες. ἀπὸ τοῦ Δαναοῦ ἢ ἀπὸ Δάνου τοῦ βασιλέως. Δασμολόγοι. φορολόγοι, ἀπαιτηταί. Δασμός. ὁ μερισμός. παρὰ τὸ δάζω· ὡς σκεδά‐ ζω σπεδασμός.</w:t>
      </w:r>
    </w:p>
    <w:p>
      <w:r>
        <w:rPr>
          <w:rFonts w:ascii="Courier New" w:hAnsi="Courier New"/>
          <w:color w:val="555555"/>
          <w:sz w:val="20"/>
        </w:rPr>
        <w:t>[15]</w:t>
      </w:r>
    </w:p>
    <w:p>
      <w:r>
        <w:rPr>
          <w:rFonts w:ascii="Gentium Plus" w:hAnsi="Gentium Plus"/>
          <w:sz w:val="24"/>
        </w:rPr>
        <w:t>Δάσκιος. πολύσκιος. παρὰ τὸ δα ἐπιτατικὸν μόριον. Δασύλλιος. ὁ Διόνυσος. παρὰ τὸ δασύνειν τὰς ἀμπέλους. Δατηταί. οἱ διανεμηταί. ἐκ τοῦ δασῶ καὶ δα‐</w:t>
      </w:r>
    </w:p>
    <w:p>
      <w:r>
        <w:rPr>
          <w:rFonts w:ascii="Courier New" w:hAnsi="Courier New"/>
          <w:color w:val="555555"/>
          <w:sz w:val="20"/>
        </w:rPr>
        <w:t>[20]</w:t>
      </w:r>
    </w:p>
    <w:p>
      <w:r>
        <w:rPr>
          <w:rFonts w:ascii="Gentium Plus" w:hAnsi="Gentium Plus"/>
          <w:sz w:val="24"/>
        </w:rPr>
        <w:t>τούμεθα, ὃ σημαίνει τὸ μεριζόμεθα. [οἷον· —χθόνα ποσὶ δατεῦντο. καί· δατευόμεθα ληΐδ’ Ἀχαιοί. ἀπὸ τοῦ δαίω, τὸ μερίζω, ἀφ’ οὗ τὸ δάζω καὶ</w:t>
      </w:r>
    </w:p>
    <w:p>
      <w:r>
        <w:rPr>
          <w:rFonts w:ascii="Courier New" w:hAnsi="Courier New"/>
          <w:color w:val="555555"/>
          <w:sz w:val="20"/>
        </w:rPr>
        <w:t>[25]</w:t>
      </w:r>
    </w:p>
    <w:p>
      <w:r>
        <w:rPr>
          <w:rFonts w:ascii="Gentium Plus" w:hAnsi="Gentium Plus"/>
          <w:sz w:val="24"/>
        </w:rPr>
        <w:t>δάσω, γίνεται δαστὸς, δαστῶ, καὶ ἐνδείᾳ τοῦ ς δατῶ· ἐκ τοῦ δατῶ δατήσω, δεδάτηκα, δε‐ δάτημαι, δατητὴς, καὶ κλίνεται δατητοῦ.] Δάτις. κύριον. ὃς Πέρσης ὢν ἐπετήδευσεν ἑλ‐ ληνίζειν· ὃν λέγουσι φάναι χαίρομαι ἀντὶ τοῦ</w:t>
      </w:r>
    </w:p>
    <w:p>
      <w:r>
        <w:rPr>
          <w:rFonts w:ascii="Courier New" w:hAnsi="Courier New"/>
          <w:color w:val="555555"/>
          <w:sz w:val="20"/>
        </w:rPr>
        <w:t>[30]</w:t>
      </w:r>
    </w:p>
    <w:p>
      <w:r>
        <w:rPr>
          <w:rFonts w:ascii="Gentium Plus" w:hAnsi="Gentium Plus"/>
          <w:sz w:val="24"/>
        </w:rPr>
        <w:t>χαίρω.</w:t>
      </w:r>
    </w:p>
    <w:p>
      <w:r>
        <w:rPr>
          <w:rFonts w:ascii="Courier New" w:hAnsi="Courier New"/>
          <w:color w:val="555555"/>
          <w:sz w:val="20"/>
        </w:rPr>
        <w:t>[delta 466]</w:t>
      </w:r>
    </w:p>
    <w:p>
      <w:r>
        <w:rPr>
          <w:rFonts w:ascii="Gentium Plus" w:hAnsi="Gentium Plus"/>
          <w:sz w:val="24"/>
        </w:rPr>
        <w:t>Δαυίδ. κύριον. ἑρμηνεύεται πεποθημένος, ἢ ἐξου‐ θενημένος, ἢ ἱκανὸς χειρί. ἐφιλεῖτο γὰρ τῷ θεῷ ὁ προφήτης, λέγοντι· εὗρον Δαυὶδ [τὸν τοῦ Ἰσσαὶ, ἄνδρα κατὰ τὴν καρδίαν μου. ἐξου‐</w:t>
      </w:r>
    </w:p>
    <w:p>
      <w:r>
        <w:rPr>
          <w:rFonts w:ascii="Courier New" w:hAnsi="Courier New"/>
          <w:color w:val="555555"/>
          <w:sz w:val="20"/>
        </w:rPr>
        <w:t>[5]</w:t>
      </w:r>
    </w:p>
    <w:p>
      <w:r>
        <w:rPr>
          <w:rFonts w:ascii="Gentium Plus" w:hAnsi="Gentium Plus"/>
          <w:sz w:val="24"/>
        </w:rPr>
        <w:t>θενεῖτο δὲ τοῖς περὶ τὸν Σαοὺλ καὶ τοῖς] ἀδελφοῖς. ἱκανὸς δὲ ἦν τῇ χειρὶ, ὡς ἐν πολέ‐ μοις ἔχων τὸ πρακτικὸν καὶ δραστήριον. Δαυλός. παρὰ τὸν δαίσω μέλλοντα, δαιλὸς καὶ τροπῇ τοῦ ι εἰς υ δαυλός.</w:t>
      </w:r>
    </w:p>
    <w:p>
      <w:r>
        <w:rPr>
          <w:rFonts w:ascii="Courier New" w:hAnsi="Courier New"/>
          <w:color w:val="555555"/>
          <w:sz w:val="20"/>
        </w:rPr>
        <w:t>[10]</w:t>
      </w:r>
    </w:p>
    <w:p>
      <w:r>
        <w:rPr>
          <w:rFonts w:ascii="Gentium Plus" w:hAnsi="Gentium Plus"/>
          <w:sz w:val="24"/>
        </w:rPr>
        <w:t>Δαῦλος. ὁ δασύς. παρὰ τὸ δάσος γίνεται δασῶ ῥῆμα, ὡς τεῖχος, τειχῶ· ἀφ’ οὗ Πίνδαρος τετείχηται. καὶ κατὰ παραγωγὴν δασαύνω· ὡς χρῶ χραύω, καὶ ψῶ ψαύω· εἶτα κατὰ συγκο‐ πὴν δαύω, ὁ μέλλων δαύσω. καὶ ὡς παύσω γί‐</w:t>
      </w:r>
    </w:p>
    <w:p>
      <w:r>
        <w:rPr>
          <w:rFonts w:ascii="Courier New" w:hAnsi="Courier New"/>
          <w:color w:val="555555"/>
          <w:sz w:val="20"/>
        </w:rPr>
        <w:t>[15]</w:t>
      </w:r>
    </w:p>
    <w:p>
      <w:r>
        <w:rPr>
          <w:rFonts w:ascii="Gentium Plus" w:hAnsi="Gentium Plus"/>
          <w:sz w:val="24"/>
        </w:rPr>
        <w:t>νεται Παῦλος, οὕτως καὶ δαύσω δαῦλος, ὁ δασύς.] Δαφοινός. ὁ ἄγαν φόνιος ἢ πυρὸς κατὰ νῶτα. δαφοινὴν ἀσπίδα. παρὰ τὸ δαίω τὸ καίω. [ἢ παρὰ τὸ δα καὶ τὸ φόνος.]</w:t>
      </w:r>
    </w:p>
    <w:p>
      <w:r>
        <w:rPr>
          <w:rFonts w:ascii="Courier New" w:hAnsi="Courier New"/>
          <w:color w:val="555555"/>
          <w:sz w:val="20"/>
        </w:rPr>
        <w:t>[20]</w:t>
      </w:r>
    </w:p>
    <w:p>
      <w:r>
        <w:rPr>
          <w:rFonts w:ascii="Gentium Plus" w:hAnsi="Gentium Plus"/>
          <w:sz w:val="24"/>
        </w:rPr>
        <w:t>Δαψιλέστατος. πολυτελέστατος, πλουσιώτα‐ τος. [λέγεται καὶ ἐπὶ ῥευμάτων καὶ ἐπὶ μεγα‐ λοψυχούντων.] Δαγών. εἴδωλον ὑπὸ τῶν ἀλλοφύλων θεραπευό‐ μενον, ᾧ τὴν κιβωτὸν λαβόντες ἀνέθεσαν.</w:t>
      </w:r>
    </w:p>
    <w:p>
      <w:r>
        <w:rPr>
          <w:rFonts w:ascii="Courier New" w:hAnsi="Courier New"/>
          <w:color w:val="555555"/>
          <w:sz w:val="20"/>
        </w:rPr>
        <w:t>[25]</w:t>
      </w:r>
    </w:p>
    <w:p>
      <w:r>
        <w:rPr>
          <w:rFonts w:ascii="Gentium Plus" w:hAnsi="Gentium Plus"/>
          <w:sz w:val="24"/>
        </w:rPr>
        <w:t>Δαξισμός. .... Δαμασκός. πόλις Συρίας, παρὰ τὸν Ἀντιλίβα‐ νον. [εἴρηται, ὅτι Δαμᾶς, στρατεύων μετὰ Διο‐ νύσου, ἐκεῖσε σκηνὴν πηξάμενος, ἱδρύσατο Συ‐ ρίας θεοῦ ξόανον. ἡ Δαμᾶ σκηνὴ, Δαμασκός.</w:t>
      </w:r>
    </w:p>
    <w:p>
      <w:r>
        <w:rPr>
          <w:rFonts w:ascii="Courier New" w:hAnsi="Courier New"/>
          <w:color w:val="555555"/>
          <w:sz w:val="20"/>
        </w:rPr>
        <w:t>[30]</w:t>
      </w:r>
    </w:p>
    <w:p>
      <w:r>
        <w:rPr>
          <w:rFonts w:ascii="Gentium Plus" w:hAnsi="Gentium Plus"/>
          <w:sz w:val="24"/>
        </w:rPr>
        <w:t>ἢ ὅτι εἷς τῶν γιγάντων, Ἀσκὸς ὄνομα, ἅμα</w:t>
      </w:r>
    </w:p>
    <w:p>
      <w:r>
        <w:rPr>
          <w:rFonts w:ascii="Courier New" w:hAnsi="Courier New"/>
          <w:color w:val="555555"/>
          <w:sz w:val="20"/>
        </w:rPr>
        <w:t>[delta 467]</w:t>
      </w:r>
    </w:p>
    <w:p>
      <w:r>
        <w:rPr>
          <w:rFonts w:ascii="Gentium Plus" w:hAnsi="Gentium Plus"/>
          <w:sz w:val="24"/>
        </w:rPr>
        <w:t>ταμῷ. ἐφονεύθη δὲ ὑπὸ Ἑρμοῦ οὗτος, καὶ Ἀσκὸς ἐδάρη, καὶ ἐκεῖ ἐτάφη. καὶ ἐκ τούτου ἡ πόλις Δαμασκὸς ἐκλήθη. καὶ τὰ οἰνοδόχα δὲ δέρματα ἀσκοὺς καλοῦσι. λέγεται καὶ ἡ Δα‐</w:t>
      </w:r>
    </w:p>
    <w:p>
      <w:r>
        <w:rPr>
          <w:rFonts w:ascii="Courier New" w:hAnsi="Courier New"/>
          <w:color w:val="555555"/>
          <w:sz w:val="20"/>
        </w:rPr>
        <w:t>[5]</w:t>
      </w:r>
    </w:p>
    <w:p>
      <w:r>
        <w:rPr>
          <w:rFonts w:ascii="Gentium Plus" w:hAnsi="Gentium Plus"/>
          <w:sz w:val="24"/>
        </w:rPr>
        <w:t>μασκός.] *Δαμασκὸς Ἐλιέζερ. ἀντὶ τοῦ Δαμασκηνός.* Δάρης. κύριον. παρὰ τὸ δέρω τὸ ἐκδέρω. ἱερεὺς γὰρ ἦν. Δαφνών. παρὰ τὸ δάφνη. τὸ δὲ δάφνη παρὰ τὸ</w:t>
      </w:r>
    </w:p>
    <w:p>
      <w:r>
        <w:rPr>
          <w:rFonts w:ascii="Courier New" w:hAnsi="Courier New"/>
          <w:color w:val="555555"/>
          <w:sz w:val="20"/>
        </w:rPr>
        <w:t>[10]</w:t>
      </w:r>
    </w:p>
    <w:p>
      <w:r>
        <w:rPr>
          <w:rFonts w:ascii="Gentium Plus" w:hAnsi="Gentium Plus"/>
          <w:sz w:val="24"/>
        </w:rPr>
        <w:t>δαίω τὸ καίω. [ἡ φωνοῦσα ἐν τῷ καίεσθαι.]</w:t>
      </w:r>
    </w:p>
    <w:p>
      <w:pPr>
        <w:jc w:val="center"/>
      </w:pPr>
      <w:r>
        <w:rPr>
          <w:rFonts w:ascii="Gentium Plus" w:hAnsi="Gentium Plus"/>
          <w:b/>
          <w:sz w:val="24"/>
        </w:rPr>
        <w:t>(Θηλυκόν.)</w:t>
      </w:r>
    </w:p>
    <w:p>
      <w:r>
        <w:rPr>
          <w:rFonts w:ascii="Courier New" w:hAnsi="Courier New"/>
          <w:color w:val="555555"/>
          <w:sz w:val="20"/>
        </w:rPr>
        <w:t>[12]</w:t>
      </w:r>
    </w:p>
    <w:p>
      <w:r>
        <w:rPr>
          <w:rFonts w:ascii="Gentium Plus" w:hAnsi="Gentium Plus"/>
          <w:sz w:val="24"/>
        </w:rPr>
        <w:t>Δαΐς. ἡ μάχη. [παρὰ τὸ δαίω, ὁ μέλλων δαίσω, ἀποβολῇ τοῦ ω δαὶς, καὶ κατὰ διάλυσιν δαΐς. ἐν δαῒ λυγρῇ. ἢ παρὰ τὸ δαίω τὸ κόπτω, κατὰ</w:t>
      </w:r>
    </w:p>
    <w:p>
      <w:r>
        <w:rPr>
          <w:rFonts w:ascii="Courier New" w:hAnsi="Courier New"/>
          <w:color w:val="555555"/>
          <w:sz w:val="20"/>
        </w:rPr>
        <w:t>[15]</w:t>
      </w:r>
    </w:p>
    <w:p>
      <w:r>
        <w:rPr>
          <w:rFonts w:ascii="Gentium Plus" w:hAnsi="Gentium Plus"/>
          <w:sz w:val="24"/>
        </w:rPr>
        <w:t>διάλυσιν δαΐω, πλεονασμῷ τοῦ ζ δαΐζω, ὁ μέλλων δαΐσω, ἀποβολῇ τοῦ ω δαΐς.] [Δαΐαν ὁδόν. ἀγωνιστικήν· ἔμπειρον. ἀπὸ τοῦ δαῆναι, ὅ ἐστι μαθεῖν.] Δᾷδα. λαμπάδα.</w:t>
      </w:r>
    </w:p>
    <w:p>
      <w:r>
        <w:rPr>
          <w:rFonts w:ascii="Courier New" w:hAnsi="Courier New"/>
          <w:color w:val="555555"/>
          <w:sz w:val="20"/>
        </w:rPr>
        <w:t>[20]</w:t>
      </w:r>
    </w:p>
    <w:p>
      <w:r>
        <w:rPr>
          <w:rFonts w:ascii="Gentium Plus" w:hAnsi="Gentium Plus"/>
          <w:sz w:val="24"/>
        </w:rPr>
        <w:t>Δακρυόεσσα. ἀπὸ τοῦ δάκρυον. Δάβα. πόλις. Δαίς. ἡ εὐωχία. Δαιτίς. τόπος ἐν Ἐφέσῳ. [εἴρηται ἀπὸ τοῦ Λυ‐ δὸν τὸν κάπηλον αὐτόθι κατοικήσαντα παρέχειν</w:t>
      </w:r>
    </w:p>
    <w:p>
      <w:r>
        <w:rPr>
          <w:rFonts w:ascii="Courier New" w:hAnsi="Courier New"/>
          <w:color w:val="555555"/>
          <w:sz w:val="20"/>
        </w:rPr>
        <w:t>[25]</w:t>
      </w:r>
    </w:p>
    <w:p>
      <w:r>
        <w:rPr>
          <w:rFonts w:ascii="Gentium Plus" w:hAnsi="Gentium Plus"/>
          <w:sz w:val="24"/>
        </w:rPr>
        <w:t>τὰ πρὸς δαῖτα τοῖς ἐπιξενουμένοις. ἦν δὲ τὸ κύριον αὐτοῦ ὄνομα Ἔφεσος, ἀφ’ οὗ καὶ ἡ</w:t>
      </w:r>
    </w:p>
    <w:p>
      <w:r>
        <w:rPr>
          <w:rFonts w:ascii="Courier New" w:hAnsi="Courier New"/>
          <w:color w:val="555555"/>
          <w:sz w:val="20"/>
        </w:rPr>
        <w:t>[delta 468]</w:t>
      </w:r>
    </w:p>
    <w:p>
      <w:r>
        <w:rPr>
          <w:rFonts w:ascii="Gentium Plus" w:hAnsi="Gentium Plus"/>
          <w:sz w:val="24"/>
        </w:rPr>
        <w:t>Δαισάνη. ἡ πτισσάνη. ἀπὸ τοῦ σίτου ἑψημένου ἑψηθεῖσα. [εἴρηται δὲ παρὰ τὸ δαίσασθαι· τὴν γὰρ πρώτην τροφὴν, πρὸ τῆς εὑρήσεως τῶν ἄρ‐ των, οὕτως ἐποιοῦντο.]</w:t>
      </w:r>
    </w:p>
    <w:p>
      <w:r>
        <w:rPr>
          <w:rFonts w:ascii="Courier New" w:hAnsi="Courier New"/>
          <w:color w:val="555555"/>
          <w:sz w:val="20"/>
        </w:rPr>
        <w:t>[5]</w:t>
      </w:r>
    </w:p>
    <w:p>
      <w:r>
        <w:rPr>
          <w:rFonts w:ascii="Gentium Plus" w:hAnsi="Gentium Plus"/>
          <w:sz w:val="24"/>
        </w:rPr>
        <w:t>Δάμαρ. γυνή. δαμετή. παρὰ τὸν γάμον, γάμαρ καὶ δάμαρ. [λέγεται καὶ δάμαρις, ἔνθεν ἡ δάμαρτος γενική· εἰ μὴ ἄρα πλεονασμῷ τοῦ τ ἀπὸ τῆς εἰς ρ εὐθείας.] Δανάκη. ὄνομα νομίσματος, [ὃ ἔδωκαν τοῖς</w:t>
      </w:r>
    </w:p>
    <w:p>
      <w:r>
        <w:rPr>
          <w:rFonts w:ascii="Courier New" w:hAnsi="Courier New"/>
          <w:color w:val="555555"/>
          <w:sz w:val="20"/>
        </w:rPr>
        <w:t>[10]</w:t>
      </w:r>
    </w:p>
    <w:p>
      <w:r>
        <w:rPr>
          <w:rFonts w:ascii="Gentium Plus" w:hAnsi="Gentium Plus"/>
          <w:sz w:val="24"/>
        </w:rPr>
        <w:t>νεκροῖς πάλαι λόγῳ περάματος ἐν Ἀχερουσίᾳ, ἥτις ἐστὶ λίμνη ᾅδου.] Δανάη. κύριον. κρίθητι καὶ σύ. [οὐκ εἶ Δανάη ἡ Ἀκρισίου.] Δάπιδας. τὰ ἐπεύχια. λέγει δὲ ψιλὰς καὶ μὴ</w:t>
      </w:r>
    </w:p>
    <w:p>
      <w:r>
        <w:rPr>
          <w:rFonts w:ascii="Courier New" w:hAnsi="Courier New"/>
          <w:color w:val="555555"/>
          <w:sz w:val="20"/>
        </w:rPr>
        <w:t>[15]</w:t>
      </w:r>
    </w:p>
    <w:p>
      <w:r>
        <w:rPr>
          <w:rFonts w:ascii="Gentium Plus" w:hAnsi="Gentium Plus"/>
          <w:sz w:val="24"/>
        </w:rPr>
        <w:t>μαλλωτάς. Ἀριστοφάνης· οὐδ’ ἐν δάπισιν ἔσται καταδαρθεῖν. τάπησι δὲ, ἦτα. Δαπάνη. παρὰ τὸ δάπτω, ὃ σημαίνει τὸ μετὰ σπαραγμοῦ ἐσθίω.</w:t>
      </w:r>
    </w:p>
    <w:p>
      <w:r>
        <w:rPr>
          <w:rFonts w:ascii="Courier New" w:hAnsi="Courier New"/>
          <w:color w:val="555555"/>
          <w:sz w:val="20"/>
        </w:rPr>
        <w:t>[20]</w:t>
      </w:r>
    </w:p>
    <w:p>
      <w:r>
        <w:rPr>
          <w:rFonts w:ascii="Gentium Plus" w:hAnsi="Gentium Plus"/>
          <w:sz w:val="24"/>
        </w:rPr>
        <w:t>Δασεῖα. ποιότης συλλαβῆς, ἐκ τοῦ θώρακος πεμ‐ πομένη. [ἢ παρὰ τὸ δα ἐπιτατικὸν μόριον καὶ τὸ εὔω ῥῆμα, ὃ σημαίνει τὸ ὁρμῶ. ἢ παρὰ τὸ μεγί‐ στην καὶ σφοδρὰν εἶναι πρὸς σύγκρισιν τῆς ψιλῆς.] *Δαμασκός. ἑρμηνεύεται αἷμα σάκκου.*</w:t>
      </w:r>
    </w:p>
    <w:p>
      <w:r>
        <w:rPr>
          <w:rFonts w:ascii="Courier New" w:hAnsi="Courier New"/>
          <w:color w:val="555555"/>
          <w:sz w:val="20"/>
        </w:rPr>
        <w:t>[25]</w:t>
      </w:r>
    </w:p>
    <w:p>
      <w:r>
        <w:rPr>
          <w:rFonts w:ascii="Gentium Plus" w:hAnsi="Gentium Plus"/>
          <w:sz w:val="24"/>
        </w:rPr>
        <w:t>Δασπλῆτις. ἡ ἀπροσπέλαστος. ἢ ἐπὶ κακῷ προσ‐ πελάζουσα. ἢ ᾗτινι οὐκ ἄν τις προσπελάσῃ διὰ</w:t>
      </w:r>
    </w:p>
    <w:p>
      <w:r>
        <w:rPr>
          <w:rFonts w:ascii="Courier New" w:hAnsi="Courier New"/>
          <w:color w:val="555555"/>
          <w:sz w:val="20"/>
        </w:rPr>
        <w:t>[delta 469]</w:t>
      </w:r>
    </w:p>
    <w:p>
      <w:r>
        <w:rPr>
          <w:rFonts w:ascii="Gentium Plus" w:hAnsi="Gentium Plus"/>
          <w:sz w:val="24"/>
        </w:rPr>
        <w:t>τις παρὰ τὸ πλήσσειν τοὺς ἁμαρτωλούς. Θεό‐ κριτος δὲ Ἑκάτην αὐτὴν λέγει.] Δάσκιος. πολύσκιος. παρὰ τὸ δα ἐπιτατικόν. δάσκιον εἰσελάσαντες ἕλος.</w:t>
      </w:r>
    </w:p>
    <w:p>
      <w:r>
        <w:rPr>
          <w:rFonts w:ascii="Courier New" w:hAnsi="Courier New"/>
          <w:color w:val="555555"/>
          <w:sz w:val="20"/>
        </w:rPr>
        <w:t>[5]</w:t>
      </w:r>
    </w:p>
    <w:p>
      <w:r>
        <w:rPr>
          <w:rFonts w:ascii="Gentium Plus" w:hAnsi="Gentium Plus"/>
          <w:sz w:val="24"/>
        </w:rPr>
        <w:t>Δαυλίς. πόλις ἐν τῷ Παρνασσῷ κειμένη. Δαυλία. δασεῖα. δαυλία κορώνη, ἀηδών. Δαυΐδειος σορὸς καὶ Δαυΐδειον μέλος. [τὸ τοῦ Δαυΐδ.] Δάφνη. δαοφώνη τὶς οὖσα, ἡ ἐν τῷ δαίεσθαι</w:t>
      </w:r>
    </w:p>
    <w:p>
      <w:r>
        <w:rPr>
          <w:rFonts w:ascii="Courier New" w:hAnsi="Courier New"/>
          <w:color w:val="555555"/>
          <w:sz w:val="20"/>
        </w:rPr>
        <w:t>[10]</w:t>
      </w:r>
    </w:p>
    <w:p>
      <w:r>
        <w:rPr>
          <w:rFonts w:ascii="Gentium Plus" w:hAnsi="Gentium Plus"/>
          <w:sz w:val="24"/>
        </w:rPr>
        <w:t>φωνοῦσα. Δαφνοῦς. πόλις Φοινίκης. ἀρσενικῶς. ὁ πολίτης Δαφνούτιος, ἢ Δαφνούσιος, καὶ θηλυκῶς Δαφνου‐ σίς. τὸ ἐθνικὸν Δαφνουσαῖος. ἔστι καὶ Δαφνουσὶς λίμνη, πλησίον τοῦ Ὀλύμπου τοῦ Βιθυνοῦ.</w:t>
      </w:r>
    </w:p>
    <w:p>
      <w:r>
        <w:rPr>
          <w:rFonts w:ascii="Courier New" w:hAnsi="Courier New"/>
          <w:color w:val="555555"/>
          <w:sz w:val="20"/>
        </w:rPr>
        <w:t>[15]</w:t>
      </w:r>
    </w:p>
    <w:p>
      <w:r>
        <w:rPr>
          <w:rFonts w:ascii="Gentium Plus" w:hAnsi="Gentium Plus"/>
          <w:sz w:val="24"/>
        </w:rPr>
        <w:t>Δαψίλεια. πλουσιότης. Δασυλίδες. αἱ δασεῖαι. *Δάφνη. παρὰ τὸ δαίω τὸ καίω, ἡ φωνοῦσα ἐν τῷ δαίεσθαι, ὅ ἐστι καίεσθαι.*</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Δαίδαλα. τὰ ποικίλα κατασκευάσματα. Δαῖας. τέρας πολεμικόν. Δάκος καὶ δάκετα. θηρία. ἰοβόλα ἑρπετά. [ἡ εὐθεῖα τὸ δάκος. ἐμὲ δεῖ φεύγειν δάκος ἀδι‐ νὸν καὶ κατηγορίαν. τὸ δὲ δάκετον παρὰ τὸ</w:t>
      </w:r>
    </w:p>
    <w:p>
      <w:r>
        <w:rPr>
          <w:rFonts w:ascii="Courier New" w:hAnsi="Courier New"/>
          <w:color w:val="555555"/>
          <w:sz w:val="20"/>
        </w:rPr>
        <w:t>[25]</w:t>
      </w:r>
    </w:p>
    <w:p>
      <w:r>
        <w:rPr>
          <w:rFonts w:ascii="Gentium Plus" w:hAnsi="Gentium Plus"/>
          <w:sz w:val="24"/>
        </w:rPr>
        <w:t>δάκνω, δάκνετον καὶ δάκετον. σημαίνει δὲ τὸ δάκος καὶ δῆγμα, οἷον· σῆμα δέ τι δάκεος αἱ‐</w:t>
      </w:r>
    </w:p>
    <w:p>
      <w:r>
        <w:rPr>
          <w:rFonts w:ascii="Courier New" w:hAnsi="Courier New"/>
          <w:color w:val="555555"/>
          <w:sz w:val="20"/>
        </w:rPr>
        <w:t>[delta 470]</w:t>
      </w:r>
    </w:p>
    <w:p>
      <w:r>
        <w:rPr>
          <w:rFonts w:ascii="Gentium Plus" w:hAnsi="Gentium Plus"/>
          <w:sz w:val="24"/>
        </w:rPr>
        <w:t>Δαιτήριον. μεριστήριον. ἀπὸ τοῦ δαῖσαι τὸ με‐ ρίσαι. Δάκρυον. φθαρτῆς φύσεως ἰδίωμα, ὅπερ Ἀδὰμ πρὸ τῆς παραβάσεως οὐκ ἐκέκτητο. παρὰ τὸ</w:t>
      </w:r>
    </w:p>
    <w:p>
      <w:r>
        <w:rPr>
          <w:rFonts w:ascii="Courier New" w:hAnsi="Courier New"/>
          <w:color w:val="555555"/>
          <w:sz w:val="20"/>
        </w:rPr>
        <w:t>[5]</w:t>
      </w:r>
    </w:p>
    <w:p>
      <w:r>
        <w:rPr>
          <w:rFonts w:ascii="Gentium Plus" w:hAnsi="Gentium Plus"/>
          <w:sz w:val="24"/>
        </w:rPr>
        <w:t>δάκνω δάκνυον καὶ δάκρυον· δακνομένης γὰρ τῆς ψυχῆς ἐξέρχεται τὸ δάκρυον. [ἢ ἀπὸ τοῦ δήκω, ἔνθεν ἔδακον. θυμοδακὴς γὰρ μῦθος τὸ δάκρυον. τὸ πληθυντικὸν τὰ δάκρυα, ἡ δοτικὴ δακρύοις. πόθεν οὖν τὸ δάκρυσιν; ἡ ἐπὶ τέλει</w:t>
      </w:r>
    </w:p>
    <w:p>
      <w:r>
        <w:rPr>
          <w:rFonts w:ascii="Courier New" w:hAnsi="Courier New"/>
          <w:color w:val="555555"/>
          <w:sz w:val="20"/>
        </w:rPr>
        <w:t>[10]</w:t>
      </w:r>
    </w:p>
    <w:p>
      <w:r>
        <w:rPr>
          <w:rFonts w:ascii="Gentium Plus" w:hAnsi="Gentium Plus"/>
          <w:sz w:val="24"/>
        </w:rPr>
        <w:t>συλλαβὴ ἡ τοῖς εἰς ἰῶτα τρέπεται· προβάτοις, πρόβασιν, ἐγκάτοις, ἔγκασι, πετάλοις, πέ‐ ταλσι. πᾶν γὰρ εἰς ἰῶτα, ἔχον ἀμετάβολον πρὸ τέλους, τοῦτο ἔχει ἐν τῇ εὐθείᾳ, ῥήτορσι, ῥήτωρ. τὸ δὲ δάκρυ γέγονεν ἀπὸ τοῦ δακρύμην,</w:t>
      </w:r>
    </w:p>
    <w:p>
      <w:r>
        <w:rPr>
          <w:rFonts w:ascii="Courier New" w:hAnsi="Courier New"/>
          <w:color w:val="555555"/>
          <w:sz w:val="20"/>
        </w:rPr>
        <w:t>[15]</w:t>
      </w:r>
    </w:p>
    <w:p>
      <w:r>
        <w:rPr>
          <w:rFonts w:ascii="Gentium Plus" w:hAnsi="Gentium Plus"/>
          <w:sz w:val="24"/>
        </w:rPr>
        <w:t>οὐ κατὰ ἀποκοπὴν, ἀλλὰ κατὰ σχηματισμόν. τὸ δάκρυ τοίνυν, ἡ γενικὴ δάκρεος, ἡ δοτικὴ δάκρος· καὶ τὸ πληθυντικὸν δάκρεα, ὡς πώ‐ εα, ἄστεα. ἢ ἀπὸ τοῦ δάκρυα κατὰ συγκοπήν.] Δαμώματα. τὰ δημόσια ᾀδόμενα.</w:t>
      </w:r>
    </w:p>
    <w:p>
      <w:r>
        <w:rPr>
          <w:rFonts w:ascii="Courier New" w:hAnsi="Courier New"/>
          <w:color w:val="555555"/>
          <w:sz w:val="20"/>
        </w:rPr>
        <w:t>[20]</w:t>
      </w:r>
    </w:p>
    <w:p>
      <w:r>
        <w:rPr>
          <w:rFonts w:ascii="Gentium Plus" w:hAnsi="Gentium Plus"/>
          <w:sz w:val="24"/>
        </w:rPr>
        <w:t>Δανά. τὰ ξηρὰ ξύλα. Καλλίμαχος· δανὰ ξύλα κεάσαι. ἤτοι σχίσαι. καὶ δανότατον τὸ ξηρότατον. [παρὰ τὸ δαίω, τὸ καίω. τὸ δα μακρόν.] Δάνειον. παρὰ τὸ δάνος, ὃ σημαίνει τὸ δῶρον, ὡς</w:t>
      </w:r>
    </w:p>
    <w:p>
      <w:r>
        <w:rPr>
          <w:rFonts w:ascii="Courier New" w:hAnsi="Courier New"/>
          <w:color w:val="555555"/>
          <w:sz w:val="20"/>
        </w:rPr>
        <w:t>[25]</w:t>
      </w:r>
    </w:p>
    <w:p>
      <w:r>
        <w:rPr>
          <w:rFonts w:ascii="Gentium Plus" w:hAnsi="Gentium Plus"/>
          <w:sz w:val="24"/>
        </w:rPr>
        <w:t>τέλος τέλειον. Δίδυμος τὸ χρονίζον λέγει χρέος. [παρὰ τὸ δὴν, δάνος καὶ δάνειον.]</w:t>
      </w:r>
    </w:p>
    <w:p>
      <w:r>
        <w:rPr>
          <w:rFonts w:ascii="Courier New" w:hAnsi="Courier New"/>
          <w:color w:val="555555"/>
          <w:sz w:val="20"/>
        </w:rPr>
        <w:t>[delta 471]</w:t>
      </w:r>
    </w:p>
    <w:p>
      <w:r>
        <w:rPr>
          <w:rFonts w:ascii="Gentium Plus" w:hAnsi="Gentium Plus"/>
          <w:sz w:val="24"/>
        </w:rPr>
        <w:t>Δάος. λαμπάς. [παρὰ τὸ δαίω, δάος.] Δάπεδον. τὸ ἔδαφος, ἡ γῆ. παρὰ τὸ δα ἐπιτα‐ τικὸν καὶ τὸ πέδον, ἡ γῆ. τουτέστι τὸ μέγα καὶ πλατύπεδον. [τὸ δὲ δα γίνεται καὶ ζα, κατὰ</w:t>
      </w:r>
    </w:p>
    <w:p>
      <w:r>
        <w:rPr>
          <w:rFonts w:ascii="Courier New" w:hAnsi="Courier New"/>
          <w:color w:val="555555"/>
          <w:sz w:val="20"/>
        </w:rPr>
        <w:t>[5]</w:t>
      </w:r>
    </w:p>
    <w:p>
      <w:r>
        <w:rPr>
          <w:rFonts w:ascii="Gentium Plus" w:hAnsi="Gentium Plus"/>
          <w:sz w:val="24"/>
        </w:rPr>
        <w:t>μετάθεσιν τοῦ δ εἰς ζ.] Δασκύλιον. τόπος ἐν τῷ κόλπῳ Νικομηδείας. Δατόν. παρὰ Ῥωμαίοις σημασία τῆς ἡμέρας καὶ τοῦ καιροῦ, ὅτε τὶς ἐκ πόλεως ἢ ἐκ τινὸς τόπου ἀποστελεῖ.</w:t>
      </w:r>
    </w:p>
    <w:p>
      <w:r>
        <w:rPr>
          <w:rFonts w:ascii="Courier New" w:hAnsi="Courier New"/>
          <w:color w:val="555555"/>
          <w:sz w:val="20"/>
        </w:rPr>
        <w:t>[10]</w:t>
      </w:r>
    </w:p>
    <w:p>
      <w:r>
        <w:rPr>
          <w:rFonts w:ascii="Gentium Plus" w:hAnsi="Gentium Plus"/>
          <w:sz w:val="24"/>
        </w:rPr>
        <w:t>Δαυλόν. δασύ. *Δαυίδειον. μέλος τὸ τοῦ Δαυίδ.* Δαφοινόν. τὸ πάνυ φοινίσσον, ἢ τὸ φοινικὸν, ἢ τὸ πυῤῥόν. Δαίσιμον. τὸ ἐδώδιμον.</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Δᾳδουχεῖ. φαίνει· λαμπαδουχεῖ. Δαδύσσω. τὸ ταράσσω. Δαείς. καεὶς, καὶ ἀντὶ τοῦ μαθών. Δαϊκταμένοις. ἀναιρουμένοις.</w:t>
      </w:r>
    </w:p>
    <w:p>
      <w:r>
        <w:rPr>
          <w:rFonts w:ascii="Courier New" w:hAnsi="Courier New"/>
          <w:color w:val="555555"/>
          <w:sz w:val="20"/>
        </w:rPr>
        <w:t>[20]</w:t>
      </w:r>
    </w:p>
    <w:p>
      <w:r>
        <w:rPr>
          <w:rFonts w:ascii="Gentium Plus" w:hAnsi="Gentium Plus"/>
          <w:sz w:val="24"/>
        </w:rPr>
        <w:t>Δαΐζων. διακόπτων. ἀπὸ τοῦ δαίω τὸ κόπτω, ἢ παρὰ τὴν δαΐδα, ὃ σημαίνει τὴν μάχην. Δαιμονᾷν. ὑπὸ δαίμονος κατέχεσθαι. Δαίνυ. εὐώχει. Ὅμηρος· δαίνυ δαῖτα γέρουσι—</w:t>
      </w:r>
    </w:p>
    <w:p>
      <w:r>
        <w:rPr>
          <w:rFonts w:ascii="Courier New" w:hAnsi="Courier New"/>
          <w:color w:val="555555"/>
          <w:sz w:val="20"/>
        </w:rPr>
        <w:t>[25]</w:t>
      </w:r>
    </w:p>
    <w:p>
      <w:r>
        <w:rPr>
          <w:rFonts w:ascii="Gentium Plus" w:hAnsi="Gentium Plus"/>
          <w:sz w:val="24"/>
        </w:rPr>
        <w:t>Δαίω. τὸ μανθάνω.</w:t>
      </w:r>
    </w:p>
    <w:p>
      <w:r>
        <w:rPr>
          <w:rFonts w:ascii="Courier New" w:hAnsi="Courier New"/>
          <w:color w:val="555555"/>
          <w:sz w:val="20"/>
        </w:rPr>
        <w:t>[delta 472]</w:t>
      </w:r>
    </w:p>
    <w:p>
      <w:r>
        <w:rPr>
          <w:rFonts w:ascii="Gentium Plus" w:hAnsi="Gentium Plus"/>
          <w:sz w:val="24"/>
        </w:rPr>
        <w:t>Δαίρω. τὸ τύπτω. δέρω δὲ, τὸ ἐκδέρω, ψιλόν. Δαίνυσθαι. τὸ εὐωχεῖσθαι. Δαινύω καὶ δαίνυμι. παρὰ τὸ δαίω τὸ εὐωχοῦμαι, καὶ πλεονασμῷ τοῦ ν, δαίνω. [δαινύω καὶ δαί‐</w:t>
      </w:r>
    </w:p>
    <w:p>
      <w:r>
        <w:rPr>
          <w:rFonts w:ascii="Courier New" w:hAnsi="Courier New"/>
          <w:color w:val="555555"/>
          <w:sz w:val="20"/>
        </w:rPr>
        <w:t>[5]</w:t>
      </w:r>
    </w:p>
    <w:p>
      <w:r>
        <w:rPr>
          <w:rFonts w:ascii="Gentium Plus" w:hAnsi="Gentium Plus"/>
          <w:sz w:val="24"/>
        </w:rPr>
        <w:t>νυμι, δαίνυμαι, ὁ παρατατικὸς ἐδαινύμην, ἐδαίνυσο, ἐδαίνυτο, τὸ τρίτον τῶν πληθυντι‐ κῶν ἐδαίνυντο, καὶ κατὰ ἀποβολὴν τοῦ ε δαί‐ νυντο.] Δαΐξας. διακόψας.</w:t>
      </w:r>
    </w:p>
    <w:p>
      <w:r>
        <w:rPr>
          <w:rFonts w:ascii="Courier New" w:hAnsi="Courier New"/>
          <w:color w:val="555555"/>
          <w:sz w:val="20"/>
        </w:rPr>
        <w:t>[10]</w:t>
      </w:r>
    </w:p>
    <w:p>
      <w:r>
        <w:rPr>
          <w:rFonts w:ascii="Gentium Plus" w:hAnsi="Gentium Plus"/>
          <w:sz w:val="24"/>
        </w:rPr>
        <w:t>Δακρυῤῥοεῖν. δάκρυα ῥέειν. Δάκνω. παρὰ τὸ δα ἐπιτατικὸν καὶ τὸ καίνω γίνεται δακαίνω· ἐξ οὗ τὸ δάκνω κατὰ ἀπο‐ βολὴν τοῦ ι, καὶ πλεονασμῷ τοῦ γ. Δαμέντες. φονευθέντες. δαμασθέντες.</w:t>
      </w:r>
    </w:p>
    <w:p>
      <w:r>
        <w:rPr>
          <w:rFonts w:ascii="Courier New" w:hAnsi="Courier New"/>
          <w:color w:val="555555"/>
          <w:sz w:val="20"/>
        </w:rPr>
        <w:t>[15]</w:t>
      </w:r>
    </w:p>
    <w:p>
      <w:r>
        <w:rPr>
          <w:rFonts w:ascii="Gentium Plus" w:hAnsi="Gentium Plus"/>
          <w:sz w:val="24"/>
        </w:rPr>
        <w:t>Δάμνει. ἀντὶ τοῦ δαμάζει. Δάμνημι. ἀντὶ τοῦ δαμάζω. Δαμεῖεν. δαμασθεῖεν. δαμῶ τὸ ὑποτάσσω. [ὁ μέλλων δαμήσω, ὁ δεύτερος ἀόριστος ἔδαμον, ὁ παθητικὸς ἐδάμην, ἐδάμομεν, ἡ μετοχὴ δαμεὶς,</w:t>
      </w:r>
    </w:p>
    <w:p>
      <w:r>
        <w:rPr>
          <w:rFonts w:ascii="Courier New" w:hAnsi="Courier New"/>
          <w:color w:val="555555"/>
          <w:sz w:val="20"/>
        </w:rPr>
        <w:t>[20]</w:t>
      </w:r>
    </w:p>
    <w:p>
      <w:r>
        <w:rPr>
          <w:rFonts w:ascii="Gentium Plus" w:hAnsi="Gentium Plus"/>
          <w:sz w:val="24"/>
        </w:rPr>
        <w:t>δαμέντος, τὸ εὐκτικὸν δαμείην, δαμείημεν, δα‐ μείητε, καὶ δαμεῖεν. δαμείησαν δὲ ὤφειλε.] Δανεῖσαι. τούτου τὸ χρῆσαι αἱρετώτερον. τὸ μὲν χρῆσαι ἐπὶ φίλων, τὸ δὲ δανεῖσαι πρὸς τοὺς τυχόντας.</w:t>
      </w:r>
    </w:p>
    <w:p>
      <w:r>
        <w:rPr>
          <w:rFonts w:ascii="Courier New" w:hAnsi="Courier New"/>
          <w:color w:val="555555"/>
          <w:sz w:val="20"/>
        </w:rPr>
        <w:t>[25]</w:t>
      </w:r>
    </w:p>
    <w:p>
      <w:r>
        <w:rPr>
          <w:rFonts w:ascii="Gentium Plus" w:hAnsi="Gentium Plus"/>
          <w:sz w:val="24"/>
        </w:rPr>
        <w:t>Δαπανᾷν. οὐ τὸ ἀναλίσκειν ἁπλῶς, ἀλλὰ τὸ λαμπρῶς ζῇν καὶ εἰς ἀναλώματα μεγάλα ἐμ‐</w:t>
      </w:r>
    </w:p>
    <w:p>
      <w:r>
        <w:rPr>
          <w:rFonts w:ascii="Courier New" w:hAnsi="Courier New"/>
          <w:color w:val="555555"/>
          <w:sz w:val="20"/>
        </w:rPr>
        <w:t>[delta 473]</w:t>
      </w:r>
    </w:p>
    <w:p>
      <w:r>
        <w:rPr>
          <w:rFonts w:ascii="Gentium Plus" w:hAnsi="Gentium Plus"/>
          <w:sz w:val="24"/>
        </w:rPr>
        <w:t>Δάπτω. τὸ μετὰ σπαραγμοῦ ἐσθίω καὶ διὰ στό‐ ματος σπαράττω. [ἐξ οὗ καὶ τὸ δάψαι. μή με ἔα παρὰ νηυσὶ κύνας καταδάψαι Ἀχαιῶν.</w:t>
      </w:r>
    </w:p>
    <w:p>
      <w:r>
        <w:rPr>
          <w:rFonts w:ascii="Courier New" w:hAnsi="Courier New"/>
          <w:color w:val="555555"/>
          <w:sz w:val="20"/>
        </w:rPr>
        <w:t>[5]</w:t>
      </w:r>
    </w:p>
    <w:p>
      <w:r>
        <w:rPr>
          <w:rFonts w:ascii="Gentium Plus" w:hAnsi="Gentium Plus"/>
          <w:sz w:val="24"/>
        </w:rPr>
        <w:t>παρὰ τὸ δα καὶ τὸ ἅπτω. κυρίως δὲ τὸ λά‐ βρως ἐσθίειν.] Δαρδάπτω. ὁμοίως. ἀπὸ τοῦ δάπτω. διὰ δὲ χρόα καλὸν ἔδαψε. Δαρθεῖν. κυρίως τὸ ἐπὶ δερμάτων καθευδῆσαι.</w:t>
      </w:r>
    </w:p>
    <w:p>
      <w:r>
        <w:rPr>
          <w:rFonts w:ascii="Courier New" w:hAnsi="Courier New"/>
          <w:color w:val="555555"/>
          <w:sz w:val="20"/>
        </w:rPr>
        <w:t>[10]</w:t>
      </w:r>
    </w:p>
    <w:p>
      <w:r>
        <w:rPr>
          <w:rFonts w:ascii="Gentium Plus" w:hAnsi="Gentium Plus"/>
          <w:sz w:val="24"/>
        </w:rPr>
        <w:t>[δραθεῖν καθ’ ὑπέρθεσιν. ὡς καρδία, κρα‐ δία. εἴρηται παρὰ τὸ δέρμα. ἢ παρὰ τὸ δρῶ, τὸ ἐνεργῶ, γίνεται δρήθω τὸ κοιμῶμαι κατὰ ἀντίφρασιν· οἱ γὰρ κοιμώμενοι οὐκ ἐνεργοῦσι.] Δασμοφορεῖν. συμμερίζειν.</w:t>
      </w:r>
    </w:p>
    <w:p>
      <w:r>
        <w:rPr>
          <w:rFonts w:ascii="Courier New" w:hAnsi="Courier New"/>
          <w:color w:val="555555"/>
          <w:sz w:val="20"/>
        </w:rPr>
        <w:t>[15]</w:t>
      </w:r>
    </w:p>
    <w:p>
      <w:r>
        <w:rPr>
          <w:rFonts w:ascii="Gentium Plus" w:hAnsi="Gentium Plus"/>
          <w:sz w:val="24"/>
        </w:rPr>
        <w:t>Δασμολογῶ. συνάγω. σὺ δὲ δασμολογεῖς, καὶ παρ’ ἑκόντων καὶ ἀκόντων λαμβάνεις. Δάσασθαι. συμμερίσασθαι. Δάσαντο. ἐμερίσαντο. [ἀπὸ τοῦ δαίω, δαίσω, δάσω, δάξ.]</w:t>
      </w:r>
    </w:p>
    <w:p>
      <w:r>
        <w:rPr>
          <w:rFonts w:ascii="Courier New" w:hAnsi="Courier New"/>
          <w:color w:val="555555"/>
          <w:sz w:val="20"/>
        </w:rPr>
        <w:t>[20]</w:t>
      </w:r>
    </w:p>
    <w:p>
      <w:r>
        <w:rPr>
          <w:rFonts w:ascii="Gentium Plus" w:hAnsi="Gentium Plus"/>
          <w:sz w:val="24"/>
        </w:rPr>
        <w:t>Δαύω. κυρίως τὸ δεσμῶ. παρὰ τὸ δέω τὸ δε‐ σμεύω. [Ὅμηρος· πῶς ἂν ἐγώ σε δέοιμι μετ’ ἀθανάτοισι θεοῖσι. ὃ κατὰ συναλοιφὴν γίνεται δῶ. ἐκ τούτου δαύω, ὡς χρῶ χραύω. εἴρηται καὶ ἐπὶ τοῦ καθεύδειν·</w:t>
      </w:r>
    </w:p>
    <w:p>
      <w:r>
        <w:rPr>
          <w:rFonts w:ascii="Courier New" w:hAnsi="Courier New"/>
          <w:color w:val="555555"/>
          <w:sz w:val="20"/>
        </w:rPr>
        <w:t>[25]</w:t>
      </w:r>
    </w:p>
    <w:p>
      <w:r>
        <w:rPr>
          <w:rFonts w:ascii="Gentium Plus" w:hAnsi="Gentium Plus"/>
          <w:sz w:val="24"/>
        </w:rPr>
        <w:t>οἱ γὰρ καθεύδοντες δεσμουμένοις ἐοίκασι. τὸ δαύω παρὰ τὸ δαίω, τροπῇ τοῦ ι εἰς υ.] Δάσασθαι. τὸ σπεῖραι. παρ’ Ἡσιόδῳ· σπέρματα δάσασθαι, φυτὰ δ’ ἐνθρέψασθαι</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Δαί. σύνδεσμος, προηγούμενος τῶν πευστικῶν μο‐ ρίων, ὃς καὶ διὰ διφθόγγου γράφεται. Δαιμονίως. παραδόξως. ὑπερφυῶς· μακαρίως.</w:t>
      </w:r>
    </w:p>
    <w:p>
      <w:r>
        <w:rPr>
          <w:rFonts w:ascii="Courier New" w:hAnsi="Courier New"/>
          <w:color w:val="555555"/>
          <w:sz w:val="20"/>
        </w:rPr>
        <w:t>[5]</w:t>
      </w:r>
    </w:p>
    <w:p>
      <w:r>
        <w:rPr>
          <w:rFonts w:ascii="Gentium Plus" w:hAnsi="Gentium Plus"/>
          <w:sz w:val="24"/>
        </w:rPr>
        <w:t>Δαιτρευτῶς. μεριστῶς.</w:t>
      </w:r>
    </w:p>
    <w:p>
      <w:pPr>
        <w:jc w:val="center"/>
      </w:pPr>
      <w:r>
        <w:rPr>
          <w:rFonts w:ascii="Gentium Plus" w:hAnsi="Gentium Plus"/>
          <w:b/>
          <w:sz w:val="24"/>
        </w:rPr>
        <w:t>Τὸ Δ μετὰ τοῦ Ε.</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Δεκατευτὴς καὶ δεκατολόγος. ὁ τελώνης. Δεκτῆρες. ὑποδοχεῖς.</w:t>
      </w:r>
    </w:p>
    <w:p>
      <w:r>
        <w:rPr>
          <w:rFonts w:ascii="Courier New" w:hAnsi="Courier New"/>
          <w:color w:val="555555"/>
          <w:sz w:val="20"/>
        </w:rPr>
        <w:t>[10]</w:t>
      </w:r>
    </w:p>
    <w:p>
      <w:r>
        <w:rPr>
          <w:rFonts w:ascii="Gentium Plus" w:hAnsi="Gentium Plus"/>
          <w:sz w:val="24"/>
        </w:rPr>
        <w:t>Δεκελεικός. Πελοποννησιακός. Δεκελεικὸς πό‐ λεμος, καθὰ Δεκέλεια Ἀθηναίοις ἐπετειχίσθη. διφθόγγως δὲ γράφεται. [ἀπὸ γὰρ Δεκέλεια γίνεται Δεκελειακὸς καὶ Δεκελεικός.] Δειμαλέος. κατάφοβος. [ὥσπερ ἀπὸ τοῦ τάρ‐</w:t>
      </w:r>
    </w:p>
    <w:p>
      <w:r>
        <w:rPr>
          <w:rFonts w:ascii="Courier New" w:hAnsi="Courier New"/>
          <w:color w:val="555555"/>
          <w:sz w:val="20"/>
        </w:rPr>
        <w:t>[15]</w:t>
      </w:r>
    </w:p>
    <w:p>
      <w:r>
        <w:rPr>
          <w:rFonts w:ascii="Gentium Plus" w:hAnsi="Gentium Plus"/>
          <w:sz w:val="24"/>
        </w:rPr>
        <w:t>βος γίνεται ταρβαλέος, οὕτως καὶ ἀπὸ τοῦ δεῖ‐ μος δειμαλέος. δεῖ δὲ γινώσκειν, ὅτι τὰ διὰ τοῦ αλεος ὑπὲρ δύο συλλαβὰς, πρὸ μιᾶς τὸν τόνον ἔχουσιν, οἷον ἀργαλέος, νηφαλέος. σεση‐ μείωται δαιδάλεος ἀπὸ τοῦ δαιδάλειος κατὰ</w:t>
      </w:r>
    </w:p>
    <w:p>
      <w:r>
        <w:rPr>
          <w:rFonts w:ascii="Courier New" w:hAnsi="Courier New"/>
          <w:color w:val="555555"/>
          <w:sz w:val="20"/>
        </w:rPr>
        <w:t>[20]</w:t>
      </w:r>
    </w:p>
    <w:p>
      <w:r>
        <w:rPr>
          <w:rFonts w:ascii="Gentium Plus" w:hAnsi="Gentium Plus"/>
          <w:sz w:val="24"/>
        </w:rPr>
        <w:t>ἀποβολὴν τοῦ ι· κονισάλεος ἀπὸ τοῦ κονισά‐ λειος κατὰ ἀποβολὴν τοῦ ἰῶτα· αἰθάλεος· τοῦ‐ το διφορεῖται, πρὸ μιᾶς γὰρ ἔχει τὸν τόνον καὶ πρὸ δύο· πρὸ μιᾶς γὰρ ὑπάρχει ἀπὸ τοῦ αἴθω, ὡς νήφω, νηφαλέος· ἡνίκα δὲ πρὸ δύο</w:t>
      </w:r>
    </w:p>
    <w:p>
      <w:r>
        <w:rPr>
          <w:rFonts w:ascii="Courier New" w:hAnsi="Courier New"/>
          <w:color w:val="555555"/>
          <w:sz w:val="20"/>
        </w:rPr>
        <w:t>[25]</w:t>
      </w:r>
    </w:p>
    <w:p>
      <w:r>
        <w:rPr>
          <w:rFonts w:ascii="Gentium Plus" w:hAnsi="Gentium Plus"/>
          <w:sz w:val="24"/>
        </w:rPr>
        <w:t>ἔχει τὸν τόνον, ἀπὸ τοῦ αἰθάλειος γέγονε κα‐ τὰ ἀποβολὴν τοῦ ἰῶτα, ὥσπερ Ἀπολλώνιος· αἰθάλεοι πρηστῆρες. ἀτασθάλεος ἀπὸ τοῦ ἀτα‐ σθάλιος, κατὰ τροπὴν τοῦ ι εἰς ε, ἢ ἀπὸ τοῦ</w:t>
      </w:r>
    </w:p>
    <w:p>
      <w:r>
        <w:rPr>
          <w:rFonts w:ascii="Courier New" w:hAnsi="Courier New"/>
          <w:color w:val="555555"/>
          <w:sz w:val="20"/>
        </w:rPr>
        <w:t>[delta 475]</w:t>
      </w:r>
    </w:p>
    <w:p>
      <w:r>
        <w:rPr>
          <w:rFonts w:ascii="Gentium Plus" w:hAnsi="Gentium Plus"/>
          <w:sz w:val="24"/>
        </w:rPr>
        <w:t>[Δεῖμος. ὁ φόβος. ὡς ἀπὸ τοῦ ἄνθω γίνεται ἄνθιμος, καὶ κῦδος κύδιμος, οὕτως καὶ ἀπὸ τοῦ δέος δέϊμος καὶ δεῖμος.] Δειδήμων. ἀπὸ τοῦ δειδῶ, δειδήσω, τὸ φοβοῦ‐</w:t>
      </w:r>
    </w:p>
    <w:p>
      <w:r>
        <w:rPr>
          <w:rFonts w:ascii="Courier New" w:hAnsi="Courier New"/>
          <w:color w:val="555555"/>
          <w:sz w:val="20"/>
        </w:rPr>
        <w:t>[5]</w:t>
      </w:r>
    </w:p>
    <w:p>
      <w:r>
        <w:rPr>
          <w:rFonts w:ascii="Gentium Plus" w:hAnsi="Gentium Plus"/>
          <w:sz w:val="24"/>
        </w:rPr>
        <w:t>μαι. [ὡς τὸ φιλῶ, φιλήσω, φιλήμων.] Δειλός. παρὰ τὸ δέος, δέϊλος, καὶ συναιρέσει δειλός. Δεινίας. παρὰ τὸ δεινὸς, δεινίας. πάντα δὲ τὰ παρὰ τὸ δεινὸς διὰ διφθόγγου, οἷον· δεινολό‐</w:t>
      </w:r>
    </w:p>
    <w:p>
      <w:r>
        <w:rPr>
          <w:rFonts w:ascii="Courier New" w:hAnsi="Courier New"/>
          <w:color w:val="555555"/>
          <w:sz w:val="20"/>
        </w:rPr>
        <w:t>[10]</w:t>
      </w:r>
    </w:p>
    <w:p>
      <w:r>
        <w:rPr>
          <w:rFonts w:ascii="Gentium Plus" w:hAnsi="Gentium Plus"/>
          <w:sz w:val="24"/>
        </w:rPr>
        <w:t>γος, δείνων, δεινίας. Δεινός. φοβερὸς, φόβου ποιητικός. λέγεται δὲ καὶ ὁ πανοῦργος καὶ ὁ ἱκανὸς καὶ ὁ ἀκολάκευ‐ τος καὶ ὁ σοφὸς καὶ ὁ ἔμπειρος. Δεῖνος. τὸ παρ’ ἡμῖν ψηκτήριον.</w:t>
      </w:r>
    </w:p>
    <w:p>
      <w:r>
        <w:rPr>
          <w:rFonts w:ascii="Courier New" w:hAnsi="Courier New"/>
          <w:color w:val="555555"/>
          <w:sz w:val="20"/>
        </w:rPr>
        <w:t>[15]</w:t>
      </w:r>
    </w:p>
    <w:p>
      <w:r>
        <w:rPr>
          <w:rFonts w:ascii="Gentium Plus" w:hAnsi="Gentium Plus"/>
          <w:sz w:val="24"/>
        </w:rPr>
        <w:t>Δεινωποί. δειματώδεις, φοβεροί. Δεισιδαίμων. ὁ εὐσεβής. Παῦλος· ὡς δεισιδαι‐ μονεστέρους ὑμᾶς ὁρῶ. λέγεται καὶ ὁ ἀμφίβο‐ λος περὶ τὴν πίστιν, ἢ καὶ ὁ δεδιὼς τοὺς δαί‐ μονας.</w:t>
      </w:r>
    </w:p>
    <w:p>
      <w:r>
        <w:rPr>
          <w:rFonts w:ascii="Courier New" w:hAnsi="Courier New"/>
          <w:color w:val="555555"/>
          <w:sz w:val="20"/>
        </w:rPr>
        <w:t>[20]</w:t>
      </w:r>
    </w:p>
    <w:p>
      <w:r>
        <w:rPr>
          <w:rFonts w:ascii="Gentium Plus" w:hAnsi="Gentium Plus"/>
          <w:sz w:val="24"/>
        </w:rPr>
        <w:t>Δειλακρίων. ὁ ἄκρως δειλὸς, ὁ ἄθλιος, ὁ ἐλεει‐ νὸς, ὁ ταλαίπωρος, ὁ ἐπίπονος. Δειπνητός. ὁ καθ’ ἡμᾶς ἀρίστου καιρός. Δεῖπνος. ὁ καιρὸς τῆς τροφῆς. [καὶ ἡ ἐν τοιῷδε καιρῷ διδομένη τροφή. οἷον·</w:t>
      </w:r>
    </w:p>
    <w:p>
      <w:r>
        <w:rPr>
          <w:rFonts w:ascii="Courier New" w:hAnsi="Courier New"/>
          <w:color w:val="555555"/>
          <w:sz w:val="20"/>
        </w:rPr>
        <w:t>[25]</w:t>
      </w:r>
    </w:p>
    <w:p>
      <w:r>
        <w:rPr>
          <w:rFonts w:ascii="Gentium Plus" w:hAnsi="Gentium Plus"/>
          <w:sz w:val="24"/>
        </w:rPr>
        <w:t>δεῖπνον ἐρίθοισι λεύκ’ ἄλφιτα πολλὰ πάλυ‐ νον. οἱ δὲ κωμικοὶ καὶ νεώτεροι συγχέουσι τὸν και‐</w:t>
      </w:r>
    </w:p>
    <w:p>
      <w:r>
        <w:rPr>
          <w:rFonts w:ascii="Courier New" w:hAnsi="Courier New"/>
          <w:color w:val="555555"/>
          <w:sz w:val="20"/>
        </w:rPr>
        <w:t>[delta 476]</w:t>
      </w:r>
    </w:p>
    <w:p>
      <w:r>
        <w:rPr>
          <w:rFonts w:ascii="Gentium Plus" w:hAnsi="Gentium Plus"/>
          <w:sz w:val="24"/>
        </w:rPr>
        <w:t>τες, ὡς καὶ νῦν, μεθ’ ὃ δεῖ πονεῖν. Ἐπαφρό‐ διτος δὲ, παρὰ τὸ δάπτω, δάπτον καὶ δεῖπνον. ἢ δεῖπνον τὸ πρώϊνον ἄριστον, ὅπερ ἀκρατι‐ σμὸς λέγεται. εἶτα περὶ ὥραν τρίτην ἄριστος,</w:t>
      </w:r>
    </w:p>
    <w:p>
      <w:r>
        <w:rPr>
          <w:rFonts w:ascii="Courier New" w:hAnsi="Courier New"/>
          <w:color w:val="555555"/>
          <w:sz w:val="20"/>
        </w:rPr>
        <w:t>[5]</w:t>
      </w:r>
    </w:p>
    <w:p>
      <w:r>
        <w:rPr>
          <w:rFonts w:ascii="Gentium Plus" w:hAnsi="Gentium Plus"/>
          <w:sz w:val="24"/>
        </w:rPr>
        <w:t>παρὰ τὸ εἰς ἀριστείαν προέρχεσθαι. εἶτα τὸ ἑσπερινὸν, δόρπος, παρὰ τὸ δόρυ παύειν.] Δελφίς. πολεμιστήριον ὄργανον πρὸς ναυμα‐ χίαν. ὅθεν καὶ δελφινοφόρον ναῦν. Δελφοί. τὸ ἱερὸν τοῦ Ἀπόλλωνος. οὕτω δὲ ἐκλή‐</w:t>
      </w:r>
    </w:p>
    <w:p>
      <w:r>
        <w:rPr>
          <w:rFonts w:ascii="Courier New" w:hAnsi="Courier New"/>
          <w:color w:val="555555"/>
          <w:sz w:val="20"/>
        </w:rPr>
        <w:t>[10]</w:t>
      </w:r>
    </w:p>
    <w:p>
      <w:r>
        <w:rPr>
          <w:rFonts w:ascii="Gentium Plus" w:hAnsi="Gentium Plus"/>
          <w:sz w:val="24"/>
        </w:rPr>
        <w:t>θη διὰ τὸν Δελφύνην δράκοντα ἐκεῖ εὑρεθῆ‐ ναι, ὃν ἀπέκτεινεν ὁ Ἀπόλλων. Πυθὼ δὲ, διὰ τὸ ἐκεῖσε σαπῆναι. Δεξιός. εὔνους, ἀγαθὸς, ἐπιτήδειος, εὐπαίδευτος. Δεξίδωροι. δωροδόκοι.</w:t>
      </w:r>
    </w:p>
    <w:p>
      <w:r>
        <w:rPr>
          <w:rFonts w:ascii="Courier New" w:hAnsi="Courier New"/>
          <w:color w:val="555555"/>
          <w:sz w:val="20"/>
        </w:rPr>
        <w:t>[15]</w:t>
      </w:r>
    </w:p>
    <w:p>
      <w:r>
        <w:rPr>
          <w:rFonts w:ascii="Gentium Plus" w:hAnsi="Gentium Plus"/>
          <w:sz w:val="24"/>
        </w:rPr>
        <w:t>Δεξιόλαβος. παραφύλαξ. Δεξιτερός. πᾶν ὄνομα συγκριτικὸν, εἰς νος λῆ‐ γον, βαρύνεται. ζητητέον δὲ περὶ τῆς δεξιτερὸν κατὰ μαζόν. εἰ γάρ ἐστι δεξιὸς, ὤφειλεν εἶ‐ ναι δεξιώτερος, [ὡς λογιώτερος. ἔστιν οὖν πα‐</w:t>
      </w:r>
    </w:p>
    <w:p>
      <w:r>
        <w:rPr>
          <w:rFonts w:ascii="Courier New" w:hAnsi="Courier New"/>
          <w:color w:val="555555"/>
          <w:sz w:val="20"/>
        </w:rPr>
        <w:t>[20]</w:t>
      </w:r>
    </w:p>
    <w:p>
      <w:r>
        <w:rPr>
          <w:rFonts w:ascii="Gentium Plus" w:hAnsi="Gentium Plus"/>
          <w:sz w:val="24"/>
        </w:rPr>
        <w:t>ρώνυμος ὁ χαρακτήρ. παρὰ τὸ δεξιὸς γίνεται δεξιερὸς, ὡς ἄριστος, ἀριστερὸς, φθόνος, φθο‐ νερὸς, μόγος, μογερός· καὶ πλεονασμῷ τοῦ τ δεξιτερός.] Δεξιμήλων θεῶν. ἀπὸ τοῦ δέχεσθαι τὰ θυό‐</w:t>
      </w:r>
    </w:p>
    <w:p>
      <w:r>
        <w:rPr>
          <w:rFonts w:ascii="Courier New" w:hAnsi="Courier New"/>
          <w:color w:val="555555"/>
          <w:sz w:val="20"/>
        </w:rPr>
        <w:t>[25]</w:t>
      </w:r>
    </w:p>
    <w:p>
      <w:r>
        <w:rPr>
          <w:rFonts w:ascii="Gentium Plus" w:hAnsi="Gentium Plus"/>
          <w:sz w:val="24"/>
        </w:rPr>
        <w:t>μενα μῆλα, [τουτέστι τὰ πρόβατα.] Δεπίφρονα. κοῦφον ταῖς φρεσί.</w:t>
      </w:r>
    </w:p>
    <w:p>
      <w:r>
        <w:rPr>
          <w:rFonts w:ascii="Courier New" w:hAnsi="Courier New"/>
          <w:color w:val="555555"/>
          <w:sz w:val="20"/>
        </w:rPr>
        <w:t>[delta 477]</w:t>
      </w:r>
    </w:p>
    <w:p>
      <w:r>
        <w:rPr>
          <w:rFonts w:ascii="Gentium Plus" w:hAnsi="Gentium Plus"/>
          <w:sz w:val="24"/>
        </w:rPr>
        <w:t>Δερβιστήρ. τὸ δέρμα. παρὰ τὸ δέρω δεριστὴρ καὶ πλεονασμῷ τοῦ β δερβιστήρ. [πλεονάζουσι δὲ τὸ β οἱ Συρακούσιοι, ὡς καὶ ἐπὶ τοῦ ὀλ‐ βάχνιον, ὀλάχνιον, τὸ τὰς οὔλας ἔχον. ση‐</w:t>
      </w:r>
    </w:p>
    <w:p>
      <w:r>
        <w:rPr>
          <w:rFonts w:ascii="Courier New" w:hAnsi="Courier New"/>
          <w:color w:val="555555"/>
          <w:sz w:val="20"/>
        </w:rPr>
        <w:t>[5]</w:t>
      </w:r>
    </w:p>
    <w:p>
      <w:r>
        <w:rPr>
          <w:rFonts w:ascii="Gentium Plus" w:hAnsi="Gentium Plus"/>
          <w:sz w:val="24"/>
        </w:rPr>
        <w:t>μαίνει δὲ τὸ κανοῦν, ἐν ᾧ ἀπετίθουν τὰς οὔ‐ λας.] Δερμηστής. Λυσίας ὁ ῥήτωρ τὸν σκώληκα φη‐ σίν· Ἀρίσταρχος δὲ τὸν ὄφιν. δερμηστὴς δὲ εἴρηται ὁ ἐσθίων τὰ ὠμὰ δέρματα. [παρὰ τὸ</w:t>
      </w:r>
    </w:p>
    <w:p>
      <w:r>
        <w:rPr>
          <w:rFonts w:ascii="Courier New" w:hAnsi="Courier New"/>
          <w:color w:val="555555"/>
          <w:sz w:val="20"/>
        </w:rPr>
        <w:t>[10]</w:t>
      </w:r>
    </w:p>
    <w:p>
      <w:r>
        <w:rPr>
          <w:rFonts w:ascii="Gentium Plus" w:hAnsi="Gentium Plus"/>
          <w:sz w:val="24"/>
        </w:rPr>
        <w:t>ἔδω, ἔσω, ὁ παρακείμενος ἦσμαι, τὸ τρίτον ἦσται, καὶ ὄνομα ἤστης, ὁ ἐσθίων, ἀφ’ οὗ νῆ‐ στις, ὁ ἐστερημένος τῶν σιτίων καὶ τοῦ ἐσθίειν. καὶ ὠμηστὴς καὶ δερμηστής.] Δερκευνέος. τοῦ λαγωοῦ· ἐπειδὴ δοκεῖ κοιμώμε‐</w:t>
      </w:r>
    </w:p>
    <w:p>
      <w:r>
        <w:rPr>
          <w:rFonts w:ascii="Courier New" w:hAnsi="Courier New"/>
          <w:color w:val="555555"/>
          <w:sz w:val="20"/>
        </w:rPr>
        <w:t>[15]</w:t>
      </w:r>
    </w:p>
    <w:p>
      <w:r>
        <w:rPr>
          <w:rFonts w:ascii="Gentium Plus" w:hAnsi="Gentium Plus"/>
          <w:sz w:val="24"/>
        </w:rPr>
        <w:t>νος βλέπειν. [Νίκανδρος εἰς τὸ ἀντιφάρμα‐ κον· εὖτ’ ἂν ὑπὲρ φάρυγγος χεύῃ πάντα δ’ ἀερ‐ γὰ ἄπεπτα δόρπα, πολλάκι δ’ ἢ σκύλακος δερ‐ κευνέος.] Δέσιος. ὁ Ἰούνιος μήν.</w:t>
      </w:r>
    </w:p>
    <w:p>
      <w:r>
        <w:rPr>
          <w:rFonts w:ascii="Courier New" w:hAnsi="Courier New"/>
          <w:color w:val="555555"/>
          <w:sz w:val="20"/>
        </w:rPr>
        <w:t>[20]</w:t>
      </w:r>
    </w:p>
    <w:p>
      <w:r>
        <w:rPr>
          <w:rFonts w:ascii="Gentium Plus" w:hAnsi="Gentium Plus"/>
          <w:sz w:val="24"/>
        </w:rPr>
        <w:t>Δεσπόσυνος. παῖς τοῦ δεσπότου. Δεσπότης. οἷον δεσποίτης, ὁ δέος ἐμποιῶν ἢ ὁ δέους ἔχων ὄπα. *κατὰ ἀποβολὴν τοῦ ὄπα.* Δεσμώτης. πᾶν ῥῆμα τῆς τρίτης συζυγίας τῶν περισπωμένων ἐν τοῖς ὀνόμασιν, ἢ διὰ τοῦ ω</w:t>
      </w:r>
    </w:p>
    <w:p>
      <w:r>
        <w:rPr>
          <w:rFonts w:ascii="Courier New" w:hAnsi="Courier New"/>
          <w:color w:val="555555"/>
          <w:sz w:val="20"/>
        </w:rPr>
        <w:t>[25]</w:t>
      </w:r>
    </w:p>
    <w:p>
      <w:r>
        <w:rPr>
          <w:rFonts w:ascii="Gentium Plus" w:hAnsi="Gentium Plus"/>
          <w:sz w:val="24"/>
        </w:rPr>
        <w:t>ὀξέως ἐκφέρεται. οἷον· χρυσῶ, χρυσωτής· μι‐ σθῶ, μισθωτής. ἢ διὰ τοῦ ο βαρέως. οἷον· ὀμόσω, ὀμότης· ἀρόσω, ἀρότης. οὐκ ἄρα οὖν τὸ δεσμώτης ἀπὸ τοῦ δεσμώσω μέλλοντος· ἐπεὶ ὤφειλεν εἶναι δεσμωτὴς, διὰ τοῦ ω μεγάλου·</w:t>
      </w:r>
    </w:p>
    <w:p>
      <w:r>
        <w:rPr>
          <w:rFonts w:ascii="Courier New" w:hAnsi="Courier New"/>
          <w:color w:val="555555"/>
          <w:sz w:val="20"/>
        </w:rPr>
        <w:t>[30]</w:t>
      </w:r>
    </w:p>
    <w:p>
      <w:r>
        <w:rPr>
          <w:rFonts w:ascii="Gentium Plus" w:hAnsi="Gentium Plus"/>
          <w:sz w:val="24"/>
        </w:rPr>
        <w:t>ἀλλ’ ἀπὸ τοῦ δεσμὸς, ὅθεν καὶ διὰ τοῦ ο μι‐</w:t>
      </w:r>
    </w:p>
    <w:p>
      <w:r>
        <w:rPr>
          <w:rFonts w:ascii="Courier New" w:hAnsi="Courier New"/>
          <w:color w:val="555555"/>
          <w:sz w:val="20"/>
        </w:rPr>
        <w:t>[delta 478]</w:t>
      </w:r>
    </w:p>
    <w:p>
      <w:r>
        <w:rPr>
          <w:rFonts w:ascii="Gentium Plus" w:hAnsi="Gentium Plus"/>
          <w:sz w:val="24"/>
        </w:rPr>
        <w:t>μεγάλου γράφει τὸ δεσμώτης. *καὶ σὺ τί λέ‐ γεις, οὐκ οἶδα συγχώρησον.* Δεύτατος. ὁ ἔσχατος. οἷον· —δεύτατος ἦλθεν Ἀχαιῶν χαλκοχιτώνων.</w:t>
      </w:r>
    </w:p>
    <w:p>
      <w:r>
        <w:rPr>
          <w:rFonts w:ascii="Courier New" w:hAnsi="Courier New"/>
          <w:color w:val="555555"/>
          <w:sz w:val="20"/>
        </w:rPr>
        <w:t>[5]</w:t>
      </w:r>
    </w:p>
    <w:p>
      <w:r>
        <w:rPr>
          <w:rFonts w:ascii="Gentium Plus" w:hAnsi="Gentium Plus"/>
          <w:sz w:val="24"/>
        </w:rPr>
        <w:t>παρὰ τὸ δεύω καὶ δεύομαι. σημαίνει δὲ τὸ λεί‐ πομαι καὶ στερίσκομαι. [οἷον· —αὐτὰρ ἔμ’ αὕτως ἧσθαι δευόμενον. ἀντὶ τοῦ ἐνδεόμενον. γίνεται δεύτερος καὶ δεύ‐</w:t>
      </w:r>
    </w:p>
    <w:p>
      <w:r>
        <w:rPr>
          <w:rFonts w:ascii="Courier New" w:hAnsi="Courier New"/>
          <w:color w:val="555555"/>
          <w:sz w:val="20"/>
        </w:rPr>
        <w:t>[10]</w:t>
      </w:r>
    </w:p>
    <w:p>
      <w:r>
        <w:rPr>
          <w:rFonts w:ascii="Gentium Plus" w:hAnsi="Gentium Plus"/>
          <w:sz w:val="24"/>
        </w:rPr>
        <w:t>τατος, ὥσπερ ἀπὸ τοῦ φέρω φέρτερος καὶ φέρ‐ τατος· ἵν’ ᾖ ὁ λειπόμενος τῇ τάξει, εἰ καὶ μὴ πρῶτος. οἷον· δεύτερον αὖτ’ Ὀδυσσῆα ἰδὼν ἐρέειν’ ὁ γέ‐ ρων.]</w:t>
      </w:r>
    </w:p>
    <w:p>
      <w:r>
        <w:rPr>
          <w:rFonts w:ascii="Courier New" w:hAnsi="Courier New"/>
          <w:color w:val="555555"/>
          <w:sz w:val="20"/>
        </w:rPr>
        <w:t>[15]</w:t>
      </w:r>
    </w:p>
    <w:p>
      <w:r>
        <w:rPr>
          <w:rFonts w:ascii="Gentium Plus" w:hAnsi="Gentium Plus"/>
          <w:sz w:val="24"/>
        </w:rPr>
        <w:t>Δεύνυσος. ὁ Διόνυσος. ἀπὸ τοῦ Διόνυσος, τοῦ ι τραπέντος εἰς ε, Δεόνυσος. [οὕτως γὰρ Σάμιοι προφέρονται. συναιρέσει δὲ Ἰωνικῇ Δεύνυσος, ὡς Θεόδοτος, Θεύδοτος. ἐνίοτε δὲ αὐτὸν Δεύνυσον ὀνομάζεσθαι φασὶν, ἐπειδὴ ἐβασίλευε Νύσσης.</w:t>
      </w:r>
    </w:p>
    <w:p>
      <w:r>
        <w:rPr>
          <w:rFonts w:ascii="Courier New" w:hAnsi="Courier New"/>
          <w:color w:val="555555"/>
          <w:sz w:val="20"/>
        </w:rPr>
        <w:t>[20]</w:t>
      </w:r>
    </w:p>
    <w:p>
      <w:r>
        <w:rPr>
          <w:rFonts w:ascii="Gentium Plus" w:hAnsi="Gentium Plus"/>
          <w:sz w:val="24"/>
        </w:rPr>
        <w:t>κατὰ γὰρ τὴν τῶν Ἰνδῶν φωνὴν δεῦνος ὁ βα‐ σιλεύς.] Δέλιθες. τὰ σφηκία καὶ αἱ δέλιθες. Δεψοποιός. βαφεὺς, ἁπαλυντής. Δεῖμος. ὁ φόβος. παρὰ τὸ δέω, τὸ φοβοῦμαι.</w:t>
      </w:r>
    </w:p>
    <w:p>
      <w:r>
        <w:rPr>
          <w:rFonts w:ascii="Courier New" w:hAnsi="Courier New"/>
          <w:color w:val="555555"/>
          <w:sz w:val="20"/>
        </w:rPr>
        <w:t>[25]</w:t>
      </w:r>
    </w:p>
    <w:p>
      <w:r>
        <w:rPr>
          <w:rFonts w:ascii="Gentium Plus" w:hAnsi="Gentium Plus"/>
          <w:sz w:val="24"/>
        </w:rPr>
        <w:t>Δελφινίς. παρὰ τὸ δελφὺς, ὃ σημαίνει τὴν μήτραν· ἐξ οὗ καὶ ἀδελφὸς, ὁ ἐκ τῆς αὐτῆς δελφύος ἤγουν μήτρας.</w:t>
      </w:r>
    </w:p>
    <w:p>
      <w:pPr>
        <w:jc w:val="center"/>
      </w:pPr>
      <w:r>
        <w:rPr>
          <w:rFonts w:ascii="Gentium Plus" w:hAnsi="Gentium Plus"/>
          <w:b/>
          <w:sz w:val="24"/>
        </w:rPr>
        <w:t>(Θηλυκόν.)</w:t>
      </w:r>
    </w:p>
    <w:p>
      <w:r>
        <w:rPr>
          <w:rFonts w:ascii="Courier New" w:hAnsi="Courier New"/>
          <w:color w:val="555555"/>
          <w:sz w:val="20"/>
        </w:rPr>
        <w:t>[29]</w:t>
      </w:r>
    </w:p>
    <w:p>
      <w:r>
        <w:rPr>
          <w:rFonts w:ascii="Gentium Plus" w:hAnsi="Gentium Plus"/>
          <w:sz w:val="24"/>
        </w:rPr>
        <w:t>Δεβώῤῥα. κύριον.</w:t>
      </w:r>
    </w:p>
    <w:p>
      <w:r>
        <w:rPr>
          <w:rFonts w:ascii="Courier New" w:hAnsi="Courier New"/>
          <w:color w:val="555555"/>
          <w:sz w:val="20"/>
        </w:rPr>
        <w:t>[30]</w:t>
      </w:r>
    </w:p>
    <w:p>
      <w:r>
        <w:rPr>
          <w:rFonts w:ascii="Gentium Plus" w:hAnsi="Gentium Plus"/>
          <w:sz w:val="24"/>
        </w:rPr>
        <w:t>Δειρή. ὁ τράχηλος. παρὰ τὸ ἐκδέρεσθαι. κα‐</w:t>
      </w:r>
    </w:p>
    <w:p>
      <w:r>
        <w:rPr>
          <w:rFonts w:ascii="Courier New" w:hAnsi="Courier New"/>
          <w:color w:val="555555"/>
          <w:sz w:val="20"/>
        </w:rPr>
        <w:t>[delta 479]</w:t>
      </w:r>
    </w:p>
    <w:p>
      <w:r>
        <w:rPr>
          <w:rFonts w:ascii="Gentium Plus" w:hAnsi="Gentium Plus"/>
          <w:sz w:val="24"/>
        </w:rPr>
        <w:t>Δεῖσα. ὁ ὑγρὸς καὶ βοτανώδης τόπος. παρὰ τὸν δεύσω μέλλοντα, ὃ σημαίνει τὸ βρέχω. δεῦσα καὶ δεῖσα. Δεισαλέα. δίϋγρος, βοτανώδης, ἢ κοπρώδης.</w:t>
      </w:r>
    </w:p>
    <w:p>
      <w:r>
        <w:rPr>
          <w:rFonts w:ascii="Courier New" w:hAnsi="Courier New"/>
          <w:color w:val="555555"/>
          <w:sz w:val="20"/>
        </w:rPr>
        <w:t>[5]</w:t>
      </w:r>
    </w:p>
    <w:p>
      <w:r>
        <w:rPr>
          <w:rFonts w:ascii="Gentium Plus" w:hAnsi="Gentium Plus"/>
          <w:sz w:val="24"/>
        </w:rPr>
        <w:t>Δειράδες. αἱ ἐξοχαὶ τῶν ὀρῶν ἢ τῶν ναπῶν ἢ τῶν φαράγγων. Δείλη. καὶ κλίνεται τῆς δείλης. παρὰ τὸ ἐνδεῖν καὶ ἐλλείπειν τῇ ἕλῃ ἤτοι τῇ θερμασίᾳ, δεέλη καὶ δείλη κατὰ κρᾶσιν τῶν δύο εε εἰς τὴν ει</w:t>
      </w:r>
    </w:p>
    <w:p>
      <w:r>
        <w:rPr>
          <w:rFonts w:ascii="Courier New" w:hAnsi="Courier New"/>
          <w:color w:val="555555"/>
          <w:sz w:val="20"/>
        </w:rPr>
        <w:t>[10]</w:t>
      </w:r>
    </w:p>
    <w:p>
      <w:r>
        <w:rPr>
          <w:rFonts w:ascii="Gentium Plus" w:hAnsi="Gentium Plus"/>
          <w:sz w:val="24"/>
        </w:rPr>
        <w:t>δίφθογγον. μετάγεται καὶ ἐπιῤῥηματικῶς, οἷον· δείλης ἦλθον. Δειλία. συστολὴ τόλμης, καὶ προσδοκία τινὸς πράγματος οὐκ ἀγαπωμένου.</w:t>
      </w:r>
    </w:p>
    <w:p>
      <w:r>
        <w:rPr>
          <w:rFonts w:ascii="Courier New" w:hAnsi="Courier New"/>
          <w:color w:val="555555"/>
          <w:sz w:val="20"/>
        </w:rPr>
        <w:t>[15]</w:t>
      </w:r>
    </w:p>
    <w:p>
      <w:r>
        <w:rPr>
          <w:rFonts w:ascii="Gentium Plus" w:hAnsi="Gentium Plus"/>
          <w:sz w:val="24"/>
        </w:rPr>
        <w:t>Δειδία. ἡ σκοτεινὴ νύξ. παρὰ τὸ δέος. ἡ φόβου ποιητική. Δειπνολόχου. κλεπτοτρόφου, τῆς λαθραίως ἐσθι‐ ούσης καὶ μὴ φανερῶς. [Ἡσίοδος· Οὐ μὲν γάρ τι γυναικὸς ἀνὴρ λογίζετ’ ἄμεινον</w:t>
      </w:r>
    </w:p>
    <w:p>
      <w:r>
        <w:rPr>
          <w:rFonts w:ascii="Courier New" w:hAnsi="Courier New"/>
          <w:color w:val="555555"/>
          <w:sz w:val="20"/>
        </w:rPr>
        <w:t>[20]</w:t>
      </w:r>
    </w:p>
    <w:p>
      <w:r>
        <w:rPr>
          <w:rFonts w:ascii="Gentium Plus" w:hAnsi="Gentium Plus"/>
          <w:sz w:val="24"/>
        </w:rPr>
        <w:t>Τῆς ἀγαθῆς· τῆς δ’ αὖτε κακῆς οὐ ῥίγιον ἄλλο Δειπνολόχου—.] Δειλία. νηπιῶδες ἦθος. ἐκτροπὴ πίστεως. Δεβελτός. πόλις Θρᾳκική. Δέησις. αἴτησις ἐνδεῶν. ἢ ἐπίπονος αἴτησις ἔκ τι‐</w:t>
      </w:r>
    </w:p>
    <w:p>
      <w:r>
        <w:rPr>
          <w:rFonts w:ascii="Courier New" w:hAnsi="Courier New"/>
          <w:color w:val="555555"/>
          <w:sz w:val="20"/>
        </w:rPr>
        <w:t>[25]</w:t>
      </w:r>
    </w:p>
    <w:p>
      <w:r>
        <w:rPr>
          <w:rFonts w:ascii="Gentium Plus" w:hAnsi="Gentium Plus"/>
          <w:sz w:val="24"/>
        </w:rPr>
        <w:t>νος γινομένη. ἢ ὁμιλία νοῦ πρὸς θεὸν μεθ’ ἱκεσίας [βοήθειαν ἢ αἴτησιν ἀγαθῶν περιέχου‐ σα. ἢ δέησις ἐστὶν ἐλλειπόντων τινὶ μεθ’ ἱκε‐ σίας] περὶ ἐκείνου τυχεῖν ἀναπεμπομένη εὐχή.</w:t>
      </w:r>
    </w:p>
    <w:p>
      <w:r>
        <w:rPr>
          <w:rFonts w:ascii="Courier New" w:hAnsi="Courier New"/>
          <w:color w:val="555555"/>
          <w:sz w:val="20"/>
        </w:rPr>
        <w:t>[delta 480]</w:t>
      </w:r>
    </w:p>
    <w:p>
      <w:r>
        <w:rPr>
          <w:rFonts w:ascii="Gentium Plus" w:hAnsi="Gentium Plus"/>
          <w:sz w:val="24"/>
        </w:rPr>
        <w:t>Δεκάτη. οἷον· τῇ δεκάτῃ δ’ ἀγορήνδε καλέσσατο λαὸν Ἀχιλλεύς. ἀπὸ τοῦ δέκατος, δεκάτη· τοῦτο παρὰ τὸ δεκάς·</w:t>
      </w:r>
    </w:p>
    <w:p>
      <w:r>
        <w:rPr>
          <w:rFonts w:ascii="Courier New" w:hAnsi="Courier New"/>
          <w:color w:val="555555"/>
          <w:sz w:val="20"/>
        </w:rPr>
        <w:t>[5]</w:t>
      </w:r>
    </w:p>
    <w:p>
      <w:r>
        <w:rPr>
          <w:rFonts w:ascii="Gentium Plus" w:hAnsi="Gentium Plus"/>
          <w:sz w:val="24"/>
        </w:rPr>
        <w:t>[τοῦτο παρὰ τὸ δέχομαι, δεχὰς, καὶ δεκὰς,] ἡ ἔχουσα ἐν ἑαυτῇ πάντα ἀριθμόν. Δέλφαξ. ὁ γαλαθηνὸς χοῖρος. [Ἐπίχαρμος· δέλφακά τε τῶν γειτόνων τοῖς Ἐλευσινίοις φυ‐ λάσσω. παρὰ τὸ τὴν δελφήν· κυρίως γὰρ ἐπὶ</w:t>
      </w:r>
    </w:p>
    <w:p>
      <w:r>
        <w:rPr>
          <w:rFonts w:ascii="Courier New" w:hAnsi="Courier New"/>
          <w:color w:val="555555"/>
          <w:sz w:val="20"/>
        </w:rPr>
        <w:t>[10]</w:t>
      </w:r>
    </w:p>
    <w:p>
      <w:r>
        <w:rPr>
          <w:rFonts w:ascii="Gentium Plus" w:hAnsi="Gentium Plus"/>
          <w:sz w:val="24"/>
        </w:rPr>
        <w:t>τῆς θηλείας λέγεται δέλφαξ. τινὲς δὲ τοὺς με‐ γάλους χοίρους δέλφακας λέγουσι.] Δελφύς. ἡ μήτρα, ἡ γαστήρ. ἔνθα ἀδελφὸς, ὁ ἐκ τῆς αὐτῆς μήτρας. [ἢ ὅτι ἀδελφός ἐστι καὶ ἀδελφὰ ποιεῖ τὰ τικτόμενα, ὅθεν εἴρηται ὁμό‐</w:t>
      </w:r>
    </w:p>
    <w:p>
      <w:r>
        <w:rPr>
          <w:rFonts w:ascii="Courier New" w:hAnsi="Courier New"/>
          <w:color w:val="555555"/>
          <w:sz w:val="20"/>
        </w:rPr>
        <w:t>[15]</w:t>
      </w:r>
    </w:p>
    <w:p>
      <w:r>
        <w:rPr>
          <w:rFonts w:ascii="Gentium Plus" w:hAnsi="Gentium Plus"/>
          <w:sz w:val="24"/>
        </w:rPr>
        <w:t>δελφος ὁ ἀδελφός.] Δεξίωσις. ὑποδοχή. Δεξιὰ κυρίου. ἡ ἄνωθεν ῥοπὴ καὶ ἀγαθὴ ἐνέρ‐ γεια. Δεξιάς. συνθήκας. [ὁ δὲ πέμπει χιλίαρχον, δε‐</w:t>
      </w:r>
    </w:p>
    <w:p>
      <w:r>
        <w:rPr>
          <w:rFonts w:ascii="Courier New" w:hAnsi="Courier New"/>
          <w:color w:val="555555"/>
          <w:sz w:val="20"/>
        </w:rPr>
        <w:t>[20]</w:t>
      </w:r>
    </w:p>
    <w:p>
      <w:r>
        <w:rPr>
          <w:rFonts w:ascii="Gentium Plus" w:hAnsi="Gentium Plus"/>
          <w:sz w:val="24"/>
        </w:rPr>
        <w:t>ξιὰς τῷ Ἰωσήπῳ δοῦναι κελεύσας.] Δεξιά. ἡ χείρ. καὶ ποιητικῶς δεξιτερή. ἀπὸ τοῦ δέχεσθαι αὐτῆς τὰ διδόμενα. [ἢ δεξιὰ τὶς οὖσα, ἀπὸ τοῦ τὰς πλείονας δι’ αὐτῆς ἐξιέναι πρά‐ ξεις. καὶ ἀπὸ τοῦ δεκτὸς δεξιὰ, ὡς ἀνόρεκτος,</w:t>
      </w:r>
    </w:p>
    <w:p>
      <w:r>
        <w:rPr>
          <w:rFonts w:ascii="Courier New" w:hAnsi="Courier New"/>
          <w:color w:val="555555"/>
          <w:sz w:val="20"/>
        </w:rPr>
        <w:t>[25]</w:t>
      </w:r>
    </w:p>
    <w:p>
      <w:r>
        <w:rPr>
          <w:rFonts w:ascii="Gentium Plus" w:hAnsi="Gentium Plus"/>
          <w:sz w:val="24"/>
        </w:rPr>
        <w:t>ἀνορεξία.] Δέλτος. πινακίδιον, σχεδάριον. Δέρις. δέρμα ἢ τρίχινον παραπέτασμα. Δεραιοπέδη. τὸ ἰξευτικὸν λῖνον. Δεραγχέας. τὰς τὴν δέριν ἀγχούσας καὶ πνιγού‐</w:t>
      </w:r>
    </w:p>
    <w:p>
      <w:r>
        <w:rPr>
          <w:rFonts w:ascii="Courier New" w:hAnsi="Courier New"/>
          <w:color w:val="555555"/>
          <w:sz w:val="20"/>
        </w:rPr>
        <w:t>[30]</w:t>
      </w:r>
    </w:p>
    <w:p>
      <w:r>
        <w:rPr>
          <w:rFonts w:ascii="Gentium Plus" w:hAnsi="Gentium Plus"/>
          <w:sz w:val="24"/>
        </w:rPr>
        <w:t>σας. [δεραγχέας πάγας.]</w:t>
      </w:r>
    </w:p>
    <w:p>
      <w:r>
        <w:rPr>
          <w:rFonts w:ascii="Courier New" w:hAnsi="Courier New"/>
          <w:color w:val="555555"/>
          <w:sz w:val="20"/>
        </w:rPr>
        <w:t>[delta 481]</w:t>
      </w:r>
    </w:p>
    <w:p>
      <w:r>
        <w:rPr>
          <w:rFonts w:ascii="Gentium Plus" w:hAnsi="Gentium Plus"/>
          <w:sz w:val="24"/>
        </w:rPr>
        <w:t>Δέσποινα. ὥσπερ ἀπὸ τοῦ ἀρύτω γίνεται ἀρύ‐ ταινα, καὶ τὸ βαίνω ἀμφίβαινα, οὕτως καὶ πα‐ ρὰ τὸ δεσπόζω δεσπόζαινα, καὶ κατὰ συγκοπὴν τοῦ ζα καὶ συναίρεσιν τοῦ ο καὶ ι εἰς τὴν οι</w:t>
      </w:r>
    </w:p>
    <w:p>
      <w:r>
        <w:rPr>
          <w:rFonts w:ascii="Courier New" w:hAnsi="Courier New"/>
          <w:color w:val="555555"/>
          <w:sz w:val="20"/>
        </w:rPr>
        <w:t>[5]</w:t>
      </w:r>
    </w:p>
    <w:p>
      <w:r>
        <w:rPr>
          <w:rFonts w:ascii="Gentium Plus" w:hAnsi="Gentium Plus"/>
          <w:sz w:val="24"/>
        </w:rPr>
        <w:t>δίφθογγον, δέσποινα. [οὐ γὰρ παρεσχημάτισται ἀπὸ τοῦ δεσπότης ἀρσενικῶς, ἐπεὶ δεσπότης ἔμελλεν εἶναι καὶ οὐ δέσποινα. δέσποινα δὲ σύν‐ θετον δεοποία, ἡ δέος ἐμποιοῦσα, ἀπὸ τοῦ δεο‐ ποιὸς ἀρσενικῶς· καὶ κατὰ συγκοπὴν δέσποινα.]</w:t>
      </w:r>
    </w:p>
    <w:p>
      <w:r>
        <w:rPr>
          <w:rFonts w:ascii="Courier New" w:hAnsi="Courier New"/>
          <w:color w:val="555555"/>
          <w:sz w:val="20"/>
        </w:rPr>
        <w:t>[10]</w:t>
      </w:r>
    </w:p>
    <w:p>
      <w:r>
        <w:rPr>
          <w:rFonts w:ascii="Gentium Plus" w:hAnsi="Gentium Plus"/>
          <w:sz w:val="24"/>
        </w:rPr>
        <w:t>ὡς θεόσφατος θέσφατος. καὶ πλεονασμῷ τοῦ ν δέσποινα. [ὅτι γὰρ πέπονθε, δηλοῖ ἡ παραλή‐ γουσα. καὶ γὰρ τὸ ἀγκοίνη οὐ φύσει τὸ οι ἔχει, ἀλλ’ ἐκτροπῇ τοῦ ω ἀγκώνη καὶ ἀγκοίνη.] Δετή. ἡ ἐκ δεδεμένων δᾳδῶν λαμπάς. οἷον·</w:t>
      </w:r>
    </w:p>
    <w:p>
      <w:r>
        <w:rPr>
          <w:rFonts w:ascii="Courier New" w:hAnsi="Courier New"/>
          <w:color w:val="555555"/>
          <w:sz w:val="20"/>
        </w:rPr>
        <w:t>[15]</w:t>
      </w:r>
    </w:p>
    <w:p>
      <w:r>
        <w:rPr>
          <w:rFonts w:ascii="Gentium Plus" w:hAnsi="Gentium Plus"/>
          <w:sz w:val="24"/>
        </w:rPr>
        <w:t>καιόμεναί τε δεταί—. [Ἡρόδοτος· ἀπὸ τοῦ δίδημι ῥήματος δετὸς καὶ δετή· ὡς ἀπὸ τοῦ τίθημι θετὸς καὶ εὔθετος σύνθετον, καὶ ἐτὸς καὶ ἄφετος· ὡς τό· ἐτὸς εἰμί· καὶ δίδωμι δοτός. ὡς καὶ Ὅμηρος ἀπὸ τοῦ</w:t>
      </w:r>
    </w:p>
    <w:p>
      <w:r>
        <w:rPr>
          <w:rFonts w:ascii="Courier New" w:hAnsi="Courier New"/>
          <w:color w:val="555555"/>
          <w:sz w:val="20"/>
        </w:rPr>
        <w:t>[20]</w:t>
      </w:r>
    </w:p>
    <w:p>
      <w:r>
        <w:rPr>
          <w:rFonts w:ascii="Gentium Plus" w:hAnsi="Gentium Plus"/>
          <w:sz w:val="24"/>
        </w:rPr>
        <w:t>δίδημι ῥήματος εἶπε τὸν παρατατικόν· δίδη μόσχοισι λύγοισι.] Δέψα. ἡ βύρσα. Δειλία. συστολὴ ψυχῆς [πρὸς ἑαυτὴν ἐπὶ προσ‐ δοκίᾳ τινὸς τῶν μὴ ποθουμένων συνισταμένη.]</w:t>
      </w:r>
    </w:p>
    <w:p>
      <w:r>
        <w:rPr>
          <w:rFonts w:ascii="Courier New" w:hAnsi="Courier New"/>
          <w:color w:val="555555"/>
          <w:sz w:val="20"/>
        </w:rPr>
        <w:t>[25]</w:t>
      </w:r>
    </w:p>
    <w:p>
      <w:r>
        <w:rPr>
          <w:rFonts w:ascii="Gentium Plus" w:hAnsi="Gentium Plus"/>
          <w:sz w:val="24"/>
        </w:rPr>
        <w:t>Δεινότης. τὸ παρ’ ὃ δεῖ νοεῖν ὡς φρονήσεως ἕνεκα τῶν πραγμάτων φύσεις τὲ καὶ νοήσεις.</w:t>
      </w:r>
    </w:p>
    <w:p>
      <w:pPr>
        <w:jc w:val="center"/>
      </w:pPr>
      <w:r>
        <w:rPr>
          <w:rFonts w:ascii="Gentium Plus" w:hAnsi="Gentium Plus"/>
          <w:b/>
          <w:sz w:val="24"/>
        </w:rPr>
        <w:t>(Οὐδέτερον.)</w:t>
      </w:r>
    </w:p>
    <w:p>
      <w:r>
        <w:rPr>
          <w:rFonts w:ascii="Courier New" w:hAnsi="Courier New"/>
          <w:color w:val="555555"/>
          <w:sz w:val="20"/>
        </w:rPr>
        <w:t>[28]</w:t>
      </w:r>
    </w:p>
    <w:p>
      <w:r>
        <w:rPr>
          <w:rFonts w:ascii="Gentium Plus" w:hAnsi="Gentium Plus"/>
          <w:sz w:val="24"/>
        </w:rPr>
        <w:t>Δειελινόν. τὸ δειλινόν. συνήθεια Ἰώνων τὸ ε</w:t>
      </w:r>
    </w:p>
    <w:p>
      <w:r>
        <w:rPr>
          <w:rFonts w:ascii="Courier New" w:hAnsi="Courier New"/>
          <w:color w:val="555555"/>
          <w:sz w:val="20"/>
        </w:rPr>
        <w:t>[delta 482]</w:t>
      </w:r>
    </w:p>
    <w:p>
      <w:r>
        <w:rPr>
          <w:rFonts w:ascii="Gentium Plus" w:hAnsi="Gentium Plus"/>
          <w:sz w:val="24"/>
        </w:rPr>
        <w:t>δειελινὸν κλίνοντος ὑπὸ ζόφον ἠελίοιο.] Δεῖμα. ὁ φόβος. [ὥσπερ ἀπὸ τοῦ ποιήσω ποίη‐ μα, οὕτω καὶ ἀπὸ τοῦ δείσω δεῖμα.] Δειραχθές. τὸ τὴν δειρὰν ἀλγύνον καὶ λυποῦν.</w:t>
      </w:r>
    </w:p>
    <w:p>
      <w:r>
        <w:rPr>
          <w:rFonts w:ascii="Courier New" w:hAnsi="Courier New"/>
          <w:color w:val="555555"/>
          <w:sz w:val="20"/>
        </w:rPr>
        <w:t>[5]</w:t>
      </w:r>
    </w:p>
    <w:p>
      <w:r>
        <w:rPr>
          <w:rFonts w:ascii="Gentium Plus" w:hAnsi="Gentium Plus"/>
          <w:sz w:val="24"/>
        </w:rPr>
        <w:t>δειραχθὲς εὔβροχον ἅμμα πετεινῶν. ἅμμα δὲ τὸ σχοινίον λέγεται. Δεῖπνον. τὸ πρωϊνὸν ἄριστον, ὅπερ ἀκρατισμὸς λέγεται. Δείκηλον. [καὶ δείκελον.] εἴδωλον, ὁμοίωμα. [ὥσ‐</w:t>
      </w:r>
    </w:p>
    <w:p>
      <w:r>
        <w:rPr>
          <w:rFonts w:ascii="Courier New" w:hAnsi="Courier New"/>
          <w:color w:val="555555"/>
          <w:sz w:val="20"/>
        </w:rPr>
        <w:t>[10]</w:t>
      </w:r>
    </w:p>
    <w:p>
      <w:r>
        <w:rPr>
          <w:rFonts w:ascii="Gentium Plus" w:hAnsi="Gentium Plus"/>
          <w:sz w:val="24"/>
        </w:rPr>
        <w:t>περ ἀπὸ τοῦ πέμπω πέμπελος, ὁ πολλῶν ἐνιαυ‐ τῶν ὢν, οὕτως καὶ δείκω δείκελον καὶ ἐκτάσει τοῦ ε εἰς η δείκηλον. ἢ Διῒ ἴκελον.] Δεικτήριον. τὸ τῆς Σάμου. ὅτι ἐν αὐτῇ ἡ Ἀθη‐ νᾶ διέγραψε τὴν κεφαλὴν τῆς Γοργόνης, δει‐</w:t>
      </w:r>
    </w:p>
    <w:p>
      <w:r>
        <w:rPr>
          <w:rFonts w:ascii="Courier New" w:hAnsi="Courier New"/>
          <w:color w:val="555555"/>
          <w:sz w:val="20"/>
        </w:rPr>
        <w:t>[15]</w:t>
      </w:r>
    </w:p>
    <w:p>
      <w:r>
        <w:rPr>
          <w:rFonts w:ascii="Gentium Plus" w:hAnsi="Gentium Plus"/>
          <w:sz w:val="24"/>
        </w:rPr>
        <w:t>κνύουσα τῷ Πέρσῃ, ὅτε παρ’ αὐτὴν ἀπέστειλεν ἐπὶ τὴν Γοργονίαν. Δεκτόν. εὐαπόδεκτον, εὐπρόσιτον. Δεκάχοια. δεκαπλάσια. Δέλεαρ. ἀπάτη. καὶ κλίνεται δελέατος. [ἀφ’</w:t>
      </w:r>
    </w:p>
    <w:p>
      <w:r>
        <w:rPr>
          <w:rFonts w:ascii="Courier New" w:hAnsi="Courier New"/>
          <w:color w:val="555555"/>
          <w:sz w:val="20"/>
        </w:rPr>
        <w:t>[20]</w:t>
      </w:r>
    </w:p>
    <w:p>
      <w:r>
        <w:rPr>
          <w:rFonts w:ascii="Gentium Plus" w:hAnsi="Gentium Plus"/>
          <w:sz w:val="24"/>
        </w:rPr>
        <w:t>οὗ καὶ δείλατος, οἷον· ἐνδιετέθη παγίδεσιν ὀλέ‐ θρια δείλατα δοιαῖς. παρὰ τὸν δόλον δόλεαρ καὶ κατὰ τροπὴν δέλεαρ. ἢ παρὰ τὸ ἕλω, ἔλεαρ καὶ δέλεαρ, δι’ οὗ ἔστιν ἑλεῖν. ἢ παρὰ τὸ δη‐ λεῖσθαι τὸ βλάπτειν. ἢ παρὰ τὸ δέω, τὸ δε‐</w:t>
      </w:r>
    </w:p>
    <w:p>
      <w:r>
        <w:rPr>
          <w:rFonts w:ascii="Courier New" w:hAnsi="Courier New"/>
          <w:color w:val="555555"/>
          <w:sz w:val="20"/>
        </w:rPr>
        <w:t>[25]</w:t>
      </w:r>
    </w:p>
    <w:p>
      <w:r>
        <w:rPr>
          <w:rFonts w:ascii="Gentium Plus" w:hAnsi="Gentium Plus"/>
          <w:sz w:val="24"/>
        </w:rPr>
        <w:t>σμεύω, δέλεαρ, τὸ περιδεσμούμενον τῷ ἀγκί‐ στρῳ. λέγεται καὶ δελήτιον· τὸ ε καὶ α συν‐ αλοιφὴν πέπονθεν εἰς η. ἔχε τὸ δελήτιον.] Δελέαστρα. παγίδες.</w:t>
      </w:r>
    </w:p>
    <w:p>
      <w:r>
        <w:rPr>
          <w:rFonts w:ascii="Courier New" w:hAnsi="Courier New"/>
          <w:color w:val="555555"/>
          <w:sz w:val="20"/>
        </w:rPr>
        <w:t>[delta 483]</w:t>
      </w:r>
    </w:p>
    <w:p>
      <w:r>
        <w:rPr>
          <w:rFonts w:ascii="Gentium Plus" w:hAnsi="Gentium Plus"/>
          <w:sz w:val="24"/>
        </w:rPr>
        <w:t>Δέμας. τὸ σῶμα. οἱονεὶ δεσμὸς τῆς ψυχῆς. [εἴ‐ ρηται παρὰ τὸ δέμω, τὸ οἰκοδομῶ, οἱονεὶ περι‐ δόμημα τῆς ψυχῆς] καὶ οἰκητήριον. [ἢ παρὰ τὸ δέω, τὸ δεσμεύω, δεσμὸς γὰρ τῆς ψυχῆς</w:t>
      </w:r>
    </w:p>
    <w:p>
      <w:r>
        <w:rPr>
          <w:rFonts w:ascii="Courier New" w:hAnsi="Courier New"/>
          <w:color w:val="555555"/>
          <w:sz w:val="20"/>
        </w:rPr>
        <w:t>[5]</w:t>
      </w:r>
    </w:p>
    <w:p>
      <w:r>
        <w:rPr>
          <w:rFonts w:ascii="Gentium Plus" w:hAnsi="Gentium Plus"/>
          <w:sz w:val="24"/>
        </w:rPr>
        <w:t>τὸ δέμας.] Δέμνια. τὰ ἐγκοίτια στρώματα, ἀπὸ τοῦ σῶμα ἐν αὐτοῖς μένειν. [ἢ παρὰ τὸ δέμω ῥῆμα. ὡς παίζω παίγνιον, οὕτως δέμω δέμνιον, τὸ εἰς σώ‐ ματος ἀνάπαυσιν οἰκοδομηθὲν ἢ συνδεθέν.]</w:t>
      </w:r>
    </w:p>
    <w:p>
      <w:r>
        <w:rPr>
          <w:rFonts w:ascii="Courier New" w:hAnsi="Courier New"/>
          <w:color w:val="555555"/>
          <w:sz w:val="20"/>
        </w:rPr>
        <w:t>[10]</w:t>
      </w:r>
    </w:p>
    <w:p>
      <w:r>
        <w:rPr>
          <w:rFonts w:ascii="Gentium Plus" w:hAnsi="Gentium Plus"/>
          <w:sz w:val="24"/>
        </w:rPr>
        <w:t>Δεξιά. συνετὰ ἔλεγον οἱ παλαιοὶ, ἀριστερὰ δὲ τὰ μωρά. Δέος. φόβος. [παρὰ τὸ δείω, τὸ φοβοῦμαι, δέος, ὡς νείφω νέφος. λέγεται καὶ δείδω, τὸ φοβοῦ‐ μαι, οἷον·</w:t>
      </w:r>
    </w:p>
    <w:p>
      <w:r>
        <w:rPr>
          <w:rFonts w:ascii="Courier New" w:hAnsi="Courier New"/>
          <w:color w:val="555555"/>
          <w:sz w:val="20"/>
        </w:rPr>
        <w:t>[15]</w:t>
      </w:r>
    </w:p>
    <w:p>
      <w:r>
        <w:rPr>
          <w:rFonts w:ascii="Gentium Plus" w:hAnsi="Gentium Plus"/>
          <w:sz w:val="24"/>
        </w:rPr>
        <w:t>δείδω, μήτι πάθῃσιν μετὰ Τρώεσσιν— ἐξ οὗ καὶ δίω· —περὶ γὰρ δίε νηυσὶν Ἀχαιῶν. ἢ παρὰ τὸ δέω, τὸ δεσμεύω, ὁ γὰρ φόβος δε‐ σμεῖ τοὺς πόδας καὶ τὰ μέλη τοῦ σώματος. καὶ</w:t>
      </w:r>
    </w:p>
    <w:p>
      <w:r>
        <w:rPr>
          <w:rFonts w:ascii="Courier New" w:hAnsi="Courier New"/>
          <w:color w:val="555555"/>
          <w:sz w:val="20"/>
        </w:rPr>
        <w:t>[20]</w:t>
      </w:r>
    </w:p>
    <w:p>
      <w:r>
        <w:rPr>
          <w:rFonts w:ascii="Gentium Plus" w:hAnsi="Gentium Plus"/>
          <w:sz w:val="24"/>
        </w:rPr>
        <w:t>δείους. ἀπὸ τοῦ δέους καὶ σπέους γίνεται κατὰ πλεονασμὸν τοῦ ι δείους καὶ σπείους.] Δέον. καλὸν, συμφέρον, ἀναγκαῖον, πρέπον. Δέπας. τὸ ποτήριον. παρὰ τὸ δέχω, δέχας καὶ δέπας, δι’ οὗ δεχόμεθα τὸν οἶνον.</w:t>
      </w:r>
    </w:p>
    <w:p>
      <w:r>
        <w:rPr>
          <w:rFonts w:ascii="Courier New" w:hAnsi="Courier New"/>
          <w:color w:val="555555"/>
          <w:sz w:val="20"/>
        </w:rPr>
        <w:t>[25]</w:t>
      </w:r>
    </w:p>
    <w:p>
      <w:r>
        <w:rPr>
          <w:rFonts w:ascii="Gentium Plus" w:hAnsi="Gentium Plus"/>
          <w:sz w:val="24"/>
        </w:rPr>
        <w:t>Δέργματα καὶ δέρξεις. αἱ βλέψεις. ὡς ἀπὸ τῶν βλεπομένων καὶ τῆς ἐνεργείας ὠνόμασται. Δέρμα. τὸ περὶ τοῖς ὤμοις ὅλον τεινόμενον. ὃ ποιητικωτέρως λέγεται ῥινὸς καὶ ἄφρα καὶ στέρ‐ φος καὶ ἀνθρωπῆ· ἐπὶ δὲ ἀλόγων πέσκος καὶ</w:t>
      </w:r>
    </w:p>
    <w:p>
      <w:r>
        <w:rPr>
          <w:rFonts w:ascii="Courier New" w:hAnsi="Courier New"/>
          <w:color w:val="555555"/>
          <w:sz w:val="20"/>
        </w:rPr>
        <w:t>[30]</w:t>
      </w:r>
    </w:p>
    <w:p>
      <w:r>
        <w:rPr>
          <w:rFonts w:ascii="Gentium Plus" w:hAnsi="Gentium Plus"/>
          <w:sz w:val="24"/>
        </w:rPr>
        <w:t>μάκος. δέρμα δὲ τὸ οἱονεὶ τέρμα, [τέλος γὰρ</w:t>
      </w:r>
    </w:p>
    <w:p>
      <w:r>
        <w:rPr>
          <w:rFonts w:ascii="Courier New" w:hAnsi="Courier New"/>
          <w:color w:val="555555"/>
          <w:sz w:val="20"/>
        </w:rPr>
        <w:t>[delta 484]</w:t>
      </w:r>
    </w:p>
    <w:p>
      <w:r>
        <w:rPr>
          <w:rFonts w:ascii="Gentium Plus" w:hAnsi="Gentium Plus"/>
          <w:sz w:val="24"/>
        </w:rPr>
        <w:t>δέμας ὂν τῷ δεσμῷ ἐοικὸς, πλεονασμῷ τοῦ ρ· ἢ δέρμα πᾶς χρὼς, ὁ πρὸ τοῦ ἥπατος. ἢ ἄμει‐ νον, τὸ ῥάμφος ἀπὸ τοῦ δέῤῥειν, ὅ ἐστι κρού‐ ειν.]</w:t>
      </w:r>
    </w:p>
    <w:p>
      <w:r>
        <w:rPr>
          <w:rFonts w:ascii="Courier New" w:hAnsi="Courier New"/>
          <w:color w:val="555555"/>
          <w:sz w:val="20"/>
        </w:rPr>
        <w:t>[5]</w:t>
      </w:r>
    </w:p>
    <w:p>
      <w:r>
        <w:rPr>
          <w:rFonts w:ascii="Gentium Plus" w:hAnsi="Gentium Plus"/>
          <w:sz w:val="24"/>
        </w:rPr>
        <w:t>[Δέρος. τὸ κώδιον. οἷον· —δέρος δέ οἱ ἶσον ὀνείρῳ. αἱ τοιαῦται εὐθεῖαι ἢ ἰωνικαὶ εἰσὶν ἢ δωρικαὶ, οἷον δέρος, κῶος· ἀπὸ γὰρ τοῦ δέρας καὶ τοῦ κῶας πεποίηται. ἢ παρὰ τὸ δείρω δέρος, ὡς</w:t>
      </w:r>
    </w:p>
    <w:p>
      <w:r>
        <w:rPr>
          <w:rFonts w:ascii="Courier New" w:hAnsi="Courier New"/>
          <w:color w:val="555555"/>
          <w:sz w:val="20"/>
        </w:rPr>
        <w:t>[10]</w:t>
      </w:r>
    </w:p>
    <w:p>
      <w:r>
        <w:rPr>
          <w:rFonts w:ascii="Gentium Plus" w:hAnsi="Gentium Plus"/>
          <w:sz w:val="24"/>
        </w:rPr>
        <w:t>μείρω μέρος, φθείρω φθόρος.] [Δέρτρον. τὸ δέρμα. οἷον· δέρτρον ἔσω δύνοντες— παρὰ τὸ δέρω δέρτρον, ὡς φέρω φέρτρον, μείρω μέτρον. ἀλλαχοῦ σημαίνει ἡ λέξις τὸν</w:t>
      </w:r>
    </w:p>
    <w:p>
      <w:r>
        <w:rPr>
          <w:rFonts w:ascii="Courier New" w:hAnsi="Courier New"/>
          <w:color w:val="555555"/>
          <w:sz w:val="20"/>
        </w:rPr>
        <w:t>[15]</w:t>
      </w:r>
    </w:p>
    <w:p>
      <w:r>
        <w:rPr>
          <w:rFonts w:ascii="Gentium Plus" w:hAnsi="Gentium Plus"/>
          <w:sz w:val="24"/>
        </w:rPr>
        <w:t>ἐπίπλουν. ὁ δὲ Ἀρίσταρχος τὸ δέρμα καὶ πάντα τὸν χρῶτα τὸν πρὸ τοῦ ἥπατος. ἄμεινον δὲ τὸ ῥάμφος ἀπὸ τοῦ δέρειν, ὅ ἐστι κρούειν. τούτῳ δὲ διαῤῥήσσουσιν ἃ ἂν ἐσθίωσιν οἱ γῦ‐ πες τῇ κρούσει τοῦ ῥάμφους. καὶ ἔστιν ὄνομα</w:t>
      </w:r>
    </w:p>
    <w:p>
      <w:r>
        <w:rPr>
          <w:rFonts w:ascii="Courier New" w:hAnsi="Courier New"/>
          <w:color w:val="555555"/>
          <w:sz w:val="20"/>
        </w:rPr>
        <w:t>[20]</w:t>
      </w:r>
    </w:p>
    <w:p>
      <w:r>
        <w:rPr>
          <w:rFonts w:ascii="Gentium Plus" w:hAnsi="Gentium Plus"/>
          <w:sz w:val="24"/>
        </w:rPr>
        <w:t>ῥηματικὸν, ὡς παρὰ τὸ πλήσσω πλῆκτρον, οὕτως καὶ παρὰ τὸ δέρω δέρτρον.] Δέρας χρυσόμαλλον. οὐχ ὡς ποιητικῶς φέ‐ ρεται· ἀλλὰ βιβλίον ἦν ἐν δέρμασι γεγραμμέ‐ νον, περιέχον ὅπως δεῖ γίνεσθαι δισχημίας</w:t>
      </w:r>
    </w:p>
    <w:p>
      <w:r>
        <w:rPr>
          <w:rFonts w:ascii="Courier New" w:hAnsi="Courier New"/>
          <w:color w:val="555555"/>
          <w:sz w:val="20"/>
        </w:rPr>
        <w:t>[25]</w:t>
      </w:r>
    </w:p>
    <w:p>
      <w:r>
        <w:rPr>
          <w:rFonts w:ascii="Gentium Plus" w:hAnsi="Gentium Plus"/>
          <w:sz w:val="24"/>
        </w:rPr>
        <w:t>χρυσόν. εἰκότως οὖν οἱ τότε χρυσοῦν ὠνόμαζον αὐτὸ δέρας διὰ τὴν ἐνέργειαν τὴν ἐξ αὐτοῦ. Δέραια. ἐπιτραχήλιος κόσμος. Δεῤῥίδιον. σκιάδιον δερμάτινον. Δερμόπτερα. οἷον νυκτερὶς, ἥτις μόνη τῶν</w:t>
      </w:r>
    </w:p>
    <w:p>
      <w:r>
        <w:rPr>
          <w:rFonts w:ascii="Courier New" w:hAnsi="Courier New"/>
          <w:color w:val="555555"/>
          <w:sz w:val="20"/>
        </w:rPr>
        <w:t>[30]</w:t>
      </w:r>
    </w:p>
    <w:p>
      <w:r>
        <w:rPr>
          <w:rFonts w:ascii="Gentium Plus" w:hAnsi="Gentium Plus"/>
          <w:sz w:val="24"/>
        </w:rPr>
        <w:t>πτητικῶν ζώων ζωοτοκεῖ καὶ ἐν μαστοῖς γάλα</w:t>
      </w:r>
    </w:p>
    <w:p>
      <w:r>
        <w:rPr>
          <w:rFonts w:ascii="Courier New" w:hAnsi="Courier New"/>
          <w:color w:val="555555"/>
          <w:sz w:val="20"/>
        </w:rPr>
        <w:t>[delta 485]</w:t>
      </w:r>
    </w:p>
    <w:p>
      <w:r>
        <w:rPr>
          <w:rFonts w:ascii="Gentium Plus" w:hAnsi="Gentium Plus"/>
          <w:sz w:val="24"/>
        </w:rPr>
        <w:t>Δεσμὰ τῆς ψυχῆς. κατὰ μὲν τὸ πρόχειρον αἱ φλέβες, αἱ ἀρτηρίαι, τὰ νεῦρα· κατὰ δὲ τὸ νοούμενον τὰ ἔργα πρὸ τοῦ λόγου. Δευτερόπρωτον σάββατον. ὅταν διπλῆ ἡ ἀρ‐</w:t>
      </w:r>
    </w:p>
    <w:p>
      <w:r>
        <w:rPr>
          <w:rFonts w:ascii="Courier New" w:hAnsi="Courier New"/>
          <w:color w:val="555555"/>
          <w:sz w:val="20"/>
        </w:rPr>
        <w:t>[5]</w:t>
      </w:r>
    </w:p>
    <w:p>
      <w:r>
        <w:rPr>
          <w:rFonts w:ascii="Gentium Plus" w:hAnsi="Gentium Plus"/>
          <w:sz w:val="24"/>
        </w:rPr>
        <w:t>γία ἦν, καὶ τοῦ σαββάτου τοῦ κυρίου, καὶ ἑτέ‐ ρας ἑορτῆς διαδεχομένης. σάββατον γὰρ ἑκά‐ στην ἀργίαν καλοῦσι. Δέλτα. τὸ στοιχεῖον. [ἔρτά τι ὂν, τὸ μὴ ὂν ἐλλιπὲς τῇ ἐπάρσει, ἰσόπλευρον γὰρ ὂν οὐκ</w:t>
      </w:r>
    </w:p>
    <w:p>
      <w:r>
        <w:rPr>
          <w:rFonts w:ascii="Courier New" w:hAnsi="Courier New"/>
          <w:color w:val="555555"/>
          <w:sz w:val="20"/>
        </w:rPr>
        <w:t>[10]</w:t>
      </w:r>
    </w:p>
    <w:p>
      <w:r>
        <w:rPr>
          <w:rFonts w:ascii="Gentium Plus" w:hAnsi="Gentium Plus"/>
          <w:sz w:val="24"/>
        </w:rPr>
        <w:t>ἀφαιρούμεθά τι τῶν ἴσων, ἵνα ἶσα γένηται, ἐπεὶ οὖν οὕτως ἔτυχεν ἐκ τῆς κατ’ ἀρχὴν ἐντυπώ‐ σεως· ἄλλοι δὲ ἀπὸ τοῦ δέλτα τοῦ ἐξ ἀστέρων συγκειμένου.] Δέρτρον. τοῦ ἐντέρου τὸ λεπτόν. [λέγει ὁ Ἱπ‐</w:t>
      </w:r>
    </w:p>
    <w:p>
      <w:r>
        <w:rPr>
          <w:rFonts w:ascii="Courier New" w:hAnsi="Courier New"/>
          <w:color w:val="555555"/>
          <w:sz w:val="20"/>
        </w:rPr>
        <w:t>[15]</w:t>
      </w:r>
    </w:p>
    <w:p>
      <w:r>
        <w:rPr>
          <w:rFonts w:ascii="Gentium Plus" w:hAnsi="Gentium Plus"/>
          <w:sz w:val="24"/>
        </w:rPr>
        <w:t>ποκράτης. φησὶ καὶ ὁ Ψελλός· τοῦ δὲ ἐντέ‐ ρου τὸ λεπτὸν κατονομάζει δέρτρον· τὸ δὲ ἀν‐ δρείω μόριον πιρινάτου καλοῦσι.]</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Δέγμενος. ἀπὸ τοῦ δεδεγμένος κατὰ συγκοπήν.</w:t>
      </w:r>
    </w:p>
    <w:p>
      <w:r>
        <w:rPr>
          <w:rFonts w:ascii="Courier New" w:hAnsi="Courier New"/>
          <w:color w:val="555555"/>
          <w:sz w:val="20"/>
        </w:rPr>
        <w:t>[20]</w:t>
      </w:r>
    </w:p>
    <w:p>
      <w:r>
        <w:rPr>
          <w:rFonts w:ascii="Gentium Plus" w:hAnsi="Gentium Plus"/>
          <w:sz w:val="24"/>
        </w:rPr>
        <w:t>Δεδηχότας. δακόντας. δεδειχότας δὲ ἀντὶ τοῦ δείξαντας, δίφθογγον. Δέδειχας. ἔδειξας.</w:t>
      </w:r>
    </w:p>
    <w:p>
      <w:r>
        <w:rPr>
          <w:rFonts w:ascii="Courier New" w:hAnsi="Courier New"/>
          <w:color w:val="555555"/>
          <w:sz w:val="20"/>
        </w:rPr>
        <w:t>[delta 486]</w:t>
      </w:r>
    </w:p>
    <w:p>
      <w:r>
        <w:rPr>
          <w:rFonts w:ascii="Gentium Plus" w:hAnsi="Gentium Plus"/>
          <w:sz w:val="24"/>
        </w:rPr>
        <w:t>ρῶν. [ἀπὸ τοῦ δοκῶ. ἔστι δὲ παρακείμενος πα‐ θητικός.] Δεδραγμένος. πεπραγμένος. Δεδημευμέναι. ἀπηγορευμέναι. ἡμέραι δ’ ἦσαν</w:t>
      </w:r>
    </w:p>
    <w:p>
      <w:r>
        <w:rPr>
          <w:rFonts w:ascii="Courier New" w:hAnsi="Courier New"/>
          <w:color w:val="555555"/>
          <w:sz w:val="20"/>
        </w:rPr>
        <w:t>[5]</w:t>
      </w:r>
    </w:p>
    <w:p>
      <w:r>
        <w:rPr>
          <w:rFonts w:ascii="Gentium Plus" w:hAnsi="Gentium Plus"/>
          <w:sz w:val="24"/>
        </w:rPr>
        <w:t>δεδημευμέναι. Δεδοκιμασμένα. κεκριμένα. Δεδοξοποιημένον. δόξῃ κοσμούμενον. Δεδίττω. φοβοῦμαι. Δεδιώς. φοβούμενος.</w:t>
      </w:r>
    </w:p>
    <w:p>
      <w:r>
        <w:rPr>
          <w:rFonts w:ascii="Courier New" w:hAnsi="Courier New"/>
          <w:color w:val="555555"/>
          <w:sz w:val="20"/>
        </w:rPr>
        <w:t>[10]</w:t>
      </w:r>
    </w:p>
    <w:p>
      <w:r>
        <w:rPr>
          <w:rFonts w:ascii="Gentium Plus" w:hAnsi="Gentium Plus"/>
          <w:sz w:val="24"/>
        </w:rPr>
        <w:t>Δέδοικα. φοβοῦμαι. δείδω, τὸ φοβοῦμαι. [τούτου ὁ μέλλων δέδοιδα, καὶ διὰ τὴν ἐπαλληλίαν τοῦ δ ἐτράπη τὸ ἔσχατον δ εἰς κ, γέγονε δέδοι‐ κα.] δέδυκα δὲ, ἀντὶ τοῦ εἰσῆλθον, ψιλόν. [Δεδοίκω. λέγει ὁ Ἡρωδιανός· ὅ ἐστι ῥήματα ἀπὸ</w:t>
      </w:r>
    </w:p>
    <w:p>
      <w:r>
        <w:rPr>
          <w:rFonts w:ascii="Courier New" w:hAnsi="Courier New"/>
          <w:color w:val="555555"/>
          <w:sz w:val="20"/>
        </w:rPr>
        <w:t>[15]</w:t>
      </w:r>
    </w:p>
    <w:p>
      <w:r>
        <w:rPr>
          <w:rFonts w:ascii="Gentium Plus" w:hAnsi="Gentium Plus"/>
          <w:sz w:val="24"/>
        </w:rPr>
        <w:t>παρακειμένου εἰς ἐνεστῶτα παραγόμενα, οἷον δέδοικα, δεδοίκω, βέβρωθα, βεβρώθω.] [Δέδοκται. συνήρεσεν, ἔδοξε.] [Δεδέαται. δέω, δέσω, δέδεκα, δέδεμαι, ἐδεδέ‐ μην, ἐδέδεντο τὸ πληθυντικὸν, καὶ ἰακῶς δε‐</w:t>
      </w:r>
    </w:p>
    <w:p>
      <w:r>
        <w:rPr>
          <w:rFonts w:ascii="Courier New" w:hAnsi="Courier New"/>
          <w:color w:val="555555"/>
          <w:sz w:val="20"/>
        </w:rPr>
        <w:t>[20]</w:t>
      </w:r>
    </w:p>
    <w:p>
      <w:r>
        <w:rPr>
          <w:rFonts w:ascii="Gentium Plus" w:hAnsi="Gentium Plus"/>
          <w:sz w:val="24"/>
        </w:rPr>
        <w:t>δέατο. ἀπὸ τοῦ παρακειμένου δεδέαται γίνεται.] Δεδοίην. ..... Δεδαίαται. δαίω, τὸ μερίζω. [ὁ παθητικὸς πα‐</w:t>
      </w:r>
    </w:p>
    <w:p>
      <w:r>
        <w:rPr>
          <w:rFonts w:ascii="Courier New" w:hAnsi="Courier New"/>
          <w:color w:val="555555"/>
          <w:sz w:val="20"/>
        </w:rPr>
        <w:t>[delta 487]</w:t>
      </w:r>
    </w:p>
    <w:p>
      <w:r>
        <w:rPr>
          <w:rFonts w:ascii="Gentium Plus" w:hAnsi="Gentium Plus"/>
          <w:sz w:val="24"/>
        </w:rPr>
        <w:t>καὶ Ἰακῶς δεδαίαται, οἷον· διχθὰ δεδαίαται ἔσχατοι ἀνδρῶν.] Δεδῄει. ἐξῆπτο, διεγήγερτο. [ἀπὸ μεταφορᾶς τοῦ πυρός. ἔστι δὲ ὑπερσυντέλικος ἀπὸ τοῦ</w:t>
      </w:r>
    </w:p>
    <w:p>
      <w:r>
        <w:rPr>
          <w:rFonts w:ascii="Courier New" w:hAnsi="Courier New"/>
          <w:color w:val="555555"/>
          <w:sz w:val="20"/>
        </w:rPr>
        <w:t>[5]</w:t>
      </w:r>
    </w:p>
    <w:p>
      <w:r>
        <w:rPr>
          <w:rFonts w:ascii="Gentium Plus" w:hAnsi="Gentium Plus"/>
          <w:sz w:val="24"/>
        </w:rPr>
        <w:t>δαίω, δαίσω, δέδαικα, ὁ μέσος δέδαια, τροπῇ τοῦ αι εἰς η δέδῃα, ὁ ὑπερσυντέλικος ἐδεδῄειν, καὶ συναρχομένως δεδῄει.] Δέδῃεν. ἀντὶ τοῦ περιεκύκλωσεν, ἢ ἐδέσμευσεν. πάντη γάρ σε πέρι στέφανος πολέμοιο δέδῃε.</w:t>
      </w:r>
    </w:p>
    <w:p>
      <w:r>
        <w:rPr>
          <w:rFonts w:ascii="Courier New" w:hAnsi="Courier New"/>
          <w:color w:val="555555"/>
          <w:sz w:val="20"/>
        </w:rPr>
        <w:t>[10]</w:t>
      </w:r>
    </w:p>
    <w:p>
      <w:r>
        <w:rPr>
          <w:rFonts w:ascii="Gentium Plus" w:hAnsi="Gentium Plus"/>
          <w:sz w:val="24"/>
        </w:rPr>
        <w:t>Δέδια. δέω τὸ φοβοῦμαι. [ὁ μέλλων δέσω, δέ‐ δεκα, ὁ μέσος δέδεα, καὶ μεταθέσει τοῦ ε εἰς ι δέδια, ἡ μετοχὴ δεδιώς.] Δεδμήατο. δαμῶ, δμῶ, δέδμηκα, [ἐδεδμήμην, ἐδέδμηντο, καὶ Ἰακῶς δεδμέατο, καὶ ἐκτάσει</w:t>
      </w:r>
    </w:p>
    <w:p>
      <w:r>
        <w:rPr>
          <w:rFonts w:ascii="Courier New" w:hAnsi="Courier New"/>
          <w:color w:val="555555"/>
          <w:sz w:val="20"/>
        </w:rPr>
        <w:t>[15]</w:t>
      </w:r>
    </w:p>
    <w:p>
      <w:r>
        <w:rPr>
          <w:rFonts w:ascii="Gentium Plus" w:hAnsi="Gentium Plus"/>
          <w:sz w:val="24"/>
        </w:rPr>
        <w:t>τοῦ ε εἰς η δεδμήατο. οὕτω καὶ τὸ πεφοβήατο.] Δεδμήμεθα. ὑποτετάγμεθα. Δεδμημένοι. δεδαμασμένοι. καὶ δέδμηνται. Δεδαϊγμένος. ἀνῃρημένος. Δέδασται. μεμέρισται.</w:t>
      </w:r>
    </w:p>
    <w:p>
      <w:r>
        <w:rPr>
          <w:rFonts w:ascii="Courier New" w:hAnsi="Courier New"/>
          <w:color w:val="555555"/>
          <w:sz w:val="20"/>
        </w:rPr>
        <w:t>[20]</w:t>
      </w:r>
    </w:p>
    <w:p>
      <w:r>
        <w:rPr>
          <w:rFonts w:ascii="Gentium Plus" w:hAnsi="Gentium Plus"/>
          <w:sz w:val="24"/>
        </w:rPr>
        <w:t>Δέδηγμαι. ἠνίαμαι, λελύπημαι. [καὶ Ὅμηρος· δάκε δὲ φρένας Ἕκτορι μῦθος. μῦθον δὲ τὸν λόγον λέγει.] Δεδιττόμενος. ἐκφοβῶν. Δεδουπώς. πεπτωκώς· τεθνηκώς.</w:t>
      </w:r>
    </w:p>
    <w:p>
      <w:r>
        <w:rPr>
          <w:rFonts w:ascii="Courier New" w:hAnsi="Courier New"/>
          <w:color w:val="555555"/>
          <w:sz w:val="20"/>
        </w:rPr>
        <w:t>[25]</w:t>
      </w:r>
    </w:p>
    <w:p>
      <w:r>
        <w:rPr>
          <w:rFonts w:ascii="Gentium Plus" w:hAnsi="Gentium Plus"/>
          <w:sz w:val="24"/>
        </w:rPr>
        <w:t>Δέδοιμι. οἰκοδομοίην. Δέδευκε. πεφύρακε. Δεδῄει. διεγείρετο. καὶ Ὅμηρος· —ὄσσα δεδῄει.</w:t>
      </w:r>
    </w:p>
    <w:p>
      <w:r>
        <w:rPr>
          <w:rFonts w:ascii="Courier New" w:hAnsi="Courier New"/>
          <w:color w:val="555555"/>
          <w:sz w:val="20"/>
        </w:rPr>
        <w:t>[delta 488]</w:t>
      </w:r>
    </w:p>
    <w:p>
      <w:r>
        <w:rPr>
          <w:rFonts w:ascii="Gentium Plus" w:hAnsi="Gentium Plus"/>
          <w:sz w:val="24"/>
        </w:rPr>
        <w:t>Δεδικαίωται. ἀντὶ τοῦ δίκαιον ἐκρίθη καὶ ἔδο‐ ξεν. Δεδέχαται. ἐκ τοῦ δέχω, δέξω, δέδεχα, δέ‐ δεγμαι, δέδεκται. [καὶ Ἰακῶς δεδέχατο, καὶ</w:t>
      </w:r>
    </w:p>
    <w:p>
      <w:r>
        <w:rPr>
          <w:rFonts w:ascii="Courier New" w:hAnsi="Courier New"/>
          <w:color w:val="555555"/>
          <w:sz w:val="20"/>
        </w:rPr>
        <w:t>[5]</w:t>
      </w:r>
    </w:p>
    <w:p>
      <w:r>
        <w:rPr>
          <w:rFonts w:ascii="Gentium Plus" w:hAnsi="Gentium Plus"/>
          <w:sz w:val="24"/>
        </w:rPr>
        <w:t>πλεονασμῷ τοῦ ι δειδέχαται· δειδέχαται μύ‐ θοισι.] Δεῆσαν. χρείας γινομένης. Δείδιθι. φοβήθητι. ἔστι δείδω τὸ φοβοῦμαι. [καὶ μεταθέσει τοῦ τόνου, δειδῶ, ὁ μέλλων</w:t>
      </w:r>
    </w:p>
    <w:p>
      <w:r>
        <w:rPr>
          <w:rFonts w:ascii="Courier New" w:hAnsi="Courier New"/>
          <w:color w:val="555555"/>
          <w:sz w:val="20"/>
        </w:rPr>
        <w:t>[10]</w:t>
      </w:r>
    </w:p>
    <w:p>
      <w:r>
        <w:rPr>
          <w:rFonts w:ascii="Gentium Plus" w:hAnsi="Gentium Plus"/>
          <w:sz w:val="24"/>
        </w:rPr>
        <w:t>δειδήσω, ἐξ οὗ καὶ τὸ δειδήμων· ἀλλὰ μάλα Τρῶες δειδήμονες— ὁ παρατατικὸς ἐδείδην, τὸ παθητικὸν ἐδείδι‐ μεν, καὶ τὸ προστακτικὸν δείδιθι.] Δείσας. φοβηθείς. δήσας δὲ ἀντὶ τοῦ δεσμεύ‐</w:t>
      </w:r>
    </w:p>
    <w:p>
      <w:r>
        <w:rPr>
          <w:rFonts w:ascii="Courier New" w:hAnsi="Courier New"/>
          <w:color w:val="555555"/>
          <w:sz w:val="20"/>
        </w:rPr>
        <w:t>[15]</w:t>
      </w:r>
    </w:p>
    <w:p>
      <w:r>
        <w:rPr>
          <w:rFonts w:ascii="Gentium Plus" w:hAnsi="Gentium Plus"/>
          <w:sz w:val="24"/>
        </w:rPr>
        <w:t>σας, η. Δειδίξασθαι. ἐκφοβῆσαι, διῶξαι. δείδω, δει‐ δίσσω καὶ δειδίξω. Δείδια. ἐκ τοῦ δέδια, πλεονασμῷ τοῦ ι. *Δειδιότα. ἀπὸ τοῦ δεδιὼς, δεδιότος, πλεονα‐</w:t>
      </w:r>
    </w:p>
    <w:p>
      <w:r>
        <w:rPr>
          <w:rFonts w:ascii="Courier New" w:hAnsi="Courier New"/>
          <w:color w:val="555555"/>
          <w:sz w:val="20"/>
        </w:rPr>
        <w:t>[20]</w:t>
      </w:r>
    </w:p>
    <w:p>
      <w:r>
        <w:rPr>
          <w:rFonts w:ascii="Gentium Plus" w:hAnsi="Gentium Plus"/>
          <w:sz w:val="24"/>
        </w:rPr>
        <w:t>σμῷ τοῦ ι.* Δείδω. τὸ φοβοῦμαι. [ἀπὸ τοῦ δέος, δέω καὶ δείω.] Δείδεκτο. ἐδεξιοῦτο. δέδεκτο, καὶ πλεονασμῷ τοῦ ι δείδεκτο.</w:t>
      </w:r>
    </w:p>
    <w:p>
      <w:r>
        <w:rPr>
          <w:rFonts w:ascii="Courier New" w:hAnsi="Courier New"/>
          <w:color w:val="555555"/>
          <w:sz w:val="20"/>
        </w:rPr>
        <w:t>[25]</w:t>
      </w:r>
    </w:p>
    <w:p>
      <w:r>
        <w:rPr>
          <w:rFonts w:ascii="Gentium Plus" w:hAnsi="Gentium Plus"/>
          <w:sz w:val="24"/>
        </w:rPr>
        <w:t>—δείδεκτ’ Ἀχιλῆα. Δεικνύμενος. δεξιούμενος. [παρὰ τὸ δεῖξαι· οἱ γὰρ δεξιούμενοι τινὰς δοκοῦσι.] Δείδιμεν. ἐκ τοῦ δειδῶ, δείδημι, ἐδείδην, ἐδεί‐</w:t>
      </w:r>
    </w:p>
    <w:p>
      <w:r>
        <w:rPr>
          <w:rFonts w:ascii="Courier New" w:hAnsi="Courier New"/>
          <w:color w:val="555555"/>
          <w:sz w:val="20"/>
        </w:rPr>
        <w:t>[delta 489]</w:t>
      </w:r>
    </w:p>
    <w:p>
      <w:r>
        <w:rPr>
          <w:rFonts w:ascii="Gentium Plus" w:hAnsi="Gentium Plus"/>
          <w:sz w:val="24"/>
        </w:rPr>
        <w:t>Δειμάμενοι. οἰκοδομήσαντες. Δειμαίνω. τὸ φοβοῦμαι. Δειδιώς. φοβούμενος. Δειδίσσω. ἐκφοβῶ.</w:t>
      </w:r>
    </w:p>
    <w:p>
      <w:r>
        <w:rPr>
          <w:rFonts w:ascii="Courier New" w:hAnsi="Courier New"/>
          <w:color w:val="555555"/>
          <w:sz w:val="20"/>
        </w:rPr>
        <w:t>[5]</w:t>
      </w:r>
    </w:p>
    <w:p>
      <w:r>
        <w:rPr>
          <w:rFonts w:ascii="Gentium Plus" w:hAnsi="Gentium Plus"/>
          <w:sz w:val="24"/>
        </w:rPr>
        <w:t>Δειδίσκω. δεικνύω. Δειλοκομπήσας. ἐξαπατήσας. Δεινάζειν. λοιδορεῖν. Δεινουμένην. πατουμένην. [δεινουμένην ὑπὸ βουσὶν ἐμὴν φύλασσε ἅλω‐</w:t>
      </w:r>
    </w:p>
    <w:p>
      <w:r>
        <w:rPr>
          <w:rFonts w:ascii="Courier New" w:hAnsi="Courier New"/>
          <w:color w:val="555555"/>
          <w:sz w:val="20"/>
        </w:rPr>
        <w:t>[10]</w:t>
      </w:r>
    </w:p>
    <w:p>
      <w:r>
        <w:rPr>
          <w:rFonts w:ascii="Gentium Plus" w:hAnsi="Gentium Plus"/>
          <w:sz w:val="24"/>
        </w:rPr>
        <w:t>να.] Δεινοπαθεῖ. δεινῶς ἔχει. Δειματῶ. ἐκφοβῶ. [ἀπὸ τοῦ δεῖμα, δείματος.] Δεῖν. ὥσπερ ἀπὸ τοῦ πλέον γίνεται πλεῖν, οὕτως καὶ ἀπὸ τοῦ δέον γίνεται δεῖν, κατὰ κρᾶσιν</w:t>
      </w:r>
    </w:p>
    <w:p>
      <w:r>
        <w:rPr>
          <w:rFonts w:ascii="Courier New" w:hAnsi="Courier New"/>
          <w:color w:val="555555"/>
          <w:sz w:val="20"/>
        </w:rPr>
        <w:t>[15]</w:t>
      </w:r>
    </w:p>
    <w:p>
      <w:r>
        <w:rPr>
          <w:rFonts w:ascii="Gentium Plus" w:hAnsi="Gentium Plus"/>
          <w:sz w:val="24"/>
        </w:rPr>
        <w:t>τοῦ ε καὶ ο εἰς τὴν ει δίφθογγον, οἷον· δεῖν τόδε γενέσθαι. *Δεισιδαιμονεστέρους. εὐλαβεστέρους.* Δεδορκότα. θεασάμενον. δέρκω, δέρξω, δέδερ‐ κα, δέδορκα, δεδορκὼς, δεδορκότα.</w:t>
      </w:r>
    </w:p>
    <w:p>
      <w:r>
        <w:rPr>
          <w:rFonts w:ascii="Courier New" w:hAnsi="Courier New"/>
          <w:color w:val="555555"/>
          <w:sz w:val="20"/>
        </w:rPr>
        <w:t>[20]</w:t>
      </w:r>
    </w:p>
    <w:p>
      <w:r>
        <w:rPr>
          <w:rFonts w:ascii="Gentium Plus" w:hAnsi="Gentium Plus"/>
          <w:sz w:val="24"/>
        </w:rPr>
        <w:t>Δειλινήσας. .... Δεκτέον. δεῖ δέχεσθαι. Δεκάζειν. τὸ διαφθείρειν ἐν χρήμασι. Δεκατεύειν. δοῦναι δεκάτας, τὸ τὴν δεκάτην εἰσφέρειν ὧν ἔχει τὶς χρημάτων. ἢ ἀντὶ τοῦ</w:t>
      </w:r>
    </w:p>
    <w:p>
      <w:r>
        <w:rPr>
          <w:rFonts w:ascii="Courier New" w:hAnsi="Courier New"/>
          <w:color w:val="555555"/>
          <w:sz w:val="20"/>
        </w:rPr>
        <w:t>[25]</w:t>
      </w:r>
    </w:p>
    <w:p>
      <w:r>
        <w:rPr>
          <w:rFonts w:ascii="Gentium Plus" w:hAnsi="Gentium Plus"/>
          <w:sz w:val="24"/>
        </w:rPr>
        <w:t>[δεκάτας εἰσπράττεσθαι καὶ λαφυραγωγεῖν. τὰ</w:t>
      </w:r>
    </w:p>
    <w:p>
      <w:r>
        <w:rPr>
          <w:rFonts w:ascii="Courier New" w:hAnsi="Courier New"/>
          <w:color w:val="555555"/>
          <w:sz w:val="20"/>
        </w:rPr>
        <w:t>[delta 490]</w:t>
      </w:r>
    </w:p>
    <w:p>
      <w:r>
        <w:rPr>
          <w:rFonts w:ascii="Gentium Plus" w:hAnsi="Gentium Plus"/>
          <w:sz w:val="24"/>
        </w:rPr>
        <w:t>διὸ κυρίως δεκατεῦσαι τὸ καθιερῶσαι. Θουκυ‐ δίδης δὲ καὶ ἐπὶ τοῦ τελωνεῖν.] Δελεάζοντες. ἐπικρύπτοντες. οἱ δὲ Σκυθοπο‐ λῖται ἠρέμησαν δελεάζοντες τὴν πίστιν αὐτῶν.</w:t>
      </w:r>
    </w:p>
    <w:p>
      <w:r>
        <w:rPr>
          <w:rFonts w:ascii="Courier New" w:hAnsi="Courier New"/>
          <w:color w:val="555555"/>
          <w:sz w:val="20"/>
        </w:rPr>
        <w:t>[5]</w:t>
      </w:r>
    </w:p>
    <w:p>
      <w:r>
        <w:rPr>
          <w:rFonts w:ascii="Gentium Plus" w:hAnsi="Gentium Plus"/>
          <w:sz w:val="24"/>
        </w:rPr>
        <w:t>Δενδίλλειν. τὸ διανεύειν τοῖς ὀφθαλμοῖς. παρὰ κινεῖν καὶ δινεῖν καὶ μεταφέρειν τοὺς ἴλλους. ἴλλοι γὰρ οἱ ὀφθολμοὶ, ῥαδίως εἰλούμενοι καὶ εὐμετάφοροι πρὸς ἑκάτερα. Δεννάζων. βλασφημῶν.</w:t>
      </w:r>
    </w:p>
    <w:p>
      <w:r>
        <w:rPr>
          <w:rFonts w:ascii="Courier New" w:hAnsi="Courier New"/>
          <w:color w:val="555555"/>
          <w:sz w:val="20"/>
        </w:rPr>
        <w:t>[10]</w:t>
      </w:r>
    </w:p>
    <w:p>
      <w:r>
        <w:rPr>
          <w:rFonts w:ascii="Gentium Plus" w:hAnsi="Gentium Plus"/>
          <w:sz w:val="24"/>
        </w:rPr>
        <w:t>κακὰ δεννάζων ῥήματα. Δενδρυάζειν. τὸ καταδύνειν καὶ κρύπτεσθαι. [κυρίως δὲ εἰς δρῦς καταδύεσθαι, καταχρηστι‐ κῶς δὲ καὶ ἐπὶ τοῦ ἁπλῶς καταδύνειν καὶ κρύ‐ πτεσθαι, ἀπὸ τῶν παλαιῶν ταῖς δρυσὶ σκέπῃ</w:t>
      </w:r>
    </w:p>
    <w:p>
      <w:r>
        <w:rPr>
          <w:rFonts w:ascii="Courier New" w:hAnsi="Courier New"/>
          <w:color w:val="555555"/>
          <w:sz w:val="20"/>
        </w:rPr>
        <w:t>[15]</w:t>
      </w:r>
    </w:p>
    <w:p>
      <w:r>
        <w:rPr>
          <w:rFonts w:ascii="Gentium Plus" w:hAnsi="Gentium Plus"/>
          <w:sz w:val="24"/>
        </w:rPr>
        <w:t>χρωμένων. πρινὴ γὰρ τὰς οἰκήσεις εὑρεθῆναι, ἐν τοῖς κοιλώμασι τῶν δένδρων καταδύοντες ᾤκουν. εἴρηται δὲ παρὰ τὸ τὰς δρῦς, δρυάζειν καὶ δενδρυάζειν. σημαίνει δὲ καὶ τὸ καθ’ ὕδα‐ τος δύεσθαι καὶ ἀποκρύπτειν ἑαυτόν.]</w:t>
      </w:r>
    </w:p>
    <w:p>
      <w:r>
        <w:rPr>
          <w:rFonts w:ascii="Courier New" w:hAnsi="Courier New"/>
          <w:color w:val="555555"/>
          <w:sz w:val="20"/>
        </w:rPr>
        <w:t>[20]</w:t>
      </w:r>
    </w:p>
    <w:p>
      <w:r>
        <w:rPr>
          <w:rFonts w:ascii="Gentium Plus" w:hAnsi="Gentium Plus"/>
          <w:sz w:val="24"/>
        </w:rPr>
        <w:t>Δεξιοῦται. ξενοδοχεῖται, φιλοφρονεῖται. καὶ δε‐ ξιούμεθα. Δέρκω. τὸ βλέπω. παρὰ τὸ δρῶ τὸ πράττω. κατὰ ἀντίφρασιν λέγεται καὶ ἐπὶ τοῦ ὕπνου. [οἱ γὰρ καθεύδοντες οὐδὲν δρῶσι. δρῶ οὖν καὶ</w:t>
      </w:r>
    </w:p>
    <w:p>
      <w:r>
        <w:rPr>
          <w:rFonts w:ascii="Courier New" w:hAnsi="Courier New"/>
          <w:color w:val="555555"/>
          <w:sz w:val="20"/>
        </w:rPr>
        <w:t>[25]</w:t>
      </w:r>
    </w:p>
    <w:p>
      <w:r>
        <w:rPr>
          <w:rFonts w:ascii="Gentium Plus" w:hAnsi="Gentium Plus"/>
          <w:sz w:val="24"/>
        </w:rPr>
        <w:t>παράγωγον δρέκω, καὶ ἐν ὑπερθέσει δέρκω. ἢ παρὰ τὸ δρέκεσθαι δέρκεσθαι.]</w:t>
      </w:r>
    </w:p>
    <w:p>
      <w:r>
        <w:rPr>
          <w:rFonts w:ascii="Courier New" w:hAnsi="Courier New"/>
          <w:color w:val="555555"/>
          <w:sz w:val="20"/>
        </w:rPr>
        <w:t>[delta 491]</w:t>
      </w:r>
    </w:p>
    <w:p>
      <w:r>
        <w:rPr>
          <w:rFonts w:ascii="Gentium Plus" w:hAnsi="Gentium Plus"/>
          <w:sz w:val="24"/>
        </w:rPr>
        <w:t>Δεύειν. φυρᾷν. †ἢ χρῄζειν.† Δευόμενον. ἐνδεούμενον, χρῄζοντα. κατὰ πλεο‐ νασμὸν τοῦ υ παρὰ τὸ δέω τὸ χρῄζω. Δεύω. τὸ βρέχω. παρ’ Ἡσιόδῳ·</w:t>
      </w:r>
    </w:p>
    <w:p>
      <w:r>
        <w:rPr>
          <w:rFonts w:ascii="Courier New" w:hAnsi="Courier New"/>
          <w:color w:val="555555"/>
          <w:sz w:val="20"/>
        </w:rPr>
        <w:t>[5]</w:t>
      </w:r>
    </w:p>
    <w:p>
      <w:r>
        <w:rPr>
          <w:rFonts w:ascii="Gentium Plus" w:hAnsi="Gentium Plus"/>
          <w:sz w:val="24"/>
        </w:rPr>
        <w:t>[πίλον ἀσκητὸν, ἵν’ οὔατα μὴ καταδεύῃ. εἴρηται παρὰ τὸν Δία· ὑέτιος γάρ ἐστιν ὁ θεός· κυρίως γὰρ τὸ ὑπὸ Διὸς ὕεσθαι καὶ βρέχεσθαι. διαεύω καὶ δεύω. ἢ παρὰ τὸ δέω τὸ χρῄζω, τὸ δεόμενον βρέχειν, πλεονασμῷ τοῦ υ. ἔστι καὶ</w:t>
      </w:r>
    </w:p>
    <w:p>
      <w:r>
        <w:rPr>
          <w:rFonts w:ascii="Courier New" w:hAnsi="Courier New"/>
          <w:color w:val="555555"/>
          <w:sz w:val="20"/>
        </w:rPr>
        <w:t>[10]</w:t>
      </w:r>
    </w:p>
    <w:p>
      <w:r>
        <w:rPr>
          <w:rFonts w:ascii="Gentium Plus" w:hAnsi="Gentium Plus"/>
          <w:sz w:val="24"/>
        </w:rPr>
        <w:t>δεύω τὸ ἐνδεοῦμαι, ἀπὸ τοῦ δέω, πλεονασμῷ τοῦ υ.] Δεῦρο καὶ δεῦτε. ἀπὸ τοῦ θέω γίνεται θεῦτε, καὶ τροπῇ τοῦ θ εἰς δ καὶ τοῦ τ εἰς ρ δεῦρο καὶ δεῦτε. οἱ γὰρ προσκαλούμενοι θέουσι πρὸς</w:t>
      </w:r>
    </w:p>
    <w:p>
      <w:r>
        <w:rPr>
          <w:rFonts w:ascii="Courier New" w:hAnsi="Courier New"/>
          <w:color w:val="555555"/>
          <w:sz w:val="20"/>
        </w:rPr>
        <w:t>[15]</w:t>
      </w:r>
    </w:p>
    <w:p>
      <w:r>
        <w:rPr>
          <w:rFonts w:ascii="Gentium Plus" w:hAnsi="Gentium Plus"/>
          <w:sz w:val="24"/>
        </w:rPr>
        <w:t>τοὺς καλοῦντας. ἰστέον, ὅτι τὸ δεῦρο δύο σημαί‐ νει, τὸ ἐνταῦθα, ὡς ἐν τῷ· δεῦρο μαχησόμενος— καὶ τὸ ἔξελθε, ὡς ἐν τῷ· Λάζαρε, δεῦρο ἔξω. οὕτω Χρύσιππος.</w:t>
      </w:r>
    </w:p>
    <w:p>
      <w:r>
        <w:rPr>
          <w:rFonts w:ascii="Courier New" w:hAnsi="Courier New"/>
          <w:color w:val="555555"/>
          <w:sz w:val="20"/>
        </w:rPr>
        <w:t>[20]</w:t>
      </w:r>
    </w:p>
    <w:p>
      <w:r>
        <w:rPr>
          <w:rFonts w:ascii="Gentium Plus" w:hAnsi="Gentium Plus"/>
          <w:sz w:val="24"/>
        </w:rPr>
        <w:t>Δευτεριάζειν. τὸ ὕστερον διαπράττεσθαι. ἐγὼ ἤδη διαπραξάμενος παραδῶ σοι δευτεριάζειν. Δέφειν. τοῦ αἰδοίου τινὸς ἅπτεσθαι. Δεφόμενος. ἀποδέρων τὸ αἰδοῖον. Δέχθαι. οἷον·</w:t>
      </w:r>
    </w:p>
    <w:p>
      <w:r>
        <w:rPr>
          <w:rFonts w:ascii="Courier New" w:hAnsi="Courier New"/>
          <w:color w:val="555555"/>
          <w:sz w:val="20"/>
        </w:rPr>
        <w:t>[25]</w:t>
      </w:r>
    </w:p>
    <w:p>
      <w:r>
        <w:rPr>
          <w:rFonts w:ascii="Gentium Plus" w:hAnsi="Gentium Plus"/>
          <w:sz w:val="24"/>
        </w:rPr>
        <w:t>καὶ ἀγλαὰ δέχθαι ἄποινα. [παρὰ τὸ δέχω δέδεχα, δέδεγμαι, δέδεξαι, δέ‐ δεκται, καὶ τὸ ἀπαρέμφατον δεδέχθαι καὶ κατὰ ἀφαίρεσιν τοῦ ἀναδιπλασιασμοῦ δέχθαι.] Δέχομαι καὶ δέξασθαι. παρὰ τὴν δεξιάν. κυ‐</w:t>
      </w:r>
    </w:p>
    <w:p>
      <w:r>
        <w:rPr>
          <w:rFonts w:ascii="Courier New" w:hAnsi="Courier New"/>
          <w:color w:val="555555"/>
          <w:sz w:val="20"/>
        </w:rPr>
        <w:t>[30]</w:t>
      </w:r>
    </w:p>
    <w:p>
      <w:r>
        <w:rPr>
          <w:rFonts w:ascii="Gentium Plus" w:hAnsi="Gentium Plus"/>
          <w:sz w:val="24"/>
        </w:rPr>
        <w:t>ρίως γὰρ δέχεσθαι τὸ ἐν τῇ δεξιᾷ λαμβάνειν.</w:t>
      </w:r>
    </w:p>
    <w:p>
      <w:r>
        <w:rPr>
          <w:rFonts w:ascii="Courier New" w:hAnsi="Courier New"/>
          <w:color w:val="555555"/>
          <w:sz w:val="20"/>
        </w:rPr>
        <w:t>[delta 492]</w:t>
      </w:r>
    </w:p>
    <w:p>
      <w:r>
        <w:rPr>
          <w:rFonts w:ascii="Gentium Plus" w:hAnsi="Gentium Plus"/>
          <w:sz w:val="24"/>
        </w:rPr>
        <w:t>δέχομαι. ἐκ τοῦ δέχω δεχύω καὶ κατὰ πλεο‐ νασμὸν τοῦ ν δεχνύω. [ὡς πληθύω πληθύνω, καὶ δύω δύνω, καὶ ἐν ὑπερθέσει τοῦ ν δεχύνω, ἀφ’ οὗ καὶ δέχνυμι, τετάρτης συζυγίας τῶν</w:t>
      </w:r>
    </w:p>
    <w:p>
      <w:r>
        <w:rPr>
          <w:rFonts w:ascii="Courier New" w:hAnsi="Courier New"/>
          <w:color w:val="555555"/>
          <w:sz w:val="20"/>
        </w:rPr>
        <w:t>[5]</w:t>
      </w:r>
    </w:p>
    <w:p>
      <w:r>
        <w:rPr>
          <w:rFonts w:ascii="Gentium Plus" w:hAnsi="Gentium Plus"/>
          <w:sz w:val="24"/>
        </w:rPr>
        <w:t>εἰς μι] Δεψῆσαι. ἁπαλύναι. Δεδικαίωται. ἀπήλλακται, ἠλευθέρωται. οὕτως ὁ Ἀπόστολος· ὁ γὰρ ἀποθανὼν δεδικαίωται ἀπὸ τῆς ἁμαρτίας. τινὲς [τοῦτο] περὶ τοῦ βα‐</w:t>
      </w:r>
    </w:p>
    <w:p>
      <w:r>
        <w:rPr>
          <w:rFonts w:ascii="Courier New" w:hAnsi="Courier New"/>
          <w:color w:val="555555"/>
          <w:sz w:val="20"/>
        </w:rPr>
        <w:t>[10]</w:t>
      </w:r>
    </w:p>
    <w:p>
      <w:r>
        <w:rPr>
          <w:rFonts w:ascii="Gentium Plus" w:hAnsi="Gentium Plus"/>
          <w:sz w:val="24"/>
        </w:rPr>
        <w:t>πτίσματος ἐδέξαντο, ἐν ᾧ συνετάφημεν τῷ Χριστῷ. Δεδαηκότες. μαθόντες. Ὅμηρος· Λευγαλέοι τ’ ἐσόμεσθα καὶ οὐ δεδαηκότες ἀλκήν.</w:t>
      </w:r>
    </w:p>
    <w:p>
      <w:r>
        <w:rPr>
          <w:rFonts w:ascii="Courier New" w:hAnsi="Courier New"/>
          <w:color w:val="555555"/>
          <w:sz w:val="20"/>
        </w:rPr>
        <w:t>[15]</w:t>
      </w:r>
    </w:p>
    <w:p>
      <w:r>
        <w:rPr>
          <w:rFonts w:ascii="Gentium Plus" w:hAnsi="Gentium Plus"/>
          <w:sz w:val="24"/>
        </w:rPr>
        <w:t>τὸ λευγαλέοι ἐνταῦθα ἀντὶ τοῦ ἀσθενεῖς. Δεξιῶς. εὐπαιδεύτως. Δεξιάδην. ἀντὶ τοῦ ἐκ δεξιῶν ὢν, οἷον· Ἰφίνοον βάλε δουρὶ κατὰ κρατικὴν ὑσμίνην δεξιάδην—.</w:t>
      </w:r>
    </w:p>
    <w:p>
      <w:r>
        <w:rPr>
          <w:rFonts w:ascii="Courier New" w:hAnsi="Courier New"/>
          <w:color w:val="555555"/>
          <w:sz w:val="20"/>
        </w:rPr>
        <w:t>[20]</w:t>
      </w:r>
    </w:p>
    <w:p>
      <w:r>
        <w:rPr>
          <w:rFonts w:ascii="Gentium Plus" w:hAnsi="Gentium Plus"/>
          <w:sz w:val="24"/>
        </w:rPr>
        <w:t>Δεόντως. πρεπόντως. Δεῦρο. ἐνταῦθα. καταχρηστικῶς καὶ ἀντὶ τοῦ ἐλθέ. Δεῦρ’ ἀεί. ἀντὶ τοῦ ἕως τούτου.</w:t>
      </w:r>
    </w:p>
    <w:p>
      <w:pPr>
        <w:jc w:val="center"/>
      </w:pPr>
      <w:r>
        <w:rPr>
          <w:rFonts w:ascii="Gentium Plus" w:hAnsi="Gentium Plus"/>
          <w:b/>
          <w:sz w:val="24"/>
        </w:rPr>
        <w:t>Τὸ Δ μετὰ τοῦ Η.</w:t>
      </w:r>
    </w:p>
    <w:p>
      <w:pPr>
        <w:jc w:val="center"/>
      </w:pPr>
      <w:r>
        <w:rPr>
          <w:rFonts w:ascii="Gentium Plus" w:hAnsi="Gentium Plus"/>
          <w:b/>
          <w:sz w:val="24"/>
        </w:rPr>
        <w:t>(Ἀρσενικόν.)</w:t>
      </w:r>
    </w:p>
    <w:p>
      <w:r>
        <w:rPr>
          <w:rFonts w:ascii="Courier New" w:hAnsi="Courier New"/>
          <w:color w:val="555555"/>
          <w:sz w:val="20"/>
        </w:rPr>
        <w:t>[26]</w:t>
      </w:r>
    </w:p>
    <w:p>
      <w:r>
        <w:rPr>
          <w:rFonts w:ascii="Gentium Plus" w:hAnsi="Gentium Plus"/>
          <w:sz w:val="24"/>
        </w:rPr>
        <w:t>Δήγηρες. οἱ στρουθοί. Δηθαιῶνες. οἱ μακρόβιοι. Δήϊος. πολέμιος. καὶ ἐπίθετον τοῦ πολέμου.</w:t>
      </w:r>
    </w:p>
    <w:p>
      <w:r>
        <w:rPr>
          <w:rFonts w:ascii="Courier New" w:hAnsi="Courier New"/>
          <w:color w:val="555555"/>
          <w:sz w:val="20"/>
        </w:rPr>
        <w:t>[delta 493]</w:t>
      </w:r>
    </w:p>
    <w:p>
      <w:r>
        <w:rPr>
          <w:rFonts w:ascii="Gentium Plus" w:hAnsi="Gentium Plus"/>
          <w:sz w:val="24"/>
        </w:rPr>
        <w:t>[ἢ παρὰ τὸ δαίω τὸ καίω, ὅθεν καὶ δαιτρὸς, ὁ διακόπτων τὰ κρέατα καὶ διαμερίζων, καὶ δήϊος ὁ διακοπτικὸς ἀνθρώπων καὶ οἴκων καὶ πόλεων καὶ δένδρων.]</w:t>
      </w:r>
    </w:p>
    <w:p>
      <w:r>
        <w:rPr>
          <w:rFonts w:ascii="Courier New" w:hAnsi="Courier New"/>
          <w:color w:val="555555"/>
          <w:sz w:val="20"/>
        </w:rPr>
        <w:t>[5]</w:t>
      </w:r>
    </w:p>
    <w:p>
      <w:r>
        <w:rPr>
          <w:rFonts w:ascii="Gentium Plus" w:hAnsi="Gentium Plus"/>
          <w:sz w:val="24"/>
        </w:rPr>
        <w:t>Δηΐων. ὥσπερ ἀπὸ τοῦ διπλάσιος διπλασίων, οὕ‐ τως καὶ ἀπὸ τοῦ δήϊος δηΐων. σημαίνει δὲ τὸν πόλεμον. Δῆλοι. ὁράσεις, ἐνύπνια. ἢ τὰ διὰ τοῦ ἐφοὺδ σημαινόμενα.</w:t>
      </w:r>
    </w:p>
    <w:p>
      <w:r>
        <w:rPr>
          <w:rFonts w:ascii="Courier New" w:hAnsi="Courier New"/>
          <w:color w:val="555555"/>
          <w:sz w:val="20"/>
        </w:rPr>
        <w:t>[10]</w:t>
      </w:r>
    </w:p>
    <w:p>
      <w:r>
        <w:rPr>
          <w:rFonts w:ascii="Gentium Plus" w:hAnsi="Gentium Plus"/>
          <w:sz w:val="24"/>
        </w:rPr>
        <w:t>Δηλήμων. βλαπτικός. Δηλάτωρ. ὁ κατήγορος. Δηλιγατίων. κατὰ Ῥωμαίους ἡ ἐκταγὴ τοῦ σι‐ τοπομπίου καὶ ἡ ἀννόνας μετακομιδή. Δηλιασταί. οἱ εἰς Δῆλον ἐξελθόντες θεωροί.</w:t>
      </w:r>
    </w:p>
    <w:p>
      <w:r>
        <w:rPr>
          <w:rFonts w:ascii="Courier New" w:hAnsi="Courier New"/>
          <w:color w:val="555555"/>
          <w:sz w:val="20"/>
        </w:rPr>
        <w:t>[15]</w:t>
      </w:r>
    </w:p>
    <w:p>
      <w:r>
        <w:rPr>
          <w:rFonts w:ascii="Gentium Plus" w:hAnsi="Gentium Plus"/>
          <w:sz w:val="24"/>
        </w:rPr>
        <w:t>Δήλιος. ὁ ἀπὸ τῆς Δήλου. Δῆλος γὰρ ἡ νῆσος τοῦ Ἀπόλλωνος. Δημός. τὸ λίπος. οἷον· πίονι δημῷ. παρὰ τὸ δαίω δαμὸς καὶ δημός. τὸ καιόμενον</w:t>
      </w:r>
    </w:p>
    <w:p>
      <w:r>
        <w:rPr>
          <w:rFonts w:ascii="Courier New" w:hAnsi="Courier New"/>
          <w:color w:val="555555"/>
          <w:sz w:val="20"/>
        </w:rPr>
        <w:t>[20]</w:t>
      </w:r>
    </w:p>
    <w:p>
      <w:r>
        <w:rPr>
          <w:rFonts w:ascii="Gentium Plus" w:hAnsi="Gentium Plus"/>
          <w:sz w:val="24"/>
        </w:rPr>
        <w:t>ἐν ταῖς θυσίαις, ἢ δι’ οὗ καίονται αἱ θυσίαι. [ὡς παρὰ τὸ θύω θυμὸς, χύω χυμὸς, καὶ παρὰ τὸ δήω δημός.]</w:t>
      </w:r>
    </w:p>
    <w:p>
      <w:r>
        <w:rPr>
          <w:rFonts w:ascii="Courier New" w:hAnsi="Courier New"/>
          <w:color w:val="555555"/>
          <w:sz w:val="20"/>
        </w:rPr>
        <w:t>[delta 494]</w:t>
      </w:r>
    </w:p>
    <w:p>
      <w:r>
        <w:rPr>
          <w:rFonts w:ascii="Gentium Plus" w:hAnsi="Gentium Plus"/>
          <w:sz w:val="24"/>
        </w:rPr>
        <w:t>Δήμιος. ὁ κολάζων τοὺς παρανόμους. Δημογέροντες. οἱ τοῦ δήμου ἐντιμώτατοι. Δήμαρχος. ὁ ἐνεχυριαστής. Δημαγωγός. ὁ ἄρχων τοῦ δήμου.</w:t>
      </w:r>
    </w:p>
    <w:p>
      <w:r>
        <w:rPr>
          <w:rFonts w:ascii="Courier New" w:hAnsi="Courier New"/>
          <w:color w:val="555555"/>
          <w:sz w:val="20"/>
        </w:rPr>
        <w:t>[5]</w:t>
      </w:r>
    </w:p>
    <w:p>
      <w:r>
        <w:rPr>
          <w:rFonts w:ascii="Gentium Plus" w:hAnsi="Gentium Plus"/>
          <w:sz w:val="24"/>
        </w:rPr>
        <w:t>Δήμαρχος. ὁ τοῦ δήμου ἄρχων. [ὃς κατὰ χώ‐ ραν δήμου τινὸς προϊστάμενος ἐπέγραφε τὰς οὐ‐ σίας ἑκάστῳ πρὸς τὰ δημόσια ὀφλήματα. οὕτω Χρύσιππος.] Δημοβόρος. ὁ τὰ δημόσια ἐσθίων.</w:t>
      </w:r>
    </w:p>
    <w:p>
      <w:r>
        <w:rPr>
          <w:rFonts w:ascii="Courier New" w:hAnsi="Courier New"/>
          <w:color w:val="555555"/>
          <w:sz w:val="20"/>
        </w:rPr>
        <w:t>[10]</w:t>
      </w:r>
    </w:p>
    <w:p>
      <w:r>
        <w:rPr>
          <w:rFonts w:ascii="Gentium Plus" w:hAnsi="Gentium Plus"/>
          <w:sz w:val="24"/>
        </w:rPr>
        <w:t>Δημόσιος. ὁ τῆς πόλεως δοῦλος, ὃς ὑπηρετεῖ τοῖς δικαστηρίοις καὶ τοῖς κοινοῖς ἔργοις. παρὰ τὸ δῆμος, δημότης καὶ δημόσιος. Δημότην. οἱ Ἴωνες τὸν τῶν πολλῶν ἕνα. οὕ‐ τως καὶ Ἡρόδοτος. [τῶν δ’ Ἀττικῶν μόνος Ξε‐</w:t>
      </w:r>
    </w:p>
    <w:p>
      <w:r>
        <w:rPr>
          <w:rFonts w:ascii="Courier New" w:hAnsi="Courier New"/>
          <w:color w:val="555555"/>
          <w:sz w:val="20"/>
        </w:rPr>
        <w:t>[15]</w:t>
      </w:r>
    </w:p>
    <w:p>
      <w:r>
        <w:rPr>
          <w:rFonts w:ascii="Gentium Plus" w:hAnsi="Gentium Plus"/>
          <w:sz w:val="24"/>
        </w:rPr>
        <w:t>νοφῶν· οἱ δ’ ἄλλοι τοῦτον μὲν δημοτικὸν,] δη‐ μότην δὲ τὸν τοῦ αὐτοῦ δήμου. [ὡς φυλέτην τὸν τῆς αὐτῆς φυλῆς, καὶ λοχίτην τὸν ἐν τῷ αὐ‐ τῷ λόχῳ κατατεταγμένον.] Δημοκόωντα. ὄνομα κύριον.</w:t>
      </w:r>
    </w:p>
    <w:p>
      <w:r>
        <w:rPr>
          <w:rFonts w:ascii="Courier New" w:hAnsi="Courier New"/>
          <w:color w:val="555555"/>
          <w:sz w:val="20"/>
        </w:rPr>
        <w:t>[20]</w:t>
      </w:r>
    </w:p>
    <w:p>
      <w:r>
        <w:rPr>
          <w:rFonts w:ascii="Gentium Plus" w:hAnsi="Gentium Plus"/>
          <w:sz w:val="24"/>
        </w:rPr>
        <w:t>[ἀλλ’ υἱὸν Πριάμοιο νόθον βάλε Δημοκόωντα.] Δημόκομπος. στωμύλος. Δημοποίητος. ὁ ὑπὸ τοῦ δήμου εἰσποιηθεὶς καὶ γεγονὼς πολίτης.</w:t>
      </w:r>
    </w:p>
    <w:p>
      <w:r>
        <w:rPr>
          <w:rFonts w:ascii="Courier New" w:hAnsi="Courier New"/>
          <w:color w:val="555555"/>
          <w:sz w:val="20"/>
        </w:rPr>
        <w:t>[delta 495]</w:t>
      </w:r>
    </w:p>
    <w:p>
      <w:r>
        <w:rPr>
          <w:rFonts w:ascii="Gentium Plus" w:hAnsi="Gentium Plus"/>
          <w:sz w:val="24"/>
        </w:rPr>
        <w:t>Δημωδέστερος. ἀσχημονέστερος. Δημιουργοί. οἱ κεραμεῖς, οἱ σκευοποιοὶ, οἱ τέ‐ κτονες. Δημιουργός. πολλὰ σημαίνει ἡ λέξις. σημαίνει</w:t>
      </w:r>
    </w:p>
    <w:p>
      <w:r>
        <w:rPr>
          <w:rFonts w:ascii="Courier New" w:hAnsi="Courier New"/>
          <w:color w:val="555555"/>
          <w:sz w:val="20"/>
        </w:rPr>
        <w:t>[5]</w:t>
      </w:r>
    </w:p>
    <w:p>
      <w:r>
        <w:rPr>
          <w:rFonts w:ascii="Gentium Plus" w:hAnsi="Gentium Plus"/>
          <w:sz w:val="24"/>
        </w:rPr>
        <w:t>γὰρ καὶ τοὺς δημόσια ἐργαζομένους, καὶ διὰ φροντίδος ἔχοντας τεχνίτας. ἀφ’ ὧν καὶ ὁ τῶν ἁπάντων ποιητὴς θεὸς ὁ τὰ μὴ ὄντα ποιῶν δημιουργὸς εἴρηται. [δημιουργοὶ δὲ ἐκαλοῦντο παρά γε Ἀργείοις καὶ Ἕλλησι καὶ Θεσσαλοῖς</w:t>
      </w:r>
    </w:p>
    <w:p>
      <w:r>
        <w:rPr>
          <w:rFonts w:ascii="Courier New" w:hAnsi="Courier New"/>
          <w:color w:val="555555"/>
          <w:sz w:val="20"/>
        </w:rPr>
        <w:t>[10]</w:t>
      </w:r>
    </w:p>
    <w:p>
      <w:r>
        <w:rPr>
          <w:rFonts w:ascii="Gentium Plus" w:hAnsi="Gentium Plus"/>
          <w:sz w:val="24"/>
        </w:rPr>
        <w:t>οἱ περὶ τὰ τέλη, ἵνα σημάνῃ τοὺς τὰ δημό‐ σια ἐργαζομένους. σημαίνει δὲ καὶ παρὰ Ἀτ‐ τικοῖς τὰς τοὺς πλακοῦντας ἐργαζομένας γυ‐ ναῖκας.] Δημάδης. οὐκ ἔχει τὸ ι· ἀπὸ γὰρ τοῦ Δημέας</w:t>
      </w:r>
    </w:p>
    <w:p>
      <w:r>
        <w:rPr>
          <w:rFonts w:ascii="Courier New" w:hAnsi="Courier New"/>
          <w:color w:val="555555"/>
          <w:sz w:val="20"/>
        </w:rPr>
        <w:t>[15]</w:t>
      </w:r>
    </w:p>
    <w:p>
      <w:r>
        <w:rPr>
          <w:rFonts w:ascii="Gentium Plus" w:hAnsi="Gentium Plus"/>
          <w:sz w:val="24"/>
        </w:rPr>
        <w:t>γίνεται Δημεάδης καὶ κατὰ συναίρεσιν Δημάδης. [καὶ ὤφειλεν εἰς τὸ η γενέσθαι ἡ κρᾶσις. ἐπει‐ δὴ, ἡνίκα προηγεῖται τοῦ ε σύμφωνον, τότε τὸ ε καὶ α εἰς η μακρὸν κιρνᾶται, οἷον τείχεα τείχη, βέλεα βέλη· ἀλλὰ διὰ τὸν χαρακτῆρα</w:t>
      </w:r>
    </w:p>
    <w:p>
      <w:r>
        <w:rPr>
          <w:rFonts w:ascii="Courier New" w:hAnsi="Courier New"/>
          <w:color w:val="555555"/>
          <w:sz w:val="20"/>
        </w:rPr>
        <w:t>[20]</w:t>
      </w:r>
    </w:p>
    <w:p>
      <w:r>
        <w:rPr>
          <w:rFonts w:ascii="Gentium Plus" w:hAnsi="Gentium Plus"/>
          <w:sz w:val="24"/>
        </w:rPr>
        <w:t>εἰς α ἐγένετο. τὰ γὰρ εἰς δης πατρωνυμικὰ ἢ τύπου πατρωνυμικοῦ ὄντα, ἢ τῷ ι θέλει παρα‐ λήγεσθαι, ἢ τῷ α· οἷον Πηλείδης, Αἰακίδης, Εὐρυβάδης, Πυλάδης οὕτως οὖν καὶ Δημάδης.] Δημόκοινος. δημόσιος, βασανιστὴς, ἢ δήμιος, ἢ</w:t>
      </w:r>
    </w:p>
    <w:p>
      <w:r>
        <w:rPr>
          <w:rFonts w:ascii="Courier New" w:hAnsi="Courier New"/>
          <w:color w:val="555555"/>
          <w:sz w:val="20"/>
        </w:rPr>
        <w:t>[25]</w:t>
      </w:r>
    </w:p>
    <w:p>
      <w:r>
        <w:rPr>
          <w:rFonts w:ascii="Gentium Plus" w:hAnsi="Gentium Plus"/>
          <w:sz w:val="24"/>
        </w:rPr>
        <w:t>ὁ ὑπὸ τοῦ δήμου τὸ φονεύειν κληρωθείς. [εἴρη‐</w:t>
      </w:r>
    </w:p>
    <w:p>
      <w:r>
        <w:rPr>
          <w:rFonts w:ascii="Courier New" w:hAnsi="Courier New"/>
          <w:color w:val="555555"/>
          <w:sz w:val="20"/>
        </w:rPr>
        <w:t>[delta 496]</w:t>
      </w:r>
    </w:p>
    <w:p>
      <w:r>
        <w:rPr>
          <w:rFonts w:ascii="Gentium Plus" w:hAnsi="Gentium Plus"/>
          <w:sz w:val="24"/>
        </w:rPr>
        <w:t>τοῦ δήμου ἐπιτετραμμένος καίνειν. καὶ ἀμοιβῇ τοῦ α εἰς η δημόκοινος.] Δῆμος. ὁ ὄχλος. παρὰ τὸ δέω τὸ δεσμεύω τὸ συνδεδεμένον πλῆθος, δεσμὸς καὶ δῆμος. [ὡς</w:t>
      </w:r>
    </w:p>
    <w:p>
      <w:r>
        <w:rPr>
          <w:rFonts w:ascii="Courier New" w:hAnsi="Courier New"/>
          <w:color w:val="555555"/>
          <w:sz w:val="20"/>
        </w:rPr>
        <w:t>[5]</w:t>
      </w:r>
    </w:p>
    <w:p>
      <w:r>
        <w:rPr>
          <w:rFonts w:ascii="Gentium Plus" w:hAnsi="Gentium Plus"/>
          <w:sz w:val="24"/>
        </w:rPr>
        <w:t>μένω, μένις καὶ μῆνις. ἢ παρὰ τὸ δέμας, οἷον ἓν σῶμα ὑπάρχον. ἢ παρὰ τὸν δασμὸν τὸν με‐ ρισμόν. ἔνθεν καὶ Δημήτηρ, ἡ τῶν δασμῶν μή‐ τηρ, καὶ δαὶς, ἡ τροφή. ἢ παρὰ τὸ δέω τὸ δε‐ σμεύω, δέμος καὶ δῆμος. κατὰ ἀντίφρασιν τὸ</w:t>
      </w:r>
    </w:p>
    <w:p>
      <w:r>
        <w:rPr>
          <w:rFonts w:ascii="Courier New" w:hAnsi="Courier New"/>
          <w:color w:val="555555"/>
          <w:sz w:val="20"/>
        </w:rPr>
        <w:t>[10]</w:t>
      </w:r>
    </w:p>
    <w:p>
      <w:r>
        <w:rPr>
          <w:rFonts w:ascii="Gentium Plus" w:hAnsi="Gentium Plus"/>
          <w:sz w:val="24"/>
        </w:rPr>
        <w:t>εὐδιάλυτον.] Δημοσθένης. ἰστέον, ὅτι ἐπὶ τοῦ Δημοσθένεος Δημοσθένους οὐκ ἔστι συναίρεσις, [ἀλλὰ κρᾶσις.] ἄλλο γὰρ κρᾶσις καὶ ἄλλο συναίρεσις. ἡ μὲν γὰρ συναίρεσις πάντα τὰ αὐτὰ φωνήεντα φυλάσσει</w:t>
      </w:r>
    </w:p>
    <w:p>
      <w:r>
        <w:rPr>
          <w:rFonts w:ascii="Courier New" w:hAnsi="Courier New"/>
          <w:color w:val="555555"/>
          <w:sz w:val="20"/>
        </w:rPr>
        <w:t>[15]</w:t>
      </w:r>
    </w:p>
    <w:p>
      <w:r>
        <w:rPr>
          <w:rFonts w:ascii="Gentium Plus" w:hAnsi="Gentium Plus"/>
          <w:sz w:val="24"/>
        </w:rPr>
        <w:t>καὶ οὐ ποιεῖ ἀλλαγὴν τῶν φωνηέντων, οἷον· πάϊς, παῖς· Πηλέϊ, Πηλεῖ. ἡ δὲ κρᾶσις πάντως ἀλλοίω‐ σιν ἐργάζεται τῶν φωνηέντων, οἷον· τὸ ἐμὸν, τοὐμόν· νόος, νοῦς. καὶ εἰ ἄρα ἐν τῇ Δημοσθένεος γενικῇ κρᾶσις ἐστὶ καὶ οὐ συναίρεσις, διὰ τί εἶπεν</w:t>
      </w:r>
    </w:p>
    <w:p>
      <w:r>
        <w:rPr>
          <w:rFonts w:ascii="Courier New" w:hAnsi="Courier New"/>
          <w:color w:val="555555"/>
          <w:sz w:val="20"/>
        </w:rPr>
        <w:t>[20]</w:t>
      </w:r>
    </w:p>
    <w:p>
      <w:r>
        <w:rPr>
          <w:rFonts w:ascii="Gentium Plus" w:hAnsi="Gentium Plus"/>
          <w:sz w:val="24"/>
        </w:rPr>
        <w:t>ὁ τεχνικός· πᾶσα γενικὴ εἰς ους λήγουσα συνῃ‐ ρημένη ἐστί· καὶ οὐκ εἶπε κεκραμένη; καὶ ἔστιν εἰπεῖν, ὅτι ἡ συναίρεσις γενική ἐστι, καὶ συναι‐ ρεῖται εἰς εἴδη δύο· εἰς κρᾶσιν καὶ εἰς ὁμώνυμον λεγομένην συναίρεσιν. τῷ οὖν γενικῇ ὀνόματι</w:t>
      </w:r>
    </w:p>
    <w:p>
      <w:r>
        <w:rPr>
          <w:rFonts w:ascii="Courier New" w:hAnsi="Courier New"/>
          <w:color w:val="555555"/>
          <w:sz w:val="20"/>
        </w:rPr>
        <w:t>[25]</w:t>
      </w:r>
    </w:p>
    <w:p>
      <w:r>
        <w:rPr>
          <w:rFonts w:ascii="Gentium Plus" w:hAnsi="Gentium Plus"/>
          <w:sz w:val="24"/>
        </w:rPr>
        <w:t>ὅτε συναιρεῖται τὴν κρᾶσιν ἐκάλεσε. πολλάκις</w:t>
      </w:r>
    </w:p>
    <w:p>
      <w:r>
        <w:rPr>
          <w:rFonts w:ascii="Courier New" w:hAnsi="Courier New"/>
          <w:color w:val="555555"/>
          <w:sz w:val="20"/>
        </w:rPr>
        <w:t>[delta 497]</w:t>
      </w:r>
    </w:p>
    <w:p>
      <w:r>
        <w:rPr>
          <w:rFonts w:ascii="Gentium Plus" w:hAnsi="Gentium Plus"/>
          <w:sz w:val="24"/>
        </w:rPr>
        <w:t>μεν. ἰδοὺ γὰρ τὸ ἄνθρωπος εἶδος ὢν τοῦ ζώου ὁμωνύμως τοῦ γενικοῦ ζώου ὀνομάζομεν. ἰστέον, ὅτι τὸ εο τριχῶς κιρνᾶται· εἰς τὴν ου δί‐ φθογγον παρ’ ἡμῖν καὶ παρ’ Ἀθηναίοις, οἷον·</w:t>
      </w:r>
    </w:p>
    <w:p>
      <w:r>
        <w:rPr>
          <w:rFonts w:ascii="Courier New" w:hAnsi="Courier New"/>
          <w:color w:val="555555"/>
          <w:sz w:val="20"/>
        </w:rPr>
        <w:t>[5]</w:t>
      </w:r>
    </w:p>
    <w:p>
      <w:r>
        <w:rPr>
          <w:rFonts w:ascii="Gentium Plus" w:hAnsi="Gentium Plus"/>
          <w:sz w:val="24"/>
        </w:rPr>
        <w:t>Δημοσθένεος, [Δημοσθένους.] παρὰ τοῖς Δω‐ ριεῦσι καὶ τοῖς Ἴωσιν, οἷον· ὁ Ὀδυσσεὺς, τοῦ Ὀδυσσεῦς, οἷον· Ὀδυσσεῦς δὲ λαβὼν κῦσε χεῖρ’ ἐπὶ καρπῷ. ἀντὶ τοῦ Ὀδυσσέως τὴν χεῖρα λαβὼν ἐφίλησε.</w:t>
      </w:r>
    </w:p>
    <w:p>
      <w:r>
        <w:rPr>
          <w:rFonts w:ascii="Courier New" w:hAnsi="Courier New"/>
          <w:color w:val="555555"/>
          <w:sz w:val="20"/>
        </w:rPr>
        <w:t>[10]</w:t>
      </w:r>
    </w:p>
    <w:p>
      <w:r>
        <w:rPr>
          <w:rFonts w:ascii="Gentium Plus" w:hAnsi="Gentium Plus"/>
          <w:sz w:val="24"/>
        </w:rPr>
        <w:t>σπανίως δὲ εἰς τὴν [ει] δίφθογγον παρ’ Ἀθηναίοις, οἷον· πλέον πλεῖν, δέον δεῖν. ὡς παρὰ Ἀριστοφάνῃ ἐν Βατράχοις· Εὐριπίδης πλεῖν σταδία λαλίστερα. ἀντὶ τοῦ Εὐριπίδου πλέον σταδία φλυαρώτερα.</w:t>
      </w:r>
    </w:p>
    <w:p>
      <w:r>
        <w:rPr>
          <w:rFonts w:ascii="Courier New" w:hAnsi="Courier New"/>
          <w:color w:val="555555"/>
          <w:sz w:val="20"/>
        </w:rPr>
        <w:t>[15]</w:t>
      </w:r>
    </w:p>
    <w:p>
      <w:r>
        <w:rPr>
          <w:rFonts w:ascii="Gentium Plus" w:hAnsi="Gentium Plus"/>
          <w:sz w:val="24"/>
        </w:rPr>
        <w:t>[Δημοσθένην. Ἰστέον, ὅτι ἡνίκα μὲν τὸ ε καὶ προηγεῖται φωνῆεν, τότε τὸ ε καὶ α εἰς ἦτα κιρνᾶται, καὶ εἰς α δηλονότι μακρόν. οἷον τὸν εὐφυέα καὶ εὐφυῆ καὶ εὐφυᾶ. ἡνίκα δὲ τοῦ ε προηγεῖται σύμφωνον, τότε τὸ ε καὶ α εἰς ἦτα</w:t>
      </w:r>
    </w:p>
    <w:p>
      <w:r>
        <w:rPr>
          <w:rFonts w:ascii="Courier New" w:hAnsi="Courier New"/>
          <w:color w:val="555555"/>
          <w:sz w:val="20"/>
        </w:rPr>
        <w:t>[20]</w:t>
      </w:r>
    </w:p>
    <w:p>
      <w:r>
        <w:rPr>
          <w:rFonts w:ascii="Gentium Plus" w:hAnsi="Gentium Plus"/>
          <w:sz w:val="24"/>
        </w:rPr>
        <w:t>κιρνᾶται μακρόν. οἷον Δημοσθένεα, Δημοσθέ‐ νη, τεύχεα, τεύχη. εἰ δέ τις εἴπῃ καὶ πῶς ἐπὶ τοῦ χάλκεα χαλκᾶ καὶ κάνεα κανᾶ, καὶ τῶν ὁμοίων εἰς α ἐγένετο ἡ κρᾶσις τοῦ ε καὶ α συμφώνου ἐπιφερομένου, λέγομεν, ὅτι αἱ εὐ‐</w:t>
      </w:r>
    </w:p>
    <w:p>
      <w:r>
        <w:rPr>
          <w:rFonts w:ascii="Courier New" w:hAnsi="Courier New"/>
          <w:color w:val="555555"/>
          <w:sz w:val="20"/>
        </w:rPr>
        <w:t>[25]</w:t>
      </w:r>
    </w:p>
    <w:p>
      <w:r>
        <w:rPr>
          <w:rFonts w:ascii="Gentium Plus" w:hAnsi="Gentium Plus"/>
          <w:sz w:val="24"/>
        </w:rPr>
        <w:t>θεῖαι αὐτῶν δίχα εἴρηνται ἐντελῶς καὶ κατὰ κρᾶσιν· καὶ ἐντελῶς μὲν, οἷον χάλκεον καὶ κά‐ νεον· κατὰ κρᾶσιν δὲ, οἷον χαλκοῦν καὶ κα‐ νοῦν. αἱ οὖν ἐντελεῖς εὐθεῖαι ἀπὸ τῶν ἐντελῶν εὐθειῶν ἐγένοντο, αἱ δὲ συνῃρημέναι ἀπὸ τῶν</w:t>
      </w:r>
    </w:p>
    <w:p>
      <w:r>
        <w:rPr>
          <w:rFonts w:ascii="Courier New" w:hAnsi="Courier New"/>
          <w:color w:val="555555"/>
          <w:sz w:val="20"/>
        </w:rPr>
        <w:t>[30]</w:t>
      </w:r>
    </w:p>
    <w:p>
      <w:r>
        <w:rPr>
          <w:rFonts w:ascii="Gentium Plus" w:hAnsi="Gentium Plus"/>
          <w:sz w:val="24"/>
        </w:rPr>
        <w:t>συνῃρημένων. Ἰστέον, ὅτι οἱ Ἀθηναῖοι ἐπὶ μὲν τῶν εἰς ος κυρίων τῶν εἰς ους ἐχόντων τὴν γε‐ νικὴν ποιοῦσι τὴν αἰτιατικὴν εἰς ν, καὶ τὴν κλητικὴν εἰς η. οἷον, Ἀριστοφάνην, ὦ Ἀριστο‐ φάνη. ἐπὶ δὲ τῶν ἐπιθέτων οὔτε εἰς ν ποιοῦσι</w:t>
      </w:r>
    </w:p>
    <w:p>
      <w:r>
        <w:rPr>
          <w:rFonts w:ascii="Courier New" w:hAnsi="Courier New"/>
          <w:color w:val="555555"/>
          <w:sz w:val="20"/>
        </w:rPr>
        <w:t>[35]</w:t>
      </w:r>
    </w:p>
    <w:p>
      <w:r>
        <w:rPr>
          <w:rFonts w:ascii="Gentium Plus" w:hAnsi="Gentium Plus"/>
          <w:sz w:val="24"/>
        </w:rPr>
        <w:t>τὴν αἰτιατικὴν, οὔτε εἰς η τὴν κλητικήν. καὶ ἄξιον ἐστὶ ζητῆσαι, διατί καὶ ἐπὶ τῶν ἐπιθέ‐ των οὐ ποιοῦσιν ὁμοίως τοῖς κυρίοις. καὶ ἔστιν εἰπεῖν, ὅτι εἰ ἐποίησαν οἱ Ἀθηναῖοι καὶ ἐπὶ</w:t>
      </w:r>
    </w:p>
    <w:p>
      <w:r>
        <w:rPr>
          <w:rFonts w:ascii="Courier New" w:hAnsi="Courier New"/>
          <w:color w:val="555555"/>
          <w:sz w:val="20"/>
        </w:rPr>
        <w:t>[delta 498]</w:t>
      </w:r>
    </w:p>
    <w:p>
      <w:r>
        <w:rPr>
          <w:rFonts w:ascii="Gentium Plus" w:hAnsi="Gentium Plus"/>
          <w:sz w:val="24"/>
        </w:rPr>
        <w:t>το καὶ τὴν κλητικὴν εἰς η ποιῆσαι· τῆς δὲ κλη‐ τικῆς εἰς ἦτα ληγούσης, ἠναγκάζοντο καὶ τὰ οὐδέτερα εἰς ἦτα καταλῆξαι· ἐπειδὴ πᾶν οὐδέ‐ τερον ἀπὸ ἀρσενικοῦ παρεσχηματισμένον καὶ</w:t>
      </w:r>
    </w:p>
    <w:p>
      <w:r>
        <w:rPr>
          <w:rFonts w:ascii="Courier New" w:hAnsi="Courier New"/>
          <w:color w:val="555555"/>
          <w:sz w:val="20"/>
        </w:rPr>
        <w:t>[5]</w:t>
      </w:r>
    </w:p>
    <w:p>
      <w:r>
        <w:rPr>
          <w:rFonts w:ascii="Gentium Plus" w:hAnsi="Gentium Plus"/>
          <w:sz w:val="24"/>
        </w:rPr>
        <w:t>περιττοσυλλάβως κλινόμενον, τῇ κλητικῇ τοῦ ἀρσενικοῦ ὁμοφωνεῖ. οὐ δύναται δὲ τὰ οὐδέτερα εἰς ἦτα καταλήγειν, ἐπειδὴ τὸ ο οὐκ ἔστι τε‐ λικὸν τῶν ἑνικῶν οὐδέτερον. Δημοσθένεις. τὸν εις δίφθογγον διατί; Ἰστέον, ὅτι τὰ δύο εε</w:t>
      </w:r>
    </w:p>
    <w:p>
      <w:r>
        <w:rPr>
          <w:rFonts w:ascii="Courier New" w:hAnsi="Courier New"/>
          <w:color w:val="555555"/>
          <w:sz w:val="20"/>
        </w:rPr>
        <w:t>[10]</w:t>
      </w:r>
    </w:p>
    <w:p>
      <w:r>
        <w:rPr>
          <w:rFonts w:ascii="Gentium Plus" w:hAnsi="Gentium Plus"/>
          <w:sz w:val="24"/>
        </w:rPr>
        <w:t>ἐπὶ τῆς εὐθείας τῶν πληθυντικῶν εἰς τὴν ει δίφθογγον κιρνᾶται. οἷον Δημοσθένεες Δημο‐ σθένεις. ἐπὶ δὲ τῆς εὐθείας τῶν δυϊκῶν εἰς ἦτα, ἐπειδὴ τὸ ἰῶτα οὐκ ἔστι χαρακτηριστικόν. τούτου χάριν οὐ κιρνᾶται τὰ δύο εε εἰς τὴν ει</w:t>
      </w:r>
    </w:p>
    <w:p>
      <w:r>
        <w:rPr>
          <w:rFonts w:ascii="Courier New" w:hAnsi="Courier New"/>
          <w:color w:val="555555"/>
          <w:sz w:val="20"/>
        </w:rPr>
        <w:t>[15]</w:t>
      </w:r>
    </w:p>
    <w:p>
      <w:r>
        <w:rPr>
          <w:rFonts w:ascii="Gentium Plus" w:hAnsi="Gentium Plus"/>
          <w:sz w:val="24"/>
        </w:rPr>
        <w:t>δίφθογγον, ἀλλ’ εἰς ἦτα. Ἔτι ἡ εὐθεῖα τῶν πληθυντικῶν πλείοσι φωναῖς κέχρηται ὡς πρὸς τὴν εὐθεῖαν τῶν δυϊκῶν· οἷον τῷ Ὁμήρῳ, οἱ Ὅμηροι. καὶ τούτου χάριν τὰ δύο εε, ἐπὶ μὲν τῆς εὐθείας τῶν πληθυντικῶν εἰς τὴν ει δί‐</w:t>
      </w:r>
    </w:p>
    <w:p>
      <w:r>
        <w:rPr>
          <w:rFonts w:ascii="Courier New" w:hAnsi="Courier New"/>
          <w:color w:val="555555"/>
          <w:sz w:val="20"/>
        </w:rPr>
        <w:t>[20]</w:t>
      </w:r>
    </w:p>
    <w:p>
      <w:r>
        <w:rPr>
          <w:rFonts w:ascii="Gentium Plus" w:hAnsi="Gentium Plus"/>
          <w:sz w:val="24"/>
        </w:rPr>
        <w:t>φθογγον κιρνᾶται, ἐπὶ δὲ τῆς εὐθείας τῶν δυϊκῶν εἰς ἦτα, ἵνα εὑρεθῇ ἡ εὐθεῖα τῶν πλη‐ θυντικῶν πλείοσι φωναῖς κεχρημένη πρὸς τὴν εὐθεῖαν τῶν δυϊκῶν. Δημοσθενέων καὶ Δημο‐ σθενῶν. διατί οὐ προπαροξύνεται τῶν Δημοσθέ‐</w:t>
      </w:r>
    </w:p>
    <w:p>
      <w:r>
        <w:rPr>
          <w:rFonts w:ascii="Courier New" w:hAnsi="Courier New"/>
          <w:color w:val="555555"/>
          <w:sz w:val="20"/>
        </w:rPr>
        <w:t>[25]</w:t>
      </w:r>
    </w:p>
    <w:p>
      <w:r>
        <w:rPr>
          <w:rFonts w:ascii="Gentium Plus" w:hAnsi="Gentium Plus"/>
          <w:sz w:val="24"/>
        </w:rPr>
        <w:t>νεων, ὡς τῶν ὄφεων; καὶ ἔστιν εἰπεῖν· τούτου ἡ γενικὴ τῶν πληθυντικῶν προπαροξύνεται. ἡνί‐ κα δὲ μὴ εὑρεθῇ, ὡς προείρηται ....... Δημοσθένεσι. μόνως ἐνταῦθα οὐ δύναται συναί‐ ρεσις γενέσθαι, ἐπειδὴ μέλλει τῇ δοτικῇ τῶν</w:t>
      </w:r>
    </w:p>
    <w:p>
      <w:r>
        <w:rPr>
          <w:rFonts w:ascii="Courier New" w:hAnsi="Courier New"/>
          <w:color w:val="555555"/>
          <w:sz w:val="20"/>
        </w:rPr>
        <w:t>[30]</w:t>
      </w:r>
    </w:p>
    <w:p>
      <w:r>
        <w:rPr>
          <w:rFonts w:ascii="Gentium Plus" w:hAnsi="Gentium Plus"/>
          <w:sz w:val="24"/>
        </w:rPr>
        <w:t>ἑνικῶν συνεμπίπτειν, ὅπερ ἔστιν ἄτοπον, καὶ ὅτι τὸ ς μέσον ἐστὶ καὶ κωλύει τὴν συναίρε‐ σιν. εἰ δέ τις εἴποι, ἀποβαλέσθω τὸ ς καὶ γενέσθω συναίρεσις, τοῦτο οὐ δύναται γενέσθαι. καὶ ἔστιν ἄξιον ζητῆσαι, διατί ἐπὶ μὲν τῆς</w:t>
      </w:r>
    </w:p>
    <w:p>
      <w:r>
        <w:rPr>
          <w:rFonts w:ascii="Courier New" w:hAnsi="Courier New"/>
          <w:color w:val="555555"/>
          <w:sz w:val="20"/>
        </w:rPr>
        <w:t>[35]</w:t>
      </w:r>
    </w:p>
    <w:p>
      <w:r>
        <w:rPr>
          <w:rFonts w:ascii="Gentium Plus" w:hAnsi="Gentium Plus"/>
          <w:sz w:val="24"/>
        </w:rPr>
        <w:t>δοτικῆς τῶν πληθυντικῶν γίνεται ἐφελκυστικὸν τοῦ ν τὸ ἰῶτα, ἐπὶ δὲ τῆς δοτικῆς τῶν ἑνικῶν οὐ γίνεται· οὐδὲ γὰρ λέγομεν, Δημοσθένειν. καὶ ἔστιν εἰπεῖν, τότε γίνεται ἐφελκυστικὸν τοῦ</w:t>
      </w:r>
    </w:p>
    <w:p>
      <w:r>
        <w:rPr>
          <w:rFonts w:ascii="Courier New" w:hAnsi="Courier New"/>
          <w:color w:val="555555"/>
          <w:sz w:val="20"/>
        </w:rPr>
        <w:t>[delta 499]</w:t>
      </w:r>
    </w:p>
    <w:p>
      <w:r>
        <w:rPr>
          <w:rFonts w:ascii="Gentium Plus" w:hAnsi="Gentium Plus"/>
          <w:sz w:val="24"/>
        </w:rPr>
        <w:t>δυνάμει ἢ ἐνεργείᾳ· ἐπὶ δυνάμει μὲν, οἷον φοί‐ νιξιν, οἷον Πέλοψιν· ἐνεργείᾳ δὲ, οἷον λέβησιν, Αἴασιν. καὶ τοῦ φι προηγουμένου, οἷον· ναῦφιν ἀμυνόμενοι—</w:t>
      </w:r>
    </w:p>
    <w:p>
      <w:r>
        <w:rPr>
          <w:rFonts w:ascii="Courier New" w:hAnsi="Courier New"/>
          <w:color w:val="555555"/>
          <w:sz w:val="20"/>
        </w:rPr>
        <w:t>[5]</w:t>
      </w:r>
    </w:p>
    <w:p>
      <w:r>
        <w:rPr>
          <w:rFonts w:ascii="Gentium Plus" w:hAnsi="Gentium Plus"/>
          <w:sz w:val="24"/>
        </w:rPr>
        <w:t>ἐπειδὴ οὖν ἐπὶ τοῦ Δημοσθένεϊ δοτικῇ οὐ προηγεῖται τὸ ς ἢ δυνάμει ἢ ἐνεργείᾳ, τούτου χάριν οὐ γίνεται ἐφελκυστικὸν τοῦ ν.] [Δηϊονεύς. κύριον.] Δηναιός. ὁ πολυχρόνιος.</w:t>
      </w:r>
    </w:p>
    <w:p>
      <w:r>
        <w:rPr>
          <w:rFonts w:ascii="Courier New" w:hAnsi="Courier New"/>
          <w:color w:val="555555"/>
          <w:sz w:val="20"/>
        </w:rPr>
        <w:t>[10]</w:t>
      </w:r>
    </w:p>
    <w:p>
      <w:r>
        <w:rPr>
          <w:rFonts w:ascii="Gentium Plus" w:hAnsi="Gentium Plus"/>
          <w:sz w:val="24"/>
        </w:rPr>
        <w:t>Δησέρτωρ. λειποτάκτης κατὰ Λατίνους. Δηφενσίων. ὁ ἔκδικος χάρτης. καὶ δεβένσωρ ὁ ἔκδικος. Δημήτρειος. καρπός.</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Δηβελτός. πόλις Θρᾳκική. γράφεται δὲ καὶ Δε‐ βελτός. Δηΐς. ἡ μάχη. Δηϊοτῆτος. μάχης. παρὰ τὸ δῃοῦσθαι ἐν αὐτῇ τοὺς τιτρωσκομένους. [οἷον·</w:t>
      </w:r>
    </w:p>
    <w:p>
      <w:r>
        <w:rPr>
          <w:rFonts w:ascii="Courier New" w:hAnsi="Courier New"/>
          <w:color w:val="555555"/>
          <w:sz w:val="20"/>
        </w:rPr>
        <w:t>[20]</w:t>
      </w:r>
    </w:p>
    <w:p>
      <w:r>
        <w:rPr>
          <w:rFonts w:ascii="Gentium Plus" w:hAnsi="Gentium Plus"/>
          <w:sz w:val="24"/>
        </w:rPr>
        <w:t>ἀντίβιον μαχέσασθαι ἐν αἰνῇ δηϊοτῆτι. ὡς Ἀρίσταρχος.] Δήϊα πεπονθυῖα. καταπεπολεμημένη, κατακε‐ καυμένη, πολεμία, δύστηνε. Δημαρχία. ὅτε δῆμος ἄρχει. καὶ ὄνομα ἀξιώ‐</w:t>
      </w:r>
    </w:p>
    <w:p>
      <w:r>
        <w:rPr>
          <w:rFonts w:ascii="Courier New" w:hAnsi="Courier New"/>
          <w:color w:val="555555"/>
          <w:sz w:val="20"/>
        </w:rPr>
        <w:t>[25]</w:t>
      </w:r>
    </w:p>
    <w:p>
      <w:r>
        <w:rPr>
          <w:rFonts w:ascii="Gentium Plus" w:hAnsi="Gentium Plus"/>
          <w:sz w:val="24"/>
        </w:rPr>
        <w:t>ματος. Δήμευσις. ἡ ἁρπαγή.</w:t>
      </w:r>
    </w:p>
    <w:p>
      <w:r>
        <w:rPr>
          <w:rFonts w:ascii="Courier New" w:hAnsi="Courier New"/>
          <w:color w:val="555555"/>
          <w:sz w:val="20"/>
        </w:rPr>
        <w:t>[delta 500]</w:t>
      </w:r>
    </w:p>
    <w:p>
      <w:r>
        <w:rPr>
          <w:rFonts w:ascii="Gentium Plus" w:hAnsi="Gentium Plus"/>
          <w:sz w:val="24"/>
        </w:rPr>
        <w:t>Δήμητρα. ὄνομα θεᾶς. Δημοτελής. ἡ δημοσία τελετὴ, καὶ ἡ δημοσία φορολογία. Δημοθοινία. ἡ τοῦ δήμου εὐωχία ἢ ἡ θυσία.</w:t>
      </w:r>
    </w:p>
    <w:p>
      <w:r>
        <w:rPr>
          <w:rFonts w:ascii="Courier New" w:hAnsi="Courier New"/>
          <w:color w:val="555555"/>
          <w:sz w:val="20"/>
        </w:rPr>
        <w:t>[5]</w:t>
      </w:r>
    </w:p>
    <w:p>
      <w:r>
        <w:rPr>
          <w:rFonts w:ascii="Gentium Plus" w:hAnsi="Gentium Plus"/>
          <w:sz w:val="24"/>
        </w:rPr>
        <w:t>Δημωδεστέρα. ἀσχημονεστέρα. †τὰ ἐν ὄψει πάντα γινόμενα διὰ τὸν δῆμον.† Δηλαϊστή. ἀθλία, ἐλεεινή. Δηλατωρίαι. αἱ τῆς καταστάσεως τοῦ δημο‐ σίου φόρου *τάξεις, ἢ αἱ ἀποδείξεις παρὰ Ῥω‐</w:t>
      </w:r>
    </w:p>
    <w:p>
      <w:r>
        <w:rPr>
          <w:rFonts w:ascii="Courier New" w:hAnsi="Courier New"/>
          <w:color w:val="555555"/>
          <w:sz w:val="20"/>
        </w:rPr>
        <w:t>[10]</w:t>
      </w:r>
    </w:p>
    <w:p>
      <w:r>
        <w:rPr>
          <w:rFonts w:ascii="Gentium Plus" w:hAnsi="Gentium Plus"/>
          <w:sz w:val="24"/>
        </w:rPr>
        <w:t>μαίοις,* αἱ εἰσαγγελίαι. Δηναδίπτρα. παρὰ Ῥωμαίοις δωρεὰ βασιλικὴ στρατιώταις †διδομένη.† Δῆρις. ἡ φιλονεικία. [οἷον· —δῆριν ἀπειρεσίην—</w:t>
      </w:r>
    </w:p>
    <w:p>
      <w:r>
        <w:rPr>
          <w:rFonts w:ascii="Courier New" w:hAnsi="Courier New"/>
          <w:color w:val="555555"/>
          <w:sz w:val="20"/>
        </w:rPr>
        <w:t>[15]</w:t>
      </w:r>
    </w:p>
    <w:p>
      <w:r>
        <w:rPr>
          <w:rFonts w:ascii="Gentium Plus" w:hAnsi="Gentium Plus"/>
          <w:sz w:val="24"/>
        </w:rPr>
        <w:t>παρὰ τὸ δαίω, τὸ κόπτω καὶ σφάττω, ὅθεν καὶ δαιτρὸς ὁ μάγειρος· ἐξ οὗ γίνεται ὄνομα δάϊς, ἡ μάχη, βαρυτόνως. Καλλίμαχος· ἐς δάϊν ἐρχομένην— καὶ ἐκτάσει τοῦ α εἰς η δῆϊς, καὶ πλεονασμῷ τοῦ</w:t>
      </w:r>
    </w:p>
    <w:p>
      <w:r>
        <w:rPr>
          <w:rFonts w:ascii="Courier New" w:hAnsi="Courier New"/>
          <w:color w:val="555555"/>
          <w:sz w:val="20"/>
        </w:rPr>
        <w:t>[20]</w:t>
      </w:r>
    </w:p>
    <w:p>
      <w:r>
        <w:rPr>
          <w:rFonts w:ascii="Gentium Plus" w:hAnsi="Gentium Plus"/>
          <w:sz w:val="24"/>
        </w:rPr>
        <w:t>ρ δῆρις. ἐκ δὲ τοῦ δῆρις γίνεται ῥῆμα δηριῶ περισπωμένως καὶ βαρυτόνως, ὡς κόνις κονίω, καὶ δῆρις δηρίω. οἷον· —οὐδέ τις ἔτλη πρόσω ἀΐξασθαι περὶ νεκροῦ δηρίσασθαι.</w:t>
      </w:r>
    </w:p>
    <w:p>
      <w:r>
        <w:rPr>
          <w:rFonts w:ascii="Courier New" w:hAnsi="Courier New"/>
          <w:color w:val="555555"/>
          <w:sz w:val="20"/>
        </w:rPr>
        <w:t>[25]</w:t>
      </w:r>
    </w:p>
    <w:p>
      <w:r>
        <w:rPr>
          <w:rFonts w:ascii="Gentium Plus" w:hAnsi="Gentium Plus"/>
          <w:sz w:val="24"/>
        </w:rPr>
        <w:t>καὶ δηριῶ, οἷον· —τότ’ ἐδηριόωντο Ποσειδάων καὶ Ἀπόλ‐</w:t>
      </w:r>
    </w:p>
    <w:p>
      <w:r>
        <w:rPr>
          <w:rFonts w:ascii="Courier New" w:hAnsi="Courier New"/>
          <w:color w:val="555555"/>
          <w:sz w:val="20"/>
        </w:rPr>
        <w:t>[delta 501]</w:t>
      </w:r>
    </w:p>
    <w:p>
      <w:r>
        <w:rPr>
          <w:rFonts w:ascii="Gentium Plus" w:hAnsi="Gentium Plus"/>
          <w:sz w:val="24"/>
        </w:rPr>
        <w:t>Δήφηλα. πόλις περὶ Ἰωσήπῳ. Δηώ. ἡ γῆ, ἢ ἡ Δημήτηρ. [καὶ διαφέρει, ὥς φησιν ὁ τεχνικός. οἶδε γὰρ ἡ παράδοσις τὸ ἦτα μετὰ τοῦ ἰῶτα. καὶ χωρὶς τοῦ ἰῶτα λέγο‐</w:t>
      </w:r>
    </w:p>
    <w:p>
      <w:r>
        <w:rPr>
          <w:rFonts w:ascii="Courier New" w:hAnsi="Courier New"/>
          <w:color w:val="555555"/>
          <w:sz w:val="20"/>
        </w:rPr>
        <w:t>[5]</w:t>
      </w:r>
    </w:p>
    <w:p>
      <w:r>
        <w:rPr>
          <w:rFonts w:ascii="Gentium Plus" w:hAnsi="Gentium Plus"/>
          <w:sz w:val="24"/>
        </w:rPr>
        <w:t>μεν ὅτι ἔστιν ἀπὸ τοῦ δήω, ὃ σημαίνει τὸ εὑ‐ ρίσκω· καὶ γὰρ ἡνίκα περιήρχετο ἡ Δημήτηρ εἰς ζήτησιν τῆς θυγατρὸς αὐτῆς, κατ’ εὐφημι‐ σμὸν ἔλεγον πάντες δήεις ἀντὶ τοῦ εὑρήσεις. ἢ ὅτι ἐπειδὴ αὐτὴ ἐφεῦρε τὸν σῖτον κατὰ τὴν</w:t>
      </w:r>
    </w:p>
    <w:p>
      <w:r>
        <w:rPr>
          <w:rFonts w:ascii="Courier New" w:hAnsi="Courier New"/>
          <w:color w:val="555555"/>
          <w:sz w:val="20"/>
        </w:rPr>
        <w:t>[10]</w:t>
      </w:r>
    </w:p>
    <w:p>
      <w:r>
        <w:rPr>
          <w:rFonts w:ascii="Gentium Plus" w:hAnsi="Gentium Plus"/>
          <w:sz w:val="24"/>
        </w:rPr>
        <w:t>φλυαροκοπίαν τῶν Ἑλλήνων. εἰ δὲ ἔχει τὸ ἰῶτα, λέγομεν ὅτι γέγονε παρὰ τὸ δαίω τὸ κόπτω, κατὰ τροπὴν Ἰωνικὴν τοῦ α εἰς η.] καὶ γὰρ ἡ Δημήτηρ γῆ ἐστιν. [ἡ δὲ γῆ δια‐ κόπτεται ἐν τῷ ἀροτριοῦσθαι. ἢ ὅτι πολλὴν</w:t>
      </w:r>
    </w:p>
    <w:p>
      <w:r>
        <w:rPr>
          <w:rFonts w:ascii="Courier New" w:hAnsi="Courier New"/>
          <w:color w:val="555555"/>
          <w:sz w:val="20"/>
        </w:rPr>
        <w:t>[15]</w:t>
      </w:r>
    </w:p>
    <w:p>
      <w:r>
        <w:rPr>
          <w:rFonts w:ascii="Gentium Plus" w:hAnsi="Gentium Plus"/>
          <w:sz w:val="24"/>
        </w:rPr>
        <w:t>ἐδήωσε γῆν, τουτέστι διέκοψεν, ζητοῦσα τὴν θυ‐ γατέρα αὐτῆς. ἢ παρὰ τὸ δαίω τὸ καίω· καὶ γὰρ ἡ Δημήτηρ μετὰ λαμπάδων περιήρχετο. λέγει δὲ ὁ τεχνικὸς, ὅτι ὑποκοριστικόν ἐστιν ἀπὸ τοῦ Δημήτηρ, Δηὼ, οὐ νοοῦντες τὸν σχη‐</w:t>
      </w:r>
    </w:p>
    <w:p>
      <w:r>
        <w:rPr>
          <w:rFonts w:ascii="Courier New" w:hAnsi="Courier New"/>
          <w:color w:val="555555"/>
          <w:sz w:val="20"/>
        </w:rPr>
        <w:t>[20]</w:t>
      </w:r>
    </w:p>
    <w:p>
      <w:r>
        <w:rPr>
          <w:rFonts w:ascii="Gentium Plus" w:hAnsi="Gentium Plus"/>
          <w:sz w:val="24"/>
        </w:rPr>
        <w:t>ματισμὸν τῶν τοιούτων ὑποκοριστικῶν· τὰ γὰρ τοιαῦτα ὑποκοριστικὰ θέλουσι φυλάττειν τὸ σύμφωνον τῆς συλλαβῆς τῶν πρωτοτύπων, οἷον Ὑψιπύλη, Ὑψὼ, Εἰδοθέα, Εἰδώ· ἡ οὖν Δημήτηρ Δημὼ ὤφειλεν εἶναι. ἀλλ’ οὐκ ἔστιν ὑποκοριστι‐</w:t>
      </w:r>
    </w:p>
    <w:p>
      <w:r>
        <w:rPr>
          <w:rFonts w:ascii="Courier New" w:hAnsi="Courier New"/>
          <w:color w:val="555555"/>
          <w:sz w:val="20"/>
        </w:rPr>
        <w:t>[25]</w:t>
      </w:r>
    </w:p>
    <w:p>
      <w:r>
        <w:rPr>
          <w:rFonts w:ascii="Gentium Plus" w:hAnsi="Gentium Plus"/>
          <w:sz w:val="24"/>
        </w:rPr>
        <w:t>κὸν ἡ Δηὼ, παρὰ γὰρ τοῦ δηάς. οὕτως ὑπὸ Κρητῶν αἱ κριθαὶ καλοῦνται.]</w:t>
      </w:r>
    </w:p>
    <w:p>
      <w:pPr>
        <w:jc w:val="center"/>
      </w:pPr>
      <w:r>
        <w:rPr>
          <w:rFonts w:ascii="Gentium Plus" w:hAnsi="Gentium Plus"/>
          <w:b/>
          <w:sz w:val="24"/>
        </w:rPr>
        <w:t>(Οὐδέτερον.)</w:t>
      </w:r>
    </w:p>
    <w:p>
      <w:r>
        <w:rPr>
          <w:rFonts w:ascii="Courier New" w:hAnsi="Courier New"/>
          <w:color w:val="555555"/>
          <w:sz w:val="20"/>
        </w:rPr>
        <w:t>[28]</w:t>
      </w:r>
    </w:p>
    <w:p>
      <w:r>
        <w:rPr>
          <w:rFonts w:ascii="Gentium Plus" w:hAnsi="Gentium Plus"/>
          <w:sz w:val="24"/>
        </w:rPr>
        <w:t>Δηλητήριον. φάρμακον ὀλέθριον.</w:t>
      </w:r>
    </w:p>
    <w:p>
      <w:r>
        <w:rPr>
          <w:rFonts w:ascii="Courier New" w:hAnsi="Courier New"/>
          <w:color w:val="555555"/>
          <w:sz w:val="20"/>
        </w:rPr>
        <w:t>[delta 502]</w:t>
      </w:r>
    </w:p>
    <w:p>
      <w:r>
        <w:rPr>
          <w:rFonts w:ascii="Gentium Plus" w:hAnsi="Gentium Plus"/>
          <w:sz w:val="24"/>
        </w:rPr>
        <w:t>Δῆλον. φανερόν. Δημιόπρατα. ἃ ὁ δῆμος πιπράσκει. Δημόκοινον. τὸ δημόσιον. [Δημόθοινα. ἡ τοῦ δήμου εὐωχία, ἢ ἡ θυσία.]</w:t>
      </w:r>
    </w:p>
    <w:p>
      <w:r>
        <w:rPr>
          <w:rFonts w:ascii="Courier New" w:hAnsi="Courier New"/>
          <w:color w:val="555555"/>
          <w:sz w:val="20"/>
        </w:rPr>
        <w:t>[5]</w:t>
      </w:r>
    </w:p>
    <w:p>
      <w:r>
        <w:rPr>
          <w:rFonts w:ascii="Gentium Plus" w:hAnsi="Gentium Plus"/>
          <w:sz w:val="24"/>
        </w:rPr>
        <w:t>Δημώματα. τὰ παίγνια. καὶ δημοῦσθαι τὸ παίζειν. οὕτως Πλάτων. Δηναιά. μακροχρόνια, πολυχρόνια. παρὰ τὸ αἰὼν, ὃ σημαίνει τὸν τῆς ζωῆς χρόνον, καὶ τὸ δὴν, τὸ ἐπὶ πολὺν χρόνον.</w:t>
      </w:r>
    </w:p>
    <w:p>
      <w:r>
        <w:rPr>
          <w:rFonts w:ascii="Courier New" w:hAnsi="Courier New"/>
          <w:color w:val="555555"/>
          <w:sz w:val="20"/>
        </w:rPr>
        <w:t>[10]</w:t>
      </w:r>
    </w:p>
    <w:p>
      <w:r>
        <w:rPr>
          <w:rFonts w:ascii="Gentium Plus" w:hAnsi="Gentium Plus"/>
          <w:sz w:val="24"/>
        </w:rPr>
        <w:t>Δήνεα. τὰ βουλεύματα. Δηρόν. ἐπιπολύ. [οἷον· —δηρὸν δὲ μάχης ἐπέπαυτ’ ἀλεγεινῆς. ὥσπερ δὲ παρὰ τὸ ἡ πέρα, τῆς πέρας, τῇ πέ‐ ρᾳ, τὴν πέραν· πέραν τοῦ χειμάῤῥου τῶν</w:t>
      </w:r>
    </w:p>
    <w:p>
      <w:r>
        <w:rPr>
          <w:rFonts w:ascii="Courier New" w:hAnsi="Courier New"/>
          <w:color w:val="555555"/>
          <w:sz w:val="20"/>
        </w:rPr>
        <w:t>[15]</w:t>
      </w:r>
    </w:p>
    <w:p>
      <w:r>
        <w:rPr>
          <w:rFonts w:ascii="Gentium Plus" w:hAnsi="Gentium Plus"/>
          <w:sz w:val="24"/>
        </w:rPr>
        <w:t>κέδρων· οὕτως καὶ ἀπὸ τοῦ δηναιὸς τὸ οὐδέτερον δηναιὸν, καὶ κατὰ συγκοπὴν δηνὸν καὶ δηρόν.] Δημοτικά. τὰ τοῖς πολλοῖς ἐμπρέποντα.</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Δήετε. εὑρήσετε.</w:t>
      </w:r>
    </w:p>
    <w:p>
      <w:r>
        <w:rPr>
          <w:rFonts w:ascii="Courier New" w:hAnsi="Courier New"/>
          <w:color w:val="555555"/>
          <w:sz w:val="20"/>
        </w:rPr>
        <w:t>[20]</w:t>
      </w:r>
    </w:p>
    <w:p>
      <w:r>
        <w:rPr>
          <w:rFonts w:ascii="Gentium Plus" w:hAnsi="Gentium Plus"/>
          <w:sz w:val="24"/>
        </w:rPr>
        <w:t>[Δήεις. εὑρήσεις.] Δηθύνω. τὸ βραδύνω. [παρὰ τὸ δηθὰ δαθύνω καὶ δηθύνω. καὶ ἀπὸ ἐπιῤῥήματος γίνεται ῥῆμα, ὡς ὀψὲ, ὀψίω καὶ ὀψίζω, θαμὰ, θαμίζω.] Δηϊώσας. διακόψας. ἔστι δαίω τὸ διακόπτω.</w:t>
      </w:r>
    </w:p>
    <w:p>
      <w:r>
        <w:rPr>
          <w:rFonts w:ascii="Courier New" w:hAnsi="Courier New"/>
          <w:color w:val="555555"/>
          <w:sz w:val="20"/>
        </w:rPr>
        <w:t>[25]</w:t>
      </w:r>
    </w:p>
    <w:p>
      <w:r>
        <w:rPr>
          <w:rFonts w:ascii="Gentium Plus" w:hAnsi="Gentium Plus"/>
          <w:sz w:val="24"/>
        </w:rPr>
        <w:t>[καὶ ἐκ τούτου γίνεται δάϊος καὶ δήϊος, καὶ ῥῆμα δηΐω. ἐξ οὗ καὶ τό·</w:t>
      </w:r>
    </w:p>
    <w:p>
      <w:r>
        <w:rPr>
          <w:rFonts w:ascii="Courier New" w:hAnsi="Courier New"/>
          <w:color w:val="555555"/>
          <w:sz w:val="20"/>
        </w:rPr>
        <w:t>[delta 503]</w:t>
      </w:r>
    </w:p>
    <w:p>
      <w:r>
        <w:rPr>
          <w:rFonts w:ascii="Gentium Plus" w:hAnsi="Gentium Plus"/>
          <w:sz w:val="24"/>
        </w:rPr>
        <w:t>εἶτα κατὰ συναίρεσιν δηῶ, καὶ ἡ μετοχὴ δηώ‐ σας, καὶ σημαίνει τὸ ἀναιρῶ.] Δηΐων. διακόπτων. Δηλήσεται. βλάψει.</w:t>
      </w:r>
    </w:p>
    <w:p>
      <w:r>
        <w:rPr>
          <w:rFonts w:ascii="Courier New" w:hAnsi="Courier New"/>
          <w:color w:val="555555"/>
          <w:sz w:val="20"/>
        </w:rPr>
        <w:t>[5]</w:t>
      </w:r>
    </w:p>
    <w:p>
      <w:r>
        <w:rPr>
          <w:rFonts w:ascii="Gentium Plus" w:hAnsi="Gentium Plus"/>
          <w:sz w:val="24"/>
        </w:rPr>
        <w:t>Δηλῶ. τὸ βλάπτω. τὸ μὲν δηλητήριον ἀπὸ τοῦ δηλῶ, [τὸ δὲ δηλῶ] ἀπὸ τοῦ δῆρις, ὃ σημαίνει τὴν μάχην, δηρῶ καὶ δηλῶ. τοῦτο ἀπὸ τοῦ δαίω τὸ κόπτω. Δημηγορῆσαι. ἐν δήμῳ λαλῆσαι.</w:t>
      </w:r>
    </w:p>
    <w:p>
      <w:r>
        <w:rPr>
          <w:rFonts w:ascii="Courier New" w:hAnsi="Courier New"/>
          <w:color w:val="555555"/>
          <w:sz w:val="20"/>
        </w:rPr>
        <w:t>[10]</w:t>
      </w:r>
    </w:p>
    <w:p>
      <w:r>
        <w:rPr>
          <w:rFonts w:ascii="Gentium Plus" w:hAnsi="Gentium Plus"/>
          <w:sz w:val="24"/>
        </w:rPr>
        <w:t>Δημοσιεύων. δωρεὰν ἐργάζομαι. [Ἀριστοφά‐ νης· ἀλλ’, ὦ πόνηρ’, οὐ δημοσιεύων τυγχάνω. αἰτιατικῇ συντάσσεται.] Δημοτεύεσθαι. τὸ τοῦδε τινὸς δήμου κοινωνεῖν</w:t>
      </w:r>
    </w:p>
    <w:p>
      <w:r>
        <w:rPr>
          <w:rFonts w:ascii="Courier New" w:hAnsi="Courier New"/>
          <w:color w:val="555555"/>
          <w:sz w:val="20"/>
        </w:rPr>
        <w:t>[15]</w:t>
      </w:r>
    </w:p>
    <w:p>
      <w:r>
        <w:rPr>
          <w:rFonts w:ascii="Gentium Plus" w:hAnsi="Gentium Plus"/>
          <w:sz w:val="24"/>
        </w:rPr>
        <w:t>καὶ χρηματίζειν ἀπ’ αὐτοῦ. Δημοκοπεῖν. ἀντὶ τοῦ παίζειν. Δημοῦσθαι. παίζειν. [οὕτω Πλάτων.] Δημεύσας. δημοσιεύσας. Δήξω. λυπήσω. δίξω δὲ ἀντὶ τοῦ τρώσω, ι.</w:t>
      </w:r>
    </w:p>
    <w:p>
      <w:r>
        <w:rPr>
          <w:rFonts w:ascii="Courier New" w:hAnsi="Courier New"/>
          <w:color w:val="555555"/>
          <w:sz w:val="20"/>
        </w:rPr>
        <w:t>[20]</w:t>
      </w:r>
    </w:p>
    <w:p>
      <w:r>
        <w:rPr>
          <w:rFonts w:ascii="Gentium Plus" w:hAnsi="Gentium Plus"/>
          <w:sz w:val="24"/>
        </w:rPr>
        <w:t>δείξω δὲ ἀντὶ τοῦ φανερώσω, δίφθογγον. Δηοῦν. ἀφανίζειν, πορθεῖν, διακόπτειν. Δηριγευόμενος. ὀψικευόμενος. ἔστι δὲ ἡ λέξις</w:t>
      </w:r>
    </w:p>
    <w:p>
      <w:r>
        <w:rPr>
          <w:rFonts w:ascii="Courier New" w:hAnsi="Courier New"/>
          <w:color w:val="555555"/>
          <w:sz w:val="20"/>
        </w:rPr>
        <w:t>[delta 504]</w:t>
      </w:r>
    </w:p>
    <w:p>
      <w:r>
        <w:rPr>
          <w:rFonts w:ascii="Gentium Plus" w:hAnsi="Gentium Plus"/>
          <w:sz w:val="24"/>
        </w:rPr>
        <w:t>Δήσαντες. δεσμεύσαντες. Δηώσαντες. ἀφανίσαντες, πορθήσαντες, δια‐ κόψαντες. Δῆθεν. ὡς δή φησι. ποτὲ μέν ἐστι παραπλη‐</w:t>
      </w:r>
    </w:p>
    <w:p>
      <w:r>
        <w:rPr>
          <w:rFonts w:ascii="Courier New" w:hAnsi="Courier New"/>
          <w:color w:val="555555"/>
          <w:sz w:val="20"/>
        </w:rPr>
        <w:t>[5]</w:t>
      </w:r>
    </w:p>
    <w:p>
      <w:r>
        <w:rPr>
          <w:rFonts w:ascii="Gentium Plus" w:hAnsi="Gentium Plus"/>
          <w:sz w:val="24"/>
        </w:rPr>
        <w:t>ρωτικὸν δὴ, ποτὲ δὲ ὡς δή. Δηθά. ἐπὶ πολὺν χρόνον. Δηθάκις. πλειστάκις. Δηλαδή. φημί· ἐξάπαντος, φανερῶς. Δημοτελῶς. παντὶ τῷ δήμῳ.</w:t>
      </w:r>
    </w:p>
    <w:p>
      <w:r>
        <w:rPr>
          <w:rFonts w:ascii="Courier New" w:hAnsi="Courier New"/>
          <w:color w:val="555555"/>
          <w:sz w:val="20"/>
        </w:rPr>
        <w:t>[10]</w:t>
      </w:r>
    </w:p>
    <w:p>
      <w:r>
        <w:rPr>
          <w:rFonts w:ascii="Gentium Plus" w:hAnsi="Gentium Plus"/>
          <w:sz w:val="24"/>
        </w:rPr>
        <w:t>Δημοτικῶς. πολιτικῶς. καὶ δημοτικὰ τὰ τοῖς πολλοῖς ἐμπρέποντα. Δήπουθεν. δηλονότι, ἢ ἐκ τινὸς τόπου. Δήπου. ὡς δή. Δῆτα. λοιπὸν ἢ οὕτως.</w:t>
      </w:r>
    </w:p>
    <w:p>
      <w:r>
        <w:rPr>
          <w:rFonts w:ascii="Courier New" w:hAnsi="Courier New"/>
          <w:color w:val="555555"/>
          <w:sz w:val="20"/>
        </w:rPr>
        <w:t>[15]</w:t>
      </w:r>
    </w:p>
    <w:p>
      <w:r>
        <w:rPr>
          <w:rFonts w:ascii="Gentium Plus" w:hAnsi="Gentium Plus"/>
          <w:sz w:val="24"/>
        </w:rPr>
        <w:t>Δή. ἀντὶ τοῦ νῦν. Δήν. ἐπὶ πολὺν χρόνον. παρὰ τὸ αἰὼν, ὃ ση‐ μαίνει τὸν τῆς ζωῆς χρόνον, πλεονασμῷ τοῦ δ γίνεται δαιὼν καὶ κατὰ συγκοπὴν δὼν καὶ τρο‐ πῇ τοῦ ω εἰς η δήν. τὰ γὰρ εἰς ην ἐπιῤῥήμα‐</w:t>
      </w:r>
    </w:p>
    <w:p>
      <w:r>
        <w:rPr>
          <w:rFonts w:ascii="Courier New" w:hAnsi="Courier New"/>
          <w:color w:val="555555"/>
          <w:sz w:val="20"/>
        </w:rPr>
        <w:t>[20]</w:t>
      </w:r>
    </w:p>
    <w:p>
      <w:r>
        <w:rPr>
          <w:rFonts w:ascii="Gentium Plus" w:hAnsi="Gentium Plus"/>
          <w:sz w:val="24"/>
        </w:rPr>
        <w:t>τα διὰ τοῦ η γράφεται, οἷον· χύδην, φύρδην, δήν· πλὴν τοῦ πρὶν, πάλιν, ἀνόπιν καὶ κα‐</w:t>
      </w:r>
    </w:p>
    <w:p>
      <w:pPr>
        <w:jc w:val="center"/>
      </w:pPr>
      <w:r>
        <w:rPr>
          <w:rFonts w:ascii="Gentium Plus" w:hAnsi="Gentium Plus"/>
          <w:b/>
          <w:sz w:val="24"/>
        </w:rPr>
        <w:t>Τὸ Δ μετὰ τοῦ Ι.</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Διαπρύσιος. ὁ μέγας, διαβόητος. Διαπρεπής. ἐπίσημος, ἔκδηλος.</w:t>
      </w:r>
    </w:p>
    <w:p>
      <w:r>
        <w:rPr>
          <w:rFonts w:ascii="Courier New" w:hAnsi="Courier New"/>
          <w:color w:val="555555"/>
          <w:sz w:val="20"/>
        </w:rPr>
        <w:t>[5]</w:t>
      </w:r>
    </w:p>
    <w:p>
      <w:r>
        <w:rPr>
          <w:rFonts w:ascii="Gentium Plus" w:hAnsi="Gentium Plus"/>
          <w:sz w:val="24"/>
        </w:rPr>
        <w:t>Διάβροχος. οἰνωμένος. ὡς δὲ ἐμέθυεν ὁ πορ‐ νοβοσκὸς καὶ διάβροχος ἦν πάνυ, τί μέλλομεν, ἔφη. Διαβήτης. ἐργαλεῖον εὔχρηστον τέχναις πολ‐ λαῖς, τῷ λάμβδα στοιχείῳ παρεοικός.</w:t>
      </w:r>
    </w:p>
    <w:p>
      <w:r>
        <w:rPr>
          <w:rFonts w:ascii="Courier New" w:hAnsi="Courier New"/>
          <w:color w:val="555555"/>
          <w:sz w:val="20"/>
        </w:rPr>
        <w:t>[10]</w:t>
      </w:r>
    </w:p>
    <w:p>
      <w:r>
        <w:rPr>
          <w:rFonts w:ascii="Gentium Plus" w:hAnsi="Gentium Plus"/>
          <w:sz w:val="24"/>
        </w:rPr>
        <w:t>Διαγνώμων. ὁ διαγινώσκων, ὁ διακρίνων. Διαγραφεύς. ὁ καθιστάμενος ἐν ταῖς συμμο‐ ρίαις ἐπὶ τῷ διακρίνειν, πόσον ἕκαστος εἰσενεγ‐ κεῖν ὀφείλει. Διάπυρος. θερμός. διάπυρος ἐραστής.</w:t>
      </w:r>
    </w:p>
    <w:p>
      <w:r>
        <w:rPr>
          <w:rFonts w:ascii="Courier New" w:hAnsi="Courier New"/>
          <w:color w:val="555555"/>
          <w:sz w:val="20"/>
        </w:rPr>
        <w:t>[15]</w:t>
      </w:r>
    </w:p>
    <w:p>
      <w:r>
        <w:rPr>
          <w:rFonts w:ascii="Gentium Plus" w:hAnsi="Gentium Plus"/>
          <w:sz w:val="24"/>
        </w:rPr>
        <w:t>Διαλλάκτης. συμβιβαστής. Διαλογισμός. ὁ μετὰ τοὺς δύο ὑπεισελθὼν καὶ τοὺς τὴν κρίσιν εἴτουν τὴν ἔκβασιν τοῦ πράγ‐ ματος ψηφισάμενος. Διάκονος. παρὰ τὸ ἐνέγκω τὸ προσενέγκω, [καὶ</w:t>
      </w:r>
    </w:p>
    <w:p>
      <w:r>
        <w:rPr>
          <w:rFonts w:ascii="Courier New" w:hAnsi="Courier New"/>
          <w:color w:val="555555"/>
          <w:sz w:val="20"/>
        </w:rPr>
        <w:t>[20]</w:t>
      </w:r>
    </w:p>
    <w:p>
      <w:r>
        <w:rPr>
          <w:rFonts w:ascii="Gentium Plus" w:hAnsi="Gentium Plus"/>
          <w:sz w:val="24"/>
        </w:rPr>
        <w:t>ἐν συνθέσει διενέκω, διαένοκος καὶ καθ’ ὑπερβι‐ βασμὸν διαέκονος καὶ κατὰ κρᾶσιν τοῦ αε εἰς α μακρὸν διάκονος.] ὁ διαφέρων τὰ κελευόμε‐ να. τινὲς δὲ παρὰ τὸ κονεῖν τὸ ὑπηρετεῖν. Διάκτορος. ὁ τοὺς λόγους διάγων. [οἷον·</w:t>
      </w:r>
    </w:p>
    <w:p>
      <w:r>
        <w:rPr>
          <w:rFonts w:ascii="Courier New" w:hAnsi="Courier New"/>
          <w:color w:val="555555"/>
          <w:sz w:val="20"/>
        </w:rPr>
        <w:t>[25]</w:t>
      </w:r>
    </w:p>
    <w:p>
      <w:r>
        <w:rPr>
          <w:rFonts w:ascii="Gentium Plus" w:hAnsi="Gentium Plus"/>
          <w:sz w:val="24"/>
        </w:rPr>
        <w:t>—διάκτορος Ἀργειφόντης.</w:t>
      </w:r>
    </w:p>
    <w:p>
      <w:r>
        <w:rPr>
          <w:rFonts w:ascii="Courier New" w:hAnsi="Courier New"/>
          <w:color w:val="555555"/>
          <w:sz w:val="20"/>
        </w:rPr>
        <w:t>[delta 506]</w:t>
      </w:r>
    </w:p>
    <w:p>
      <w:r>
        <w:rPr>
          <w:rFonts w:ascii="Gentium Plus" w:hAnsi="Gentium Plus"/>
          <w:sz w:val="24"/>
        </w:rPr>
        <w:t>ἐπὶ δὲ τοῦ Ἑρμοῦ ὁ τὰ κτέρεα καὶ τὰ θύμα‐ τα τοῖς τετελευτηκόσι κομίζων, ἢ ὁ διακονῶν τὰς ψυχάς.] Διάτορος. ὁ διασαφηνίζων. [παρὰ τὸ τορῶ τὸ</w:t>
      </w:r>
    </w:p>
    <w:p>
      <w:r>
        <w:rPr>
          <w:rFonts w:ascii="Courier New" w:hAnsi="Courier New"/>
          <w:color w:val="555555"/>
          <w:sz w:val="20"/>
        </w:rPr>
        <w:t>[5]</w:t>
      </w:r>
    </w:p>
    <w:p>
      <w:r>
        <w:rPr>
          <w:rFonts w:ascii="Gentium Plus" w:hAnsi="Gentium Plus"/>
          <w:sz w:val="24"/>
        </w:rPr>
        <w:t>σαφηνίζω. Ἀριστοφάνης· εἰ μήτε τορήσω ταῦτα καὶ λαλήσομαι.] Διαδρασιπολίτης. δειλὸς, ἀποδιδράσκων τὴν πόλιν. Διαγόρας. κύριον. Διαγόρας ὁ Μήλιος.</w:t>
      </w:r>
    </w:p>
    <w:p>
      <w:r>
        <w:rPr>
          <w:rFonts w:ascii="Courier New" w:hAnsi="Courier New"/>
          <w:color w:val="555555"/>
          <w:sz w:val="20"/>
        </w:rPr>
        <w:t>[10]</w:t>
      </w:r>
    </w:p>
    <w:p>
      <w:r>
        <w:rPr>
          <w:rFonts w:ascii="Gentium Plus" w:hAnsi="Gentium Plus"/>
          <w:sz w:val="24"/>
        </w:rPr>
        <w:t>Διατρύγιος. ὁ διὰ μέσου τρύγῃ κατασπειρόμε‐ νος. ἢ ἐκ διαφόρων ἀμπέλων καταφυτευόμενος, πρωΐμων καὶ ὀψίμων, ὡς ἐν διαφόρῳ καιρῷ τρυγᾶσθαι. Διατιμητικός. δοκιμαστικός.</w:t>
      </w:r>
    </w:p>
    <w:p>
      <w:r>
        <w:rPr>
          <w:rFonts w:ascii="Courier New" w:hAnsi="Courier New"/>
          <w:color w:val="555555"/>
          <w:sz w:val="20"/>
        </w:rPr>
        <w:t>[15]</w:t>
      </w:r>
    </w:p>
    <w:p>
      <w:r>
        <w:rPr>
          <w:rFonts w:ascii="Gentium Plus" w:hAnsi="Gentium Plus"/>
          <w:sz w:val="24"/>
        </w:rPr>
        <w:t>Δίαυλος. ὁ ἀγών· ἢ μέτρον πηχῶν διακοσίων, ἢ ἡ μακρὰ περίοδος, ἢ τόπος διστάδιος. Διαιτηταί. οἱ ὑπεράνω τῶν πεντήκοντα νομι‐ σμάτων δίκας κρίνοντες, ὡς εἶναι τοὺς διαι‐ τητὰς μεγίστους κριτάς.</w:t>
      </w:r>
    </w:p>
    <w:p>
      <w:r>
        <w:rPr>
          <w:rFonts w:ascii="Courier New" w:hAnsi="Courier New"/>
          <w:color w:val="555555"/>
          <w:sz w:val="20"/>
        </w:rPr>
        <w:t>[20]</w:t>
      </w:r>
    </w:p>
    <w:p>
      <w:r>
        <w:rPr>
          <w:rFonts w:ascii="Gentium Plus" w:hAnsi="Gentium Plus"/>
          <w:sz w:val="24"/>
        </w:rPr>
        <w:t>Δίγνωμος. ὁ ἐπαμφοτερίζων τῇ γνώμῃ. Διδάσκαλον. λέγει ὁ Σόλων οὐ καθηγητὴν, οὐδ’ ὑφηγητήν. Διδίας. κύριον. Διδύραμβος. ὁ Διόνυσος. παρὰ τὸ δύο θύρας</w:t>
      </w:r>
    </w:p>
    <w:p>
      <w:r>
        <w:rPr>
          <w:rFonts w:ascii="Courier New" w:hAnsi="Courier New"/>
          <w:color w:val="555555"/>
          <w:sz w:val="20"/>
        </w:rPr>
        <w:t>[25]</w:t>
      </w:r>
    </w:p>
    <w:p>
      <w:r>
        <w:rPr>
          <w:rFonts w:ascii="Gentium Plus" w:hAnsi="Gentium Plus"/>
          <w:sz w:val="24"/>
        </w:rPr>
        <w:t>βῆναι, τήν τε κοιλίαν τῆς μητρὸς Σεμέλης καὶ</w:t>
      </w:r>
    </w:p>
    <w:p>
      <w:r>
        <w:rPr>
          <w:rFonts w:ascii="Courier New" w:hAnsi="Courier New"/>
          <w:color w:val="555555"/>
          <w:sz w:val="20"/>
        </w:rPr>
        <w:t>[delta 507]</w:t>
      </w:r>
    </w:p>
    <w:p>
      <w:r>
        <w:rPr>
          <w:rFonts w:ascii="Gentium Plus" w:hAnsi="Gentium Plus"/>
          <w:sz w:val="24"/>
        </w:rPr>
        <w:t>Δίκαιος. ὁ πᾶσαν ἰσότητα τοῖς ὁμοειδέσι παρέχων καὶ ὁ πᾶσαν ἀρετὴν ἔχων δίκαιος. φησὶ γὰρ ὁ Ἀπόστολος· δικαίῳ νόμος οὐ κεῖται. Δικασπόλος. ὁ περὶ τὰς δίκας καὶ τὰ δικα‐</w:t>
      </w:r>
    </w:p>
    <w:p>
      <w:r>
        <w:rPr>
          <w:rFonts w:ascii="Courier New" w:hAnsi="Courier New"/>
          <w:color w:val="555555"/>
          <w:sz w:val="20"/>
        </w:rPr>
        <w:t>[5]</w:t>
      </w:r>
    </w:p>
    <w:p>
      <w:r>
        <w:rPr>
          <w:rFonts w:ascii="Gentium Plus" w:hAnsi="Gentium Plus"/>
          <w:sz w:val="24"/>
        </w:rPr>
        <w:t>στήρια ἀναστρεφόμενος. Δικτάτωρ. ὁ διπλασίαν τὴν ἀρχὴν ἔχων, ὁ παρὰ Ῥωμαίοις δισύπατος καλούμενος, ἢ ὁ μο‐ νάρχης ὁ πάντων κρατῶν, ἢ ὁ βασιλεύς. Δικτυεύς. ὁ ἁλιεύς.</w:t>
      </w:r>
    </w:p>
    <w:p>
      <w:r>
        <w:rPr>
          <w:rFonts w:ascii="Courier New" w:hAnsi="Courier New"/>
          <w:color w:val="555555"/>
          <w:sz w:val="20"/>
        </w:rPr>
        <w:t>[10]</w:t>
      </w:r>
    </w:p>
    <w:p>
      <w:r>
        <w:rPr>
          <w:rFonts w:ascii="Gentium Plus" w:hAnsi="Gentium Plus"/>
          <w:sz w:val="24"/>
        </w:rPr>
        <w:t>Δικτυωτός. πολύπλοκος. Δίκτυς. ὄνομα κύριον. σημαντέον, ὅτι ἐπὶ Κλαυ‐ δίου τῆς Κρήτης ὑπὸ σεισμοῦ κατενεχθείσης, καὶ πολλῶν τάφων ἀνεωχθέντων, εὑρέθη ἐν ἑνὶ τούτων τὸ σύνταγμα τῆς ἱστορίας Δίκτυος, τὸν</w:t>
      </w:r>
    </w:p>
    <w:p>
      <w:r>
        <w:rPr>
          <w:rFonts w:ascii="Courier New" w:hAnsi="Courier New"/>
          <w:color w:val="555555"/>
          <w:sz w:val="20"/>
        </w:rPr>
        <w:t>[15]</w:t>
      </w:r>
    </w:p>
    <w:p>
      <w:r>
        <w:rPr>
          <w:rFonts w:ascii="Gentium Plus" w:hAnsi="Gentium Plus"/>
          <w:sz w:val="24"/>
        </w:rPr>
        <w:t>Τρωϊκὸν περιέχον πόλεμον, ὅπερ λαβὼν ὁ Κλαύ‐ διος, ἐξέδωκε γράφεσθαι. Διμίτριος. ὁ δύο μίτρας ἔχων, ὅ ἐστι πολεμικὰς ζώνας ὑφαινομένας διὰ μίτου. ἐφοροῦντο δὲ αὗ‐ ται ἐσώτερον τῆς λαγόνος χάριν ἀσφαλείας. ἢ</w:t>
      </w:r>
    </w:p>
    <w:p>
      <w:r>
        <w:rPr>
          <w:rFonts w:ascii="Courier New" w:hAnsi="Courier New"/>
          <w:color w:val="555555"/>
          <w:sz w:val="20"/>
        </w:rPr>
        <w:t>[20]</w:t>
      </w:r>
    </w:p>
    <w:p>
      <w:r>
        <w:rPr>
          <w:rFonts w:ascii="Gentium Plus" w:hAnsi="Gentium Plus"/>
          <w:sz w:val="24"/>
        </w:rPr>
        <w:t>χαλκαῖ λεπίδες. Διμήτωρ. ὁ Διόνυσος. Δίοκλος. τόπος. Δῖος. ὁ ἔνδοξος. [ἀπὸ τῆς γενικῆς Διὸς γέγονε δίϊος, καὶ κατὰ κρᾶσιν δῖος, ὁ ἔνδοξος. καὶ</w:t>
      </w:r>
    </w:p>
    <w:p>
      <w:r>
        <w:rPr>
          <w:rFonts w:ascii="Courier New" w:hAnsi="Courier New"/>
          <w:color w:val="555555"/>
          <w:sz w:val="20"/>
        </w:rPr>
        <w:t>[25]</w:t>
      </w:r>
    </w:p>
    <w:p>
      <w:r>
        <w:rPr>
          <w:rFonts w:ascii="Gentium Plus" w:hAnsi="Gentium Plus"/>
          <w:sz w:val="24"/>
        </w:rPr>
        <w:t>Δῖος ὁ ἥρως ὁ εἷς τῶν Τιτάνων καὶ Πελοπίδων. παρὰ τὸ δέος δέεας καὶ ἐν συναλοιφῇ δείας διὰ διφθόγγου, ὁ δέος ἐμποιῶν. ἢ παρὰ τῆς</w:t>
      </w:r>
    </w:p>
    <w:p>
      <w:r>
        <w:rPr>
          <w:rFonts w:ascii="Courier New" w:hAnsi="Courier New"/>
          <w:color w:val="555555"/>
          <w:sz w:val="20"/>
        </w:rPr>
        <w:t>[delta 508]</w:t>
      </w:r>
    </w:p>
    <w:p>
      <w:r>
        <w:rPr>
          <w:rFonts w:ascii="Gentium Plus" w:hAnsi="Gentium Plus"/>
          <w:sz w:val="24"/>
        </w:rPr>
        <w:t>Διοπτῆρα. κατάσκοπον. ἐκ τοῦ ὄπτω. οἷον· τόν ῥα διοπτῆρα στρατὸς ἔμμεναι ἡμετέροιο. καὶ διοπτεύω τὸ κατασκοπεύω. καὶ διοπτῆρες, οἱ οἰκονόμοι, οἱ ἐπιτηρηταὶ, οἱ προφύλακες.</w:t>
      </w:r>
    </w:p>
    <w:p>
      <w:r>
        <w:rPr>
          <w:rFonts w:ascii="Courier New" w:hAnsi="Courier New"/>
          <w:color w:val="555555"/>
          <w:sz w:val="20"/>
        </w:rPr>
        <w:t>[5]</w:t>
      </w:r>
    </w:p>
    <w:p>
      <w:r>
        <w:rPr>
          <w:rFonts w:ascii="Gentium Plus" w:hAnsi="Gentium Plus"/>
          <w:sz w:val="24"/>
        </w:rPr>
        <w:t>[οὐχ οἷοί τε ἐγένοντο οἱ διοπτῆρες διαγνῶναι ἐπιόντας τοὺς δυσμενεῖς. καὶ διοπτὴρ μηχανι‐ κόν τι ὄργανον, δι’ ὧν ἐστοχάζοντο τῶν ἐπάλ‐ ξεων τὸ ὕψος. ἢ διόπτρα.] Διόπτης. παντεπόπτης.</w:t>
      </w:r>
    </w:p>
    <w:p>
      <w:r>
        <w:rPr>
          <w:rFonts w:ascii="Courier New" w:hAnsi="Courier New"/>
          <w:color w:val="555555"/>
          <w:sz w:val="20"/>
        </w:rPr>
        <w:t>[10]</w:t>
      </w:r>
    </w:p>
    <w:p>
      <w:r>
        <w:rPr>
          <w:rFonts w:ascii="Gentium Plus" w:hAnsi="Gentium Plus"/>
          <w:sz w:val="24"/>
        </w:rPr>
        <w:t>Δίοπος. ὁ διέπων καὶ ἐποπτεύων· ὁ τῆς νεὼς ἐπιμελητής. Διοποί. οἱ βασιλεῖς. παρὰ τὸ διοπεῖν ἢ διοπεύειν. Διόβλητοι. οἱ κεραυνόβλητοι. καὶ ἐγένοντο διό‐ βλητοι ἅπαντες.</w:t>
      </w:r>
    </w:p>
    <w:p>
      <w:r>
        <w:rPr>
          <w:rFonts w:ascii="Courier New" w:hAnsi="Courier New"/>
          <w:color w:val="555555"/>
          <w:sz w:val="20"/>
        </w:rPr>
        <w:t>[15]</w:t>
      </w:r>
    </w:p>
    <w:p>
      <w:r>
        <w:rPr>
          <w:rFonts w:ascii="Gentium Plus" w:hAnsi="Gentium Plus"/>
          <w:sz w:val="24"/>
        </w:rPr>
        <w:t>Διόγνητος. κύριον. Δίομος. κύριον. [ἀφ’ οὗ Διομίας. εἴρηται παρὰ τὴν Διὸς γενικὴν, ὡς ἀνδρὸς, ἄνδρομος καὶ ἐν παραγωγῇ ἀνδρόμεος, ὅθεν τό· ψωμοί τ’ ἀνδρόμεοι.</w:t>
      </w:r>
    </w:p>
    <w:p>
      <w:r>
        <w:rPr>
          <w:rFonts w:ascii="Courier New" w:hAnsi="Courier New"/>
          <w:color w:val="555555"/>
          <w:sz w:val="20"/>
        </w:rPr>
        <w:t>[20]</w:t>
      </w:r>
    </w:p>
    <w:p>
      <w:r>
        <w:rPr>
          <w:rFonts w:ascii="Gentium Plus" w:hAnsi="Gentium Plus"/>
          <w:sz w:val="24"/>
        </w:rPr>
        <w:t>καί· ἀνδρόμεα κρέ’ ἔδων.] Διόνυσος. οἱ μὲν Διόνυξον αὐτὸν ὀνομάζουσι διὰ τοῦ ξ, ὅτι κέρασι γεννώμενος ἔνυξε τὸν Διὸς μηρόν. ἢ Διόνυσος ὁ ἐκ τοῦ Διὸς γεννηθεὶς καὶ</w:t>
      </w:r>
    </w:p>
    <w:p>
      <w:r>
        <w:rPr>
          <w:rFonts w:ascii="Courier New" w:hAnsi="Courier New"/>
          <w:color w:val="555555"/>
          <w:sz w:val="20"/>
        </w:rPr>
        <w:t>[25]</w:t>
      </w:r>
    </w:p>
    <w:p>
      <w:r>
        <w:rPr>
          <w:rFonts w:ascii="Gentium Plus" w:hAnsi="Gentium Plus"/>
          <w:sz w:val="24"/>
        </w:rPr>
        <w:t>ἐν Νύσσῃ τραφείς. Δίδυμος. ὁ μεθ’ ἑτέρου τεχθεὶς ἐκ μιᾶς συλ‐ λήψεως. [παρὰ τὸ δύω, ὃ γίνεται δύνω. οἷον·</w:t>
      </w:r>
    </w:p>
    <w:p>
      <w:r>
        <w:rPr>
          <w:rFonts w:ascii="Courier New" w:hAnsi="Courier New"/>
          <w:color w:val="555555"/>
          <w:sz w:val="20"/>
        </w:rPr>
        <w:t>[delta 509]</w:t>
      </w:r>
    </w:p>
    <w:p>
      <w:r>
        <w:rPr>
          <w:rFonts w:ascii="Gentium Plus" w:hAnsi="Gentium Plus"/>
          <w:sz w:val="24"/>
        </w:rPr>
        <w:t>εἴρηται παρὰ τὸ δυόδυμος καὶ δίδυμος. καί· —λιμένες ἀμφιδίθυμοι— οἱ δύο εἰσόδους ἔχοντες. δίδυμος καὶ ὁ ὄρχις, παρὰ τὸ δύο τὸ τοῦ ἀριθμοῦ σημαντικὸν, δύ‐</w:t>
      </w:r>
    </w:p>
    <w:p>
      <w:r>
        <w:rPr>
          <w:rFonts w:ascii="Courier New" w:hAnsi="Courier New"/>
          <w:color w:val="555555"/>
          <w:sz w:val="20"/>
        </w:rPr>
        <w:t>[5]</w:t>
      </w:r>
    </w:p>
    <w:p>
      <w:r>
        <w:rPr>
          <w:rFonts w:ascii="Gentium Plus" w:hAnsi="Gentium Plus"/>
          <w:sz w:val="24"/>
        </w:rPr>
        <w:t>μος καὶ ἐν διπλασιασμῷ δίδυμος. ἢ παρὰ τὸ δὶς ἐπίῤῥημα γίνεται δισσὸς καὶ δίσυμος καὶ κατὰ ἀντίθεσιν δίδυμος.] Διήρης. ὁ ὑπερῶος οἶκος, ὁ δίστεγος. Εὐριπίδης· μελάθρων ἐς διῆρες ἔσχατον—</w:t>
      </w:r>
    </w:p>
    <w:p>
      <w:r>
        <w:rPr>
          <w:rFonts w:ascii="Courier New" w:hAnsi="Courier New"/>
          <w:color w:val="555555"/>
          <w:sz w:val="20"/>
        </w:rPr>
        <w:t>[10]</w:t>
      </w:r>
    </w:p>
    <w:p>
      <w:r>
        <w:rPr>
          <w:rFonts w:ascii="Gentium Plus" w:hAnsi="Gentium Plus"/>
          <w:sz w:val="24"/>
        </w:rPr>
        <w:t>παρὰ τὸ διὴς διήρης, ἵν’ ᾖ ὁ δίστεγος. Ἀπολ‐ λόδωρος δὲ καὶ τὰς ναῦς τὰς ἐχούσας δύο καὶ τρεῖς στέγας διήρεις λέγει. Δίπαλτος. ἀμφοτέραις ταῖς χερσὶ περιδέξιος, οἷον παντὶ σθένει. Σοφοκλῆς·</w:t>
      </w:r>
    </w:p>
    <w:p>
      <w:r>
        <w:rPr>
          <w:rFonts w:ascii="Courier New" w:hAnsi="Courier New"/>
          <w:color w:val="555555"/>
          <w:sz w:val="20"/>
        </w:rPr>
        <w:t>[15]</w:t>
      </w:r>
    </w:p>
    <w:p>
      <w:r>
        <w:rPr>
          <w:rFonts w:ascii="Gentium Plus" w:hAnsi="Gentium Plus"/>
          <w:sz w:val="24"/>
        </w:rPr>
        <w:t>πᾶς δὲ στρατὸς δίπαλτος ἄν με χειρὶ φονεύει. καὶ διπάλτια δοράτια. Δίπυρος ἄρτος. ὁ παρὰ Ῥωμαίοις λεγόμενος παξαμᾶς. σισύρας ἐπὶ τῶν ὤμων φέροντες, ἐν</w:t>
      </w:r>
    </w:p>
    <w:p>
      <w:r>
        <w:rPr>
          <w:rFonts w:ascii="Courier New" w:hAnsi="Courier New"/>
          <w:color w:val="555555"/>
          <w:sz w:val="20"/>
        </w:rPr>
        <w:t>[20]</w:t>
      </w:r>
    </w:p>
    <w:p>
      <w:r>
        <w:rPr>
          <w:rFonts w:ascii="Gentium Plus" w:hAnsi="Gentium Plus"/>
          <w:sz w:val="24"/>
        </w:rPr>
        <w:t>αἷς δὴ ἄλλο οὐδὲν, ὅτι μὴ διπύρους ἄρτους, οἴκοθεν ἐμβεβλημένοι ἀφίκοντο. Δίφιλος. ὥσπερ παρὰ τῷ Ἄρῃ δοτικῇ γίνεται Ἀρηΐφιλος, οὕτως παρὰ Διῒ δοτικῇ γίνεται διΐφι‐ λος, καὶ κατὰ κρᾶσιν τῶν δύο ιι εἰς ἓν, δηλονό‐</w:t>
      </w:r>
    </w:p>
    <w:p>
      <w:r>
        <w:rPr>
          <w:rFonts w:ascii="Courier New" w:hAnsi="Courier New"/>
          <w:color w:val="555555"/>
          <w:sz w:val="20"/>
        </w:rPr>
        <w:t>[25]</w:t>
      </w:r>
    </w:p>
    <w:p>
      <w:r>
        <w:rPr>
          <w:rFonts w:ascii="Gentium Plus" w:hAnsi="Gentium Plus"/>
          <w:sz w:val="24"/>
        </w:rPr>
        <w:t>τι μακρὸν, γίνεται Δίφιλος, ὥσπερ Θέτιϊ, Θέτι·</w:t>
      </w:r>
    </w:p>
    <w:p>
      <w:r>
        <w:rPr>
          <w:rFonts w:ascii="Courier New" w:hAnsi="Courier New"/>
          <w:color w:val="555555"/>
          <w:sz w:val="20"/>
        </w:rPr>
        <w:t>[delta 510]</w:t>
      </w:r>
    </w:p>
    <w:p>
      <w:r>
        <w:rPr>
          <w:rFonts w:ascii="Gentium Plus" w:hAnsi="Gentium Plus"/>
          <w:sz w:val="24"/>
        </w:rPr>
        <w:t>†Διφένσος. ὁ ἔκδικος.† †Διφενσίων. ὁ ἔνδικος χάρτης.† Δίφρος. τὸ ἅρμα. παρὰ τὸ δύο φέρειν τὸν ὁπλί‐ την καὶ τὸν ἡνίχον.</w:t>
      </w:r>
    </w:p>
    <w:p>
      <w:r>
        <w:rPr>
          <w:rFonts w:ascii="Courier New" w:hAnsi="Courier New"/>
          <w:color w:val="555555"/>
          <w:sz w:val="20"/>
        </w:rPr>
        <w:t>[5]</w:t>
      </w:r>
    </w:p>
    <w:p>
      <w:r>
        <w:rPr>
          <w:rFonts w:ascii="Gentium Plus" w:hAnsi="Gentium Plus"/>
          <w:sz w:val="24"/>
        </w:rPr>
        <w:t>Διφυής. ὁ δύο φύσεις ἔχων. Διώρυξ. ἡ διάνοιξις τῶν τοίχων. ἀπὸ τοῦ ὀρύσ‐ σω, ὀρύξω, ὄρυξ. καὶ ἐν συνθέσει διώρυξ. Διωστῆρσιν. ἀναφορεῦσι, τοῖς ἀναβαστάζουσι. Δῖνος. ἡ συστροφὴ, ἡ περιφέρεια, ὁ τόρνος.</w:t>
      </w:r>
    </w:p>
    <w:p>
      <w:r>
        <w:rPr>
          <w:rFonts w:ascii="Courier New" w:hAnsi="Courier New"/>
          <w:color w:val="555555"/>
          <w:sz w:val="20"/>
        </w:rPr>
        <w:t>[10]</w:t>
      </w:r>
    </w:p>
    <w:p>
      <w:r>
        <w:rPr>
          <w:rFonts w:ascii="Gentium Plus" w:hAnsi="Gentium Plus"/>
          <w:sz w:val="24"/>
        </w:rPr>
        <w:t>Διαχώρους. τὰ διαστήματα τῶν λόχων. οὕτω τὲ ἀνεπλήρωσε τῇ πυκνότητι τοῦ στρατοῦ τοὺς διαχώρους. Διαλογισμούς. ἀμφιβολίας. ὁ Ἀπόστολος· χωρὶς γογγυσμῶν καὶ διαλογισμῶν.</w:t>
      </w:r>
    </w:p>
    <w:p>
      <w:r>
        <w:rPr>
          <w:rFonts w:ascii="Courier New" w:hAnsi="Courier New"/>
          <w:color w:val="555555"/>
          <w:sz w:val="20"/>
        </w:rPr>
        <w:t>[15]</w:t>
      </w:r>
    </w:p>
    <w:p>
      <w:r>
        <w:rPr>
          <w:rFonts w:ascii="Gentium Plus" w:hAnsi="Gentium Plus"/>
          <w:sz w:val="24"/>
        </w:rPr>
        <w:t>Διλόγους. οἷον ὑπούλους καὶ δολερούς. μὴ διλό‐ γους γυναῖκας ὡσαύτως σεμνὰς, μὴ διαβό‐ λους· ὡς καὶ τὸ διλόγους. Διαφορώτερος. βελτίων. καὶ ὁ Ἀπόστολος· νυνὶ δὲ διαφορωτέρας τετύχηκε λειτουργίας,</w:t>
      </w:r>
    </w:p>
    <w:p>
      <w:r>
        <w:rPr>
          <w:rFonts w:ascii="Courier New" w:hAnsi="Courier New"/>
          <w:color w:val="555555"/>
          <w:sz w:val="20"/>
        </w:rPr>
        <w:t>[20]</w:t>
      </w:r>
    </w:p>
    <w:p>
      <w:r>
        <w:rPr>
          <w:rFonts w:ascii="Gentium Plus" w:hAnsi="Gentium Plus"/>
          <w:sz w:val="24"/>
        </w:rPr>
        <w:t>*ὅσῳ κρείττονός ἐστι διαθήκης μεσίτης.*</w:t>
      </w:r>
    </w:p>
    <w:p>
      <w:pPr>
        <w:jc w:val="center"/>
      </w:pPr>
      <w:r>
        <w:rPr>
          <w:rFonts w:ascii="Gentium Plus" w:hAnsi="Gentium Plus"/>
          <w:b/>
          <w:sz w:val="24"/>
        </w:rPr>
        <w:t>(Θηλυκόν.)</w:t>
      </w:r>
    </w:p>
    <w:p>
      <w:r>
        <w:rPr>
          <w:rFonts w:ascii="Courier New" w:hAnsi="Courier New"/>
          <w:color w:val="555555"/>
          <w:sz w:val="20"/>
        </w:rPr>
        <w:t>[22]</w:t>
      </w:r>
    </w:p>
    <w:p>
      <w:r>
        <w:rPr>
          <w:rFonts w:ascii="Gentium Plus" w:hAnsi="Gentium Plus"/>
          <w:sz w:val="24"/>
        </w:rPr>
        <w:t>Διαδικασία. οὐχ ἁπλῶς πᾶσα δίκη, ἀλλ’ ἐν αἷς περὶ τινὸς ἀμφισβήτησίς ἐστι. Διασία. ἑορτὴ ἐπιτελουμένη ἐν Ἀθήναις τῷ</w:t>
      </w:r>
    </w:p>
    <w:p>
      <w:r>
        <w:rPr>
          <w:rFonts w:ascii="Courier New" w:hAnsi="Courier New"/>
          <w:color w:val="555555"/>
          <w:sz w:val="20"/>
        </w:rPr>
        <w:t>[25]</w:t>
      </w:r>
    </w:p>
    <w:p>
      <w:r>
        <w:rPr>
          <w:rFonts w:ascii="Gentium Plus" w:hAnsi="Gentium Plus"/>
          <w:sz w:val="24"/>
        </w:rPr>
        <w:t>Διΐ. [παρὰ τὸ τὰς ἄσας, τὰς ἀνίας, οἷον·</w:t>
      </w:r>
    </w:p>
    <w:p>
      <w:r>
        <w:rPr>
          <w:rFonts w:ascii="Courier New" w:hAnsi="Courier New"/>
          <w:color w:val="555555"/>
          <w:sz w:val="20"/>
        </w:rPr>
        <w:t>[delta 511]</w:t>
      </w:r>
    </w:p>
    <w:p>
      <w:r>
        <w:rPr>
          <w:rFonts w:ascii="Gentium Plus" w:hAnsi="Gentium Plus"/>
          <w:sz w:val="24"/>
        </w:rPr>
        <w:t>καὶ ἀσόμενος μετοχή. διασία οὖν ἡ ἐπιτρέπου‐ σα τὰς ἄσας.] Διαλεκτική. ἡ ἀποδεικτικὴ, ἡ ἐπιστήμη ἀλη‐ θῶν καὶ ψευδῶν καὶ οὐδετέρων. ἡ μέθοδος δι’</w:t>
      </w:r>
    </w:p>
    <w:p>
      <w:r>
        <w:rPr>
          <w:rFonts w:ascii="Courier New" w:hAnsi="Courier New"/>
          <w:color w:val="555555"/>
          <w:sz w:val="20"/>
        </w:rPr>
        <w:t>[5]</w:t>
      </w:r>
    </w:p>
    <w:p>
      <w:r>
        <w:rPr>
          <w:rFonts w:ascii="Gentium Plus" w:hAnsi="Gentium Plus"/>
          <w:sz w:val="24"/>
        </w:rPr>
        <w:t>ἐνδόξων. ἢ τέχνη λόγων, δι’ ἧς ἀνασκευάζο‐ μέν τι, ἢ κατασκευάζομεν ἐξ ἐρωτήσεως καὶ ἀποκρίσεως τῶν προδιαλεγομένων. διαλεκτικὴ δὲ ἀπὸ τοῦ διαλέγεσθαι, ὅτι διάλογος ἐξ ἐρω‐ τήσεως καὶ ἀποκρίσεως σύγκειται.</w:t>
      </w:r>
    </w:p>
    <w:p>
      <w:r>
        <w:rPr>
          <w:rFonts w:ascii="Courier New" w:hAnsi="Courier New"/>
          <w:color w:val="555555"/>
          <w:sz w:val="20"/>
        </w:rPr>
        <w:t>[10]</w:t>
      </w:r>
    </w:p>
    <w:p>
      <w:r>
        <w:rPr>
          <w:rFonts w:ascii="Gentium Plus" w:hAnsi="Gentium Plus"/>
          <w:sz w:val="24"/>
        </w:rPr>
        <w:t>Διάλεξιν. ἐμπειρία λόγων, ἤτοι τὰ νοηθέντα φράζειν. Διάλεξις διαλέκτου διαφέρει. διάλεκτός ἐστι φωνῆς χαρακτὴρ ἐθνικὸς, διάλεξις δὲ τῆς συν‐ ήθους φωνῆς ἐκτροπὴ ἐπὶ τὸ σεμνότερον καὶ</w:t>
      </w:r>
    </w:p>
    <w:p>
      <w:r>
        <w:rPr>
          <w:rFonts w:ascii="Courier New" w:hAnsi="Courier New"/>
          <w:color w:val="555555"/>
          <w:sz w:val="20"/>
        </w:rPr>
        <w:t>[15]</w:t>
      </w:r>
    </w:p>
    <w:p>
      <w:r>
        <w:rPr>
          <w:rFonts w:ascii="Gentium Plus" w:hAnsi="Gentium Plus"/>
          <w:sz w:val="24"/>
        </w:rPr>
        <w:t>ἀγροικότερον. ἢ διάλεκτός ἐστι, καθ’ ἣν ἕκα‐ στος ἄνθρωπος διαλέγουσι πρὸς ἀλλήλους κατὰ τὴν ἰδίαν συνήθειαν, ἢ ἀπὸ τοῦ διαλεχθῆναι καὶ διακεκρίσθαι ἀπὸ τῶν ἄλλων· ἑκάστη γὰρ αὐτῶν διακέκριται ἑτέρας ἀπὸ τοῦ διαλέχθαι</w:t>
      </w:r>
    </w:p>
    <w:p>
      <w:r>
        <w:rPr>
          <w:rFonts w:ascii="Courier New" w:hAnsi="Courier New"/>
          <w:color w:val="555555"/>
          <w:sz w:val="20"/>
        </w:rPr>
        <w:t>[20]</w:t>
      </w:r>
    </w:p>
    <w:p>
      <w:r>
        <w:rPr>
          <w:rFonts w:ascii="Gentium Plus" w:hAnsi="Gentium Plus"/>
          <w:sz w:val="24"/>
        </w:rPr>
        <w:t>καὶ ἐξειλέχθαι ὡς κρατιστεύουσα. Διαλογή. διάλεξις, ὁμιλία. Δαβίδ· ἡδυνθείη αὐτῷ ἡ διαλογή μου. Διάληψις. ἐνθύμησις. Διαυλία. ὅταν δύο ᾄδουσι.</w:t>
      </w:r>
    </w:p>
    <w:p>
      <w:r>
        <w:rPr>
          <w:rFonts w:ascii="Courier New" w:hAnsi="Courier New"/>
          <w:color w:val="555555"/>
          <w:sz w:val="20"/>
        </w:rPr>
        <w:t>[25]</w:t>
      </w:r>
    </w:p>
    <w:p>
      <w:r>
        <w:rPr>
          <w:rFonts w:ascii="Gentium Plus" w:hAnsi="Gentium Plus"/>
          <w:sz w:val="24"/>
        </w:rPr>
        <w:t>Διαύλεια δὲ, χώρα, δίφθογγος, ἥτις ἐστὶ καὶ ἐπισκοπή. Διακόρησις. ἡ φθορὰ τῶν παρθένων. Διαθήκη. διττῶς ἐκφωνεῖται· ἡ μὲν ἐπὶ θνησκόν‐</w:t>
      </w:r>
    </w:p>
    <w:p>
      <w:r>
        <w:rPr>
          <w:rFonts w:ascii="Courier New" w:hAnsi="Courier New"/>
          <w:color w:val="555555"/>
          <w:sz w:val="20"/>
        </w:rPr>
        <w:t>[delta 512]</w:t>
      </w:r>
    </w:p>
    <w:p>
      <w:r>
        <w:rPr>
          <w:rFonts w:ascii="Gentium Plus" w:hAnsi="Gentium Plus"/>
          <w:sz w:val="24"/>
        </w:rPr>
        <w:t>φέρουσα· ἡ δὲ συνθηκῶν ἐπὶ διαλογῇ πολεμίων, συνωμοσίαν ἔχουσα. Διάθεσις. ἡ ποιὰ τῶν πρός τι τῆς ψυχῆς σχέ‐ σις, ἢ πάλιν ἡ πρός τι πῶς τῆς ψυχῆς ἔμμο‐</w:t>
      </w:r>
    </w:p>
    <w:p>
      <w:r>
        <w:rPr>
          <w:rFonts w:ascii="Courier New" w:hAnsi="Courier New"/>
          <w:color w:val="555555"/>
          <w:sz w:val="20"/>
        </w:rPr>
        <w:t>[5]</w:t>
      </w:r>
    </w:p>
    <w:p>
      <w:r>
        <w:rPr>
          <w:rFonts w:ascii="Gentium Plus" w:hAnsi="Gentium Plus"/>
          <w:sz w:val="24"/>
        </w:rPr>
        <w:t>νος κίνησις. διάθεσίς ἐστι καὶ ἡ κατὰ συμβε‐ βηκὸς τοιάδε ἑκάστου ποιότης. διαθέσεις οὐ μόνον ἐπιστῆμαι καὶ τέχναι, ἀλλὰ καὶ ἀρεταί. ὑπάρχει δὲ τῇ τέχνῃ τὸ φαῦλον καὶ σπουδαῖον· τῶν γὰρ τεχνῶν αἱ μὲν εἰσὶ φαῦλαι, αἱ δὲ</w:t>
      </w:r>
    </w:p>
    <w:p>
      <w:r>
        <w:rPr>
          <w:rFonts w:ascii="Courier New" w:hAnsi="Courier New"/>
          <w:color w:val="555555"/>
          <w:sz w:val="20"/>
        </w:rPr>
        <w:t>[10]</w:t>
      </w:r>
    </w:p>
    <w:p>
      <w:r>
        <w:rPr>
          <w:rFonts w:ascii="Gentium Plus" w:hAnsi="Gentium Plus"/>
          <w:sz w:val="24"/>
        </w:rPr>
        <w:t>σπουδαῖαι. τῷ δὲ ἐπιστήμης ὀνόματι Ἀριστο‐ τέλης ἀντὶ τῆς τέχνης χρῆται κοινότερον. ὑπάρ‐ χοι δ’ ἂν καὶ τῇ διαθέσει γένος οὔσῃ τέχνης τὸ φαῦλον καὶ σπουδαῖον. διαθέσεις λέγονται, ἅ ἐστιν εὐκίνητα καὶ ταχὺ μεταβάλλονται·</w:t>
      </w:r>
    </w:p>
    <w:p>
      <w:r>
        <w:rPr>
          <w:rFonts w:ascii="Courier New" w:hAnsi="Courier New"/>
          <w:color w:val="555555"/>
          <w:sz w:val="20"/>
        </w:rPr>
        <w:t>[15]</w:t>
      </w:r>
    </w:p>
    <w:p>
      <w:r>
        <w:rPr>
          <w:rFonts w:ascii="Gentium Plus" w:hAnsi="Gentium Plus"/>
          <w:sz w:val="24"/>
        </w:rPr>
        <w:t>οἷον θερμότης καὶ ψύξις καὶ νόσος καὶ ὑγεία. διάκειται μὲν γάρ πως κατ’ αὐτὴν ὁ ἄνθρωπος· ταχὺ δὲ μεταβάλλει ἐκ θερμοῦ εἰς ψυχρὸν, καὶ ἐκ τοῦ ὑγιαίνειν εἰς τὸ νοσεῖν· εἰ μή τις διὰ χρόνου πλῆθος ἤδη πεφυσιωμένη ἀνίατός ἐστι</w:t>
      </w:r>
    </w:p>
    <w:p>
      <w:r>
        <w:rPr>
          <w:rFonts w:ascii="Courier New" w:hAnsi="Courier New"/>
          <w:color w:val="555555"/>
          <w:sz w:val="20"/>
        </w:rPr>
        <w:t>[20]</w:t>
      </w:r>
    </w:p>
    <w:p>
      <w:r>
        <w:rPr>
          <w:rFonts w:ascii="Gentium Plus" w:hAnsi="Gentium Plus"/>
          <w:sz w:val="24"/>
        </w:rPr>
        <w:t>καὶ δυσκίνητος· ἣν ἄν τις ἴσως ἕξιν ἤδη προσ‐ αγορεύοι. καὶ διαφέρει ἕξις διαθέσεως· καὶ γὰρ ἡ μὲν ἕξις δυσκίνητος, ἡ δὲ διάθεσις εὐκίνητος. Διαδόσεις. τὰς ἐκ διαιρέσεως ἴσης ἐπιβαλλούσας δόσεις. οὕτως Λυσίας.</w:t>
      </w:r>
    </w:p>
    <w:p>
      <w:r>
        <w:rPr>
          <w:rFonts w:ascii="Courier New" w:hAnsi="Courier New"/>
          <w:color w:val="555555"/>
          <w:sz w:val="20"/>
        </w:rPr>
        <w:t>[25]</w:t>
      </w:r>
    </w:p>
    <w:p>
      <w:r>
        <w:rPr>
          <w:rFonts w:ascii="Gentium Plus" w:hAnsi="Gentium Plus"/>
          <w:sz w:val="24"/>
        </w:rPr>
        <w:t>Διαπαρατριβαῖς. ἐνδελεχείαις. Διάγνωσις. ἡ ἑτέρου καὶ ἑτέρου ἀπροσπαθὴς καὶ ἀπαθὴς ὑπόληψις. Διαγνώμη. ἡ διάγνωσις καὶ ἡ διάκρισις. ἡ λέ‐</w:t>
      </w:r>
    </w:p>
    <w:p>
      <w:r>
        <w:rPr>
          <w:rFonts w:ascii="Courier New" w:hAnsi="Courier New"/>
          <w:color w:val="555555"/>
          <w:sz w:val="20"/>
        </w:rPr>
        <w:t>[delta 513]</w:t>
      </w:r>
    </w:p>
    <w:p>
      <w:r>
        <w:rPr>
          <w:rFonts w:ascii="Gentium Plus" w:hAnsi="Gentium Plus"/>
          <w:sz w:val="24"/>
        </w:rPr>
        <w:t>Διαγραφή. ἡ διατύπωσις τῶν μετάλλων δη‐ λοῦσα μετὰ γραμμάτων, ἀπὸ ποίας ἀρχῆς μέ‐ χρι πόσου πέρατος πιπράσκεται. διαγραφή· καὶ καθυποβάλλεσθαι ζημίαις πολλαῖς τὴν πόλιν,</w:t>
      </w:r>
    </w:p>
    <w:p>
      <w:r>
        <w:rPr>
          <w:rFonts w:ascii="Courier New" w:hAnsi="Courier New"/>
          <w:color w:val="555555"/>
          <w:sz w:val="20"/>
        </w:rPr>
        <w:t>[5]</w:t>
      </w:r>
    </w:p>
    <w:p>
      <w:r>
        <w:rPr>
          <w:rFonts w:ascii="Gentium Plus" w:hAnsi="Gentium Plus"/>
          <w:sz w:val="24"/>
        </w:rPr>
        <w:t>ὡς καὶ ἐπὶ Ἰουστινιανοῦ. καὶ ὅταν ἀπαλλαγῇ τοῦ ἐγκλήματος ὁ φεύγων ἢ κατὰ συγχώρησιν τοῦ διώκοντος ἢ κατὰ διάγνωσιν τυχόντος, καὶ μηκέτι περὶ μηδενὸς ἐγκαλεῖται, λέγεται δια‐ γραφὴ δίκης.</w:t>
      </w:r>
    </w:p>
    <w:p>
      <w:r>
        <w:rPr>
          <w:rFonts w:ascii="Courier New" w:hAnsi="Courier New"/>
          <w:color w:val="555555"/>
          <w:sz w:val="20"/>
        </w:rPr>
        <w:t>[10]</w:t>
      </w:r>
    </w:p>
    <w:p>
      <w:r>
        <w:rPr>
          <w:rFonts w:ascii="Gentium Plus" w:hAnsi="Gentium Plus"/>
          <w:sz w:val="24"/>
        </w:rPr>
        <w:t>Διαδρομαί. ἐπὶ τῶν ἐπὶ παρατάξει κινημάτων. Διαμαρτυρία καὶ διαμαρτυρεῖν. τρόπος ἦν ἡ μαρτυρία παραγραφῆς. πρὸ γὰρ τοῦ εἰσαχθῆ‐ ναι τὴν δίκην εἰς τὸ δικαστήριον, ἐξῆν τῷ βου‐ λομένῳ διαμαρτυρῆσαι. διαμαρτυρεῖν δ’ ἐστὶ τὸ</w:t>
      </w:r>
    </w:p>
    <w:p>
      <w:r>
        <w:rPr>
          <w:rFonts w:ascii="Courier New" w:hAnsi="Courier New"/>
          <w:color w:val="555555"/>
          <w:sz w:val="20"/>
        </w:rPr>
        <w:t>[15]</w:t>
      </w:r>
    </w:p>
    <w:p>
      <w:r>
        <w:rPr>
          <w:rFonts w:ascii="Gentium Plus" w:hAnsi="Gentium Plus"/>
          <w:sz w:val="24"/>
        </w:rPr>
        <w:t>προλέγειν τῆς ἀπειθείας τὴν τιμωρίαν, καὶ τῆς εὐπειθείας τὴν ὠφέλειαν. Διάνοια. νοημάτων διακριτικὴ δύναμις καὶ ἐνθύ‐ μησις. ἢ νοῦ οἰκεία κίνησις, δι’ αὐτοῦ ἐνεργοῦ‐ σα καὶ διακρίνουσα.</w:t>
      </w:r>
    </w:p>
    <w:p>
      <w:r>
        <w:rPr>
          <w:rFonts w:ascii="Courier New" w:hAnsi="Courier New"/>
          <w:color w:val="555555"/>
          <w:sz w:val="20"/>
        </w:rPr>
        <w:t>[20]</w:t>
      </w:r>
    </w:p>
    <w:p>
      <w:r>
        <w:rPr>
          <w:rFonts w:ascii="Gentium Plus" w:hAnsi="Gentium Plus"/>
          <w:sz w:val="24"/>
        </w:rPr>
        <w:t>Διάκρισις. ἡ τοῦ θείου θελήματος ἐν παντὶ</w:t>
      </w:r>
    </w:p>
    <w:p>
      <w:r>
        <w:rPr>
          <w:rFonts w:ascii="Courier New" w:hAnsi="Courier New"/>
          <w:color w:val="555555"/>
          <w:sz w:val="20"/>
        </w:rPr>
        <w:t>[delta 514]</w:t>
      </w:r>
    </w:p>
    <w:p>
      <w:r>
        <w:rPr>
          <w:rFonts w:ascii="Gentium Plus" w:hAnsi="Gentium Plus"/>
          <w:sz w:val="24"/>
        </w:rPr>
        <w:t>Διάῤῥοια. πάθος παρὰ τὰς ὗς γινόμενον. τρία δέ εἰσι πάθη· κραῦρα, βράγχη, διάῤῥοια. ἡ μὲν οὖν βράγχη μέρος τινὸς σώματος, ἡ δὲ κραῦρα πυρετὸς, πόνῳ· σημειοῦται δὲ τοῦτο τῷ</w:t>
      </w:r>
    </w:p>
    <w:p>
      <w:r>
        <w:rPr>
          <w:rFonts w:ascii="Courier New" w:hAnsi="Courier New"/>
          <w:color w:val="555555"/>
          <w:sz w:val="20"/>
        </w:rPr>
        <w:t>[5]</w:t>
      </w:r>
    </w:p>
    <w:p>
      <w:r>
        <w:rPr>
          <w:rFonts w:ascii="Gentium Plus" w:hAnsi="Gentium Plus"/>
          <w:sz w:val="24"/>
        </w:rPr>
        <w:t>καταβεβλῆσθαι τὰ ὦτα καὶ κατηφῆ. εἶναι τὰ ὄμματα. ἡ μὲν οὖν διάῤῥοια ἀθεράπευτός ἐστι· τὴν δὲ κραῦραν οἱ νομεῖς εὐχυματίζουσι· τῆς δὲ βράγχης περιτέμνουσι τὰ σεσηπότα τῶν σαρ‐ κιδίων.</w:t>
      </w:r>
    </w:p>
    <w:p>
      <w:r>
        <w:rPr>
          <w:rFonts w:ascii="Courier New" w:hAnsi="Courier New"/>
          <w:color w:val="555555"/>
          <w:sz w:val="20"/>
        </w:rPr>
        <w:t>[10]</w:t>
      </w:r>
    </w:p>
    <w:p>
      <w:r>
        <w:rPr>
          <w:rFonts w:ascii="Gentium Plus" w:hAnsi="Gentium Plus"/>
          <w:sz w:val="24"/>
        </w:rPr>
        <w:t>Διασκευή. συνθήκη. μόλις ἀνεχόμενος εἰς δια‐ σκευὴν τῶν γραμμάτων. Διάστασις. ὁ διαχωρισμός. Ἀντιφῶν δὲ λέ‐ γει καὶ τὴν διακόσμησιν. Διαστολή. διαχώρισις, ἐξοχή. καὶ πᾶν τὸ ῥη‐</w:t>
      </w:r>
    </w:p>
    <w:p>
      <w:r>
        <w:rPr>
          <w:rFonts w:ascii="Courier New" w:hAnsi="Courier New"/>
          <w:color w:val="555555"/>
          <w:sz w:val="20"/>
        </w:rPr>
        <w:t>[15]</w:t>
      </w:r>
    </w:p>
    <w:p>
      <w:r>
        <w:rPr>
          <w:rFonts w:ascii="Gentium Plus" w:hAnsi="Gentium Plus"/>
          <w:sz w:val="24"/>
        </w:rPr>
        <w:t>θὲν ὑπ’ αὐτοῦ μετὰ διαστολῆς ἐξαγγέλλομεν. διαστολὴ καὶ ἡ διανοίας ὁλοκλήρου περιτομή. εἴρηται δὲ διαστολὴ ἀπὸ τοῦ διαστέλλειν τὸν ἐγκείμενον νοῦν. Διασφάγες. διεστῶσαι πέτραι, ἢ διατομαὶ ὄρους,</w:t>
      </w:r>
    </w:p>
    <w:p>
      <w:r>
        <w:rPr>
          <w:rFonts w:ascii="Courier New" w:hAnsi="Courier New"/>
          <w:color w:val="555555"/>
          <w:sz w:val="20"/>
        </w:rPr>
        <w:t>[20]</w:t>
      </w:r>
    </w:p>
    <w:p>
      <w:r>
        <w:rPr>
          <w:rFonts w:ascii="Gentium Plus" w:hAnsi="Gentium Plus"/>
          <w:sz w:val="24"/>
        </w:rPr>
        <w:t>ἢ ὁ διεστὼς ὄρους τόπος, ὥς φησιν Ἡρόδοτος·</w:t>
      </w:r>
    </w:p>
    <w:p>
      <w:r>
        <w:rPr>
          <w:rFonts w:ascii="Courier New" w:hAnsi="Courier New"/>
          <w:color w:val="555555"/>
          <w:sz w:val="20"/>
        </w:rPr>
        <w:t>[delta 515]</w:t>
      </w:r>
    </w:p>
    <w:p>
      <w:r>
        <w:rPr>
          <w:rFonts w:ascii="Gentium Plus" w:hAnsi="Gentium Plus"/>
          <w:sz w:val="24"/>
        </w:rPr>
        <w:t>ρίζω θερίξω, καὶ βαστάζω βαστάξω, βαστὰξ, καὶ νεκροβαστὰξ, οὕτως ἀπὸ τοῦ σπῶ σπάζω, σπὰξ καὶ τροπῇ σφὰξ καὶ διασφάξ.] Διαίρεσις. ἡ τὸ μονοειδὲς ὡς πολυειδὲς ἀπε‐</w:t>
      </w:r>
    </w:p>
    <w:p>
      <w:r>
        <w:rPr>
          <w:rFonts w:ascii="Courier New" w:hAnsi="Courier New"/>
          <w:color w:val="555555"/>
          <w:sz w:val="20"/>
        </w:rPr>
        <w:t>[5]</w:t>
      </w:r>
    </w:p>
    <w:p>
      <w:r>
        <w:rPr>
          <w:rFonts w:ascii="Gentium Plus" w:hAnsi="Gentium Plus"/>
          <w:sz w:val="24"/>
        </w:rPr>
        <w:t>σχοινισμένως ποιήσασα. καὶ πάλιν τὸ ἰδίᾳ ἀνὰ μέρος πρὸς ἕτερον μηδαμῶς γεγονός. ἢ διαίρεσίς ἐστιν ἡ πρώτη τομὴ, ἡ τὸ ἀμπὰξ [ἀναμέρος τιθεῖσα τὲ καὶ χωρίζουσα καὶ καθ’ ἑαυτὴν θεωρεῖσθαι παρασκευάζουσα,] κατά τε</w:t>
      </w:r>
    </w:p>
    <w:p>
      <w:r>
        <w:rPr>
          <w:rFonts w:ascii="Courier New" w:hAnsi="Courier New"/>
          <w:color w:val="555555"/>
          <w:sz w:val="20"/>
        </w:rPr>
        <w:t>[10]</w:t>
      </w:r>
    </w:p>
    <w:p>
      <w:r>
        <w:rPr>
          <w:rFonts w:ascii="Gentium Plus" w:hAnsi="Gentium Plus"/>
          <w:sz w:val="24"/>
        </w:rPr>
        <w:t>οὐσίαν καὶ ὑπόστασιν τοῦ ἑκάστου πράγματος ὕπαρξιν· οἷον ὡς εἶδος ἐν τοῖς ὑπ’ αὐτῷ ἀτό‐ μοις. τούτων γὰρ φυσικῶς κατηγορεῖται, καὶ ἐν αὐταῖς διὰ τῶν ἐνθεωρουμένων αὐτοῖς οὐσιωδῶν ἰδιωμάτων προφαίνεται. κοινὸν γάρ τι καὶ γε‐</w:t>
      </w:r>
    </w:p>
    <w:p>
      <w:r>
        <w:rPr>
          <w:rFonts w:ascii="Courier New" w:hAnsi="Courier New"/>
          <w:color w:val="555555"/>
          <w:sz w:val="20"/>
        </w:rPr>
        <w:t>[15]</w:t>
      </w:r>
    </w:p>
    <w:p>
      <w:r>
        <w:rPr>
          <w:rFonts w:ascii="Gentium Plus" w:hAnsi="Gentium Plus"/>
          <w:sz w:val="24"/>
        </w:rPr>
        <w:t>νικὸν ἡ οὐσία. μᾶλλον δὲ ἁπάντων καὶ γενικῶν κοινότερόν τε καὶ γενικώτερον, καὶ γενικῶν κοινότερόν τε καὶ γενικώτερον, καὶ πάντων κατηγορεῖται, ὧν ὁ τοῦ εἶναι λόγος πρὸς ἕν ἐστι, τῇ προσλήψει τῆς διαφορᾶς ἐν ὅλοις προ‐</w:t>
      </w:r>
    </w:p>
    <w:p>
      <w:r>
        <w:rPr>
          <w:rFonts w:ascii="Courier New" w:hAnsi="Courier New"/>
          <w:color w:val="555555"/>
          <w:sz w:val="20"/>
        </w:rPr>
        <w:t>[20]</w:t>
      </w:r>
    </w:p>
    <w:p>
      <w:r>
        <w:rPr>
          <w:rFonts w:ascii="Gentium Plus" w:hAnsi="Gentium Plus"/>
          <w:sz w:val="24"/>
        </w:rPr>
        <w:t>φαίνεται, καθ’ ἑαυτὴν ἄγνωστος οὖσα πρὸς αἴσθησιν διόλου καὶ ἀθεώρητος. Δίαιτα. ἡ καθημερινὴ τροφὴ, καὶ ἡ κρίσις. τὴν τῶν ἐγκλημάτων δίαιταν ἐπίτρεψον ἄλλοις. Διατριβή. ἡ σχολὴ, ἢ καιρὸς, καθ’ ὃν ἀνα‐</w:t>
      </w:r>
    </w:p>
    <w:p>
      <w:r>
        <w:rPr>
          <w:rFonts w:ascii="Courier New" w:hAnsi="Courier New"/>
          <w:color w:val="555555"/>
          <w:sz w:val="20"/>
        </w:rPr>
        <w:t>[25]</w:t>
      </w:r>
    </w:p>
    <w:p>
      <w:r>
        <w:rPr>
          <w:rFonts w:ascii="Gentium Plus" w:hAnsi="Gentium Plus"/>
          <w:sz w:val="24"/>
        </w:rPr>
        <w:t>στρέφομεν περί τι. ἢ διάλεξις φιλόσοφος. ση‐ μαίνει καὶ τὸ ἐπιτήδευμα καὶ τὸ ἀσχόλημα καὶ τὴν δίαιταν καὶ τὴν διαγωγὴν καὶ τὴν πρόφασιν, ἀφ’ ἧς μέλλομεν περὶ τὰ πράγμα‐ τα διατρίβειν. διατριβὴ δὲ καὶ ἡ ἀργία. ἐγέ‐</w:t>
      </w:r>
    </w:p>
    <w:p>
      <w:r>
        <w:rPr>
          <w:rFonts w:ascii="Courier New" w:hAnsi="Courier New"/>
          <w:color w:val="555555"/>
          <w:sz w:val="20"/>
        </w:rPr>
        <w:t>[30]</w:t>
      </w:r>
    </w:p>
    <w:p>
      <w:r>
        <w:rPr>
          <w:rFonts w:ascii="Gentium Plus" w:hAnsi="Gentium Plus"/>
          <w:sz w:val="24"/>
        </w:rPr>
        <w:t>νετο δὲ αὐτῷ ἑκούσιος ἡ διατριβή. Διατροπή. ἡ συμπάθεια, οἶκτος. τῶν δὲ Καρ‐ χηδονίων πολὺν κλαυθμὸν μετὰ δακρύων προϊε‐</w:t>
      </w:r>
    </w:p>
    <w:p>
      <w:r>
        <w:rPr>
          <w:rFonts w:ascii="Courier New" w:hAnsi="Courier New"/>
          <w:color w:val="555555"/>
          <w:sz w:val="20"/>
        </w:rPr>
        <w:t>[delta 516]</w:t>
      </w:r>
    </w:p>
    <w:p>
      <w:r>
        <w:rPr>
          <w:rFonts w:ascii="Gentium Plus" w:hAnsi="Gentium Plus"/>
          <w:sz w:val="24"/>
        </w:rPr>
        <w:t>Διαύγεια. ἡ ἔλλαμψις. ὁ ἐν θεολόγοις Γρηγό‐ ριος τοῦτο διὰ τοῦ ι γράφει· μὴ λίθων διαυ‐ γίαις. προπαροξύνεται δὲ ἐν τῷ ἀττικίζειν. Διαφορότης. ἡ διαφορά.</w:t>
      </w:r>
    </w:p>
    <w:p>
      <w:r>
        <w:rPr>
          <w:rFonts w:ascii="Courier New" w:hAnsi="Courier New"/>
          <w:color w:val="555555"/>
          <w:sz w:val="20"/>
        </w:rPr>
        <w:t>[5]</w:t>
      </w:r>
    </w:p>
    <w:p>
      <w:r>
        <w:rPr>
          <w:rFonts w:ascii="Gentium Plus" w:hAnsi="Gentium Plus"/>
          <w:sz w:val="24"/>
        </w:rPr>
        <w:t>Διαφορά. ἔχθρα. †ἡ φιλονεικία.† διαφορὰ τὸ ἐν τῇ συνηθείᾳ ἡ παραλλαγὴ καὶ ἀνομοιότης. διαφορὰ καὶ ἡ παρὰ τοῖς φιλοσόφοις καλουμένη ἰδιαίτατα, ἥτις καὶ οὐσιώδης ὑπάρχει. διαφο‐ ρὰ, ᾗτινι περισσεύει τὸ εἶδος τοῦ γένους. καὶ</w:t>
      </w:r>
    </w:p>
    <w:p>
      <w:r>
        <w:rPr>
          <w:rFonts w:ascii="Courier New" w:hAnsi="Courier New"/>
          <w:color w:val="555555"/>
          <w:sz w:val="20"/>
        </w:rPr>
        <w:t>[10]</w:t>
      </w:r>
    </w:p>
    <w:p>
      <w:r>
        <w:rPr>
          <w:rFonts w:ascii="Gentium Plus" w:hAnsi="Gentium Plus"/>
          <w:sz w:val="24"/>
        </w:rPr>
        <w:t>πάλιν διαφορά ἐστιν ἡ κατὰ πλειόνων καὶ δια‐ φερόντων τῷ εἴδει, ἐν τῷ ὁποῖον τί ἐστι κατη‐ γορούμενον, καὶ τὸ χωρίζειν πεφυκὸς τὸ ὑπὸ τὸ αὐτὸ γένος οὐσιωδῶς. καὶ ἡ ἕτερον εἶδος ποιοῦ‐ σα καὶ ἡ ἐν τῷ ὅρῳ παραλαμβανομένη. αὗται</w:t>
      </w:r>
    </w:p>
    <w:p>
      <w:r>
        <w:rPr>
          <w:rFonts w:ascii="Courier New" w:hAnsi="Courier New"/>
          <w:color w:val="555555"/>
          <w:sz w:val="20"/>
        </w:rPr>
        <w:t>[15]</w:t>
      </w:r>
    </w:p>
    <w:p>
      <w:r>
        <w:rPr>
          <w:rFonts w:ascii="Gentium Plus" w:hAnsi="Gentium Plus"/>
          <w:sz w:val="24"/>
        </w:rPr>
        <w:t>γὰρ αἱ ὑπογραφαὶ τῆς ἰδιαίτατα εἰσὶ διαφορᾶς καὶ οὕτω διαφέρει ἕκαστος οὐσιωδῶς. καὶ ἡ λε‐ γομένη κοινῶς διαφορὰ τὸ χωριστὸν συμβεβη‐ κὸς, διότι παντὶ τῷ εἴδει κοινῶς ἐνθεωρεῖται. οἷον ὡς ὅταν ὁ δεῖνα τοῦδε διαφέρει κατὰ τὸ</w:t>
      </w:r>
    </w:p>
    <w:p>
      <w:r>
        <w:rPr>
          <w:rFonts w:ascii="Courier New" w:hAnsi="Courier New"/>
          <w:color w:val="555555"/>
          <w:sz w:val="20"/>
        </w:rPr>
        <w:t>[20]</w:t>
      </w:r>
    </w:p>
    <w:p>
      <w:r>
        <w:rPr>
          <w:rFonts w:ascii="Gentium Plus" w:hAnsi="Gentium Plus"/>
          <w:sz w:val="24"/>
        </w:rPr>
        <w:t>ὑγιαίνειν καὶ νοσεῖν, κατὰ τὸ κινεῖσθαι καὶ ἠρεμεῖν, καὶ κατὰ τὸ καθῆσθαι καὶ ἵστασθαι. καὶ ἡ λεγομένη ἰδίως διαφορὰ τὸ ἀχώριστον συμβεβηκός· διότι οὐ παντὶ τῷ εἴδει πρόσεστιν, ἀλλὰ τισὶν, οἷον ὅταν ὁ δεῖνα τοῦδε διαφέρει</w:t>
      </w:r>
    </w:p>
    <w:p>
      <w:r>
        <w:rPr>
          <w:rFonts w:ascii="Courier New" w:hAnsi="Courier New"/>
          <w:color w:val="555555"/>
          <w:sz w:val="20"/>
        </w:rPr>
        <w:t>[25]</w:t>
      </w:r>
    </w:p>
    <w:p>
      <w:r>
        <w:rPr>
          <w:rFonts w:ascii="Gentium Plus" w:hAnsi="Gentium Plus"/>
          <w:sz w:val="24"/>
        </w:rPr>
        <w:t>κατὰ τὸ σιμὸν ἢ γλαυκὸν ἢ φαλακρόν. ἢ λό‐ γος, καθ’ ὃν ἡ πρὸς ἄλληλα τῶν σημαινομένων ἑτερότης σώζεσθαι πέφυκε, καὶ τοῦ πῶς ἐστὶ δηλωτικός. ἢ ἀλλοίωσις φυσικῶν ποιοτήτων ἢ γνωμῶν ἢ πράξεων.</w:t>
      </w:r>
    </w:p>
    <w:p>
      <w:r>
        <w:rPr>
          <w:rFonts w:ascii="Courier New" w:hAnsi="Courier New"/>
          <w:color w:val="555555"/>
          <w:sz w:val="20"/>
        </w:rPr>
        <w:t>[30]</w:t>
      </w:r>
    </w:p>
    <w:p>
      <w:r>
        <w:rPr>
          <w:rFonts w:ascii="Gentium Plus" w:hAnsi="Gentium Plus"/>
          <w:sz w:val="24"/>
        </w:rPr>
        <w:t>Διαχειροτονία. διάκρισίς τις χειροτονίας ἐν</w:t>
      </w:r>
    </w:p>
    <w:p>
      <w:r>
        <w:rPr>
          <w:rFonts w:ascii="Courier New" w:hAnsi="Courier New"/>
          <w:color w:val="555555"/>
          <w:sz w:val="20"/>
        </w:rPr>
        <w:t>[delta 517]</w:t>
      </w:r>
    </w:p>
    <w:p>
      <w:r>
        <w:rPr>
          <w:rFonts w:ascii="Gentium Plus" w:hAnsi="Gentium Plus"/>
          <w:sz w:val="24"/>
        </w:rPr>
        <w:t>Διαψήφισις. ἰδίως ἐπὶ τῶν ἐν τοῖς δήμοις ἐξε‐ τάσεων, αἳ γίνονται περὶ ἑκάστου τῶν δημοτευο‐ μένων· εἰ τῷ ὄντι πολίτης ἐστὶ καὶ δημότης, ἢ ξένος ὢν παραγέγραπται.</w:t>
      </w:r>
    </w:p>
    <w:p>
      <w:r>
        <w:rPr>
          <w:rFonts w:ascii="Courier New" w:hAnsi="Courier New"/>
          <w:color w:val="555555"/>
          <w:sz w:val="20"/>
        </w:rPr>
        <w:t>[5]</w:t>
      </w:r>
    </w:p>
    <w:p>
      <w:r>
        <w:rPr>
          <w:rFonts w:ascii="Gentium Plus" w:hAnsi="Gentium Plus"/>
          <w:sz w:val="24"/>
        </w:rPr>
        <w:t>Διάχυσις. τέρψις, χαρά. Διδαχή. ἡ διδασκαλία. οὕτως Ἡρόδοτος. Διεγγύησιν. κατάστασιν ἐγγυητῶν. οὕτως Δη‐ μοσθένης. Διέκδυσιν. διεξέλευσιν. ἢ ἀπόδρασιν.</w:t>
      </w:r>
    </w:p>
    <w:p>
      <w:r>
        <w:rPr>
          <w:rFonts w:ascii="Courier New" w:hAnsi="Courier New"/>
          <w:color w:val="555555"/>
          <w:sz w:val="20"/>
        </w:rPr>
        <w:t>[10]</w:t>
      </w:r>
    </w:p>
    <w:p>
      <w:r>
        <w:rPr>
          <w:rFonts w:ascii="Gentium Plus" w:hAnsi="Gentium Plus"/>
          <w:sz w:val="24"/>
        </w:rPr>
        <w:t>Δίεσις. χώρισμα. Διεκβολάς. τὰς διόδους, τὰς ἐξόδους. Διέκπλοι. τὸ ἐμβάλλειν καὶ διασχίζειν τὴν τῶν ἐναντίων τάξιν, καὶ πάλιν ὑποστρέφειν καὶ αὖ‐ θις ἐμβάλλειν. ἀναστροφαὶ δέ εἰσιν αἱ εἰς τοὐ‐</w:t>
      </w:r>
    </w:p>
    <w:p>
      <w:r>
        <w:rPr>
          <w:rFonts w:ascii="Courier New" w:hAnsi="Courier New"/>
          <w:color w:val="555555"/>
          <w:sz w:val="20"/>
        </w:rPr>
        <w:t>[15]</w:t>
      </w:r>
    </w:p>
    <w:p>
      <w:r>
        <w:rPr>
          <w:rFonts w:ascii="Gentium Plus" w:hAnsi="Gentium Plus"/>
          <w:sz w:val="24"/>
        </w:rPr>
        <w:t>πίσω ὑποχωρήσεις. Δίεξιν. διεξέλευσιν. Διέξοδος. ὅθεν τὶς ἐκπορεύεται. καὶ αἱ πνοαὶ καὶ αἱ ἐκκρίσεις διέξοδοι λέγονται. λήθουσι γάρ τοι καὶ ἀνέμων διέξοδοι. καὶ διεξόδους ὑδάτων</w:t>
      </w:r>
    </w:p>
    <w:p>
      <w:r>
        <w:rPr>
          <w:rFonts w:ascii="Courier New" w:hAnsi="Courier New"/>
          <w:color w:val="555555"/>
          <w:sz w:val="20"/>
        </w:rPr>
        <w:t>[20]</w:t>
      </w:r>
    </w:p>
    <w:p>
      <w:r>
        <w:rPr>
          <w:rFonts w:ascii="Gentium Plus" w:hAnsi="Gentium Plus"/>
          <w:sz w:val="24"/>
        </w:rPr>
        <w:t>κατέδυσαν οἱ ὀφθαλμοί μου, φησὶν ὁ Δαβὶδ, ἀντὶ τοῦ κρουνηδὸν ἐφέροντο. Διερήν. διΰγρον. Ὀππιανός·</w:t>
      </w:r>
    </w:p>
    <w:p>
      <w:r>
        <w:rPr>
          <w:rFonts w:ascii="Courier New" w:hAnsi="Courier New"/>
          <w:color w:val="555555"/>
          <w:sz w:val="20"/>
        </w:rPr>
        <w:t>[delta 518]</w:t>
      </w:r>
    </w:p>
    <w:p>
      <w:r>
        <w:rPr>
          <w:rFonts w:ascii="Gentium Plus" w:hAnsi="Gentium Plus"/>
          <w:sz w:val="24"/>
        </w:rPr>
        <w:t>Διϊπόλεια. ἑορτὴ ἐπιτελουμένη τῷ Διῒ Πολιαίῳ ἤγουν ἐν τῇ ἀκροπόλει τιμωμένῳ· πόλιν γὰρ τὴν ἀκρόπολιν ἔλεγον. Διϊππασία καὶ ἀνιππασία. τῶν ἵππων ἅμιλλα.</w:t>
      </w:r>
    </w:p>
    <w:p>
      <w:r>
        <w:rPr>
          <w:rFonts w:ascii="Courier New" w:hAnsi="Courier New"/>
          <w:color w:val="555555"/>
          <w:sz w:val="20"/>
        </w:rPr>
        <w:t>[5]</w:t>
      </w:r>
    </w:p>
    <w:p>
      <w:r>
        <w:rPr>
          <w:rFonts w:ascii="Gentium Plus" w:hAnsi="Gentium Plus"/>
          <w:sz w:val="24"/>
        </w:rPr>
        <w:t>Δικαιοσύνη. ἕξις ἀπονεμητικὴ ἴσου καὶ τοῦ κατ’ ἀξίαν. καὶ καθολικὴ ἰσονομία πασῶν τῶν ἀρετῶν. δικαιοσύνη καὶ ἡ τῶν ἐντολῶν πλή‐ ρωσις, ὡς τό· οὕτως γὰρ πρέπον ἐστὶ πληρῶ‐ σαι πᾶσαν δικαιοσύνην. δικαιοσύνη καὶ ἡ ἀπο‐</w:t>
      </w:r>
    </w:p>
    <w:p>
      <w:r>
        <w:rPr>
          <w:rFonts w:ascii="Courier New" w:hAnsi="Courier New"/>
          <w:color w:val="555555"/>
          <w:sz w:val="20"/>
        </w:rPr>
        <w:t>[10]</w:t>
      </w:r>
    </w:p>
    <w:p>
      <w:r>
        <w:rPr>
          <w:rFonts w:ascii="Gentium Plus" w:hAnsi="Gentium Plus"/>
          <w:sz w:val="24"/>
        </w:rPr>
        <w:t>χὴ τῶν κερδῶν καὶ ἡ τελεία ἀρετὴ καὶ ἡ δι‐ καία αἴτησις. ὡς καὶ ὁ Δαβὶδ φησίν· εἰσάκου‐ σον, κύριε, δικαιοσύνης μου. ἢ δικαιοσύνη ἐστὶν ἐπιστήμη τῶν αἱρετέων καὶ εὐλαβητέων καὶ οὐ‐ δετέρων. δικαιοσύνη καὶ ἡ κοινὴ ἀρετή· καὶ</w:t>
      </w:r>
    </w:p>
    <w:p>
      <w:r>
        <w:rPr>
          <w:rFonts w:ascii="Courier New" w:hAnsi="Courier New"/>
          <w:color w:val="555555"/>
          <w:sz w:val="20"/>
        </w:rPr>
        <w:t>[15]</w:t>
      </w:r>
    </w:p>
    <w:p>
      <w:r>
        <w:rPr>
          <w:rFonts w:ascii="Gentium Plus" w:hAnsi="Gentium Plus"/>
          <w:sz w:val="24"/>
        </w:rPr>
        <w:t>ἀντιδιαιρουμένη ταῖς ἄλλαις ἀρεταῖς ὁμωνύμως. διαφέρει δὲ ἀνδρία καὶ δικαιοσύνη· ἡ μὲν γὰρ δύο κακιῶν, θρασύτητος καὶ δειλίας, ἡ δὲ πλεον‐ εξίας καὶ μειονεξίας, ἐξ ὧν ἡ ἀδικία· ἐν γὰρ τούτοις τῇ αἰδικίᾳ τοῦ εἶναι. καὶ περὶ ἄλλα</w:t>
      </w:r>
    </w:p>
    <w:p>
      <w:r>
        <w:rPr>
          <w:rFonts w:ascii="Courier New" w:hAnsi="Courier New"/>
          <w:color w:val="555555"/>
          <w:sz w:val="20"/>
        </w:rPr>
        <w:t>[20]</w:t>
      </w:r>
    </w:p>
    <w:p>
      <w:r>
        <w:rPr>
          <w:rFonts w:ascii="Gentium Plus" w:hAnsi="Gentium Plus"/>
          <w:sz w:val="24"/>
        </w:rPr>
        <w:t>μὲν ἡ ἀνδρία· περὶ γὰρ τὰς τῶν κινδύνων ὑπο‐ μονάς· περὶ ἄλλα δὲ ἡ δικαιοσύνη· περὶ γὰρ τὸ ἶσον τότε ἐν διανομῇ καὶ τὸ ἐν τοῖς συναλ‐</w:t>
      </w:r>
    </w:p>
    <w:p>
      <w:r>
        <w:rPr>
          <w:rFonts w:ascii="Courier New" w:hAnsi="Courier New"/>
          <w:color w:val="555555"/>
          <w:sz w:val="20"/>
        </w:rPr>
        <w:t>[delta 519]</w:t>
      </w:r>
    </w:p>
    <w:p>
      <w:r>
        <w:rPr>
          <w:rFonts w:ascii="Gentium Plus" w:hAnsi="Gentium Plus"/>
          <w:sz w:val="24"/>
        </w:rPr>
        <w:t>Δικαίωσις. κατάκρισις. δικαίωσιν τὴν πρεπωδε‐ στάτην. Λυσίας δὲ ὁ ῥήτωρ δικαιώσεις τὰς δικαιολογίας λέγει. Θουκυδίδης [δὲ,] τὰς κο‐ λάσεις.</w:t>
      </w:r>
    </w:p>
    <w:p>
      <w:r>
        <w:rPr>
          <w:rFonts w:ascii="Courier New" w:hAnsi="Courier New"/>
          <w:color w:val="555555"/>
          <w:sz w:val="20"/>
        </w:rPr>
        <w:t>[5]</w:t>
      </w:r>
    </w:p>
    <w:p>
      <w:r>
        <w:rPr>
          <w:rFonts w:ascii="Gentium Plus" w:hAnsi="Gentium Plus"/>
          <w:sz w:val="24"/>
        </w:rPr>
        <w:t>Δίκη. ἡ ὑπὲρ ἰδιωτικῶν ἀδικημάτων συνισταμέ‐ νη κατηγορία, καὶ ἧς τὸ τίμημα ὥρισται τοῖς νόμοις. δίκη καὶ ἡ κρίσις καὶ ἡ δικαιοσύνη καὶ ἡ τιμωρία. λέγεται δὲ ἰδίως καὶ ἐπὶ ἰδιωτικῶν ἐγκλημάτων.</w:t>
      </w:r>
    </w:p>
    <w:p>
      <w:r>
        <w:rPr>
          <w:rFonts w:ascii="Courier New" w:hAnsi="Courier New"/>
          <w:color w:val="555555"/>
          <w:sz w:val="20"/>
        </w:rPr>
        <w:t>[10]</w:t>
      </w:r>
    </w:p>
    <w:p>
      <w:r>
        <w:rPr>
          <w:rFonts w:ascii="Gentium Plus" w:hAnsi="Gentium Plus"/>
          <w:sz w:val="24"/>
        </w:rPr>
        <w:t>Δίκης ἀνάκρισις. οὐ πάσας δίκας κελεύουσιν οἱ νόμοι εἰσάγεσθαι· ἀλλ’ ὅταν ὁ φεύγων ἀντι‐ λέγῃ καὶ παραγράφεται λέγων, εἰσαγώγιμον μὴ εἶναι αὐτὴν, πρότερον ἐπὶ τούτῳ γίνεται κρί‐ σις, ἥτις δίκης ἀνάκρισις λέγεται. καὶ δίκην</w:t>
      </w:r>
    </w:p>
    <w:p>
      <w:r>
        <w:rPr>
          <w:rFonts w:ascii="Courier New" w:hAnsi="Courier New"/>
          <w:color w:val="555555"/>
          <w:sz w:val="20"/>
        </w:rPr>
        <w:t>[15]</w:t>
      </w:r>
    </w:p>
    <w:p>
      <w:r>
        <w:rPr>
          <w:rFonts w:ascii="Gentium Plus" w:hAnsi="Gentium Plus"/>
          <w:sz w:val="24"/>
        </w:rPr>
        <w:t>ἀντὶ τοῦ τρόπον. καὶ ὁ μὲν ἐξετρίβη πίτυος δίκην ῥιφεὶς εἰς θάλασσαν. Δικαιάρχεια. ὄνομα πόλεως. δικαιαρχία δὲ ἡ δικαίως ἄρχουσα, ι. Δικαιοδοσία. ἡ εὔλογος ἀφορμὴ, ἡ κατὰ τὸν</w:t>
      </w:r>
    </w:p>
    <w:p>
      <w:r>
        <w:rPr>
          <w:rFonts w:ascii="Courier New" w:hAnsi="Courier New"/>
          <w:color w:val="555555"/>
          <w:sz w:val="20"/>
        </w:rPr>
        <w:t>[20]</w:t>
      </w:r>
    </w:p>
    <w:p>
      <w:r>
        <w:rPr>
          <w:rFonts w:ascii="Gentium Plus" w:hAnsi="Gentium Plus"/>
          <w:sz w:val="24"/>
        </w:rPr>
        <w:t>νόμον. Δίκη. ἡ δικαιοσύνη. δύχη τὶς οὖσα, παρὰ τὸ εἰς δύο χέειν τὰ πράγματα. ἢ παρὰ τὸ δίζω τὸ ζητῶ καὶ ψηλαφῶ, ἡ ζητοῦσα τὸ ἀληθές. ἢ πα‐ ρὰ τὸ διστάζω· δεῖται γὰρ δισταγμοῦ ἡ ἀπό‐</w:t>
      </w:r>
    </w:p>
    <w:p>
      <w:r>
        <w:rPr>
          <w:rFonts w:ascii="Courier New" w:hAnsi="Courier New"/>
          <w:color w:val="555555"/>
          <w:sz w:val="20"/>
        </w:rPr>
        <w:t>[25]</w:t>
      </w:r>
    </w:p>
    <w:p>
      <w:r>
        <w:rPr>
          <w:rFonts w:ascii="Gentium Plus" w:hAnsi="Gentium Plus"/>
          <w:sz w:val="24"/>
        </w:rPr>
        <w:t>φασις τοῦ δικαίου.</w:t>
      </w:r>
    </w:p>
    <w:p>
      <w:r>
        <w:rPr>
          <w:rFonts w:ascii="Courier New" w:hAnsi="Courier New"/>
          <w:color w:val="555555"/>
          <w:sz w:val="20"/>
        </w:rPr>
        <w:t>[delta 520]</w:t>
      </w:r>
    </w:p>
    <w:p>
      <w:r>
        <w:rPr>
          <w:rFonts w:ascii="Gentium Plus" w:hAnsi="Gentium Plus"/>
          <w:sz w:val="24"/>
        </w:rPr>
        <w:t>Δίκτη καὶ Δίκτον καὶ Δικταῖον. ὄρος Κρήτης καὶ ἄκρα κειμένη κατὰ τὸ Λιβυκὸν πέλαγος. εἴρηται παρὰ τὸ τίκτω, τίκτα τὶς οὖσα, ἀπὸ τοῦ ἐκεῖ τεχθῆναι τὸν Δία. οἱ δὲ νῆσον φασὶν</w:t>
      </w:r>
    </w:p>
    <w:p>
      <w:r>
        <w:rPr>
          <w:rFonts w:ascii="Courier New" w:hAnsi="Courier New"/>
          <w:color w:val="555555"/>
          <w:sz w:val="20"/>
        </w:rPr>
        <w:t>[5]</w:t>
      </w:r>
    </w:p>
    <w:p>
      <w:r>
        <w:rPr>
          <w:rFonts w:ascii="Gentium Plus" w:hAnsi="Gentium Plus"/>
          <w:sz w:val="24"/>
        </w:rPr>
        <w:t>εἶναι Δίκτην, καὶ ὠνόμασται ἀπὸ τοῦ ἁλιευτι‐ κοῦ δικτύου, ἔνθεν καὶ Διὸς ἄγαλμα ἵστατο ἀγένειον. Δικλίς. δίθυρον. δικλίδας ἀμφετίναξεν ἐμοῖς Γαλάτεια προσ‐</w:t>
      </w:r>
    </w:p>
    <w:p>
      <w:r>
        <w:rPr>
          <w:rFonts w:ascii="Courier New" w:hAnsi="Courier New"/>
          <w:color w:val="555555"/>
          <w:sz w:val="20"/>
        </w:rPr>
        <w:t>[10]</w:t>
      </w:r>
    </w:p>
    <w:p>
      <w:r>
        <w:rPr>
          <w:rFonts w:ascii="Gentium Plus" w:hAnsi="Gentium Plus"/>
          <w:sz w:val="24"/>
        </w:rPr>
        <w:t>ώποις. Δικτατωρεία. ἀρχὴ ἀνυπεύθυνος. Δικτυωτή. καγκελλωτὴ, πολύπλοκος. Διλοχία. δύο λόχοι. καὶ ὁ ἡγούμενος αὐτῶν δι‐ λοχίης.</w:t>
      </w:r>
    </w:p>
    <w:p>
      <w:r>
        <w:rPr>
          <w:rFonts w:ascii="Courier New" w:hAnsi="Courier New"/>
          <w:color w:val="555555"/>
          <w:sz w:val="20"/>
        </w:rPr>
        <w:t>[15]</w:t>
      </w:r>
    </w:p>
    <w:p>
      <w:r>
        <w:rPr>
          <w:rFonts w:ascii="Gentium Plus" w:hAnsi="Gentium Plus"/>
          <w:sz w:val="24"/>
        </w:rPr>
        <w:t>Δινωτή. περιφερὴς, ἡ ἐοικυῖα δίνῳ, ὅ ἐστι τόρνος. παρὰ τὸ δινοῦσθαι καὶ κυκλοῦσθαι. [οἷον· Ἰδομενεὺς, κρύφθη γὰρ ὑπ’ ἀσπίδος πάντος ἐΐσης,</w:t>
      </w:r>
    </w:p>
    <w:p>
      <w:r>
        <w:rPr>
          <w:rFonts w:ascii="Courier New" w:hAnsi="Courier New"/>
          <w:color w:val="555555"/>
          <w:sz w:val="20"/>
        </w:rPr>
        <w:t>[20]</w:t>
      </w:r>
    </w:p>
    <w:p>
      <w:r>
        <w:rPr>
          <w:rFonts w:ascii="Gentium Plus" w:hAnsi="Gentium Plus"/>
          <w:sz w:val="24"/>
        </w:rPr>
        <w:t>Τὴν ἄρ’ ὅγ’ ἐν ῥινοῖσι βοῶν καὶ νώροπι χαλκῷ Δινωτὴν φορέεσκε— καὶ δῖνος εἶδος ὀρχήσεως, καὶ εἶδος ποτηρίου, παρὰ τὸ δινοῦσθαι. λέγεται δὲ καὶ ἀρσενικῶς ὁ</w:t>
      </w:r>
    </w:p>
    <w:p>
      <w:r>
        <w:rPr>
          <w:rFonts w:ascii="Courier New" w:hAnsi="Courier New"/>
          <w:color w:val="555555"/>
          <w:sz w:val="20"/>
        </w:rPr>
        <w:t>[delta 521]</w:t>
      </w:r>
    </w:p>
    <w:p>
      <w:r>
        <w:rPr>
          <w:rFonts w:ascii="Gentium Plus" w:hAnsi="Gentium Plus"/>
          <w:sz w:val="24"/>
        </w:rPr>
        <w:t>Διορία. προθεσμία. διωρία δὲ σημαίνουσα και‐ ρὸν, μέγα. Διοκαισάρεια. ἡ νῦν λεγομένη Ἀναζαρβὰ ἢ Ἀνάζαρβα. πόλις δὲ αὕτη ἐν Κιλικίᾳ. πρό‐</w:t>
      </w:r>
    </w:p>
    <w:p>
      <w:r>
        <w:rPr>
          <w:rFonts w:ascii="Courier New" w:hAnsi="Courier New"/>
          <w:color w:val="555555"/>
          <w:sz w:val="20"/>
        </w:rPr>
        <w:t>[5]</w:t>
      </w:r>
    </w:p>
    <w:p>
      <w:r>
        <w:rPr>
          <w:rFonts w:ascii="Gentium Plus" w:hAnsi="Gentium Plus"/>
          <w:sz w:val="24"/>
        </w:rPr>
        <w:t>τερον δὲ Κύϊνδος ἐλέγετο. Διοκωχή. ἀνακωχὴ χρόνου. καὶ διοκωχὴν αἰτή‐ σασιν ἔδωκε. Διομήδεια. ὄνομα νήσου. Διόπτρα. κάτοπτρον ἢ μηχανικὸν τεχνούργη‐</w:t>
      </w:r>
    </w:p>
    <w:p>
      <w:r>
        <w:rPr>
          <w:rFonts w:ascii="Courier New" w:hAnsi="Courier New"/>
          <w:color w:val="555555"/>
          <w:sz w:val="20"/>
        </w:rPr>
        <w:t>[10]</w:t>
      </w:r>
    </w:p>
    <w:p>
      <w:r>
        <w:rPr>
          <w:rFonts w:ascii="Gentium Plus" w:hAnsi="Gentium Plus"/>
          <w:sz w:val="24"/>
        </w:rPr>
        <w:t>μα, *δι’ οὗ οἱ γεωμέτραι ἀπεκρίβουν τὴν τῶν ἐπάλξεων ἐκ διαστήματος ἀναμέτρησιν.* Πι‐ σίδης· ταῦτα πρὸ πολλοῦ τῇ διόπτρᾳ σου βλέ‐ πεις. Διπλοΐς. ἡ χλαμύς.</w:t>
      </w:r>
    </w:p>
    <w:p>
      <w:r>
        <w:rPr>
          <w:rFonts w:ascii="Courier New" w:hAnsi="Courier New"/>
          <w:color w:val="555555"/>
          <w:sz w:val="20"/>
        </w:rPr>
        <w:t>[15]</w:t>
      </w:r>
    </w:p>
    <w:p>
      <w:r>
        <w:rPr>
          <w:rFonts w:ascii="Gentium Plus" w:hAnsi="Gentium Plus"/>
          <w:sz w:val="24"/>
        </w:rPr>
        <w:t>Διπλόη. ἡ ἀπάτη. καὶ ἡ ἔξωθεν ἀρετὴ φαινομέ‐ νη, ἔσωθεν δὲ γέμουσα κακίας. καὶ οἱ φιλίας μὲν ὑπισχνούμενοι, προϊέμενοι δὲ τὸν φίλον τοῖς πολεμίοις. Πισίδης· ἡ τοῦ χιτῶνος ἐμπεσοῦ‐ σα διπλόη. τάττεται δὲ ἡ λέξις ἐπὶ τῶν σκο‐</w:t>
      </w:r>
    </w:p>
    <w:p>
      <w:r>
        <w:rPr>
          <w:rFonts w:ascii="Courier New" w:hAnsi="Courier New"/>
          <w:color w:val="555555"/>
          <w:sz w:val="20"/>
        </w:rPr>
        <w:t>[20]</w:t>
      </w:r>
    </w:p>
    <w:p>
      <w:r>
        <w:rPr>
          <w:rFonts w:ascii="Gentium Plus" w:hAnsi="Gentium Plus"/>
          <w:sz w:val="24"/>
        </w:rPr>
        <w:t>λιῶν τοὺς τρόπους. Διποδία. εἶδος ὀρχήσεως. Ἀριστοφάνης· ἵν’ ἐγὼ διποδιάξω. Δίρκη. ὄνομα πηγῆς. Διφασία. ἡ διλογία.</w:t>
      </w:r>
    </w:p>
    <w:p>
      <w:r>
        <w:rPr>
          <w:rFonts w:ascii="Courier New" w:hAnsi="Courier New"/>
          <w:color w:val="555555"/>
          <w:sz w:val="20"/>
        </w:rPr>
        <w:t>[25]</w:t>
      </w:r>
    </w:p>
    <w:p>
      <w:r>
        <w:rPr>
          <w:rFonts w:ascii="Gentium Plus" w:hAnsi="Gentium Plus"/>
          <w:sz w:val="24"/>
        </w:rPr>
        <w:t>Διφθέρα. ποιμενικὸν περιβόλαιον ἐκ δερμάτων,</w:t>
      </w:r>
    </w:p>
    <w:p>
      <w:r>
        <w:rPr>
          <w:rFonts w:ascii="Courier New" w:hAnsi="Courier New"/>
          <w:color w:val="555555"/>
          <w:sz w:val="20"/>
        </w:rPr>
        <w:t>[delta 522]</w:t>
      </w:r>
    </w:p>
    <w:p>
      <w:r>
        <w:rPr>
          <w:rFonts w:ascii="Gentium Plus" w:hAnsi="Gentium Plus"/>
          <w:sz w:val="24"/>
        </w:rPr>
        <w:t>Διφαλαγγία. αἱ δύο φαλαγγαρχίαι, ὅ ἐστιν ἄνδρες ἑκατὸν ἐννενήκοντα δύο καὶ χιλιάδες ὀκτώ. τοῦτο δὲ καὶ μέρος ὑπ’ ἐνίων καλεῖται, ἀλλὰ καὶ κέρας. καὶ ὁ ἡγούμενος κεράρχης.</w:t>
      </w:r>
    </w:p>
    <w:p>
      <w:r>
        <w:rPr>
          <w:rFonts w:ascii="Courier New" w:hAnsi="Courier New"/>
          <w:color w:val="555555"/>
          <w:sz w:val="20"/>
        </w:rPr>
        <w:t>[5]</w:t>
      </w:r>
    </w:p>
    <w:p>
      <w:r>
        <w:rPr>
          <w:rFonts w:ascii="Gentium Plus" w:hAnsi="Gentium Plus"/>
          <w:sz w:val="24"/>
        </w:rPr>
        <w:t>Διφαλαγγία ἀντίστομος. ἥτις ἡγεμόνας μὲν ἔχει τεταγμένους, οὓς μὲν ἐν δεξιᾷ, οὓς δὲ ἐν εὐωνύμοις, τοὺς δὲ οὐραγοὺς ἐν μέσῳ τεταγμέ‐ νους. Διφρεία. ἡ τοῦ ἅρματος περιφέρεια.</w:t>
      </w:r>
    </w:p>
    <w:p>
      <w:r>
        <w:rPr>
          <w:rFonts w:ascii="Courier New" w:hAnsi="Courier New"/>
          <w:color w:val="555555"/>
          <w:sz w:val="20"/>
        </w:rPr>
        <w:t>[10]</w:t>
      </w:r>
    </w:p>
    <w:p>
      <w:r>
        <w:rPr>
          <w:rFonts w:ascii="Gentium Plus" w:hAnsi="Gentium Plus"/>
          <w:sz w:val="24"/>
        </w:rPr>
        <w:t>Διχόνοια. ἡ διχοστασία. Διχομηνία. ἡ πεντεκαιδεκάτη τῆς σελήνης. μή‐ νη γὰρ ἡ σελήνη. [λέγεται καὶ διχόμηνος.] Διψάς. εἶδος ὄφεως. ἔστιν ἔχεως ὀλιγοτέρα, ἀποκτεῖναι δὲ ὀξυτέρα· οἱ δὲ δηχθέντες ἐξ αὐ‐</w:t>
      </w:r>
    </w:p>
    <w:p>
      <w:r>
        <w:rPr>
          <w:rFonts w:ascii="Courier New" w:hAnsi="Courier New"/>
          <w:color w:val="555555"/>
          <w:sz w:val="20"/>
        </w:rPr>
        <w:t>[15]</w:t>
      </w:r>
    </w:p>
    <w:p>
      <w:r>
        <w:rPr>
          <w:rFonts w:ascii="Gentium Plus" w:hAnsi="Gentium Plus"/>
          <w:sz w:val="24"/>
        </w:rPr>
        <w:t>τῆς ἐξάπτονται εἰς δίψος, ὥστε ῥήγνυσθαι. λευ‐ κὴ δ’ ἔστι καὶ ἔχει ἐν τῇ οὐρᾷ γραμμὰς δύο. πρηστῆρα δὲ αὐτὴν τινὲς καλοῦσι, καύσωνα δὲ ἄλλοι. γίνονται δὲ ἐν Λιβύῃ καὶ Ἀραβίᾳ μᾶλ‐ λον. καλοῦσι δὲ αὐτὴν καὶ μελάνουρον καὶ ἀμ‐</w:t>
      </w:r>
    </w:p>
    <w:p>
      <w:r>
        <w:rPr>
          <w:rFonts w:ascii="Courier New" w:hAnsi="Courier New"/>
          <w:color w:val="555555"/>
          <w:sz w:val="20"/>
        </w:rPr>
        <w:t>[20]</w:t>
      </w:r>
    </w:p>
    <w:p>
      <w:r>
        <w:rPr>
          <w:rFonts w:ascii="Gentium Plus" w:hAnsi="Gentium Plus"/>
          <w:sz w:val="24"/>
        </w:rPr>
        <w:t>μοάτιν καὶ κεντρίδα. Διωμοσία καὶ ἀντωμοσία τὸ αὐτὸ δηλοῖ. ἔστι δὲ ὅρκος ἐπὶ τῶν δικαζομένων γινόμενος, τοῦ μὲν ὀμνύοντος, ὅτι παθὼν ἐγκαλεῖ, τοῦ δὲ ἄρα, ὅτι οὐκ ἐποίησε.</w:t>
      </w:r>
    </w:p>
    <w:p>
      <w:r>
        <w:rPr>
          <w:rFonts w:ascii="Courier New" w:hAnsi="Courier New"/>
          <w:color w:val="555555"/>
          <w:sz w:val="20"/>
        </w:rPr>
        <w:t>[25]</w:t>
      </w:r>
    </w:p>
    <w:p>
      <w:r>
        <w:rPr>
          <w:rFonts w:ascii="Gentium Plus" w:hAnsi="Gentium Plus"/>
          <w:sz w:val="24"/>
        </w:rPr>
        <w:t>Διώνη. ἡ Ἀφροδίτη. [ἀπὸ τοῦ Διὸς Διώνη, κατ’</w:t>
      </w:r>
    </w:p>
    <w:p>
      <w:r>
        <w:rPr>
          <w:rFonts w:ascii="Courier New" w:hAnsi="Courier New"/>
          <w:color w:val="555555"/>
          <w:sz w:val="20"/>
        </w:rPr>
        <w:t>[delta 523]</w:t>
      </w:r>
    </w:p>
    <w:p>
      <w:r>
        <w:rPr>
          <w:rFonts w:ascii="Gentium Plus" w:hAnsi="Gentium Plus"/>
          <w:sz w:val="24"/>
        </w:rPr>
        <w:t>γαμετὴ τοῦ Διός. ἢ ἀπὸ τοῦ διδῶ Διδώνη, καὶ Διώνη, ἡ διδοῦσα τὰς τῆς γεννήσεως ἡδονάς.] Διωρυγὴ καὶ διωρυχή. ἡ διάνοιξις τῶν τοιχῶν *ἢ τῶν χωμάτων.*</w:t>
      </w:r>
    </w:p>
    <w:p>
      <w:r>
        <w:rPr>
          <w:rFonts w:ascii="Courier New" w:hAnsi="Courier New"/>
          <w:color w:val="555555"/>
          <w:sz w:val="20"/>
        </w:rPr>
        <w:t>[5]</w:t>
      </w:r>
    </w:p>
    <w:p>
      <w:r>
        <w:rPr>
          <w:rFonts w:ascii="Gentium Plus" w:hAnsi="Gentium Plus"/>
          <w:sz w:val="24"/>
        </w:rPr>
        <w:t>Δικαιοσύνη. παρὰ τὸ διχάζειν τὸ ἄδικον ἐκ τοῦ δικαίου, διχαιοσύνη τὶς οὖσα, καὶ κατὰ τροπὴν δικαιοσύνη. Δίψα. ἡ ἐπιθυμία. Διακονίαν. τὴν ἀποστολὴν λέγει ὁ Ἀπόστολος.</w:t>
      </w:r>
    </w:p>
    <w:p>
      <w:r>
        <w:rPr>
          <w:rFonts w:ascii="Courier New" w:hAnsi="Courier New"/>
          <w:color w:val="555555"/>
          <w:sz w:val="20"/>
        </w:rPr>
        <w:t>[10]</w:t>
      </w:r>
    </w:p>
    <w:p>
      <w:r>
        <w:rPr>
          <w:rFonts w:ascii="Gentium Plus" w:hAnsi="Gentium Plus"/>
          <w:sz w:val="24"/>
        </w:rPr>
        <w:t>ἢ κοινοτέρως πᾶσαν πνευματικὴν ἐργασίαν· εἴτε διακονίαν ἐν τῇ διακονίᾳ.</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Διαβούλια. οἱ διαλογισμοὶ, ἢ τὰ ἐκ λογισμῶν ἀτόπων πταίσματα.</w:t>
      </w:r>
    </w:p>
    <w:p>
      <w:r>
        <w:rPr>
          <w:rFonts w:ascii="Courier New" w:hAnsi="Courier New"/>
          <w:color w:val="555555"/>
          <w:sz w:val="20"/>
        </w:rPr>
        <w:t>[15]</w:t>
      </w:r>
    </w:p>
    <w:p>
      <w:r>
        <w:rPr>
          <w:rFonts w:ascii="Gentium Plus" w:hAnsi="Gentium Plus"/>
          <w:sz w:val="24"/>
        </w:rPr>
        <w:t>Διάγραμμα. τὸ διδόμενον ἐν ταῖς συμμορίαις, ὁπόσον ἕκαστος εἰσφέρειν δεῖ. ἐτάττετο δὲ οὐ τὸ αὐτὸ πᾶσιν, ἀλλὰ πρὸς τὴν τιμὴν τῆς οὐ‐ σίας. διάγραμμα καὶ τὸ μίσθωμα. διέγραφον γὰρ οἱ ἀγορανόμοι, ὅσον ἔδει λαμβάνειν τὴν</w:t>
      </w:r>
    </w:p>
    <w:p>
      <w:r>
        <w:rPr>
          <w:rFonts w:ascii="Courier New" w:hAnsi="Courier New"/>
          <w:color w:val="555555"/>
          <w:sz w:val="20"/>
        </w:rPr>
        <w:t>[20]</w:t>
      </w:r>
    </w:p>
    <w:p>
      <w:r>
        <w:rPr>
          <w:rFonts w:ascii="Gentium Plus" w:hAnsi="Gentium Plus"/>
          <w:sz w:val="24"/>
        </w:rPr>
        <w:t>ἑταίραν, δηλονότι τὴν πόρνην. Διάζωμα. τὸ περὶ τὰ αἰδοῖα σκέπασμα. Διάλειμμα. τὸ διάστημα καὶ διαχώρημα. οἷον· θεὸς ἐν σαρκὶ, οὐκ ἐκ διαλειμμάτων ἐνεργῶν. Διαλείποντα. τὰ διαχωρήματα. †φυλακαὶ δὲ</w:t>
      </w:r>
    </w:p>
    <w:p>
      <w:r>
        <w:rPr>
          <w:rFonts w:ascii="Courier New" w:hAnsi="Courier New"/>
          <w:color w:val="555555"/>
          <w:sz w:val="20"/>
        </w:rPr>
        <w:t>[25]</w:t>
      </w:r>
    </w:p>
    <w:p>
      <w:r>
        <w:rPr>
          <w:rFonts w:ascii="Gentium Plus" w:hAnsi="Gentium Plus"/>
          <w:sz w:val="24"/>
        </w:rPr>
        <w:t>ἐπὶ τὰ διαλείποντα τῆς τάφρου ἐτετάχατο.† Διάμετρον. τὸ ἀπὸ πέρατος εἰς πέρας κατὰ πλά‐ τος διάστημα. Διαπρύσιον. ἐξάκουστον, μέγα, περιβόητον.</w:t>
      </w:r>
    </w:p>
    <w:p>
      <w:r>
        <w:rPr>
          <w:rFonts w:ascii="Courier New" w:hAnsi="Courier New"/>
          <w:color w:val="555555"/>
          <w:sz w:val="20"/>
        </w:rPr>
        <w:t>[delta 524]</w:t>
      </w:r>
    </w:p>
    <w:p>
      <w:r>
        <w:rPr>
          <w:rFonts w:ascii="Gentium Plus" w:hAnsi="Gentium Plus"/>
          <w:sz w:val="24"/>
        </w:rPr>
        <w:t>πλεονασμῷ τοῦ ρ πρύσιον καὶ διαπρύσιον. ἢ ἀπὸ τοῦ περῶ περάσω, περάσιον καὶ κατὰ συγκοπὴν πράσιον, καὶ τροπῇ πρύσιον. ὡς μά‐ θος, μῦθος.]</w:t>
      </w:r>
    </w:p>
    <w:p>
      <w:r>
        <w:rPr>
          <w:rFonts w:ascii="Courier New" w:hAnsi="Courier New"/>
          <w:color w:val="555555"/>
          <w:sz w:val="20"/>
        </w:rPr>
        <w:t>[5]</w:t>
      </w:r>
    </w:p>
    <w:p>
      <w:r>
        <w:rPr>
          <w:rFonts w:ascii="Gentium Plus" w:hAnsi="Gentium Plus"/>
          <w:sz w:val="24"/>
        </w:rPr>
        <w:t>[Δίαρμα. κούφισμα.] Διαπρεπές. ἐπίσημον. Δίασμα. ἡ πρώτη τοῦ ἱματίου ἐργασία. [Καλ‐ λίμαχος· εἰ δέ ποτε προφέροιντο διάσματα φάρεος ἀρ‐</w:t>
      </w:r>
    </w:p>
    <w:p>
      <w:r>
        <w:rPr>
          <w:rFonts w:ascii="Courier New" w:hAnsi="Courier New"/>
          <w:color w:val="555555"/>
          <w:sz w:val="20"/>
        </w:rPr>
        <w:t>[10]</w:t>
      </w:r>
    </w:p>
    <w:p>
      <w:r>
        <w:rPr>
          <w:rFonts w:ascii="Gentium Plus" w:hAnsi="Gentium Plus"/>
          <w:sz w:val="24"/>
        </w:rPr>
        <w:t>χήν. ἀπὸ τῆς δέσεως τοῦ μερισμοῦ, ἐπεὶ τοὺς στή‐ μονας διαμέσου. δέδασμαι καὶ δάσμα καὶ πλεο‐ νασμῷ τοῦ ι δίασμα. ἢ παρὰ τὸ ἄσσω ἆσμα καὶ δίασμα. τοῦτο τὸ ἄσσω γίνεται Αἰολικῶς</w:t>
      </w:r>
    </w:p>
    <w:p>
      <w:r>
        <w:rPr>
          <w:rFonts w:ascii="Courier New" w:hAnsi="Courier New"/>
          <w:color w:val="555555"/>
          <w:sz w:val="20"/>
        </w:rPr>
        <w:t>[15]</w:t>
      </w:r>
    </w:p>
    <w:p>
      <w:r>
        <w:rPr>
          <w:rFonts w:ascii="Gentium Plus" w:hAnsi="Gentium Plus"/>
          <w:sz w:val="24"/>
        </w:rPr>
        <w:t>ἄζω καὶ διάζομαι. οἱ γὰρ Αἰολεῖς τὰ δύο σς εἰς ζ τρέπουσιν. οὕτω καὶ τὸ μείζων ἀπὸ τοῦ μέγα μέσσων φασὶ καὶ μείζων, καὶ τὸ ὀλίσ‐ σων ἀπὸ τοῦ ὀλίγος, ὀλίζων.] Διάτορον. ὀξὺ, μεγαλόφωνον.</w:t>
      </w:r>
    </w:p>
    <w:p>
      <w:r>
        <w:rPr>
          <w:rFonts w:ascii="Courier New" w:hAnsi="Courier New"/>
          <w:color w:val="555555"/>
          <w:sz w:val="20"/>
        </w:rPr>
        <w:t>[20]</w:t>
      </w:r>
    </w:p>
    <w:p>
      <w:r>
        <w:rPr>
          <w:rFonts w:ascii="Gentium Plus" w:hAnsi="Gentium Plus"/>
          <w:sz w:val="24"/>
        </w:rPr>
        <w:t>Διάφορα. τὰ ἀναλώματα. οὕτως Θουκυδίδης. Διβίκια. Δίδραγμον. εἰσφορὰ, συντέλεσις. ἔχει ἓξ γράμ‐ ματα τὸ δίδραγμον. ἢ νόμισμα ἓν ἥμισυ. τοῦτο καὶ σίκλος λέγεται. ἢ πεντάσικλοι. ἤγουν</w:t>
      </w:r>
    </w:p>
    <w:p>
      <w:r>
        <w:rPr>
          <w:rFonts w:ascii="Courier New" w:hAnsi="Courier New"/>
          <w:color w:val="555555"/>
          <w:sz w:val="20"/>
        </w:rPr>
        <w:t>[25]</w:t>
      </w:r>
    </w:p>
    <w:p>
      <w:r>
        <w:rPr>
          <w:rFonts w:ascii="Gentium Plus" w:hAnsi="Gentium Plus"/>
          <w:sz w:val="24"/>
        </w:rPr>
        <w:t>εἴκοσι ὀβολοί. *ἢ διακόσιοι ὀβολοί.* Διειδές. καθαρὸν, λαμπρόν. Διέδριον. τὸ καθέδριον. ἄραντες αὐτὸν διέδριον</w:t>
      </w:r>
    </w:p>
    <w:p>
      <w:r>
        <w:rPr>
          <w:rFonts w:ascii="Courier New" w:hAnsi="Courier New"/>
          <w:color w:val="555555"/>
          <w:sz w:val="20"/>
        </w:rPr>
        <w:t>[delta 525]</w:t>
      </w:r>
    </w:p>
    <w:p>
      <w:r>
        <w:rPr>
          <w:rFonts w:ascii="Gentium Plus" w:hAnsi="Gentium Plus"/>
          <w:sz w:val="24"/>
        </w:rPr>
        <w:t>Διεντέρευμα. τὸ ἐρώτημα. Διϊπολεία. παρὰ τῷ Διῒ δοτικὸν γίνεται διϊπο‐ λεῖον καὶ διϊπολεία. γράφεται δὲ διὰ τῆς ει διφθόγγου, τῷ λόγῳ τῶν διὰ τοῦ ειον οὐ‐</w:t>
      </w:r>
    </w:p>
    <w:p>
      <w:r>
        <w:rPr>
          <w:rFonts w:ascii="Courier New" w:hAnsi="Courier New"/>
          <w:color w:val="555555"/>
          <w:sz w:val="20"/>
        </w:rPr>
        <w:t>[5]</w:t>
      </w:r>
    </w:p>
    <w:p>
      <w:r>
        <w:rPr>
          <w:rFonts w:ascii="Gentium Plus" w:hAnsi="Gentium Plus"/>
          <w:sz w:val="24"/>
        </w:rPr>
        <w:t>δετέρων μονογενῶν. *ἤγουν ἐν τῇ ἀκροπόλει τιμωμένῳ. πόλιν γὰρ τὴν ἀκρόπολιν ἔλεγον.* Δίκαιον. τὸ πρὸς ἀξίαν ἑκάστῳ τιμητικόν. Δίκορσον. τὸ δικόρυφον. Δικρανές. τὸ δικέφαλον.</w:t>
      </w:r>
    </w:p>
    <w:p>
      <w:r>
        <w:rPr>
          <w:rFonts w:ascii="Courier New" w:hAnsi="Courier New"/>
          <w:color w:val="555555"/>
          <w:sz w:val="20"/>
        </w:rPr>
        <w:t>[10]</w:t>
      </w:r>
    </w:p>
    <w:p>
      <w:r>
        <w:rPr>
          <w:rFonts w:ascii="Gentium Plus" w:hAnsi="Gentium Plus"/>
          <w:sz w:val="24"/>
        </w:rPr>
        <w:t>Δίκρον καὶ δίκροον. τὸ δίκρανον ξύλον. παρὰ τὸ κόρον, ὃ σημαίνει τὸν κλάδον, ἔνθεν κορυδαλὶς ἡ δάφνη, καὶ κορεῖν τὸ τοῖς κλάδοις σαροῦν. [ἐγὼ δὲ νομίζω μᾶλλον παρὰ τὸ κέρας, ὃ δὴ καὶ κέρως, ἵν’ ᾖ δίκερως καὶ κατὰ μετάθεσιν</w:t>
      </w:r>
    </w:p>
    <w:p>
      <w:r>
        <w:rPr>
          <w:rFonts w:ascii="Courier New" w:hAnsi="Courier New"/>
          <w:color w:val="555555"/>
          <w:sz w:val="20"/>
        </w:rPr>
        <w:t>[15]</w:t>
      </w:r>
    </w:p>
    <w:p>
      <w:r>
        <w:rPr>
          <w:rFonts w:ascii="Gentium Plus" w:hAnsi="Gentium Plus"/>
          <w:sz w:val="24"/>
        </w:rPr>
        <w:t>δίκρεος, καὶ τροπῇ τοῦ ε εἰς ο δίκροος. λέγου‐ σι καὶ δικροῖς, ὅ ἐστι ξύλοις διφυέσι, δικρα‐ νίοις. Ἀριστοφάνης· δικροῖς ἐώθουν τὸν θεὸν κεκράγμασι.] Δικαιώματα. εὐλόγους ἀφορμάς. ἐάν τε γὰρ</w:t>
      </w:r>
    </w:p>
    <w:p>
      <w:r>
        <w:rPr>
          <w:rFonts w:ascii="Courier New" w:hAnsi="Courier New"/>
          <w:color w:val="555555"/>
          <w:sz w:val="20"/>
        </w:rPr>
        <w:t>[20]</w:t>
      </w:r>
    </w:p>
    <w:p>
      <w:r>
        <w:rPr>
          <w:rFonts w:ascii="Gentium Plus" w:hAnsi="Gentium Plus"/>
          <w:sz w:val="24"/>
        </w:rPr>
        <w:t>νικῶμεν ἡμεῖς, ἕξεις πρὸς ἐμὲ δικαιώματα με‐ γάλα. δικαιώματα καὶ ὁ νόμος, καὶ αἱ ἐντο‐ λαὶ, καὶ τὰ προστάγματα, καὶ τὰ κρίματα. νόμον καλεῖ τὸν ὑπὸ τοῦ θεοῦ διὰ τοῦ Μωσέως διδόμενον. ἐντολὰς καὶ τὰ προστάγματα τῶν</w:t>
      </w:r>
    </w:p>
    <w:p>
      <w:r>
        <w:rPr>
          <w:rFonts w:ascii="Courier New" w:hAnsi="Courier New"/>
          <w:color w:val="555555"/>
          <w:sz w:val="20"/>
        </w:rPr>
        <w:t>[25]</w:t>
      </w:r>
    </w:p>
    <w:p>
      <w:r>
        <w:rPr>
          <w:rFonts w:ascii="Gentium Plus" w:hAnsi="Gentium Plus"/>
          <w:sz w:val="24"/>
        </w:rPr>
        <w:t>αὐτῶν. κρίματα δὲ, ὡς τὰς θείας ψήφους ὑπο‐ δεικνύντα καὶ τὰς ἀξίας ἀντιδόσεις τῶν τε ἐν‐</w:t>
      </w:r>
    </w:p>
    <w:p>
      <w:r>
        <w:rPr>
          <w:rFonts w:ascii="Courier New" w:hAnsi="Courier New"/>
          <w:color w:val="555555"/>
          <w:sz w:val="20"/>
        </w:rPr>
        <w:t>[delta 526]</w:t>
      </w:r>
    </w:p>
    <w:p>
      <w:r>
        <w:rPr>
          <w:rFonts w:ascii="Gentium Plus" w:hAnsi="Gentium Plus"/>
          <w:sz w:val="24"/>
        </w:rPr>
        <w:t>διαμαρτυρούμενον καὶ δεικνύντα, οἵαις τιμωρίαις ὑποβληθήσονται οἱ ταῦτα παραβαίνοντες. ἢ δι‐ καιώματα ὡς δυνάμενα τὸν κατορθοῦντα δικαι‐ οῦν. δικαιώματα καὶ αἱ κατακρίσεις.</w:t>
      </w:r>
    </w:p>
    <w:p>
      <w:r>
        <w:rPr>
          <w:rFonts w:ascii="Courier New" w:hAnsi="Courier New"/>
          <w:color w:val="555555"/>
          <w:sz w:val="20"/>
        </w:rPr>
        <w:t>[5]</w:t>
      </w:r>
    </w:p>
    <w:p>
      <w:r>
        <w:rPr>
          <w:rFonts w:ascii="Gentium Plus" w:hAnsi="Gentium Plus"/>
          <w:sz w:val="24"/>
        </w:rPr>
        <w:t>Δικαιωτήρια. τὰ δικαστήρια καὶ αἱ ἐκεῖθεν κο‐ λάσεις. Δικαιώματα. κρίσεις ἀληθιναί. Δικύμα. τὰ διδυματόκα πρόβατα. Δίλημμα. τὸ δισσῶς λαμβανόμενον φρόνημα. καὶ</w:t>
      </w:r>
    </w:p>
    <w:p>
      <w:r>
        <w:rPr>
          <w:rFonts w:ascii="Courier New" w:hAnsi="Courier New"/>
          <w:color w:val="555555"/>
          <w:sz w:val="20"/>
        </w:rPr>
        <w:t>[10]</w:t>
      </w:r>
    </w:p>
    <w:p>
      <w:r>
        <w:rPr>
          <w:rFonts w:ascii="Gentium Plus" w:hAnsi="Gentium Plus"/>
          <w:sz w:val="24"/>
        </w:rPr>
        <w:t>διλήμματον, τὸ διχῶς νοούμενον. Διομήδειον. ἔπος. Δικιδίοις. ταῖς δίκαις, ὑποκοριστικῶς. Δίκτυον. παρὰ τὸ δίκω, τὸ βάλλω, δίκυον καὶ δίκτυον, πλεονασμῷ τοῦ τ.</w:t>
      </w:r>
    </w:p>
    <w:p>
      <w:r>
        <w:rPr>
          <w:rFonts w:ascii="Courier New" w:hAnsi="Courier New"/>
          <w:color w:val="555555"/>
          <w:sz w:val="20"/>
        </w:rPr>
        <w:t>[15]</w:t>
      </w:r>
    </w:p>
    <w:p>
      <w:r>
        <w:rPr>
          <w:rFonts w:ascii="Gentium Plus" w:hAnsi="Gentium Plus"/>
          <w:sz w:val="24"/>
        </w:rPr>
        <w:t>Δίνδυμον. ὄρος Φρυγίας. ἐκλήθη δὲ Δίνδυμον ὡς δύο ἄκρας ἔχον. Διοπετές. ἐξ οὐρανοῦ κατερχόμενον. Δισσὸν καὶ διττόν. τὸ διπλοῦν. Διχοτομήματα. σχίσματα, τμήματα.</w:t>
      </w:r>
    </w:p>
    <w:p>
      <w:r>
        <w:rPr>
          <w:rFonts w:ascii="Courier New" w:hAnsi="Courier New"/>
          <w:color w:val="555555"/>
          <w:sz w:val="20"/>
        </w:rPr>
        <w:t>[20]</w:t>
      </w:r>
    </w:p>
    <w:p>
      <w:r>
        <w:rPr>
          <w:rFonts w:ascii="Gentium Plus" w:hAnsi="Gentium Plus"/>
          <w:sz w:val="24"/>
        </w:rPr>
        <w:t>Διχηλά. οἷον βοῦς, ἔλαφος, δορκάς. οἷς συμ‐ βέβηκεν ἐν τοῖς ὀπισθίοις ποσὶν ἀστραγάλους ἔχειν. Δίπαλτον. τὸ δικίνητον. πάλλω γὰρ τὸ κινῶ. Δίψος καὶ δίψα. ἑκατέρως λέγεται, μᾶλλον</w:t>
      </w:r>
    </w:p>
    <w:p>
      <w:r>
        <w:rPr>
          <w:rFonts w:ascii="Courier New" w:hAnsi="Courier New"/>
          <w:color w:val="555555"/>
          <w:sz w:val="20"/>
        </w:rPr>
        <w:t>[25]</w:t>
      </w:r>
    </w:p>
    <w:p>
      <w:r>
        <w:rPr>
          <w:rFonts w:ascii="Gentium Plus" w:hAnsi="Gentium Plus"/>
          <w:sz w:val="24"/>
        </w:rPr>
        <w:t>δὲ τὸ οὐδέτερον. Διωλύγιον. μέγα θρηνητικῶς ἠχοῦν, ἢ τὸ μέγα</w:t>
      </w:r>
    </w:p>
    <w:p>
      <w:r>
        <w:rPr>
          <w:rFonts w:ascii="Courier New" w:hAnsi="Courier New"/>
          <w:color w:val="555555"/>
          <w:sz w:val="20"/>
        </w:rPr>
        <w:t>[delta 527]</w:t>
      </w:r>
    </w:p>
    <w:p>
      <w:r>
        <w:rPr>
          <w:rFonts w:ascii="Gentium Plus" w:hAnsi="Gentium Plus"/>
          <w:sz w:val="24"/>
        </w:rPr>
        <w:t>Διώροφον. τὸ δίστεγον. Διάψαλμα. ἢ προσώπου ἐναλλαγὴ ἢ διανοίας μεταβολὴ, ἢ μέλους ὑπαλλαγή. ἔγραψαν δὲ καὶ τὸ διάψαλμα οἱ ἑρμηνεύσαντες τέσσαρες</w:t>
      </w:r>
    </w:p>
    <w:p>
      <w:r>
        <w:rPr>
          <w:rFonts w:ascii="Courier New" w:hAnsi="Courier New"/>
          <w:color w:val="555555"/>
          <w:sz w:val="20"/>
        </w:rPr>
        <w:t>[5]</w:t>
      </w:r>
    </w:p>
    <w:p>
      <w:r>
        <w:rPr>
          <w:rFonts w:ascii="Gentium Plus" w:hAnsi="Gentium Plus"/>
          <w:sz w:val="24"/>
        </w:rPr>
        <w:t>ἄρχοντες, οἱ ἐκλεχθέντες παρὰ τοῦ Δαβὶδ ἐκ τῆς φυλῆς Λευῒ, Ἀσὰφ ὁ υἱὸς Κορὲ, Αἰμὰν, Αἰ‐ θὰμ καὶ Διθούμ. τούτοις ἀριθμὸς ᾠδῶν παρακο‐ λουθεῖ. ἕκαστος οὖν τούτων, καθὼς εἴρηται, ἵστατο ἐνώπιον τοῦ ἁγιάσματος τοῦ κυρίου, αἰνοῦντες</w:t>
      </w:r>
    </w:p>
    <w:p>
      <w:r>
        <w:rPr>
          <w:rFonts w:ascii="Courier New" w:hAnsi="Courier New"/>
          <w:color w:val="555555"/>
          <w:sz w:val="20"/>
        </w:rPr>
        <w:t>[10]</w:t>
      </w:r>
    </w:p>
    <w:p>
      <w:r>
        <w:rPr>
          <w:rFonts w:ascii="Gentium Plus" w:hAnsi="Gentium Plus"/>
          <w:sz w:val="24"/>
        </w:rPr>
        <w:t>τὸν πάντων δεσπότην, ὃς μὲν κυμβάλοις, ὃς δὲ ψαλτηρίῳ, ὃς δὲ κιννύρᾳ, ὃς δὲ κερατίνῃ, ὃς δὲ κιθάρᾳ, ὧν μέσος ἵστατο ὁ Δαβίδ. ἢ διά‐ ψαλμά ἐστι μουσικοῦ μέλους ἢ ῥυθμοῦ τροπῆς γενομένης ἢ διανοίας ἐναλλαγή. κρατῶν ἐπὶ</w:t>
      </w:r>
    </w:p>
    <w:p>
      <w:r>
        <w:rPr>
          <w:rFonts w:ascii="Courier New" w:hAnsi="Courier New"/>
          <w:color w:val="555555"/>
          <w:sz w:val="20"/>
        </w:rPr>
        <w:t>[15]</w:t>
      </w:r>
    </w:p>
    <w:p>
      <w:r>
        <w:rPr>
          <w:rFonts w:ascii="Gentium Plus" w:hAnsi="Gentium Plus"/>
          <w:sz w:val="24"/>
        </w:rPr>
        <w:t>χεῖρας τὸ ψαλτήριον, καὶ ἕκαστος πνεύματι ἁγίῳ κινούμενος ὕμνει τὸν θεὸν, καὶ πάντες συνεπεφώνουν τῷ ψάλλοντι τὸ ἀλληλούϊα. ἢ διάψαλμά ἐστι διδασκαλία τοῦ πνεύματος τῇ ψυχῇ κατὰ τὸ ἀπόῤῥητον γενομένη, τῆς περὶ</w:t>
      </w:r>
    </w:p>
    <w:p>
      <w:r>
        <w:rPr>
          <w:rFonts w:ascii="Courier New" w:hAnsi="Courier New"/>
          <w:color w:val="555555"/>
          <w:sz w:val="20"/>
        </w:rPr>
        <w:t>[20]</w:t>
      </w:r>
    </w:p>
    <w:p>
      <w:r>
        <w:rPr>
          <w:rFonts w:ascii="Gentium Plus" w:hAnsi="Gentium Plus"/>
          <w:sz w:val="24"/>
        </w:rPr>
        <w:t>τὸ νόημα τοῦτο προσοχῆς τὸ συνεχὲς τῆς με‐ λῳδίας περικοπτούσης. ἢ ὅτι προϊούσης κατὰ τὸ ἀκόλουθον τῆς ψαλμῳδίας ἐάν τις ἐγένετο με‐ ταξὺ προφητεύοντος τοῦ Δαβὶδ ἑτέρα τοῦ ἁγίου πνεύματος ἔλλαμψις θεία, καὶ προσθήκη τοῦ</w:t>
      </w:r>
    </w:p>
    <w:p>
      <w:r>
        <w:rPr>
          <w:rFonts w:ascii="Courier New" w:hAnsi="Courier New"/>
          <w:color w:val="555555"/>
          <w:sz w:val="20"/>
        </w:rPr>
        <w:t>[25]</w:t>
      </w:r>
    </w:p>
    <w:p>
      <w:r>
        <w:rPr>
          <w:rFonts w:ascii="Gentium Plus" w:hAnsi="Gentium Plus"/>
          <w:sz w:val="24"/>
        </w:rPr>
        <w:t>κατὰ γνῶσιν χαρίσματος ἐπ’ ὠφελείᾳ τῶν δεχο‐ μένων τὴν προφητείαν ἐπέχων τὴν φωνὴν και‐ ρὸν ἐδίδου τῇ διανοίᾳ δέξασθαι τῶν νοημάτων τὴν γνῶσιν, τῶν γινομένων ἐν αὐτῷ παρὰ τῆς</w:t>
      </w:r>
    </w:p>
    <w:p>
      <w:r>
        <w:rPr>
          <w:rFonts w:ascii="Courier New" w:hAnsi="Courier New"/>
          <w:color w:val="555555"/>
          <w:sz w:val="20"/>
        </w:rPr>
        <w:t>[delta 528]</w:t>
      </w:r>
    </w:p>
    <w:p>
      <w:r>
        <w:rPr>
          <w:rFonts w:ascii="Gentium Plus" w:hAnsi="Gentium Plus"/>
          <w:sz w:val="24"/>
        </w:rPr>
        <w:t>τῆς ψαλμῳδίας δεχομένη κατὰ τὸ ἀθρόον ὑπηρέ‐ μησις πρὸς ὑποδοχὴν τοῦ θεόθεν ἐπισκιρνωμέ‐ νου νοήματος. Διαύλειον. ὅταν ἡσυχίας γενομένης ὁ αὐλητὴς</w:t>
      </w:r>
    </w:p>
    <w:p>
      <w:r>
        <w:rPr>
          <w:rFonts w:ascii="Courier New" w:hAnsi="Courier New"/>
          <w:color w:val="555555"/>
          <w:sz w:val="20"/>
        </w:rPr>
        <w:t>[5]</w:t>
      </w:r>
    </w:p>
    <w:p>
      <w:r>
        <w:rPr>
          <w:rFonts w:ascii="Gentium Plus" w:hAnsi="Gentium Plus"/>
          <w:sz w:val="24"/>
        </w:rPr>
        <w:t>ἄσῃ. Διαφανῆ χιτώνια. οὐ τὰ λαμπρὰ, ἀλλὰ τὰ ἰσχνὰ, δι’ ὧν διαφαίνεται τὰ σώματα τῶν γυ‐ ναικῶν. καὶ Ἡσαΐας ὁ προφήτης τὰ διαφανῆ Λακωνικά.</w:t>
      </w:r>
    </w:p>
    <w:p>
      <w:r>
        <w:rPr>
          <w:rFonts w:ascii="Courier New" w:hAnsi="Courier New"/>
          <w:color w:val="555555"/>
          <w:sz w:val="20"/>
        </w:rPr>
        <w:t>[10]</w:t>
      </w:r>
    </w:p>
    <w:p>
      <w:r>
        <w:rPr>
          <w:rFonts w:ascii="Gentium Plus" w:hAnsi="Gentium Plus"/>
          <w:sz w:val="24"/>
        </w:rPr>
        <w:t>Διαφόρημα. τὸ παίγνιον. Διηνεκές. τὸ ἡνωμένον καὶ ἀδιάσειστον. παρὰ τὸ ἓν τὸ ἀριθμητικόν. καὶ μετὰ ἐκτάσεως καὶ ἐν συνθέσει διηνεκές. ἢ παρὰ τὸ ἐνέκω, ἐνεκέσω, ἐνεκὲς καὶ διηνεκές. τὸ ἐπίμηκες καὶ ἀδιά‐</w:t>
      </w:r>
    </w:p>
    <w:p>
      <w:r>
        <w:rPr>
          <w:rFonts w:ascii="Courier New" w:hAnsi="Courier New"/>
          <w:color w:val="555555"/>
          <w:sz w:val="20"/>
        </w:rPr>
        <w:t>[15]</w:t>
      </w:r>
    </w:p>
    <w:p>
      <w:r>
        <w:rPr>
          <w:rFonts w:ascii="Gentium Plus" w:hAnsi="Gentium Plus"/>
          <w:sz w:val="24"/>
        </w:rPr>
        <w:t>λειπτον. Διδασκαλεῖον. ἡ παίδευσις καὶ τὸ σχολεῖον. δι‐ δασκάλιον δὲ τὸ μάθημα, ι. Δίπτυχα. τὰ διπλᾶ. Διπτύχια. δύο περιβόλαια ἔχοντα, ὡς τὸ μὲν</w:t>
      </w:r>
    </w:p>
    <w:p>
      <w:r>
        <w:rPr>
          <w:rFonts w:ascii="Courier New" w:hAnsi="Courier New"/>
          <w:color w:val="555555"/>
          <w:sz w:val="20"/>
        </w:rPr>
        <w:t>[20]</w:t>
      </w:r>
    </w:p>
    <w:p>
      <w:r>
        <w:rPr>
          <w:rFonts w:ascii="Gentium Plus" w:hAnsi="Gentium Plus"/>
          <w:sz w:val="24"/>
        </w:rPr>
        <w:t>ὑπεστρῶσθαι, τὸ δὲ ἕτερον ὑποβεβλῆσθαι. Διαφέροντα. τὰ συμφέροντα. παρὰ τῷ Ἀποστό‐ λω· εἰς τὸ δοκιμάζειν ὑμᾶς τὰ διαφέροντα. Δικαιώματα. σύμβολα, θεσμούς. εἶχεν οὖν καὶ ἡ πρώτη σκηνὴ δικαιώματα λατρείας, ἤτοι</w:t>
      </w:r>
    </w:p>
    <w:p>
      <w:r>
        <w:rPr>
          <w:rFonts w:ascii="Courier New" w:hAnsi="Courier New"/>
          <w:color w:val="555555"/>
          <w:sz w:val="20"/>
        </w:rPr>
        <w:t>[25]</w:t>
      </w:r>
    </w:p>
    <w:p>
      <w:r>
        <w:rPr>
          <w:rFonts w:ascii="Gentium Plus" w:hAnsi="Gentium Plus"/>
          <w:sz w:val="24"/>
        </w:rPr>
        <w:t>θεσμοὺς λατρείας καὶ εὐχῶν.</w:t>
      </w:r>
    </w:p>
    <w:p>
      <w:pPr>
        <w:jc w:val="center"/>
      </w:pPr>
      <w:r>
        <w:rPr>
          <w:rFonts w:ascii="Gentium Plus" w:hAnsi="Gentium Plus"/>
          <w:b/>
          <w:sz w:val="24"/>
        </w:rPr>
        <w:t>(Ῥῆμα.)</w:t>
      </w:r>
    </w:p>
    <w:p>
      <w:r>
        <w:rPr>
          <w:rFonts w:ascii="Courier New" w:hAnsi="Courier New"/>
          <w:color w:val="555555"/>
          <w:sz w:val="20"/>
        </w:rPr>
        <w:t>[27]</w:t>
      </w:r>
    </w:p>
    <w:p>
      <w:r>
        <w:rPr>
          <w:rFonts w:ascii="Gentium Plus" w:hAnsi="Gentium Plus"/>
          <w:sz w:val="24"/>
        </w:rPr>
        <w:t>Διαβάλλεται. χρῶνται ἐπὶ τοῦ ἐξαπατᾷν.</w:t>
      </w:r>
    </w:p>
    <w:p>
      <w:r>
        <w:rPr>
          <w:rFonts w:ascii="Courier New" w:hAnsi="Courier New"/>
          <w:color w:val="555555"/>
          <w:sz w:val="20"/>
        </w:rPr>
        <w:t>[delta 529]</w:t>
      </w:r>
    </w:p>
    <w:p>
      <w:r>
        <w:rPr>
          <w:rFonts w:ascii="Gentium Plus" w:hAnsi="Gentium Plus"/>
          <w:sz w:val="24"/>
        </w:rPr>
        <w:t>Διαβάλλειν. παραλογίζεσθαι. Θουκυδίδης. δια‐ βάλλειν τὸ ἐν μέσῳ πέλαγος, καὶ λῃστεύειν τὰς νήσους. καὶ ἀντὶ τοῦ περᾷν. διαβάλλειν τὸν Ὦξον ποταμόν.</w:t>
      </w:r>
    </w:p>
    <w:p>
      <w:r>
        <w:rPr>
          <w:rFonts w:ascii="Courier New" w:hAnsi="Courier New"/>
          <w:color w:val="555555"/>
          <w:sz w:val="20"/>
        </w:rPr>
        <w:t>[5]</w:t>
      </w:r>
    </w:p>
    <w:p>
      <w:r>
        <w:rPr>
          <w:rFonts w:ascii="Gentium Plus" w:hAnsi="Gentium Plus"/>
          <w:sz w:val="24"/>
        </w:rPr>
        <w:t>Διαβούλομαι. ἀναπείσω. οὕτω Θουκυδίδης. Διαβάσης. ἐπελθούσης. Ῥωμαϊκῆς δυνάμεως ἐπ’ αὐτοὺς διαβάσης. Διαξιφίσασθαι. ξίφεσι διαγωνίσασθαι. Διαπιθηκίσαι. τὸ διαπαῖξαι. ἀπὸ τῶν πιθήκων·</w:t>
      </w:r>
    </w:p>
    <w:p>
      <w:r>
        <w:rPr>
          <w:rFonts w:ascii="Courier New" w:hAnsi="Courier New"/>
          <w:color w:val="555555"/>
          <w:sz w:val="20"/>
        </w:rPr>
        <w:t>[10]</w:t>
      </w:r>
    </w:p>
    <w:p>
      <w:r>
        <w:rPr>
          <w:rFonts w:ascii="Gentium Plus" w:hAnsi="Gentium Plus"/>
          <w:sz w:val="24"/>
        </w:rPr>
        <w:t>φιλοπαιγμονέστατον γὰρ τὸ ζῶον. Διασαλακώνισον. διαγαυρίασον. Ἀριστοφάνης· τρυφερόν τι διασαλακώνισον. σαλάκωνας γὰρ ἐκάλουν τοὺς διαθρυπτομένους, ἀπὸ τοῦ σαλοῦσθαι, ὅ ἐστιν ἁβρῶς βαίνειν καὶ</w:t>
      </w:r>
    </w:p>
    <w:p>
      <w:r>
        <w:rPr>
          <w:rFonts w:ascii="Courier New" w:hAnsi="Courier New"/>
          <w:color w:val="555555"/>
          <w:sz w:val="20"/>
        </w:rPr>
        <w:t>[15]</w:t>
      </w:r>
    </w:p>
    <w:p>
      <w:r>
        <w:rPr>
          <w:rFonts w:ascii="Gentium Plus" w:hAnsi="Gentium Plus"/>
          <w:sz w:val="24"/>
        </w:rPr>
        <w:t>οἱονεὶ σείεσθαι, παρὰ τὸν σάλον. Διαῤῥικνοῦσθαι. τὸ τὴν ὀσφὺν φορτικῶς περιά‐ γειν. Κράτης· ξίφιζε καὶ σπάδιζε καὶ διαῤ‐ ῥίκνου. *Διαφυλάξας. διαλαβών.*</w:t>
      </w:r>
    </w:p>
    <w:p>
      <w:r>
        <w:rPr>
          <w:rFonts w:ascii="Courier New" w:hAnsi="Courier New"/>
          <w:color w:val="555555"/>
          <w:sz w:val="20"/>
        </w:rPr>
        <w:t>[20]</w:t>
      </w:r>
    </w:p>
    <w:p>
      <w:r>
        <w:rPr>
          <w:rFonts w:ascii="Gentium Plus" w:hAnsi="Gentium Plus"/>
          <w:sz w:val="24"/>
        </w:rPr>
        <w:t>Διασκανδικίσας. σκάνδικας πιπράσκων· σκάν‐</w:t>
      </w:r>
    </w:p>
    <w:p>
      <w:r>
        <w:rPr>
          <w:rFonts w:ascii="Courier New" w:hAnsi="Courier New"/>
          <w:color w:val="555555"/>
          <w:sz w:val="20"/>
        </w:rPr>
        <w:t>[delta 530]</w:t>
      </w:r>
    </w:p>
    <w:p>
      <w:r>
        <w:rPr>
          <w:rFonts w:ascii="Gentium Plus" w:hAnsi="Gentium Plus"/>
          <w:sz w:val="24"/>
        </w:rPr>
        <w:t>Διαψαίρουσι. διαπνέουσι. ψαίρειν γὰρ τὸ πνεῖν οἱ ναυτικοὶ λέγουσι. Διαλαβών. προκατασχών. ὁ δὲ διαλαβὼν τὰς ὁδοὺς φυλακαῖς.</w:t>
      </w:r>
    </w:p>
    <w:p>
      <w:r>
        <w:rPr>
          <w:rFonts w:ascii="Courier New" w:hAnsi="Courier New"/>
          <w:color w:val="555555"/>
          <w:sz w:val="20"/>
        </w:rPr>
        <w:t>[5]</w:t>
      </w:r>
    </w:p>
    <w:p>
      <w:r>
        <w:rPr>
          <w:rFonts w:ascii="Gentium Plus" w:hAnsi="Gentium Plus"/>
          <w:sz w:val="24"/>
        </w:rPr>
        <w:t>Διαλαγχάνειν. διαμερίζεσθαι, διακληροῦσθαι. Διαλαμβάνει. ὑπονοεῖται. ἡ δὲ εὐμηχάνως δια‐ λαμβάνει. Διαλαμβάνων. ὑπομνηματίζων, συγγράφων. Διαλέγεσθαι. τὸ συνουσιάζειν.</w:t>
      </w:r>
    </w:p>
    <w:p>
      <w:r>
        <w:rPr>
          <w:rFonts w:ascii="Courier New" w:hAnsi="Courier New"/>
          <w:color w:val="555555"/>
          <w:sz w:val="20"/>
        </w:rPr>
        <w:t>[10]</w:t>
      </w:r>
    </w:p>
    <w:p>
      <w:r>
        <w:rPr>
          <w:rFonts w:ascii="Gentium Plus" w:hAnsi="Gentium Plus"/>
          <w:sz w:val="24"/>
        </w:rPr>
        <w:t>Διαλέγουσαν. τὴν οἰκοδομοῦσαν. λέγειν γὰρ τὸ οἰκοδομεῖν. Διαλέγου. διορύττου. οὕτως Θουκυδίδης. Διαλέγοιντο. ὁμιλοῖεν. διαλέγοιντο γυναιξί. καὶ τὸ συνουσιάζειν.</w:t>
      </w:r>
    </w:p>
    <w:p>
      <w:r>
        <w:rPr>
          <w:rFonts w:ascii="Courier New" w:hAnsi="Courier New"/>
          <w:color w:val="555555"/>
          <w:sz w:val="20"/>
        </w:rPr>
        <w:t>[15]</w:t>
      </w:r>
    </w:p>
    <w:p>
      <w:r>
        <w:rPr>
          <w:rFonts w:ascii="Gentium Plus" w:hAnsi="Gentium Plus"/>
          <w:sz w:val="24"/>
        </w:rPr>
        <w:t>Διαλεπτολογοῦμαι. διαλέγομαι. Διαμαρτυρεῖν. τὸ προλέγειν τῆς ἀπειθείας τὴν τιμωρίαν, καὶ τῆς εὐπειθείας τὴν ὠφέλειαν. Διαμάρτυραι. βεβαίωσαι. Διαμαρτύρομαί σοι. ἀντὶ τοῦ βεβαιώσω. ἐπὶ</w:t>
      </w:r>
    </w:p>
    <w:p>
      <w:r>
        <w:rPr>
          <w:rFonts w:ascii="Courier New" w:hAnsi="Courier New"/>
          <w:color w:val="555555"/>
          <w:sz w:val="20"/>
        </w:rPr>
        <w:t>[20]</w:t>
      </w:r>
    </w:p>
    <w:p>
      <w:r>
        <w:rPr>
          <w:rFonts w:ascii="Gentium Plus" w:hAnsi="Gentium Plus"/>
          <w:sz w:val="24"/>
        </w:rPr>
        <w:t>μέλλοντος μέγα, ἐπὶ δὲ τοῦ ἐνεστῶτος μικρὸν,</w:t>
      </w:r>
    </w:p>
    <w:p>
      <w:r>
        <w:rPr>
          <w:rFonts w:ascii="Courier New" w:hAnsi="Courier New"/>
          <w:color w:val="555555"/>
          <w:sz w:val="20"/>
        </w:rPr>
        <w:t>[delta 531]</w:t>
      </w:r>
    </w:p>
    <w:p>
      <w:r>
        <w:rPr>
          <w:rFonts w:ascii="Gentium Plus" w:hAnsi="Gentium Plus"/>
          <w:sz w:val="24"/>
        </w:rPr>
        <w:t>ὡς τό· ἄκουσον λαός μου καὶ λαλήσω σοι [Ἰσραὴλ καὶ διαμαρτύρομαί σοι.] Διαμαρτυρομένους. προλέγοντας, ἀποτρέποντας. ἀπέστειλαν πρεσβευτὰς διαμαρτυρομένους μήτε</w:t>
      </w:r>
    </w:p>
    <w:p>
      <w:r>
        <w:rPr>
          <w:rFonts w:ascii="Courier New" w:hAnsi="Courier New"/>
          <w:color w:val="555555"/>
          <w:sz w:val="20"/>
        </w:rPr>
        <w:t>[5]</w:t>
      </w:r>
    </w:p>
    <w:p>
      <w:r>
        <w:rPr>
          <w:rFonts w:ascii="Gentium Plus" w:hAnsi="Gentium Plus"/>
          <w:sz w:val="24"/>
        </w:rPr>
        <w:t>τὴν πόλιν αἰκίζειν. Διαμαρτύρασθαι. βεβαιῶσαι. ἐβουλήθησαν δὲ καὶ διαμαρτύρασθαι τοιοῦτον τρόπον τινά. Διαμέλλει. ἀναβολῇ χρῆται. καὶ μὴ πάνυ πι‐ στεύσας διημέλλησεν.</w:t>
      </w:r>
    </w:p>
    <w:p>
      <w:r>
        <w:rPr>
          <w:rFonts w:ascii="Courier New" w:hAnsi="Courier New"/>
          <w:color w:val="555555"/>
          <w:sz w:val="20"/>
        </w:rPr>
        <w:t>[10]</w:t>
      </w:r>
    </w:p>
    <w:p>
      <w:r>
        <w:rPr>
          <w:rFonts w:ascii="Gentium Plus" w:hAnsi="Gentium Plus"/>
          <w:sz w:val="24"/>
        </w:rPr>
        <w:t>Διαμησάμενος. διορύξας. διαμησάμενος πᾶσαν τὴν τοῦ Ὀλύμπου ἄμμον. Διαμῆσαι. διακόψαι. Διαμοιρωμένη. διαιροῦσα καὶ μερίζουσα. ἢ τὰς μοίρας μεμφομένη.</w:t>
      </w:r>
    </w:p>
    <w:p>
      <w:r>
        <w:rPr>
          <w:rFonts w:ascii="Courier New" w:hAnsi="Courier New"/>
          <w:color w:val="555555"/>
          <w:sz w:val="20"/>
        </w:rPr>
        <w:t>[15]</w:t>
      </w:r>
    </w:p>
    <w:p>
      <w:r>
        <w:rPr>
          <w:rFonts w:ascii="Gentium Plus" w:hAnsi="Gentium Plus"/>
          <w:sz w:val="24"/>
        </w:rPr>
        <w:t>Διαμυδαίνεται. ἀντὶ τοῦ πηδᾷ. [καὶ] διαῤῥεῖ καὶ διηθεῖ. Διανενεύκαμεν. ἀντὶ τοῦ ἐπεραιώθημεν. Διανεῦσαι. διακολυμβῆσαι. διανεῦσαι ἐθελή‐ σαντες ἐβαπτίζοντο ὑπὸ τῆς πανοπλίας.</w:t>
      </w:r>
    </w:p>
    <w:p>
      <w:r>
        <w:rPr>
          <w:rFonts w:ascii="Courier New" w:hAnsi="Courier New"/>
          <w:color w:val="555555"/>
          <w:sz w:val="20"/>
        </w:rPr>
        <w:t>[20]</w:t>
      </w:r>
    </w:p>
    <w:p>
      <w:r>
        <w:rPr>
          <w:rFonts w:ascii="Gentium Plus" w:hAnsi="Gentium Plus"/>
          <w:sz w:val="24"/>
        </w:rPr>
        <w:t>Διαξαίνειν. *διαμαστίζειν,* ἀναιρεῖν, διακό‐</w:t>
      </w:r>
    </w:p>
    <w:p>
      <w:r>
        <w:rPr>
          <w:rFonts w:ascii="Courier New" w:hAnsi="Courier New"/>
          <w:color w:val="555555"/>
          <w:sz w:val="20"/>
        </w:rPr>
        <w:t>[delta 532]</w:t>
      </w:r>
    </w:p>
    <w:p>
      <w:r>
        <w:rPr>
          <w:rFonts w:ascii="Gentium Plus" w:hAnsi="Gentium Plus"/>
          <w:sz w:val="24"/>
        </w:rPr>
        <w:t>Διαξείνω. διαλύω. ἐπὶ ταῖς ἀρχαῖς διαξείνω. τῶν γὰρ ἐρίων οἱ μαλλοὶ ἔχουσι τὰς κορυφὰς καὶ τὰς ἀρχὰς πεπιλημένας.</w:t>
      </w:r>
    </w:p>
    <w:p>
      <w:r>
        <w:rPr>
          <w:rFonts w:ascii="Courier New" w:hAnsi="Courier New"/>
          <w:color w:val="555555"/>
          <w:sz w:val="20"/>
        </w:rPr>
        <w:t>[5]</w:t>
      </w:r>
    </w:p>
    <w:p>
      <w:r>
        <w:rPr>
          <w:rFonts w:ascii="Gentium Plus" w:hAnsi="Gentium Plus"/>
          <w:sz w:val="24"/>
        </w:rPr>
        <w:t>Διαπαρθενεῦσαι. μιγῆναι παρθένῳ. Διαπατταλευθήσῃ χαμαί. τὸ διερευνᾷν καὶ ζητεῖν ἐπιμελῶς. ἀπὸ τῶν τὰς βύρσας διατει‐ νόντων. ἢ ἀντὶ τοῦ ἐκταθήσῃ. Διαπεπατταλευμένα. διεσφηκωμένα· ὥστε μή‐</w:t>
      </w:r>
    </w:p>
    <w:p>
      <w:r>
        <w:rPr>
          <w:rFonts w:ascii="Courier New" w:hAnsi="Courier New"/>
          <w:color w:val="555555"/>
          <w:sz w:val="20"/>
        </w:rPr>
        <w:t>[10]</w:t>
      </w:r>
    </w:p>
    <w:p>
      <w:r>
        <w:rPr>
          <w:rFonts w:ascii="Gentium Plus" w:hAnsi="Gentium Plus"/>
          <w:sz w:val="24"/>
        </w:rPr>
        <w:t>τε πάτταλον διεῖραί που διὰ πυκνότητα. δύ‐ ναται δὲ εἶναι ἀπὸ τῶν τοίχων τῶν μηκέτι πασ‐ σάλῳ τόπον ἐχόντων. Διαπεπονημένης. κατορθωθείσης. Διαπεράναντες. διακεντήσαντες.</w:t>
      </w:r>
    </w:p>
    <w:p>
      <w:r>
        <w:rPr>
          <w:rFonts w:ascii="Courier New" w:hAnsi="Courier New"/>
          <w:color w:val="555555"/>
          <w:sz w:val="20"/>
        </w:rPr>
        <w:t>[15]</w:t>
      </w:r>
    </w:p>
    <w:p>
      <w:r>
        <w:rPr>
          <w:rFonts w:ascii="Gentium Plus" w:hAnsi="Gentium Plus"/>
          <w:sz w:val="24"/>
        </w:rPr>
        <w:t>Διαπεσούσης. ἀποτυχούσης. καὶ διαπεσούσης καὶ συντελεσθείσης τῆς ἐπιβουλῆς. Διαπέσοιμι. ἀντὶ τοῦ διαμαρτήσαιμι τῆς ἐλ‐ πίδος. Διαπηνηκίσαι. ἐξαπατῆσαι. πηνήκην γὰρ οἱ</w:t>
      </w:r>
    </w:p>
    <w:p>
      <w:r>
        <w:rPr>
          <w:rFonts w:ascii="Courier New" w:hAnsi="Courier New"/>
          <w:color w:val="555555"/>
          <w:sz w:val="20"/>
        </w:rPr>
        <w:t>[20]</w:t>
      </w:r>
    </w:p>
    <w:p>
      <w:r>
        <w:rPr>
          <w:rFonts w:ascii="Gentium Plus" w:hAnsi="Gentium Plus"/>
          <w:sz w:val="24"/>
        </w:rPr>
        <w:t>ἀρχαῖοι Ἀττικοὶ τὴν τῶν τριχῶν περιθέτην</w:t>
      </w:r>
    </w:p>
    <w:p>
      <w:r>
        <w:rPr>
          <w:rFonts w:ascii="Courier New" w:hAnsi="Courier New"/>
          <w:color w:val="555555"/>
          <w:sz w:val="20"/>
        </w:rPr>
        <w:t>[delta 533]</w:t>
      </w:r>
    </w:p>
    <w:p>
      <w:r>
        <w:rPr>
          <w:rFonts w:ascii="Gentium Plus" w:hAnsi="Gentium Plus"/>
          <w:sz w:val="24"/>
        </w:rPr>
        <w:t>ἔλεγον. καὶ τὸ φενακίσαι τινὲς λέγουσι ἀπὸ τούτου εἰρῆσθαι. Διαπλέκειν. διαποικίλλειν. διάγειν. διαπονεῖν, ἀσκεῖσθαι.</w:t>
      </w:r>
    </w:p>
    <w:p>
      <w:r>
        <w:rPr>
          <w:rFonts w:ascii="Courier New" w:hAnsi="Courier New"/>
          <w:color w:val="555555"/>
          <w:sz w:val="20"/>
        </w:rPr>
        <w:t>[5]</w:t>
      </w:r>
    </w:p>
    <w:p>
      <w:r>
        <w:rPr>
          <w:rFonts w:ascii="Gentium Plus" w:hAnsi="Gentium Plus"/>
          <w:sz w:val="24"/>
        </w:rPr>
        <w:t>Διαπραξάμενον ἐλευθερίαν. κατασκευασάμενον. Διαπρέπειν. διαφαίνεσθαι, διαφέρειν. Διαρτῆσαι. τὸ ἐξαπατῆσαι. οὕτως Μένανδρος. Διαρτίσαι δὲ, τὸ ἀναπλάσαι, ι. Διαρτῶ. κρεμῶ.</w:t>
      </w:r>
    </w:p>
    <w:p>
      <w:r>
        <w:rPr>
          <w:rFonts w:ascii="Courier New" w:hAnsi="Courier New"/>
          <w:color w:val="555555"/>
          <w:sz w:val="20"/>
        </w:rPr>
        <w:t>[10]</w:t>
      </w:r>
    </w:p>
    <w:p>
      <w:r>
        <w:rPr>
          <w:rFonts w:ascii="Gentium Plus" w:hAnsi="Gentium Plus"/>
          <w:sz w:val="24"/>
        </w:rPr>
        <w:t>Διαρτίζεται. ὁρμᾷ. Διασαφηνίζειν. τὸ τῇ γλώσσῃ ἀκριβοῦν. Διασήθειν. διαξύειν, ἀπαλείφειν, παράπτε‐ σθαι, ἢ τὸ κοσκινίζειν. Διασμώμενος. ἐρευνῶν.</w:t>
      </w:r>
    </w:p>
    <w:p>
      <w:r>
        <w:rPr>
          <w:rFonts w:ascii="Courier New" w:hAnsi="Courier New"/>
          <w:color w:val="555555"/>
          <w:sz w:val="20"/>
        </w:rPr>
        <w:t>[15]</w:t>
      </w:r>
    </w:p>
    <w:p>
      <w:r>
        <w:rPr>
          <w:rFonts w:ascii="Gentium Plus" w:hAnsi="Gentium Plus"/>
          <w:sz w:val="24"/>
        </w:rPr>
        <w:t>Διασπαθᾷν. ἀφειδῶς δαπανᾷν. Διαστελλόμενος. διαχωριζόμενος. Διαστῆσαι. ἀντὶ τοῦ διαταράξαι καὶ οἷον ἀδύ‐ νατον ποιῆσαι. Διαστήτην. διεχωρίσθησαν. δεύτερος ἀόριστος</w:t>
      </w:r>
    </w:p>
    <w:p>
      <w:r>
        <w:rPr>
          <w:rFonts w:ascii="Courier New" w:hAnsi="Courier New"/>
          <w:color w:val="555555"/>
          <w:sz w:val="20"/>
        </w:rPr>
        <w:t>[20]</w:t>
      </w:r>
    </w:p>
    <w:p>
      <w:r>
        <w:rPr>
          <w:rFonts w:ascii="Gentium Plus" w:hAnsi="Gentium Plus"/>
          <w:sz w:val="24"/>
        </w:rPr>
        <w:t>τῶν εἰς μι ἐστὶ καὶ τὸ τρίτον τῶν δυϊκῶν, ἔστην [καὶ διαστήτην.] Ὅμηρος· ἐξ οὗ δὴ τὰ πρῶτα διαστήτην—. Διαταφρεύει. διασκάπτει. Διατρέχοντες. οἱ διάττοντες ἀστέρες. οἱ ἀπο‐</w:t>
      </w:r>
    </w:p>
    <w:p>
      <w:r>
        <w:rPr>
          <w:rFonts w:ascii="Courier New" w:hAnsi="Courier New"/>
          <w:color w:val="555555"/>
          <w:sz w:val="20"/>
        </w:rPr>
        <w:t>[25]</w:t>
      </w:r>
    </w:p>
    <w:p>
      <w:r>
        <w:rPr>
          <w:rFonts w:ascii="Gentium Plus" w:hAnsi="Gentium Plus"/>
          <w:sz w:val="24"/>
        </w:rPr>
        <w:t>σπινθηρίζοντες.</w:t>
      </w:r>
    </w:p>
    <w:p>
      <w:r>
        <w:rPr>
          <w:rFonts w:ascii="Courier New" w:hAnsi="Courier New"/>
          <w:color w:val="555555"/>
          <w:sz w:val="20"/>
        </w:rPr>
        <w:t>[delta 534]</w:t>
      </w:r>
    </w:p>
    <w:p>
      <w:r>
        <w:rPr>
          <w:rFonts w:ascii="Gentium Plus" w:hAnsi="Gentium Plus"/>
          <w:sz w:val="24"/>
        </w:rPr>
        <w:t>Διατοιχεῖ. ἀντὶ τοῦ ποτὲ μὲν ἐπὶ τοῦ δεξιοῦ τοῦ τοίχου τοῦ πλοίου, ποτὲ δὲ ἐπὶ τοῦ ἀρι‐ στεροῦ γίνεται. Διατυπῶν. ἐπὶ τὸ βέλτιον διατιθέμενος. διατυ‐</w:t>
      </w:r>
    </w:p>
    <w:p>
      <w:r>
        <w:rPr>
          <w:rFonts w:ascii="Courier New" w:hAnsi="Courier New"/>
          <w:color w:val="555555"/>
          <w:sz w:val="20"/>
        </w:rPr>
        <w:t>[5]</w:t>
      </w:r>
    </w:p>
    <w:p>
      <w:r>
        <w:rPr>
          <w:rFonts w:ascii="Gentium Plus" w:hAnsi="Gentium Plus"/>
          <w:sz w:val="24"/>
        </w:rPr>
        <w:t>πῶν τὸ ἀτύπωτον καὶ μεταπλάττων πρὸς εὐ‐ σχημοσύνην τὸ ἄτακτον. Διαυλίζων. βαθύνων, ἢ μηκύνων. Διαυλωνίζειν. τὸ διὰ στενοῦ ῥεῖν. Διαυχενίζεσθαι. ὑψοῦ αὐχένα ἔχειν. καὶ διαυ‐</w:t>
      </w:r>
    </w:p>
    <w:p>
      <w:r>
        <w:rPr>
          <w:rFonts w:ascii="Courier New" w:hAnsi="Courier New"/>
          <w:color w:val="555555"/>
          <w:sz w:val="20"/>
        </w:rPr>
        <w:t>[10]</w:t>
      </w:r>
    </w:p>
    <w:p>
      <w:r>
        <w:rPr>
          <w:rFonts w:ascii="Gentium Plus" w:hAnsi="Gentium Plus"/>
          <w:sz w:val="24"/>
        </w:rPr>
        <w:t>χενίζεσθαι πρὸς τὸ ἀγέρωχον ταῖς μελέταις ἐξεκάλει. *Δινεύεσθαι. κύκλῳ πέτεσθαι.* Διαφέρεσθαι. ἐρίζειν, φιλονεικεῖν. οἰηθεῖσα οἱ διαφέρεσθαι προσπαίζεσθαι ἄλλως.</w:t>
      </w:r>
    </w:p>
    <w:p>
      <w:r>
        <w:rPr>
          <w:rFonts w:ascii="Courier New" w:hAnsi="Courier New"/>
          <w:color w:val="555555"/>
          <w:sz w:val="20"/>
        </w:rPr>
        <w:t>[15]</w:t>
      </w:r>
    </w:p>
    <w:p>
      <w:r>
        <w:rPr>
          <w:rFonts w:ascii="Gentium Plus" w:hAnsi="Gentium Plus"/>
          <w:sz w:val="24"/>
        </w:rPr>
        <w:t>Διαφέρων. παρασκευάζων. παρέργως τὰ πρότε‐ ρα τὸν πόλεμον διαφέρων Ἰουστινιανός. Διαφερόντων. ἀντὶ τοῦ ἐπιλέκτων. καὶ πλῆθος ἀνθρώπων διαφερόντων εἰς αὐτὸν ἠθροῖσθαι. Διαφερούσῃ. πληθυούσῃ. ὁ δὲ ἐστρατοπέδευσε</w:t>
      </w:r>
    </w:p>
    <w:p>
      <w:r>
        <w:rPr>
          <w:rFonts w:ascii="Courier New" w:hAnsi="Courier New"/>
          <w:color w:val="555555"/>
          <w:sz w:val="20"/>
        </w:rPr>
        <w:t>[20]</w:t>
      </w:r>
    </w:p>
    <w:p>
      <w:r>
        <w:rPr>
          <w:rFonts w:ascii="Gentium Plus" w:hAnsi="Gentium Plus"/>
          <w:sz w:val="24"/>
        </w:rPr>
        <w:t>ἐν χώρᾳ πάντα τὰ γενήματα διαφερούσῃ. Διαφεῖναι. διαλῦσαι. Διαφείς. ἀντὶ τοῦ ἀπολύσας, ὁρίσας ὁ δὲ δια‐ φεὶς τοὺς ἡγεμόνας ἐκίνει τὴν πρωτοπορείαν. *Διακρίνων. ἐξετάζων, ἐννοῶν. καὶ ὁ Ἀπόστο‐</w:t>
      </w:r>
    </w:p>
    <w:p>
      <w:r>
        <w:rPr>
          <w:rFonts w:ascii="Courier New" w:hAnsi="Courier New"/>
          <w:color w:val="555555"/>
          <w:sz w:val="20"/>
        </w:rPr>
        <w:t>[25]</w:t>
      </w:r>
    </w:p>
    <w:p>
      <w:r>
        <w:rPr>
          <w:rFonts w:ascii="Gentium Plus" w:hAnsi="Gentium Plus"/>
          <w:sz w:val="24"/>
        </w:rPr>
        <w:t>λος· μὴ διακρίνων τὸ σῶμα τοῦ κυρίου.*</w:t>
      </w:r>
    </w:p>
    <w:p>
      <w:r>
        <w:rPr>
          <w:rFonts w:ascii="Courier New" w:hAnsi="Courier New"/>
          <w:color w:val="555555"/>
          <w:sz w:val="20"/>
        </w:rPr>
        <w:t>[delta 535]</w:t>
      </w:r>
    </w:p>
    <w:p>
      <w:r>
        <w:rPr>
          <w:rFonts w:ascii="Gentium Plus" w:hAnsi="Gentium Plus"/>
          <w:sz w:val="24"/>
        </w:rPr>
        <w:t>Διεκρίνομεν. κατεγινώσκομεν. εἰ γὰρ ἑαυτοὺς διε‐ κρίνομεν, οὐκ ἂν ἐκρινόμεθα. Διαταγείς. διακομισθεὶς καὶ ἐπιταγείς. ὁ Ἀπό‐ στολος· διαταγεὶς δι’ ἀγγέλων ἐν χειρὶ με‐</w:t>
      </w:r>
    </w:p>
    <w:p>
      <w:r>
        <w:rPr>
          <w:rFonts w:ascii="Courier New" w:hAnsi="Courier New"/>
          <w:color w:val="555555"/>
          <w:sz w:val="20"/>
        </w:rPr>
        <w:t>[5]</w:t>
      </w:r>
    </w:p>
    <w:p>
      <w:r>
        <w:rPr>
          <w:rFonts w:ascii="Gentium Plus" w:hAnsi="Gentium Plus"/>
          <w:sz w:val="24"/>
        </w:rPr>
        <w:t>σίτου. τουτέστι διὰ μέσων ἀγγέλων. Διαῤῥήδην. φανερῶς. Διαρκεῖ. δαψιλῶς, ἀρκούντως. Διαβραχέος. ἐνσυντόμως. βραχέως δὲ, μέγα. Διακενῆς. ματαίας· ἄνευ τινὸς προφάσεως.</w:t>
      </w:r>
    </w:p>
    <w:p>
      <w:r>
        <w:rPr>
          <w:rFonts w:ascii="Courier New" w:hAnsi="Courier New"/>
          <w:color w:val="555555"/>
          <w:sz w:val="20"/>
        </w:rPr>
        <w:t>[10]</w:t>
      </w:r>
    </w:p>
    <w:p>
      <w:r>
        <w:rPr>
          <w:rFonts w:ascii="Gentium Plus" w:hAnsi="Gentium Plus"/>
          <w:sz w:val="24"/>
        </w:rPr>
        <w:t>Διακριδόν. διακεχωρισμένως. Διαμπερές. διαμπὰξ, διόλου. παρὰ τὸ πέρας, καὶ διαπέρας, καὶ πλεονασμῷ τοῦ μ καὶ μετα‐ θέσει τοῦ α εἰς ε διαμπερές. τουτέστι τὸ ἀπαρ‐ χῆς μέχρι τέλους. καὶ ἐπὶ οὐδετέρου γράφεται.</w:t>
      </w:r>
    </w:p>
    <w:p>
      <w:r>
        <w:rPr>
          <w:rFonts w:ascii="Courier New" w:hAnsi="Courier New"/>
          <w:color w:val="555555"/>
          <w:sz w:val="20"/>
        </w:rPr>
        <w:t>[15]</w:t>
      </w:r>
    </w:p>
    <w:p>
      <w:r>
        <w:rPr>
          <w:rFonts w:ascii="Gentium Plus" w:hAnsi="Gentium Plus"/>
          <w:sz w:val="24"/>
        </w:rPr>
        <w:t>Διαμπάξ. διόλου. Διακεκρυμένως. διακεχωρισμένως. Διαφερόντως. ἐξαιρετέως. Διαφανῶς. σαφῶς ἢ συμφώνως. *Διεσμιλευμένος. ἠκριβωμένος.*</w:t>
      </w:r>
    </w:p>
    <w:p>
      <w:r>
        <w:rPr>
          <w:rFonts w:ascii="Courier New" w:hAnsi="Courier New"/>
          <w:color w:val="555555"/>
          <w:sz w:val="20"/>
        </w:rPr>
        <w:t>[20]</w:t>
      </w:r>
    </w:p>
    <w:p>
      <w:r>
        <w:rPr>
          <w:rFonts w:ascii="Gentium Plus" w:hAnsi="Gentium Plus"/>
          <w:sz w:val="24"/>
        </w:rPr>
        <w:t>Διαφορηθῶ. διασπασθῶ. καὶ διαφορηθῆναι. Διαφορήσει. διάφορος γένηται.</w:t>
      </w:r>
    </w:p>
    <w:p>
      <w:r>
        <w:rPr>
          <w:rFonts w:ascii="Courier New" w:hAnsi="Courier New"/>
          <w:color w:val="555555"/>
          <w:sz w:val="20"/>
        </w:rPr>
        <w:t>[delta 536]</w:t>
      </w:r>
    </w:p>
    <w:p>
      <w:r>
        <w:rPr>
          <w:rFonts w:ascii="Gentium Plus" w:hAnsi="Gentium Plus"/>
          <w:sz w:val="24"/>
        </w:rPr>
        <w:t>τῆς κρόκης ὑπὸ τῶν ἀλεκτρυόνων. Ἀῤῥιανός· τοὺς ἵππους ἀνασοβηθέντας διαφορῆσαι αὐτόν. Διαφρήσετε. διαφορήσετε, διαπέμψετε. Διαφρυκτοῦν. διαψηφίζειν, ἢ διακληροῦν. τὸν</w:t>
      </w:r>
    </w:p>
    <w:p>
      <w:r>
        <w:rPr>
          <w:rFonts w:ascii="Courier New" w:hAnsi="Courier New"/>
          <w:color w:val="555555"/>
          <w:sz w:val="20"/>
        </w:rPr>
        <w:t>[5]</w:t>
      </w:r>
    </w:p>
    <w:p>
      <w:r>
        <w:rPr>
          <w:rFonts w:ascii="Gentium Plus" w:hAnsi="Gentium Plus"/>
          <w:sz w:val="24"/>
        </w:rPr>
        <w:t>γὰρ κύαμον ἐκάλουν φρυκτόν. εἴρηται ἀπὸ τῶν κυάμων, δι’ ὧν τὸ παλαιὸν ἐψηφίζοντο. ὕστερον γὰρ ψήφοις ἐχρήσαντο. Διαφημίζω. ἀεὶ ..... Διαφθονούμενος. ὁ δὲ διαφθονούμενος Ζήνωνι,</w:t>
      </w:r>
    </w:p>
    <w:p>
      <w:r>
        <w:rPr>
          <w:rFonts w:ascii="Courier New" w:hAnsi="Courier New"/>
          <w:color w:val="555555"/>
          <w:sz w:val="20"/>
        </w:rPr>
        <w:t>[10]</w:t>
      </w:r>
    </w:p>
    <w:p>
      <w:r>
        <w:rPr>
          <w:rFonts w:ascii="Gentium Plus" w:hAnsi="Gentium Plus"/>
          <w:sz w:val="24"/>
        </w:rPr>
        <w:t>ἐν ἡσυχίᾳ ἔμενε. Διαψαλάττεσθαι. τὸ διαστέλλεσθαι εἰς ἔρευ‐ ναν. τὸ γὰρ ἀψάλακτον, ἄθικτον. οὕτως Κράτης. Διαψᾷν. διορύττειν, διασκαλεύειν. κελεῦσαι πάν‐ τας διαψᾷν τὴν ἄμμον, καὶ ποιεῖν βοθύνους</w:t>
      </w:r>
    </w:p>
    <w:p>
      <w:r>
        <w:rPr>
          <w:rFonts w:ascii="Courier New" w:hAnsi="Courier New"/>
          <w:color w:val="555555"/>
          <w:sz w:val="20"/>
        </w:rPr>
        <w:t>[15]</w:t>
      </w:r>
    </w:p>
    <w:p>
      <w:r>
        <w:rPr>
          <w:rFonts w:ascii="Gentium Plus" w:hAnsi="Gentium Plus"/>
          <w:sz w:val="24"/>
        </w:rPr>
        <w:t>εὐμεγέθεις. καὶ διαψᾷν ἀντὶ τοῦ ὁμαλίζειν. Διαψεύδονται. ἐκπίπτουσιν, ἀποτυγχάνουσι. διὸ τοῦ μὲν καλοῦ διαψεύδονται. Διαψαίρουσα. Τιμόθεος τὴν ἐκλυομένην καὶ καταῤῥέουσαν. σημαίνει δὲ τὴν ἠρεμαίαν κίνη‐</w:t>
      </w:r>
    </w:p>
    <w:p>
      <w:r>
        <w:rPr>
          <w:rFonts w:ascii="Courier New" w:hAnsi="Courier New"/>
          <w:color w:val="555555"/>
          <w:sz w:val="20"/>
        </w:rPr>
        <w:t>[20]</w:t>
      </w:r>
    </w:p>
    <w:p>
      <w:r>
        <w:rPr>
          <w:rFonts w:ascii="Gentium Plus" w:hAnsi="Gentium Plus"/>
          <w:sz w:val="24"/>
        </w:rPr>
        <w:t>σιν. Εὐριπίδης ἐπὶ τοῦ καθαίρειν κέχρηται τῇ λέξει, οἷον·</w:t>
      </w:r>
    </w:p>
    <w:p>
      <w:r>
        <w:rPr>
          <w:rFonts w:ascii="Courier New" w:hAnsi="Courier New"/>
          <w:color w:val="555555"/>
          <w:sz w:val="20"/>
        </w:rPr>
        <w:t>[delta 537]</w:t>
      </w:r>
    </w:p>
    <w:p>
      <w:r>
        <w:rPr>
          <w:rFonts w:ascii="Gentium Plus" w:hAnsi="Gentium Plus"/>
          <w:sz w:val="24"/>
        </w:rPr>
        <w:t>Διαρθρουμένων. ὅ ἐστι διατρανουμένων. Διακωδωνισθέντες. ἤτοι διαφημισθέντες. ὡς ἐπὶ τὸ πλεῖστον δὲ λέγεται ἐπὶ τῶν διαπαιζο‐ μένων. [τέτακται καὶ ἐπὶ τοῦ διαπειρασθέντες.]</w:t>
      </w:r>
    </w:p>
    <w:p>
      <w:r>
        <w:rPr>
          <w:rFonts w:ascii="Courier New" w:hAnsi="Courier New"/>
          <w:color w:val="555555"/>
          <w:sz w:val="20"/>
        </w:rPr>
        <w:t>[5]</w:t>
      </w:r>
    </w:p>
    <w:p>
      <w:r>
        <w:rPr>
          <w:rFonts w:ascii="Gentium Plus" w:hAnsi="Gentium Plus"/>
          <w:sz w:val="24"/>
        </w:rPr>
        <w:t>οὕτως Λυσίας ὁ ῥήτωρ. ἀπὸ δὲ τῶν ἵππων με‐ τενήνεκται. εἰώθεισαν γὰρ οὕτω δοκιμάζειν τοὺς γενναίους ἵππους, εἰ μὴ καταπλήσσονται τὸν ἐν πολέμῳ θόρυβον, τοὺς κώδωνας ψοφοῦντες. Διαπορθμεύειν. διακομίζειν.</w:t>
      </w:r>
    </w:p>
    <w:p>
      <w:r>
        <w:rPr>
          <w:rFonts w:ascii="Courier New" w:hAnsi="Courier New"/>
          <w:color w:val="555555"/>
          <w:sz w:val="20"/>
        </w:rPr>
        <w:t>[10]</w:t>
      </w:r>
    </w:p>
    <w:p>
      <w:r>
        <w:rPr>
          <w:rFonts w:ascii="Gentium Plus" w:hAnsi="Gentium Plus"/>
          <w:sz w:val="24"/>
        </w:rPr>
        <w:t>Διαβιβάζειν. διαπερᾷν. Διαφέρει. ὑπερέχει. Διαφερόμενος. ἀμφιβάλλων. Διαθήσει. τιμωρήσεται, κολάσει. Διακρούεσθαι. ἐξωθεῖν ἢ ὑπερτίθεσθαι.</w:t>
      </w:r>
    </w:p>
    <w:p>
      <w:r>
        <w:rPr>
          <w:rFonts w:ascii="Courier New" w:hAnsi="Courier New"/>
          <w:color w:val="555555"/>
          <w:sz w:val="20"/>
        </w:rPr>
        <w:t>[15]</w:t>
      </w:r>
    </w:p>
    <w:p>
      <w:r>
        <w:rPr>
          <w:rFonts w:ascii="Gentium Plus" w:hAnsi="Gentium Plus"/>
          <w:sz w:val="24"/>
        </w:rPr>
        <w:t>Διατείνεσθαι. φιλονεικεῖν. ἢ διαβεβαιοῦσθαι. Διάττουσι. διατρέχουσιν. ἄττω γὰρ τὸ ὁρμῶ. Διαττᾷν. σημαίνει ἡ λέξις διασήθειν. γέγονεν ἀπὸ τοῦ σῶ ῥήματος, ἔνθεν καὶ τὸ σήθω, ὡς ἀπὸ τοῦ κνῶ, κνήθω, καὶ νῶ, νήθω. διασσᾷν</w:t>
      </w:r>
    </w:p>
    <w:p>
      <w:r>
        <w:rPr>
          <w:rFonts w:ascii="Courier New" w:hAnsi="Courier New"/>
          <w:color w:val="555555"/>
          <w:sz w:val="20"/>
        </w:rPr>
        <w:t>[20]</w:t>
      </w:r>
    </w:p>
    <w:p>
      <w:r>
        <w:rPr>
          <w:rFonts w:ascii="Gentium Plus" w:hAnsi="Gentium Plus"/>
          <w:sz w:val="24"/>
        </w:rPr>
        <w:t>οὖν ἦν. καὶ διαττᾷν ἀττικῶς.</w:t>
      </w:r>
    </w:p>
    <w:p>
      <w:r>
        <w:rPr>
          <w:rFonts w:ascii="Courier New" w:hAnsi="Courier New"/>
          <w:color w:val="555555"/>
          <w:sz w:val="20"/>
        </w:rPr>
        <w:t>[delta 538]</w:t>
      </w:r>
    </w:p>
    <w:p>
      <w:r>
        <w:rPr>
          <w:rFonts w:ascii="Gentium Plus" w:hAnsi="Gentium Plus"/>
          <w:sz w:val="24"/>
        </w:rPr>
        <w:t>Διανηξάμενοι. κολυμβήσαντες. Διαμαρτεῖν. ἀποτυχεῖν. Διαπληκτίζονται. διαμάχονται. Διαστείχοντας. διαπορευομένους.</w:t>
      </w:r>
    </w:p>
    <w:p>
      <w:r>
        <w:rPr>
          <w:rFonts w:ascii="Courier New" w:hAnsi="Courier New"/>
          <w:color w:val="555555"/>
          <w:sz w:val="20"/>
        </w:rPr>
        <w:t>[5]</w:t>
      </w:r>
    </w:p>
    <w:p>
      <w:r>
        <w:rPr>
          <w:rFonts w:ascii="Gentium Plus" w:hAnsi="Gentium Plus"/>
          <w:sz w:val="24"/>
        </w:rPr>
        <w:t>Διαφωνοῦντας. μὴ συμφωνοῦντας. Διαῤῥεῖν. χαυνοῦσθαι, διαχεῖσθαι. Διαθέειν. διατρέχειν. Διανεῖμαι. διαμερίσαι, διαδοῦναι. Διαπεράνας. τελειώσας.</w:t>
      </w:r>
    </w:p>
    <w:p>
      <w:r>
        <w:rPr>
          <w:rFonts w:ascii="Courier New" w:hAnsi="Courier New"/>
          <w:color w:val="555555"/>
          <w:sz w:val="20"/>
        </w:rPr>
        <w:t>[10]</w:t>
      </w:r>
    </w:p>
    <w:p>
      <w:r>
        <w:rPr>
          <w:rFonts w:ascii="Gentium Plus" w:hAnsi="Gentium Plus"/>
          <w:sz w:val="24"/>
        </w:rPr>
        <w:t>Διαπυνθάνεται. ἐρωτᾷ. Διαπείρεται. κεντᾶται, σουβλίζεται. Διακομισθῆναι. διαβασταχθῆναι. Διαδράναι. διαφυγεῖν. Διασκίδναται. σκορπίζεται, διασκεδάζεται.</w:t>
      </w:r>
    </w:p>
    <w:p>
      <w:r>
        <w:rPr>
          <w:rFonts w:ascii="Courier New" w:hAnsi="Courier New"/>
          <w:color w:val="555555"/>
          <w:sz w:val="20"/>
        </w:rPr>
        <w:t>[15]</w:t>
      </w:r>
    </w:p>
    <w:p>
      <w:r>
        <w:rPr>
          <w:rFonts w:ascii="Gentium Plus" w:hAnsi="Gentium Plus"/>
          <w:sz w:val="24"/>
        </w:rPr>
        <w:t>Διακορίζεσθαι. τὸ ἀγεννῶς βλέπειν. παρὰ τὸ διάγειν τὰς κόρας τῶν ὀφθαλμῶν, καὶ μὴ ἐπ’ εὐθείας βλέπειν. [ἢ τὸ ἀτενῶς βλέπειν, διὰ τὸ τοὺς ὀφθαλμοὺς κόρας λέγεσθαι.] Διακρινθεῖτε. ἀπὸ τοῦ διακρινθείημεν, δια‐</w:t>
      </w:r>
    </w:p>
    <w:p>
      <w:r>
        <w:rPr>
          <w:rFonts w:ascii="Courier New" w:hAnsi="Courier New"/>
          <w:color w:val="555555"/>
          <w:sz w:val="20"/>
        </w:rPr>
        <w:t>[20]</w:t>
      </w:r>
    </w:p>
    <w:p>
      <w:r>
        <w:rPr>
          <w:rFonts w:ascii="Gentium Plus" w:hAnsi="Gentium Plus"/>
          <w:sz w:val="24"/>
        </w:rPr>
        <w:t>κρινθεῖμεν, διακρινθείητε, διακρινθεῖτε.</w:t>
      </w:r>
    </w:p>
    <w:p>
      <w:r>
        <w:rPr>
          <w:rFonts w:ascii="Courier New" w:hAnsi="Courier New"/>
          <w:color w:val="555555"/>
          <w:sz w:val="20"/>
        </w:rPr>
        <w:t>[delta 539]</w:t>
      </w:r>
    </w:p>
    <w:p>
      <w:r>
        <w:rPr>
          <w:rFonts w:ascii="Gentium Plus" w:hAnsi="Gentium Plus"/>
          <w:sz w:val="24"/>
        </w:rPr>
        <w:t>Διαγεγονότος. παρελθόντος. Διαγράψαντος. τινὲς μὲν ἀντὶ τοῦ καταβα‐ λόντος καὶ καταθέντος· ἔνιοι δὲ ἀντὶ τοῦ διὰ τραπέζης ἀριθμήσαντος, ὡς λέγομεν ἐν τῇ</w:t>
      </w:r>
    </w:p>
    <w:p>
      <w:r>
        <w:rPr>
          <w:rFonts w:ascii="Courier New" w:hAnsi="Courier New"/>
          <w:color w:val="555555"/>
          <w:sz w:val="20"/>
        </w:rPr>
        <w:t>[5]</w:t>
      </w:r>
    </w:p>
    <w:p>
      <w:r>
        <w:rPr>
          <w:rFonts w:ascii="Gentium Plus" w:hAnsi="Gentium Plus"/>
          <w:sz w:val="24"/>
        </w:rPr>
        <w:t>συνηθείᾳ. Διαγράψασθαι. ἀντὶ τοῦ ἀνελέσθαι τὸ ἔγκλημα. καὶ διαγράφω σε, αἰτιατικῇ. Διάκρινε. ἀντὶ τοῦ διαχώρισον. ἀπόκριναι δὲ δι‐ φθόγγως.</w:t>
      </w:r>
    </w:p>
    <w:p>
      <w:r>
        <w:rPr>
          <w:rFonts w:ascii="Courier New" w:hAnsi="Courier New"/>
          <w:color w:val="555555"/>
          <w:sz w:val="20"/>
        </w:rPr>
        <w:t>[10]</w:t>
      </w:r>
    </w:p>
    <w:p>
      <w:r>
        <w:rPr>
          <w:rFonts w:ascii="Gentium Plus" w:hAnsi="Gentium Plus"/>
          <w:sz w:val="24"/>
        </w:rPr>
        <w:t>Διαμάρτωμεν. διαμαρτύρομαι, μικρόν. Διάνειμαι. δίφθογγον. Διάνεμε. ψιλόν. Διαπρήσει. περᾷ, ἢ καύσει. Διατερσαίνω. ξηραίνω.</w:t>
      </w:r>
    </w:p>
    <w:p>
      <w:r>
        <w:rPr>
          <w:rFonts w:ascii="Courier New" w:hAnsi="Courier New"/>
          <w:color w:val="555555"/>
          <w:sz w:val="20"/>
        </w:rPr>
        <w:t>[15]</w:t>
      </w:r>
    </w:p>
    <w:p>
      <w:r>
        <w:rPr>
          <w:rFonts w:ascii="Gentium Plus" w:hAnsi="Gentium Plus"/>
          <w:sz w:val="24"/>
        </w:rPr>
        <w:t>Διαρύττειν. διαρύειν, ἀντλεῖν. καὶ ἀρύτειν δι’ ἑνὸς τ. Διασαυλούμενος. ἁβρυνόμενος καὶ διαθρυπτό‐ μενος. ὁρῶ γὰρ ὡς ὄμφακα σαυλούμενον.</w:t>
      </w:r>
    </w:p>
    <w:p>
      <w:r>
        <w:rPr>
          <w:rFonts w:ascii="Courier New" w:hAnsi="Courier New"/>
          <w:color w:val="555555"/>
          <w:sz w:val="20"/>
        </w:rPr>
        <w:t>[20]</w:t>
      </w:r>
    </w:p>
    <w:p>
      <w:r>
        <w:rPr>
          <w:rFonts w:ascii="Gentium Plus" w:hAnsi="Gentium Plus"/>
          <w:sz w:val="24"/>
        </w:rPr>
        <w:t>παρὰ τὸ σαῦλον τὸν τρυφερὸν καὶ γαῦρον. Σι‐ μωνίδης ἐν ἰάμβοις· καὶ σαῦλα βαίνων ἵππος καὶ κορωνίτης.</w:t>
      </w:r>
    </w:p>
    <w:p>
      <w:r>
        <w:rPr>
          <w:rFonts w:ascii="Courier New" w:hAnsi="Courier New"/>
          <w:color w:val="555555"/>
          <w:sz w:val="20"/>
        </w:rPr>
        <w:t>[delta 540]</w:t>
      </w:r>
    </w:p>
    <w:p>
      <w:r>
        <w:rPr>
          <w:rFonts w:ascii="Gentium Plus" w:hAnsi="Gentium Plus"/>
          <w:sz w:val="24"/>
        </w:rPr>
        <w:t>γραμματαίας δέλτου, ὅπου αἱ δίκαι ἀνεγράφον‐ το καὶ εἰσαγωγαὶ τῶν δικῶν. Ἀριστοφάνης· ἥδομαι, ὅτι πεντετάλαντός μοι διαγέγραπται δίκη.</w:t>
      </w:r>
    </w:p>
    <w:p>
      <w:r>
        <w:rPr>
          <w:rFonts w:ascii="Courier New" w:hAnsi="Courier New"/>
          <w:color w:val="555555"/>
          <w:sz w:val="20"/>
        </w:rPr>
        <w:t>[5]</w:t>
      </w:r>
    </w:p>
    <w:p>
      <w:r>
        <w:rPr>
          <w:rFonts w:ascii="Gentium Plus" w:hAnsi="Gentium Plus"/>
          <w:sz w:val="24"/>
        </w:rPr>
        <w:t>Διαγγελλομένους. παρακελευομένους, φανερου‐ μένους. Ξενοφῶν· ἐγίνωσκον αὐτοὺς ἀπιέναι βουλομένους καὶ διαγγελλομένους. Διαγκωνισάμενος. ἐπ’ ἀγκῶνος καθίσας. Διαγορεύων. ἀντὶ τοῦ διάφορα καὶ οὐ τὰ αὐτὰ</w:t>
      </w:r>
    </w:p>
    <w:p>
      <w:r>
        <w:rPr>
          <w:rFonts w:ascii="Courier New" w:hAnsi="Courier New"/>
          <w:color w:val="555555"/>
          <w:sz w:val="20"/>
        </w:rPr>
        <w:t>[10]</w:t>
      </w:r>
    </w:p>
    <w:p>
      <w:r>
        <w:rPr>
          <w:rFonts w:ascii="Gentium Plus" w:hAnsi="Gentium Plus"/>
          <w:sz w:val="24"/>
        </w:rPr>
        <w:t>συλλέγων. οὕτως Ἰσαῖος. Διαγωνίσαντες. εὐλαβηθέντες· [διενθυμηθέν‐ τες.] Διαδιδράσκει. διαφεύγει. Διαζηλοτυπούμενοι. φθονερῶς διακείμενοι.</w:t>
      </w:r>
    </w:p>
    <w:p>
      <w:r>
        <w:rPr>
          <w:rFonts w:ascii="Courier New" w:hAnsi="Courier New"/>
          <w:color w:val="555555"/>
          <w:sz w:val="20"/>
        </w:rPr>
        <w:t>[15]</w:t>
      </w:r>
    </w:p>
    <w:p>
      <w:r>
        <w:rPr>
          <w:rFonts w:ascii="Gentium Plus" w:hAnsi="Gentium Plus"/>
          <w:sz w:val="24"/>
        </w:rPr>
        <w:t>Διαείδεται. γνωρίζεται, φαίνεται ἢ λέγεται. ἀείδω γὰρ τὸ λέγω. Διαδικασάμενος. ὀνειδίσας, διελέγξας. ὃς διαδι‐ κασάμενος αὐτῷ περὶ ἀποστασίας ἀπέκτεινεν αὐτοῦ τοὺς παῖδας.</w:t>
      </w:r>
    </w:p>
    <w:p>
      <w:r>
        <w:rPr>
          <w:rFonts w:ascii="Courier New" w:hAnsi="Courier New"/>
          <w:color w:val="555555"/>
          <w:sz w:val="20"/>
        </w:rPr>
        <w:t>[20]</w:t>
      </w:r>
    </w:p>
    <w:p>
      <w:r>
        <w:rPr>
          <w:rFonts w:ascii="Gentium Plus" w:hAnsi="Gentium Plus"/>
          <w:sz w:val="24"/>
        </w:rPr>
        <w:t>Διαμάρτῃ. ἀποτύχῃ. Διασείει. ταράσσει, διαπαίζει. Διαβαίνει. διαπερᾷ. κυρίως δὲ ἐπὶ περαιώ‐ σεως ποταμῶν λέγεται. Διαστέλλειν. ἀντὶ τοῦ ἀποστέλλειν. οἷον· ἐν</w:t>
      </w:r>
    </w:p>
    <w:p>
      <w:r>
        <w:rPr>
          <w:rFonts w:ascii="Courier New" w:hAnsi="Courier New"/>
          <w:color w:val="555555"/>
          <w:sz w:val="20"/>
        </w:rPr>
        <w:t>[25]</w:t>
      </w:r>
    </w:p>
    <w:p>
      <w:r>
        <w:rPr>
          <w:rFonts w:ascii="Gentium Plus" w:hAnsi="Gentium Plus"/>
          <w:sz w:val="24"/>
        </w:rPr>
        <w:t>τῷ διαστέλλειν τὸν ἐπουράνιον βασιλέα.</w:t>
      </w:r>
    </w:p>
    <w:p>
      <w:r>
        <w:rPr>
          <w:rFonts w:ascii="Courier New" w:hAnsi="Courier New"/>
          <w:color w:val="555555"/>
          <w:sz w:val="20"/>
        </w:rPr>
        <w:t>[delta 541]</w:t>
      </w:r>
    </w:p>
    <w:p>
      <w:r>
        <w:rPr>
          <w:rFonts w:ascii="Gentium Plus" w:hAnsi="Gentium Plus"/>
          <w:sz w:val="24"/>
        </w:rPr>
        <w:t>Διαχειρίζεται. φονεύει. Διαγορεύει. ἀναγγέλλει, θεσπίζει. Διαῤῥυῆναι. διαφθαρῆναι. Διακρίνεται. ἀμφιβάλλει, ἀπιστεῖ.</w:t>
      </w:r>
    </w:p>
    <w:p>
      <w:r>
        <w:rPr>
          <w:rFonts w:ascii="Courier New" w:hAnsi="Courier New"/>
          <w:color w:val="555555"/>
          <w:sz w:val="20"/>
        </w:rPr>
        <w:t>[5]</w:t>
      </w:r>
    </w:p>
    <w:p>
      <w:r>
        <w:rPr>
          <w:rFonts w:ascii="Gentium Plus" w:hAnsi="Gentium Plus"/>
          <w:sz w:val="24"/>
        </w:rPr>
        <w:t>Διατμῆξαι. διατεμεῖν, διακόψαι. *Διαπρυσίας. λαμπρῶς καὶ περιφανῶς.* Διαπραθέειν, διαπραθεῖν. ἀντὶ τοῦ πορθεῖν, ὡς φαγέειν, φαγεῖν. τοῦτο δὲ ἀπὸ τοῦ πέρ‐ θω τὸ πορθῶ. οἷον·</w:t>
      </w:r>
    </w:p>
    <w:p>
      <w:r>
        <w:rPr>
          <w:rFonts w:ascii="Courier New" w:hAnsi="Courier New"/>
          <w:color w:val="555555"/>
          <w:sz w:val="20"/>
        </w:rPr>
        <w:t>[10]</w:t>
      </w:r>
    </w:p>
    <w:p>
      <w:r>
        <w:rPr>
          <w:rFonts w:ascii="Gentium Plus" w:hAnsi="Gentium Plus"/>
          <w:sz w:val="24"/>
        </w:rPr>
        <w:t>ἐκπέρσαι Πριάμοιο πόλιν— ὁ δεύτερος ἀόριστος ἔπραθον, οἷον· διαπραθέειν τόδε ἄστυ. Διαφρῶ. διακομίζω. καὶ εἰσιέναι καὶ ἀφιέναι ποιῶ. εἴρηται παρὰ τὸ ὧ τὸ ἀφίημι, ὅπερ καὶ</w:t>
      </w:r>
    </w:p>
    <w:p>
      <w:r>
        <w:rPr>
          <w:rFonts w:ascii="Courier New" w:hAnsi="Courier New"/>
          <w:color w:val="555555"/>
          <w:sz w:val="20"/>
        </w:rPr>
        <w:t>[15]</w:t>
      </w:r>
    </w:p>
    <w:p>
      <w:r>
        <w:rPr>
          <w:rFonts w:ascii="Gentium Plus" w:hAnsi="Gentium Plus"/>
          <w:sz w:val="24"/>
        </w:rPr>
        <w:t>ἀφῶ λέγομεν, καὶ προῶ, καὶ κατὰ συγκοπὴν πρῶ, κατὰ δευτέραν σύνθεσιν διαφρῶ καὶ εἰσ‐ φρῶ. Ἀριστοφάνης· τῶν μηρίων τὴν κνίσσην οὐ διαφρήσεται— γέγονε δὲ ἡ τροπὴ τῆς προ, ὡς ἐν τῷ προοίμιον,</w:t>
      </w:r>
    </w:p>
    <w:p>
      <w:r>
        <w:rPr>
          <w:rFonts w:ascii="Courier New" w:hAnsi="Courier New"/>
          <w:color w:val="555555"/>
          <w:sz w:val="20"/>
        </w:rPr>
        <w:t>[20]</w:t>
      </w:r>
    </w:p>
    <w:p>
      <w:r>
        <w:rPr>
          <w:rFonts w:ascii="Gentium Plus" w:hAnsi="Gentium Plus"/>
          <w:sz w:val="24"/>
        </w:rPr>
        <w:t>[φροίμιον,] καὶ προυρὸς, φρουρός.</w:t>
      </w:r>
    </w:p>
    <w:p>
      <w:r>
        <w:rPr>
          <w:rFonts w:ascii="Courier New" w:hAnsi="Courier New"/>
          <w:color w:val="555555"/>
          <w:sz w:val="20"/>
        </w:rPr>
        <w:t>[delta 542]</w:t>
      </w:r>
    </w:p>
    <w:p>
      <w:r>
        <w:rPr>
          <w:rFonts w:ascii="Gentium Plus" w:hAnsi="Gentium Plus"/>
          <w:sz w:val="24"/>
        </w:rPr>
        <w:t>Διαρθροῦν. χωρίζειν. ἀπὸ τῶν ἐν ἡμῖν ἄρθρων ἡ μεταφορὰ τῶν τὰς ἁρμονίας χωριζόντων. Διαβασιλίζεται. τῆς βασιλείας ἀντιποιεῖται. Διαβάσκει. περιέρχεται, περιέπει.</w:t>
      </w:r>
    </w:p>
    <w:p>
      <w:r>
        <w:rPr>
          <w:rFonts w:ascii="Courier New" w:hAnsi="Courier New"/>
          <w:color w:val="555555"/>
          <w:sz w:val="20"/>
        </w:rPr>
        <w:t>[5]</w:t>
      </w:r>
    </w:p>
    <w:p>
      <w:r>
        <w:rPr>
          <w:rFonts w:ascii="Gentium Plus" w:hAnsi="Gentium Plus"/>
          <w:sz w:val="24"/>
        </w:rPr>
        <w:t>Διαβησείοντας. ἐρωτικῶς ἔχοντας διαβῆναι. ὁ δὲ πύργους ἐποίησεν ἀπερύκειν τοὺς Ῥωμαίους διαβησείοντας. Διαήσει. διαπέμψει. Διάησι. διέρχεται. οὕτως Ἡσίοδος.</w:t>
      </w:r>
    </w:p>
    <w:p>
      <w:r>
        <w:rPr>
          <w:rFonts w:ascii="Courier New" w:hAnsi="Courier New"/>
          <w:color w:val="555555"/>
          <w:sz w:val="20"/>
        </w:rPr>
        <w:t>[10]</w:t>
      </w:r>
    </w:p>
    <w:p>
      <w:r>
        <w:rPr>
          <w:rFonts w:ascii="Gentium Plus" w:hAnsi="Gentium Plus"/>
          <w:sz w:val="24"/>
        </w:rPr>
        <w:t>Διαθέσθαι. ἀποδόσθαι. ὁ δὲ Ἀντιφῶν ἀντὶ τοῦ διοικῆσαι. ὁ δὲ Ὑπερίδης καὶ Δημοσθένης ἀντὶ τοῦ συνθέσθαι. Διακέρσαι. διακόψαι. Διακλιμακίσας. διαπαλαίσας. καὶ κλιμα‐</w:t>
      </w:r>
    </w:p>
    <w:p>
      <w:r>
        <w:rPr>
          <w:rFonts w:ascii="Courier New" w:hAnsi="Courier New"/>
          <w:color w:val="555555"/>
          <w:sz w:val="20"/>
        </w:rPr>
        <w:t>[15]</w:t>
      </w:r>
    </w:p>
    <w:p>
      <w:r>
        <w:rPr>
          <w:rFonts w:ascii="Gentium Plus" w:hAnsi="Gentium Plus"/>
          <w:sz w:val="24"/>
        </w:rPr>
        <w:t>κισμὸς πάλαισμα ποιόν. Διακαυνιάσαι. κληρῶσαι. καῦνος γὰρ ὁ κλῆ‐ ρος. Διαμυλλαίνειν. Ἀριστοφάνης τὸ διαμωκᾶσθαι τοῖς χείλεσιν, ἢ τὸ ἐσθίειν καὶ διαστρέφειν τὰ</w:t>
      </w:r>
    </w:p>
    <w:p>
      <w:r>
        <w:rPr>
          <w:rFonts w:ascii="Courier New" w:hAnsi="Courier New"/>
          <w:color w:val="555555"/>
          <w:sz w:val="20"/>
        </w:rPr>
        <w:t>[20]</w:t>
      </w:r>
    </w:p>
    <w:p>
      <w:r>
        <w:rPr>
          <w:rFonts w:ascii="Gentium Plus" w:hAnsi="Gentium Plus"/>
          <w:sz w:val="24"/>
        </w:rPr>
        <w:t>χείλη. ἀπὸ τῶν μύλων. μύλα γὰρ τὰ χείλη. καὶ μύσταξ.</w:t>
      </w:r>
    </w:p>
    <w:p>
      <w:r>
        <w:rPr>
          <w:rFonts w:ascii="Courier New" w:hAnsi="Courier New"/>
          <w:color w:val="555555"/>
          <w:sz w:val="20"/>
        </w:rPr>
        <w:t>[delta 543]</w:t>
      </w:r>
    </w:p>
    <w:p>
      <w:r>
        <w:rPr>
          <w:rFonts w:ascii="Gentium Plus" w:hAnsi="Gentium Plus"/>
          <w:sz w:val="24"/>
        </w:rPr>
        <w:t>Διαίνεσθαι. βρέχεσθαι. διαίνω γὰρ τὸ βρέχω καὶ ὑγραίνω, οἷον· —δίαινε δέ μιν μέλαν ὕδωρ. παρὰ τὸν Δία. κυρίως γὰρ τὸ ἐκ Διὸς βρέχε‐</w:t>
      </w:r>
    </w:p>
    <w:p>
      <w:r>
        <w:rPr>
          <w:rFonts w:ascii="Courier New" w:hAnsi="Courier New"/>
          <w:color w:val="555555"/>
          <w:sz w:val="20"/>
        </w:rPr>
        <w:t>[5]</w:t>
      </w:r>
    </w:p>
    <w:p>
      <w:r>
        <w:rPr>
          <w:rFonts w:ascii="Gentium Plus" w:hAnsi="Gentium Plus"/>
          <w:sz w:val="24"/>
        </w:rPr>
        <w:t>σθαι. Διὸς, δίω καὶ διαίνω, ὡς μείω, μειαίνω, δρῶ, δραίνω. Διαμυδῶντες. διαβρέχοντες. Διδάξομαι. ἀντὶ τοῦ διδαχθήσομαι. Διδαξάμενος. τελέσας τὶ ὑπὲρ ἑτέρου διδα‐</w:t>
      </w:r>
    </w:p>
    <w:p>
      <w:r>
        <w:rPr>
          <w:rFonts w:ascii="Courier New" w:hAnsi="Courier New"/>
          <w:color w:val="555555"/>
          <w:sz w:val="20"/>
        </w:rPr>
        <w:t>[10]</w:t>
      </w:r>
    </w:p>
    <w:p>
      <w:r>
        <w:rPr>
          <w:rFonts w:ascii="Gentium Plus" w:hAnsi="Gentium Plus"/>
          <w:sz w:val="24"/>
        </w:rPr>
        <w:t>σκάλῳ. Δίδημι. δεσμεύω. Διδάσκω. δαίω τὸ ἐπίσταμαι, ἐξ οὗ ῥηματικὸν ὄνομα δαίμων, ὁ ἐν γνώσει πάντων τυγχάνων. κατὰ ἀφαίρεσιν τοῦ δ αἴμων, οἷον·</w:t>
      </w:r>
    </w:p>
    <w:p>
      <w:r>
        <w:rPr>
          <w:rFonts w:ascii="Courier New" w:hAnsi="Courier New"/>
          <w:color w:val="555555"/>
          <w:sz w:val="20"/>
        </w:rPr>
        <w:t>[15]</w:t>
      </w:r>
    </w:p>
    <w:p>
      <w:r>
        <w:rPr>
          <w:rFonts w:ascii="Gentium Plus" w:hAnsi="Gentium Plus"/>
          <w:sz w:val="24"/>
        </w:rPr>
        <w:t>—αἴμονα θήρης. ὡς ἀπὸ τοῦ διωγμὸς ἰωγμός. ὁ μέλλων αἴσω καὶ πλεονασμῷ τοῦ δ δαίσκω, ὡς μεθύω, με‐ θύσκω, καὶ κατὰ ἀναδιπλασιασμὸν διδάσκω, ὡς τρώσω, τρώσκω, τιτρώσκω. ὁ δὲ Ἡρωδιανὸς</w:t>
      </w:r>
    </w:p>
    <w:p>
      <w:r>
        <w:rPr>
          <w:rFonts w:ascii="Courier New" w:hAnsi="Courier New"/>
          <w:color w:val="555555"/>
          <w:sz w:val="20"/>
        </w:rPr>
        <w:t>[20]</w:t>
      </w:r>
    </w:p>
    <w:p>
      <w:r>
        <w:rPr>
          <w:rFonts w:ascii="Gentium Plus" w:hAnsi="Gentium Plus"/>
          <w:sz w:val="24"/>
        </w:rPr>
        <w:t>καὶ Χρύσιππος παρὰ τὸ ἀσκεῖν τὸ σημαῖνον τὸ διδάσκω, καὶ πλεονασμῷ τοῦ δ διδάσκω. Δίδη. ἀπὸ τοῦ δέω, διδῶ, δίδημι. ὁ παρατατικὸς ἐδίδην. δίδη μόσχοισι.</w:t>
      </w:r>
    </w:p>
    <w:p>
      <w:r>
        <w:rPr>
          <w:rFonts w:ascii="Courier New" w:hAnsi="Courier New"/>
          <w:color w:val="555555"/>
          <w:sz w:val="20"/>
        </w:rPr>
        <w:t>[25]</w:t>
      </w:r>
    </w:p>
    <w:p>
      <w:r>
        <w:rPr>
          <w:rFonts w:ascii="Gentium Plus" w:hAnsi="Gentium Plus"/>
          <w:sz w:val="24"/>
        </w:rPr>
        <w:t>Διδοῦσιν. ὅτι οἱ μάλα πολλὰ διδοῦσιν.</w:t>
      </w:r>
    </w:p>
    <w:p>
      <w:r>
        <w:rPr>
          <w:rFonts w:ascii="Courier New" w:hAnsi="Courier New"/>
          <w:color w:val="555555"/>
          <w:sz w:val="20"/>
        </w:rPr>
        <w:t>[delta 544]</w:t>
      </w:r>
    </w:p>
    <w:p>
      <w:r>
        <w:rPr>
          <w:rFonts w:ascii="Gentium Plus" w:hAnsi="Gentium Plus"/>
          <w:sz w:val="24"/>
        </w:rPr>
        <w:t>Διδώσομεν. οἷον· αὐτὰρ καὶ δῶρα διδώσομεν— οὕτω Ζηνόβιος. Δίε. ὁ δεύτερος ἀόριστος ἐκ τοῦ δίω τὸ φοβοῦ‐</w:t>
      </w:r>
    </w:p>
    <w:p>
      <w:r>
        <w:rPr>
          <w:rFonts w:ascii="Courier New" w:hAnsi="Courier New"/>
          <w:color w:val="555555"/>
          <w:sz w:val="20"/>
        </w:rPr>
        <w:t>[5]</w:t>
      </w:r>
    </w:p>
    <w:p>
      <w:r>
        <w:rPr>
          <w:rFonts w:ascii="Gentium Plus" w:hAnsi="Gentium Plus"/>
          <w:sz w:val="24"/>
        </w:rPr>
        <w:t>μαι. οἷον· βῆ γὰρ διὰ προμάχων· παρὰ γὰρ δίε ποι‐ μένα λαῶν, μήτι πάθῃ—. Διέγνωκα. κέκρικα.</w:t>
      </w:r>
    </w:p>
    <w:p>
      <w:r>
        <w:rPr>
          <w:rFonts w:ascii="Courier New" w:hAnsi="Courier New"/>
          <w:color w:val="555555"/>
          <w:sz w:val="20"/>
        </w:rPr>
        <w:t>[10]</w:t>
      </w:r>
    </w:p>
    <w:p>
      <w:r>
        <w:rPr>
          <w:rFonts w:ascii="Gentium Plus" w:hAnsi="Gentium Plus"/>
          <w:sz w:val="24"/>
        </w:rPr>
        <w:t>Διεδοιδύκισε. τῇ χειρὶ στρογγύλην διέγραψεν αὐτὴν, ποιήσας ὡς δοίδυκα. Διεσκαριφησάμεθα. διελύσαμεν. σκάριφον γάρ ἐστι τὸ κάρφος καὶ τὸ φρύγανον. εὐδιά‐ λυτα γὰρ τὰ τοιαῦτα. ἢ σκαριφήσασθαι ἐστὶ</w:t>
      </w:r>
    </w:p>
    <w:p>
      <w:r>
        <w:rPr>
          <w:rFonts w:ascii="Courier New" w:hAnsi="Courier New"/>
          <w:color w:val="555555"/>
          <w:sz w:val="20"/>
        </w:rPr>
        <w:t>[15]</w:t>
      </w:r>
    </w:p>
    <w:p>
      <w:r>
        <w:rPr>
          <w:rFonts w:ascii="Gentium Plus" w:hAnsi="Gentium Plus"/>
          <w:sz w:val="24"/>
        </w:rPr>
        <w:t>τὸ ἐπισεσυρμένως τὶ ποιεῖν, καὶ μὴ κατὰ τὴν προσήκουσαν ἀκρίβειαν. Διεθρόησαν. διελάλησαν, διεθορύβησαν. Θουκυ‐ δίδης· οἱ δὲ πρέσβεις τῶν Ἀθηναίων διεθρό‐ ησαν.</w:t>
      </w:r>
    </w:p>
    <w:p>
      <w:r>
        <w:rPr>
          <w:rFonts w:ascii="Courier New" w:hAnsi="Courier New"/>
          <w:color w:val="555555"/>
          <w:sz w:val="20"/>
        </w:rPr>
        <w:t>[20]</w:t>
      </w:r>
    </w:p>
    <w:p>
      <w:r>
        <w:rPr>
          <w:rFonts w:ascii="Gentium Plus" w:hAnsi="Gentium Plus"/>
          <w:sz w:val="24"/>
        </w:rPr>
        <w:t>Διεκδύς. ὑπεξελθὼν, ἐκφυγών. Διεκορκορύγησε. κορκορυγεῖν λέγουσι τὸ λαλεῖν τὴν γαστέρα. ἐμιμήσατο δὲ τῇ φωνῇ τῶν ἐν‐ τέρων τὸν ἦχον. Ἀριστοφάνης· —καὶ κλόνος αὐτὴν ἐξαίφνης διεκορκορύ‐</w:t>
      </w:r>
    </w:p>
    <w:p>
      <w:r>
        <w:rPr>
          <w:rFonts w:ascii="Courier New" w:hAnsi="Courier New"/>
          <w:color w:val="555555"/>
          <w:sz w:val="20"/>
        </w:rPr>
        <w:t>[25]</w:t>
      </w:r>
    </w:p>
    <w:p>
      <w:r>
        <w:rPr>
          <w:rFonts w:ascii="Gentium Plus" w:hAnsi="Gentium Plus"/>
          <w:sz w:val="24"/>
        </w:rPr>
        <w:t>γησεν. Διεκοσμήθησαν. διεταράχθησαν.</w:t>
      </w:r>
    </w:p>
    <w:p>
      <w:r>
        <w:rPr>
          <w:rFonts w:ascii="Courier New" w:hAnsi="Courier New"/>
          <w:color w:val="555555"/>
          <w:sz w:val="20"/>
        </w:rPr>
        <w:t>[delta 545]</w:t>
      </w:r>
    </w:p>
    <w:p>
      <w:r>
        <w:rPr>
          <w:rFonts w:ascii="Gentium Plus" w:hAnsi="Gentium Plus"/>
          <w:sz w:val="24"/>
        </w:rPr>
        <w:t>Διέκυψαν. χόρτῳ παραπλησίως ἀπὸ τῆς γῆς διακύψαντες ἤνθησαν. Διεμπολᾷν. τὰ πρὸς πραγματείαν ἐπιτήδεια ἀγοράζειν.</w:t>
      </w:r>
    </w:p>
    <w:p>
      <w:r>
        <w:rPr>
          <w:rFonts w:ascii="Courier New" w:hAnsi="Courier New"/>
          <w:color w:val="555555"/>
          <w:sz w:val="20"/>
        </w:rPr>
        <w:t>[5]</w:t>
      </w:r>
    </w:p>
    <w:p>
      <w:r>
        <w:rPr>
          <w:rFonts w:ascii="Gentium Plus" w:hAnsi="Gentium Plus"/>
          <w:sz w:val="24"/>
        </w:rPr>
        <w:t>Διενέγκαντες. ὑπερενέγκαντες. Διενεγκεῖν. ἀγαγεῖν. Διεξάγοντας. διοικοῦντας. μεθυσκομένους καὶ ῥα‐ δίως διεξάγοντας τὰ κατὰ τὴν φυλακήν. Διεξέπεσε. διήλασε, διῆλθε, διέκφυγε. τὰ γὰρ</w:t>
      </w:r>
    </w:p>
    <w:p>
      <w:r>
        <w:rPr>
          <w:rFonts w:ascii="Courier New" w:hAnsi="Courier New"/>
          <w:color w:val="555555"/>
          <w:sz w:val="20"/>
        </w:rPr>
        <w:t>[10]</w:t>
      </w:r>
    </w:p>
    <w:p>
      <w:r>
        <w:rPr>
          <w:rFonts w:ascii="Gentium Plus" w:hAnsi="Gentium Plus"/>
          <w:sz w:val="24"/>
        </w:rPr>
        <w:t>ὅπλα ἀνελόμενος, διεξέπεσε διὰ τῶν πολεμίων. Διέξειν. ὑπάρξειν. οὕτω γὰρ διέξειν τὰς χεῖρας καὶ φροντιεῖν τοῦ μηδὲν ἀδίκημα ποιήσειν τὸν Προυσίαν εἰς ἑαυτούς. Διεξιφίσω. ξίφεσι διεμαχέσω καὶ διηγωνίσω.</w:t>
      </w:r>
    </w:p>
    <w:p>
      <w:r>
        <w:rPr>
          <w:rFonts w:ascii="Courier New" w:hAnsi="Courier New"/>
          <w:color w:val="555555"/>
          <w:sz w:val="20"/>
        </w:rPr>
        <w:t>[15]</w:t>
      </w:r>
    </w:p>
    <w:p>
      <w:r>
        <w:rPr>
          <w:rFonts w:ascii="Gentium Plus" w:hAnsi="Gentium Plus"/>
          <w:sz w:val="24"/>
        </w:rPr>
        <w:t>Διέπτυξε. διεσαφήνισε. Διεργάζεται. ἀναιρεῖ, κτείνει. Ἰώσηπος· πλή‐ ξας δὲ αὐτὸν κάτωθεν ἐπὶ τὸν βουβῶνα δόρα‐ τι παραχρῆμα διεργάζεται. Διέῤῥει. δύο σημαίνει, τὸ διεφθείρετο καὶ ἀντὶ</w:t>
      </w:r>
    </w:p>
    <w:p>
      <w:r>
        <w:rPr>
          <w:rFonts w:ascii="Courier New" w:hAnsi="Courier New"/>
          <w:color w:val="555555"/>
          <w:sz w:val="20"/>
        </w:rPr>
        <w:t>[20]</w:t>
      </w:r>
    </w:p>
    <w:p>
      <w:r>
        <w:rPr>
          <w:rFonts w:ascii="Gentium Plus" w:hAnsi="Gentium Plus"/>
          <w:sz w:val="24"/>
        </w:rPr>
        <w:t>τοῦ ἐπεφήμιστο. διέῤῥει δὲ φήμη λέγουσα εὐ‐</w:t>
      </w:r>
    </w:p>
    <w:p>
      <w:r>
        <w:rPr>
          <w:rFonts w:ascii="Courier New" w:hAnsi="Courier New"/>
          <w:color w:val="555555"/>
          <w:sz w:val="20"/>
        </w:rPr>
        <w:t>[delta 546]</w:t>
      </w:r>
    </w:p>
    <w:p>
      <w:r>
        <w:rPr>
          <w:rFonts w:ascii="Gentium Plus" w:hAnsi="Gentium Plus"/>
          <w:sz w:val="24"/>
        </w:rPr>
        <w:t>Διεῤῥικνοῦντο. διεκαμπυλοῦντο. Διεῤῥυηκόσιν. ὅ ἐστι κεχηνόσι καὶ οὐ συν‐ εστραμμένοις. ἠλίθιον ἐφθέγξω καὶ τοῖς χεί‐ λεσι διεῤῥυηκόσι.</w:t>
      </w:r>
    </w:p>
    <w:p>
      <w:r>
        <w:rPr>
          <w:rFonts w:ascii="Courier New" w:hAnsi="Courier New"/>
          <w:color w:val="555555"/>
          <w:sz w:val="20"/>
        </w:rPr>
        <w:t>[5]</w:t>
      </w:r>
    </w:p>
    <w:p>
      <w:r>
        <w:rPr>
          <w:rFonts w:ascii="Gentium Plus" w:hAnsi="Gentium Plus"/>
          <w:sz w:val="24"/>
        </w:rPr>
        <w:t>Διεσαρδώνισαν. διεγέλασαν. οὐκ ἐπὶ διαχύσει, ἀλλ’ οἱονεὶ σαρδώνιον γέλωτα. Διεσκευασμένην. μετὰ δόλου γεγραμμένην. δόν‐ τες ἐπιστολὴν διεσκευασμένην. Διεσκίασται. ἀποκέκρυπται.</w:t>
      </w:r>
    </w:p>
    <w:p>
      <w:r>
        <w:rPr>
          <w:rFonts w:ascii="Courier New" w:hAnsi="Courier New"/>
          <w:color w:val="555555"/>
          <w:sz w:val="20"/>
        </w:rPr>
        <w:t>[10]</w:t>
      </w:r>
    </w:p>
    <w:p>
      <w:r>
        <w:rPr>
          <w:rFonts w:ascii="Gentium Plus" w:hAnsi="Gentium Plus"/>
          <w:sz w:val="24"/>
        </w:rPr>
        <w:t>Διεσπευσάμην. ἀντὶ τοῦ διὰ σπουδῆς ἐποιησά‐ μην, ἢ [ἀντὶ τοῦ] διεπραξάμην. Διέστειλεν. ἀντὶ τοῦ οὐκ ἀναμφιβόλως ἐχρή‐ σατο τοῖς λόγοις. περὶ Μωσέως δέ ἐστι. Δα‐ βίδ· καὶ διέστειλεν ἐν τοῖς χείλεσιν.</w:t>
      </w:r>
    </w:p>
    <w:p>
      <w:r>
        <w:rPr>
          <w:rFonts w:ascii="Courier New" w:hAnsi="Courier New"/>
          <w:color w:val="555555"/>
          <w:sz w:val="20"/>
        </w:rPr>
        <w:t>[15]</w:t>
      </w:r>
    </w:p>
    <w:p>
      <w:r>
        <w:rPr>
          <w:rFonts w:ascii="Gentium Plus" w:hAnsi="Gentium Plus"/>
          <w:sz w:val="24"/>
        </w:rPr>
        <w:t>Διεσφαιρίσθη. ὥσπερ σφαίρη κατηνέχθη. Διέσχε. διῆλθεν. Ἀῤῥιανός· οἱ μὲν γὰρ διέ‐ σχον τὴν φάλαγγα. ἀντὶ τοῦ διεχώρισαν. Διέτεινε. διαῤῥήδην εἶπε. Διετείνοντο. Ἀντιφῶν· διὰ συντόνου σπου‐</w:t>
      </w:r>
    </w:p>
    <w:p>
      <w:r>
        <w:rPr>
          <w:rFonts w:ascii="Courier New" w:hAnsi="Courier New"/>
          <w:color w:val="555555"/>
          <w:sz w:val="20"/>
        </w:rPr>
        <w:t>[20]</w:t>
      </w:r>
    </w:p>
    <w:p>
      <w:r>
        <w:rPr>
          <w:rFonts w:ascii="Gentium Plus" w:hAnsi="Gentium Plus"/>
          <w:sz w:val="24"/>
        </w:rPr>
        <w:t>δῆς ἀπηρνήσαντο.</w:t>
      </w:r>
    </w:p>
    <w:p>
      <w:r>
        <w:rPr>
          <w:rFonts w:ascii="Courier New" w:hAnsi="Courier New"/>
          <w:color w:val="555555"/>
          <w:sz w:val="20"/>
        </w:rPr>
        <w:t>[delta 547]</w:t>
      </w:r>
    </w:p>
    <w:p>
      <w:r>
        <w:rPr>
          <w:rFonts w:ascii="Gentium Plus" w:hAnsi="Gentium Plus"/>
          <w:sz w:val="24"/>
        </w:rPr>
        <w:t>Διετίτρη. ἐξέκοπτε. διετίτρη τὰς πρύμνας καὶ τὰ πηδάλια τῶν Λιβύων. Διευθετῶ. τὸ καλῶς τίθεμαι καὶ διοικῶ. ἐπὶ τῶν πραγμάτων δὲ λέγεται. †ἐπὶ δὲ τριχῶν εὐθε‐</w:t>
      </w:r>
    </w:p>
    <w:p>
      <w:r>
        <w:rPr>
          <w:rFonts w:ascii="Courier New" w:hAnsi="Courier New"/>
          <w:color w:val="555555"/>
          <w:sz w:val="20"/>
        </w:rPr>
        <w:t>[5]</w:t>
      </w:r>
    </w:p>
    <w:p>
      <w:r>
        <w:rPr>
          <w:rFonts w:ascii="Gentium Plus" w:hAnsi="Gentium Plus"/>
          <w:sz w:val="24"/>
        </w:rPr>
        <w:t>τίζω.† Διευθετίζειν. καλλωπίζεσθαι. ἢ διαχωρίζειν. τοῦτο ἐπὶ τριχός. Διευφημῶ. διαφημίζω δέ. Διέφερον. ἀντὶ τοῦ διήνυον ἢ ὑπέμενον ἢ ἐπιμε‐</w:t>
      </w:r>
    </w:p>
    <w:p>
      <w:r>
        <w:rPr>
          <w:rFonts w:ascii="Courier New" w:hAnsi="Courier New"/>
          <w:color w:val="555555"/>
          <w:sz w:val="20"/>
        </w:rPr>
        <w:t>[10]</w:t>
      </w:r>
    </w:p>
    <w:p>
      <w:r>
        <w:rPr>
          <w:rFonts w:ascii="Gentium Plus" w:hAnsi="Gentium Plus"/>
          <w:sz w:val="24"/>
        </w:rPr>
        <w:t>λῶς ἐξήνυον. οἱ δὲ Ἀθηναῖοι τὸν πόλεμον διέφε‐ ρον. οὕτως Θουκυδίδης. καὶ διέφερον ἀντὶ τοῦ εἶχον ἢ ἐνεκότουν. οἱ δὲ Κελτοὶ εἰς Ῥωμαίους τὶ μήνυμα ἐκ πολλοῦ διέφερον. Διευκρινούμενοι. διακρίνοντες.</w:t>
      </w:r>
    </w:p>
    <w:p>
      <w:r>
        <w:rPr>
          <w:rFonts w:ascii="Courier New" w:hAnsi="Courier New"/>
          <w:color w:val="555555"/>
          <w:sz w:val="20"/>
        </w:rPr>
        <w:t>[15]</w:t>
      </w:r>
    </w:p>
    <w:p>
      <w:r>
        <w:rPr>
          <w:rFonts w:ascii="Gentium Plus" w:hAnsi="Gentium Plus"/>
          <w:sz w:val="24"/>
        </w:rPr>
        <w:t>Διευκρινήσας. καλῶς διαχωρίσας. τοὺς ἀλικμω‐ τάτους τοῦ πλήθους διευκρινήσας. Διευκρινηθέν. σαφηνισθέν. ἢ τὴν δέουσαν δο‐ κιμασίαν δοκιμασθέν. Διευκρινηθείη εὖ. εὐδιορίστως καὶ σαφῶς δια‐</w:t>
      </w:r>
    </w:p>
    <w:p>
      <w:r>
        <w:rPr>
          <w:rFonts w:ascii="Courier New" w:hAnsi="Courier New"/>
          <w:color w:val="555555"/>
          <w:sz w:val="20"/>
        </w:rPr>
        <w:t>[20]</w:t>
      </w:r>
    </w:p>
    <w:p>
      <w:r>
        <w:rPr>
          <w:rFonts w:ascii="Gentium Plus" w:hAnsi="Gentium Plus"/>
          <w:sz w:val="24"/>
        </w:rPr>
        <w:t>τρανωθείη. Διεφθαρμένος. τοῦ δέοντος παρατραπεὶς τὸν</w:t>
      </w:r>
    </w:p>
    <w:p>
      <w:r>
        <w:rPr>
          <w:rFonts w:ascii="Courier New" w:hAnsi="Courier New"/>
          <w:color w:val="555555"/>
          <w:sz w:val="20"/>
        </w:rPr>
        <w:t>[delta 548]</w:t>
      </w:r>
    </w:p>
    <w:p>
      <w:r>
        <w:rPr>
          <w:rFonts w:ascii="Gentium Plus" w:hAnsi="Gentium Plus"/>
          <w:sz w:val="24"/>
        </w:rPr>
        <w:t>τι διεφθαρμένος ἥττων ἦν ἐν πᾶσι τῆς ἐπι‐ θυμίας. Διέφθορεν. οὐ τὸ διέφθαρται δηλοῖ παρὰ Ἀτ‐ τικοῖς, ἀλλὰ τὸ διέφθαρκεν. Εὔπολις·</w:t>
      </w:r>
    </w:p>
    <w:p>
      <w:r>
        <w:rPr>
          <w:rFonts w:ascii="Courier New" w:hAnsi="Courier New"/>
          <w:color w:val="555555"/>
          <w:sz w:val="20"/>
        </w:rPr>
        <w:t>[5]</w:t>
      </w:r>
    </w:p>
    <w:p>
      <w:r>
        <w:rPr>
          <w:rFonts w:ascii="Gentium Plus" w:hAnsi="Gentium Plus"/>
          <w:sz w:val="24"/>
        </w:rPr>
        <w:t>ὃς τὸν νεανίσκων συνὼν διέφθορε— καὶ ἐν Αὐτολύκῳ· ὅτι τὰ πατρῷα πρὸς σὲ καταδιέφθορα. ὅμοιον γάρ ἐστι τὸ διέφθορε τῷ κατέσπορε καὶ ἀπέκτονεν.</w:t>
      </w:r>
    </w:p>
    <w:p>
      <w:r>
        <w:rPr>
          <w:rFonts w:ascii="Courier New" w:hAnsi="Courier New"/>
          <w:color w:val="555555"/>
          <w:sz w:val="20"/>
        </w:rPr>
        <w:t>[10]</w:t>
      </w:r>
    </w:p>
    <w:p>
      <w:r>
        <w:rPr>
          <w:rFonts w:ascii="Gentium Plus" w:hAnsi="Gentium Plus"/>
          <w:sz w:val="24"/>
        </w:rPr>
        <w:t>Διεφορήθη. ἀντὶ τοῦ ἐξηνέχθη, ἐξεκομίσθη. χρημάτων δὲ ἄπιστον πλῆθος διεφορήθη. Διεφόρησαν. μετεκόμισαν. τὰς δὲ καταλειφθεί‐ σας ἐν τῷ χάρακι κατασκευὰς, πολλαὶ δ’ ἦσαν ὡς ἐς χρόνιον πολιορκίαν, διεφόρησαν.</w:t>
      </w:r>
    </w:p>
    <w:p>
      <w:r>
        <w:rPr>
          <w:rFonts w:ascii="Courier New" w:hAnsi="Courier New"/>
          <w:color w:val="555555"/>
          <w:sz w:val="20"/>
        </w:rPr>
        <w:t>[15]</w:t>
      </w:r>
    </w:p>
    <w:p>
      <w:r>
        <w:rPr>
          <w:rFonts w:ascii="Gentium Plus" w:hAnsi="Gentium Plus"/>
          <w:sz w:val="24"/>
        </w:rPr>
        <w:t>Διέπερσας. διεπόρθησας. Διέχουσαν. ἀπῳκισμένην οὖσαν. εἰς Σελεύκειαν πόλιν ἐπὶ θαλασσίας ἀφίκετο Ἀντιοχείας, ἑκα‐ τὸν καὶ τριάκοντα σταδίους διέχουσαν. Δίεπε. διέτασσε, διέδωκεν, ἢ διεκόσμει.</w:t>
      </w:r>
    </w:p>
    <w:p>
      <w:r>
        <w:rPr>
          <w:rFonts w:ascii="Courier New" w:hAnsi="Courier New"/>
          <w:color w:val="555555"/>
          <w:sz w:val="20"/>
        </w:rPr>
        <w:t>[20]</w:t>
      </w:r>
    </w:p>
    <w:p>
      <w:r>
        <w:rPr>
          <w:rFonts w:ascii="Gentium Plus" w:hAnsi="Gentium Plus"/>
          <w:sz w:val="24"/>
        </w:rPr>
        <w:t>Δίεσθαι. οἷον· —δηΐους ποτὶ ἄστυ [δίεσθαι.] ἡ παράδοσις προπαροξύνει, ὡς ἀπὸ τοῦ δίω τοῦ</w:t>
      </w:r>
    </w:p>
    <w:p>
      <w:r>
        <w:rPr>
          <w:rFonts w:ascii="Courier New" w:hAnsi="Courier New"/>
          <w:color w:val="555555"/>
          <w:sz w:val="20"/>
        </w:rPr>
        <w:t>[delta 549]</w:t>
      </w:r>
    </w:p>
    <w:p>
      <w:r>
        <w:rPr>
          <w:rFonts w:ascii="Gentium Plus" w:hAnsi="Gentium Plus"/>
          <w:sz w:val="24"/>
        </w:rPr>
        <w:t>ὁ ἐνεστὼς παθητικὸς δίεμαι, τὸ τρίτον δίεται, καὶ τὸ ἀπαρέμφατον δίεσθαι. οἷον· αἶψα δ’ ἐρυσάμενος μέγα φάσγανον ὦρτο δίεσθαι.</w:t>
      </w:r>
    </w:p>
    <w:p>
      <w:r>
        <w:rPr>
          <w:rFonts w:ascii="Courier New" w:hAnsi="Courier New"/>
          <w:color w:val="555555"/>
          <w:sz w:val="20"/>
        </w:rPr>
        <w:t>[5]</w:t>
      </w:r>
    </w:p>
    <w:p>
      <w:r>
        <w:rPr>
          <w:rFonts w:ascii="Gentium Plus" w:hAnsi="Gentium Plus"/>
          <w:sz w:val="24"/>
        </w:rPr>
        <w:t>Διέτμαγε. διεχώρισεν. οἷον· τώγ’ ὡς βουλεύσαντε διέτμαγεν— ἡ μεταφορὰ ἀπὸ τῶν τεμνομένων σωμάτων. ἔστι δὲ τὸ θέμα τμήγω τὸ κόπτω, ὁ μέλλων τμήξω, ὁ μέσος παρακείμενος τέτμηγα, ὁ δεύ‐</w:t>
      </w:r>
    </w:p>
    <w:p>
      <w:r>
        <w:rPr>
          <w:rFonts w:ascii="Courier New" w:hAnsi="Courier New"/>
          <w:color w:val="555555"/>
          <w:sz w:val="20"/>
        </w:rPr>
        <w:t>[10]</w:t>
      </w:r>
    </w:p>
    <w:p>
      <w:r>
        <w:rPr>
          <w:rFonts w:ascii="Gentium Plus" w:hAnsi="Gentium Plus"/>
          <w:sz w:val="24"/>
        </w:rPr>
        <w:t>τερος ἀόριστος παθητικὸς ἐτμάγην, καὶ τὸ τρί‐ τον τῶν πληθυντικῶν δωρικῶς ἔτμαγε καὶ ἐν συνθέσει διέτμαγε. Διεσκευασμένοι. ἔνοπλοι, ξιφήρεις. Διέλειπε. δίφθογγον. διελίμπανε δὲ ἐπὶ παρα‐</w:t>
      </w:r>
    </w:p>
    <w:p>
      <w:r>
        <w:rPr>
          <w:rFonts w:ascii="Courier New" w:hAnsi="Courier New"/>
          <w:color w:val="555555"/>
          <w:sz w:val="20"/>
        </w:rPr>
        <w:t>[15]</w:t>
      </w:r>
    </w:p>
    <w:p>
      <w:r>
        <w:rPr>
          <w:rFonts w:ascii="Gentium Plus" w:hAnsi="Gentium Plus"/>
          <w:sz w:val="24"/>
        </w:rPr>
        <w:t>τατικοῦ, ι. διέλιπε δὲ ἀντὶ τοῦ ἀφῆκε, δεύτε‐ ρος ἀόριστος, ι. Διεξίμεναι. διελθεῖν, καὶ διεξιέναι, πλεονα‐ σμῷ τοῦ μ. Διενήνοχε. παραλλάττει, διαφέρει. εἴρηται ὡς τὸ</w:t>
      </w:r>
    </w:p>
    <w:p>
      <w:r>
        <w:rPr>
          <w:rFonts w:ascii="Courier New" w:hAnsi="Courier New"/>
          <w:color w:val="555555"/>
          <w:sz w:val="20"/>
        </w:rPr>
        <w:t>[20]</w:t>
      </w:r>
    </w:p>
    <w:p>
      <w:r>
        <w:rPr>
          <w:rFonts w:ascii="Gentium Plus" w:hAnsi="Gentium Plus"/>
          <w:sz w:val="24"/>
        </w:rPr>
        <w:t>ἀγήοχε. Διελών. διαμερίσας. καὶ διελέσθαι. Διέπει. διοικεῖ. Διεχεῖτο. ἔχαιρε· διεχέετο. Διεπεραίνετο. διηνύετο.</w:t>
      </w:r>
    </w:p>
    <w:p>
      <w:r>
        <w:rPr>
          <w:rFonts w:ascii="Courier New" w:hAnsi="Courier New"/>
          <w:color w:val="555555"/>
          <w:sz w:val="20"/>
        </w:rPr>
        <w:t>[25]</w:t>
      </w:r>
    </w:p>
    <w:p>
      <w:r>
        <w:rPr>
          <w:rFonts w:ascii="Gentium Plus" w:hAnsi="Gentium Plus"/>
          <w:sz w:val="24"/>
        </w:rPr>
        <w:t>Διέθει. διέτρεχεν, ἢ διήρχετο.</w:t>
      </w:r>
    </w:p>
    <w:p>
      <w:r>
        <w:rPr>
          <w:rFonts w:ascii="Courier New" w:hAnsi="Courier New"/>
          <w:color w:val="555555"/>
          <w:sz w:val="20"/>
        </w:rPr>
        <w:t>[delta 550]</w:t>
      </w:r>
    </w:p>
    <w:p>
      <w:r>
        <w:rPr>
          <w:rFonts w:ascii="Gentium Plus" w:hAnsi="Gentium Plus"/>
          <w:sz w:val="24"/>
        </w:rPr>
        <w:t>Διεξιών. λέγων, διηγούμενος. Διεψεύσθη. ἐσφάλη. Διελευσόμεθα. παρελευσόμεθα. Διεβοήθη. διεδόθη, διελαλήθη.</w:t>
      </w:r>
    </w:p>
    <w:p>
      <w:r>
        <w:rPr>
          <w:rFonts w:ascii="Courier New" w:hAnsi="Courier New"/>
          <w:color w:val="555555"/>
          <w:sz w:val="20"/>
        </w:rPr>
        <w:t>[5]</w:t>
      </w:r>
    </w:p>
    <w:p>
      <w:r>
        <w:rPr>
          <w:rFonts w:ascii="Gentium Plus" w:hAnsi="Gentium Plus"/>
          <w:sz w:val="24"/>
        </w:rPr>
        <w:t>Διέστη. διεχωρίσθη. Διεσάφησαν. ἡρμήνευσαν. Διεπρίοντο. πικρῶς ἐθυμοῦντο καὶ ὠργίζοντο. Διεκωδώνισεν. ἀπὸ τῶν δοκιμαζόντων τοὺς μα‐ χίμους ὄρτυγας τῷ ἤχῳ τοῦ κώδωνος.</w:t>
      </w:r>
    </w:p>
    <w:p>
      <w:r>
        <w:rPr>
          <w:rFonts w:ascii="Courier New" w:hAnsi="Courier New"/>
          <w:color w:val="555555"/>
          <w:sz w:val="20"/>
        </w:rPr>
        <w:t>[10]</w:t>
      </w:r>
    </w:p>
    <w:p>
      <w:r>
        <w:rPr>
          <w:rFonts w:ascii="Gentium Plus" w:hAnsi="Gentium Plus"/>
          <w:sz w:val="24"/>
        </w:rPr>
        <w:t>Διεπράθημεν. ἀπὸ τοῦ πέρθω τὸ πορθῶ. Διεθρύβη. διετρίβη. διεθρύβη τὰ ὄρη βίᾳ. Διεσκέδασαν. ἀπέῤῥιψαν, ἐσκόρπισαν. Διεσμιλευμένων. ἠκριβωμένων, ἐξεσμένων, πε‐ ρικεκαθαρμένων.</w:t>
      </w:r>
    </w:p>
    <w:p>
      <w:r>
        <w:rPr>
          <w:rFonts w:ascii="Courier New" w:hAnsi="Courier New"/>
          <w:color w:val="555555"/>
          <w:sz w:val="20"/>
        </w:rPr>
        <w:t>[15]</w:t>
      </w:r>
    </w:p>
    <w:p>
      <w:r>
        <w:rPr>
          <w:rFonts w:ascii="Gentium Plus" w:hAnsi="Gentium Plus"/>
          <w:sz w:val="24"/>
        </w:rPr>
        <w:t>Διεστραμμένων. διεχωρισμένων. Διεῖσα. λάμπουσα. οὕτως ὁ μέγας Διονύσιος. Δίεισι. διέρχεται. Δίειμι. διέρχομαι. Δίζω. τὸ ψηλαφῶ καὶ ζητῶ. καὶ δίζομαι.</w:t>
      </w:r>
    </w:p>
    <w:p>
      <w:r>
        <w:rPr>
          <w:rFonts w:ascii="Courier New" w:hAnsi="Courier New"/>
          <w:color w:val="555555"/>
          <w:sz w:val="20"/>
        </w:rPr>
        <w:t>[20]</w:t>
      </w:r>
    </w:p>
    <w:p>
      <w:r>
        <w:rPr>
          <w:rFonts w:ascii="Gentium Plus" w:hAnsi="Gentium Plus"/>
          <w:sz w:val="24"/>
        </w:rPr>
        <w:t>—διζόμενος, εἴπου ἐφεύροι. παρὰ τὸ δὶς ἐπίῤῥημα, ἀφ’ οὗ διστάζω, ὡς καὶ ἀπὸ τοῦ δοιὸς δοιάζω καὶ δοιὴ, ὁ διστα‐ γμὸς, οἷον·</w:t>
      </w:r>
    </w:p>
    <w:p>
      <w:r>
        <w:rPr>
          <w:rFonts w:ascii="Courier New" w:hAnsi="Courier New"/>
          <w:color w:val="555555"/>
          <w:sz w:val="20"/>
        </w:rPr>
        <w:t>[delta 551]</w:t>
      </w:r>
    </w:p>
    <w:p>
      <w:r>
        <w:rPr>
          <w:rFonts w:ascii="Gentium Plus" w:hAnsi="Gentium Plus"/>
          <w:sz w:val="24"/>
        </w:rPr>
        <w:t>καὶ ὀρθῶς τὸ δίζω παρὰ τὸ δίς· ὁ γὰρ ζητῶν ἐν διχονοίᾳ ἐστὶ ὧν ζητεῖ· ὁ γὰρ εἰδὼς οὐ δι‐ χονοεῖ, ἀλλ’ ἁπλῇ χρῆται γνώμῃ. Διηγκυλωμένον. τὸ ἀκόντιον τὶ μεταχειριζόμε‐</w:t>
      </w:r>
    </w:p>
    <w:p>
      <w:r>
        <w:rPr>
          <w:rFonts w:ascii="Courier New" w:hAnsi="Courier New"/>
          <w:color w:val="555555"/>
          <w:sz w:val="20"/>
        </w:rPr>
        <w:t>[5]</w:t>
      </w:r>
    </w:p>
    <w:p>
      <w:r>
        <w:rPr>
          <w:rFonts w:ascii="Gentium Plus" w:hAnsi="Gentium Plus"/>
          <w:sz w:val="24"/>
        </w:rPr>
        <w:t>νον. ἀντὶ τοῦ ἐν μασχάλῃ κρατῶν τὸ δόρυ. Ξε‐ νοφῶν· ὁ δὲ πᾶσι παρήγγειλε διηγκυλωμέ‐ νους ἰέναι. Διήλλαξεν. ἀντὶ τοῦ μετήλλαξεν, ἐτελεύτη‐ σεν, ἢ ἀντὶ τοῦ ἤμειψε.</w:t>
      </w:r>
    </w:p>
    <w:p>
      <w:r>
        <w:rPr>
          <w:rFonts w:ascii="Courier New" w:hAnsi="Courier New"/>
          <w:color w:val="555555"/>
          <w:sz w:val="20"/>
        </w:rPr>
        <w:t>[10]</w:t>
      </w:r>
    </w:p>
    <w:p>
      <w:r>
        <w:rPr>
          <w:rFonts w:ascii="Gentium Plus" w:hAnsi="Gentium Plus"/>
          <w:sz w:val="24"/>
        </w:rPr>
        <w:t>Διήνεγκαν. ὑπέμειναν. Προκόπιος· οἳ τὰ πρό‐ τερα τὴν ἐς Δάρας μάχην διήνεγκαν. καὶ αὖ‐ θις· ἐπ’ ἐννέα διήνεγκε τὴν πολιορκίαν ἔτη. Διηνέχθη. οὐ συνεφώνησεν, ἐμαχέσατο. Διήρεσσα. ἀπὸ τοῦ ἐρέσσω, τὸ κωπηλατῶ.</w:t>
      </w:r>
    </w:p>
    <w:p>
      <w:r>
        <w:rPr>
          <w:rFonts w:ascii="Courier New" w:hAnsi="Courier New"/>
          <w:color w:val="555555"/>
          <w:sz w:val="20"/>
        </w:rPr>
        <w:t>[15]</w:t>
      </w:r>
    </w:p>
    <w:p>
      <w:r>
        <w:rPr>
          <w:rFonts w:ascii="Gentium Plus" w:hAnsi="Gentium Plus"/>
          <w:sz w:val="24"/>
        </w:rPr>
        <w:t>Διήφυσε. διέκοψεν. ἀπὸ τοῦ διαφύσσειν, ἢ ἀπὸ τοῦ ἀφύσσεσθαι, ὅ ἐστιν ἀπαντλεῖν· ὁ γὰρ ἀντλῶν διακόπτει τὸ ἀντλούμενον. Διήλασε. διῆλθε, διεπέρασεν. Διημέρευσε. πᾶσαν ἐποίησε τὴν ἡμέραν.</w:t>
      </w:r>
    </w:p>
    <w:p>
      <w:r>
        <w:rPr>
          <w:rFonts w:ascii="Courier New" w:hAnsi="Courier New"/>
          <w:color w:val="555555"/>
          <w:sz w:val="20"/>
        </w:rPr>
        <w:t>[20]</w:t>
      </w:r>
    </w:p>
    <w:p>
      <w:r>
        <w:rPr>
          <w:rFonts w:ascii="Gentium Plus" w:hAnsi="Gentium Plus"/>
          <w:sz w:val="24"/>
        </w:rPr>
        <w:t>Διηθεῖται. διϋλίζεται, σακελλίζεται. παρὰ τὴν διὰ πρόθεσιν καὶ τὸ θέω τὸ τρέχω, διαθέω. τὸ τρίτον τῶν πληθυντικῶν διαθέεται, διαθεῖ‐ ται, καὶ τροπῇ τοῦ α εἰς η διηθεῖται. Διηρτίσθαι. πεπλάσθαι.</w:t>
      </w:r>
    </w:p>
    <w:p>
      <w:r>
        <w:rPr>
          <w:rFonts w:ascii="Courier New" w:hAnsi="Courier New"/>
          <w:color w:val="555555"/>
          <w:sz w:val="20"/>
        </w:rPr>
        <w:t>[25]</w:t>
      </w:r>
    </w:p>
    <w:p>
      <w:r>
        <w:rPr>
          <w:rFonts w:ascii="Gentium Plus" w:hAnsi="Gentium Plus"/>
          <w:sz w:val="24"/>
        </w:rPr>
        <w:t>Διήρκεσε. διέμεινε, παρέμεινε.</w:t>
      </w:r>
    </w:p>
    <w:p>
      <w:r>
        <w:rPr>
          <w:rFonts w:ascii="Courier New" w:hAnsi="Courier New"/>
          <w:color w:val="555555"/>
          <w:sz w:val="20"/>
        </w:rPr>
        <w:t>[delta 552]</w:t>
      </w:r>
    </w:p>
    <w:p>
      <w:r>
        <w:rPr>
          <w:rFonts w:ascii="Gentium Plus" w:hAnsi="Gentium Plus"/>
          <w:sz w:val="24"/>
        </w:rPr>
        <w:t>Διήκειν. διέρχεσθαι. Διῆκον. φθάνον, ἐπεκτεινόμενον. Διΐχθαι. διέρχεσθαι. Διϊσθμήσαντα. τὸν Ἰσθμὸν διαβιβάσαντα.</w:t>
      </w:r>
    </w:p>
    <w:p>
      <w:r>
        <w:rPr>
          <w:rFonts w:ascii="Courier New" w:hAnsi="Courier New"/>
          <w:color w:val="555555"/>
          <w:sz w:val="20"/>
        </w:rPr>
        <w:t>[5]</w:t>
      </w:r>
    </w:p>
    <w:p>
      <w:r>
        <w:rPr>
          <w:rFonts w:ascii="Gentium Plus" w:hAnsi="Gentium Plus"/>
          <w:sz w:val="24"/>
        </w:rPr>
        <w:t>παρεκάλει αὐτὸν βοηθεῖν τοὺς λέμβους διϊσθμή‐ σαντα. Διϊσθμονίσαι. τὸ διὰ τοῦ Ἰσθμοῦ ἕλκειν τὴν ναῦν, ὅπερ ἐποίουν ἐν τῷ Ἰσθμῷ οἱ Κορίνθιοι. Διΐσχω σου. τὸ κρατῶ καὶ ἄρχω σου.</w:t>
      </w:r>
    </w:p>
    <w:p>
      <w:r>
        <w:rPr>
          <w:rFonts w:ascii="Courier New" w:hAnsi="Courier New"/>
          <w:color w:val="555555"/>
          <w:sz w:val="20"/>
        </w:rPr>
        <w:t>[10]</w:t>
      </w:r>
    </w:p>
    <w:p>
      <w:r>
        <w:rPr>
          <w:rFonts w:ascii="Gentium Plus" w:hAnsi="Gentium Plus"/>
          <w:sz w:val="24"/>
        </w:rPr>
        <w:t>Διΐεται. διέρχεται. Διΐσταται. διαχωρίζεται. Διιθύνων. κυβερνῶν. Δικαιοῦν. δύο δηλοῖ· τὸ κολάζειν καὶ τὸ δίκαιον νομίζειν. οὕτως Ἡρόδοτος· τοῖς αὐτοῖς ἀμύνε‐</w:t>
      </w:r>
    </w:p>
    <w:p>
      <w:r>
        <w:rPr>
          <w:rFonts w:ascii="Courier New" w:hAnsi="Courier New"/>
          <w:color w:val="555555"/>
          <w:sz w:val="20"/>
        </w:rPr>
        <w:t>[15]</w:t>
      </w:r>
    </w:p>
    <w:p>
      <w:r>
        <w:rPr>
          <w:rFonts w:ascii="Gentium Plus" w:hAnsi="Gentium Plus"/>
          <w:sz w:val="24"/>
        </w:rPr>
        <w:t>σθαι τοὺς Σκύθας δικαιῶν. Δικαιοῦσαν. καταδικάζουσαν. Δικαιοῦσθαι. ἐπὶ τοῦ κολάσαι. ὅθεν λέγομεν τὰ ἐκεῖθεν δικαιωτήρια. Δίκερε. λύε.</w:t>
      </w:r>
    </w:p>
    <w:p>
      <w:r>
        <w:rPr>
          <w:rFonts w:ascii="Courier New" w:hAnsi="Courier New"/>
          <w:color w:val="555555"/>
          <w:sz w:val="20"/>
        </w:rPr>
        <w:t>[20]</w:t>
      </w:r>
    </w:p>
    <w:p>
      <w:r>
        <w:rPr>
          <w:rFonts w:ascii="Gentium Plus" w:hAnsi="Gentium Plus"/>
          <w:sz w:val="24"/>
        </w:rPr>
        <w:t>Δικοῤῥαφεῖν. δίκας συῤῥάπτειν· ἐν τοῖς δικα‐ στηρίοις ἀναστρέφεσθαι. Διολισθαίνω καὶ διολισθεῖν. ἐκφυγεῖν. ὥστε τοὺς χρήστας διολισθεῖν. Διοπομπεῖσθαι. ἀποτροπιάζεσθαι καὶ ἀποκα‐</w:t>
      </w:r>
    </w:p>
    <w:p>
      <w:r>
        <w:rPr>
          <w:rFonts w:ascii="Courier New" w:hAnsi="Courier New"/>
          <w:color w:val="555555"/>
          <w:sz w:val="20"/>
        </w:rPr>
        <w:t>[25]</w:t>
      </w:r>
    </w:p>
    <w:p>
      <w:r>
        <w:rPr>
          <w:rFonts w:ascii="Gentium Plus" w:hAnsi="Gentium Plus"/>
          <w:sz w:val="24"/>
        </w:rPr>
        <w:t>θαίρεσθαι.</w:t>
      </w:r>
    </w:p>
    <w:p>
      <w:r>
        <w:rPr>
          <w:rFonts w:ascii="Courier New" w:hAnsi="Courier New"/>
          <w:color w:val="555555"/>
          <w:sz w:val="20"/>
        </w:rPr>
        <w:t>[delta 553]</w:t>
      </w:r>
    </w:p>
    <w:p>
      <w:r>
        <w:rPr>
          <w:rFonts w:ascii="Gentium Plus" w:hAnsi="Gentium Plus"/>
          <w:sz w:val="24"/>
        </w:rPr>
        <w:t>*Διόρυξας. διὰ τὸ μέτρον μικρὸν τίθεται, ὅταν ἡ χρεία καλεῖ, ἄλλως δὲ μέγα.* Διοιγνύντες. ἀνοίγοντες. Διοικιεῖν. ἀντὶ τοῦ διαιρήσειν. ὥστε μὴ ἐν ταυ‐</w:t>
      </w:r>
    </w:p>
    <w:p>
      <w:r>
        <w:rPr>
          <w:rFonts w:ascii="Courier New" w:hAnsi="Courier New"/>
          <w:color w:val="555555"/>
          <w:sz w:val="20"/>
        </w:rPr>
        <w:t>[5]</w:t>
      </w:r>
    </w:p>
    <w:p>
      <w:r>
        <w:rPr>
          <w:rFonts w:ascii="Gentium Plus" w:hAnsi="Gentium Plus"/>
          <w:sz w:val="24"/>
        </w:rPr>
        <w:t>τῷ πάντας οἰκεῖν, ἀλλὰ χωρὶς καὶ κατὰ μόνας. Διοικίζω. τὸ διαχωρίζω. καὶ διοικίζεσθαι τὸ δια‐ χωρίζεσθαι. Διοικῶ. τὸ τελειῶ. Διοίσασα. διαπεράσασα.</w:t>
      </w:r>
    </w:p>
    <w:p>
      <w:r>
        <w:rPr>
          <w:rFonts w:ascii="Courier New" w:hAnsi="Courier New"/>
          <w:color w:val="555555"/>
          <w:sz w:val="20"/>
        </w:rPr>
        <w:t>[10]</w:t>
      </w:r>
    </w:p>
    <w:p>
      <w:r>
        <w:rPr>
          <w:rFonts w:ascii="Gentium Plus" w:hAnsi="Gentium Plus"/>
          <w:sz w:val="24"/>
        </w:rPr>
        <w:t>Διοίσει. παραλλάξει ἢ διακομίσει. Διορίζεται. διαβεβαιοῦται. Διοριστέον. διαχωριστέον. Διολλύει. διαφθείρει. Διοιδαίνει. φλεγμαίνει.</w:t>
      </w:r>
    </w:p>
    <w:p>
      <w:r>
        <w:rPr>
          <w:rFonts w:ascii="Courier New" w:hAnsi="Courier New"/>
          <w:color w:val="555555"/>
          <w:sz w:val="20"/>
        </w:rPr>
        <w:t>[15]</w:t>
      </w:r>
    </w:p>
    <w:p>
      <w:r>
        <w:rPr>
          <w:rFonts w:ascii="Gentium Plus" w:hAnsi="Gentium Plus"/>
          <w:sz w:val="24"/>
        </w:rPr>
        <w:t>Διοίσομαι. διαφέρομαι. †παραλλάξομαι.† Διορίζοντος. ὅρους τιθέντος. Δισκεύων. ἐκδεχόμενος, ἢ κυλίων. Διστάζει. ἀμφιβάλλει, [ἢ] φοβεῖται. Διϋλισθέν. σακελλισθέν.</w:t>
      </w:r>
    </w:p>
    <w:p>
      <w:r>
        <w:rPr>
          <w:rFonts w:ascii="Courier New" w:hAnsi="Courier New"/>
          <w:color w:val="555555"/>
          <w:sz w:val="20"/>
        </w:rPr>
        <w:t>[20]</w:t>
      </w:r>
    </w:p>
    <w:p>
      <w:r>
        <w:rPr>
          <w:rFonts w:ascii="Gentium Plus" w:hAnsi="Gentium Plus"/>
          <w:sz w:val="24"/>
        </w:rPr>
        <w:t>Διχηλοῦντα. τὰ ἔχοντα δύο ὄνυχας, οἷον· βοῦς,</w:t>
      </w:r>
    </w:p>
    <w:p>
      <w:r>
        <w:rPr>
          <w:rFonts w:ascii="Courier New" w:hAnsi="Courier New"/>
          <w:color w:val="555555"/>
          <w:sz w:val="20"/>
        </w:rPr>
        <w:t>[delta 554]</w:t>
      </w:r>
    </w:p>
    <w:p>
      <w:r>
        <w:rPr>
          <w:rFonts w:ascii="Gentium Plus" w:hAnsi="Gentium Plus"/>
          <w:sz w:val="24"/>
        </w:rPr>
        <w:t>Διχαζούσης. κλινούσης. ἤδη δὲ τοῦ καύματος ἀκμάζοντος καὶ διχαζούσης τῆς ἡμέρας. Διφῶ. τὸ ψηλαφῶ. παρὰ τὸ ἅπτω, ἁφὴ, ἁφῶ καὶ διαφῶ, καὶ κατὰ συγκοπὴν διφῶ. τὸ τῇ</w:t>
      </w:r>
    </w:p>
    <w:p>
      <w:r>
        <w:rPr>
          <w:rFonts w:ascii="Courier New" w:hAnsi="Courier New"/>
          <w:color w:val="555555"/>
          <w:sz w:val="20"/>
        </w:rPr>
        <w:t>[5]</w:t>
      </w:r>
    </w:p>
    <w:p>
      <w:r>
        <w:rPr>
          <w:rFonts w:ascii="Gentium Plus" w:hAnsi="Gentium Plus"/>
          <w:sz w:val="24"/>
        </w:rPr>
        <w:t>ἁφῇ ὑποβάλλω. τὸ δὲ ἁφῶ Ὅμηρος· —καὶ ἀγκύλα τόξ’ ἁφόωντα. ἐκ δὲ τοῦ ἁφῶ γίνεται ἁφάσσω, ὡς αἱμῶ αἱμάσσω, καὶ πατῶ πατάσσω. Διψῶ. τὸ ἐπιθυμῶ. [καὶ] τῷ οἴακι τῷ ἐκείνου</w:t>
      </w:r>
    </w:p>
    <w:p>
      <w:r>
        <w:rPr>
          <w:rFonts w:ascii="Courier New" w:hAnsi="Courier New"/>
          <w:color w:val="555555"/>
          <w:sz w:val="20"/>
        </w:rPr>
        <w:t>[10]</w:t>
      </w:r>
    </w:p>
    <w:p>
      <w:r>
        <w:rPr>
          <w:rFonts w:ascii="Gentium Plus" w:hAnsi="Gentium Plus"/>
          <w:sz w:val="24"/>
        </w:rPr>
        <w:t>διψῶν. καὶ διψᾶτε ἀντὶ τοῦ ἐπιθυμεῖτε. καὶ διψῴης εὐκτικόν. Διῳδηκότα. ἐξωγκωμένον. Δίωκε. [ζήλου.] ἐπιτήδευε. δίωκε ἀρετήν. Διώκειν. εἰς ἀγορὰν ἄγειν. τοῦτο λέγει, ὅταν</w:t>
      </w:r>
    </w:p>
    <w:p>
      <w:r>
        <w:rPr>
          <w:rFonts w:ascii="Courier New" w:hAnsi="Courier New"/>
          <w:color w:val="555555"/>
          <w:sz w:val="20"/>
        </w:rPr>
        <w:t>[15]</w:t>
      </w:r>
    </w:p>
    <w:p>
      <w:r>
        <w:rPr>
          <w:rFonts w:ascii="Gentium Plus" w:hAnsi="Gentium Plus"/>
          <w:sz w:val="24"/>
        </w:rPr>
        <w:t>προϋποφύγῃ τίς. τάττεται δὲ καὶ ἐπὶ τοῦ συν‐ τόνως ἐλαύνειν. Διωκόμεθα. ἀντὶ τοῦ κατηγορούμεθα. Διώκειν. ἐπὶ τοῦ ἐπιθυμεῖν καὶ ὀρέγεσθαι. διώ‐ κειν γὰρ φαμὲν ἀρετήν. καὶ ἐπὶ τοῦ διελθεῖν.</w:t>
      </w:r>
    </w:p>
    <w:p>
      <w:r>
        <w:rPr>
          <w:rFonts w:ascii="Courier New" w:hAnsi="Courier New"/>
          <w:color w:val="555555"/>
          <w:sz w:val="20"/>
        </w:rPr>
        <w:t>[20]</w:t>
      </w:r>
    </w:p>
    <w:p>
      <w:r>
        <w:rPr>
          <w:rFonts w:ascii="Gentium Plus" w:hAnsi="Gentium Plus"/>
          <w:sz w:val="24"/>
        </w:rPr>
        <w:t>αἱ δὲ νῆες ἐς φυγὴν καταστᾶσαι πολλοὺς με‐ τεδίωξαν τόπους.</w:t>
      </w:r>
    </w:p>
    <w:p>
      <w:r>
        <w:rPr>
          <w:rFonts w:ascii="Courier New" w:hAnsi="Courier New"/>
          <w:color w:val="555555"/>
          <w:sz w:val="20"/>
        </w:rPr>
        <w:t>[delta 555]</w:t>
      </w:r>
    </w:p>
    <w:p>
      <w:r>
        <w:rPr>
          <w:rFonts w:ascii="Gentium Plus" w:hAnsi="Gentium Plus"/>
          <w:sz w:val="24"/>
        </w:rPr>
        <w:t>Διωσάμενοι. ἐκβαλόντες, ἀποδιώξαντες. Διωρίζετο. διεβεβαιοῦτο. Διῶνται. διώκονται. ἔστι ῥῆμα διῶ, παράγωγον δίημι, ἐξ οὗ δίενται, οἷον·</w:t>
      </w:r>
    </w:p>
    <w:p>
      <w:r>
        <w:rPr>
          <w:rFonts w:ascii="Courier New" w:hAnsi="Courier New"/>
          <w:color w:val="555555"/>
          <w:sz w:val="20"/>
        </w:rPr>
        <w:t>[5]</w:t>
      </w:r>
    </w:p>
    <w:p>
      <w:r>
        <w:rPr>
          <w:rFonts w:ascii="Gentium Plus" w:hAnsi="Gentium Plus"/>
          <w:sz w:val="24"/>
        </w:rPr>
        <w:t>δίενται ἵπποι ἀερσίποδες. καὶ τὸ ὑποτακτικὸν ἐὰν διῶνται, καὶ τὸ τρί‐ τον διῶνται. Διακρίνων. ἐξετάζων, ἐννοῶν. καὶ ὁ Ἀπόστο‐ λος· μὴ διακρίνων τὸ σῶμα τοῦ κυρίου.</w:t>
      </w:r>
    </w:p>
    <w:p>
      <w:r>
        <w:rPr>
          <w:rFonts w:ascii="Courier New" w:hAnsi="Courier New"/>
          <w:color w:val="555555"/>
          <w:sz w:val="20"/>
        </w:rPr>
        <w:t>[10]</w:t>
      </w:r>
    </w:p>
    <w:p>
      <w:r>
        <w:rPr>
          <w:rFonts w:ascii="Gentium Plus" w:hAnsi="Gentium Plus"/>
          <w:sz w:val="24"/>
        </w:rPr>
        <w:t>Διεκρίνομεν. κατεγινώσκομεν. εἰ γὰρ ἑαυτοὺς διε‐ κρίνομεν, οὐκ ἂν ἐκρινόμεθα. Διαταγείς. διακομισθεὶς καὶ ἐπιταγείς. ὁ Ἀπό‐ στολος· διαταγεὶς δι’ ἀγγέλων ἐν χειρὶ μεσίτου. τουτέστι διὰ μέσων ἀγγέλων.</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Διαῤῥήδην. φανερῶς. Διαρκῶς. δαψιλῶς, ἀρκούντως. Διαβραχέος. ἐνσυντόμως. βραχέως δὲ, μέγα. Διακενῆς. ματαίως, ἄνευ τινὸς προφάσεως.</w:t>
      </w:r>
    </w:p>
    <w:p>
      <w:r>
        <w:rPr>
          <w:rFonts w:ascii="Courier New" w:hAnsi="Courier New"/>
          <w:color w:val="555555"/>
          <w:sz w:val="20"/>
        </w:rPr>
        <w:t>[20]</w:t>
      </w:r>
    </w:p>
    <w:p>
      <w:r>
        <w:rPr>
          <w:rFonts w:ascii="Gentium Plus" w:hAnsi="Gentium Plus"/>
          <w:sz w:val="24"/>
        </w:rPr>
        <w:t>Διακεκριμένως. διακεχωρισμένως. Διακριδόν. διακεχωρισμένως. Διαμπερές. διαμπὰξ, διόλου. παρὰ τὸ πέρας διαμπέρας, κατὰ πλεονασμὸν τοῦ μ καὶ με‐ ταθέσει Ἰωνικῇ τοῦ α εἰς ε διαμπερές· του‐</w:t>
      </w:r>
    </w:p>
    <w:p>
      <w:r>
        <w:rPr>
          <w:rFonts w:ascii="Courier New" w:hAnsi="Courier New"/>
          <w:color w:val="555555"/>
          <w:sz w:val="20"/>
        </w:rPr>
        <w:t>[25]</w:t>
      </w:r>
    </w:p>
    <w:p>
      <w:r>
        <w:rPr>
          <w:rFonts w:ascii="Gentium Plus" w:hAnsi="Gentium Plus"/>
          <w:sz w:val="24"/>
        </w:rPr>
        <w:t>τέστι τὸ ἀπ’ ἀρχῆς μέχρι τέλους. καὶ ἐπὶ οὐ‐ δετέρου γράφεται. Διαμπάξ. διόλου.</w:t>
      </w:r>
    </w:p>
    <w:p>
      <w:r>
        <w:rPr>
          <w:rFonts w:ascii="Courier New" w:hAnsi="Courier New"/>
          <w:color w:val="555555"/>
          <w:sz w:val="20"/>
        </w:rPr>
        <w:t>[delta 556]</w:t>
      </w:r>
    </w:p>
    <w:p>
      <w:r>
        <w:rPr>
          <w:rFonts w:ascii="Gentium Plus" w:hAnsi="Gentium Plus"/>
          <w:sz w:val="24"/>
        </w:rPr>
        <w:t>Διαφανῶς. σαφῶς ἢ συμφώνως. Διεσμιλευμένως. ἠκριβωμένως, ἐξεσμένως. Διεξοδικῶς. πλατέως, λεπτομερῶς καὶ διεξοδικώ‐ τερον.</w:t>
      </w:r>
    </w:p>
    <w:p>
      <w:r>
        <w:rPr>
          <w:rFonts w:ascii="Courier New" w:hAnsi="Courier New"/>
          <w:color w:val="555555"/>
          <w:sz w:val="20"/>
        </w:rPr>
        <w:t>[5]</w:t>
      </w:r>
    </w:p>
    <w:p>
      <w:r>
        <w:rPr>
          <w:rFonts w:ascii="Gentium Plus" w:hAnsi="Gentium Plus"/>
          <w:sz w:val="24"/>
        </w:rPr>
        <w:t>Δικαίως ἀδίκως. παντὶ τρόπῳ, πάσῃ τέχνῃ. Δικανικῶς. δικαιολογικῶς, ῥητορικῶς. Δὶς καὶ τρίς. ἀπὸ τοῦ δυάκις καὶ τριάκις. καὶ λέγουσι τινές· δύο συλλαβῶν ἐγένετο συγκοπή. καὶ πῶς δύναται τρισύλλαβος δύο συλλαβὰς ἐκ‐</w:t>
      </w:r>
    </w:p>
    <w:p>
      <w:r>
        <w:rPr>
          <w:rFonts w:ascii="Courier New" w:hAnsi="Courier New"/>
          <w:color w:val="555555"/>
          <w:sz w:val="20"/>
        </w:rPr>
        <w:t>[10]</w:t>
      </w:r>
    </w:p>
    <w:p>
      <w:r>
        <w:rPr>
          <w:rFonts w:ascii="Gentium Plus" w:hAnsi="Gentium Plus"/>
          <w:sz w:val="24"/>
        </w:rPr>
        <w:t>κεκόφθαι πρὸ τούτου; λέγομεν, ὅτι ἀπὸ τοῦ δυάκις καὶ τριάκις ἆρον τὸ α καὶ κ, καὶ κατὰ συνίζησιν δὶς καὶ τρίς. οὕτως Ἡρωδιανός. Δίχα. ἀντὶ τοῦ διχῶς. τὸ αὐτὸ γὰρ καὶ δίχα. παρὰ τὸ δὶς ἐπίῤῥημα διχῆ καὶ διχά. ὡς τρι‐</w:t>
      </w:r>
    </w:p>
    <w:p>
      <w:r>
        <w:rPr>
          <w:rFonts w:ascii="Courier New" w:hAnsi="Courier New"/>
          <w:color w:val="555555"/>
          <w:sz w:val="20"/>
        </w:rPr>
        <w:t>[15]</w:t>
      </w:r>
    </w:p>
    <w:p>
      <w:r>
        <w:rPr>
          <w:rFonts w:ascii="Gentium Plus" w:hAnsi="Gentium Plus"/>
          <w:sz w:val="24"/>
        </w:rPr>
        <w:t>χῶς τριχῆ. καὶ ἀπὸ τοῦ διχὰ γίνεται διχθά. Διαῤῥήδην. φανερῶς. παρὰ τὸ ῥῶ τὸ λέγω, ῥά‐ δην καὶ διαῤῥήδην.</w:t>
      </w:r>
    </w:p>
    <w:p>
      <w:pPr>
        <w:jc w:val="center"/>
      </w:pPr>
      <w:r>
        <w:rPr>
          <w:rFonts w:ascii="Gentium Plus" w:hAnsi="Gentium Plus"/>
          <w:b/>
          <w:sz w:val="24"/>
        </w:rPr>
        <w:t>Τὸ Δ μετὰ τοῦ Μ.</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Δμῶες. οἱ δοῦλοι. [παρὰ τὸν δημήσω μέλλον‐ τα κατὰ ἀποβολὴν τοῦ ω γίνεται δμὴς καὶ τρο‐ πῇ τοῦ η εἰς ω δμώς· ὡς ἀρήγω, ἀρηγὸς, ῥήξω, ῥηγμὸς καὶ ῥαγμός.]</w:t>
      </w:r>
    </w:p>
    <w:p>
      <w:pPr>
        <w:jc w:val="center"/>
      </w:pPr>
      <w:r>
        <w:rPr>
          <w:rFonts w:ascii="Gentium Plus" w:hAnsi="Gentium Plus"/>
          <w:b/>
          <w:sz w:val="24"/>
        </w:rPr>
        <w:t>(Θηλυκόν.)</w:t>
      </w:r>
    </w:p>
    <w:p>
      <w:r>
        <w:rPr>
          <w:rFonts w:ascii="Courier New" w:hAnsi="Courier New"/>
          <w:color w:val="555555"/>
          <w:sz w:val="20"/>
        </w:rPr>
        <w:t>[25]</w:t>
      </w:r>
    </w:p>
    <w:p>
      <w:r>
        <w:rPr>
          <w:rFonts w:ascii="Gentium Plus" w:hAnsi="Gentium Plus"/>
          <w:sz w:val="24"/>
        </w:rPr>
        <w:t>Δμῆσις. ἡ δάμασις.</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Δμηθέντα. δαμασθέντα. Δημκότες. δαμάσαντες. Δμηθήτω. πρᾶος καὶ ἐπιεικὴς γενέσθω. ἀπὸ</w:t>
      </w:r>
    </w:p>
    <w:p>
      <w:r>
        <w:rPr>
          <w:rFonts w:ascii="Courier New" w:hAnsi="Courier New"/>
          <w:color w:val="555555"/>
          <w:sz w:val="20"/>
        </w:rPr>
        <w:t>[5]</w:t>
      </w:r>
    </w:p>
    <w:p>
      <w:r>
        <w:rPr>
          <w:rFonts w:ascii="Gentium Plus" w:hAnsi="Gentium Plus"/>
          <w:sz w:val="24"/>
        </w:rPr>
        <w:t>τοῦ δαμάζω κατὰ συγκοπὴν δμῶ. ἀδάμαστος γὰρ ὁ ὑποταγῆναι μὴ δυνάμενος.</w:t>
      </w:r>
    </w:p>
    <w:p>
      <w:pPr>
        <w:jc w:val="center"/>
      </w:pPr>
      <w:r>
        <w:rPr>
          <w:rFonts w:ascii="Gentium Plus" w:hAnsi="Gentium Plus"/>
          <w:b/>
          <w:sz w:val="24"/>
        </w:rPr>
        <w:t>Τὸ Δ μετὰ τοῦ Ν.</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Δνοφερός. σκοτεινός. μέλας. παρὰ τὸ γνόφος</w:t>
      </w:r>
    </w:p>
    <w:p>
      <w:r>
        <w:rPr>
          <w:rFonts w:ascii="Courier New" w:hAnsi="Courier New"/>
          <w:color w:val="555555"/>
          <w:sz w:val="20"/>
        </w:rPr>
        <w:t>[10]</w:t>
      </w:r>
    </w:p>
    <w:p>
      <w:r>
        <w:rPr>
          <w:rFonts w:ascii="Gentium Plus" w:hAnsi="Gentium Plus"/>
          <w:sz w:val="24"/>
        </w:rPr>
        <w:t>γνοφερὸς καὶ δνοφερός. †ἢ παρὰ τὸ κνόφος κνοφερὸς καὶ δνοφερός.†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Δνοπάλιξις. ἡ διὰ τῶν χειρῶν κίνησις, καὶ ἐκτί‐ ναξις.</w:t>
      </w:r>
    </w:p>
    <w:p>
      <w:r>
        <w:rPr>
          <w:rFonts w:ascii="Courier New" w:hAnsi="Courier New"/>
          <w:color w:val="555555"/>
          <w:sz w:val="20"/>
        </w:rPr>
        <w:t>[15]</w:t>
      </w:r>
    </w:p>
    <w:p>
      <w:r>
        <w:rPr>
          <w:rFonts w:ascii="Gentium Plus" w:hAnsi="Gentium Plus"/>
          <w:sz w:val="24"/>
        </w:rPr>
        <w:t>ἀνὴρ δ’ ἄνδρ’ ἐδνοπάλιξε. τουτέστι διὰ χειρὸς εἶχεν ἢ ἀνῄρει. Δνοπαλίζειν. ἐχρήσατο ἐν τῇ Ὀδυσσείᾳ τῇ λέ‐ ξει ὁ Ὅμηρος, οἷον· τὰ σὰ ῥάκεα δνοπαλίξεις.</w:t>
      </w:r>
    </w:p>
    <w:p>
      <w:r>
        <w:rPr>
          <w:rFonts w:ascii="Courier New" w:hAnsi="Courier New"/>
          <w:color w:val="555555"/>
          <w:sz w:val="20"/>
        </w:rPr>
        <w:t>[20]</w:t>
      </w:r>
    </w:p>
    <w:p>
      <w:r>
        <w:rPr>
          <w:rFonts w:ascii="Gentium Plus" w:hAnsi="Gentium Plus"/>
          <w:sz w:val="24"/>
        </w:rPr>
        <w:t>ἀντὶ τοῦ διὰ χειρὸς ἕξεις. εἴρηται παρὰ τὸ δονεῖν καὶ τὰς παλάμας. δονοπαλίξαι καὶ ἐν συγκοπῇ δνοπαλίξαι. [ἢ παρὰ τὸ ἀλαπάζω ἀλα‐ παδνὸς γίνεται λαπαδνὸς, καὶ καθ’ ὑπέρθεσιν</w:t>
      </w:r>
    </w:p>
    <w:p>
      <w:r>
        <w:rPr>
          <w:rFonts w:ascii="Courier New" w:hAnsi="Courier New"/>
          <w:color w:val="555555"/>
          <w:sz w:val="20"/>
        </w:rPr>
        <w:t>[delta 558]</w:t>
      </w:r>
    </w:p>
    <w:p>
      <w:r>
        <w:rPr>
          <w:rFonts w:ascii="Gentium Plus" w:hAnsi="Gentium Plus"/>
          <w:sz w:val="24"/>
        </w:rPr>
        <w:t>γούσης γίνεται δνοπαλὸς καὶ δνοπαλίζω.] ἢ δνοπαλίζω τὸ ἀναιρῶ. ἢ διωλύγιος φλυαρία.</w:t>
      </w:r>
    </w:p>
    <w:p>
      <w:pPr>
        <w:jc w:val="center"/>
      </w:pPr>
      <w:r>
        <w:rPr>
          <w:rFonts w:ascii="Gentium Plus" w:hAnsi="Gentium Plus"/>
          <w:b/>
          <w:sz w:val="24"/>
        </w:rPr>
        <w:t>Τὸ Δ μετὰ τοῦ Ο.</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Δοθιῆνι. σκορόδῳ ἠμφιεσμένῳ ἔοικεν. Δοθίων. φῦμα φλυκταίνῃ ἐοικός. ἔχουσα δοθίω‐ να ὑποφυόμενον ἄρτι. Δοκησίσοφος. ὁ οἰηματίας. Δοκησίφρων. μωρόσοφος.</w:t>
      </w:r>
    </w:p>
    <w:p>
      <w:r>
        <w:rPr>
          <w:rFonts w:ascii="Courier New" w:hAnsi="Courier New"/>
          <w:color w:val="555555"/>
          <w:sz w:val="20"/>
        </w:rPr>
        <w:t>[10]</w:t>
      </w:r>
    </w:p>
    <w:p>
      <w:r>
        <w:rPr>
          <w:rFonts w:ascii="Gentium Plus" w:hAnsi="Gentium Plus"/>
          <w:sz w:val="24"/>
        </w:rPr>
        <w:t>Δοκιμαστῆρες. οἱ ἐτασταί. Δόλωνες. τὰ μεγάλα ἄρμενα. Δόλοψ. κατάσκοπος. Δόλοπες. ἔθνος Θετταλικόν. Δόλος. κακοποιΐα λαθραία ἐν προσωποποιήσει</w:t>
      </w:r>
    </w:p>
    <w:p>
      <w:r>
        <w:rPr>
          <w:rFonts w:ascii="Courier New" w:hAnsi="Courier New"/>
          <w:color w:val="555555"/>
          <w:sz w:val="20"/>
        </w:rPr>
        <w:t>[15]</w:t>
      </w:r>
    </w:p>
    <w:p>
      <w:r>
        <w:rPr>
          <w:rFonts w:ascii="Gentium Plus" w:hAnsi="Gentium Plus"/>
          <w:sz w:val="24"/>
        </w:rPr>
        <w:t>τῶν βελτιόνων τῷ πλησίον προσφερομένη. εἴρη‐ ται δὲ δόλος παρὰ τὸ δέω τὸ δεσμεύω, ὁ συν‐ δῶν τοὺς ἁλισκομένους. [καὶ Ὅμηρος· ἀλλὰ σφῶε δόλος καὶ δεσμὸς ἐρύξει. καὶ ὡς χέω χόλος, θέω θόλος, οὕτως δέω δό‐</w:t>
      </w:r>
    </w:p>
    <w:p>
      <w:r>
        <w:rPr>
          <w:rFonts w:ascii="Courier New" w:hAnsi="Courier New"/>
          <w:color w:val="555555"/>
          <w:sz w:val="20"/>
        </w:rPr>
        <w:t>[20]</w:t>
      </w:r>
    </w:p>
    <w:p>
      <w:r>
        <w:rPr>
          <w:rFonts w:ascii="Gentium Plus" w:hAnsi="Gentium Plus"/>
          <w:sz w:val="24"/>
        </w:rPr>
        <w:t>λος. ἢ παρὰ τὸ δηλῶ τὸ βλάπτω, δῆλος, ὁ δηλούμενος καὶ βλάπτων, καὶ τροπῇ τοῦ η εἰς ο δόλος.] Δόλιχος. τὸ ἱπποδρόμιον. στάδιον δὲ ὁ ὀρθὸς</w:t>
      </w:r>
    </w:p>
    <w:p>
      <w:r>
        <w:rPr>
          <w:rFonts w:ascii="Courier New" w:hAnsi="Courier New"/>
          <w:color w:val="555555"/>
          <w:sz w:val="20"/>
        </w:rPr>
        <w:t>[delta 559]</w:t>
      </w:r>
    </w:p>
    <w:p>
      <w:r>
        <w:rPr>
          <w:rFonts w:ascii="Gentium Plus" w:hAnsi="Gentium Plus"/>
          <w:sz w:val="24"/>
        </w:rPr>
        <w:t>Δολιχαδρόμον. οὐ δολιχοδρόμον. χαίρουσι γὰρ τῷ α οἱ Ἀττικοί. Δολομῆτα. δόλια βουλευόμενε. [τὰ εἰς ης βαρύτονα παραλήγοντα καὶ εἰς α τὴν κλητι‐</w:t>
      </w:r>
    </w:p>
    <w:p>
      <w:r>
        <w:rPr>
          <w:rFonts w:ascii="Courier New" w:hAnsi="Courier New"/>
          <w:color w:val="555555"/>
          <w:sz w:val="20"/>
        </w:rPr>
        <w:t>[5]</w:t>
      </w:r>
    </w:p>
    <w:p>
      <w:r>
        <w:rPr>
          <w:rFonts w:ascii="Gentium Plus" w:hAnsi="Gentium Plus"/>
          <w:sz w:val="24"/>
        </w:rPr>
        <w:t>κὴν ἔχοντα, περισπᾶται, οἷον· ἀγκυλομῆτα, πεδῆτα, δολομῆτα, πλὴν τοῦ ἀκάκτα.] [Δομεστίκοι. οἱ τῶν Ῥωμαίων ἱππεῖς. ἢ κατὰ Ῥωμαίους οἰκειακοὶ στρατιῶται.] [Δόμος. παρὰ τὸ δέμω δόμος, ὡς νέμω νόμος.]</w:t>
      </w:r>
    </w:p>
    <w:p>
      <w:r>
        <w:rPr>
          <w:rFonts w:ascii="Courier New" w:hAnsi="Courier New"/>
          <w:color w:val="555555"/>
          <w:sz w:val="20"/>
        </w:rPr>
        <w:t>[10]</w:t>
      </w:r>
    </w:p>
    <w:p>
      <w:r>
        <w:rPr>
          <w:rFonts w:ascii="Gentium Plus" w:hAnsi="Gentium Plus"/>
          <w:sz w:val="24"/>
        </w:rPr>
        <w:t>Δόνος. ἡ ταραχή. Δόνακες. οἱ κάλαμοι. Δορπηστός. δείπνου ὥρα. καὶ δόρπιστος διὰ τοῦ ι. Δόρπος. ὁ δεῖπνος. κυρίως ἡ περὶ τὴν ἑσπέ‐</w:t>
      </w:r>
    </w:p>
    <w:p>
      <w:r>
        <w:rPr>
          <w:rFonts w:ascii="Courier New" w:hAnsi="Courier New"/>
          <w:color w:val="555555"/>
          <w:sz w:val="20"/>
        </w:rPr>
        <w:t>[15]</w:t>
      </w:r>
    </w:p>
    <w:p>
      <w:r>
        <w:rPr>
          <w:rFonts w:ascii="Gentium Plus" w:hAnsi="Gentium Plus"/>
          <w:sz w:val="24"/>
        </w:rPr>
        <w:t>ραν ἑστίασις. παρὰ τὸ ἕρπειν ἡμᾶς εἰς τὸ ἰαύειν, ὅ ἐστι κοιμᾶσθαι ἢ κοιμηθῆναι. οὕτως Ὦρος ὁ Μιλήσιος. ἢ δόρπος, ὅτι ἐπὶ δερμάτων καθεζόμενοι ἐσιτοῦντο. [ἢ παρὰ τὸ δρέπεσθαι τοῖς ὀδοῦσιν.] ἐγὼ δὲ εὗρον σχόλιον παρα‐</w:t>
      </w:r>
    </w:p>
    <w:p>
      <w:r>
        <w:rPr>
          <w:rFonts w:ascii="Courier New" w:hAnsi="Courier New"/>
          <w:color w:val="555555"/>
          <w:sz w:val="20"/>
        </w:rPr>
        <w:t>[20]</w:t>
      </w:r>
    </w:p>
    <w:p>
      <w:r>
        <w:rPr>
          <w:rFonts w:ascii="Gentium Plus" w:hAnsi="Gentium Plus"/>
          <w:sz w:val="24"/>
        </w:rPr>
        <w:t>κείμενον ἐν βῆτα Ἰλιάδος· δόρπον εἰρῆσθαι παρὰ τὸ οἱονεὶ παύεσθαι τηνικαῦτα τοὺς πολε‐ μοῦντας τοῦ δόρατος, ὅ ἐστι τοῦ πολέμου, καὶ ἡσυχάζειν. ἢ παρὰ τὸ δρέπεσθαι τοὺς πόνους. Δορυμήστωρ. ἔμπειρος τὰ πολεμικά.</w:t>
      </w:r>
    </w:p>
    <w:p>
      <w:r>
        <w:rPr>
          <w:rFonts w:ascii="Courier New" w:hAnsi="Courier New"/>
          <w:color w:val="555555"/>
          <w:sz w:val="20"/>
        </w:rPr>
        <w:t>[25]</w:t>
      </w:r>
    </w:p>
    <w:p>
      <w:r>
        <w:rPr>
          <w:rFonts w:ascii="Gentium Plus" w:hAnsi="Gentium Plus"/>
          <w:sz w:val="24"/>
        </w:rPr>
        <w:t>Δορυάλωτος. αἰχμάλωτος. ὁ διὰ τοῦ δόρατος ἁλωτός.</w:t>
      </w:r>
    </w:p>
    <w:p>
      <w:r>
        <w:rPr>
          <w:rFonts w:ascii="Courier New" w:hAnsi="Courier New"/>
          <w:color w:val="555555"/>
          <w:sz w:val="20"/>
        </w:rPr>
        <w:t>[delta 560]</w:t>
      </w:r>
    </w:p>
    <w:p>
      <w:r>
        <w:rPr>
          <w:rFonts w:ascii="Gentium Plus" w:hAnsi="Gentium Plus"/>
          <w:sz w:val="24"/>
        </w:rPr>
        <w:t>Δορύκτητος. ὁ αἰχμάλωτος, ὁ κτητὸς γεγονὼς διὰ τοῦ δόρατος. Δορύκλειτον. ἔνδοξον. Δόριλλος. τὸ γυναικεῖον αἰδοῖον.</w:t>
      </w:r>
    </w:p>
    <w:p>
      <w:r>
        <w:rPr>
          <w:rFonts w:ascii="Courier New" w:hAnsi="Courier New"/>
          <w:color w:val="555555"/>
          <w:sz w:val="20"/>
        </w:rPr>
        <w:t>[5]</w:t>
      </w:r>
    </w:p>
    <w:p>
      <w:r>
        <w:rPr>
          <w:rFonts w:ascii="Gentium Plus" w:hAnsi="Gentium Plus"/>
          <w:sz w:val="24"/>
        </w:rPr>
        <w:t>Δουλιχόδειρος ἢ δολιχόδειρος. ὁ μακροτράχη‐ λος. δειρὴ γὰρ ὁ τράχηλος, καὶ δολιχὸν τὸ μακρόν. Δοῦπος. ψόφος, κτύπος. καὶ δοῦπος θάνατος μετὰ ψόφου. οἱονεὶ δέους ὄπα ἔχων. ἢ ὁ δέος ἐμποιῶν.</w:t>
      </w:r>
    </w:p>
    <w:p>
      <w:r>
        <w:rPr>
          <w:rFonts w:ascii="Courier New" w:hAnsi="Courier New"/>
          <w:color w:val="555555"/>
          <w:sz w:val="20"/>
        </w:rPr>
        <w:t>[10]</w:t>
      </w:r>
    </w:p>
    <w:p>
      <w:r>
        <w:rPr>
          <w:rFonts w:ascii="Gentium Plus" w:hAnsi="Gentium Plus"/>
          <w:sz w:val="24"/>
        </w:rPr>
        <w:t>ὠνοματοπεποίηται δὲ ἡ λέξις. [ἐξ οὗ καὶ τό· δούπησεν δὲ πεσών——.] Δοῦλος. ὄργανον ἔμψυχον παρὰ τὴν δύην, τὴν κακοπάθειαν. ἢ παρὰ τὸ δέω τὸ δεσμεύω δέε‐ λος καὶ δοῦλος. ἢ παρὰ τὸ δέω τὸ ἐλλείπω, δέος</w:t>
      </w:r>
    </w:p>
    <w:p>
      <w:r>
        <w:rPr>
          <w:rFonts w:ascii="Courier New" w:hAnsi="Courier New"/>
          <w:color w:val="555555"/>
          <w:sz w:val="20"/>
        </w:rPr>
        <w:t>[15]</w:t>
      </w:r>
    </w:p>
    <w:p>
      <w:r>
        <w:rPr>
          <w:rFonts w:ascii="Gentium Plus" w:hAnsi="Gentium Plus"/>
          <w:sz w:val="24"/>
        </w:rPr>
        <w:t>καὶ δοῦλος, ὁ ἐλλείπων τῇ ἀρετῇ, ὡς φησὶν ὁ ποιητής· Ἥμισυ γὰρ τῆς ἀρετῆς ἀποαίνυται εὐρύοπα Ζεὺς Ἀνέρος, εὖτ’ ἄν μιν κατὰ δούλιον ἦμαρ ἄλοισιν.</w:t>
      </w:r>
    </w:p>
    <w:p>
      <w:r>
        <w:rPr>
          <w:rFonts w:ascii="Courier New" w:hAnsi="Courier New"/>
          <w:color w:val="555555"/>
          <w:sz w:val="20"/>
        </w:rPr>
        <w:t>[20]</w:t>
      </w:r>
    </w:p>
    <w:p>
      <w:r>
        <w:rPr>
          <w:rFonts w:ascii="Gentium Plus" w:hAnsi="Gentium Plus"/>
          <w:sz w:val="24"/>
        </w:rPr>
        <w:t>Δούρειος ἵππος. ξύλινος. Δουρίληπτος. ὁ αἰχμάλωτος, ὁ ληπτὸς καὶ κρα‐ τητὸς διὰ τοῦ δόρατος. Δοῖδυξ. κοχλιάριον. παρὰ τὸ δαδύσσω τὸ τα‐ ράσσω. καὶ δοιδυκοποιός.</w:t>
      </w:r>
    </w:p>
    <w:p>
      <w:r>
        <w:rPr>
          <w:rFonts w:ascii="Courier New" w:hAnsi="Courier New"/>
          <w:color w:val="555555"/>
          <w:sz w:val="20"/>
        </w:rPr>
        <w:t>[25]</w:t>
      </w:r>
    </w:p>
    <w:p>
      <w:r>
        <w:rPr>
          <w:rFonts w:ascii="Gentium Plus" w:hAnsi="Gentium Plus"/>
          <w:sz w:val="24"/>
        </w:rPr>
        <w:t>Δοιοί. ἀντὶ τοῦ δύο. ὡς τό· Δοιοὶ γάρ τε πίθοι κατακείαται ἐν Διὸς οὔ‐</w:t>
      </w:r>
    </w:p>
    <w:p>
      <w:r>
        <w:rPr>
          <w:rFonts w:ascii="Courier New" w:hAnsi="Courier New"/>
          <w:color w:val="555555"/>
          <w:sz w:val="20"/>
        </w:rPr>
        <w:t>[delta 561]</w:t>
      </w:r>
    </w:p>
    <w:p>
      <w:r>
        <w:rPr>
          <w:rFonts w:ascii="Gentium Plus" w:hAnsi="Gentium Plus"/>
          <w:sz w:val="24"/>
        </w:rPr>
        <w:t>†Δοκίας. ἔστιν ἀστροειδὴς κοντὸς ἤγουν δοκὸς, τὴν πυρώδη ἐπὶ τὰ ἄνω ἐκπέμπων ἀκτῖνα.† Δόκιμον. οἷον ἀνεπίληπτον. καὶ ὁ Ἀπόστολος· τὸν δόκιμον ἐν Χριστῷ.</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Δόβηρα. ὄνομα πόλεως. Δοιαί. αἱ δύο. Δόκησις. τὸ μὴ ὂν νομιζόμενον. Δόκησις ἀληθείας. περιφραστικῶς ἡ ἀλήθεια.</w:t>
      </w:r>
    </w:p>
    <w:p>
      <w:r>
        <w:rPr>
          <w:rFonts w:ascii="Courier New" w:hAnsi="Courier New"/>
          <w:color w:val="555555"/>
          <w:sz w:val="20"/>
        </w:rPr>
        <w:t>[10]</w:t>
      </w:r>
    </w:p>
    <w:p>
      <w:r>
        <w:rPr>
          <w:rFonts w:ascii="Gentium Plus" w:hAnsi="Gentium Plus"/>
          <w:sz w:val="24"/>
        </w:rPr>
        <w:t>Δοκίδες. ἄστρων ὀνόματα. Δοκός. τὸ τὴν στέγην ἀνέχον ξύλον ἢ πατερόν. παρὰ τὸ δέχω, δέχομαι, δοκός· ἡ δεχομένη τὰ ἐπιτιθέμενα βάρη. Δολιχαύλους. τὰς μακροὺς αὐλοὺς ἐχούσας.</w:t>
      </w:r>
    </w:p>
    <w:p>
      <w:r>
        <w:rPr>
          <w:rFonts w:ascii="Courier New" w:hAnsi="Courier New"/>
          <w:color w:val="555555"/>
          <w:sz w:val="20"/>
        </w:rPr>
        <w:t>[15]</w:t>
      </w:r>
    </w:p>
    <w:p>
      <w:r>
        <w:rPr>
          <w:rFonts w:ascii="Gentium Plus" w:hAnsi="Gentium Plus"/>
          <w:sz w:val="24"/>
        </w:rPr>
        <w:t>αὐλὸς δὲ τὸ κοῖλον τῆς ἐπιδορατίδος, εἰς ὃ ἐν‐ τίθεται τὸ ἄκρον ξύλον· αὐτὸ δὲ τὸ ξύλον καυ‐ λὸς λέγεται. Δόλιχος. τὸ ἱπποδρόμιον. ἔστι δὲ ὁ δόλιχος εἴ‐ κοσι στάδια. γράφεται καὶ ὁ δόλιχος ἐπὶ ἀρσε‐</w:t>
      </w:r>
    </w:p>
    <w:p>
      <w:r>
        <w:rPr>
          <w:rFonts w:ascii="Courier New" w:hAnsi="Courier New"/>
          <w:color w:val="555555"/>
          <w:sz w:val="20"/>
        </w:rPr>
        <w:t>[20]</w:t>
      </w:r>
    </w:p>
    <w:p>
      <w:r>
        <w:rPr>
          <w:rFonts w:ascii="Gentium Plus" w:hAnsi="Gentium Plus"/>
          <w:sz w:val="24"/>
        </w:rPr>
        <w:t>νικοῦ. Δολώνεια. ὄνομα πόλεως. Δόμησις. ἡ οἰκοδομή. Δόξα. ὁ περὶ πολλῶν ἔπαινος. δόξα καὶ ἡ ὑπό‐ νοια. διττή ἐστιν ἡ δόξα· ἢ γὰρ μετὰ λόγου</w:t>
      </w:r>
    </w:p>
    <w:p>
      <w:r>
        <w:rPr>
          <w:rFonts w:ascii="Courier New" w:hAnsi="Courier New"/>
          <w:color w:val="555555"/>
          <w:sz w:val="20"/>
        </w:rPr>
        <w:t>[25]</w:t>
      </w:r>
    </w:p>
    <w:p>
      <w:r>
        <w:rPr>
          <w:rFonts w:ascii="Gentium Plus" w:hAnsi="Gentium Plus"/>
          <w:sz w:val="24"/>
        </w:rPr>
        <w:t>ἐστὶ ἢ ἄνευ λόγου. καὶ ἄνευ λόγου ἐστὶν, ὡς ὅταν τὶς τὴν λογικὴν ψυχὴν δοξάζῃ ἀθάνατον εἶναι, μὴ λέγων αἰτίαν. [μετὰ λόγου δὲ, ὡς ὅταν τὶς τὴν λογικὴν ψυχὴν δοξάζῃ ἀθάνατον εἶναι, λέγων αἰτίαν.] καὶ ἰστέον, ὅτι δόξα μετὰ</w:t>
      </w:r>
    </w:p>
    <w:p>
      <w:r>
        <w:rPr>
          <w:rFonts w:ascii="Courier New" w:hAnsi="Courier New"/>
          <w:color w:val="555555"/>
          <w:sz w:val="20"/>
        </w:rPr>
        <w:t>[30]</w:t>
      </w:r>
    </w:p>
    <w:p>
      <w:r>
        <w:rPr>
          <w:rFonts w:ascii="Gentium Plus" w:hAnsi="Gentium Plus"/>
          <w:sz w:val="24"/>
        </w:rPr>
        <w:t>λόγου ἐστὶ τὸ συμπέρασμα τῆς προτάσεως. λέ‐ γω δὴ τό· ψυχὴ ἀθάνατός ἐστι· τοῦτο γὰρ ὅλαι</w:t>
      </w:r>
    </w:p>
    <w:p>
      <w:r>
        <w:rPr>
          <w:rFonts w:ascii="Courier New" w:hAnsi="Courier New"/>
          <w:color w:val="555555"/>
          <w:sz w:val="20"/>
        </w:rPr>
        <w:t>[delta 562]</w:t>
      </w:r>
    </w:p>
    <w:p>
      <w:r>
        <w:rPr>
          <w:rFonts w:ascii="Gentium Plus" w:hAnsi="Gentium Plus"/>
          <w:sz w:val="24"/>
        </w:rPr>
        <w:t>λόγου λέγεται. ἢ δόξα ἐστὶ γνῶσις κατὰ πε‐ ράτωσιν διανοίας ἐπιγινομένη, ἢ ἀποπεράτωσις τῆς διανοίας ἢ ἄλλου ἢ αὐτοῦ δοξάζοντος. οἷον ἐδόξασεν ὁ δεῖνα, ὅτι ὁ οὐρανὸς τῆς γῆς ἐστὶ</w:t>
      </w:r>
    </w:p>
    <w:p>
      <w:r>
        <w:rPr>
          <w:rFonts w:ascii="Courier New" w:hAnsi="Courier New"/>
          <w:color w:val="555555"/>
          <w:sz w:val="20"/>
        </w:rPr>
        <w:t>[5]</w:t>
      </w:r>
    </w:p>
    <w:p>
      <w:r>
        <w:rPr>
          <w:rFonts w:ascii="Gentium Plus" w:hAnsi="Gentium Plus"/>
          <w:sz w:val="24"/>
        </w:rPr>
        <w:t>μείζων· ἄλλος, ὅτι ἡ ψυχὴ ἀθάνατός ἐστι· δοξάζω κᾀγὼ τοῦτο [διὰ] τὸ τῶν προσώπων ἀξιόπιστον. πάλιν δοξάζω κᾀγὼ, ὅτι ἡ ψυχὴ ἀεικίνητός ἐστι· τὸ δὲ ἀεικίνητον ἀθάνατον· ἡ ψυχὴ ἄρα ἀθάνατος. ἐνταῦθα γὰρ ἀποπερά‐</w:t>
      </w:r>
    </w:p>
    <w:p>
      <w:r>
        <w:rPr>
          <w:rFonts w:ascii="Courier New" w:hAnsi="Courier New"/>
          <w:color w:val="555555"/>
          <w:sz w:val="20"/>
        </w:rPr>
        <w:t>[10]</w:t>
      </w:r>
    </w:p>
    <w:p>
      <w:r>
        <w:rPr>
          <w:rFonts w:ascii="Gentium Plus" w:hAnsi="Gentium Plus"/>
          <w:sz w:val="24"/>
        </w:rPr>
        <w:t>τωσις γέγονε τῆς ἐμῆς διανοίας. τινὲς δὲ δό‐ ξαν τὸν ἐνδιάθετον λόγον ἐκάλεσαν. Δόξα ἐστὶ τὸ τοιῶσδε ἢ τοιῶσδε δοκεῖν. δόξη καὶ ἡ κοσμικὴ φαντασία. Δόξα δὲ ἡ ὄντως ἐστὶν ἔπαινός τις ἀληθὴς καὶ</w:t>
      </w:r>
    </w:p>
    <w:p>
      <w:r>
        <w:rPr>
          <w:rFonts w:ascii="Courier New" w:hAnsi="Courier New"/>
          <w:color w:val="555555"/>
          <w:sz w:val="20"/>
        </w:rPr>
        <w:t>[15]</w:t>
      </w:r>
    </w:p>
    <w:p>
      <w:r>
        <w:rPr>
          <w:rFonts w:ascii="Gentium Plus" w:hAnsi="Gentium Plus"/>
          <w:sz w:val="24"/>
        </w:rPr>
        <w:t>ἄπλαστος τοῖς ἀξίοις πρέπων. Δόξα δικαίου. τὸ ἐν αὐτῷ πνεῦμα. ἢ δύναμις ψυχῆς ἢ ἄνευ αἰτίας τὰ πράγματα. Δοξασίας. ὑπολήψεως. Δόξα. τὸ λογικὸν καὶ γνωστικὸν μέρος τῆς ψυχῆς.</w:t>
      </w:r>
    </w:p>
    <w:p>
      <w:r>
        <w:rPr>
          <w:rFonts w:ascii="Courier New" w:hAnsi="Courier New"/>
          <w:color w:val="555555"/>
          <w:sz w:val="20"/>
        </w:rPr>
        <w:t>[20]</w:t>
      </w:r>
    </w:p>
    <w:p>
      <w:r>
        <w:rPr>
          <w:rFonts w:ascii="Gentium Plus" w:hAnsi="Gentium Plus"/>
          <w:sz w:val="24"/>
        </w:rPr>
        <w:t>Δορά. δέρμα. κυρίως τὸ ἀποσεσυρμένον δέρμα τῶν ἀλόγων. παρὰ τὸ δέρω τὸ ἐκδείρω. ἐπὶ δὲ τῶν λοιπῶν ζώων παρὰ τὸ τέρμα εἶναι τοῦ σώ‐ ματος. Δορκαλίδες. ὄργανον κολαστικόν τι. ἢ μάστι‐</w:t>
      </w:r>
    </w:p>
    <w:p>
      <w:r>
        <w:rPr>
          <w:rFonts w:ascii="Courier New" w:hAnsi="Courier New"/>
          <w:color w:val="555555"/>
          <w:sz w:val="20"/>
        </w:rPr>
        <w:t>[25]</w:t>
      </w:r>
    </w:p>
    <w:p>
      <w:r>
        <w:rPr>
          <w:rFonts w:ascii="Gentium Plus" w:hAnsi="Gentium Plus"/>
          <w:sz w:val="24"/>
        </w:rPr>
        <w:t>γες ἀπὸ ἱμάντων δορκάδων. Δοροδόκος. τὸ ξύλον τὸ ὑποδεχόμενον τὸν ὄρο‐ φον. Δοροδόκης. ξιφοθήκης τῆς τὰ δόρατα ὑποδε‐ χομένης.</w:t>
      </w:r>
    </w:p>
    <w:p>
      <w:r>
        <w:rPr>
          <w:rFonts w:ascii="Courier New" w:hAnsi="Courier New"/>
          <w:color w:val="555555"/>
          <w:sz w:val="20"/>
        </w:rPr>
        <w:t>[30]</w:t>
      </w:r>
    </w:p>
    <w:p>
      <w:r>
        <w:rPr>
          <w:rFonts w:ascii="Gentium Plus" w:hAnsi="Gentium Plus"/>
          <w:sz w:val="24"/>
        </w:rPr>
        <w:t>Δορκάς. ὡς παρὰ τὸ λάμπω λαμπὰς, οὕτω καὶ παρὰ τὸ δέρκω δορκάς· ὀξυδερκὲς γὰρ τὸ ζῶον.</w:t>
      </w:r>
    </w:p>
    <w:p>
      <w:r>
        <w:rPr>
          <w:rFonts w:ascii="Courier New" w:hAnsi="Courier New"/>
          <w:color w:val="555555"/>
          <w:sz w:val="20"/>
        </w:rPr>
        <w:t>[delta 563]</w:t>
      </w:r>
    </w:p>
    <w:p>
      <w:r>
        <w:rPr>
          <w:rFonts w:ascii="Gentium Plus" w:hAnsi="Gentium Plus"/>
          <w:sz w:val="24"/>
        </w:rPr>
        <w:t>Δοχή. τὸ ἄριστον. Δοχμή. ἡ παλαιστή· ὅ ἐστι τετραδάκτυλον τῆς χειρός. [Ἀριστοφάνης· καὶ πρὶν ἡμέραν φορέσαι μεῖζον ἦν δυοῖν</w:t>
      </w:r>
    </w:p>
    <w:p>
      <w:r>
        <w:rPr>
          <w:rFonts w:ascii="Courier New" w:hAnsi="Courier New"/>
          <w:color w:val="555555"/>
          <w:sz w:val="20"/>
        </w:rPr>
        <w:t>[5]</w:t>
      </w:r>
    </w:p>
    <w:p>
      <w:r>
        <w:rPr>
          <w:rFonts w:ascii="Gentium Plus" w:hAnsi="Gentium Plus"/>
          <w:sz w:val="24"/>
        </w:rPr>
        <w:t>δοχμαῖν. παρὰ τὸ δέχω γίνεται δοχμὴ, τὸ δεκτὸν μέ‐ ρος τῆς χειρὸς, δι’ ἧς δεχόμεθα τὰ διδόμενα. ἢ παρὰ τὸ δοχμός· ἐπειδὴ πλαγίᾳ τῇ χειρὶ μετροῦμεν.]</w:t>
      </w:r>
    </w:p>
    <w:p>
      <w:r>
        <w:rPr>
          <w:rFonts w:ascii="Courier New" w:hAnsi="Courier New"/>
          <w:color w:val="555555"/>
          <w:sz w:val="20"/>
        </w:rPr>
        <w:t>[10]</w:t>
      </w:r>
    </w:p>
    <w:p>
      <w:r>
        <w:rPr>
          <w:rFonts w:ascii="Gentium Plus" w:hAnsi="Gentium Plus"/>
          <w:sz w:val="24"/>
        </w:rPr>
        <w:t>Δόλον. τὰς ἐπὶ λύμῃ τῶν ἀδελφῶν ἐπιβουλάς τε καὶ μηχανὰς, φησὶν ὁ Ἀπόστολος. Δουλεία. δουλείας τρόποι· ὁ τῆς δημιουργίας· ὁ τῆς πίστεως· ὁ ἀποστολῆς. καὶ ὁ Ἀπόστολος· Παῦλος δοῦλος Ἰησοῦ Χριστοῦ κλητὸς ἀπό‐</w:t>
      </w:r>
    </w:p>
    <w:p>
      <w:r>
        <w:rPr>
          <w:rFonts w:ascii="Courier New" w:hAnsi="Courier New"/>
          <w:color w:val="555555"/>
          <w:sz w:val="20"/>
        </w:rPr>
        <w:t>[15]</w:t>
      </w:r>
    </w:p>
    <w:p>
      <w:r>
        <w:rPr>
          <w:rFonts w:ascii="Gentium Plus" w:hAnsi="Gentium Plus"/>
          <w:sz w:val="24"/>
        </w:rPr>
        <w:t>στολος.</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Δόγμα. θεολογία. παρὰ τὸ δοκῶ, δόκημα, καὶ κατὰ συγκοπὴν δόγμα. [ἢ παρὰ τὸ δόκω βαρύτονον. ὁ μέλλων δόξω, δέδογμαι, δόγμα.]</w:t>
      </w:r>
    </w:p>
    <w:p>
      <w:r>
        <w:rPr>
          <w:rFonts w:ascii="Courier New" w:hAnsi="Courier New"/>
          <w:color w:val="555555"/>
          <w:sz w:val="20"/>
        </w:rPr>
        <w:t>[20]</w:t>
      </w:r>
    </w:p>
    <w:p>
      <w:r>
        <w:rPr>
          <w:rFonts w:ascii="Gentium Plus" w:hAnsi="Gentium Plus"/>
          <w:sz w:val="24"/>
        </w:rPr>
        <w:t>Δολιχόσκιον. μακρὸν ἢ μέγα ἢ τὸ μακρὰν σκιὰν ἀποτελοῦν ἢ μακρὰν πορευόμενον. Δόκανα. τάφοι τινὲς ἐν Λακεδαιμονίᾳ. παρὰ τὸ δέξασθαι τοὺς Τυνδαρίδας. Δόματα. τὰ δωρήματα. δώματα δὲ, τὰ οἰκή‐</w:t>
      </w:r>
    </w:p>
    <w:p>
      <w:r>
        <w:rPr>
          <w:rFonts w:ascii="Courier New" w:hAnsi="Courier New"/>
          <w:color w:val="555555"/>
          <w:sz w:val="20"/>
        </w:rPr>
        <w:t>[25]</w:t>
      </w:r>
    </w:p>
    <w:p>
      <w:r>
        <w:rPr>
          <w:rFonts w:ascii="Gentium Plus" w:hAnsi="Gentium Plus"/>
          <w:sz w:val="24"/>
        </w:rPr>
        <w:t>ματα, μέγα. [Δόμημα. τὸ οἰκοδόμημα. ἐκ τοῦ δέμω, δεμῶ,</w:t>
      </w:r>
    </w:p>
    <w:p>
      <w:r>
        <w:rPr>
          <w:rFonts w:ascii="Courier New" w:hAnsi="Courier New"/>
          <w:color w:val="555555"/>
          <w:sz w:val="20"/>
        </w:rPr>
        <w:t>[delta 564]</w:t>
      </w:r>
    </w:p>
    <w:p>
      <w:r>
        <w:rPr>
          <w:rFonts w:ascii="Gentium Plus" w:hAnsi="Gentium Plus"/>
          <w:sz w:val="24"/>
        </w:rPr>
        <w:t>Δοξάριον. ἡ δόξα, ὑποκοριστικῶς. Δόρατα. κοντάρια, λογχάρια. Δορύκτητον. τὸ διὰ πολέμου κτηθέν. Δορυλάειον, Δορύλειον, καὶ Δορύλαιον. τό‐</w:t>
      </w:r>
    </w:p>
    <w:p>
      <w:r>
        <w:rPr>
          <w:rFonts w:ascii="Courier New" w:hAnsi="Courier New"/>
          <w:color w:val="555555"/>
          <w:sz w:val="20"/>
        </w:rPr>
        <w:t>[5]</w:t>
      </w:r>
    </w:p>
    <w:p>
      <w:r>
        <w:rPr>
          <w:rFonts w:ascii="Gentium Plus" w:hAnsi="Gentium Plus"/>
          <w:sz w:val="24"/>
        </w:rPr>
        <w:t>πος. [Δόρει. κονταρίῳ. ἰστέον, ὅτι ὥσπερ ἀπὸ τοῦ γῆρας γίνεται γήρως, καὶ ἀπὸ τοῦ δέρας δέ‐ ρος, οὕτως καὶ ἀπὸ τοῦ δόρυ δόρατος γίνεται δόρος· κᾀκεῖθεν ἡ δοτικὴ δόρει· ὥσπερ τεῖχος,</w:t>
      </w:r>
    </w:p>
    <w:p>
      <w:r>
        <w:rPr>
          <w:rFonts w:ascii="Courier New" w:hAnsi="Courier New"/>
          <w:color w:val="555555"/>
          <w:sz w:val="20"/>
        </w:rPr>
        <w:t>[10]</w:t>
      </w:r>
    </w:p>
    <w:p>
      <w:r>
        <w:rPr>
          <w:rFonts w:ascii="Gentium Plus" w:hAnsi="Gentium Plus"/>
          <w:sz w:val="24"/>
        </w:rPr>
        <w:t>τείχει· τὸ δέ, —δουρὶ δὲ ξυστῷ μέμῃνεν Αἴας. ἀπὸ τῆς δορὸς γενικῆς.] Δόρυ. καὶ τὸ ξύλον καὶ τὸ ἀκόντιον. [τὸ ξύλον μὲν, ὡς παρ’ Ἡσιόδῳ·</w:t>
      </w:r>
    </w:p>
    <w:p>
      <w:r>
        <w:rPr>
          <w:rFonts w:ascii="Courier New" w:hAnsi="Courier New"/>
          <w:color w:val="555555"/>
          <w:sz w:val="20"/>
        </w:rPr>
        <w:t>[15]</w:t>
      </w:r>
    </w:p>
    <w:p>
      <w:r>
        <w:rPr>
          <w:rFonts w:ascii="Gentium Plus" w:hAnsi="Gentium Plus"/>
          <w:sz w:val="24"/>
        </w:rPr>
        <w:t>—ἕκαστον δὲ, δούρα θ’ ἁμάξης. τὸ ἀκόντιον δέ· εὖ μέν τις δόρυ θηξάσθω— εἴρηται ἀπὸ τῆς δρυὸς, δρυόν τι ὂν, ἐπὶ παν‐ τὸς ξύλου λεγόμενον παρὰ τοῖς παλαιοῖς. ἢ</w:t>
      </w:r>
    </w:p>
    <w:p>
      <w:r>
        <w:rPr>
          <w:rFonts w:ascii="Courier New" w:hAnsi="Courier New"/>
          <w:color w:val="555555"/>
          <w:sz w:val="20"/>
        </w:rPr>
        <w:t>[20]</w:t>
      </w:r>
    </w:p>
    <w:p>
      <w:r>
        <w:rPr>
          <w:rFonts w:ascii="Gentium Plus" w:hAnsi="Gentium Plus"/>
          <w:sz w:val="24"/>
        </w:rPr>
        <w:t>δαίρω, ὃ σημαίνει τὸ λεπίζω. τοῦ γὰρ φλοιοῦ λεπίζεται τὰ ξύλα. ἢ θόρυ τὶ ὂν τὸ ἐκ τῆς γῆς ἀνατρέχον. ὡς καὶ ὁ ποιητὴς λέγει· ἐπεὶ οὔπω τοῖον ἐλήλυθεν ἐκ δόρυ γῆς.] [Δορύκνιον. γράφεται καὶ δορίχνιον. ἔστι δὲ</w:t>
      </w:r>
    </w:p>
    <w:p>
      <w:r>
        <w:rPr>
          <w:rFonts w:ascii="Courier New" w:hAnsi="Courier New"/>
          <w:color w:val="555555"/>
          <w:sz w:val="20"/>
        </w:rPr>
        <w:t>[25]</w:t>
      </w:r>
    </w:p>
    <w:p>
      <w:r>
        <w:rPr>
          <w:rFonts w:ascii="Gentium Plus" w:hAnsi="Gentium Plus"/>
          <w:sz w:val="24"/>
        </w:rPr>
        <w:t>πόα τίς. πινόμενον γὰρ ὑπάρχει τῶν θανασί‐ μων. ἔστι δὲ κατὰ τὴν ὀσμὴν καὶ τὴν γεῦσιν</w:t>
      </w:r>
    </w:p>
    <w:p>
      <w:r>
        <w:rPr>
          <w:rFonts w:ascii="Courier New" w:hAnsi="Courier New"/>
          <w:color w:val="555555"/>
          <w:sz w:val="20"/>
        </w:rPr>
        <w:t>[delta 565]</w:t>
      </w:r>
    </w:p>
    <w:p>
      <w:r>
        <w:rPr>
          <w:rFonts w:ascii="Gentium Plus" w:hAnsi="Gentium Plus"/>
          <w:sz w:val="24"/>
        </w:rPr>
        <w:t>νοντι διὰ τὸ εἶναι γάλακτι παραπλήσιον. Δη‐ μοφῶν δὲ ἐτυμολογεῖ αὐτὸ οὕτως κεκλῆσθαι, διὰ τὸ δόρατι ἶσον εἶναι κατὰ τὴν ἀναίρεσιν.] Δοῦρα. πλοῖα ἢ ξύλα τὰ εἰς τὸν πύργον.</w:t>
      </w:r>
    </w:p>
    <w:p>
      <w:r>
        <w:rPr>
          <w:rFonts w:ascii="Courier New" w:hAnsi="Courier New"/>
          <w:color w:val="555555"/>
          <w:sz w:val="20"/>
        </w:rPr>
        <w:t>[5]</w:t>
      </w:r>
    </w:p>
    <w:p>
      <w:r>
        <w:rPr>
          <w:rFonts w:ascii="Gentium Plus" w:hAnsi="Gentium Plus"/>
          <w:sz w:val="24"/>
        </w:rPr>
        <w:t>Δουρηνεκές. ὅσον δόρατος βολή. ὅσον δόρυ δια‐ τεῖναι, ἢ μῆκος δόρατος. [Δουροδόκον. τὸν δεχόμενον τὰ δόρατα.] Δούλιον ἦμαρ. ἡ τῆς αἰχμαλωσίας ἡμέρα. δού‐ λειος δὲ ζυγὸς, δίφθογγον.</w:t>
      </w:r>
    </w:p>
    <w:p>
      <w:r>
        <w:rPr>
          <w:rFonts w:ascii="Courier New" w:hAnsi="Courier New"/>
          <w:color w:val="555555"/>
          <w:sz w:val="20"/>
        </w:rPr>
        <w:t>[10]</w:t>
      </w:r>
    </w:p>
    <w:p>
      <w:r>
        <w:rPr>
          <w:rFonts w:ascii="Gentium Plus" w:hAnsi="Gentium Plus"/>
          <w:sz w:val="24"/>
        </w:rPr>
        <w:t>Δόχμιον. πλάγιον. Δόγμα. ἔννοια παρὰ θεοῦ ἀψευδής. ἢ δόξης πρό‐ τασις καὶ ἀνατροπὴ ἑτέρου, καὶ δι’ ἀμφοτέρων ἀληθείας διάγνωσις. [ἢ ζήτησις περὶ πίστεως καὶ ἀκριβοῦς ζητήσεως ἀψευδὴς διάγνωσις.]</w:t>
      </w:r>
    </w:p>
    <w:p>
      <w:r>
        <w:rPr>
          <w:rFonts w:ascii="Courier New" w:hAnsi="Courier New"/>
          <w:color w:val="555555"/>
          <w:sz w:val="20"/>
        </w:rPr>
        <w:t>[15]</w:t>
      </w:r>
    </w:p>
    <w:p>
      <w:r>
        <w:rPr>
          <w:rFonts w:ascii="Gentium Plus" w:hAnsi="Gentium Plus"/>
          <w:sz w:val="24"/>
        </w:rPr>
        <w:t>Δοιά. ἀντὶ τοῦ δύο. Ἡσίοδος· δοιὰ θέσθαι ἄροτρα πονησάμενος— Δοιάντιον. πεδίον. ἀπὸ τοῦ Δοίαντος ἥρωος. Δόμω. τὸ δῶρον. παρὰ τὸ δίδωμι, δώσω, δέδω‐ κα, δέδομαι, καὶ ἐξ αὐτοῦ δόμα.</w:t>
      </w:r>
    </w:p>
    <w:p>
      <w:pPr>
        <w:jc w:val="center"/>
      </w:pPr>
      <w:r>
        <w:rPr>
          <w:rFonts w:ascii="Gentium Plus" w:hAnsi="Gentium Plus"/>
          <w:b/>
          <w:sz w:val="24"/>
        </w:rPr>
        <w:t>(Ῥῆμα.)</w:t>
      </w:r>
    </w:p>
    <w:p>
      <w:r>
        <w:rPr>
          <w:rFonts w:ascii="Courier New" w:hAnsi="Courier New"/>
          <w:color w:val="555555"/>
          <w:sz w:val="20"/>
        </w:rPr>
        <w:t>[21]</w:t>
      </w:r>
    </w:p>
    <w:p>
      <w:r>
        <w:rPr>
          <w:rFonts w:ascii="Gentium Plus" w:hAnsi="Gentium Plus"/>
          <w:sz w:val="24"/>
        </w:rPr>
        <w:t>Δογματίζει. θεολογεῖ. Δοιάσατο. ἐνεδοίασε. λαμβάνεται καὶ ἐπὶ τοῦ ἔδοξε καὶ ἐνόμισε. κυρίως δὲ τὸ μιᾷ γνώμῃ μὴ ἑστάναι. [οὐκ ἀπὸ τοῦ δοσσῶ δὲ εἴρηται, ὡς</w:t>
      </w:r>
    </w:p>
    <w:p>
      <w:r>
        <w:rPr>
          <w:rFonts w:ascii="Courier New" w:hAnsi="Courier New"/>
          <w:color w:val="555555"/>
          <w:sz w:val="20"/>
        </w:rPr>
        <w:t>[25]</w:t>
      </w:r>
    </w:p>
    <w:p>
      <w:r>
        <w:rPr>
          <w:rFonts w:ascii="Gentium Plus" w:hAnsi="Gentium Plus"/>
          <w:sz w:val="24"/>
        </w:rPr>
        <w:t>φασὶ τινὲς, ἐπειδὴ ἔδοξα ὤφειλεν εἶναι ὁ ἀό‐</w:t>
      </w:r>
    </w:p>
    <w:p>
      <w:r>
        <w:rPr>
          <w:rFonts w:ascii="Courier New" w:hAnsi="Courier New"/>
          <w:color w:val="555555"/>
          <w:sz w:val="20"/>
        </w:rPr>
        <w:t>[delta 566]</w:t>
      </w:r>
    </w:p>
    <w:p>
      <w:r>
        <w:rPr>
          <w:rFonts w:ascii="Gentium Plus" w:hAnsi="Gentium Plus"/>
          <w:sz w:val="24"/>
        </w:rPr>
        <w:t>ἱππάζω, ὁ μέλλων δοιάσω, καὶ ἐδοιασάμην, ἐδοιάσατο, καὶ πλεονασμῷ τοῦ ς Αἰολικῶς ἐδοι‐ άσσατο, ὡς τὸ ἔσεται ἔσσεται, καὶ ἀποβολῇ τοῦ ι δοάσσατο. ἄλλοι δὲ ἀπὸ τοῦ δοκῶ, δοκά‐</w:t>
      </w:r>
    </w:p>
    <w:p>
      <w:r>
        <w:rPr>
          <w:rFonts w:ascii="Courier New" w:hAnsi="Courier New"/>
          <w:color w:val="555555"/>
          <w:sz w:val="20"/>
        </w:rPr>
        <w:t>[5]</w:t>
      </w:r>
    </w:p>
    <w:p>
      <w:r>
        <w:rPr>
          <w:rFonts w:ascii="Gentium Plus" w:hAnsi="Gentium Plus"/>
          <w:sz w:val="24"/>
        </w:rPr>
        <w:t>ζω, δοκάσσατο καὶ ἀποβολῇ τοῦ κ δοάσσατο. οὕτως οἱ μὲν, ἔλλειψιν τοῦ ις, οἱ δὲ, τοῦ ι. ἵνα μὴ παρ’ ἄλλου ὡς καινὸν ἀκούσῃς. οὕτως Ἡρωδιανός.] †Δουλαγωγῶ. ἀντὶ τοῦ ὡς δοῦλον ἀφηνιάζον‐</w:t>
      </w:r>
    </w:p>
    <w:p>
      <w:r>
        <w:rPr>
          <w:rFonts w:ascii="Courier New" w:hAnsi="Courier New"/>
          <w:color w:val="555555"/>
          <w:sz w:val="20"/>
        </w:rPr>
        <w:t>[10]</w:t>
      </w:r>
    </w:p>
    <w:p>
      <w:r>
        <w:rPr>
          <w:rFonts w:ascii="Gentium Plus" w:hAnsi="Gentium Plus"/>
          <w:sz w:val="24"/>
        </w:rPr>
        <w:t>τα ἀποστέλλω. ὑπωπιάζω μου τὸ σῶμα καὶ δουλαγωγῶ.† Δοίη. παράσχοι. οὐχὶ ἐν τῷ ω δώη. Δοιάζω. τὸ διστάζω. παρὰ τὸ δοιὸς δοιάζω. [ὡς ἵππος ἱππάζω, λίθος λιθάζω.]</w:t>
      </w:r>
    </w:p>
    <w:p>
      <w:r>
        <w:rPr>
          <w:rFonts w:ascii="Courier New" w:hAnsi="Courier New"/>
          <w:color w:val="555555"/>
          <w:sz w:val="20"/>
        </w:rPr>
        <w:t>[15]</w:t>
      </w:r>
    </w:p>
    <w:p>
      <w:r>
        <w:rPr>
          <w:rFonts w:ascii="Gentium Plus" w:hAnsi="Gentium Plus"/>
          <w:sz w:val="24"/>
        </w:rPr>
        <w:t>Δοῖεν. παράσχοιεν. [εὐκτικὸν, δεύτερος ἀόριστος τῶν εἰς μ τρίτου προσώπου τῶν πληθυντικῶν.] Δοκεῖ. νομίζει, οἴεται. Δοκεύει. ἐπιτηρεῖ. [ἀπὸ τοῦ δόκω βαρύτονον, δοκεύω παράγωγον.]</w:t>
      </w:r>
    </w:p>
    <w:p>
      <w:r>
        <w:rPr>
          <w:rFonts w:ascii="Courier New" w:hAnsi="Courier New"/>
          <w:color w:val="555555"/>
          <w:sz w:val="20"/>
        </w:rPr>
        <w:t>[20]</w:t>
      </w:r>
    </w:p>
    <w:p>
      <w:r>
        <w:rPr>
          <w:rFonts w:ascii="Gentium Plus" w:hAnsi="Gentium Plus"/>
          <w:sz w:val="24"/>
        </w:rPr>
        <w:t>Δοκιμάζεις. κρίνεις. καὶ δοκιμάσας. Δοκοῦντες. ἀρέσκοντες. Δοκιμασθείς. εἰς ἄνδρας ἐγγραφείς. οὕτως Δη‐ μοσθένης. Δοκιμασθείσαις. κριθείσαις. βεβαιωθείσαις.</w:t>
      </w:r>
    </w:p>
    <w:p>
      <w:r>
        <w:rPr>
          <w:rFonts w:ascii="Courier New" w:hAnsi="Courier New"/>
          <w:color w:val="555555"/>
          <w:sz w:val="20"/>
        </w:rPr>
        <w:t>[25]</w:t>
      </w:r>
    </w:p>
    <w:p>
      <w:r>
        <w:rPr>
          <w:rFonts w:ascii="Gentium Plus" w:hAnsi="Gentium Plus"/>
          <w:sz w:val="24"/>
        </w:rPr>
        <w:t>Δοιδυκίζω. τὸ ταράσσω. ἢ στρογγύλην ἐποίη‐</w:t>
      </w:r>
    </w:p>
    <w:p>
      <w:r>
        <w:rPr>
          <w:rFonts w:ascii="Courier New" w:hAnsi="Courier New"/>
          <w:color w:val="555555"/>
          <w:sz w:val="20"/>
        </w:rPr>
        <w:t>[delta 567]</w:t>
      </w:r>
    </w:p>
    <w:p>
      <w:r>
        <w:rPr>
          <w:rFonts w:ascii="Gentium Plus" w:hAnsi="Gentium Plus"/>
          <w:sz w:val="24"/>
        </w:rPr>
        <w:t>Δολοφρονέων. δόλια φρονῶν. Δολιχεύουσι. περιοδεύουσι. δολιχεύσας πολλά‐ κις πολλοὺς πλοῦς περιβάλλεται πλοῦτον εὖ μάλα ἁδρόν.</w:t>
      </w:r>
    </w:p>
    <w:p>
      <w:r>
        <w:rPr>
          <w:rFonts w:ascii="Courier New" w:hAnsi="Courier New"/>
          <w:color w:val="555555"/>
          <w:sz w:val="20"/>
        </w:rPr>
        <w:t>[5]</w:t>
      </w:r>
    </w:p>
    <w:p>
      <w:r>
        <w:rPr>
          <w:rFonts w:ascii="Gentium Plus" w:hAnsi="Gentium Plus"/>
          <w:sz w:val="24"/>
        </w:rPr>
        <w:t>Δόμεναι. δοῦναι. πρίν γ’ ἀπὸ πατρὶ φίλῳ δόμεναι— ἔστι δίδωμι, ὁ δεύτερος ἀόριστος ἐδίδων, ἡ μετοχὴ ὁ δοὺς, τοῦ δόντος, καὶ τὸ ἀπαρέμφα‐ τον τοῦ δευτέρου ἀορίστου δοῦναι. εἰώθασι δὲ οἱ</w:t>
      </w:r>
    </w:p>
    <w:p>
      <w:r>
        <w:rPr>
          <w:rFonts w:ascii="Courier New" w:hAnsi="Courier New"/>
          <w:color w:val="555555"/>
          <w:sz w:val="20"/>
        </w:rPr>
        <w:t>[10]</w:t>
      </w:r>
    </w:p>
    <w:p>
      <w:r>
        <w:rPr>
          <w:rFonts w:ascii="Gentium Plus" w:hAnsi="Gentium Plus"/>
          <w:sz w:val="24"/>
        </w:rPr>
        <w:t>Δωριεῖς ἐπὶ τῶν εἰς ναι ἀπαρεμφάτων τοῦ ἀο‐ ρίστου προστιθέναι τὴν μεν συλλαβήν. καὶ εἰ μὲν ὦσι δύο φωνήεντα, τὸ ἓν ἀποβάλλουσιν, οἷον· δοῦναι, δόμεναι, θεῖναι, θέμεναι, εἶναι, ἔμμεναι, πλεονασμῷ τοῦ ἑτέρου μ. εἰ δὲ ἓν</w:t>
      </w:r>
    </w:p>
    <w:p>
      <w:r>
        <w:rPr>
          <w:rFonts w:ascii="Courier New" w:hAnsi="Courier New"/>
          <w:color w:val="555555"/>
          <w:sz w:val="20"/>
        </w:rPr>
        <w:t>[15]</w:t>
      </w:r>
    </w:p>
    <w:p>
      <w:r>
        <w:rPr>
          <w:rFonts w:ascii="Gentium Plus" w:hAnsi="Gentium Plus"/>
          <w:sz w:val="24"/>
        </w:rPr>
        <w:t>φωνῆεν, φυλάσσουσιν αὐτὸ, οἷον· στῆναι, στή‐ μεναι, βῆναι, βήμεναι. Δονεῖ. ταράσσει. Δοξάσαι. ὑπονοῆσαι, εἰκάσαι. Ἀριστοφάνης· δοξάσαι ἐστὶ κόραι· τὸ δ’ ἐτήτυμον οὐκ ἔχω</w:t>
      </w:r>
    </w:p>
    <w:p>
      <w:r>
        <w:rPr>
          <w:rFonts w:ascii="Courier New" w:hAnsi="Courier New"/>
          <w:color w:val="555555"/>
          <w:sz w:val="20"/>
        </w:rPr>
        <w:t>[20]</w:t>
      </w:r>
    </w:p>
    <w:p>
      <w:r>
        <w:rPr>
          <w:rFonts w:ascii="Gentium Plus" w:hAnsi="Gentium Plus"/>
          <w:sz w:val="24"/>
        </w:rPr>
        <w:t>εἰπεῖν. Δοξούμενοι. ἤτοι δοξάζοντες. Δορπῆσαι. ἑσπερινὸν δεῖπνον δειπνῆσαι. Δορυφορεῖ. τιμὴν περιποιεῖται. Δόσκον. ἐδίδουν. [παρ’ Αἰολεῦσι.</w:t>
      </w:r>
    </w:p>
    <w:p>
      <w:r>
        <w:rPr>
          <w:rFonts w:ascii="Courier New" w:hAnsi="Courier New"/>
          <w:color w:val="555555"/>
          <w:sz w:val="20"/>
        </w:rPr>
        <w:t>[25]</w:t>
      </w:r>
    </w:p>
    <w:p>
      <w:r>
        <w:rPr>
          <w:rFonts w:ascii="Gentium Plus" w:hAnsi="Gentium Plus"/>
          <w:sz w:val="24"/>
        </w:rPr>
        <w:t>—καὶ πάντα φέρων Ἀγαμέμνονι δόσκον.] Δουλεύσατε. πᾶσαν ἐντολὴν ἀποπληρώσατε. Δούπησεν. ἔπεσεν, ὥστε ψόφον ἀποτελέσαι. Δοάζω. τὸ ἀμφιβάλλω καὶ δοκῶ.</w:t>
      </w:r>
    </w:p>
    <w:p>
      <w:r>
        <w:rPr>
          <w:rFonts w:ascii="Courier New" w:hAnsi="Courier New"/>
          <w:color w:val="555555"/>
          <w:sz w:val="20"/>
        </w:rPr>
        <w:t>[delta 568]</w:t>
      </w:r>
    </w:p>
    <w:p>
      <w:r>
        <w:rPr>
          <w:rFonts w:ascii="Gentium Plus" w:hAnsi="Gentium Plus"/>
          <w:sz w:val="24"/>
        </w:rPr>
        <w:t>ἐκ τοῦ δοάσσω Δωρικῇ τροπῇ τῶν δύο ς εἰς ζω δοάζω, ὡς νίσσω, νίζω, δοάζω καὶ δοιάζω πλεο‐ νασμῷ τοῦ ι.]</w:t>
      </w:r>
    </w:p>
    <w:p>
      <w:pPr>
        <w:jc w:val="center"/>
      </w:pPr>
      <w:r>
        <w:rPr>
          <w:rFonts w:ascii="Gentium Plus" w:hAnsi="Gentium Plus"/>
          <w:b/>
          <w:sz w:val="24"/>
        </w:rPr>
        <w:t>Τὸ Δ μετὰ τοῦ Ρ.</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Δρασμός. ἡ φυγή. Δραστήριος. ἐνεργὸς, ἐργατικὸς, πρακτικὸς, σπουδαῖος ἢ περίεργος. Δραπέτης. φυγάς. παρὰ τὸ δρῶ τὸ ὑπηρετῶ,</w:t>
      </w:r>
    </w:p>
    <w:p>
      <w:r>
        <w:rPr>
          <w:rFonts w:ascii="Courier New" w:hAnsi="Courier New"/>
          <w:color w:val="555555"/>
          <w:sz w:val="20"/>
        </w:rPr>
        <w:t>[10]</w:t>
      </w:r>
    </w:p>
    <w:p>
      <w:r>
        <w:rPr>
          <w:rFonts w:ascii="Gentium Plus" w:hAnsi="Gentium Plus"/>
          <w:sz w:val="24"/>
        </w:rPr>
        <w:t>ἐξ οὗ γέγονε δραπέτης, ἀπὸ τοῦ δρῶ τὸ φεύ‐ γω, ὅθεν καὶ ἀπέδρα. [ὁ μέλλων δράσω. καὶ μετὰ τοῦ πετῶ, τὸ ἀφίπταμαι, γέγονε δραπέ‐ της, ὁ ἀποπτὰς τῆς ὑπηρεσίας.] Δράος καὶ Σάος. ποταμοὶ παραλαμβάνοντες</w:t>
      </w:r>
    </w:p>
    <w:p>
      <w:r>
        <w:rPr>
          <w:rFonts w:ascii="Courier New" w:hAnsi="Courier New"/>
          <w:color w:val="555555"/>
          <w:sz w:val="20"/>
        </w:rPr>
        <w:t>[15]</w:t>
      </w:r>
    </w:p>
    <w:p>
      <w:r>
        <w:rPr>
          <w:rFonts w:ascii="Gentium Plus" w:hAnsi="Gentium Plus"/>
          <w:sz w:val="24"/>
        </w:rPr>
        <w:t>τὴν δευτέραν Παιονίαν, οἳ εἰς τὸν ποταμὸν Ἴστρον καταφέρονται. Δρατοί. οἱ ὀφθαλμοί. παρὰ τὸ δρῶ τὸ βλέπω. Δρῆσται. οἱ οἰκέται. †Δρύμνιος. ὁ Ζεύς.†</w:t>
      </w:r>
    </w:p>
    <w:p>
      <w:r>
        <w:rPr>
          <w:rFonts w:ascii="Courier New" w:hAnsi="Courier New"/>
          <w:color w:val="555555"/>
          <w:sz w:val="20"/>
        </w:rPr>
        <w:t>[20]</w:t>
      </w:r>
    </w:p>
    <w:p>
      <w:r>
        <w:rPr>
          <w:rFonts w:ascii="Gentium Plus" w:hAnsi="Gentium Plus"/>
          <w:sz w:val="24"/>
        </w:rPr>
        <w:t>Δρῆσος. κύριον. Δριμύς. ὁ ὀξύς. Δρομοκήρυκες. οἱ ἀγγελιοφόροι. οὕτως Δίων. οἱ ἐπισπούδως πεμπόμενοι, ἢ οἱ ἡμεροδρόμοι. Δρόμος. τὸ γυμνάσιον κατὰ Κρῆτας. [δρόμῳ δ’</w:t>
      </w:r>
    </w:p>
    <w:p>
      <w:r>
        <w:rPr>
          <w:rFonts w:ascii="Courier New" w:hAnsi="Courier New"/>
          <w:color w:val="555555"/>
          <w:sz w:val="20"/>
        </w:rPr>
        <w:t>[25]</w:t>
      </w:r>
    </w:p>
    <w:p>
      <w:r>
        <w:rPr>
          <w:rFonts w:ascii="Gentium Plus" w:hAnsi="Gentium Plus"/>
          <w:sz w:val="24"/>
        </w:rPr>
        <w:t>ἰσῶσαι τῇ φύσει τὰ πράγματα νίκης ἔχων, ἐξῆλθε πάντιμον γέρας.]</w:t>
      </w:r>
    </w:p>
    <w:p>
      <w:r>
        <w:rPr>
          <w:rFonts w:ascii="Courier New" w:hAnsi="Courier New"/>
          <w:color w:val="555555"/>
          <w:sz w:val="20"/>
        </w:rPr>
        <w:t>[delta 569]</w:t>
      </w:r>
    </w:p>
    <w:p>
      <w:r>
        <w:rPr>
          <w:rFonts w:ascii="Gentium Plus" w:hAnsi="Gentium Plus"/>
          <w:sz w:val="24"/>
        </w:rPr>
        <w:t>Δρυφάκτους. ξυλίνους θώρακας ἢ τοὺς νῦν καγκέλλους καλουμένους. ἢ τὰ διαφράγματα ἢ τὰ περιτειχίσματα. εἰρῆσθαι δὲ κυρίως πάντα τὰ ἀπὸ ξύλου γινόμενα. δρυόφακτος τὶς ὢν ὁ</w:t>
      </w:r>
    </w:p>
    <w:p>
      <w:r>
        <w:rPr>
          <w:rFonts w:ascii="Courier New" w:hAnsi="Courier New"/>
          <w:color w:val="555555"/>
          <w:sz w:val="20"/>
        </w:rPr>
        <w:t>[5]</w:t>
      </w:r>
    </w:p>
    <w:p>
      <w:r>
        <w:rPr>
          <w:rFonts w:ascii="Gentium Plus" w:hAnsi="Gentium Plus"/>
          <w:sz w:val="24"/>
        </w:rPr>
        <w:t>ἐκ δρυῶν φραγμός. [πάλαι γὰρ πάντα τὰ ξύλα δρῦας ἐκάλουν, καὶ δρυμόν. ἢ παρὰ τὴν δρῦν καὶ τὸ πακτῶσαι, ὅ ἐστι πῆξαι, δρύπακτος καὶ δρύφακτος. οἷον· καθύπερθεν ἐπήδων τοὺς δρυ‐ φάκτους.]</w:t>
      </w:r>
    </w:p>
    <w:p>
      <w:r>
        <w:rPr>
          <w:rFonts w:ascii="Courier New" w:hAnsi="Courier New"/>
          <w:color w:val="555555"/>
          <w:sz w:val="20"/>
        </w:rPr>
        <w:t>[10]</w:t>
      </w:r>
    </w:p>
    <w:p>
      <w:r>
        <w:rPr>
          <w:rFonts w:ascii="Gentium Plus" w:hAnsi="Gentium Plus"/>
          <w:sz w:val="24"/>
        </w:rPr>
        <w:t>Δρυμός. τόπος σύμφυτος καὶ σύνδενδρος. Δρυπέτης. ὁ πέπειρος καρπὸς τῶν δένδρων. γρά‐ φεται καὶ δρυπέπης. Δρυΐδαι. οἱ φιλόσοφοι παρὰ Γαλάταις. Δρύοπες. ἔθνος.</w:t>
      </w:r>
    </w:p>
    <w:p>
      <w:r>
        <w:rPr>
          <w:rFonts w:ascii="Courier New" w:hAnsi="Courier New"/>
          <w:color w:val="555555"/>
          <w:sz w:val="20"/>
        </w:rPr>
        <w:t>[15]</w:t>
      </w:r>
    </w:p>
    <w:p>
      <w:r>
        <w:rPr>
          <w:rFonts w:ascii="Gentium Plus" w:hAnsi="Gentium Plus"/>
          <w:sz w:val="24"/>
        </w:rPr>
        <w:t>Δρύοχοι. πάτταλοι οἱ ἐντιθέμενοι ναυπηγουμένης νηός. καταχρηστικῶς δὲ τὰ προοίμια. [Ἀριστο‐ φάνης· Ἀγάθων ἄρχεται δρυόχους τιθέναι δράματος ἀρχάς.</w:t>
      </w:r>
    </w:p>
    <w:p>
      <w:r>
        <w:rPr>
          <w:rFonts w:ascii="Courier New" w:hAnsi="Courier New"/>
          <w:color w:val="555555"/>
          <w:sz w:val="20"/>
        </w:rPr>
        <w:t>[20]</w:t>
      </w:r>
    </w:p>
    <w:p>
      <w:r>
        <w:rPr>
          <w:rFonts w:ascii="Gentium Plus" w:hAnsi="Gentium Plus"/>
          <w:sz w:val="24"/>
        </w:rPr>
        <w:t>ἢ δρυόχους τὰς πελέκεις. οἱ μὲν κρίκους ἀκού‐ ουσι τινὰς μεγάλους ἐπ’ ὀβελίσκων κειμένους, οὓς καταπήγνυσθαι εἰς τὴν γῆν, ὥστε δι’ αὐτῶν τοξεύειν. ἄμεινον δὲ, ἐφ’ ὧν ἡ τρόπις ἐρεί‐ δεται.]</w:t>
      </w:r>
    </w:p>
    <w:p>
      <w:r>
        <w:rPr>
          <w:rFonts w:ascii="Courier New" w:hAnsi="Courier New"/>
          <w:color w:val="555555"/>
          <w:sz w:val="20"/>
        </w:rPr>
        <w:t>[25]</w:t>
      </w:r>
    </w:p>
    <w:p>
      <w:r>
        <w:rPr>
          <w:rFonts w:ascii="Gentium Plus" w:hAnsi="Gentium Plus"/>
          <w:sz w:val="24"/>
        </w:rPr>
        <w:t>Δρῦς. τὸ δρύϊνον δένδρον. τὸ δρῦς δὲ βραχύ. Δρυαχαρνεῖς. οἱ ἀναίσθητοι. ἐκωμῳδοῦντο γὰρ</w:t>
      </w:r>
    </w:p>
    <w:p>
      <w:r>
        <w:rPr>
          <w:rFonts w:ascii="Courier New" w:hAnsi="Courier New"/>
          <w:color w:val="555555"/>
          <w:sz w:val="20"/>
        </w:rPr>
        <w:t>[delta 570]</w:t>
      </w:r>
    </w:p>
    <w:p>
      <w:r>
        <w:rPr>
          <w:rFonts w:ascii="Gentium Plus" w:hAnsi="Gentium Plus"/>
          <w:sz w:val="24"/>
        </w:rPr>
        <w:t>Δρώπαξ. ὁ κεκαλλωπισμένος ἀνήρ. Δρώπτης. πλανήτης, πτωχός. Δρογγίλων. χωρίον Θρᾳκικόν. Δρύας. παρὰ τὸ δρῦς, δρυός. οἱ γὰρ ἀρχαῖοι πᾶν</w:t>
      </w:r>
    </w:p>
    <w:p>
      <w:r>
        <w:rPr>
          <w:rFonts w:ascii="Courier New" w:hAnsi="Courier New"/>
          <w:color w:val="555555"/>
          <w:sz w:val="20"/>
        </w:rPr>
        <w:t>[5]</w:t>
      </w:r>
    </w:p>
    <w:p>
      <w:r>
        <w:rPr>
          <w:rFonts w:ascii="Gentium Plus" w:hAnsi="Gentium Plus"/>
          <w:sz w:val="24"/>
        </w:rPr>
        <w:t>δένδρον δρῦν ἐκάλουν. τὸ δρῦς ψιλὸν διατί; ἐκ τοῦ δρῦς· τὰ εἰς υν καὶ εἰς υς ἅπαντα ἐπ’ εὐ‐ θείας καὶ ἑνικῆς πτώσεως διὰ τοῦ υ ψιλοῦ γρά‐ φεται. *Δρόμων. εἶδος πλοίου.*</w:t>
      </w:r>
    </w:p>
    <w:p>
      <w:r>
        <w:rPr>
          <w:rFonts w:ascii="Courier New" w:hAnsi="Courier New"/>
          <w:color w:val="555555"/>
          <w:sz w:val="20"/>
        </w:rPr>
        <w:t>[10]</w:t>
      </w:r>
    </w:p>
    <w:p>
      <w:r>
        <w:rPr>
          <w:rFonts w:ascii="Gentium Plus" w:hAnsi="Gentium Plus"/>
          <w:sz w:val="24"/>
        </w:rPr>
        <w:t>Δραγμή. σταθμὸς ὡρισμένος. ἢ τὸ συνάθροι‐ σμα τὸ ἓξ ὀβολῶν. παρὰ τὸ δέδραγμαι δραγμή. τὸ παλαιὸν γὰρ τῶν ἀνθρώπων ὀβολοῖς κεχρη‐ μένων ἀντὶ νομισμάτων, οὓς τῇ χειρὶ δραξαμέ‐ νους, δυνατὸν ἦν, ἐκάλουν δραγμήν. δραγμαὶ</w:t>
      </w:r>
    </w:p>
    <w:p>
      <w:r>
        <w:rPr>
          <w:rFonts w:ascii="Courier New" w:hAnsi="Courier New"/>
          <w:color w:val="555555"/>
          <w:sz w:val="20"/>
        </w:rPr>
        <w:t>[15]</w:t>
      </w:r>
    </w:p>
    <w:p>
      <w:r>
        <w:rPr>
          <w:rFonts w:ascii="Gentium Plus" w:hAnsi="Gentium Plus"/>
          <w:sz w:val="24"/>
        </w:rPr>
        <w:t>ἑκατὸν ποιοῦσι μνᾶν. δραγμὴ δὲ ὁλκὴ νομί‐ σματος εἰς ἀργύριον. δραγμαὶ δέκα, δραγμαὶ ἓξ ὀβολῶν. †Δρῆρος. πόλις Κρητική.† †Δράπων. ὁ δραπέτης.†</w:t>
      </w:r>
    </w:p>
    <w:p>
      <w:r>
        <w:rPr>
          <w:rFonts w:ascii="Courier New" w:hAnsi="Courier New"/>
          <w:color w:val="555555"/>
          <w:sz w:val="20"/>
        </w:rPr>
        <w:t>[20]</w:t>
      </w:r>
    </w:p>
    <w:p>
      <w:r>
        <w:rPr>
          <w:rFonts w:ascii="Gentium Plus" w:hAnsi="Gentium Plus"/>
          <w:sz w:val="24"/>
        </w:rPr>
        <w:t>†Δρόγγος. ἑορτή.† Δραματουργία. πλάσις ψευδής. δραματουργία τοῦ Ἡσαΐου ἡ προσωπικὴ τοῦ συγγραφικοῦ λόγου διάθεσις. οἱ μὲν γὰρ τῶν ἀγγέλων ὡς ἐρωτῶν‐ τες καὶ πυνθανόμενοι, οἱ δὲ ἐρωτώμενοι κατὰ</w:t>
      </w:r>
    </w:p>
    <w:p>
      <w:r>
        <w:rPr>
          <w:rFonts w:ascii="Courier New" w:hAnsi="Courier New"/>
          <w:color w:val="555555"/>
          <w:sz w:val="20"/>
        </w:rPr>
        <w:t>[25]</w:t>
      </w:r>
    </w:p>
    <w:p>
      <w:r>
        <w:rPr>
          <w:rFonts w:ascii="Gentium Plus" w:hAnsi="Gentium Plus"/>
          <w:sz w:val="24"/>
        </w:rPr>
        <w:t>τὴν διατύπωσιν τῶν τοῦ προφήτου λόγων εἰσ‐</w:t>
      </w:r>
    </w:p>
    <w:p>
      <w:r>
        <w:rPr>
          <w:rFonts w:ascii="Courier New" w:hAnsi="Courier New"/>
          <w:color w:val="555555"/>
          <w:sz w:val="20"/>
        </w:rPr>
        <w:t>[delta 571]</w:t>
      </w:r>
    </w:p>
    <w:p>
      <w:r>
        <w:rPr>
          <w:rFonts w:ascii="Gentium Plus" w:hAnsi="Gentium Plus"/>
          <w:sz w:val="24"/>
        </w:rPr>
        <w:t>Δρᾶσις. σημαίνει καὶ τὴν πρᾶξιν καὶ τὴν ὅρα‐ σιν. παρὰ τὸ δρῶ τὸ πράττω· σημαίνει καὶ τὸ βλέπω. [καὶ τὸ δρὰξ καὶ τὸ ὑποδράξ. καὶ δρα‐ τοὶ οἱ ὀφθαλμοί. παρὰ οὖν τὸ δρῶ δρᾶσις, ὡς</w:t>
      </w:r>
    </w:p>
    <w:p>
      <w:r>
        <w:rPr>
          <w:rFonts w:ascii="Courier New" w:hAnsi="Courier New"/>
          <w:color w:val="555555"/>
          <w:sz w:val="20"/>
        </w:rPr>
        <w:t>[5]</w:t>
      </w:r>
    </w:p>
    <w:p>
      <w:r>
        <w:rPr>
          <w:rFonts w:ascii="Gentium Plus" w:hAnsi="Gentium Plus"/>
          <w:sz w:val="24"/>
        </w:rPr>
        <w:t>πράξω, πρᾶξις.] Δρηστοσύνη. ἡ δουλεία. Δροίτη. ἡ πύελος, ἐν ᾗ τιθηνεῖται τὰ βρέφη. Παρ‐ θένιος καὶ Αἰσχύλος τὸν σορὸν λέγουσι. [εἴρη‐ ται οὖν ἡ λέξις παρὰ τὸ δόρυ καὶ τὸν οἶτον</w:t>
      </w:r>
    </w:p>
    <w:p>
      <w:r>
        <w:rPr>
          <w:rFonts w:ascii="Courier New" w:hAnsi="Courier New"/>
          <w:color w:val="555555"/>
          <w:sz w:val="20"/>
        </w:rPr>
        <w:t>[10]</w:t>
      </w:r>
    </w:p>
    <w:p>
      <w:r>
        <w:rPr>
          <w:rFonts w:ascii="Gentium Plus" w:hAnsi="Gentium Plus"/>
          <w:sz w:val="24"/>
        </w:rPr>
        <w:t>τὸν θάνατον. τὸ δόρυ τὸ εἰς θάνατον ἐπιτή‐ δειον. ἢ ἐκ δρυὸς εἰς οἶτον πεποιημένη. Ἕρμιπ‐ πος δὲ ὁ Βηρύτιος δρύτην τὴν πύελον καλεῖ, παρὰ τὴν δρῦν τὴν ξυλίνην. κατὰ τὸν Ἕρμιπ‐ πον οὖν διὰ τοῦ υ ψιλοῦ γραφήσεται.]</w:t>
      </w:r>
    </w:p>
    <w:p>
      <w:r>
        <w:rPr>
          <w:rFonts w:ascii="Courier New" w:hAnsi="Courier New"/>
          <w:color w:val="555555"/>
          <w:sz w:val="20"/>
        </w:rPr>
        <w:t>[15]</w:t>
      </w:r>
    </w:p>
    <w:p>
      <w:r>
        <w:rPr>
          <w:rFonts w:ascii="Gentium Plus" w:hAnsi="Gentium Plus"/>
          <w:sz w:val="24"/>
        </w:rPr>
        <w:t>Δρόσος. κατ’ ἔλλειψεν τοῦ ι. οἷον ὑπὸ τοῦ Διὸς σουμένη. διοσσὸς τὶς οὖσα, καὶ πλεονασμῷ τοῦ ρ δρόσος. Δρυοῦντος καὶ Δρυσοῦς. πόλεις. Δρύπτα. ἅ τ’ ἐφιουλκὲς δρύπτα καὶ τυροῦ δρύ‐</w:t>
      </w:r>
    </w:p>
    <w:p>
      <w:r>
        <w:rPr>
          <w:rFonts w:ascii="Courier New" w:hAnsi="Courier New"/>
          <w:color w:val="555555"/>
          <w:sz w:val="20"/>
        </w:rPr>
        <w:t>[20]</w:t>
      </w:r>
    </w:p>
    <w:p>
      <w:r>
        <w:rPr>
          <w:rFonts w:ascii="Gentium Plus" w:hAnsi="Gentium Plus"/>
          <w:sz w:val="24"/>
        </w:rPr>
        <w:t>ψια κυκλιάδων· τουτέστιν ἐλαίας καὶ τυροῦ ξέ‐ σματα περιφερῆ. Δριμεῖα. ἡ δριμυτάτη.</w:t>
      </w:r>
    </w:p>
    <w:p>
      <w:pPr>
        <w:jc w:val="center"/>
      </w:pPr>
      <w:r>
        <w:rPr>
          <w:rFonts w:ascii="Gentium Plus" w:hAnsi="Gentium Plus"/>
          <w:b/>
          <w:sz w:val="24"/>
        </w:rPr>
        <w:t>(Οὐδέτερον.)</w:t>
      </w:r>
    </w:p>
    <w:p>
      <w:r>
        <w:rPr>
          <w:rFonts w:ascii="Courier New" w:hAnsi="Courier New"/>
          <w:color w:val="555555"/>
          <w:sz w:val="20"/>
        </w:rPr>
        <w:t>[24]</w:t>
      </w:r>
    </w:p>
    <w:p>
      <w:r>
        <w:rPr>
          <w:rFonts w:ascii="Gentium Plus" w:hAnsi="Gentium Plus"/>
          <w:sz w:val="24"/>
        </w:rPr>
        <w:t>Δράγματα. αἱ ἀπαρχαί.</w:t>
      </w:r>
    </w:p>
    <w:p>
      <w:r>
        <w:rPr>
          <w:rFonts w:ascii="Courier New" w:hAnsi="Courier New"/>
          <w:color w:val="555555"/>
          <w:sz w:val="20"/>
        </w:rPr>
        <w:t>[25]</w:t>
      </w:r>
    </w:p>
    <w:p>
      <w:r>
        <w:rPr>
          <w:rFonts w:ascii="Gentium Plus" w:hAnsi="Gentium Plus"/>
          <w:sz w:val="24"/>
        </w:rPr>
        <w:t>Δράγμα. ὅσον περιλαμβάνει τῇ ἀριστερᾷ χειρὶ ὁ θερίζων. παρὰ τὸ δράξασθαι, τὸ συλλαμ‐ βάνειν. οὕτως δραγμὴ καλεῖται τὸ πλῆθος τῶν κερμάτων ἤτοι τῶν ὀβολῶν. Δρᾶμα. ὑπόκρισις, συσκευή. λέγεται δὲ καὶ τὸ</w:t>
      </w:r>
    </w:p>
    <w:p>
      <w:r>
        <w:rPr>
          <w:rFonts w:ascii="Courier New" w:hAnsi="Courier New"/>
          <w:color w:val="555555"/>
          <w:sz w:val="20"/>
        </w:rPr>
        <w:t>[30]</w:t>
      </w:r>
    </w:p>
    <w:p>
      <w:r>
        <w:rPr>
          <w:rFonts w:ascii="Gentium Plus" w:hAnsi="Gentium Plus"/>
          <w:sz w:val="24"/>
        </w:rPr>
        <w:t>ποίημα καὶ τὸ πρᾶγμα· ἢ λόγος περιέχων ὑπό‐ θεσιν. παρὰ τὸ δρῶ, τὸ ἐνεργῶ, ἀφ’ οὗ καὶ</w:t>
      </w:r>
    </w:p>
    <w:p>
      <w:r>
        <w:rPr>
          <w:rFonts w:ascii="Courier New" w:hAnsi="Courier New"/>
          <w:color w:val="555555"/>
          <w:sz w:val="20"/>
        </w:rPr>
        <w:t>[delta 572]</w:t>
      </w:r>
    </w:p>
    <w:p>
      <w:r>
        <w:rPr>
          <w:rFonts w:ascii="Gentium Plus" w:hAnsi="Gentium Plus"/>
          <w:sz w:val="24"/>
        </w:rPr>
        <w:t>δέδραμαι καὶ ἐξ αὐτοῦ δρᾶμα. λέγεται καὶ δρά‐ ματα τὰ ὑπὸ τῶν θεατρικῶν μιμηλῶς γινόμε‐ να, ὡς ἐν ὑποκρίσει· ὥς φησιν Ἀριστοφάνης· ἐπειδὴ ἐν ἱερῷ Ἡράκλεις δειπνοῦντες, ἔπειτα</w:t>
      </w:r>
    </w:p>
    <w:p>
      <w:r>
        <w:rPr>
          <w:rFonts w:ascii="Courier New" w:hAnsi="Courier New"/>
          <w:color w:val="555555"/>
          <w:sz w:val="20"/>
        </w:rPr>
        <w:t>[5]</w:t>
      </w:r>
    </w:p>
    <w:p>
      <w:r>
        <w:rPr>
          <w:rFonts w:ascii="Gentium Plus" w:hAnsi="Gentium Plus"/>
          <w:sz w:val="24"/>
        </w:rPr>
        <w:t>ἀναστάντες ἐγίνοντο χορός. καὶ τὰ ἐκ κατα‐ σκευῆς καὶ κακουργίας δρώμενα κατά τινος ὑπό τινων δράματα λέγονται.] Δραστήριον. τὸ κόσμιον καὶ τὸ ἥσυχον. μετὰ τοῦ δραστηρίου αὐτοῦ ἐτέτακτο καὶ τοῦ ἀνδρώδους.</w:t>
      </w:r>
    </w:p>
    <w:p>
      <w:r>
        <w:rPr>
          <w:rFonts w:ascii="Courier New" w:hAnsi="Courier New"/>
          <w:color w:val="555555"/>
          <w:sz w:val="20"/>
        </w:rPr>
        <w:t>[10]</w:t>
      </w:r>
    </w:p>
    <w:p>
      <w:r>
        <w:rPr>
          <w:rFonts w:ascii="Gentium Plus" w:hAnsi="Gentium Plus"/>
          <w:sz w:val="24"/>
        </w:rPr>
        <w:t>Δρατά. —παρὰ δὲ δρατὰ σώματα νήει. κατὰ μετάθεσιν τοῦ ρ. ὡς φθείρω, φθαρτὸς, [φθαρτὴ, φθαρτὰ, οὕτως δείρω, δαρτὸς, δαρτὸν καὶ δαρτὰ καὶ καθ’ ὑπερβιβασμὸν δρατὰ, ὡς</w:t>
      </w:r>
    </w:p>
    <w:p>
      <w:r>
        <w:rPr>
          <w:rFonts w:ascii="Courier New" w:hAnsi="Courier New"/>
          <w:color w:val="555555"/>
          <w:sz w:val="20"/>
        </w:rPr>
        <w:t>[15]</w:t>
      </w:r>
    </w:p>
    <w:p>
      <w:r>
        <w:rPr>
          <w:rFonts w:ascii="Gentium Plus" w:hAnsi="Gentium Plus"/>
          <w:sz w:val="24"/>
        </w:rPr>
        <w:t>ὀφιόσπαρτον, ὀφιόσπρατον.] Δρέπανον. χωρίον Σικελίας. εἴρηται ἀπὸ τοῦ ἐκεῖσε κεῖσθαι τὸ δρέπανον, ᾧ ἀπέτεμε καὶ ἀπέ‐ κοψε τὰ αἰδοῖα τοῦ Οὐρανοῦ ὁ Κρόνος. ἢ ἀπὸ τοῦ σχήματος· δρεπανοειδὴς γὰρ ὁ τόπος.</w:t>
      </w:r>
    </w:p>
    <w:p>
      <w:r>
        <w:rPr>
          <w:rFonts w:ascii="Courier New" w:hAnsi="Courier New"/>
          <w:color w:val="555555"/>
          <w:sz w:val="20"/>
        </w:rPr>
        <w:t>[20]</w:t>
      </w:r>
    </w:p>
    <w:p>
      <w:r>
        <w:rPr>
          <w:rFonts w:ascii="Gentium Plus" w:hAnsi="Gentium Plus"/>
          <w:sz w:val="24"/>
        </w:rPr>
        <w:t>[Δρία βησσήεντα. ὄρη σύνδενδρα. οὐκ ἀπὸ τοῦ δρίεα κατὰ συγκοπὴν, ἀλλ’ ὥσπερ ἀπὸ τοῦ μέγαρος μέγαρον γίνεται, οὕτως δρίος δρίον, καὶ ὥσπερ τὸ μῦρον μῦρα, οὕτως δρίον δρία.] Δρύϊνα. ξύλινα καὶ ὡς ἂν τὶς εἴποι λίθινα· πᾶν</w:t>
      </w:r>
    </w:p>
    <w:p>
      <w:r>
        <w:rPr>
          <w:rFonts w:ascii="Courier New" w:hAnsi="Courier New"/>
          <w:color w:val="555555"/>
          <w:sz w:val="20"/>
        </w:rPr>
        <w:t>[25]</w:t>
      </w:r>
    </w:p>
    <w:p>
      <w:r>
        <w:rPr>
          <w:rFonts w:ascii="Gentium Plus" w:hAnsi="Gentium Plus"/>
          <w:sz w:val="24"/>
        </w:rPr>
        <w:t>γὰρ ξύλον δρῦς καλεῖται. Δρύφακτα. περιτειχίσματα, διαφράγματα. Δρίφη. ξέσματα. Δρώπα. τὰ δρεπτὰ, ἤτοι τὰ τετρυγημένα, ἢ τὰ δρέπανα.</w:t>
      </w:r>
    </w:p>
    <w:p>
      <w:pPr>
        <w:jc w:val="center"/>
      </w:pPr>
      <w:r>
        <w:rPr>
          <w:rFonts w:ascii="Gentium Plus" w:hAnsi="Gentium Plus"/>
          <w:b/>
          <w:sz w:val="24"/>
        </w:rPr>
        <w:t>(Ῥῆμα.)</w:t>
      </w:r>
    </w:p>
    <w:p>
      <w:r>
        <w:rPr>
          <w:rFonts w:ascii="Courier New" w:hAnsi="Courier New"/>
          <w:color w:val="555555"/>
          <w:sz w:val="20"/>
        </w:rPr>
        <w:t>[31]</w:t>
      </w:r>
    </w:p>
    <w:p>
      <w:r>
        <w:rPr>
          <w:rFonts w:ascii="Gentium Plus" w:hAnsi="Gentium Plus"/>
          <w:sz w:val="24"/>
        </w:rPr>
        <w:t>Δρώμενα. πραττόμενα, ἐνεργούμενα.</w:t>
      </w:r>
    </w:p>
    <w:p>
      <w:r>
        <w:rPr>
          <w:rFonts w:ascii="Courier New" w:hAnsi="Courier New"/>
          <w:color w:val="555555"/>
          <w:sz w:val="20"/>
        </w:rPr>
        <w:t>[delta 573]</w:t>
      </w:r>
    </w:p>
    <w:p>
      <w:r>
        <w:rPr>
          <w:rFonts w:ascii="Gentium Plus" w:hAnsi="Gentium Plus"/>
          <w:sz w:val="24"/>
        </w:rPr>
        <w:t>Δραξάμενος. κρατήσας, ἐπιλαβόμενος. Δρᾷν. πράττειν. [Δρᾶ. ἀντὶ τοῦ πράττε.] Δρακάζεις. κρύπτῃ.</w:t>
      </w:r>
    </w:p>
    <w:p>
      <w:r>
        <w:rPr>
          <w:rFonts w:ascii="Courier New" w:hAnsi="Courier New"/>
          <w:color w:val="555555"/>
          <w:sz w:val="20"/>
        </w:rPr>
        <w:t>[5]</w:t>
      </w:r>
    </w:p>
    <w:p>
      <w:r>
        <w:rPr>
          <w:rFonts w:ascii="Gentium Plus" w:hAnsi="Gentium Plus"/>
          <w:sz w:val="24"/>
        </w:rPr>
        <w:t>Δραπετεύσας. φυγών. τὸ δρα μακρόν. Δράσας. ποιήσας· πράξας. Δρασείοντες. ἐπιθυμοῦντες. [οὕτως Ἀριστοφά‐ νης.] Δραθεῖν καὶ δραθέειν. παρὰ τὸ τοῖς δέρμασι</w:t>
      </w:r>
    </w:p>
    <w:p>
      <w:r>
        <w:rPr>
          <w:rFonts w:ascii="Courier New" w:hAnsi="Courier New"/>
          <w:color w:val="555555"/>
          <w:sz w:val="20"/>
        </w:rPr>
        <w:t>[10]</w:t>
      </w:r>
    </w:p>
    <w:p>
      <w:r>
        <w:rPr>
          <w:rFonts w:ascii="Gentium Plus" w:hAnsi="Gentium Plus"/>
          <w:sz w:val="24"/>
        </w:rPr>
        <w:t>δαρθεῖν, ὅ ἐστιν ἐπὶ δερμάτων καθευδῆσαι. ση‐ μαίνει δὲ καὶ κατὰ ἀντίφρασιν τὸ κοιμᾶσθαι. [γέγονε οὖν παρὰ τὸ δρῶ, τὸ ἐνεργῶ, ἐξ οὗ πα‐ ράγωγον δρήθω, ὁ μέλλων δρήσω, ὁ δεύτερος ἀόριστος ἔδραθον, καὶ ὁ δεύτερος μέλλων δρα‐</w:t>
      </w:r>
    </w:p>
    <w:p>
      <w:r>
        <w:rPr>
          <w:rFonts w:ascii="Courier New" w:hAnsi="Courier New"/>
          <w:color w:val="555555"/>
          <w:sz w:val="20"/>
        </w:rPr>
        <w:t>[15]</w:t>
      </w:r>
    </w:p>
    <w:p>
      <w:r>
        <w:rPr>
          <w:rFonts w:ascii="Gentium Plus" w:hAnsi="Gentium Plus"/>
          <w:sz w:val="24"/>
        </w:rPr>
        <w:t>θῶ, καὶ τὸ ἀπαρέμφατον δραθεῖν καὶ κατὰ διάλυσιν τῆς ει διφθόγγου δραθέειν. οἱ γὰρ κοι‐ μώμενοι οὐδὲν ἐνεργοῦσι.] Δραματουργήσας. ἀντὶ τοῦ συνείς. Δρᾶναι. οἶμαι ἀπὸ τοῦ δρῆμι, ἔδρην, τὸ</w:t>
      </w:r>
    </w:p>
    <w:p>
      <w:r>
        <w:rPr>
          <w:rFonts w:ascii="Courier New" w:hAnsi="Courier New"/>
          <w:color w:val="555555"/>
          <w:sz w:val="20"/>
        </w:rPr>
        <w:t>[20]</w:t>
      </w:r>
    </w:p>
    <w:p>
      <w:r>
        <w:rPr>
          <w:rFonts w:ascii="Gentium Plus" w:hAnsi="Gentium Plus"/>
          <w:sz w:val="24"/>
        </w:rPr>
        <w:t>ἀπαρέμφατον δρᾶναι. κάλλιον οὖν ἀπὸ τοῦ δραίνω, δρανῶ, ἔδρανα, δρᾶναι. Δρυπόμενοι. τρυγῶντες. Δρεφθῆναι. τρυγηθῆναι, ἀποδρεπανισθῆναι.</w:t>
      </w:r>
    </w:p>
    <w:p>
      <w:r>
        <w:rPr>
          <w:rFonts w:ascii="Courier New" w:hAnsi="Courier New"/>
          <w:color w:val="555555"/>
          <w:sz w:val="20"/>
        </w:rPr>
        <w:t>[delta 574]</w:t>
      </w:r>
    </w:p>
    <w:p>
      <w:r>
        <w:rPr>
          <w:rFonts w:ascii="Gentium Plus" w:hAnsi="Gentium Plus"/>
          <w:sz w:val="24"/>
        </w:rPr>
        <w:t>Δρυπολεῖν. τὸ ξύλοις πολιορκεῖν. [οἱ γὰρ ἀρ‐ χαῖοι πᾶν ξύλον δρῦν ἔλεγον.] Δρύψαι. ἀποξέσαι. Δρύπτεται. ἐὰν τὶς ἑαυτὸν κατατίλλῃ ἐπὶ θρή‐</w:t>
      </w:r>
    </w:p>
    <w:p>
      <w:r>
        <w:rPr>
          <w:rFonts w:ascii="Courier New" w:hAnsi="Courier New"/>
          <w:color w:val="555555"/>
          <w:sz w:val="20"/>
        </w:rPr>
        <w:t>[5]</w:t>
      </w:r>
    </w:p>
    <w:p>
      <w:r>
        <w:rPr>
          <w:rFonts w:ascii="Gentium Plus" w:hAnsi="Gentium Plus"/>
          <w:sz w:val="24"/>
        </w:rPr>
        <w:t>νοις. καὶ δρύπτω τὸ σπαράττω. δρυψάμενοι δ’ ὀνύχεσι παρειάς. [παρὰ τὰς δρῦς. τὸ γὰρ παλαιὸν ἁρπάζοντες τὰς βαλάνους καὶ περιπαίοντες ἀλλήλους ἐσπά‐ ραττον. ἀπὸ δὲ τοῦ δρυμάσσω ῥήματος, ὅπερ</w:t>
      </w:r>
    </w:p>
    <w:p>
      <w:r>
        <w:rPr>
          <w:rFonts w:ascii="Courier New" w:hAnsi="Courier New"/>
          <w:color w:val="555555"/>
          <w:sz w:val="20"/>
        </w:rPr>
        <w:t>[10]</w:t>
      </w:r>
    </w:p>
    <w:p>
      <w:r>
        <w:rPr>
          <w:rFonts w:ascii="Gentium Plus" w:hAnsi="Gentium Plus"/>
          <w:sz w:val="24"/>
        </w:rPr>
        <w:t>καὶ αὐτὸ σημαίνει τὸ σπαράττω, ἢ ἀπὸ τῶν λεπιζομένων δρυῶν.] Δρῶσιν. ἐνεργοῦσι, πράττουσι. Δρώντων. ἀντὶ τοῦ δράτωσαν. Ἀττικὴ δὲ ἡ σύν‐ ταξις.</w:t>
      </w:r>
    </w:p>
    <w:p>
      <w:r>
        <w:rPr>
          <w:rFonts w:ascii="Courier New" w:hAnsi="Courier New"/>
          <w:color w:val="555555"/>
          <w:sz w:val="20"/>
        </w:rPr>
        <w:t>[15]</w:t>
      </w:r>
    </w:p>
    <w:p>
      <w:r>
        <w:rPr>
          <w:rFonts w:ascii="Gentium Plus" w:hAnsi="Gentium Plus"/>
          <w:sz w:val="24"/>
        </w:rPr>
        <w:t>Δρωπακίζω. συνάγω, τρυγῶ. καὶ δρωπακίζειν παρ’ ἡμῖν τὸ μετ’ ἀλοιφῆς τινὸς χρίεσθαι τὸ σῶμα πρὸς ψίλωσιν [τῶν τῆς σαρκὸς] τριχῶν.</w:t>
      </w:r>
    </w:p>
    <w:p>
      <w:pPr>
        <w:jc w:val="center"/>
      </w:pPr>
      <w:r>
        <w:rPr>
          <w:rFonts w:ascii="Gentium Plus" w:hAnsi="Gentium Plus"/>
          <w:b/>
          <w:sz w:val="24"/>
        </w:rPr>
        <w:t>Τὸ Δ μετὰ τοῦ Υ.</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Δυσβηρής. ὁ δύσβατος τόπος. [παρὰ τὸ δύσβα‐ τος, δυσβατὴρ, καὶ ἐν συγκοπῇ δυσβηρής.] Δυσβράκανος. ὁ δύσληπτος. ὁ δυσκατανόητος.</w:t>
      </w:r>
    </w:p>
    <w:p>
      <w:r>
        <w:rPr>
          <w:rFonts w:ascii="Courier New" w:hAnsi="Courier New"/>
          <w:color w:val="555555"/>
          <w:sz w:val="20"/>
        </w:rPr>
        <w:t>[delta 575]</w:t>
      </w:r>
    </w:p>
    <w:p>
      <w:r>
        <w:rPr>
          <w:rFonts w:ascii="Gentium Plus" w:hAnsi="Gentium Plus"/>
          <w:sz w:val="24"/>
        </w:rPr>
        <w:t>Δύσερις. φιλόνεικος. παρὰ τὸ δυς, ὃ σημαίνει τὸ κακὸν, καὶ τὴν ἔριν. Δυσέντευκτος. ὁ δυσομίλητος. Δυσέξιστος. τόπος ἀδιόδευτος.</w:t>
      </w:r>
    </w:p>
    <w:p>
      <w:r>
        <w:rPr>
          <w:rFonts w:ascii="Courier New" w:hAnsi="Courier New"/>
          <w:color w:val="555555"/>
          <w:sz w:val="20"/>
        </w:rPr>
        <w:t>[5]</w:t>
      </w:r>
    </w:p>
    <w:p>
      <w:r>
        <w:rPr>
          <w:rFonts w:ascii="Gentium Plus" w:hAnsi="Gentium Plus"/>
          <w:sz w:val="24"/>
        </w:rPr>
        <w:t>Δυσεκλογίστων. δυσαρέστων. δυσδιαγνώστων. Δυσέμβολος. ὁ δυσεπιχείρητος. Δυσέκτων. ὁ δυσγνώμων. Δύσερμος. ὁ δύσελπις. Δύσερως. ὁ σφόδρα κακῶς ἐρῶν, ἢ ὁ ἐπὶ κακῷ</w:t>
      </w:r>
    </w:p>
    <w:p>
      <w:r>
        <w:rPr>
          <w:rFonts w:ascii="Courier New" w:hAnsi="Courier New"/>
          <w:color w:val="555555"/>
          <w:sz w:val="20"/>
        </w:rPr>
        <w:t>[10]</w:t>
      </w:r>
    </w:p>
    <w:p>
      <w:r>
        <w:rPr>
          <w:rFonts w:ascii="Gentium Plus" w:hAnsi="Gentium Plus"/>
          <w:sz w:val="24"/>
        </w:rPr>
        <w:t>ἐρῶν. ἀποσφαγεῖσαν γὰρ αὐτὴν ὑπὸ ἐραστοῦ δυσέρωτος. Δυσγαργαλίς. δυσυπότακτος. γαργαλίζειν γὰρ τὸ εἰς γέλωτα ἄγειν καὶ πείθειν. Δυσάρεστος. ὁ μὴ ἀρεσκόμενος.</w:t>
      </w:r>
    </w:p>
    <w:p>
      <w:r>
        <w:rPr>
          <w:rFonts w:ascii="Courier New" w:hAnsi="Courier New"/>
          <w:color w:val="555555"/>
          <w:sz w:val="20"/>
        </w:rPr>
        <w:t>[15]</w:t>
      </w:r>
    </w:p>
    <w:p>
      <w:r>
        <w:rPr>
          <w:rFonts w:ascii="Gentium Plus" w:hAnsi="Gentium Plus"/>
          <w:sz w:val="24"/>
        </w:rPr>
        <w:t>Δυσάλωτος. ὁ δυσκράτητος. Δυσανάφοροι. βαρεῖς, δυσκόλως ἀναφερόμενοι. Δυσάλγητος. ὁ δυσανάλγητος, ὁ ἀσυμπαθής. Δυσάμορος. παρὰ τὸ μόρος δύσμορος. καὶ πάλιν μόρος, ἄμορος καὶ κατὰ ἀλλεπάλληλον σύν‐</w:t>
      </w:r>
    </w:p>
    <w:p>
      <w:r>
        <w:rPr>
          <w:rFonts w:ascii="Courier New" w:hAnsi="Courier New"/>
          <w:color w:val="555555"/>
          <w:sz w:val="20"/>
        </w:rPr>
        <w:t>[20]</w:t>
      </w:r>
    </w:p>
    <w:p>
      <w:r>
        <w:rPr>
          <w:rFonts w:ascii="Gentium Plus" w:hAnsi="Gentium Plus"/>
          <w:sz w:val="24"/>
        </w:rPr>
        <w:t>θεσιν δυσάμορος. ὡς ἥλικες, ὁμήλικες καὶ συνο‐</w:t>
      </w:r>
    </w:p>
    <w:p>
      <w:r>
        <w:rPr>
          <w:rFonts w:ascii="Courier New" w:hAnsi="Courier New"/>
          <w:color w:val="555555"/>
          <w:sz w:val="20"/>
        </w:rPr>
        <w:t>[delta 576]</w:t>
      </w:r>
    </w:p>
    <w:p>
      <w:r>
        <w:rPr>
          <w:rFonts w:ascii="Gentium Plus" w:hAnsi="Gentium Plus"/>
          <w:sz w:val="24"/>
        </w:rPr>
        <w:t>Δυσανάγωγος. ἀπειθὴς, δυσχερής. Δυσάνισος. ὁ ἐπὶ παντὶ ἀνιώμενος, κᾂν μικρὸν καὶ εὐκαταφρόνητον ᾖ. οὕτως Ἀντιφῶν. Δυσαῶν ἀνέμων. τῶν σφοδρῶς πνεόντων.</w:t>
      </w:r>
    </w:p>
    <w:p>
      <w:r>
        <w:rPr>
          <w:rFonts w:ascii="Courier New" w:hAnsi="Courier New"/>
          <w:color w:val="555555"/>
          <w:sz w:val="20"/>
        </w:rPr>
        <w:t>[5]</w:t>
      </w:r>
    </w:p>
    <w:p>
      <w:r>
        <w:rPr>
          <w:rFonts w:ascii="Gentium Plus" w:hAnsi="Gentium Plus"/>
          <w:sz w:val="24"/>
        </w:rPr>
        <w:t>Δυσειδής. ὁ δύσμορφος. Δυσήνιος. ὁ ἀπειθὴς, ἐκ μεταφορᾶς τῶν ἵπ‐ πων τῶν τὰς ἡνίας καὶ τοὺς χαλινοὺς ἀπο‐ πτυόντων. Δυηπαθής. καρτερικὸς, κακοπαθῶν. δύη</w:t>
      </w:r>
    </w:p>
    <w:p>
      <w:r>
        <w:rPr>
          <w:rFonts w:ascii="Courier New" w:hAnsi="Courier New"/>
          <w:color w:val="555555"/>
          <w:sz w:val="20"/>
        </w:rPr>
        <w:t>[10]</w:t>
      </w:r>
    </w:p>
    <w:p>
      <w:r>
        <w:rPr>
          <w:rFonts w:ascii="Gentium Plus" w:hAnsi="Gentium Plus"/>
          <w:sz w:val="24"/>
        </w:rPr>
        <w:t>γὰρ ἡ κακοπάθεια. Δυσηλεγής. σκληρός. ἢ δυσηλεγὴς καὶ τανυ‐ λεγὴς ἐπὶ θανάτου λέγεται. καὶ τανυλεγὴς μὲν ὁ μακροκοίμητος λέγεται, ἀπὸ λέγω τὸ κοιμῶ‐ μαι. [οἷον·</w:t>
      </w:r>
    </w:p>
    <w:p>
      <w:r>
        <w:rPr>
          <w:rFonts w:ascii="Courier New" w:hAnsi="Courier New"/>
          <w:color w:val="555555"/>
          <w:sz w:val="20"/>
        </w:rPr>
        <w:t>[15]</w:t>
      </w:r>
    </w:p>
    <w:p>
      <w:r>
        <w:rPr>
          <w:rFonts w:ascii="Gentium Plus" w:hAnsi="Gentium Plus"/>
          <w:sz w:val="24"/>
        </w:rPr>
        <w:t>λέξον νῦν με τάχιστα, διοτρεφὲς— ἢ παρὰ τὸν ἔλεγον, τὸν θρῆνον, ἵν’ ᾖ ὁ χαλε‐ ποὺς θρήνους ποιῶν.] Δυσηχής. κακόηχος. [ῥυσαμένη Πύθωνα δυσηχέος ἐκ πολέμοιο</w:t>
      </w:r>
    </w:p>
    <w:p>
      <w:r>
        <w:rPr>
          <w:rFonts w:ascii="Courier New" w:hAnsi="Courier New"/>
          <w:color w:val="555555"/>
          <w:sz w:val="20"/>
        </w:rPr>
        <w:t>[20]</w:t>
      </w:r>
    </w:p>
    <w:p>
      <w:r>
        <w:rPr>
          <w:rFonts w:ascii="Gentium Plus" w:hAnsi="Gentium Plus"/>
          <w:sz w:val="24"/>
        </w:rPr>
        <w:t>ἀσπὶς Ἀθηναίους—]</w:t>
      </w:r>
    </w:p>
    <w:p>
      <w:r>
        <w:rPr>
          <w:rFonts w:ascii="Courier New" w:hAnsi="Courier New"/>
          <w:color w:val="555555"/>
          <w:sz w:val="20"/>
        </w:rPr>
        <w:t>[delta 577]</w:t>
      </w:r>
    </w:p>
    <w:p>
      <w:r>
        <w:rPr>
          <w:rFonts w:ascii="Gentium Plus" w:hAnsi="Gentium Plus"/>
          <w:sz w:val="24"/>
        </w:rPr>
        <w:t>Δύσθυμος. κακόβουλος. Δυσθήρατος. ὁ δυσεύρετος. Δυσάγωγοι. δυσμεταχείριστοι. Δυϊκὸς ἀριθμός. οὐ μόνον ἐπὶ δύο ἰεῖν λέξεων,</w:t>
      </w:r>
    </w:p>
    <w:p>
      <w:r>
        <w:rPr>
          <w:rFonts w:ascii="Courier New" w:hAnsi="Courier New"/>
          <w:color w:val="555555"/>
          <w:sz w:val="20"/>
        </w:rPr>
        <w:t>[5]</w:t>
      </w:r>
    </w:p>
    <w:p>
      <w:r>
        <w:rPr>
          <w:rFonts w:ascii="Gentium Plus" w:hAnsi="Gentium Plus"/>
          <w:sz w:val="24"/>
        </w:rPr>
        <w:t>ἀλλὰ καὶ τὸ δι’ ἑκάστην πτῶσιν, δύο πτώσεις ἔχειν. Δυσκάθεκτος. ὁ δυσκράτητος. Δύσκωφος. ἐκ μέρους ἀκούων. Δύσκολος. ὁ δυσάρεστος. παρὰ τὸ κολλῶ δύσ‐</w:t>
      </w:r>
    </w:p>
    <w:p>
      <w:r>
        <w:rPr>
          <w:rFonts w:ascii="Courier New" w:hAnsi="Courier New"/>
          <w:color w:val="555555"/>
          <w:sz w:val="20"/>
        </w:rPr>
        <w:t>[10]</w:t>
      </w:r>
    </w:p>
    <w:p>
      <w:r>
        <w:rPr>
          <w:rFonts w:ascii="Gentium Plus" w:hAnsi="Gentium Plus"/>
          <w:sz w:val="24"/>
        </w:rPr>
        <w:t>κολος, ὁ δυσχερῶς τινὶ ἑνούμενος. [ἀπὸ τῆς συν‐ δεούσης καὶ ἑνούσης κόλλης.] Δύσμορος. ὁ δυστυχὴς, ὁ κακοθάνατος. Δυσμενής. ἐχθρός. Δύσμηνις. ὀργίλος· βαρύθυμος.</w:t>
      </w:r>
    </w:p>
    <w:p>
      <w:r>
        <w:rPr>
          <w:rFonts w:ascii="Courier New" w:hAnsi="Courier New"/>
          <w:color w:val="555555"/>
          <w:sz w:val="20"/>
        </w:rPr>
        <w:t>[15]</w:t>
      </w:r>
    </w:p>
    <w:p>
      <w:r>
        <w:rPr>
          <w:rFonts w:ascii="Gentium Plus" w:hAnsi="Gentium Plus"/>
          <w:sz w:val="24"/>
        </w:rPr>
        <w:t>Δύσνους. ἐχθρός. ὁ δὲ ἦν δύσνους βασιλεῖ καὶ Ῥωμαίοις. Δύσοργος. [Σοφοκλῆς· τοιαῦτ’ ἀνὴρ δύσοργος ἐν γήρᾳ βαρὺς ἐρεῖ.]</w:t>
      </w:r>
    </w:p>
    <w:p>
      <w:r>
        <w:rPr>
          <w:rFonts w:ascii="Courier New" w:hAnsi="Courier New"/>
          <w:color w:val="555555"/>
          <w:sz w:val="20"/>
        </w:rPr>
        <w:t>[20]</w:t>
      </w:r>
    </w:p>
    <w:p>
      <w:r>
        <w:rPr>
          <w:rFonts w:ascii="Gentium Plus" w:hAnsi="Gentium Plus"/>
          <w:sz w:val="24"/>
        </w:rPr>
        <w:t>*γράφεται καὶ δυσεργός.* ὀξύχολος. Δυσοίκτου. δυσθρηνήτου. Δύστηνος. ἄθλιος, *φρικωδέστατος·* ταλαί‐</w:t>
      </w:r>
    </w:p>
    <w:p>
      <w:r>
        <w:rPr>
          <w:rFonts w:ascii="Courier New" w:hAnsi="Courier New"/>
          <w:color w:val="555555"/>
          <w:sz w:val="20"/>
        </w:rPr>
        <w:t>[delta 578]</w:t>
      </w:r>
    </w:p>
    <w:p>
      <w:r>
        <w:rPr>
          <w:rFonts w:ascii="Gentium Plus" w:hAnsi="Gentium Plus"/>
          <w:sz w:val="24"/>
        </w:rPr>
        <w:t>στῆναι. ἢ ἀπὸ τοῦ στένω, οἱονεὶ ὁ πάνυ στέ‐ νων. Δύσριγος, δυσριγότερος, δυσριγότατος. †φρι‐ κωδέστατος.† διὰ τοῦ ς γράφεται· εἴπομεν γὰρ,</w:t>
      </w:r>
    </w:p>
    <w:p>
      <w:r>
        <w:rPr>
          <w:rFonts w:ascii="Courier New" w:hAnsi="Courier New"/>
          <w:color w:val="555555"/>
          <w:sz w:val="20"/>
        </w:rPr>
        <w:t>[5]</w:t>
      </w:r>
    </w:p>
    <w:p>
      <w:r>
        <w:rPr>
          <w:rFonts w:ascii="Gentium Plus" w:hAnsi="Gentium Plus"/>
          <w:sz w:val="24"/>
        </w:rPr>
        <w:t>ὡς τό· δυς· πρός· εἰς· ἐξ· ἀεὶ φυλάσσει τὰ ἑαυτῶν σύμφωνα. Δυστόπαστος. κακοϋπονόητος. παρὰ τὸ τοπά‐ ζω τὸ ὑπονοῶ. Δύστροπος. δυσκάθικτος, σκολιός. [δυσάρεστος.</w:t>
      </w:r>
    </w:p>
    <w:p>
      <w:r>
        <w:rPr>
          <w:rFonts w:ascii="Courier New" w:hAnsi="Courier New"/>
          <w:color w:val="555555"/>
          <w:sz w:val="20"/>
        </w:rPr>
        <w:t>[10]</w:t>
      </w:r>
    </w:p>
    <w:p>
      <w:r>
        <w:rPr>
          <w:rFonts w:ascii="Gentium Plus" w:hAnsi="Gentium Plus"/>
          <w:sz w:val="24"/>
        </w:rPr>
        <w:t>οἰκέτην δύστροπον περιβαλὼν, ἄγριος ὢν καὶ ἀπαραίτητος τὴν ὀργήν. καὶ δυστροπία ἡ κακό‐ τροπος γνώμη.] Δυστράπελος. δυσκίνητος, ἀμετάτρεπτος, δυσμε‐ τάθετος· ἢ ὁ ἀμετακίνητος ὀργῇ, [ἢ διαθέσει,</w:t>
      </w:r>
    </w:p>
    <w:p>
      <w:r>
        <w:rPr>
          <w:rFonts w:ascii="Courier New" w:hAnsi="Courier New"/>
          <w:color w:val="555555"/>
          <w:sz w:val="20"/>
        </w:rPr>
        <w:t>[15]</w:t>
      </w:r>
    </w:p>
    <w:p>
      <w:r>
        <w:rPr>
          <w:rFonts w:ascii="Gentium Plus" w:hAnsi="Gentium Plus"/>
          <w:sz w:val="24"/>
        </w:rPr>
        <w:t>ἢ φιλαργυρίᾳ. ἢ ὁ δύσκολος. Σοφοκλῆς· κεῖται ὁ δυστράπελος Αἴας. καὶ δυστράπελον ὄρυγμα, τὸ οὐκ εὐδιάλυτον.] Δύσπαρι. ἐπὶ κακῷ ὠνομασμένε. οἷον· ζήσας ὡς Πάρις δυσώνυμε.</w:t>
      </w:r>
    </w:p>
    <w:p>
      <w:r>
        <w:rPr>
          <w:rFonts w:ascii="Courier New" w:hAnsi="Courier New"/>
          <w:color w:val="555555"/>
          <w:sz w:val="20"/>
        </w:rPr>
        <w:t>[20]</w:t>
      </w:r>
    </w:p>
    <w:p>
      <w:r>
        <w:rPr>
          <w:rFonts w:ascii="Gentium Plus" w:hAnsi="Gentium Plus"/>
          <w:sz w:val="24"/>
        </w:rPr>
        <w:t>καὶ χωρίον δύσβατον. οὕτω Ξενοφῶν. Δύστρος. ὁ μάρτιος μήν. Δυσχερής. κακοτέλεστος. Δύσχρηστος. κάκιστος, ὁ εἰς οὐδὲν ἀγαθὸν</w:t>
      </w:r>
    </w:p>
    <w:p>
      <w:r>
        <w:rPr>
          <w:rFonts w:ascii="Courier New" w:hAnsi="Courier New"/>
          <w:color w:val="555555"/>
          <w:sz w:val="20"/>
        </w:rPr>
        <w:t>[delta 579]</w:t>
      </w:r>
    </w:p>
    <w:p>
      <w:r>
        <w:rPr>
          <w:rFonts w:ascii="Gentium Plus" w:hAnsi="Gentium Plus"/>
          <w:sz w:val="24"/>
        </w:rPr>
        <w:t>Δυσφώρατος. ὁ δυσκόλως ἐλεγχόμενος. ἢ ὁ μόλις φωραθῆναι δυνάμενος. Δυσώνυμος. κακώνυμος. Δυνάστης. ὁ διάβολος. παρὰ τῇ θείᾳ γραφῇ.</w:t>
      </w:r>
    </w:p>
    <w:p>
      <w:r>
        <w:rPr>
          <w:rFonts w:ascii="Courier New" w:hAnsi="Courier New"/>
          <w:color w:val="555555"/>
          <w:sz w:val="20"/>
        </w:rPr>
        <w:t>[5]</w:t>
      </w:r>
    </w:p>
    <w:p>
      <w:r>
        <w:rPr>
          <w:rFonts w:ascii="Gentium Plus" w:hAnsi="Gentium Plus"/>
          <w:sz w:val="24"/>
        </w:rPr>
        <w:t>[Δαβίδ· ῥύσεται] πτωχὸν ἐκ δυνάστου. Δύπτης. κολυμβητής. [παρὰ τὸ δύνειν ἑαυτὸν εἰς τὴν θάλασσαν. πρὸς κῦμα δύπτην ἐμπεπλεγμένον κάλοις. παρὰ τὸ δύω δύπτης, ὡς ὄπτω, ὄπτης καὶ</w:t>
      </w:r>
    </w:p>
    <w:p>
      <w:r>
        <w:rPr>
          <w:rFonts w:ascii="Courier New" w:hAnsi="Courier New"/>
          <w:color w:val="555555"/>
          <w:sz w:val="20"/>
        </w:rPr>
        <w:t>[10]</w:t>
      </w:r>
    </w:p>
    <w:p>
      <w:r>
        <w:rPr>
          <w:rFonts w:ascii="Gentium Plus" w:hAnsi="Gentium Plus"/>
          <w:sz w:val="24"/>
        </w:rPr>
        <w:t>ἐπόπτης.] Δυσπέφελος. ὁ δυσάρεστος, ὁ δυσπειθὴς, ὁ δυσκίνητος, ὁ χαλεπὸς, ὁ μεμψίμοιρος. [εἴρη‐ ται δὲ ἀπὸ μεταφορᾶς τῶν δυσπετούντων σιτίων. καὶ ὁ Ἡσίοδος·</w:t>
      </w:r>
    </w:p>
    <w:p>
      <w:r>
        <w:rPr>
          <w:rFonts w:ascii="Courier New" w:hAnsi="Courier New"/>
          <w:color w:val="555555"/>
          <w:sz w:val="20"/>
        </w:rPr>
        <w:t>[15]</w:t>
      </w:r>
    </w:p>
    <w:p>
      <w:r>
        <w:rPr>
          <w:rFonts w:ascii="Gentium Plus" w:hAnsi="Gentium Plus"/>
          <w:sz w:val="24"/>
        </w:rPr>
        <w:t>εἰ δέ σε ναυτιλίης δυσπεφέλου ἵμερος αἱρεῖ.]</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Δύη. ἡ κακοπάθεια. ἡ δυστυχία. [ἀπὸ τοῦ δῶ τὸ δεσμῶ, οὗ παράγωγον δέω, ἀφ’ οὗ δέοιμι. ἀπὸ τοῦ δέω οὖν δύω, ὡς ῥέω, ῥύω καὶ ῥύσις. ἡ</w:t>
      </w:r>
    </w:p>
    <w:p>
      <w:r>
        <w:rPr>
          <w:rFonts w:ascii="Courier New" w:hAnsi="Courier New"/>
          <w:color w:val="555555"/>
          <w:sz w:val="20"/>
        </w:rPr>
        <w:t>[20]</w:t>
      </w:r>
    </w:p>
    <w:p>
      <w:r>
        <w:rPr>
          <w:rFonts w:ascii="Gentium Plus" w:hAnsi="Gentium Plus"/>
          <w:sz w:val="24"/>
        </w:rPr>
        <w:t>συνδεδεμένη τῷ πάσχοντι, ἢ ᾗτινι συνδέδεται τὶς κακοπάθεια.] Δυαί. ἐκ τοῦ δέω γίνεται δυὴ καὶ δυαί. Δυαὶ μὲν Μενελάῳ ἀρηγόνες— Δυάς. παρὰ τὸ συνδεδέσθαι ἄλλῳ ἀριθμῷ τῷ ἑνί.</w:t>
      </w:r>
    </w:p>
    <w:p>
      <w:r>
        <w:rPr>
          <w:rFonts w:ascii="Courier New" w:hAnsi="Courier New"/>
          <w:color w:val="555555"/>
          <w:sz w:val="20"/>
        </w:rPr>
        <w:t>[25]</w:t>
      </w:r>
    </w:p>
    <w:p>
      <w:r>
        <w:rPr>
          <w:rFonts w:ascii="Gentium Plus" w:hAnsi="Gentium Plus"/>
          <w:sz w:val="24"/>
        </w:rPr>
        <w:t>τὸ γὰρ ἓν ἀπολελυμένον ἐστὶ παρὰ τὴν ἔσιν καὶ ἄφεσιν. Δυνατήν. ἐνδεχομένην. ἡγήσασθαι δυνατὴν ὑπὸ ζυγίοις πορεύεσθαι ὁδόν.</w:t>
      </w:r>
    </w:p>
    <w:p>
      <w:r>
        <w:rPr>
          <w:rFonts w:ascii="Courier New" w:hAnsi="Courier New"/>
          <w:color w:val="555555"/>
          <w:sz w:val="20"/>
        </w:rPr>
        <w:t>[delta 580]</w:t>
      </w:r>
    </w:p>
    <w:p>
      <w:r>
        <w:rPr>
          <w:rFonts w:ascii="Gentium Plus" w:hAnsi="Gentium Plus"/>
          <w:sz w:val="24"/>
        </w:rPr>
        <w:t>Δύναμις. ἡ ἰσχύς. καὶ ὁ στρατός. συναχθείσης δυνάμεως θαυμαστῆς. δύναμίς ἐστι φυσικὴ [ἄϋλος] ἐνέργεια. δύναμις πάλιν ἐστὶν ἔνυλος ἐνέργεια. δύναμις πάλιν λέγεται καθ’ ἕξιν, ὡς</w:t>
      </w:r>
    </w:p>
    <w:p>
      <w:r>
        <w:rPr>
          <w:rFonts w:ascii="Courier New" w:hAnsi="Courier New"/>
          <w:color w:val="555555"/>
          <w:sz w:val="20"/>
        </w:rPr>
        <w:t>[5]</w:t>
      </w:r>
    </w:p>
    <w:p>
      <w:r>
        <w:rPr>
          <w:rFonts w:ascii="Gentium Plus" w:hAnsi="Gentium Plus"/>
          <w:sz w:val="24"/>
        </w:rPr>
        <w:t>ὅταν εἴπωμεν· τὸ παιδίον σπερματικόν ἐστι δυνάμει, εἰ καὶ μήπω τῇ ἐνεργείᾳ διὰ τὸν χρό‐ νον. ὡσαύτως καὶ ὁ κόκκος τοῦ σίτου δυνάμει τῇ καθ’ ἕξιν στάχυς ἐστίν· ἔχει γὰρ δύναμιν φυσικὴν γενέσθαι στάχυς. δύναμις λέγεται ἡ</w:t>
      </w:r>
    </w:p>
    <w:p>
      <w:r>
        <w:rPr>
          <w:rFonts w:ascii="Courier New" w:hAnsi="Courier New"/>
          <w:color w:val="555555"/>
          <w:sz w:val="20"/>
        </w:rPr>
        <w:t>[10]</w:t>
      </w:r>
    </w:p>
    <w:p>
      <w:r>
        <w:rPr>
          <w:rFonts w:ascii="Gentium Plus" w:hAnsi="Gentium Plus"/>
          <w:sz w:val="24"/>
        </w:rPr>
        <w:t>μὲν κατ’ ἐπιτηδειότητα, ἡ δὲ καθ’ ἕξιν· κατ’ ἐπιτηδειότητα, ὡς ὅταν εἴπωμεν, τὸ παιδίον δυ‐ νάμει γραμματικὸν εἶναι, καθὸ εἰ καὶ μὴ κέχρη‐ ται τῇ τέχνῃ, οὐ γινώσκει αὐτήν. εἴρηται δὲ παρὰ τὸ διανύω ἢ παρὰ τὸ δύνω· ἡδύνουσα</w:t>
      </w:r>
    </w:p>
    <w:p>
      <w:r>
        <w:rPr>
          <w:rFonts w:ascii="Courier New" w:hAnsi="Courier New"/>
          <w:color w:val="555555"/>
          <w:sz w:val="20"/>
        </w:rPr>
        <w:t>[15]</w:t>
      </w:r>
    </w:p>
    <w:p>
      <w:r>
        <w:rPr>
          <w:rFonts w:ascii="Gentium Plus" w:hAnsi="Gentium Plus"/>
          <w:sz w:val="24"/>
        </w:rPr>
        <w:t>καὶ πράττουσα καὶ διαιροῦσα τὸ ἀνθιστάμενον. Δύμη. πόλις. καὶ Δυμαῖος ὁ πολίτης. Δυοκαιδεκάτη καὶ δυοκαιδέκατος. δυωδεκάτη δὲ καὶ δυώδεκα μεγάλα. Δύσκλεια. ἡ ἀδοξία, ἢ κακοδοξία, ἢ ὁ ψόγος.</w:t>
      </w:r>
    </w:p>
    <w:p>
      <w:r>
        <w:rPr>
          <w:rFonts w:ascii="Courier New" w:hAnsi="Courier New"/>
          <w:color w:val="555555"/>
          <w:sz w:val="20"/>
        </w:rPr>
        <w:t>[20]</w:t>
      </w:r>
    </w:p>
    <w:p>
      <w:r>
        <w:rPr>
          <w:rFonts w:ascii="Gentium Plus" w:hAnsi="Gentium Plus"/>
          <w:sz w:val="24"/>
        </w:rPr>
        <w:t>Δυσκολία. ἀπόκρισις περὶ τὰς διαλεκτικὰς ἀπο‐ κρίσεις· συλλογισμοῦ φθαρτική. Δυσμή. παρὰ τὸ δέω, δεσμὸς, καὶ δύω, δυσμή· ὅτε συνδεῖται [τῷ φωτὶ] τὸ σκότος καὶ συνάπτεται. Δυστροπία. ἡ κακότροπος γνώμη· ἡ κακοτροπία,</w:t>
      </w:r>
    </w:p>
    <w:p>
      <w:r>
        <w:rPr>
          <w:rFonts w:ascii="Courier New" w:hAnsi="Courier New"/>
          <w:color w:val="555555"/>
          <w:sz w:val="20"/>
        </w:rPr>
        <w:t>[25]</w:t>
      </w:r>
    </w:p>
    <w:p>
      <w:r>
        <w:rPr>
          <w:rFonts w:ascii="Gentium Plus" w:hAnsi="Gentium Plus"/>
          <w:sz w:val="24"/>
        </w:rPr>
        <w:t>ἡ κακουργία. Δυσερμίας. κακῆς ἀποτυχίας. Δυσειρεσία. ἡ κακὴ κωπηλασία. ἀπὸ τοῦ ἐρέσ‐ σω τὸ κωπηλατῶ.</w:t>
      </w:r>
    </w:p>
    <w:p>
      <w:r>
        <w:rPr>
          <w:rFonts w:ascii="Courier New" w:hAnsi="Courier New"/>
          <w:color w:val="555555"/>
          <w:sz w:val="20"/>
        </w:rPr>
        <w:t>[delta 581]</w:t>
      </w:r>
    </w:p>
    <w:p>
      <w:r>
        <w:rPr>
          <w:rFonts w:ascii="Gentium Plus" w:hAnsi="Gentium Plus"/>
          <w:sz w:val="24"/>
        </w:rPr>
        <w:t>Δυσμένεια. ἔχθρα, κακόνοια. καὶ δυσμενὴς, ὁ πολέμιος. Δυσφημία. ἡ κακὴ ἀγγελία. Δύστοκος. ἡ δυσκόλως τίκτουσα.</w:t>
      </w:r>
    </w:p>
    <w:p>
      <w:r>
        <w:rPr>
          <w:rFonts w:ascii="Courier New" w:hAnsi="Courier New"/>
          <w:color w:val="555555"/>
          <w:sz w:val="20"/>
        </w:rPr>
        <w:t>[5]</w:t>
      </w:r>
    </w:p>
    <w:p>
      <w:r>
        <w:rPr>
          <w:rFonts w:ascii="Gentium Plus" w:hAnsi="Gentium Plus"/>
          <w:sz w:val="24"/>
        </w:rPr>
        <w:t>Δυσστίβητος. ὁδὸς ἡ δυσπεριπάτητος. Δυσβουλία. ἡ κακοβουλία. Δυσκελάδου. κακοήχου. Δυσπαλέας ῥίζας. τὰς κακῶς ἀναδιδομένας. ἀπὸ τοῦ πάλλω. ἢ δυσχερῶς γινομένας. [Ἀπολλώ‐</w:t>
      </w:r>
    </w:p>
    <w:p>
      <w:r>
        <w:rPr>
          <w:rFonts w:ascii="Courier New" w:hAnsi="Courier New"/>
          <w:color w:val="555555"/>
          <w:sz w:val="20"/>
        </w:rPr>
        <w:t>[10]</w:t>
      </w:r>
    </w:p>
    <w:p>
      <w:r>
        <w:rPr>
          <w:rFonts w:ascii="Gentium Plus" w:hAnsi="Gentium Plus"/>
          <w:sz w:val="24"/>
        </w:rPr>
        <w:t>νιος· οἷον ἀμφί τε δυσπαλέας ῥίζας χθονὸς οἷα γυναῖ‐ κες.] Δυσπαίπαλος. τραχεῖα. Δυσποτμία. ἡ δυστυχία. καὶ δυσποτμότερον,</w:t>
      </w:r>
    </w:p>
    <w:p>
      <w:r>
        <w:rPr>
          <w:rFonts w:ascii="Courier New" w:hAnsi="Courier New"/>
          <w:color w:val="555555"/>
          <w:sz w:val="20"/>
        </w:rPr>
        <w:t>[15]</w:t>
      </w:r>
    </w:p>
    <w:p>
      <w:r>
        <w:rPr>
          <w:rFonts w:ascii="Gentium Plus" w:hAnsi="Gentium Plus"/>
          <w:sz w:val="24"/>
        </w:rPr>
        <w:t>ἀθλιώτερον. Δύσοιμος. ἡ ὁδὸς ἡ ἐπὶ κακῷ ἄγουσα. Δυάς. παρὰ τὸ δύω δυάς· ὥσπερ παρὰ τὸ μυ μυριὰς, καὶ τὸ χ χιλιάς. *Δυεῖν. δύναμις, γεωμετρικὸν ἐργαλεῖον. ὅθεν</w:t>
      </w:r>
    </w:p>
    <w:p>
      <w:r>
        <w:rPr>
          <w:rFonts w:ascii="Courier New" w:hAnsi="Courier New"/>
          <w:color w:val="555555"/>
          <w:sz w:val="20"/>
        </w:rPr>
        <w:t>[20]</w:t>
      </w:r>
    </w:p>
    <w:p>
      <w:r>
        <w:rPr>
          <w:rFonts w:ascii="Gentium Plus" w:hAnsi="Gentium Plus"/>
          <w:sz w:val="24"/>
        </w:rPr>
        <w:t>φασὶ καὶ τὰς κατὰ κιβωτὸν πήχεις τὰς τρια‐ κοσίας καὶ τὰς ἄλλας τοιαύτας. ἤτοι δυνάμεις εἶναι τῶν τριακοσίων δυνάμεων, ἐχουσῶν ἐνα‐ κοσίας δυναμάδας πήχεις συνήθεις.*</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Δυερόν. βλαβερόν.</w:t>
      </w:r>
    </w:p>
    <w:p>
      <w:r>
        <w:rPr>
          <w:rFonts w:ascii="Courier New" w:hAnsi="Courier New"/>
          <w:color w:val="555555"/>
          <w:sz w:val="20"/>
        </w:rPr>
        <w:t>[delta 582]</w:t>
      </w:r>
    </w:p>
    <w:p>
      <w:r>
        <w:rPr>
          <w:rFonts w:ascii="Gentium Plus" w:hAnsi="Gentium Plus"/>
          <w:sz w:val="24"/>
        </w:rPr>
        <w:t>Δυῤῥάχιον. πόλις Ἠπείρου, ἥτις ὕστερον ἐκλή‐ θη Ἐπίδαμνος, πάλιν νῦν καλουμένη Δυῤῥάχιον. ὠνομάσθη δὲ οὕτως, ὅτι κατὰ τὸν τόπον προε‐ χούσης ἄκρας γεωλόφου καὶ τὸ κῦμα προσπίπτον</w:t>
      </w:r>
    </w:p>
    <w:p>
      <w:r>
        <w:rPr>
          <w:rFonts w:ascii="Courier New" w:hAnsi="Courier New"/>
          <w:color w:val="555555"/>
          <w:sz w:val="20"/>
        </w:rPr>
        <w:t>[5]</w:t>
      </w:r>
    </w:p>
    <w:p>
      <w:r>
        <w:rPr>
          <w:rFonts w:ascii="Gentium Plus" w:hAnsi="Gentium Plus"/>
          <w:sz w:val="24"/>
        </w:rPr>
        <w:t>καὶ σχιζόμενον ῥαχίαν ποιεῖ μεγάλην· ὅθεν διὰ τὴν ῥαχίαν καὶ τὸ δύσορμον οὕτως ὠνο‐ μάσθη. Δύσεργον. δυσχερὲς, δύσκολον. ἢ δύσεργον ἦν τοῖς ἀῤῥωστοτέραν ἔχουσι τὴν ἑτέραν.</w:t>
      </w:r>
    </w:p>
    <w:p>
      <w:r>
        <w:rPr>
          <w:rFonts w:ascii="Courier New" w:hAnsi="Courier New"/>
          <w:color w:val="555555"/>
          <w:sz w:val="20"/>
        </w:rPr>
        <w:t>[10]</w:t>
      </w:r>
    </w:p>
    <w:p>
      <w:r>
        <w:rPr>
          <w:rFonts w:ascii="Gentium Plus" w:hAnsi="Gentium Plus"/>
          <w:sz w:val="24"/>
        </w:rPr>
        <w:t>Δυσπάριτον. τὸ δυσπόρευτον. [Ξενοφῶν· ἐρω‐ τώμενος δ’, εἰ εἴη δυσπάριτόν τι χωρίον ἢ ἄβα‐ τον.] Δυσπινῆ. τὰ ἐῤῥυπωμένα. [Ἀριστοφάνης· ἀλλ’ ἤδη τὰ δυσπινῆ θέλεις πεπλώματα.</w:t>
      </w:r>
    </w:p>
    <w:p>
      <w:r>
        <w:rPr>
          <w:rFonts w:ascii="Courier New" w:hAnsi="Courier New"/>
          <w:color w:val="555555"/>
          <w:sz w:val="20"/>
        </w:rPr>
        <w:t>[15]</w:t>
      </w:r>
    </w:p>
    <w:p>
      <w:r>
        <w:rPr>
          <w:rFonts w:ascii="Gentium Plus" w:hAnsi="Gentium Plus"/>
          <w:sz w:val="24"/>
        </w:rPr>
        <w:t>καὶ δυσπινεῖς στολάς.] Δυσπόριστον. δυσεύρετον. Δυστέκμαρτον. δυσκατέργαστον. δυσζήτητον. δυσ‐ εύρετον. δύσληπτον. [ποῦ δ’ εὑρεθήσετ’ ἴχνος παλαῖας δυστέκ‐</w:t>
      </w:r>
    </w:p>
    <w:p>
      <w:r>
        <w:rPr>
          <w:rFonts w:ascii="Courier New" w:hAnsi="Courier New"/>
          <w:color w:val="555555"/>
          <w:sz w:val="20"/>
        </w:rPr>
        <w:t>[20]</w:t>
      </w:r>
    </w:p>
    <w:p>
      <w:r>
        <w:rPr>
          <w:rFonts w:ascii="Gentium Plus" w:hAnsi="Gentium Plus"/>
          <w:sz w:val="24"/>
        </w:rPr>
        <w:t>μαρτον αἰτίας.] [Δυστράπελον ὄρυγμα. τὸ οὐκ εὐδιάλυτον.] Δυσχερασμάτων. ἀτυχημάτων. ὁ δὲ ἐπὶ τὸν ἀπράγμονα βίον ἐτράπετο, μίσει τῶν ἐν πολι‐ τείᾳ δυσχερασμάτων.</w:t>
      </w:r>
    </w:p>
    <w:p>
      <w:r>
        <w:rPr>
          <w:rFonts w:ascii="Courier New" w:hAnsi="Courier New"/>
          <w:color w:val="555555"/>
          <w:sz w:val="20"/>
        </w:rPr>
        <w:t>[25]</w:t>
      </w:r>
    </w:p>
    <w:p>
      <w:r>
        <w:rPr>
          <w:rFonts w:ascii="Gentium Plus" w:hAnsi="Gentium Plus"/>
          <w:sz w:val="24"/>
        </w:rPr>
        <w:t>Δύσφορα. χαλεπὰ, δυσύποιστα. [λέγω γὰρ καὶ τὰ δύσφορ’, εἰ τύχοι,</w:t>
      </w:r>
    </w:p>
    <w:p>
      <w:r>
        <w:rPr>
          <w:rFonts w:ascii="Courier New" w:hAnsi="Courier New"/>
          <w:color w:val="555555"/>
          <w:sz w:val="20"/>
        </w:rPr>
        <w:t>[delta 583]</w:t>
      </w:r>
    </w:p>
    <w:p>
      <w:r>
        <w:rPr>
          <w:rFonts w:ascii="Gentium Plus" w:hAnsi="Gentium Plus"/>
          <w:sz w:val="24"/>
        </w:rPr>
        <w:t>Δυσήνεμον. τὸ κακοὺς ἀνέμους ἔχον. Δύσοιστον. δυσφόρητον, δυσυπομόνητον. Δυσήνυστον. τὸ δυσκατόρθωτον. Δυσάντητον. ἐναντίον, δυσχερὲς, δυσαπάντητον.</w:t>
      </w:r>
    </w:p>
    <w:p>
      <w:r>
        <w:rPr>
          <w:rFonts w:ascii="Courier New" w:hAnsi="Courier New"/>
          <w:color w:val="555555"/>
          <w:sz w:val="20"/>
        </w:rPr>
        <w:t>[5]</w:t>
      </w:r>
    </w:p>
    <w:p>
      <w:r>
        <w:rPr>
          <w:rFonts w:ascii="Gentium Plus" w:hAnsi="Gentium Plus"/>
          <w:sz w:val="24"/>
        </w:rPr>
        <w:t>Δυσέφικτον. τὸ δυσκατάληπτον. Δυσδιάφυκτον. τὸ δυσχερῶς διαφεῦγον. Δυσέξοιστον. τὸ δυσεκκόμιστον. Δυσαλθές. δυσίατον, δυσθεράπευτον. Δυσαχθές. βαρύ.</w:t>
      </w:r>
    </w:p>
    <w:p>
      <w:r>
        <w:rPr>
          <w:rFonts w:ascii="Courier New" w:hAnsi="Courier New"/>
          <w:color w:val="555555"/>
          <w:sz w:val="20"/>
        </w:rPr>
        <w:t>[10]</w:t>
      </w:r>
    </w:p>
    <w:p>
      <w:r>
        <w:rPr>
          <w:rFonts w:ascii="Gentium Plus" w:hAnsi="Gentium Plus"/>
          <w:sz w:val="24"/>
        </w:rPr>
        <w:t>Δυσῆρες. τὸ δυσχερές. Δυσξύμβολα. τὰ δυσνόητα. [Δυσκέλαδον. κακόηχον.] Δυσπρόσιτα. τὰ δυσχερῆ. Δυσκλεές. ἄδοξον.</w:t>
      </w:r>
    </w:p>
    <w:p>
      <w:r>
        <w:rPr>
          <w:rFonts w:ascii="Courier New" w:hAnsi="Courier New"/>
          <w:color w:val="555555"/>
          <w:sz w:val="20"/>
        </w:rPr>
        <w:t>[15]</w:t>
      </w:r>
    </w:p>
    <w:p>
      <w:r>
        <w:rPr>
          <w:rFonts w:ascii="Gentium Plus" w:hAnsi="Gentium Plus"/>
          <w:sz w:val="24"/>
        </w:rPr>
        <w:t>Δύσορφνον καὶ δυσόρφνεον. μέλαν, σκοτεινόν. Δυσάητον. τὸ δύσπνευστον. Δυσαίσθητα. ὅσα τῶν ζώων δυσκινήτως πρὸς φυγὴν θανάτου ἔχουσιν, ὡς ὁ κεράστης καὶ ὀκτάπους.</w:t>
      </w:r>
    </w:p>
    <w:p>
      <w:r>
        <w:rPr>
          <w:rFonts w:ascii="Courier New" w:hAnsi="Courier New"/>
          <w:color w:val="555555"/>
          <w:sz w:val="20"/>
        </w:rPr>
        <w:t>[20]</w:t>
      </w:r>
    </w:p>
    <w:p>
      <w:r>
        <w:rPr>
          <w:rFonts w:ascii="Gentium Plus" w:hAnsi="Gentium Plus"/>
          <w:sz w:val="24"/>
        </w:rPr>
        <w:t>Δυσόριστον. τὸ κτιστὸν καὶ ἀόριστον. ἄγγελος,</w:t>
      </w:r>
    </w:p>
    <w:p>
      <w:r>
        <w:rPr>
          <w:rFonts w:ascii="Courier New" w:hAnsi="Courier New"/>
          <w:color w:val="555555"/>
          <w:sz w:val="20"/>
        </w:rPr>
        <w:t>[delta 584]</w:t>
      </w:r>
    </w:p>
    <w:p>
      <w:r>
        <w:rPr>
          <w:rFonts w:ascii="Gentium Plus" w:hAnsi="Gentium Plus"/>
          <w:sz w:val="24"/>
        </w:rPr>
        <w:t>μενον, ἀλλ’ ἐκ μέρους. οἷον τὸ ξύλον τῆς ζωῆς. ἢ δυσόριστόν ἐστι τὸ ἐν μετασχηματισμῷ καὶ οὐ κατ’ οὐσίαν ἐπιφαινόμενον, ὡς ἐπὶ τῶν ἀγ‐ γέλων καὶ δαιμόνων καὶ ψυχῆς. ἄγγελον μὲν</w:t>
      </w:r>
    </w:p>
    <w:p>
      <w:r>
        <w:rPr>
          <w:rFonts w:ascii="Courier New" w:hAnsi="Courier New"/>
          <w:color w:val="555555"/>
          <w:sz w:val="20"/>
        </w:rPr>
        <w:t>[5]</w:t>
      </w:r>
    </w:p>
    <w:p>
      <w:r>
        <w:rPr>
          <w:rFonts w:ascii="Gentium Plus" w:hAnsi="Gentium Plus"/>
          <w:sz w:val="24"/>
        </w:rPr>
        <w:t>γὰρ ὁρίζονται τινὲς οὐσίαν νοερὰν ἡγιασμένην, ἧς οὐσίας τὸν ὅρον μόνος ὁ κτιστὴς ἐπίσταται. ψυχὴν δὲ οὐσίαν ἀσώματον νοερὰν ἐν σώματι πολιτευομένην, ζωῆς παραιτίαν. ἧς οὐσίας τὸ εἶδος καὶ τὸν ὅρον ὁ καὶ τὴν τῶν ἀγγέλων μό‐</w:t>
      </w:r>
    </w:p>
    <w:p>
      <w:r>
        <w:rPr>
          <w:rFonts w:ascii="Courier New" w:hAnsi="Courier New"/>
          <w:color w:val="555555"/>
          <w:sz w:val="20"/>
        </w:rPr>
        <w:t>[10]</w:t>
      </w:r>
    </w:p>
    <w:p>
      <w:r>
        <w:rPr>
          <w:rFonts w:ascii="Gentium Plus" w:hAnsi="Gentium Plus"/>
          <w:sz w:val="24"/>
        </w:rPr>
        <w:t>νος ἐπίσταται ὁ ποιητής. δαίμων δὲ ζῶον λο‐ γικὸν, ἀθάνατον κατὰ γνώμην πάσης ἀγαθοερ‐ γίας ἐκπεσόν.</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Δύεται. κρύπτεται.</w:t>
      </w:r>
    </w:p>
    <w:p>
      <w:r>
        <w:rPr>
          <w:rFonts w:ascii="Courier New" w:hAnsi="Courier New"/>
          <w:color w:val="555555"/>
          <w:sz w:val="20"/>
        </w:rPr>
        <w:t>[15]</w:t>
      </w:r>
    </w:p>
    <w:p>
      <w:r>
        <w:rPr>
          <w:rFonts w:ascii="Gentium Plus" w:hAnsi="Gentium Plus"/>
          <w:sz w:val="24"/>
        </w:rPr>
        <w:t>Δῦθι. ἔνδυσαι. καί· δῦ δὲ χιτῶνα. μακρόν. [δεύτερος ἀόριστος ἐστὶ τῶν εἰς μι, ἔδυν, ἔδυς, ἔδυ, δῦ.] Δυάζει. φλυαρεῖ, ἀλογεῖ, καὶ τὸ διστάζει.</w:t>
      </w:r>
    </w:p>
    <w:p>
      <w:r>
        <w:rPr>
          <w:rFonts w:ascii="Courier New" w:hAnsi="Courier New"/>
          <w:color w:val="555555"/>
          <w:sz w:val="20"/>
        </w:rPr>
        <w:t>[20]</w:t>
      </w:r>
    </w:p>
    <w:p>
      <w:r>
        <w:rPr>
          <w:rFonts w:ascii="Gentium Plus" w:hAnsi="Gentium Plus"/>
          <w:sz w:val="24"/>
        </w:rPr>
        <w:t>παρὰ τὸ ἐν δύο στάσεσιν εἶναι.</w:t>
      </w:r>
    </w:p>
    <w:p>
      <w:r>
        <w:rPr>
          <w:rFonts w:ascii="Courier New" w:hAnsi="Courier New"/>
          <w:color w:val="555555"/>
          <w:sz w:val="20"/>
        </w:rPr>
        <w:t>[delta 585]</w:t>
      </w:r>
    </w:p>
    <w:p>
      <w:r>
        <w:rPr>
          <w:rFonts w:ascii="Gentium Plus" w:hAnsi="Gentium Plus"/>
          <w:sz w:val="24"/>
        </w:rPr>
        <w:t>Δῦναι. κατελθεῖν, ἢ εἰς δύσιν ἀπελθεῖν. [ἀπὸ τοῦ δῦμι. ἡ μετοχὴ ὁ δὺς, καὶ τὸ ἀπαρέμφα‐ τον δῦναι.] [Δύνασαι. Ἰστέον, ὅτι τὰ ἔχοντα τὴν ἐνεργη‐</w:t>
      </w:r>
    </w:p>
    <w:p>
      <w:r>
        <w:rPr>
          <w:rFonts w:ascii="Courier New" w:hAnsi="Courier New"/>
          <w:color w:val="555555"/>
          <w:sz w:val="20"/>
        </w:rPr>
        <w:t>[5]</w:t>
      </w:r>
    </w:p>
    <w:p>
      <w:r>
        <w:rPr>
          <w:rFonts w:ascii="Gentium Plus" w:hAnsi="Gentium Plus"/>
          <w:sz w:val="24"/>
        </w:rPr>
        <w:t>τικὴν μετοχὴν ταῦτα τροπῇ τοῦ τὸ τρίτον πρόσ‐ ωπον, εἰς ς ποιεῖ τὸ δεύτερον. οἷον πεποίηται, πεποίησαι, ὅτι πεποιηκώς· τίθεται, τίθεσαι, ὅτι τιθείς. οὕτως οὖν δύναται, δύνασαι, ὅτι δυνάς· καὶ ἐπίσταται, ἐπίστασαι, ὅτι ἐπιστάς·</w:t>
      </w:r>
    </w:p>
    <w:p>
      <w:r>
        <w:rPr>
          <w:rFonts w:ascii="Courier New" w:hAnsi="Courier New"/>
          <w:color w:val="555555"/>
          <w:sz w:val="20"/>
        </w:rPr>
        <w:t>[10]</w:t>
      </w:r>
    </w:p>
    <w:p>
      <w:r>
        <w:rPr>
          <w:rFonts w:ascii="Gentium Plus" w:hAnsi="Gentium Plus"/>
          <w:sz w:val="24"/>
        </w:rPr>
        <w:t>ἀπὸ τοῦ δύνημι καὶ ἐπίστημι, δύναμαι καὶ ἐπί‐ σταμαι. τὸ δὲ δύνῃ καὶ ἐπίστῃ κατὰ πάθος ἐστὶν ἀπὸ τοῦ δύνασαι καὶ ἐπίστασαι, καὶ Ἰω‐ νικῶς δύνεαι καὶ ἐπίστεαι, κατὰ κρᾶσιν τοῦ ε καὶ α δύνῃ καὶ ἐπίστῃ.]</w:t>
      </w:r>
    </w:p>
    <w:p>
      <w:r>
        <w:rPr>
          <w:rFonts w:ascii="Courier New" w:hAnsi="Courier New"/>
          <w:color w:val="555555"/>
          <w:sz w:val="20"/>
        </w:rPr>
        <w:t>[15]</w:t>
      </w:r>
    </w:p>
    <w:p>
      <w:r>
        <w:rPr>
          <w:rFonts w:ascii="Gentium Plus" w:hAnsi="Gentium Plus"/>
          <w:sz w:val="24"/>
        </w:rPr>
        <w:t>Δύρεσθαι. ἀντὶ τοῦ ὀδύρεσθαι. οὕτως Ἡρωδια‐ νός. Δυσωποῦμαι. ἀντὶ τοῦ φοβοῦμαι. οὕτως Δημο‐ σθένης ἐν Φιλιππικοῖς καὶ Ξενοφῶν ἐν Ἀπο‐ μνημονεύμασι. καὶ δυσωπεῖσθαι ἀντὶ τοῦ</w:t>
      </w:r>
    </w:p>
    <w:p>
      <w:r>
        <w:rPr>
          <w:rFonts w:ascii="Courier New" w:hAnsi="Courier New"/>
          <w:color w:val="555555"/>
          <w:sz w:val="20"/>
        </w:rPr>
        <w:t>[20]</w:t>
      </w:r>
    </w:p>
    <w:p>
      <w:r>
        <w:rPr>
          <w:rFonts w:ascii="Gentium Plus" w:hAnsi="Gentium Plus"/>
          <w:sz w:val="24"/>
        </w:rPr>
        <w:t>ὑφορᾶσθαι καὶ φοβεῖσθαι, καὶ μεθ’ ὑπονοίας σκυθρωπάζειν. οἱ γὰρ παλαιοὶ ἐπὶ τοῦ κρίνειν καὶ ἐλέγχειν τὴν λέξιν λαμβάνουσι. δυσωπεῖν</w:t>
      </w:r>
    </w:p>
    <w:p>
      <w:r>
        <w:rPr>
          <w:rFonts w:ascii="Courier New" w:hAnsi="Courier New"/>
          <w:color w:val="555555"/>
          <w:sz w:val="20"/>
        </w:rPr>
        <w:t>[delta 586]</w:t>
      </w:r>
    </w:p>
    <w:p>
      <w:r>
        <w:rPr>
          <w:rFonts w:ascii="Gentium Plus" w:hAnsi="Gentium Plus"/>
          <w:sz w:val="24"/>
        </w:rPr>
        <w:t>ἔχουσι τοὺς ὦπας. οὕτως εὗρον τὴν λέξιν κατὰ ῥητορικὸν λεξικὸν, καὶ εἰς τὰ ἀνεκφώνητα Ἡρω‐ διανοῦ. ἔνιοι δὲ ἀντὶ τοῦ αἰδεῖσθαι· εἰ καὶ μὴ τὴν ἀττικὴν, ἡ δὲ συνήθεια καὶ ἐπὶ τοῦ</w:t>
      </w:r>
    </w:p>
    <w:p>
      <w:r>
        <w:rPr>
          <w:rFonts w:ascii="Courier New" w:hAnsi="Courier New"/>
          <w:color w:val="555555"/>
          <w:sz w:val="20"/>
        </w:rPr>
        <w:t>[5]</w:t>
      </w:r>
    </w:p>
    <w:p>
      <w:r>
        <w:rPr>
          <w:rFonts w:ascii="Gentium Plus" w:hAnsi="Gentium Plus"/>
          <w:sz w:val="24"/>
        </w:rPr>
        <w:t>ἱκετεύειν. Δυσκολαίνειν. λέγει ὁ Ἀριστοτέλης· δυσκο‐ λαίνει γὰρ ὁ μὴ διὰ προσηκουσῶν ἀποκρίσεων φθείρων καὶ κωλύων συλλογισμόν. Δυσπετοῦντες. κακῶς ἔχοντες, δυσχεραίνοντες.</w:t>
      </w:r>
    </w:p>
    <w:p>
      <w:r>
        <w:rPr>
          <w:rFonts w:ascii="Courier New" w:hAnsi="Courier New"/>
          <w:color w:val="555555"/>
          <w:sz w:val="20"/>
        </w:rPr>
        <w:t>[10]</w:t>
      </w:r>
    </w:p>
    <w:p>
      <w:r>
        <w:rPr>
          <w:rFonts w:ascii="Gentium Plus" w:hAnsi="Gentium Plus"/>
          <w:sz w:val="24"/>
        </w:rPr>
        <w:t>Δυσανασχετεῖ. βαρέως φέρει καὶ δυσκόλως. Δυσφορεῖ. βαρύνεται. Δυσθετήσας. μὴ στέρξας ταῖς συνθήκαις. Δυσθανατῶντα. βιαίως τὸν βίον καταστρέφον‐ τα. [ἐν δέ τινι μοίρᾳ τῆς ἀτραποῦ δυσθανατῶν‐</w:t>
      </w:r>
    </w:p>
    <w:p>
      <w:r>
        <w:rPr>
          <w:rFonts w:ascii="Courier New" w:hAnsi="Courier New"/>
          <w:color w:val="555555"/>
          <w:sz w:val="20"/>
        </w:rPr>
        <w:t>[15]</w:t>
      </w:r>
    </w:p>
    <w:p>
      <w:r>
        <w:rPr>
          <w:rFonts w:ascii="Gentium Plus" w:hAnsi="Gentium Plus"/>
          <w:sz w:val="24"/>
        </w:rPr>
        <w:t>τα Ῥωμαῖον περιεβλέψαντο, τέτρασι βολαῖς τὸ σῶμα κοσμούμενον.] Δυσχρηστούμενος. κακῶς διατιθέμενος. [ὁ δὲ Ἀννίβας δυσχρηστούμενος ἤδη τοῖς πράγμασιν ἐς Καρχηδόνα διεπέμπετο, ταύτην τὴν περίστα‐</w:t>
      </w:r>
    </w:p>
    <w:p>
      <w:r>
        <w:rPr>
          <w:rFonts w:ascii="Courier New" w:hAnsi="Courier New"/>
          <w:color w:val="555555"/>
          <w:sz w:val="20"/>
        </w:rPr>
        <w:t>[20]</w:t>
      </w:r>
    </w:p>
    <w:p>
      <w:r>
        <w:rPr>
          <w:rFonts w:ascii="Gentium Plus" w:hAnsi="Gentium Plus"/>
          <w:sz w:val="24"/>
        </w:rPr>
        <w:t>σιν διασαφῶν.] Δυσπροσίτως. δυσχερῶς ἐγγισθῆναι. Δυστοπωτάτως. δυσχερεστάτως. καὶ δυστοπώ‐</w:t>
      </w:r>
    </w:p>
    <w:p>
      <w:pPr>
        <w:jc w:val="center"/>
      </w:pPr>
      <w:r>
        <w:rPr>
          <w:rFonts w:ascii="Gentium Plus" w:hAnsi="Gentium Plus"/>
          <w:b/>
          <w:sz w:val="24"/>
        </w:rPr>
        <w:t>Τὸ Δ μετὰ τοῦ Ω.</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Δωήκ· Δωΐας· Δώριος· Δωρήκ. ὀνόματα κύρια. Δωρητός. ὁ δῶρα λαμβάνων.</w:t>
      </w:r>
    </w:p>
    <w:p>
      <w:r>
        <w:rPr>
          <w:rFonts w:ascii="Courier New" w:hAnsi="Courier New"/>
          <w:color w:val="555555"/>
          <w:sz w:val="20"/>
        </w:rPr>
        <w:t>[5]</w:t>
      </w:r>
    </w:p>
    <w:p>
      <w:r>
        <w:rPr>
          <w:rFonts w:ascii="Gentium Plus" w:hAnsi="Gentium Plus"/>
          <w:sz w:val="24"/>
        </w:rPr>
        <w:t>Δῶρος. κύριον. Δωροδόκος. ὁ δεχόμενος δῶρα. Δωροφάγους. ἐκφαντικῶς ἀσώτους. ἐκ τῶν δώ‐ ρων τρεφομένους. Ἡσίοδος· Ἁρπάζων ἐφόρεις μέγα κυδαίνων βασιλῆας</w:t>
      </w:r>
    </w:p>
    <w:p>
      <w:r>
        <w:rPr>
          <w:rFonts w:ascii="Courier New" w:hAnsi="Courier New"/>
          <w:color w:val="555555"/>
          <w:sz w:val="20"/>
        </w:rPr>
        <w:t>[10]</w:t>
      </w:r>
    </w:p>
    <w:p>
      <w:r>
        <w:rPr>
          <w:rFonts w:ascii="Gentium Plus" w:hAnsi="Gentium Plus"/>
          <w:sz w:val="24"/>
        </w:rPr>
        <w:t>Δωροφάγους, οἳ τήνδε δίκην ἐθέλουσι δικά‐ σαι. Δωσιδίκους. ἐκδότους τῇ δίκῃ. Δωσιάδης καὶ Δωσίδας. ὀνόματα κύρια. Δώσων. κύριον. οὕτως ἐκαλεῖτο ὁ εἷς τῶν Ἀν‐</w:t>
      </w:r>
    </w:p>
    <w:p>
      <w:r>
        <w:rPr>
          <w:rFonts w:ascii="Courier New" w:hAnsi="Courier New"/>
          <w:color w:val="555555"/>
          <w:sz w:val="20"/>
        </w:rPr>
        <w:t>[15]</w:t>
      </w:r>
    </w:p>
    <w:p>
      <w:r>
        <w:rPr>
          <w:rFonts w:ascii="Gentium Plus" w:hAnsi="Gentium Plus"/>
          <w:sz w:val="24"/>
        </w:rPr>
        <w:t>τιγόνων, ὁ υἱὸς Δημητρίου, ὃς ἔγημε Χρυσίνδα τὴν μητέρα Φιλίππου τοῦ ὑπὸ Ῥωμαίους γινο‐ μένου. εἴρηται διὰ τὸ φιλότιμον καὶ διὰ τὸ πολ‐ λὰ διδόναι καὶ χαρίζεσθαι. Δώτῃ. μεταδοτικῷ· εὐσεβεῖ. Ἡσίοδος·</w:t>
      </w:r>
    </w:p>
    <w:p>
      <w:r>
        <w:rPr>
          <w:rFonts w:ascii="Courier New" w:hAnsi="Courier New"/>
          <w:color w:val="555555"/>
          <w:sz w:val="20"/>
        </w:rPr>
        <w:t>[20]</w:t>
      </w:r>
    </w:p>
    <w:p>
      <w:r>
        <w:rPr>
          <w:rFonts w:ascii="Gentium Plus" w:hAnsi="Gentium Plus"/>
          <w:sz w:val="24"/>
        </w:rPr>
        <w:t>Δώτῃ μέν τις ἔδωκεν, ἀδώτῃ δ’ οὔτις ἔδωκε. †Δωδάς. τελεία θυσία.† †Δωδεσκήϊδες. δώδεκα θυσίαι.† †Δωμητύς. κατασκευή.† Δώτωρ. [κύριον.] *ὁ δωρούμενος.*</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Δωρεά. τὸ δῶρον καὶ δόσις ἀναπόδοτος.</w:t>
      </w:r>
    </w:p>
    <w:p>
      <w:r>
        <w:rPr>
          <w:rFonts w:ascii="Courier New" w:hAnsi="Courier New"/>
          <w:color w:val="555555"/>
          <w:sz w:val="20"/>
        </w:rPr>
        <w:t>[delta 588]</w:t>
      </w:r>
    </w:p>
    <w:p>
      <w:r>
        <w:rPr>
          <w:rFonts w:ascii="Gentium Plus" w:hAnsi="Gentium Plus"/>
          <w:sz w:val="24"/>
        </w:rPr>
        <w:t>Δωρογραφή. ὅτάν τις αἰτίαν ἔχῃ τῶν πολι‐ τευομένων δῶρα λαβεῖν. Δωροξενία. ὅτάν τις γραφῇ ξενίας καὶ δῶρον δοὺς ἐκφύγῃ τὴν συκοφαντίαν, δωροξενία λέ‐</w:t>
      </w:r>
    </w:p>
    <w:p>
      <w:r>
        <w:rPr>
          <w:rFonts w:ascii="Courier New" w:hAnsi="Courier New"/>
          <w:color w:val="555555"/>
          <w:sz w:val="20"/>
        </w:rPr>
        <w:t>[5]</w:t>
      </w:r>
    </w:p>
    <w:p>
      <w:r>
        <w:rPr>
          <w:rFonts w:ascii="Gentium Plus" w:hAnsi="Gentium Plus"/>
          <w:sz w:val="24"/>
        </w:rPr>
        <w:t>γεται. Δωρίππη. κύριον. Δωρίς, Δωρίδος. ἡ κλητικὴ ὦ Δωρί. Δωδεκάκρουνος. κρήνη ἐν Ἀθήναις. Θουκυδί‐ δης ἐννεάκρουνον λέγει.</w:t>
      </w:r>
    </w:p>
    <w:p>
      <w:r>
        <w:rPr>
          <w:rFonts w:ascii="Courier New" w:hAnsi="Courier New"/>
          <w:color w:val="555555"/>
          <w:sz w:val="20"/>
        </w:rPr>
        <w:t>[10]</w:t>
      </w:r>
    </w:p>
    <w:p>
      <w:r>
        <w:rPr>
          <w:rFonts w:ascii="Gentium Plus" w:hAnsi="Gentium Plus"/>
          <w:sz w:val="24"/>
        </w:rPr>
        <w:t>Δωνατική. διάδοσις διδομένη παρὰ τοῦ βασι‐ λέως τοῖς στρατεύμασι. Δωδώνη. ὄρος. Δωμητύς. τὸ κτίσμα. Δώς. ἡ δωρεά. δὼς ἀγαθή. ἰστέον, ὅτι τὸ δὼς</w:t>
      </w:r>
    </w:p>
    <w:p>
      <w:r>
        <w:rPr>
          <w:rFonts w:ascii="Courier New" w:hAnsi="Courier New"/>
          <w:color w:val="555555"/>
          <w:sz w:val="20"/>
        </w:rPr>
        <w:t>[15]</w:t>
      </w:r>
    </w:p>
    <w:p>
      <w:r>
        <w:rPr>
          <w:rFonts w:ascii="Gentium Plus" w:hAnsi="Gentium Plus"/>
          <w:sz w:val="24"/>
        </w:rPr>
        <w:t>ὀξυτόνως λέγεται παρὰ τὸν δώσω μέλλοντα, καὶ ἔστιν ἄκλιτον· ἐπειδὴ τὰ εἰς ως μονοσύλ‐ λαβα θηλυκὰ περισπῶνται, καὶ κύρια ἐστὶν, οἷον· ἡ Κρῶς, ἡ Κλῶς, ἡ Κῶς· εἰσὶ δὲ ὀνόματα πόλεων. ἐπειδὴ οὖν τὸ δὼς, θηλυκὸν ὂν, οὐκ</w:t>
      </w:r>
    </w:p>
    <w:p>
      <w:r>
        <w:rPr>
          <w:rFonts w:ascii="Courier New" w:hAnsi="Courier New"/>
          <w:color w:val="555555"/>
          <w:sz w:val="20"/>
        </w:rPr>
        <w:t>[20]</w:t>
      </w:r>
    </w:p>
    <w:p>
      <w:r>
        <w:rPr>
          <w:rFonts w:ascii="Gentium Plus" w:hAnsi="Gentium Plus"/>
          <w:sz w:val="24"/>
        </w:rPr>
        <w:t>ἔστι κύριον, ἀλλ’ οὔτε δὲ περισπᾶται, τούτου χάριν ἔστιν ἄκλιτον. Δωτύς, δωτύος. [τῆς τροφῆς.] [Δωτίνη. ἡ δωρεά. γέγονε παρὰ τὸν δώσω μέλ‐ λοντα δωσίνη, καὶ τροπῇ τοῦ ς εἰς τ δωτίνη.</w:t>
      </w:r>
    </w:p>
    <w:p>
      <w:r>
        <w:rPr>
          <w:rFonts w:ascii="Courier New" w:hAnsi="Courier New"/>
          <w:color w:val="555555"/>
          <w:sz w:val="20"/>
        </w:rPr>
        <w:t>[25]</w:t>
      </w:r>
    </w:p>
    <w:p>
      <w:r>
        <w:rPr>
          <w:rFonts w:ascii="Gentium Plus" w:hAnsi="Gentium Plus"/>
          <w:sz w:val="24"/>
        </w:rPr>
        <w:t>ἢ ἀπὸ τοῦ δέδοται γίνεται δοτὸς καὶ ἐκεῖθεν δοτίνη διὰ τοῦ ο μικροῦ, καὶ κατ’ ἔκτασιν δω‐</w:t>
      </w:r>
    </w:p>
    <w:p>
      <w:r>
        <w:rPr>
          <w:rFonts w:ascii="Courier New" w:hAnsi="Courier New"/>
          <w:color w:val="555555"/>
          <w:sz w:val="20"/>
        </w:rPr>
        <w:t>[delta 589]</w:t>
      </w:r>
    </w:p>
    <w:p>
      <w:r>
        <w:rPr>
          <w:rFonts w:ascii="Gentium Plus" w:hAnsi="Gentium Plus"/>
          <w:sz w:val="24"/>
        </w:rPr>
        <w:t>καὶ ταμίαι παρὰ νηυσὶν ἔσαν σίτοιο δοτῆ‐ ρες— οἱονεὶ κατ’ ἔκτασιν. —θεοὶ δωτῆρες ἐάων.</w:t>
      </w:r>
    </w:p>
    <w:p>
      <w:r>
        <w:rPr>
          <w:rFonts w:ascii="Courier New" w:hAnsi="Courier New"/>
          <w:color w:val="555555"/>
          <w:sz w:val="20"/>
        </w:rPr>
        <w:t>[5]</w:t>
      </w:r>
    </w:p>
    <w:p>
      <w:r>
        <w:rPr>
          <w:rFonts w:ascii="Gentium Plus" w:hAnsi="Gentium Plus"/>
          <w:sz w:val="24"/>
        </w:rPr>
        <w:t>καὶ Διόνυσος, Διώνυσος.] Δῶ. τὸ οἴκημα κατὰ ἀποκοπήν. Δωδεκάβοιον. δώδεκα βοῶν ἄξιον. Δωδεκατημόριον. μοίρας δωδεκάτης. Δωδεκάδωρον. τὸ παλαιστῶν ὂν δώδεκα. δῶρον</w:t>
      </w:r>
    </w:p>
    <w:p>
      <w:r>
        <w:rPr>
          <w:rFonts w:ascii="Courier New" w:hAnsi="Courier New"/>
          <w:color w:val="555555"/>
          <w:sz w:val="20"/>
        </w:rPr>
        <w:t>[10]</w:t>
      </w:r>
    </w:p>
    <w:p>
      <w:r>
        <w:rPr>
          <w:rFonts w:ascii="Gentium Plus" w:hAnsi="Gentium Plus"/>
          <w:sz w:val="24"/>
        </w:rPr>
        <w:t>γὰρ ἡ παλαιστή. Δῶμα. τὸ οἴκημα, μέγα. δόμα δὲ, τὸ δῶρον, μικρόν. [δῶμα. τὰ εἰς ω λήγοντα βαρύτονα πολ‐ λάκις μεταβάλλουσι τὸ παρατέλευτον ε εἰς ω· δέμω, δωμῶ, νέμω, νωμῶ. ἐκ δὲ τοῦ δωμῶ δω‐</w:t>
      </w:r>
    </w:p>
    <w:p>
      <w:r>
        <w:rPr>
          <w:rFonts w:ascii="Courier New" w:hAnsi="Courier New"/>
          <w:color w:val="555555"/>
          <w:sz w:val="20"/>
        </w:rPr>
        <w:t>[15]</w:t>
      </w:r>
    </w:p>
    <w:p>
      <w:r>
        <w:rPr>
          <w:rFonts w:ascii="Gentium Plus" w:hAnsi="Gentium Plus"/>
          <w:sz w:val="24"/>
        </w:rPr>
        <w:t>μήσω γίνεται δώμημα καὶ κατὰ συγκοπὴν δῶ‐ μα. οὕτω Φιλόξενος. ἄλλοι δὲ ἀπὸ δέμω δόμα καὶ δῶμα κατ’ ἔκτασιν.] Δωμάτιον. οἴκημα μικρόν. Δωρητόν. τὸ εἰς δῶρον διδόμενον.</w:t>
      </w:r>
    </w:p>
    <w:p>
      <w:r>
        <w:rPr>
          <w:rFonts w:ascii="Courier New" w:hAnsi="Courier New"/>
          <w:color w:val="555555"/>
          <w:sz w:val="20"/>
        </w:rPr>
        <w:t>[20]</w:t>
      </w:r>
    </w:p>
    <w:p>
      <w:r>
        <w:rPr>
          <w:rFonts w:ascii="Gentium Plus" w:hAnsi="Gentium Plus"/>
          <w:sz w:val="24"/>
        </w:rPr>
        <w:t>Δώρημα, η· δώριμον δὲ, ι. δώριμον εἶδός σου προσάγει τις. Δώριον. ἤτοι μέλος Δωρικόν. Δῶρον. ἡ παλαιστή. ἀπὸ τοῦ τὰ πλεῖστα διὰ τῆς χειρὸς ἡμᾶς *ἄγειν καὶ* δωρεῖσθαι, ἀφ’</w:t>
      </w:r>
    </w:p>
    <w:p>
      <w:r>
        <w:rPr>
          <w:rFonts w:ascii="Courier New" w:hAnsi="Courier New"/>
          <w:color w:val="555555"/>
          <w:sz w:val="20"/>
        </w:rPr>
        <w:t>[25]</w:t>
      </w:r>
    </w:p>
    <w:p>
      <w:r>
        <w:rPr>
          <w:rFonts w:ascii="Gentium Plus" w:hAnsi="Gentium Plus"/>
          <w:sz w:val="24"/>
        </w:rPr>
        <w:t>ἧς μετρεῖται ἡ παλαιστή. Δῶρον. τὸ ξένιον. δῶρον τὸ διδόμενον. παρὰ τὸν δώσω μέλλοντα γίνεται δῶρον, δῶόν τι ὄν·</w:t>
      </w:r>
    </w:p>
    <w:p>
      <w:r>
        <w:rPr>
          <w:rFonts w:ascii="Courier New" w:hAnsi="Courier New"/>
          <w:color w:val="555555"/>
          <w:sz w:val="20"/>
        </w:rPr>
        <w:t>[delta 590]</w:t>
      </w:r>
    </w:p>
    <w:p>
      <w:r>
        <w:rPr>
          <w:rFonts w:ascii="Gentium Plus" w:hAnsi="Gentium Plus"/>
          <w:sz w:val="24"/>
        </w:rPr>
        <w:t>δες εἶναι τὸ ὄνομα, καὶ διὰ τοῦ ω μεγάλου γράφεται. ὥσπερ καὶ τὸ ἁλωτός. οὐδὲν γὰρ ὄνομα ἀπὸ τῆς τρίτης συζυγίας τῶν εἰς μι διὰ τοῦ ω μεγάλου γράφεται. διὸ καὶ τὰ παρ’ αὐτῷ</w:t>
      </w:r>
    </w:p>
    <w:p>
      <w:r>
        <w:rPr>
          <w:rFonts w:ascii="Courier New" w:hAnsi="Courier New"/>
          <w:color w:val="555555"/>
          <w:sz w:val="20"/>
        </w:rPr>
        <w:t>[5]</w:t>
      </w:r>
    </w:p>
    <w:p>
      <w:r>
        <w:rPr>
          <w:rFonts w:ascii="Gentium Plus" w:hAnsi="Gentium Plus"/>
          <w:sz w:val="24"/>
        </w:rPr>
        <w:t>συγκείμενα διὰ τοῦ ω μεγάλου γράφονται· οἷον· Ἀθηνόδωρος, μεγαλόδωρος, αἰχμάλωτος, ἀνά‐ λωτος. οὕτω Θεόγνωστος.] Δώτιον. τόπος. Δῶμα. παρὰ τὸ δομῶ, δομήσω, δεδόμηκα, δεδό‐</w:t>
      </w:r>
    </w:p>
    <w:p>
      <w:r>
        <w:rPr>
          <w:rFonts w:ascii="Courier New" w:hAnsi="Courier New"/>
          <w:color w:val="555555"/>
          <w:sz w:val="20"/>
        </w:rPr>
        <w:t>[10]</w:t>
      </w:r>
    </w:p>
    <w:p>
      <w:r>
        <w:rPr>
          <w:rFonts w:ascii="Gentium Plus" w:hAnsi="Gentium Plus"/>
          <w:sz w:val="24"/>
        </w:rPr>
        <w:t>μημαι, δόμημα, καὶ ἀποβολῇ τοῦ μ καὶ κρά‐ σει τοῦ ο καὶ η εἰς ω μέγα, δῶμα.</w:t>
      </w:r>
    </w:p>
    <w:p>
      <w:pPr>
        <w:jc w:val="center"/>
      </w:pPr>
      <w:r>
        <w:rPr>
          <w:rFonts w:ascii="Gentium Plus" w:hAnsi="Gentium Plus"/>
          <w:b/>
          <w:sz w:val="24"/>
        </w:rPr>
        <w:t>(Ῥῆμα.)</w:t>
      </w:r>
    </w:p>
    <w:p>
      <w:r>
        <w:rPr>
          <w:rFonts w:ascii="Courier New" w:hAnsi="Courier New"/>
          <w:color w:val="555555"/>
          <w:sz w:val="20"/>
        </w:rPr>
        <w:t>[13]</w:t>
      </w:r>
    </w:p>
    <w:p>
      <w:r>
        <w:rPr>
          <w:rFonts w:ascii="Gentium Plus" w:hAnsi="Gentium Plus"/>
          <w:sz w:val="24"/>
        </w:rPr>
        <w:t>Δῴη. ἀπὸ τοῦ δίδωμι, δώσω. [—αἴκέ ποθι Ζεὺς</w:t>
      </w:r>
    </w:p>
    <w:p>
      <w:r>
        <w:rPr>
          <w:rFonts w:ascii="Courier New" w:hAnsi="Courier New"/>
          <w:color w:val="555555"/>
          <w:sz w:val="20"/>
        </w:rPr>
        <w:t>[15]</w:t>
      </w:r>
    </w:p>
    <w:p>
      <w:r>
        <w:rPr>
          <w:rFonts w:ascii="Gentium Plus" w:hAnsi="Gentium Plus"/>
          <w:sz w:val="24"/>
        </w:rPr>
        <w:t>δῴη— ὁ δεύτερος ἀόριστος ἔδων, καὶ τὸ ὑποτακτικὸν, ἐὰν δῶ, ἡ μετοχὴ ὁ δοὺς, τοῦ δόντος, καὶ τὸ εὐκτικὸν δοίην. ὥσπερ θεὶς, θέντος, θείην. καὶ κατ’ ἔκτασιν τοῦ ο εἰς ω δῴην καὶ δῴη.]</w:t>
      </w:r>
    </w:p>
    <w:p>
      <w:r>
        <w:rPr>
          <w:rFonts w:ascii="Courier New" w:hAnsi="Courier New"/>
          <w:color w:val="555555"/>
          <w:sz w:val="20"/>
        </w:rPr>
        <w:t>[20]</w:t>
      </w:r>
    </w:p>
    <w:p>
      <w:r>
        <w:rPr>
          <w:rFonts w:ascii="Gentium Plus" w:hAnsi="Gentium Plus"/>
          <w:sz w:val="24"/>
        </w:rPr>
        <w:t>Δώομεν. δώσομεν. Δωρίζει. ὡς οἱ Δωριεῖς ᾄδει. Δωριάζειν. παραγυμνοῦσθαι. παραφαίνουσι γὰρ οἱ Δωριεῖς τὸ σῶμα παρὰ τὸ μηδὲ ζώνας ἔχειν. Δωρησάμενος. ἀντὶ τοῦ δωροδοκήσας. δωρησάμε‐</w:t>
      </w:r>
    </w:p>
    <w:p>
      <w:r>
        <w:rPr>
          <w:rFonts w:ascii="Courier New" w:hAnsi="Courier New"/>
          <w:color w:val="555555"/>
          <w:sz w:val="20"/>
        </w:rPr>
        <w:t>[25]</w:t>
      </w:r>
    </w:p>
    <w:p>
      <w:r>
        <w:rPr>
          <w:rFonts w:ascii="Gentium Plus" w:hAnsi="Gentium Plus"/>
          <w:sz w:val="24"/>
        </w:rPr>
        <w:t>νος χρήμασι μεγάλοις. Δωροδοκήσαντα. οὐ μόνον δῶρα διδόναι καὶ ἀναπείθειν, ἀλλὰ καὶ τὸ λαμβάνειν.</w:t>
      </w:r>
    </w:p>
    <w:p>
      <w:r>
        <w:rPr>
          <w:rFonts w:ascii="Courier New" w:hAnsi="Courier New"/>
          <w:color w:val="555555"/>
          <w:sz w:val="20"/>
        </w:rPr>
        <w:t>[delta 591]</w:t>
      </w:r>
    </w:p>
    <w:p>
      <w:r>
        <w:rPr>
          <w:rFonts w:ascii="Gentium Plus" w:hAnsi="Gentium Plus"/>
          <w:sz w:val="24"/>
        </w:rPr>
        <w:t>Δώωσι καὶ δώῃσιν. [εἰ δέ κε μὴ δώωσιν.] ἔστι δίδωμι, δώσω, [ὁ δεύτερος ἀόριστος ἔδων, καὶ τὸ ὑποτακτικὸν ἐὰν δῶ· τὸ πρῶτον τῶν</w:t>
      </w:r>
    </w:p>
    <w:p>
      <w:r>
        <w:rPr>
          <w:rFonts w:ascii="Courier New" w:hAnsi="Courier New"/>
          <w:color w:val="555555"/>
          <w:sz w:val="20"/>
        </w:rPr>
        <w:t>[5]</w:t>
      </w:r>
    </w:p>
    <w:p>
      <w:r>
        <w:rPr>
          <w:rFonts w:ascii="Gentium Plus" w:hAnsi="Gentium Plus"/>
          <w:sz w:val="24"/>
        </w:rPr>
        <w:t>πληθυντικῶν, ἐὰν δῶμεν, δῶτε, καὶ τὸ τρίτον</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Δωριστί. ὡς οἱ Δωριεῖς ᾄδουσιν. [Ἀριστοφά‐ νης· τὴν δωριστὶ μόνην ἁρμονίαν ἁρμόττεσθαι</w:t>
      </w:r>
    </w:p>
    <w:p>
      <w:r>
        <w:rPr>
          <w:rFonts w:ascii="Courier New" w:hAnsi="Courier New"/>
          <w:color w:val="555555"/>
          <w:sz w:val="20"/>
        </w:rPr>
        <w:t>[5]</w:t>
      </w:r>
    </w:p>
    <w:p>
      <w:r>
        <w:rPr>
          <w:rFonts w:ascii="Gentium Plus" w:hAnsi="Gentium Plus"/>
          <w:sz w:val="24"/>
        </w:rPr>
        <w:t>θαυμαστὴν λύραν· ἄλλην δ’ οὐκ ἐθέλειν λα‐</w:t>
      </w:r>
    </w:p>
    <w:p>
      <w:pPr>
        <w:jc w:val="center"/>
      </w:pPr>
      <w:r>
        <w:rPr>
          <w:rFonts w:ascii="Gentium Plus" w:hAnsi="Gentium Plus"/>
          <w:b/>
          <w:sz w:val="24"/>
        </w:rPr>
        <w:t>Ε.</w:t>
      </w:r>
    </w:p>
    <w:p>
      <w:pPr>
        <w:jc w:val="center"/>
      </w:pPr>
      <w:r>
        <w:rPr>
          <w:rFonts w:ascii="Gentium Plus" w:hAnsi="Gentium Plus"/>
          <w:b/>
          <w:sz w:val="24"/>
        </w:rPr>
        <w:t>Τὸ Ε μετὰ τοῦ Α.</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Ἐανός. πέπλος ποικίλος, λαμπρός. Ἑαυτούς. ἀντὶ τοῦ ἀλλήλους κατὰ Ἀττικούς.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Ἑαῖς. ἰδίαις. Ἑαυτάς. ἀντὶ τοῦ ἀλλήλας. οὕτως οἱ Ἀττικοὶ</w:t>
      </w:r>
    </w:p>
    <w:p>
      <w:r>
        <w:rPr>
          <w:rFonts w:ascii="Courier New" w:hAnsi="Courier New"/>
          <w:color w:val="555555"/>
          <w:sz w:val="20"/>
        </w:rPr>
        <w:t>[15]</w:t>
      </w:r>
    </w:p>
    <w:p>
      <w:r>
        <w:rPr>
          <w:rFonts w:ascii="Gentium Plus" w:hAnsi="Gentium Plus"/>
          <w:sz w:val="24"/>
        </w:rPr>
        <w:t>λέγουσι. *καὶ ἑαυτοὺς ἀντὶ ἀλλήλους.*</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Ἐανόν. ποικίλον, λεπτόν. ἁ μεγάλα δ’ Αἴγυπτος ἑανῷ δάψατο χαί‐ την.</w:t>
      </w:r>
    </w:p>
    <w:p>
      <w:r>
        <w:rPr>
          <w:rFonts w:ascii="Courier New" w:hAnsi="Courier New"/>
          <w:color w:val="555555"/>
          <w:sz w:val="20"/>
        </w:rPr>
        <w:t>[20]</w:t>
      </w:r>
    </w:p>
    <w:p>
      <w:r>
        <w:rPr>
          <w:rFonts w:ascii="Gentium Plus" w:hAnsi="Gentium Plus"/>
          <w:sz w:val="24"/>
        </w:rPr>
        <w:t>Ἔαρ. χρόνος, ἐν ᾧ τὸ ὑγρὸν μετὰ τοῦ θερμοῦ</w:t>
      </w:r>
    </w:p>
    <w:p>
      <w:r>
        <w:rPr>
          <w:rFonts w:ascii="Courier New" w:hAnsi="Courier New"/>
          <w:color w:val="555555"/>
          <w:sz w:val="20"/>
        </w:rPr>
        <w:t>[epsilon 592 (7)]</w:t>
      </w:r>
    </w:p>
    <w:p>
      <w:r>
        <w:rPr>
          <w:rFonts w:ascii="Gentium Plus" w:hAnsi="Gentium Plus"/>
          <w:sz w:val="24"/>
        </w:rPr>
        <w:t>γὰρ ἐκπέμπονται οἱ καρποί. ἔαρ καὶ τὸ αἷμα, διὰ τὸ ἐν τῷ ἔαρι πλεονάζειν. Ἐαρινόν. τὸ κατὰ τὸν καιρὸν τοῦ ἔαρος.</w:t>
      </w:r>
    </w:p>
    <w:p>
      <w:r>
        <w:rPr>
          <w:rFonts w:ascii="Courier New" w:hAnsi="Courier New"/>
          <w:color w:val="555555"/>
          <w:sz w:val="20"/>
        </w:rPr>
        <w:t>[10]</w:t>
      </w:r>
    </w:p>
    <w:p>
      <w:r>
        <w:rPr>
          <w:rFonts w:ascii="Gentium Plus" w:hAnsi="Gentium Plus"/>
          <w:sz w:val="24"/>
        </w:rPr>
        <w:t>Ἐάρταρα. λεπτὰ, ἁπαλά. [Ἐ τὸ στοιχεῖον.] †τὸ δὲ ε θαυμάσαιμι τῆς ὀνομασίας. τήν τε γὰρ ἐπέκτασιν καὶ τὸ κυ‐ κλοτερὲς τοῦ αἰῶνος ἐν τῷ ἰδίῳ τύπῳ δηλοῖ, ἐπέκτασιν μὲν τὴν εἰς μέσον ἔχον μακρὰν, κυ‐</w:t>
      </w:r>
    </w:p>
    <w:p>
      <w:r>
        <w:rPr>
          <w:rFonts w:ascii="Courier New" w:hAnsi="Courier New"/>
          <w:color w:val="555555"/>
          <w:sz w:val="20"/>
        </w:rPr>
        <w:t>[15]</w:t>
      </w:r>
    </w:p>
    <w:p>
      <w:r>
        <w:rPr>
          <w:rFonts w:ascii="Gentium Plus" w:hAnsi="Gentium Plus"/>
          <w:sz w:val="24"/>
        </w:rPr>
        <w:t>κλοτερὲς δὲ τὸ περὶ τὴν μακρὰν πέριξ· ὅτι τοῦ ὄντος αἰῶνος μιμεῖται τὰ πέριξ.†</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Ἐαγῆναι. συντριβῆναι. Ἐάγη. συνετρίβη. [ἄσσω τὸ κλῶ, ὁ μέλλων</w:t>
      </w:r>
    </w:p>
    <w:p>
      <w:r>
        <w:rPr>
          <w:rFonts w:ascii="Courier New" w:hAnsi="Courier New"/>
          <w:color w:val="555555"/>
          <w:sz w:val="20"/>
        </w:rPr>
        <w:t>[20]</w:t>
      </w:r>
    </w:p>
    <w:p>
      <w:r>
        <w:rPr>
          <w:rFonts w:ascii="Gentium Plus" w:hAnsi="Gentium Plus"/>
          <w:sz w:val="24"/>
        </w:rPr>
        <w:t>ἄξω, ὁ δεύτερος ἀόριστος ἄγον, ὁ παθητικὸς ἤγην, ἤγης, ἤγη, καὶ κατὰ διάλυσιν τοῦ η ἐάγη.]</w:t>
      </w:r>
    </w:p>
    <w:p>
      <w:r>
        <w:rPr>
          <w:rFonts w:ascii="Courier New" w:hAnsi="Courier New"/>
          <w:color w:val="555555"/>
          <w:sz w:val="20"/>
        </w:rPr>
        <w:t>[epsilon 593]</w:t>
      </w:r>
    </w:p>
    <w:p>
      <w:r>
        <w:rPr>
          <w:rFonts w:ascii="Gentium Plus" w:hAnsi="Gentium Plus"/>
          <w:sz w:val="24"/>
        </w:rPr>
        <w:t>Ἔα δή. ἀντὶ τοῦ ἄγε δή. καὶ ἔα ἀντὶ τοῦ συγ‐ χώρει. Ἐακότες. παρῃτημένοι, ἀποπεπαυκότες. Ἑαλωκυῖα. ἐξερημωθεῖσα.</w:t>
      </w:r>
    </w:p>
    <w:p>
      <w:r>
        <w:rPr>
          <w:rFonts w:ascii="Courier New" w:hAnsi="Courier New"/>
          <w:color w:val="555555"/>
          <w:sz w:val="20"/>
        </w:rPr>
        <w:t>[5]</w:t>
      </w:r>
    </w:p>
    <w:p>
      <w:r>
        <w:rPr>
          <w:rFonts w:ascii="Gentium Plus" w:hAnsi="Gentium Plus"/>
          <w:sz w:val="24"/>
        </w:rPr>
        <w:t>Ἑάλωσαν. ἐκρατήθησαν. Ἑάλω. ἐκρατήθη. Ἑάλωκεν. ἐλήφθη. καὶ ἑαλωκώς. Ἐάλη. συνεστράφη. Αἰνείας δ’ ἐάλη.</w:t>
      </w:r>
    </w:p>
    <w:p>
      <w:r>
        <w:rPr>
          <w:rFonts w:ascii="Courier New" w:hAnsi="Courier New"/>
          <w:color w:val="555555"/>
          <w:sz w:val="20"/>
        </w:rPr>
        <w:t>[10]</w:t>
      </w:r>
    </w:p>
    <w:p>
      <w:r>
        <w:rPr>
          <w:rFonts w:ascii="Gentium Plus" w:hAnsi="Gentium Plus"/>
          <w:sz w:val="24"/>
        </w:rPr>
        <w:t>[παρὰ τὸ ἀλῶ τὸ ἐκκλίνω καὶ πλανῶ. οἱ γὰρ ἐκκλίνοντες τινὰς καὶ πλανῶντες οὐκ ἐπαίρον‐ ται, ἀλλὰ συστρέφονται· ὅθεν καὶ τοὺς ἵππους ἄλεται, ἀντὶ τοῦ ἀλεῖται. ὅ ἐστι συστραφεῖται. τὸ δὲ</w:t>
      </w:r>
    </w:p>
    <w:p>
      <w:r>
        <w:rPr>
          <w:rFonts w:ascii="Courier New" w:hAnsi="Courier New"/>
          <w:color w:val="555555"/>
          <w:sz w:val="20"/>
        </w:rPr>
        <w:t>[15]</w:t>
      </w:r>
    </w:p>
    <w:p>
      <w:r>
        <w:rPr>
          <w:rFonts w:ascii="Gentium Plus" w:hAnsi="Gentium Plus"/>
          <w:sz w:val="24"/>
        </w:rPr>
        <w:t>ἀλῶ γέγονε παρὰ τὸ λῶ τὸ θέλω καὶ μετὰ τοῦ στερητικοῦ α ἀλῶ. οἱ γὰρ πλανώμενοι οὐ τυγ‐ χάνουσιν οὗ θέλουσιν. ἔστι δὲ τρίτης συζυγίας τῶν περισπωμένων· οἷον ἀλόω, ὁ μέλλων ἀλώ‐ σω, ὁ δεύτερος ἀόριστος ἦλον, ὁ παθητικὸς ἤλην,</w:t>
      </w:r>
    </w:p>
    <w:p>
      <w:r>
        <w:rPr>
          <w:rFonts w:ascii="Courier New" w:hAnsi="Courier New"/>
          <w:color w:val="555555"/>
          <w:sz w:val="20"/>
        </w:rPr>
        <w:t>[20]</w:t>
      </w:r>
    </w:p>
    <w:p>
      <w:r>
        <w:rPr>
          <w:rFonts w:ascii="Gentium Plus" w:hAnsi="Gentium Plus"/>
          <w:sz w:val="24"/>
        </w:rPr>
        <w:t>ἐξ οὗ ἡ μετοχὴ ἀλεὶς, τὸ δεύτερον ἤλης, ἤλη, καὶ κατὰ διάλυσιν ἐάλη.] Ἔασας. ἐχαροποίησας. [—ἐπεί με πρῶτον ἔασας. παρὰ τὸ ἥδω, τὸ εὐφραίνομαι, ἥσω, ἥσας καὶ</w:t>
      </w:r>
    </w:p>
    <w:p>
      <w:r>
        <w:rPr>
          <w:rFonts w:ascii="Courier New" w:hAnsi="Courier New"/>
          <w:color w:val="555555"/>
          <w:sz w:val="20"/>
        </w:rPr>
        <w:t>[25]</w:t>
      </w:r>
    </w:p>
    <w:p>
      <w:r>
        <w:rPr>
          <w:rFonts w:ascii="Gentium Plus" w:hAnsi="Gentium Plus"/>
          <w:sz w:val="24"/>
        </w:rPr>
        <w:t>ἐν διαιρέσει ἔασας.] Ἕαται. κάθηται. [Ἰωνικῶς. ἑῶ, ἕημι, ἕεμαι, ἧμαι, ἧται καὶ Ἰωνικῶς ἕαται, καὶ πλεονασμῷ εἵαται. ὡς μέμνηται, μεμνήαται.] Ἐάφθη. ἐπηκολούθησεν. [ἕπω, ἕψω, εἷφα,</w:t>
      </w:r>
    </w:p>
    <w:p>
      <w:r>
        <w:rPr>
          <w:rFonts w:ascii="Courier New" w:hAnsi="Courier New"/>
          <w:color w:val="555555"/>
          <w:sz w:val="20"/>
        </w:rPr>
        <w:t>[30]</w:t>
      </w:r>
    </w:p>
    <w:p>
      <w:r>
        <w:rPr>
          <w:rFonts w:ascii="Gentium Plus" w:hAnsi="Gentium Plus"/>
          <w:sz w:val="24"/>
        </w:rPr>
        <w:t>εἷμμαι, εἵφθην, καὶ ἐν διαλύσει ἐάφθην, τὸ</w:t>
      </w:r>
    </w:p>
    <w:p>
      <w:r>
        <w:rPr>
          <w:rFonts w:ascii="Courier New" w:hAnsi="Courier New"/>
          <w:color w:val="555555"/>
          <w:sz w:val="20"/>
        </w:rPr>
        <w:t>[epsilon 594]</w:t>
      </w:r>
    </w:p>
    <w:p>
      <w:r>
        <w:rPr>
          <w:rFonts w:ascii="Gentium Plus" w:hAnsi="Gentium Plus"/>
          <w:sz w:val="24"/>
        </w:rPr>
        <w:t>νασμῷ τοῦ φ ἐάφθη. ἢ παρὰ τὸ ἕπω τὸ ἀκο‐ λουθῶ εἵφθη, ἵν’ ᾖ ἐπηκολούθησε, καὶ ἐν διαι‐ ρέσει τῆς ει διφθόγγου εἰς εα ἐάφθη. ἔστι δὲ καὶ τὸ παθητικὸν μονῆρες, καὶ οὐδὲν αὐτῷ</w:t>
      </w:r>
    </w:p>
    <w:p>
      <w:r>
        <w:rPr>
          <w:rFonts w:ascii="Courier New" w:hAnsi="Courier New"/>
          <w:color w:val="555555"/>
          <w:sz w:val="20"/>
        </w:rPr>
        <w:t>[5]</w:t>
      </w:r>
    </w:p>
    <w:p>
      <w:r>
        <w:rPr>
          <w:rFonts w:ascii="Gentium Plus" w:hAnsi="Gentium Plus"/>
          <w:sz w:val="24"/>
        </w:rPr>
        <w:t>ὅμοιον. οὐ γὰρ εἰς ε καὶ ι διελύθη οὐδὲ εἰς δύο εε, ἀλλ’ εἰς ε καὶ α.]</w:t>
      </w:r>
    </w:p>
    <w:p>
      <w:pPr>
        <w:jc w:val="center"/>
      </w:pPr>
      <w:r>
        <w:rPr>
          <w:rFonts w:ascii="Gentium Plus" w:hAnsi="Gentium Plus"/>
          <w:b/>
          <w:sz w:val="24"/>
        </w:rPr>
        <w:t>Τὸ Ε μετὰ τοῦ Β.</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Ἔβενος. ὄνομα ξύλου. καὶ ἔβελος.</w:t>
      </w:r>
    </w:p>
    <w:p>
      <w:r>
        <w:rPr>
          <w:rFonts w:ascii="Courier New" w:hAnsi="Courier New"/>
          <w:color w:val="555555"/>
          <w:sz w:val="20"/>
        </w:rPr>
        <w:t>[10]</w:t>
      </w:r>
    </w:p>
    <w:p>
      <w:r>
        <w:rPr>
          <w:rFonts w:ascii="Gentium Plus" w:hAnsi="Gentium Plus"/>
          <w:sz w:val="24"/>
        </w:rPr>
        <w:t>Ἐβιωκαῖοι. ἔθνος. Ἐβουσαῖος καὶ Ἐβούτιος. ὀνόματα κύρια. Ἑβραῖοι. ἀπὸ τοῦ Ἕβερ υἱοῦ Σάλα, ὃς ἐμέρισε τοῖς ἔθνεσι τὴν γῆν. Ἕβρος. ποταμὸς Θρᾴκης.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Ἑβδομάτη. ἡ ἑβδόμη. [καὶ ἑβδομευόμενα. τοῖς ἀποτεχθεῖσι παιδίοις τὰς ἑβδόμας καὶ τὰς δε‐ κάτας ἦγον καὶ τάγε ὀνόματα ἐτίθεντο αὐτοῖς· οἱ μὲν τῇ ἑβδόμῃ, οἱ δὲ, τῇ δεκάτῃ.]</w:t>
      </w:r>
    </w:p>
    <w:p>
      <w:r>
        <w:rPr>
          <w:rFonts w:ascii="Courier New" w:hAnsi="Courier New"/>
          <w:color w:val="555555"/>
          <w:sz w:val="20"/>
        </w:rPr>
        <w:t>[20]</w:t>
      </w:r>
    </w:p>
    <w:p>
      <w:r>
        <w:rPr>
          <w:rFonts w:ascii="Gentium Plus" w:hAnsi="Gentium Plus"/>
          <w:sz w:val="24"/>
        </w:rPr>
        <w:t>Ἔβουρις· Ἐβουδίκη. ὀνόματα πόλεων.</w:t>
      </w:r>
    </w:p>
    <w:p>
      <w:pPr>
        <w:jc w:val="center"/>
      </w:pPr>
      <w:r>
        <w:rPr>
          <w:rFonts w:ascii="Gentium Plus" w:hAnsi="Gentium Plus"/>
          <w:b/>
          <w:sz w:val="24"/>
        </w:rPr>
        <w:t>(Ῥῆμα.)</w:t>
      </w:r>
    </w:p>
    <w:p>
      <w:r>
        <w:rPr>
          <w:rFonts w:ascii="Courier New" w:hAnsi="Courier New"/>
          <w:color w:val="555555"/>
          <w:sz w:val="20"/>
        </w:rPr>
        <w:t>[22]</w:t>
      </w:r>
    </w:p>
    <w:p>
      <w:r>
        <w:rPr>
          <w:rFonts w:ascii="Gentium Plus" w:hAnsi="Gentium Plus"/>
          <w:sz w:val="24"/>
        </w:rPr>
        <w:t>Ἔβαν. ἐπορεύθησαν. Ἐβαρυθύμησαν. ἐλυπήθησαν. Ἐβαρυώπησαν. ἀσθενεῖς ἐγένοντο τοὺς ὀφθαλ‐</w:t>
      </w:r>
    </w:p>
    <w:p>
      <w:r>
        <w:rPr>
          <w:rFonts w:ascii="Courier New" w:hAnsi="Courier New"/>
          <w:color w:val="555555"/>
          <w:sz w:val="20"/>
        </w:rPr>
        <w:t>[25]</w:t>
      </w:r>
    </w:p>
    <w:p>
      <w:r>
        <w:rPr>
          <w:rFonts w:ascii="Gentium Plus" w:hAnsi="Gentium Plus"/>
          <w:sz w:val="24"/>
        </w:rPr>
        <w:t>μούς. Ἔβα με. κατέλαβέ με. Ἀριστοφάνης· τί χρέος ἔβα με μετὰ τὸν Πασίαν. Ἐβαρύνετο. κυριώτερον. οὐ δεῖ γὰρ λέγειν ἐβα‐</w:t>
      </w:r>
    </w:p>
    <w:p>
      <w:r>
        <w:rPr>
          <w:rFonts w:ascii="Courier New" w:hAnsi="Courier New"/>
          <w:color w:val="555555"/>
          <w:sz w:val="20"/>
        </w:rPr>
        <w:t>[epsilon 595]</w:t>
      </w:r>
    </w:p>
    <w:p>
      <w:r>
        <w:rPr>
          <w:rFonts w:ascii="Gentium Plus" w:hAnsi="Gentium Plus"/>
          <w:sz w:val="24"/>
        </w:rPr>
        <w:t>Ἐβάστασεν. ἀντὶ τοῦ ἐδοκίμασε. [πάσας δ’ ἰδέας ἐξήτασε, πάντα δ’ ἐβάστασε φρενί.] Ἔβασεν. ἀντὶ τοῦ ἔκραξεν. Ἔβασον. ἔασον, συγχώρησον. οὕτως Συρακού‐</w:t>
      </w:r>
    </w:p>
    <w:p>
      <w:r>
        <w:rPr>
          <w:rFonts w:ascii="Courier New" w:hAnsi="Courier New"/>
          <w:color w:val="555555"/>
          <w:sz w:val="20"/>
        </w:rPr>
        <w:t>[5]</w:t>
      </w:r>
    </w:p>
    <w:p>
      <w:r>
        <w:rPr>
          <w:rFonts w:ascii="Gentium Plus" w:hAnsi="Gentium Plus"/>
          <w:sz w:val="24"/>
        </w:rPr>
        <w:t>σιοι καὶ Λάκωνες. γέγονε δὲ κατὰ πλεονασμὸν τοῦ β. τὸ γὰρ ἔασον, ἔβασον, καὶ τὸ ἔαται, ἔβαται, καὶ τὸ ἔα, ἔβα. Ἐβεβαίωσας. ἐφανέρωσας. Ἐβίωσας. ἔζησας.</w:t>
      </w:r>
    </w:p>
    <w:p>
      <w:r>
        <w:rPr>
          <w:rFonts w:ascii="Courier New" w:hAnsi="Courier New"/>
          <w:color w:val="555555"/>
          <w:sz w:val="20"/>
        </w:rPr>
        <w:t>[10]</w:t>
      </w:r>
    </w:p>
    <w:p>
      <w:r>
        <w:rPr>
          <w:rFonts w:ascii="Gentium Plus" w:hAnsi="Gentium Plus"/>
          <w:sz w:val="24"/>
        </w:rPr>
        <w:t>Ἔβλω. ἔδωκε, διέσπασεν. Ἐβόμβησεν. ἤχησεν. Ἐβουλιμίασαν. λίαν ἐπείνασαν. Ἐβόησεν. ἐφώνησεν. Ἐβόων. ἔκραζον.</w:t>
      </w:r>
    </w:p>
    <w:p>
      <w:r>
        <w:rPr>
          <w:rFonts w:ascii="Courier New" w:hAnsi="Courier New"/>
          <w:color w:val="555555"/>
          <w:sz w:val="20"/>
        </w:rPr>
        <w:t>[15]</w:t>
      </w:r>
    </w:p>
    <w:p>
      <w:r>
        <w:rPr>
          <w:rFonts w:ascii="Gentium Plus" w:hAnsi="Gentium Plus"/>
          <w:sz w:val="24"/>
        </w:rPr>
        <w:t>Ἐβληχῶντο. ἐπὶ τῶν προβάτων λέγουσιν. Ἔβριξαν. μετὰ τροφὴν ἐκοιμήθησαν. Ἐβριάζοντο. ηὐφραίνοντο.</w:t>
      </w:r>
    </w:p>
    <w:p>
      <w:r>
        <w:rPr>
          <w:rFonts w:ascii="Courier New" w:hAnsi="Courier New"/>
          <w:color w:val="555555"/>
          <w:sz w:val="20"/>
        </w:rPr>
        <w:t>[epsilon 596]</w:t>
      </w:r>
    </w:p>
    <w:p>
      <w:r>
        <w:rPr>
          <w:rFonts w:ascii="Gentium Plus" w:hAnsi="Gentium Plus"/>
          <w:sz w:val="24"/>
        </w:rPr>
        <w:t>[Ἔβρασεν. ἐκ τῆς θαλάσσης εἰς τὴν γῆν ἔῤ‐ ῥιψεν.] [Ἐβρόμησεν. ἤχησεν.] ἐβρόντησεν. Ἐβύνουν. ἐπλήρουν, ἔφραττον. [Ἀριστοφάνης·</w:t>
      </w:r>
    </w:p>
    <w:p>
      <w:r>
        <w:rPr>
          <w:rFonts w:ascii="Courier New" w:hAnsi="Courier New"/>
          <w:color w:val="555555"/>
          <w:sz w:val="20"/>
        </w:rPr>
        <w:t>[5]</w:t>
      </w:r>
    </w:p>
    <w:p>
      <w:r>
        <w:rPr>
          <w:rFonts w:ascii="Gentium Plus" w:hAnsi="Gentium Plus"/>
          <w:sz w:val="24"/>
        </w:rPr>
        <w:t>χρυσίῳ τούτων ἐβύνουν τὸ στόμα.] Ἑβδομηκοντάκις ἑπτά. [τοῦτο οὐκ ἀριθμὸν τί‐ θησι.]</w:t>
      </w:r>
    </w:p>
    <w:p>
      <w:pPr>
        <w:jc w:val="center"/>
      </w:pPr>
      <w:r>
        <w:rPr>
          <w:rFonts w:ascii="Gentium Plus" w:hAnsi="Gentium Plus"/>
          <w:b/>
          <w:sz w:val="24"/>
        </w:rPr>
        <w:t>Τὸ Ε μετὰ τοῦ Γ.</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Ἔγγυος. ὁ ἐγγυητής. Ἐγγύθετος. ὁ προσεδρεύων τόπος. Ἐγγλωττογάστωρ. ὁ ἐκ τοῦ λέγειν ζῶν. πε‐ ποίηται ἡ λέξις παρὰ τὸ διὰ γλώσσης καὶ διὰ λόγων τρέφεσθαι.</w:t>
      </w:r>
    </w:p>
    <w:p>
      <w:r>
        <w:rPr>
          <w:rFonts w:ascii="Courier New" w:hAnsi="Courier New"/>
          <w:color w:val="555555"/>
          <w:sz w:val="20"/>
        </w:rPr>
        <w:t>[15]</w:t>
      </w:r>
    </w:p>
    <w:p>
      <w:r>
        <w:rPr>
          <w:rFonts w:ascii="Gentium Plus" w:hAnsi="Gentium Plus"/>
          <w:sz w:val="24"/>
        </w:rPr>
        <w:t>Ἔγγονος. ὁ υἱός. ἔκγονος δὲ ὁ τοῦ υἱοῦ υἱός. [καὶ Ὅμηρος· υἱός θ’ υἱωνός τε Διὸς νεφεληγερέταο.]</w:t>
      </w:r>
    </w:p>
    <w:p>
      <w:r>
        <w:rPr>
          <w:rFonts w:ascii="Courier New" w:hAnsi="Courier New"/>
          <w:color w:val="555555"/>
          <w:sz w:val="20"/>
        </w:rPr>
        <w:t>[epsilon 597]</w:t>
      </w:r>
    </w:p>
    <w:p>
      <w:r>
        <w:rPr>
          <w:rFonts w:ascii="Gentium Plus" w:hAnsi="Gentium Plus"/>
          <w:sz w:val="24"/>
        </w:rPr>
        <w:t>Ἐγκέφαλος. [παρὰ τὸ ἐγκεῖσθαι τῇ κεφαλῇ καὶ τὸ κέρας· ἢ] παρὰ τὸ ἐγκεῖσθαι τὰ φάη. ἢ ἐγκράνιος διὰ τὸ ἐγκεῖσθαι ἰδιώτερον τῷ κρανίῳ. Ἐγκρυφίας. ὁ ἐν σποδιᾷ γενόμενος ἄρτος.</w:t>
      </w:r>
    </w:p>
    <w:p>
      <w:r>
        <w:rPr>
          <w:rFonts w:ascii="Courier New" w:hAnsi="Courier New"/>
          <w:color w:val="555555"/>
          <w:sz w:val="20"/>
        </w:rPr>
        <w:t>[5]</w:t>
      </w:r>
    </w:p>
    <w:p>
      <w:r>
        <w:rPr>
          <w:rFonts w:ascii="Gentium Plus" w:hAnsi="Gentium Plus"/>
          <w:sz w:val="24"/>
        </w:rPr>
        <w:t>*Ἐγκτός. ὁ ζωγράφος.* Ἐγκρατής. ὁ ταῖς φαύλαις ἐπιθυμίαις λόγῳ μὴ ἀκολουθῶν. ἐγκρατὴς λέγεται οὐ κατ’ ἀπά‐ θειαν, ἀλλὰ διὰ τὸ πάσχειν μὲν, μὴ ἄγεσθαι δὲ ὑπὸ τῶν παθῶν. καὶ ἐγκρατὴς καὶ ἐπικρα‐</w:t>
      </w:r>
    </w:p>
    <w:p>
      <w:r>
        <w:rPr>
          <w:rFonts w:ascii="Courier New" w:hAnsi="Courier New"/>
          <w:color w:val="555555"/>
          <w:sz w:val="20"/>
        </w:rPr>
        <w:t>[10]</w:t>
      </w:r>
    </w:p>
    <w:p>
      <w:r>
        <w:rPr>
          <w:rFonts w:ascii="Gentium Plus" w:hAnsi="Gentium Plus"/>
          <w:sz w:val="24"/>
        </w:rPr>
        <w:t>τέστερος. Ἐγκαρσίχολοι. ὀξύχολοι. κεκραμένην χολὴν ἐν τῇ κεφαλῇ ἔχοντες. οἱ γὰρ ἰχθύες ἐπὶ τὴν κεφαλὴν τὴν χολὴν ἔχουσιν. ἐκ τοῦ ῥητορικοῦ ἡ λέξις.</w:t>
      </w:r>
    </w:p>
    <w:p>
      <w:r>
        <w:rPr>
          <w:rFonts w:ascii="Courier New" w:hAnsi="Courier New"/>
          <w:color w:val="555555"/>
          <w:sz w:val="20"/>
        </w:rPr>
        <w:t>[15]</w:t>
      </w:r>
    </w:p>
    <w:p>
      <w:r>
        <w:rPr>
          <w:rFonts w:ascii="Gentium Plus" w:hAnsi="Gentium Plus"/>
          <w:sz w:val="24"/>
        </w:rPr>
        <w:t>Ἐγκυσίχωλος. εἴρηται παρὰ τὸν κύσον. ὁ ἀπὸ τοῦ κύσου χωλὸς, καὶ τῆς κοτύλης. κύσον</w:t>
      </w:r>
    </w:p>
    <w:p>
      <w:r>
        <w:rPr>
          <w:rFonts w:ascii="Courier New" w:hAnsi="Courier New"/>
          <w:color w:val="555555"/>
          <w:sz w:val="20"/>
        </w:rPr>
        <w:t>[epsilon 598]</w:t>
      </w:r>
    </w:p>
    <w:p>
      <w:r>
        <w:rPr>
          <w:rFonts w:ascii="Gentium Plus" w:hAnsi="Gentium Plus"/>
          <w:sz w:val="24"/>
        </w:rPr>
        <w:t>λεῖν, περὶ ὃν ἡ κοτύλη ἔστι. ἐκ τοῦ ῥητορικοῦ ἡ λέξις. Ἐγκάθετος. κατάσκοπος, ὁ ἐνεδρευτής. Ἔγκριτος. ἐκλελεγμένος.</w:t>
      </w:r>
    </w:p>
    <w:p>
      <w:r>
        <w:rPr>
          <w:rFonts w:ascii="Courier New" w:hAnsi="Courier New"/>
          <w:color w:val="555555"/>
          <w:sz w:val="20"/>
        </w:rPr>
        <w:t>[5]</w:t>
      </w:r>
    </w:p>
    <w:p>
      <w:r>
        <w:rPr>
          <w:rFonts w:ascii="Gentium Plus" w:hAnsi="Gentium Plus"/>
          <w:sz w:val="24"/>
        </w:rPr>
        <w:t>Ἐγκοπεύς. τὸ ἐργαλεῖον. Ἐγκέλευστοι. μετὰ προστάξεως. οἱ δὲ ὑπὸ Κύ‐ ρου ἐγκέλευστοι. Ἐγκταί. οἱ διαγράφοντες τοὺς τοίχους ζωγρά‐ φοι.</w:t>
      </w:r>
    </w:p>
    <w:p>
      <w:r>
        <w:rPr>
          <w:rFonts w:ascii="Courier New" w:hAnsi="Courier New"/>
          <w:color w:val="555555"/>
          <w:sz w:val="20"/>
        </w:rPr>
        <w:t>[10]</w:t>
      </w:r>
    </w:p>
    <w:p>
      <w:r>
        <w:rPr>
          <w:rFonts w:ascii="Gentium Plus" w:hAnsi="Gentium Plus"/>
          <w:sz w:val="24"/>
        </w:rPr>
        <w:t>Ἐγχέσπαλοι. πολεμικοί. ἔσειον γὰρ τοὺς κον‐ τοὺς πρὸ τῆς ἀφέσεως, μήποτε ἄρα εἶεν κλα‐ σθέντες. Ἐγχεσίμωρος. πολεμιστής. [ὁ κακοπαθῶν τῷ ἔγχει καὶ τῷ δόρατι.]</w:t>
      </w:r>
    </w:p>
    <w:p>
      <w:r>
        <w:rPr>
          <w:rFonts w:ascii="Courier New" w:hAnsi="Courier New"/>
          <w:color w:val="555555"/>
          <w:sz w:val="20"/>
        </w:rPr>
        <w:t>[15]</w:t>
      </w:r>
    </w:p>
    <w:p>
      <w:r>
        <w:rPr>
          <w:rFonts w:ascii="Gentium Plus" w:hAnsi="Gentium Plus"/>
          <w:sz w:val="24"/>
        </w:rPr>
        <w:t>[Ἐγχειγάστωρ. ὁ διὰ τοῦ δόρατος ζῶν.] Ἐγχείμαργος. πολεμικὸς, ὁ μαινόμενος τῷ δό‐ ρατι.</w:t>
      </w:r>
    </w:p>
    <w:p>
      <w:r>
        <w:rPr>
          <w:rFonts w:ascii="Courier New" w:hAnsi="Courier New"/>
          <w:color w:val="555555"/>
          <w:sz w:val="20"/>
        </w:rPr>
        <w:t>[epsilon 599]</w:t>
      </w:r>
    </w:p>
    <w:p>
      <w:r>
        <w:rPr>
          <w:rFonts w:ascii="Gentium Plus" w:hAnsi="Gentium Plus"/>
          <w:sz w:val="24"/>
        </w:rPr>
        <w:t>Ἔγγυος. μεσίτης. Ἀπόστολος· κατὰ τοσοῦτον κρείττονος διαθήκης γέγονεν ἔγγυος Ἰησοῦς.</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Ἐγγαστρίμυθοι. αὗται γυναῖκες ἦσαν, αἵτινες</w:t>
      </w:r>
    </w:p>
    <w:p>
      <w:r>
        <w:rPr>
          <w:rFonts w:ascii="Courier New" w:hAnsi="Courier New"/>
          <w:color w:val="555555"/>
          <w:sz w:val="20"/>
        </w:rPr>
        <w:t>[5]</w:t>
      </w:r>
    </w:p>
    <w:p>
      <w:r>
        <w:rPr>
          <w:rFonts w:ascii="Gentium Plus" w:hAnsi="Gentium Plus"/>
          <w:sz w:val="24"/>
        </w:rPr>
        <w:t>τὰς τῶν θνησκόντων ψυχὰς ἐξεκαλοῦντο. μιᾷ δὲ αὐτῶν ἐχρήσατο Σαοὺλ, ἥτις ἐξεκαλέσατο τὴν ψυχὴν Σαμουὴλ τοῦ προφήτου. Ἔγγειον. χέρσον, ξηράν. Ἐγγρεκύδοιμος. ἡ ἐγείρουσα κύδοιμον καὶ θό‐</w:t>
      </w:r>
    </w:p>
    <w:p>
      <w:r>
        <w:rPr>
          <w:rFonts w:ascii="Courier New" w:hAnsi="Courier New"/>
          <w:color w:val="555555"/>
          <w:sz w:val="20"/>
        </w:rPr>
        <w:t>[10]</w:t>
      </w:r>
    </w:p>
    <w:p>
      <w:r>
        <w:rPr>
          <w:rFonts w:ascii="Gentium Plus" w:hAnsi="Gentium Plus"/>
          <w:sz w:val="24"/>
        </w:rPr>
        <w:t>ρυβον τοῖς ἐναντίοις. Ἐγγύη. ἡ ἀσφαλὴς ἀντιποίησις καὶ σταθηρά· ἢ ἡ περὶ τινὸς ἀναδοχή. [ἀπὸ τοῦ γῆ, γύη καὶ ἐγγύη· καὶ γὰρ ἡ γῆ τῶν ἄλλων στοιχείων παγιωτέρα.]</w:t>
      </w:r>
    </w:p>
    <w:p>
      <w:r>
        <w:rPr>
          <w:rFonts w:ascii="Courier New" w:hAnsi="Courier New"/>
          <w:color w:val="555555"/>
          <w:sz w:val="20"/>
        </w:rPr>
        <w:t>[15]</w:t>
      </w:r>
    </w:p>
    <w:p>
      <w:r>
        <w:rPr>
          <w:rFonts w:ascii="Gentium Plus" w:hAnsi="Gentium Plus"/>
          <w:sz w:val="24"/>
        </w:rPr>
        <w:t>Ἐγγυητή. γυνὴ ἡ μεμνηστευμένη. [Προκόπιος· ἡ δὲ ἐγγυητὴ ὕστερον Βελισαρίῳ γυνὴ γέγονεν ἤδη παίδων μήτηρ πολλῶν.] Ἐγγυθήκη. σκεῦός τι, πρὸς τὸ κρατῆρας ἢ λέβητας ἢ τὶ τοιοῦτον οὐκ ἀλλότριον ἐπικεῖσθαι</w:t>
      </w:r>
    </w:p>
    <w:p>
      <w:r>
        <w:rPr>
          <w:rFonts w:ascii="Courier New" w:hAnsi="Courier New"/>
          <w:color w:val="555555"/>
          <w:sz w:val="20"/>
        </w:rPr>
        <w:t>[20]</w:t>
      </w:r>
    </w:p>
    <w:p>
      <w:r>
        <w:rPr>
          <w:rFonts w:ascii="Gentium Plus" w:hAnsi="Gentium Plus"/>
          <w:sz w:val="24"/>
        </w:rPr>
        <w:t>ἐπιτήδειον εἶναι. Ἐγγώνιος. ἡ μὴ στρογγύλη καὶ μὴ ἄγαν περι‐ φερής. [ἐν τῷ συνδείπνῳ τῷ τοῦ Μαικήνα τράπεζα ἐγγώνιος ἦν ὑπὸ τῇ κλισίᾳ.] Ἐγκληματικαὶ δίκαι. αἱ εἰς τὴν οἰκείαν κατά‐</w:t>
      </w:r>
    </w:p>
    <w:p>
      <w:r>
        <w:rPr>
          <w:rFonts w:ascii="Courier New" w:hAnsi="Courier New"/>
          <w:color w:val="555555"/>
          <w:sz w:val="20"/>
        </w:rPr>
        <w:t>[25]</w:t>
      </w:r>
    </w:p>
    <w:p>
      <w:r>
        <w:rPr>
          <w:rFonts w:ascii="Gentium Plus" w:hAnsi="Gentium Plus"/>
          <w:sz w:val="24"/>
        </w:rPr>
        <w:t>στασιν τὸν κατηγορούμενον ζημιῶσαι, οἷον ἔκ‐</w:t>
      </w:r>
    </w:p>
    <w:p>
      <w:r>
        <w:rPr>
          <w:rFonts w:ascii="Courier New" w:hAnsi="Courier New"/>
          <w:color w:val="555555"/>
          <w:sz w:val="20"/>
        </w:rPr>
        <w:t>[epsilon 600]</w:t>
      </w:r>
    </w:p>
    <w:p>
      <w:r>
        <w:rPr>
          <w:rFonts w:ascii="Gentium Plus" w:hAnsi="Gentium Plus"/>
          <w:sz w:val="24"/>
        </w:rPr>
        <w:t>Ἔγκλητος. ἡ ἐπὶ σύνοδον παραίτησις. Ἔγκλισιν. Ἀναξαγόρας φησίν· ὥστε κατὰ κο‐ ρυφὸν τῆς γῆς τὸν ἀεὶ φαινόμενον εἶναι πόλον, ὕστερον δὲ τὴν ἔγκλισιν λαβεῖν· τουτέστι τὴν</w:t>
      </w:r>
    </w:p>
    <w:p>
      <w:r>
        <w:rPr>
          <w:rFonts w:ascii="Courier New" w:hAnsi="Courier New"/>
          <w:color w:val="555555"/>
          <w:sz w:val="20"/>
        </w:rPr>
        <w:t>[5]</w:t>
      </w:r>
    </w:p>
    <w:p>
      <w:r>
        <w:rPr>
          <w:rFonts w:ascii="Gentium Plus" w:hAnsi="Gentium Plus"/>
          <w:sz w:val="24"/>
        </w:rPr>
        <w:t>τροπήν. Ἔγκλισις. βούλημα ψυχῆς διὰ φωνῆς σημαι‐ νόμενον. οἷον· ὁριστικόν· προστακτικόν· ὑποτα‐ κτικόν· εὐκτικόν. ἡ γὰρ ἀπαρέμφατος οὐκ ἔστι κυρίως ἔγκλισις, ἀλλὰ καταχρηστικῶς διὰ τὸ</w:t>
      </w:r>
    </w:p>
    <w:p>
      <w:r>
        <w:rPr>
          <w:rFonts w:ascii="Courier New" w:hAnsi="Courier New"/>
          <w:color w:val="555555"/>
          <w:sz w:val="20"/>
        </w:rPr>
        <w:t>[10]</w:t>
      </w:r>
    </w:p>
    <w:p>
      <w:r>
        <w:rPr>
          <w:rFonts w:ascii="Gentium Plus" w:hAnsi="Gentium Plus"/>
          <w:sz w:val="24"/>
        </w:rPr>
        <w:t>μὴ ἔχειν πρόσωπα. Ἐγκύκλιος. ἡ γραμματική· ἡ ποιητική· ἡ ῥητο‐ ρική· ἡ φιλοσοφία· ἡ μαθηματική· καὶ ἁπλῶς πᾶσα τέχνη καὶ ἐπιστήμη, διὰ τὸ περιϊέναι ταῦτα τοὺς σοφοὺς ὡς διά τινος κύκλου. [λέ‐</w:t>
      </w:r>
    </w:p>
    <w:p>
      <w:r>
        <w:rPr>
          <w:rFonts w:ascii="Courier New" w:hAnsi="Courier New"/>
          <w:color w:val="555555"/>
          <w:sz w:val="20"/>
        </w:rPr>
        <w:t>[15]</w:t>
      </w:r>
    </w:p>
    <w:p>
      <w:r>
        <w:rPr>
          <w:rFonts w:ascii="Gentium Plus" w:hAnsi="Gentium Plus"/>
          <w:sz w:val="24"/>
        </w:rPr>
        <w:t>γεται δὲ καὶ ἡ ἐτήσιος χρημάτων δόσις. καὶ ἐγκυκλίας λειτουργίας, τὰ καθ’ ἕκαστον ἐνι‐ αυτόν.] κύκλος γὰρ ὁ ἐνιαυτός· ἀπὸ τοῦ εἰσ‐ κυκλεῖσθαι τῇ τῶν ἡμερῶν περιόδῳ. Ἐγκράτεια. ἡ τῶν κακῶν ἀποχή. ἢ διάθεσις</w:t>
      </w:r>
    </w:p>
    <w:p>
      <w:r>
        <w:rPr>
          <w:rFonts w:ascii="Courier New" w:hAnsi="Courier New"/>
          <w:color w:val="555555"/>
          <w:sz w:val="20"/>
        </w:rPr>
        <w:t>[20]</w:t>
      </w:r>
    </w:p>
    <w:p>
      <w:r>
        <w:rPr>
          <w:rFonts w:ascii="Gentium Plus" w:hAnsi="Gentium Plus"/>
          <w:sz w:val="24"/>
        </w:rPr>
        <w:t>ἀνυπέρβατος τῶν κατ’ ὀρθὸν λόγων. ἢ ἕξις ἀήττητος ἡδονῶν. ἐγκράτεια δὲ σωφροσύνης δια‐ φέρει. ἡ μὲν γὰρ σωφροσύνη ἠρεμαίας ἔχει τὰς ἐπιθυμίας· ἡ δὲ ἐγκράτεια σφοδράς. Ἐγκρίς. γλύκασμα ἐξ ἐλαίου ὑδαρές.</w:t>
      </w:r>
    </w:p>
    <w:p>
      <w:r>
        <w:rPr>
          <w:rFonts w:ascii="Courier New" w:hAnsi="Courier New"/>
          <w:color w:val="555555"/>
          <w:sz w:val="20"/>
        </w:rPr>
        <w:t>[25]</w:t>
      </w:r>
    </w:p>
    <w:p>
      <w:r>
        <w:rPr>
          <w:rFonts w:ascii="Gentium Plus" w:hAnsi="Gentium Plus"/>
          <w:sz w:val="24"/>
        </w:rPr>
        <w:t>Ἔγκρισις. ἱερὸς ἀγών.</w:t>
      </w:r>
    </w:p>
    <w:p>
      <w:r>
        <w:rPr>
          <w:rFonts w:ascii="Courier New" w:hAnsi="Courier New"/>
          <w:color w:val="555555"/>
          <w:sz w:val="20"/>
        </w:rPr>
        <w:t>[epsilon 601]</w:t>
      </w:r>
    </w:p>
    <w:p>
      <w:r>
        <w:rPr>
          <w:rFonts w:ascii="Gentium Plus" w:hAnsi="Gentium Plus"/>
          <w:sz w:val="24"/>
        </w:rPr>
        <w:t>Ἐγκοπή. ἔνεδρον. ἐμπόδιον. Ἐγκονίδες. αἱ ὑπηρέτιδες. [ἀπὸ τοῦ κονῶ τὸ ἐνεργῶ. τινὲς καὶ τὸ ἐγκόμαι λέγουσι τὸ αὐτὸ σημαίνειν.]</w:t>
      </w:r>
    </w:p>
    <w:p>
      <w:r>
        <w:rPr>
          <w:rFonts w:ascii="Courier New" w:hAnsi="Courier New"/>
          <w:color w:val="555555"/>
          <w:sz w:val="20"/>
        </w:rPr>
        <w:t>[5]</w:t>
      </w:r>
    </w:p>
    <w:p>
      <w:r>
        <w:rPr>
          <w:rFonts w:ascii="Gentium Plus" w:hAnsi="Gentium Plus"/>
          <w:sz w:val="24"/>
        </w:rPr>
        <w:t>Ἐγκαινίδες. μέρος τὶ τοῦ πλοίου. ξύλα ἰθυτενῆ, καθάπου ζυγά. καὶ ἐγκαινίδας ὕπερθεν κατὰ τὸ ἐγκάρσιον ἐνθέντες. Ἐγκύμονος. ἐγκύου οὔσης. καὶ ἔγκυος γυνή. Ἔγχελυς. τὸ ἑνικόν. τὸ δὲ πληθυντικὸν ἐγχέ‐</w:t>
      </w:r>
    </w:p>
    <w:p>
      <w:r>
        <w:rPr>
          <w:rFonts w:ascii="Courier New" w:hAnsi="Courier New"/>
          <w:color w:val="555555"/>
          <w:sz w:val="20"/>
        </w:rPr>
        <w:t>[10]</w:t>
      </w:r>
    </w:p>
    <w:p>
      <w:r>
        <w:rPr>
          <w:rFonts w:ascii="Gentium Plus" w:hAnsi="Gentium Plus"/>
          <w:sz w:val="24"/>
        </w:rPr>
        <w:t>λυες, παρὰ τοῖς Ἀττικοῖς ἐγχέλεις. [Ἀριστο‐ φάνης· ὥσπερ οἱ τὰς ἐγχέλεις θηρώμενοι πέπονθας. καὶ πάλιν· οὐδὲ χαίρω βατίσιν οὐδ’ ἐγχέλεσιν.</w:t>
      </w:r>
    </w:p>
    <w:p>
      <w:r>
        <w:rPr>
          <w:rFonts w:ascii="Courier New" w:hAnsi="Courier New"/>
          <w:color w:val="555555"/>
          <w:sz w:val="20"/>
        </w:rPr>
        <w:t>[15]</w:t>
      </w:r>
    </w:p>
    <w:p>
      <w:r>
        <w:rPr>
          <w:rFonts w:ascii="Gentium Plus" w:hAnsi="Gentium Plus"/>
          <w:sz w:val="24"/>
        </w:rPr>
        <w:t>εὗρον δὲ καὶ τὸ ἔγχελυς ἀττικῶς· εὗρον δὲ καὶ τὸ ἔγχελις διὰ τοῦ ἰῶτα παρὰ Βοιωτοῖς.] καὶ αἱ πτώσεις ἐγχέλεων, ἐγχέλεσιν. Εὔπολις·</w:t>
      </w:r>
    </w:p>
    <w:p>
      <w:r>
        <w:rPr>
          <w:rFonts w:ascii="Courier New" w:hAnsi="Courier New"/>
          <w:color w:val="555555"/>
          <w:sz w:val="20"/>
        </w:rPr>
        <w:t>[epsilon 602]</w:t>
      </w:r>
    </w:p>
    <w:p>
      <w:r>
        <w:rPr>
          <w:rFonts w:ascii="Gentium Plus" w:hAnsi="Gentium Plus"/>
          <w:sz w:val="24"/>
        </w:rPr>
        <w:t>Ἐγχυτρίστριαι. αἱ τὰς χοὰς τοῖς τετελευτη‐ κόσιν ἐπιφέρουσαι. ἔλεγον δὲ καὶ τὸ βάψαι καταχυτρίσαι· ὡς Ἀριστοφάνης. ἐγχυτρίστριαι καὶ ὅσαι τοὺς ἐναγεῖς καθαίρουσιν αἷμα ἐπι‐</w:t>
      </w:r>
    </w:p>
    <w:p>
      <w:r>
        <w:rPr>
          <w:rFonts w:ascii="Courier New" w:hAnsi="Courier New"/>
          <w:color w:val="555555"/>
          <w:sz w:val="20"/>
        </w:rPr>
        <w:t>[5]</w:t>
      </w:r>
    </w:p>
    <w:p>
      <w:r>
        <w:rPr>
          <w:rFonts w:ascii="Gentium Plus" w:hAnsi="Gentium Plus"/>
          <w:sz w:val="24"/>
        </w:rPr>
        <w:t>χέουσαι ἱερείου. καὶ τὰς θρηνητρίας. ἔτι γε μὴν καὶ τὰς μαίας τὰς ἐκτιθείσας ἐν χύτραις τὰ βρέφη. [καὶ ἐγχυτρίζειν τὸ ἀποκτείνειν ἐπὶ τῶν ἐν χύτραις ἐκτιθεμένων τὰ βρέφη.] Ἔγεστα. πολεμικὸν μηχάνημα, ἐκ λίθων καὶ</w:t>
      </w:r>
    </w:p>
    <w:p>
      <w:r>
        <w:rPr>
          <w:rFonts w:ascii="Courier New" w:hAnsi="Courier New"/>
          <w:color w:val="555555"/>
          <w:sz w:val="20"/>
        </w:rPr>
        <w:t>[10]</w:t>
      </w:r>
    </w:p>
    <w:p>
      <w:r>
        <w:rPr>
          <w:rFonts w:ascii="Gentium Plus" w:hAnsi="Gentium Plus"/>
          <w:sz w:val="24"/>
        </w:rPr>
        <w:t>ξύλων καὶ χοὸς ἐγειρόμενον. Ἐγκίσσωσις. ἡ ὄχευσις. τοῦ Ψελλοῦ· ἐγκίσ‐ σωσις ἡ ὄχευσις· ἡ σύλληψις δὲ πλέον.</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Ἔγγυον. τὸ ἀσφαλές. ἔγγιον δὲ, τὸ ἐγγύτε‐</w:t>
      </w:r>
    </w:p>
    <w:p>
      <w:r>
        <w:rPr>
          <w:rFonts w:ascii="Courier New" w:hAnsi="Courier New"/>
          <w:color w:val="555555"/>
          <w:sz w:val="20"/>
        </w:rPr>
        <w:t>[15]</w:t>
      </w:r>
    </w:p>
    <w:p>
      <w:r>
        <w:rPr>
          <w:rFonts w:ascii="Gentium Plus" w:hAnsi="Gentium Plus"/>
          <w:sz w:val="24"/>
        </w:rPr>
        <w:t>ρον, ι. ἔγγυον δὲ καὶ ἔγγιστα οὐ λέγουσιν, ἀλλ’ ἐγγυτέρω καὶ ἐγγύτατα.</w:t>
      </w:r>
    </w:p>
    <w:p>
      <w:r>
        <w:rPr>
          <w:rFonts w:ascii="Courier New" w:hAnsi="Courier New"/>
          <w:color w:val="555555"/>
          <w:sz w:val="20"/>
        </w:rPr>
        <w:t>[epsilon 603]</w:t>
      </w:r>
    </w:p>
    <w:p>
      <w:r>
        <w:rPr>
          <w:rFonts w:ascii="Gentium Plus" w:hAnsi="Gentium Plus"/>
          <w:sz w:val="24"/>
        </w:rPr>
        <w:t>Ἔγκυκλον. ἱμάτιον. [Ἀριστοφάνης· τὸ ἔγκυκλον τουτὶ κατατιθεῖσαν.] Ἐγκύρτια. τὰ ἐν τοῖς κύρτοις ἐνυφάσματα. Ἔγκαφος. τὸ ἐλάχιστον. [Εὔπολις·</w:t>
      </w:r>
    </w:p>
    <w:p>
      <w:r>
        <w:rPr>
          <w:rFonts w:ascii="Courier New" w:hAnsi="Courier New"/>
          <w:color w:val="555555"/>
          <w:sz w:val="20"/>
        </w:rPr>
        <w:t>[5]</w:t>
      </w:r>
    </w:p>
    <w:p>
      <w:r>
        <w:rPr>
          <w:rFonts w:ascii="Gentium Plus" w:hAnsi="Gentium Plus"/>
          <w:sz w:val="24"/>
        </w:rPr>
        <w:t>οὔτ’ ἂρ λέλειπται τῶν ἐμῶν οὐδ’ ἔγκαφος. παρὰ τὸ ἐγκάπτω, ἔγκαφος, τὸ μὴ δὲ ἐγκάψαι ἀρκοῦν.] Ἔγκαρπον. τὸ ἔγκυον. Ἐγκάρδιον. τὸ μεγάλως δεινὸν καὶ ἁπτόμενον</w:t>
      </w:r>
    </w:p>
    <w:p>
      <w:r>
        <w:rPr>
          <w:rFonts w:ascii="Courier New" w:hAnsi="Courier New"/>
          <w:color w:val="555555"/>
          <w:sz w:val="20"/>
        </w:rPr>
        <w:t>[10]</w:t>
      </w:r>
    </w:p>
    <w:p>
      <w:r>
        <w:rPr>
          <w:rFonts w:ascii="Gentium Plus" w:hAnsi="Gentium Plus"/>
          <w:sz w:val="24"/>
        </w:rPr>
        <w:t>τῆς καρδίας. ἢ τὸ κρύφιον, ἢ τὸ ἐξ ἰσχυρᾶς διαθέσεως. Ἔγκασιν. ἐγκάτοις. ἀπὸ τοῦ καταχέειν τὴν τρο‐ φήν. λέγει δὲ καὶ τὸ ἧπαρ καὶ τὸν σπλῆνα παρὰ τὸν πνεύμονα. [ἔντερον δὲ, οὐκ ἔγκατον.</w:t>
      </w:r>
    </w:p>
    <w:p>
      <w:r>
        <w:rPr>
          <w:rFonts w:ascii="Courier New" w:hAnsi="Courier New"/>
          <w:color w:val="555555"/>
          <w:sz w:val="20"/>
        </w:rPr>
        <w:t>[15]</w:t>
      </w:r>
    </w:p>
    <w:p>
      <w:r>
        <w:rPr>
          <w:rFonts w:ascii="Gentium Plus" w:hAnsi="Gentium Plus"/>
          <w:sz w:val="24"/>
        </w:rPr>
        <w:t>τὸ δὲ ἔντερον, οἷον ἕτερον καὶ οὐχ ὅμοιον. ἢ παρὰ τὸ ἐντὸς κεῖσθαι τῶν μελῶν. ἐγκάτοισι, καὶ ἀποβολῇ τῆς τοι συλλαβῆς ἔγκασιν. οὐκ ἔστι δὲ συγκοπὴ, μάχεται γὰρ ἐπεκτάσει συγ‐ κοπή· ἐναντίον γάρ. ἄμεινον οὖν μεταπλασμὸν</w:t>
      </w:r>
    </w:p>
    <w:p>
      <w:r>
        <w:rPr>
          <w:rFonts w:ascii="Courier New" w:hAnsi="Courier New"/>
          <w:color w:val="555555"/>
          <w:sz w:val="20"/>
        </w:rPr>
        <w:t>[20]</w:t>
      </w:r>
    </w:p>
    <w:p>
      <w:r>
        <w:rPr>
          <w:rFonts w:ascii="Gentium Plus" w:hAnsi="Gentium Plus"/>
          <w:sz w:val="24"/>
        </w:rPr>
        <w:t>λέγειν· ἔστι γὰρ ἐγκάτοισι καὶ κατὰ μεταπλα‐ σμὸν ἔγκασιν, ὡς ἄστροις ἄστρασιν. οὕτως Ἡρωδιανὸς ἐν τοῖς περὶ παθητικοῦ.]</w:t>
      </w:r>
    </w:p>
    <w:p>
      <w:r>
        <w:rPr>
          <w:rFonts w:ascii="Courier New" w:hAnsi="Courier New"/>
          <w:color w:val="555555"/>
          <w:sz w:val="20"/>
        </w:rPr>
        <w:t>[epsilon 604]</w:t>
      </w:r>
    </w:p>
    <w:p>
      <w:r>
        <w:rPr>
          <w:rFonts w:ascii="Gentium Plus" w:hAnsi="Gentium Plus"/>
          <w:sz w:val="24"/>
        </w:rPr>
        <w:t>Ἔγκομμα. τὸ πρόσκομμα. Ἐγκώπαια. τὰ περιδέῤῥαια. Ἐγκαίνια. ἑορτὴ, καθ’ ἣν ἐκαινουργήθη τι. Ἐγκαταλείμματα. τὰ εὐαπομένοντα. καὶ ἐγ‐</w:t>
      </w:r>
    </w:p>
    <w:p>
      <w:r>
        <w:rPr>
          <w:rFonts w:ascii="Courier New" w:hAnsi="Courier New"/>
          <w:color w:val="555555"/>
          <w:sz w:val="20"/>
        </w:rPr>
        <w:t>[5]</w:t>
      </w:r>
    </w:p>
    <w:p>
      <w:r>
        <w:rPr>
          <w:rFonts w:ascii="Gentium Plus" w:hAnsi="Gentium Plus"/>
          <w:sz w:val="24"/>
        </w:rPr>
        <w:t>κατάλειμμα ἤτοι τὸ μνημόσυνον. τοῦτο δὲ διτ‐ τόν ἐστιν, ἢ ἐν παιδοποιΐᾳ ἢ ἐν ἀγαθοεργίᾳ. Ἐγκώμιον. παρὰ τὸ ἐν τῇ κώμῃ ᾄδεσθαι. κώ‐ μας γὰρ ἔλεγον οἱ παλαιοὶ τοὺς στενωποὺς καὶ τὰ ἄμφοδα· ἤρχοντο γὰρ τῇ νυκτὶ, οἵτινες παρά</w:t>
      </w:r>
    </w:p>
    <w:p>
      <w:r>
        <w:rPr>
          <w:rFonts w:ascii="Courier New" w:hAnsi="Courier New"/>
          <w:color w:val="555555"/>
          <w:sz w:val="20"/>
        </w:rPr>
        <w:t>[10]</w:t>
      </w:r>
    </w:p>
    <w:p>
      <w:r>
        <w:rPr>
          <w:rFonts w:ascii="Gentium Plus" w:hAnsi="Gentium Plus"/>
          <w:sz w:val="24"/>
        </w:rPr>
        <w:t>τινων μεγιστάνων ἐβλάβησαν, καὶ εἰς τὰς ἀμ‐ φόδους ἱστάμενοι ἐκακολόγουν καὶ ὕβριζον τὸν ἀδικοῦντα. * Ἐγχειρίδιον. τμητικὸν ὄργανον.</w:t>
      </w:r>
    </w:p>
    <w:p>
      <w:r>
        <w:rPr>
          <w:rFonts w:ascii="Courier New" w:hAnsi="Courier New"/>
          <w:color w:val="555555"/>
          <w:sz w:val="20"/>
        </w:rPr>
        <w:t>[15]</w:t>
      </w:r>
    </w:p>
    <w:p>
      <w:r>
        <w:rPr>
          <w:rFonts w:ascii="Gentium Plus" w:hAnsi="Gentium Plus"/>
          <w:sz w:val="24"/>
        </w:rPr>
        <w:t>Ἔγχος. τὸ δόρυ. καὶ ἔγχεα. καὶ Ὅμηρος· ἔγχος ἔχ’ ἑνδεκάπηχυ—. Ἐγχώριον. οἰκεῖον. ἀλλὰ κατὰ τὰ τῶν ἐγχω‐ ρίων ἀνθρώπων ἤθη κάλλιστα γινώσκουσιν. †Ἔγχωρα. ἐντόπια.†</w:t>
      </w:r>
    </w:p>
    <w:p>
      <w:r>
        <w:rPr>
          <w:rFonts w:ascii="Courier New" w:hAnsi="Courier New"/>
          <w:color w:val="555555"/>
          <w:sz w:val="20"/>
        </w:rPr>
        <w:t>[20]</w:t>
      </w:r>
    </w:p>
    <w:p>
      <w:r>
        <w:rPr>
          <w:rFonts w:ascii="Gentium Plus" w:hAnsi="Gentium Plus"/>
          <w:sz w:val="24"/>
        </w:rPr>
        <w:t>Ἐγώγιον καὶ ὠγύγιον. τὸ ἀρχαῖον. Ἐγκύκλιον. καθολικόν. ἀλλ’ ἦν ἐγκύκλιον αὐ‐</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[Ἐγρήγορα χρὴ λέγειν, οὐ γρήγορα.] Ἐγαργάλιζον. ὑπέσαινον, ἐκίνουν. Ἐγανώθη. εὐφράνθη, ἐχάρη. Ὅμηρος·</w:t>
      </w:r>
    </w:p>
    <w:p>
      <w:r>
        <w:rPr>
          <w:rFonts w:ascii="Courier New" w:hAnsi="Courier New"/>
          <w:color w:val="555555"/>
          <w:sz w:val="20"/>
        </w:rPr>
        <w:t>[5]</w:t>
      </w:r>
    </w:p>
    <w:p>
      <w:r>
        <w:rPr>
          <w:rFonts w:ascii="Gentium Plus" w:hAnsi="Gentium Plus"/>
          <w:sz w:val="24"/>
        </w:rPr>
        <w:t>—γάννυται δὲ φρένα ποιμήν. Ἐγγλωττοτυπεῖν. τὴν γλῶτταν ψοφεῖν, καὶ τὰ κατορθώματα σεμνολογεῖν, καὶ ἀεὶ ἐπὶ τῆς γλώττης ἔχειν. Ἐγγυήσασθαι. μνηστεύσασθαι.</w:t>
      </w:r>
    </w:p>
    <w:p>
      <w:r>
        <w:rPr>
          <w:rFonts w:ascii="Courier New" w:hAnsi="Courier New"/>
          <w:color w:val="555555"/>
          <w:sz w:val="20"/>
        </w:rPr>
        <w:t>[10]</w:t>
      </w:r>
    </w:p>
    <w:p>
      <w:r>
        <w:rPr>
          <w:rFonts w:ascii="Gentium Plus" w:hAnsi="Gentium Plus"/>
          <w:sz w:val="24"/>
        </w:rPr>
        <w:t>Ἐγγυωμένη. ἀσφαλιζομένη. [Πισίδης· νῦν παν‐ σέληνος ἡ σελήνη λαμπέτω· τοῦ Χοσρόου λύον‐ τος ἐγγυωμένη, πέρσας τὸ λοιπὸν μὴ θεουρ‐ γεῖν τὴν κτίσιν.] Ἐγγυῶ. ἐκδίδωμι.</w:t>
      </w:r>
    </w:p>
    <w:p>
      <w:r>
        <w:rPr>
          <w:rFonts w:ascii="Courier New" w:hAnsi="Courier New"/>
          <w:color w:val="555555"/>
          <w:sz w:val="20"/>
        </w:rPr>
        <w:t>[15]</w:t>
      </w:r>
    </w:p>
    <w:p>
      <w:r>
        <w:rPr>
          <w:rFonts w:ascii="Gentium Plus" w:hAnsi="Gentium Plus"/>
          <w:sz w:val="24"/>
        </w:rPr>
        <w:t>[Ἐγγυώμεθα. ἀντιφωνούμεθα.] [Ἐγγεγυμνασμένον.] οἱονεὶ φανερὸν καὶ δεδοκι‐ μασμένον. [Ἐγγελῴη. γελάσοι.] Ἐγεγήθει. ἔχαιρεν.</w:t>
      </w:r>
    </w:p>
    <w:p>
      <w:r>
        <w:rPr>
          <w:rFonts w:ascii="Courier New" w:hAnsi="Courier New"/>
          <w:color w:val="555555"/>
          <w:sz w:val="20"/>
        </w:rPr>
        <w:t>[20]</w:t>
      </w:r>
    </w:p>
    <w:p>
      <w:r>
        <w:rPr>
          <w:rFonts w:ascii="Gentium Plus" w:hAnsi="Gentium Plus"/>
          <w:sz w:val="24"/>
        </w:rPr>
        <w:t>Ἐγείρου χρὴ λέγειν, οὐχὶ ἔγειραι, εἰ μή τις προτίθησι τὸ σαυτόν· ἔγειρε δὲ τὸν λίθον, ψι‐ λόν. Ἐγερθῆναι ἐξ ὕπνου. ἀναστῆναι τῷ σώματι. [Εὔπολις· τίς οὐκ ἐξεγείρας μ’ ἐστὴν οἰμώξει</w:t>
      </w:r>
    </w:p>
    <w:p>
      <w:r>
        <w:rPr>
          <w:rFonts w:ascii="Courier New" w:hAnsi="Courier New"/>
          <w:color w:val="555555"/>
          <w:sz w:val="20"/>
        </w:rPr>
        <w:t>[25]</w:t>
      </w:r>
    </w:p>
    <w:p>
      <w:r>
        <w:rPr>
          <w:rFonts w:ascii="Gentium Plus" w:hAnsi="Gentium Plus"/>
          <w:sz w:val="24"/>
        </w:rPr>
        <w:t>μακρά· ὅτι ἢ μ’ ἀνέστης’ ὠμόϋπνον.] λέγουσι</w:t>
      </w:r>
    </w:p>
    <w:p>
      <w:r>
        <w:rPr>
          <w:rFonts w:ascii="Courier New" w:hAnsi="Courier New"/>
          <w:color w:val="555555"/>
          <w:sz w:val="20"/>
        </w:rPr>
        <w:t>[epsilon 606]</w:t>
      </w:r>
    </w:p>
    <w:p>
      <w:r>
        <w:rPr>
          <w:rFonts w:ascii="Gentium Plus" w:hAnsi="Gentium Plus"/>
          <w:sz w:val="24"/>
        </w:rPr>
        <w:t>δὲ καὶ ἐπεγεῖραι καὶ ἐπεγερθῆναι. ἡ θερά‐ παινα ἐπεγείρασά με. Ἐγηγερμένος. διανιστάμενος. Ἐγγυαλίξαι. τὸ εἰς χεῖρας παρασχεῖν. παρὰ</w:t>
      </w:r>
    </w:p>
    <w:p>
      <w:r>
        <w:rPr>
          <w:rFonts w:ascii="Courier New" w:hAnsi="Courier New"/>
          <w:color w:val="555555"/>
          <w:sz w:val="20"/>
        </w:rPr>
        <w:t>[5]</w:t>
      </w:r>
    </w:p>
    <w:p>
      <w:r>
        <w:rPr>
          <w:rFonts w:ascii="Gentium Plus" w:hAnsi="Gentium Plus"/>
          <w:sz w:val="24"/>
        </w:rPr>
        <w:t>τὸ γῶ τὸ χωρῶ καὶ λαμβάνω, ὅθεν καὶ γωρυ‐ τὸς, ὁ δεχόμενος τὰ ῥυτὰ, ἤτοι τὰ τόξα. γύω ῥῆμα, ἀφ’ οὗ καὶ γύαι αἱ χεῖρες, ἃς πρὸς τὸ λαβεῖν καὶ συνέχειν ἡ φύσις ἐδημιούργησεν. [ἕτερον παράγωγον γυΐζω, καὶ ἐν συνθέσει καὶ</w:t>
      </w:r>
    </w:p>
    <w:p>
      <w:r>
        <w:rPr>
          <w:rFonts w:ascii="Courier New" w:hAnsi="Courier New"/>
          <w:color w:val="555555"/>
          <w:sz w:val="20"/>
        </w:rPr>
        <w:t>[10]</w:t>
      </w:r>
    </w:p>
    <w:p>
      <w:r>
        <w:rPr>
          <w:rFonts w:ascii="Gentium Plus" w:hAnsi="Gentium Plus"/>
          <w:sz w:val="24"/>
        </w:rPr>
        <w:t>κατὰ πλεονασμὸν τῆς αλ συλλαβῆς γέγονεν ἐγ‐ γυαλίζω.] Ἐγγείνονται. γεννῶνται. οἷον· —κατὰ χαλκοτύπους ὠτειλὰς Εὐλὰς ἐγγείνονται—</w:t>
      </w:r>
    </w:p>
    <w:p>
      <w:r>
        <w:rPr>
          <w:rFonts w:ascii="Courier New" w:hAnsi="Courier New"/>
          <w:color w:val="555555"/>
          <w:sz w:val="20"/>
        </w:rPr>
        <w:t>[15]</w:t>
      </w:r>
    </w:p>
    <w:p>
      <w:r>
        <w:rPr>
          <w:rFonts w:ascii="Gentium Plus" w:hAnsi="Gentium Plus"/>
          <w:sz w:val="24"/>
        </w:rPr>
        <w:t>γείνω τὸ γεννῶ, γείνονται καὶ ἐγγείνονται. Ἐγκατέσκηψαν. ἐφώρμησαν, ἐπέδραμον. ἐπε‐ δράξαντο. τὰ Αἰγυπτίων κακὰ ἐν τῇ Ἀλεξαν‐ δρείᾳ πόλει ἐγκατέσκηψε καὶ τῇ Ῥώμῃ. οὕτως φησὶν Οὐάρων.</w:t>
      </w:r>
    </w:p>
    <w:p>
      <w:r>
        <w:rPr>
          <w:rFonts w:ascii="Courier New" w:hAnsi="Courier New"/>
          <w:color w:val="555555"/>
          <w:sz w:val="20"/>
        </w:rPr>
        <w:t>[20]</w:t>
      </w:r>
    </w:p>
    <w:p>
      <w:r>
        <w:rPr>
          <w:rFonts w:ascii="Gentium Plus" w:hAnsi="Gentium Plus"/>
          <w:sz w:val="24"/>
        </w:rPr>
        <w:t>Ἐγκατειλημμένην. ληφθεῖσαν. Ἐγκατειλεγμένος. τεταγμένος. [Ἐγκατελέγησαν. ᾠκοδομήθησαν. ἐγκατελέγη‐ σαν λίθοι. αἱμασιάς τε λέγων.] [Ἐγκανάξαι. ἐνσεῖσαι. ἐγχέαι. πεποίηται δὲ ἡ</w:t>
      </w:r>
    </w:p>
    <w:p>
      <w:r>
        <w:rPr>
          <w:rFonts w:ascii="Courier New" w:hAnsi="Courier New"/>
          <w:color w:val="555555"/>
          <w:sz w:val="20"/>
        </w:rPr>
        <w:t>[25]</w:t>
      </w:r>
    </w:p>
    <w:p>
      <w:r>
        <w:rPr>
          <w:rFonts w:ascii="Gentium Plus" w:hAnsi="Gentium Plus"/>
          <w:sz w:val="24"/>
        </w:rPr>
        <w:t>λέξις. Ἀριστοφάνης·</w:t>
      </w:r>
    </w:p>
    <w:p>
      <w:r>
        <w:rPr>
          <w:rFonts w:ascii="Courier New" w:hAnsi="Courier New"/>
          <w:color w:val="555555"/>
          <w:sz w:val="20"/>
        </w:rPr>
        <w:t>[epsilon 607]</w:t>
      </w:r>
    </w:p>
    <w:p>
      <w:r>
        <w:rPr>
          <w:rFonts w:ascii="Gentium Plus" w:hAnsi="Gentium Plus"/>
          <w:sz w:val="24"/>
        </w:rPr>
        <w:t>ἴθι νῦν ἄκρατον ἐγκάναξόν μοι πολύν· ἕλκυσον· ἐκρόφησον· ἔκπιε. παρὰ τὸ κανοῦν. ἤτοι ἐγχέαι. οἱ δὲ στρα‐ τιῶται ἐπὶ τοῦ θορύβου τάττουσι τὴν λέξιν.</w:t>
      </w:r>
    </w:p>
    <w:p>
      <w:r>
        <w:rPr>
          <w:rFonts w:ascii="Courier New" w:hAnsi="Courier New"/>
          <w:color w:val="555555"/>
          <w:sz w:val="20"/>
        </w:rPr>
        <w:t>[5]</w:t>
      </w:r>
    </w:p>
    <w:p>
      <w:r>
        <w:rPr>
          <w:rFonts w:ascii="Gentium Plus" w:hAnsi="Gentium Plus"/>
          <w:sz w:val="24"/>
        </w:rPr>
        <w:t>παρὰ τὴν καναχὴν, ὃ σημαίνει τὸν κτύπον. ἐγ‐ κανάξαι οὖν τὸ ἐγχέαι μετὰ ψόφου, ὅ ἐστι πολὺ, ὥστε καὶ ἠχεῖν καὶ θορυβεῖν.] *Ἐγκύρσαι. ἐντυχεῖν.* Ἐγκαθίζουσα. ἐνεδρεύουσα. καὶ ἐγκάθηται ἀν‐</w:t>
      </w:r>
    </w:p>
    <w:p>
      <w:r>
        <w:rPr>
          <w:rFonts w:ascii="Courier New" w:hAnsi="Courier New"/>
          <w:color w:val="555555"/>
          <w:sz w:val="20"/>
        </w:rPr>
        <w:t>[10]</w:t>
      </w:r>
    </w:p>
    <w:p>
      <w:r>
        <w:rPr>
          <w:rFonts w:ascii="Gentium Plus" w:hAnsi="Gentium Plus"/>
          <w:sz w:val="24"/>
        </w:rPr>
        <w:t>τὶ τοῦ ἐνεδρεύει. Ἐγκαθιέμενοι. ἀφιέντες. Ἐγκαλλωπισαμένου. ἐναβρυνομένου. Ἐγκαθειργνύντες. ἐναποκλείοντες. ἢ καὶ κω‐ λύοντες.</w:t>
      </w:r>
    </w:p>
    <w:p>
      <w:r>
        <w:rPr>
          <w:rFonts w:ascii="Courier New" w:hAnsi="Courier New"/>
          <w:color w:val="555555"/>
          <w:sz w:val="20"/>
        </w:rPr>
        <w:t>[15]</w:t>
      </w:r>
    </w:p>
    <w:p>
      <w:r>
        <w:rPr>
          <w:rFonts w:ascii="Gentium Plus" w:hAnsi="Gentium Plus"/>
          <w:sz w:val="24"/>
        </w:rPr>
        <w:t>Ἐγκαυχᾷ. μεγαλαφρονῇ. Ἐγκαλύπτεται. ὑποστέλλεται, αἰσχύνεται. Ἐγκεκαυμένη. ἐζωγραφημένη. ἐπεὶ καὶ ἐγκταὶ λέγονται οἱ ζωγράφοι, οἱ διαγράφοντες τοὺς τοίχους. ἴσως παρὰ τὸ κῶ τὸ κοιλαίνω.</w:t>
      </w:r>
    </w:p>
    <w:p>
      <w:r>
        <w:rPr>
          <w:rFonts w:ascii="Courier New" w:hAnsi="Courier New"/>
          <w:color w:val="555555"/>
          <w:sz w:val="20"/>
        </w:rPr>
        <w:t>[20]</w:t>
      </w:r>
    </w:p>
    <w:p>
      <w:r>
        <w:rPr>
          <w:rFonts w:ascii="Gentium Plus" w:hAnsi="Gentium Plus"/>
          <w:sz w:val="24"/>
        </w:rPr>
        <w:t>Ἐγκεκοισυρωμένος. ὁ ὑπερηφανευόμενος. Ἐγκεκορδυλημένος. ἐγκεκαλυμμένος, ἐντετυ‐ λιγμένος καὶ συνεστραμμένος, ὥστε μηδ’ ἀν‐ θρώπου σχῆμα δηλοῦν. οὕτως Ἀριστοφάνης</w:t>
      </w:r>
    </w:p>
    <w:p>
      <w:r>
        <w:rPr>
          <w:rFonts w:ascii="Courier New" w:hAnsi="Courier New"/>
          <w:color w:val="555555"/>
          <w:sz w:val="20"/>
        </w:rPr>
        <w:t>[epsilon 608]</w:t>
      </w:r>
    </w:p>
    <w:p>
      <w:r>
        <w:rPr>
          <w:rFonts w:ascii="Gentium Plus" w:hAnsi="Gentium Plus"/>
          <w:sz w:val="24"/>
        </w:rPr>
        <w:t>ἐστὶν οἴδημα τῆς κεφαλῆς ὑπὸ πληγῆς γενό‐ μενον. εἴρηται γὰρ παρὰ τὸ κάρα. καὶ γὰρ κορδύλην λέγουσιν οἱ Κύπριοι τὸ ἐνείλημμα τῆς κεφαλῆς, ὅπερ Ἀθηναῖοι κρωβύλην καλοῦσι,</w:t>
      </w:r>
    </w:p>
    <w:p>
      <w:r>
        <w:rPr>
          <w:rFonts w:ascii="Courier New" w:hAnsi="Courier New"/>
          <w:color w:val="555555"/>
          <w:sz w:val="20"/>
        </w:rPr>
        <w:t>[5]</w:t>
      </w:r>
    </w:p>
    <w:p>
      <w:r>
        <w:rPr>
          <w:rFonts w:ascii="Gentium Plus" w:hAnsi="Gentium Plus"/>
          <w:sz w:val="24"/>
        </w:rPr>
        <w:t>Πέρσαι δὲ κίδαριν. ῥητορικὴ ἡ λέξις. [Ἐγκεκύκλησαι. ἀνέστρεψαι. Ἀριστοφάνης· οὐκ οἶδ’ ὅπη ἐγκεκύκλησαι.] Ἐγκεντρωθείς. ἀσφαλισθείς. Ἐγκέχοδα. διὰ φόβον τινὰ ἔχεσα. [ἀπεπά‐</w:t>
      </w:r>
    </w:p>
    <w:p>
      <w:r>
        <w:rPr>
          <w:rFonts w:ascii="Courier New" w:hAnsi="Courier New"/>
          <w:color w:val="555555"/>
          <w:sz w:val="20"/>
        </w:rPr>
        <w:t>[10]</w:t>
      </w:r>
    </w:p>
    <w:p>
      <w:r>
        <w:rPr>
          <w:rFonts w:ascii="Gentium Plus" w:hAnsi="Gentium Plus"/>
          <w:sz w:val="24"/>
        </w:rPr>
        <w:t>τησα.] Ἐγκονεῖν. τὸ σπεύδειν, τὸ ἐνεργεῖν. ἀπὸ τοῦ κό‐ νις κονῶ καὶ ἐγκονῶ· οἱ γὰρ ἐπειγόμενοι τὶ πράττειν κατὰ [τὸν] δρόμον ἐγείρουσι κόνιν. Ἔγκειται. ἐπίκειται.</w:t>
      </w:r>
    </w:p>
    <w:p>
      <w:r>
        <w:rPr>
          <w:rFonts w:ascii="Courier New" w:hAnsi="Courier New"/>
          <w:color w:val="555555"/>
          <w:sz w:val="20"/>
        </w:rPr>
        <w:t>[15]</w:t>
      </w:r>
    </w:p>
    <w:p>
      <w:r>
        <w:rPr>
          <w:rFonts w:ascii="Gentium Plus" w:hAnsi="Gentium Plus"/>
          <w:sz w:val="24"/>
        </w:rPr>
        <w:t>Ἐγκισσῶσιν. ἐπιθυμοῦσι συλλαμβάνειν. Ἐγκομβώσασθαι. στολίσασθαι. [Ἐγκουλεήσατο. καθῆκεν εἰς τὸν κουλεὸν τὸ ξίφος.] Ἐγκιλικίζεται. [κακοηθεύεται.] κακοποιεῖ. τοι‐</w:t>
      </w:r>
    </w:p>
    <w:p>
      <w:r>
        <w:rPr>
          <w:rFonts w:ascii="Courier New" w:hAnsi="Courier New"/>
          <w:color w:val="555555"/>
          <w:sz w:val="20"/>
        </w:rPr>
        <w:t>[20]</w:t>
      </w:r>
    </w:p>
    <w:p>
      <w:r>
        <w:rPr>
          <w:rFonts w:ascii="Gentium Plus" w:hAnsi="Gentium Plus"/>
          <w:sz w:val="24"/>
        </w:rPr>
        <w:t>οῦτοι γὰρ οἱ Κίλικες. Ἐγκωμιάζει. ἐπαινεῖ, δοξάζει. Ἐγκραγών. λόγοις ἐξαναστὰς, λοιδορησάμενος. συντάσσεται δὲ μετὰ δοτικῆς.</w:t>
      </w:r>
    </w:p>
    <w:p>
      <w:r>
        <w:rPr>
          <w:rFonts w:ascii="Courier New" w:hAnsi="Courier New"/>
          <w:color w:val="555555"/>
          <w:sz w:val="20"/>
        </w:rPr>
        <w:t>[epsilon 609]</w:t>
      </w:r>
    </w:p>
    <w:p>
      <w:r>
        <w:rPr>
          <w:rFonts w:ascii="Gentium Plus" w:hAnsi="Gentium Plus"/>
          <w:sz w:val="24"/>
        </w:rPr>
        <w:t>Ἐγκρίνει. συντάττει. οὔτι που τοὺς μὲν ἐγκρί‐ νει, τοὺς δὲ ἀποκρίνει. Ἐγκυρῆσαι. ἐντυχεῖν. οὕτως Κρατῖνος. Ἐγλιξάμην. ἐπεθύμησα. οὕτω Πλάτων.</w:t>
      </w:r>
    </w:p>
    <w:p>
      <w:r>
        <w:rPr>
          <w:rFonts w:ascii="Courier New" w:hAnsi="Courier New"/>
          <w:color w:val="555555"/>
          <w:sz w:val="20"/>
        </w:rPr>
        <w:t>[5]</w:t>
      </w:r>
    </w:p>
    <w:p>
      <w:r>
        <w:rPr>
          <w:rFonts w:ascii="Gentium Plus" w:hAnsi="Gentium Plus"/>
          <w:sz w:val="24"/>
        </w:rPr>
        <w:t>Ἔγνω. ἀντὶ τοῦ ἔκρινεν. ἔγνω οὖν ὁ βασιλεὺς αὐτοὺς ἀδικεῖν. καὶ ἔγνωσαν ἀντὶ τοῦ ἔκριναν. καὶ τὸν Μάγκινον τοῖς Νομαντίνοις ἐκδοθῆναι ἔγνωσαν. Ἐγνωμάτευεν. ἀντὶ τοῦ βουλὰς ἐδίδου καὶ γνώ‐</w:t>
      </w:r>
    </w:p>
    <w:p>
      <w:r>
        <w:rPr>
          <w:rFonts w:ascii="Courier New" w:hAnsi="Courier New"/>
          <w:color w:val="555555"/>
          <w:sz w:val="20"/>
        </w:rPr>
        <w:t>[10]</w:t>
      </w:r>
    </w:p>
    <w:p>
      <w:r>
        <w:rPr>
          <w:rFonts w:ascii="Gentium Plus" w:hAnsi="Gentium Plus"/>
          <w:sz w:val="24"/>
        </w:rPr>
        <w:t>μας. ὁ δὲ ἐγνωμάτευε, πάντη ἀξύμφορον εἶναι Πέρσαις φιλίαν θέσθαι, ὡς πρὸς Τούρκους. Ἐγνωσμένον. βεβουλευμένον. ὁ δὲ φράζει, καὶ ἐγνωσμένον αὐτῷ εἴη. ἢ κεκριμένον. ἐγνωσμέ‐ νον δὲ εἶναι σφίσιν, ἐπειδὰν ἐλάσωσιν αὐτοὺς οἱ</w:t>
      </w:r>
    </w:p>
    <w:p>
      <w:r>
        <w:rPr>
          <w:rFonts w:ascii="Courier New" w:hAnsi="Courier New"/>
          <w:color w:val="555555"/>
          <w:sz w:val="20"/>
        </w:rPr>
        <w:t>[15]</w:t>
      </w:r>
    </w:p>
    <w:p>
      <w:r>
        <w:rPr>
          <w:rFonts w:ascii="Gentium Plus" w:hAnsi="Gentium Plus"/>
          <w:sz w:val="24"/>
        </w:rPr>
        <w:t>Μαυρούσιοι. Ἐγρηγορώς. ἄγρυπνος διατελῶν. Ἐγρήγορα χρὴ λέγειν, οὐ γρήγορα. καὶ τὰ παρελυληθότα ἐγρηγόρει καὶ ἐγρηγόρεσαν. φη‐ σὶν ὁ κωμικός·</w:t>
      </w:r>
    </w:p>
    <w:p>
      <w:r>
        <w:rPr>
          <w:rFonts w:ascii="Courier New" w:hAnsi="Courier New"/>
          <w:color w:val="555555"/>
          <w:sz w:val="20"/>
        </w:rPr>
        <w:t>[20]</w:t>
      </w:r>
    </w:p>
    <w:p>
      <w:r>
        <w:rPr>
          <w:rFonts w:ascii="Gentium Plus" w:hAnsi="Gentium Plus"/>
          <w:sz w:val="24"/>
        </w:rPr>
        <w:t>ἕως διέλαμψεν ἡμέρα ἐγρηγόρησεν.</w:t>
      </w:r>
    </w:p>
    <w:p>
      <w:r>
        <w:rPr>
          <w:rFonts w:ascii="Courier New" w:hAnsi="Courier New"/>
          <w:color w:val="555555"/>
          <w:sz w:val="20"/>
        </w:rPr>
        <w:t>[epsilon 610]</w:t>
      </w:r>
    </w:p>
    <w:p>
      <w:r>
        <w:rPr>
          <w:rFonts w:ascii="Gentium Plus" w:hAnsi="Gentium Plus"/>
          <w:sz w:val="24"/>
        </w:rPr>
        <w:t>καὶ τὸ προστακτικὸν ἐγρήγορθι. [καὶ τὸ ὑπο‐ τακτικὸν, ἐὰν ἐγρηγόρῃ. παροξυτονοῦντες λέ‐ γουσιν.] Ἐγχανών. καταγελάσας. Ἀριστοφάνης·</w:t>
      </w:r>
    </w:p>
    <w:p>
      <w:r>
        <w:rPr>
          <w:rFonts w:ascii="Courier New" w:hAnsi="Courier New"/>
          <w:color w:val="555555"/>
          <w:sz w:val="20"/>
        </w:rPr>
        <w:t>[5]</w:t>
      </w:r>
    </w:p>
    <w:p>
      <w:r>
        <w:rPr>
          <w:rFonts w:ascii="Gentium Plus" w:hAnsi="Gentium Plus"/>
          <w:sz w:val="24"/>
        </w:rPr>
        <w:t>οὐδ’ ἐγχανὼν τεθνήξει. Ἔγχει. ἔμβαλε. Ἐγχεῖν. ἐγκεράσαι ἢ [ἀντὶ τοῦ] σπεῖσαι. Ξενο‐ φῶν· ὁ δὲ τοῖς νεανίσκοις ἐγχεῖν ἐκέλευσεν. Ἐγχρίπτω. πλησιάζω, προσεγγίζω. καὶ ἐγχρι‐</w:t>
      </w:r>
    </w:p>
    <w:p>
      <w:r>
        <w:rPr>
          <w:rFonts w:ascii="Courier New" w:hAnsi="Courier New"/>
          <w:color w:val="555555"/>
          <w:sz w:val="20"/>
        </w:rPr>
        <w:t>[10]</w:t>
      </w:r>
    </w:p>
    <w:p>
      <w:r>
        <w:rPr>
          <w:rFonts w:ascii="Gentium Plus" w:hAnsi="Gentium Plus"/>
          <w:sz w:val="24"/>
        </w:rPr>
        <w:t>φθεῖσα. [Ἐγχρίψαι. ἐμπεσεῖν· παραπολαῦσαι. παρ’ Ἡρο‐ δότῳ.] Ἐγχυτρίζειν. ἀποκτείνειν. ἐπὶ τῶν ἐν χύτραις ἐκτιθεμένων βρεφῶν. ῥητορικὴ ἡ λέξις.</w:t>
      </w:r>
    </w:p>
    <w:p>
      <w:r>
        <w:rPr>
          <w:rFonts w:ascii="Courier New" w:hAnsi="Courier New"/>
          <w:color w:val="555555"/>
          <w:sz w:val="20"/>
        </w:rPr>
        <w:t>[15]</w:t>
      </w:r>
    </w:p>
    <w:p>
      <w:r>
        <w:rPr>
          <w:rFonts w:ascii="Gentium Plus" w:hAnsi="Gentium Plus"/>
          <w:sz w:val="24"/>
        </w:rPr>
        <w:t>[Ἔγρετο. ἀπὸ τοῦ ἐγείρετο, κατὰ συγκοπήν.] [Ἐγρήγορθα. ἰστέον, ὅτι τὸ ἐγρήγορθα ἀπὸ τοῦ ἐγείρω. ὁ παρακείμενος ἤγερκα, ἤγορα, καὶ ὁ ἀττικὸς ἐγρήγορα καὶ πλεονασμῷ τοῦ ρ καὶ</w:t>
      </w:r>
    </w:p>
    <w:p>
      <w:r>
        <w:rPr>
          <w:rFonts w:ascii="Courier New" w:hAnsi="Courier New"/>
          <w:color w:val="555555"/>
          <w:sz w:val="20"/>
        </w:rPr>
        <w:t>[epsilon 611]</w:t>
      </w:r>
    </w:p>
    <w:p>
      <w:r>
        <w:rPr>
          <w:rFonts w:ascii="Gentium Plus" w:hAnsi="Gentium Plus"/>
          <w:sz w:val="24"/>
        </w:rPr>
        <w:t>[Ἐγρηγορῶ. ἀπὸ τοῦ ἐγείρω, ἤγερκα, καὶ ὁ μέ‐ σος ἤγερα, καὶ τροπῇ τοῦ ε εἰς ο καὶ πλεονα‐ σμῷ τοῦ ε ἐγρήγορα. ἀπὸ δὲ τοῦ ἐγρήγορα καὶ ἀπὸ τοῦ ἐγείρω κατὰ συγκοπὴν ἔγρω. Ἡρω‐</w:t>
      </w:r>
    </w:p>
    <w:p>
      <w:r>
        <w:rPr>
          <w:rFonts w:ascii="Courier New" w:hAnsi="Courier New"/>
          <w:color w:val="555555"/>
          <w:sz w:val="20"/>
        </w:rPr>
        <w:t>[5]</w:t>
      </w:r>
    </w:p>
    <w:p>
      <w:r>
        <w:rPr>
          <w:rFonts w:ascii="Gentium Plus" w:hAnsi="Gentium Plus"/>
          <w:sz w:val="24"/>
        </w:rPr>
        <w:t>διανὸς περὶ παθῶν.] [Ἐγῷδα. ἐγὼ γινώσκω. ἐγῷδα τοῦτον καὶ διέσκεμμαι πάλαι ἄνθρωπον ἀγριοποιόν.] [Ἐγῷμαι. ἐγὼ οἶμαι, καὶ κατὰ κρᾶσιν ἐγῷμαι.</w:t>
      </w:r>
    </w:p>
    <w:p>
      <w:r>
        <w:rPr>
          <w:rFonts w:ascii="Courier New" w:hAnsi="Courier New"/>
          <w:color w:val="555555"/>
          <w:sz w:val="20"/>
        </w:rPr>
        <w:t>[10]</w:t>
      </w:r>
    </w:p>
    <w:p>
      <w:r>
        <w:rPr>
          <w:rFonts w:ascii="Gentium Plus" w:hAnsi="Gentium Plus"/>
          <w:sz w:val="24"/>
        </w:rPr>
        <w:t>καὶ ἔγωγε οἶμαι ἀντὶ τοῦ ἐγὼ οἶμαι. κατὰ πέν‐ τε τρόπους διαιρεῖται σύνθεσις ἀπὸ συνθέσεως· κατὰ τόνον· κατὰ γραφήν· κατὰ πνεῦμα· κατὰ εἰσβολὴν μορίου· κατὰ διάλεκτον. κατὰ τόνον, ὥσπερ τὸ πάροδος· κατὰ γραφὴν, ὥσπερ τρισ‐</w:t>
      </w:r>
    </w:p>
    <w:p>
      <w:r>
        <w:rPr>
          <w:rFonts w:ascii="Courier New" w:hAnsi="Courier New"/>
          <w:color w:val="555555"/>
          <w:sz w:val="20"/>
        </w:rPr>
        <w:t>[15]</w:t>
      </w:r>
    </w:p>
    <w:p>
      <w:r>
        <w:rPr>
          <w:rFonts w:ascii="Gentium Plus" w:hAnsi="Gentium Plus"/>
          <w:sz w:val="24"/>
        </w:rPr>
        <w:t>χίλιοι· κατὰ πνεῦμα, ὡς ἔνεστι καὶ ἔξεστι· κατὰ εἰσβολὴν μορίου, ὡς τὸ, ὡσεὶ χνοῦς· κατὰ διάλεκτον, ὥσπερ ἔγωγε. Ἰστέον, ὅτι οἱ Ἀθη‐ ναῖοι τὸ ἐγὼ ἔγωγε λέγουσι· καὶ ἔστιν ἓν μέ‐ ρος λόγου. εἰ γὰρ ἦσαν δύο μέρη λόγου, ἐγώ</w:t>
      </w:r>
    </w:p>
    <w:p>
      <w:r>
        <w:rPr>
          <w:rFonts w:ascii="Courier New" w:hAnsi="Courier New"/>
          <w:color w:val="555555"/>
          <w:sz w:val="20"/>
        </w:rPr>
        <w:t>[20]</w:t>
      </w:r>
    </w:p>
    <w:p>
      <w:r>
        <w:rPr>
          <w:rFonts w:ascii="Gentium Plus" w:hAnsi="Gentium Plus"/>
          <w:sz w:val="24"/>
        </w:rPr>
        <w:t>γε ἤμελλεν εἶναι. πᾶσα γὰρ λέξις ὀξυτόνως ἐπιφερομένη ἐγκλιτικῶς φυλάσσει τὴν ὀξεῖαν τάσιν· οἷον σοφὸς, σοφός γε, καλὸς, καλός γε, ψευδὴς, ψευδής γε· οὕτως οὖν ἐγὼ, ἐγώ γε· ἀλλὰ μὴν ἔγωγε ἐστὶ προπαροξυτόνως καὶ δη‐</w:t>
      </w:r>
    </w:p>
    <w:p>
      <w:r>
        <w:rPr>
          <w:rFonts w:ascii="Courier New" w:hAnsi="Courier New"/>
          <w:color w:val="555555"/>
          <w:sz w:val="20"/>
        </w:rPr>
        <w:t>[25]</w:t>
      </w:r>
    </w:p>
    <w:p>
      <w:r>
        <w:rPr>
          <w:rFonts w:ascii="Gentium Plus" w:hAnsi="Gentium Plus"/>
          <w:sz w:val="24"/>
        </w:rPr>
        <w:t>λοῖ, ὡς ἓν μέρος λόγου ἐστὶ τῆς γε ἐπεκτάσεως οὔσης.] Ἐγκρῖναι. ἀντὶ τοῦ συναριθμῆσαι. καὶ ὁ Ἀπό‐ στολος· οὐ γὰρ τολμῶμεν ἐγκρῖναι, ἢ συγκρῖ‐ ναι ἑαυτοὺς τισί. τὸ δὲ συγκρίναι ἀντὶ τοῦ</w:t>
      </w:r>
    </w:p>
    <w:p>
      <w:r>
        <w:rPr>
          <w:rFonts w:ascii="Courier New" w:hAnsi="Courier New"/>
          <w:color w:val="555555"/>
          <w:sz w:val="20"/>
        </w:rPr>
        <w:t>[30]</w:t>
      </w:r>
    </w:p>
    <w:p>
      <w:r>
        <w:rPr>
          <w:rFonts w:ascii="Gentium Plus" w:hAnsi="Gentium Plus"/>
          <w:sz w:val="24"/>
        </w:rPr>
        <w:t>παραθεῖναι. ὡς ἀλαζόνας κωμῳδεῖ αὐτούς· κατ’</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Ἐγγύς. πλησίον. παρὰ τὴν γύην τὴν γῆν καὶ τὴν ἐν πρόθεσιν γίνεται ἐγγὺς ἐπίῤῥημα. ὡς ἄν τις εἴποι ἐν γῇ, ἧς οὐδὲν τῶν ἄλλων στοι‐</w:t>
      </w:r>
    </w:p>
    <w:p>
      <w:r>
        <w:rPr>
          <w:rFonts w:ascii="Courier New" w:hAnsi="Courier New"/>
          <w:color w:val="555555"/>
          <w:sz w:val="20"/>
        </w:rPr>
        <w:t>[5]</w:t>
      </w:r>
    </w:p>
    <w:p>
      <w:r>
        <w:rPr>
          <w:rFonts w:ascii="Gentium Plus" w:hAnsi="Gentium Plus"/>
          <w:sz w:val="24"/>
        </w:rPr>
        <w:t>χείων πλησιέστερον ἀνθρώπῳ χερσαίῳ ὄντι. Ἐγγυτί. ἀντὶ τοῦ ἐγγύς. οὕτως Καλλίμαχος.</w:t>
      </w:r>
    </w:p>
    <w:p>
      <w:pPr>
        <w:jc w:val="center"/>
      </w:pPr>
      <w:r>
        <w:rPr>
          <w:rFonts w:ascii="Gentium Plus" w:hAnsi="Gentium Plus"/>
          <w:b/>
          <w:sz w:val="24"/>
        </w:rPr>
        <w:t>Τὸ Ε μετὰ τοῦ Δ.</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Ἐδέατρος. ὁ ἐπιστάτης τῆς ὅλης διακονίας καὶ</w:t>
      </w:r>
    </w:p>
    <w:p>
      <w:r>
        <w:rPr>
          <w:rFonts w:ascii="Courier New" w:hAnsi="Courier New"/>
          <w:color w:val="555555"/>
          <w:sz w:val="20"/>
        </w:rPr>
        <w:t>[10]</w:t>
      </w:r>
    </w:p>
    <w:p>
      <w:r>
        <w:rPr>
          <w:rFonts w:ascii="Gentium Plus" w:hAnsi="Gentium Plus"/>
          <w:sz w:val="24"/>
        </w:rPr>
        <w:t>παρασκευῆς. Ἐδεσηνός. τοπικός. Ἐδνωτής. κηδεστὴς, πενθερός. ἀπὸ τοῦ διδόναι ἔδνα, ἤτοι ἐξώπροικα. ἐκ τοῦ ἥδω τὸ εὐφραί‐ νομαι ἔδνα. ἔδνα δὲ λέγει τὰ πρὸ τοῦ γάμου</w:t>
      </w:r>
    </w:p>
    <w:p>
      <w:r>
        <w:rPr>
          <w:rFonts w:ascii="Courier New" w:hAnsi="Courier New"/>
          <w:color w:val="555555"/>
          <w:sz w:val="20"/>
        </w:rPr>
        <w:t>[15]</w:t>
      </w:r>
    </w:p>
    <w:p>
      <w:r>
        <w:rPr>
          <w:rFonts w:ascii="Gentium Plus" w:hAnsi="Gentium Plus"/>
          <w:sz w:val="24"/>
        </w:rPr>
        <w:t>διδόμενα τῇ νύμφῃ. παρὰ τὸ ἥδω, τὸ εὐφραίνο‐ μαι, ἡδανὸν καὶ ἐν συγκοπῇ καὶ συστολῇ τοῦ η εἰς ε ἔδνον, ἥδονται γὰρ τούτοις αἱ νύμφαι. ἢ παρὰ τὸ ἕζω ἕδανον καὶ κατὰ συγκοπὴν ἔδνον, τὸ αἴτιον τοῦ παρέζεσθαι καὶ παραμένειν τὴν</w:t>
      </w:r>
    </w:p>
    <w:p>
      <w:r>
        <w:rPr>
          <w:rFonts w:ascii="Courier New" w:hAnsi="Courier New"/>
          <w:color w:val="555555"/>
          <w:sz w:val="20"/>
        </w:rPr>
        <w:t>[20]</w:t>
      </w:r>
    </w:p>
    <w:p>
      <w:r>
        <w:rPr>
          <w:rFonts w:ascii="Gentium Plus" w:hAnsi="Gentium Plus"/>
          <w:sz w:val="24"/>
        </w:rPr>
        <w:t>νύμφην τῷ νυμφίῳ. οὕτως Ὦρος ὁ Μιλήσιος. Ἐδός. ὁ φάγος, ὁ λαίμαργος. ἐκ τοῦ ἔδω τὸ ἐσθίω. †Ἐδοῦοι. ὄνομα ἔθνους.† †Ἐδρηστὴς ἢ ἐδρίτης. ὁ ἱκέτης. ἀπὸ τοῦ κα‐</w:t>
      </w:r>
    </w:p>
    <w:p>
      <w:r>
        <w:rPr>
          <w:rFonts w:ascii="Courier New" w:hAnsi="Courier New"/>
          <w:color w:val="555555"/>
          <w:sz w:val="20"/>
        </w:rPr>
        <w:t>[25]</w:t>
      </w:r>
    </w:p>
    <w:p>
      <w:r>
        <w:rPr>
          <w:rFonts w:ascii="Gentium Plus" w:hAnsi="Gentium Plus"/>
          <w:sz w:val="24"/>
        </w:rPr>
        <w:t>ταφεύγειν ἐπὶ τὴν ἑστίαν.† Ἑδραῖος. σταθηρὸς, ἀσάλευτος, ἀκλόνητος. Ἐδώμ. τόπος. ἑρμηνεύεται δὲ θερμασία.</w:t>
      </w:r>
    </w:p>
    <w:p>
      <w:pPr>
        <w:jc w:val="center"/>
      </w:pPr>
      <w:r>
        <w:rPr>
          <w:rFonts w:ascii="Gentium Plus" w:hAnsi="Gentium Plus"/>
          <w:b/>
          <w:sz w:val="24"/>
        </w:rPr>
        <w:t>(Θηλυκόν.)</w:t>
      </w:r>
    </w:p>
    <w:p>
      <w:r>
        <w:rPr>
          <w:rFonts w:ascii="Courier New" w:hAnsi="Courier New"/>
          <w:color w:val="555555"/>
          <w:sz w:val="20"/>
        </w:rPr>
        <w:t>[29]</w:t>
      </w:r>
    </w:p>
    <w:p>
      <w:r>
        <w:rPr>
          <w:rFonts w:ascii="Gentium Plus" w:hAnsi="Gentium Plus"/>
          <w:sz w:val="24"/>
        </w:rPr>
        <w:t>Ἔδεσσα. πόλις. αἰδέσιος δὲ ὁ αἰδοῦς ἄξιος, δί‐</w:t>
      </w:r>
    </w:p>
    <w:p>
      <w:r>
        <w:rPr>
          <w:rFonts w:ascii="Courier New" w:hAnsi="Courier New"/>
          <w:color w:val="555555"/>
          <w:sz w:val="20"/>
        </w:rPr>
        <w:t>[30]</w:t>
      </w:r>
    </w:p>
    <w:p>
      <w:r>
        <w:rPr>
          <w:rFonts w:ascii="Gentium Plus" w:hAnsi="Gentium Plus"/>
          <w:sz w:val="24"/>
        </w:rPr>
        <w:t>φθογγον.</w:t>
      </w:r>
    </w:p>
    <w:p>
      <w:r>
        <w:rPr>
          <w:rFonts w:ascii="Courier New" w:hAnsi="Courier New"/>
          <w:color w:val="555555"/>
          <w:sz w:val="20"/>
        </w:rPr>
        <w:t>[epsilon 613]</w:t>
      </w:r>
    </w:p>
    <w:p>
      <w:r>
        <w:rPr>
          <w:rFonts w:ascii="Gentium Plus" w:hAnsi="Gentium Plus"/>
          <w:sz w:val="24"/>
        </w:rPr>
        <w:t>Ἐδέμ. τρυφὴ ἑρμηνεύεται. Ἐδητύς. ἡ βρῶσις. ἐδῶ, ἐδήσω, ἐδητύς. εἰ γὰρ ἦν ἐκ τοῦ ἔδω, ὥσπερ γράφω, γραπτὺς, πράσ‐ σω, πρακτύς. [καὶ ἔδω, ἐστὸν ὤφειλεν εἶναι,</w:t>
      </w:r>
    </w:p>
    <w:p>
      <w:r>
        <w:rPr>
          <w:rFonts w:ascii="Courier New" w:hAnsi="Courier New"/>
          <w:color w:val="555555"/>
          <w:sz w:val="20"/>
        </w:rPr>
        <w:t>[5]</w:t>
      </w:r>
    </w:p>
    <w:p>
      <w:r>
        <w:rPr>
          <w:rFonts w:ascii="Gentium Plus" w:hAnsi="Gentium Plus"/>
          <w:sz w:val="24"/>
        </w:rPr>
        <w:t>οὐχὶ ἐδεστόν. οὕτως Φίλων.] [Ἐδναία. ἡ καθέδρα.] Ἕδρα. ἡ στάσις, ἡ καθέδρα. ἔδρα καὶ ὁ σφιγ‐ κτὴρ τῶν ἀνθρώπων. καὶ τοῦτο φησὶν ὁ προφή‐ της· καὶ ἐπάταξεν τοὺς ἐχθροὺς αὐτοῦ εἰς τὰ</w:t>
      </w:r>
    </w:p>
    <w:p>
      <w:r>
        <w:rPr>
          <w:rFonts w:ascii="Courier New" w:hAnsi="Courier New"/>
          <w:color w:val="555555"/>
          <w:sz w:val="20"/>
        </w:rPr>
        <w:t>[10]</w:t>
      </w:r>
    </w:p>
    <w:p>
      <w:r>
        <w:rPr>
          <w:rFonts w:ascii="Gentium Plus" w:hAnsi="Gentium Plus"/>
          <w:sz w:val="24"/>
        </w:rPr>
        <w:t>ὀπίσω· ὅπέρ ἐστι τὸ τῆς ἕδρας πάθος. ὥσπερ αἴθρω, αἴθρα, οὕτως ἕζω, ἕδρα, ἐν ᾗ καθή‐ μεθα καὶ δι’ ἧς καθήμεθα. παρ’ αὐτὸ καὶ ἔνε‐ δρα, ἐγκαθίζοντες γὰρ λοχῶσιν. Ἐδωδή. ἡ τροφή. παρὰ τὸ ἔδω, ἔδη, καὶ κατὰ</w:t>
      </w:r>
    </w:p>
    <w:p>
      <w:r>
        <w:rPr>
          <w:rFonts w:ascii="Courier New" w:hAnsi="Courier New"/>
          <w:color w:val="555555"/>
          <w:sz w:val="20"/>
        </w:rPr>
        <w:t>[15]</w:t>
      </w:r>
    </w:p>
    <w:p>
      <w:r>
        <w:rPr>
          <w:rFonts w:ascii="Gentium Plus" w:hAnsi="Gentium Plus"/>
          <w:sz w:val="24"/>
        </w:rPr>
        <w:t>ἀναδιπλασιασμὸν ἐδωδή.</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Ἔδαφος. ἡ γῆ. ἕδος δὲ τὸ ἔδαφος καὶ ὁ ἱερὸς ναὸς δασύνεται. τό τε τῆς τύχης ἔδος τὸ πά‐ τριον προσκυνήσας τὴν ἐπάνοδον αἰτεῖ.</w:t>
      </w:r>
    </w:p>
    <w:p>
      <w:r>
        <w:rPr>
          <w:rFonts w:ascii="Courier New" w:hAnsi="Courier New"/>
          <w:color w:val="555555"/>
          <w:sz w:val="20"/>
        </w:rPr>
        <w:t>[20]</w:t>
      </w:r>
    </w:p>
    <w:p>
      <w:r>
        <w:rPr>
          <w:rFonts w:ascii="Gentium Plus" w:hAnsi="Gentium Plus"/>
          <w:sz w:val="24"/>
        </w:rPr>
        <w:t>Ἐδανόν. ἡδὺ, εὐῶδες. ἀμβροσίῳ ἐδανῷ. παρὰ τὸ ἥδω, τὸ εὐφραίνομαι, ἡδανὸν καὶ ἐν συστολῇ ἐδανόν. Ἐδέσματα. βρώματα.</w:t>
      </w:r>
    </w:p>
    <w:p>
      <w:r>
        <w:rPr>
          <w:rFonts w:ascii="Courier New" w:hAnsi="Courier New"/>
          <w:color w:val="555555"/>
          <w:sz w:val="20"/>
        </w:rPr>
        <w:t>[25]</w:t>
      </w:r>
    </w:p>
    <w:p>
      <w:r>
        <w:rPr>
          <w:rFonts w:ascii="Gentium Plus" w:hAnsi="Gentium Plus"/>
          <w:sz w:val="24"/>
        </w:rPr>
        <w:t>Ἐδεστά. τὰ τρωγόμενα. [Ἔδεθλον. τὸ ἕδρασμα.]</w:t>
      </w:r>
    </w:p>
    <w:p>
      <w:r>
        <w:rPr>
          <w:rFonts w:ascii="Courier New" w:hAnsi="Courier New"/>
          <w:color w:val="555555"/>
          <w:sz w:val="20"/>
        </w:rPr>
        <w:t>[epsilon 614]</w:t>
      </w:r>
    </w:p>
    <w:p>
      <w:r>
        <w:rPr>
          <w:rFonts w:ascii="Gentium Plus" w:hAnsi="Gentium Plus"/>
          <w:sz w:val="24"/>
        </w:rPr>
        <w:t>[Ἐδίππιον. τόπος.] [Ἔδνα. τὰ πρὸ γάμου διδόμενα ταῖς νύμφαις δῶρα, ἅτινα καὶ ἐξώπροικα λέγομεν.] Ἐδωδίμων. βρωσίμων.</w:t>
      </w:r>
    </w:p>
    <w:p>
      <w:r>
        <w:rPr>
          <w:rFonts w:ascii="Courier New" w:hAnsi="Courier New"/>
          <w:color w:val="555555"/>
          <w:sz w:val="20"/>
        </w:rPr>
        <w:t>[5]</w:t>
      </w:r>
    </w:p>
    <w:p>
      <w:r>
        <w:rPr>
          <w:rFonts w:ascii="Gentium Plus" w:hAnsi="Gentium Plus"/>
          <w:sz w:val="24"/>
        </w:rPr>
        <w:t>Ἐδώλια. αἱ καθέδραι. κυρίως δὲ τὰ τῆς νεὼς ζυγὰ, ἐν οἷς κάθηνται οἱ κωπηλάται. παρὰ τὸ ἕζω δωρικῶς ἑδώλιον. ἐξ αὐτοῦ καὶ ἑδοῦμαι καὶ καθεδοῦμαι. Ε τὸ στοιχεῖον. παρὰ τὴν ἐπέκτασιν τὴν εἰς</w:t>
      </w:r>
    </w:p>
    <w:p>
      <w:r>
        <w:rPr>
          <w:rFonts w:ascii="Courier New" w:hAnsi="Courier New"/>
          <w:color w:val="555555"/>
          <w:sz w:val="20"/>
        </w:rPr>
        <w:t>[10]</w:t>
      </w:r>
    </w:p>
    <w:p>
      <w:r>
        <w:rPr>
          <w:rFonts w:ascii="Gentium Plus" w:hAnsi="Gentium Plus"/>
          <w:sz w:val="24"/>
        </w:rPr>
        <w:t>μέσον καὶ κυκλοτερῆ. τὸ μὲν γὰρ κυκλοτερὲς καὶ πέριξ τοῦ ὄντος αἰῶνος μιμεῖται τὰ πέριξ· τὸ δὲ εἰς μέσον μακρὰν ἔχον τὴν ἔκτασιν τοῦ αἰῶνος.</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Ἐδαφιεῖ. προσράξει, προσκρούσει. [Ἐδάϊσεν. ἐμέρισεν.] Ἔδαισεν. εὐώχησεν. Ἐδαίννυτο. εὐωχεῖτο. Ἐδέδμητο. ἐδαμάζετο. ἀπὸ τοῦ δέμω, ἐδεδέμητο</w:t>
      </w:r>
    </w:p>
    <w:p>
      <w:r>
        <w:rPr>
          <w:rFonts w:ascii="Courier New" w:hAnsi="Courier New"/>
          <w:color w:val="555555"/>
          <w:sz w:val="20"/>
        </w:rPr>
        <w:t>[20]</w:t>
      </w:r>
    </w:p>
    <w:p>
      <w:r>
        <w:rPr>
          <w:rFonts w:ascii="Gentium Plus" w:hAnsi="Gentium Plus"/>
          <w:sz w:val="24"/>
        </w:rPr>
        <w:t>καὶ ἐδέδμητο. Ἐδεύετο. ἐνδεὴς ἐγένετο. γράφεται καὶ ἀντὶ τοῦ ἐκορέννυτο καὶ εὐφραίνετο ἢ καὶ ἐβρέχετο. δεύω γὰρ τὸ βρέχω, ἢ καὶ τὸ στερίσκω. τοῦτο τὸ δεύω παρὰ τὸ δέω.</w:t>
      </w:r>
    </w:p>
    <w:p>
      <w:r>
        <w:rPr>
          <w:rFonts w:ascii="Courier New" w:hAnsi="Courier New"/>
          <w:color w:val="555555"/>
          <w:sz w:val="20"/>
        </w:rPr>
        <w:t>[25]</w:t>
      </w:r>
    </w:p>
    <w:p>
      <w:r>
        <w:rPr>
          <w:rFonts w:ascii="Gentium Plus" w:hAnsi="Gentium Plus"/>
          <w:sz w:val="24"/>
        </w:rPr>
        <w:t>—οὐδέ τι θυμὸς ἐδεύετο— [Ἐδεύησεν. ἀπὸ τοῦ δέω, δεήσω, ἐδέησε, καὶ πλεονασμῷ τοῦ υ ἐδεύησεν. οὕτως Ἡρωδιανὸς</w:t>
      </w:r>
    </w:p>
    <w:p>
      <w:r>
        <w:rPr>
          <w:rFonts w:ascii="Courier New" w:hAnsi="Courier New"/>
          <w:color w:val="555555"/>
          <w:sz w:val="20"/>
        </w:rPr>
        <w:t>[epsilon 615]</w:t>
      </w:r>
    </w:p>
    <w:p>
      <w:r>
        <w:rPr>
          <w:rFonts w:ascii="Gentium Plus" w:hAnsi="Gentium Plus"/>
          <w:sz w:val="24"/>
        </w:rPr>
        <w:t>Ἐδέκαζεν. ἐδωροδόκει. Ἐδεδίεσαν. ἐφοβήθησαν. καὶ ἐδεδίζειν. Ἐδεδίσκετο. ἐξεφόβει. Ἐδεῖτο. ἔχρῃζεν.</w:t>
      </w:r>
    </w:p>
    <w:p>
      <w:r>
        <w:rPr>
          <w:rFonts w:ascii="Courier New" w:hAnsi="Courier New"/>
          <w:color w:val="555555"/>
          <w:sz w:val="20"/>
        </w:rPr>
        <w:t>[5]</w:t>
      </w:r>
    </w:p>
    <w:p>
      <w:r>
        <w:rPr>
          <w:rFonts w:ascii="Gentium Plus" w:hAnsi="Gentium Plus"/>
          <w:sz w:val="24"/>
        </w:rPr>
        <w:t>Ἐδείναζον. δεινῶς ἔφερον, ἢ ἐκακολόγουν. Ἐδείματο. ᾠκοδόμησεν. Ἐδεινολόγουν. ἐσχετλίαζον. ἀντὶ τοῦ δεινὰ πε‐ πονθέναι ἔλεγον. Ἐδεῖτο. ἐδεσμεῖτο.</w:t>
      </w:r>
    </w:p>
    <w:p>
      <w:r>
        <w:rPr>
          <w:rFonts w:ascii="Courier New" w:hAnsi="Courier New"/>
          <w:color w:val="555555"/>
          <w:sz w:val="20"/>
        </w:rPr>
        <w:t>[10]</w:t>
      </w:r>
    </w:p>
    <w:p>
      <w:r>
        <w:rPr>
          <w:rFonts w:ascii="Gentium Plus" w:hAnsi="Gentium Plus"/>
          <w:sz w:val="24"/>
        </w:rPr>
        <w:t>Ἔδειραν. ἀντὶ τοῦ ἔτυψαν, δίφθογγον. ἔδηραν δὲ ἀντὶ τοῦ ἐξέδηραν, η. Ἐδειμάτουν. ἐξεφόβουν. Ἔδεισα. ἀντὶ τοῦ ἐφοβήθην. Ἔδδεισεν. ἐφοβήθη. ἀπὸ τοῦ δέω, δείσω, ἔδεισα</w:t>
      </w:r>
    </w:p>
    <w:p>
      <w:r>
        <w:rPr>
          <w:rFonts w:ascii="Courier New" w:hAnsi="Courier New"/>
          <w:color w:val="555555"/>
          <w:sz w:val="20"/>
        </w:rPr>
        <w:t>[15]</w:t>
      </w:r>
    </w:p>
    <w:p>
      <w:r>
        <w:rPr>
          <w:rFonts w:ascii="Gentium Plus" w:hAnsi="Gentium Plus"/>
          <w:sz w:val="24"/>
        </w:rPr>
        <w:t>καὶ πλεονασμῷ τοῦ δ ἔδδεισα. ἢ ἀπὸ τοῦ δείδω. —ἔδδεισε δ’ ὁ γέρων καὶ ἐπείθετο μύθῳ. [Ἐδείδισαν. δειδίω, ὁ μέσος παρακείμενος δεί‐ δια, ἐδειδίειν, ἐδειδίεισαν, καὶ κατὰ συγκοπὴν ἐδείδισαν.]</w:t>
      </w:r>
    </w:p>
    <w:p>
      <w:r>
        <w:rPr>
          <w:rFonts w:ascii="Courier New" w:hAnsi="Courier New"/>
          <w:color w:val="555555"/>
          <w:sz w:val="20"/>
        </w:rPr>
        <w:t>[20]</w:t>
      </w:r>
    </w:p>
    <w:p>
      <w:r>
        <w:rPr>
          <w:rFonts w:ascii="Gentium Plus" w:hAnsi="Gentium Plus"/>
          <w:sz w:val="24"/>
        </w:rPr>
        <w:t>Ἐδηλήσαντο. ἔβλαψαν. ἀπὸ τοῦ δηλῶ, δηλήσω, ἐδήλησα καὶ ἐδηλήσαντο. καρπὸν ἐδηλήσαντο. [Ἐδήδαται. ἀντὶ τοῦ ἤσθιον. εἰ μὲν διὰ τοῦ α, ὡς Ἀρίσταρχος καὶ ἄλλοι, ἐστὶ πληθυντικόν.</w:t>
      </w:r>
    </w:p>
    <w:p>
      <w:r>
        <w:rPr>
          <w:rFonts w:ascii="Courier New" w:hAnsi="Courier New"/>
          <w:color w:val="555555"/>
          <w:sz w:val="20"/>
        </w:rPr>
        <w:t>[25]</w:t>
      </w:r>
    </w:p>
    <w:p>
      <w:r>
        <w:rPr>
          <w:rFonts w:ascii="Gentium Plus" w:hAnsi="Gentium Plus"/>
          <w:sz w:val="24"/>
        </w:rPr>
        <w:t>οἷον·</w:t>
      </w:r>
    </w:p>
    <w:p>
      <w:r>
        <w:rPr>
          <w:rFonts w:ascii="Courier New" w:hAnsi="Courier New"/>
          <w:color w:val="555555"/>
          <w:sz w:val="20"/>
        </w:rPr>
        <w:t>[epsilon 616]</w:t>
      </w:r>
    </w:p>
    <w:p>
      <w:r>
        <w:rPr>
          <w:rFonts w:ascii="Gentium Plus" w:hAnsi="Gentium Plus"/>
          <w:sz w:val="24"/>
        </w:rPr>
        <w:t>ἐὰν δὲ διὰ τοῦ ε, ἐστὶν ἑνικόν. ἀπὸ γὰρ τοῦ ἐδῶ ὁ παρακείμενος ἤδεκα, διπλασιασμῷ ἐδή‐ δεκα, ὁ παθητικὸς ἐδήδεσμαι, τὸ τρίτον ἐδή‐ δεσται, καὶ ἀποβολῇ τοῦ ς ἐδήδεται, καὶ Ἰα‐</w:t>
      </w:r>
    </w:p>
    <w:p>
      <w:r>
        <w:rPr>
          <w:rFonts w:ascii="Courier New" w:hAnsi="Courier New"/>
          <w:color w:val="555555"/>
          <w:sz w:val="20"/>
        </w:rPr>
        <w:t>[5]</w:t>
      </w:r>
    </w:p>
    <w:p>
      <w:r>
        <w:rPr>
          <w:rFonts w:ascii="Gentium Plus" w:hAnsi="Gentium Plus"/>
          <w:sz w:val="24"/>
        </w:rPr>
        <w:t>κῶς ἐδήδαται. οὕτως Ἡρωδιανός.] Ἐδηδοκώς. καὶ ἐδηδοκέναι, ἀντὶ τοῦ φαγεῖν. Ἐδήμευσαν. δημόσιον ἐποίησαν. [καὶ ἐκράτησεν ὁ φθόνος, καὶ τὴν οὐσίαν αὐτῶν ἐδήμευσαν.] Ἐδημοσίωσεν. δημόσιον ἐποίησεν. ὁ δὲ Δευδέρι‐</w:t>
      </w:r>
    </w:p>
    <w:p>
      <w:r>
        <w:rPr>
          <w:rFonts w:ascii="Courier New" w:hAnsi="Courier New"/>
          <w:color w:val="555555"/>
          <w:sz w:val="20"/>
        </w:rPr>
        <w:t>[10]</w:t>
      </w:r>
    </w:p>
    <w:p>
      <w:r>
        <w:rPr>
          <w:rFonts w:ascii="Gentium Plus" w:hAnsi="Gentium Plus"/>
          <w:sz w:val="24"/>
        </w:rPr>
        <w:t>χος ἐπὶ Ζήνωνος ἐδημοσιώθη, χιλίας καμήλους προπέμψας χρυσίου καὶ ἀργυρίου. Ἐδημώθη. ἐν τῷ δήμῳ διεδόθη. δῆλος πᾶσιν ἐγέ‐ νετο. Δίων· καί τις [λόγος] περὶ αὐτῶν τοιόσδε ἐδημώθη.</w:t>
      </w:r>
    </w:p>
    <w:p>
      <w:r>
        <w:rPr>
          <w:rFonts w:ascii="Courier New" w:hAnsi="Courier New"/>
          <w:color w:val="555555"/>
          <w:sz w:val="20"/>
        </w:rPr>
        <w:t>[15]</w:t>
      </w:r>
    </w:p>
    <w:p>
      <w:r>
        <w:rPr>
          <w:rFonts w:ascii="Gentium Plus" w:hAnsi="Gentium Plus"/>
          <w:sz w:val="24"/>
        </w:rPr>
        <w:t>Ἐδῄουν. ἠφάνιζον, διέφθειρον, διέκοπτον. [Ἐδίωσεν. ἐξέωσεν. ἐδίωξεν.] Ἐδίψησεν. ἐπεθύμησεν. ὁ δὲ ἐλευθερῶσαι τὴν πατρίδα ἐδίψησεν. [Ἐδίδη. ἐδέσμει.]</w:t>
      </w:r>
    </w:p>
    <w:p>
      <w:r>
        <w:rPr>
          <w:rFonts w:ascii="Courier New" w:hAnsi="Courier New"/>
          <w:color w:val="555555"/>
          <w:sz w:val="20"/>
        </w:rPr>
        <w:t>[20]</w:t>
      </w:r>
    </w:p>
    <w:p>
      <w:r>
        <w:rPr>
          <w:rFonts w:ascii="Gentium Plus" w:hAnsi="Gentium Plus"/>
          <w:sz w:val="24"/>
        </w:rPr>
        <w:t>Ἐδίδων. ἰστέον, ὅτι ἡ παράδοσις τὸ ἐδίδων διὰ τῆς ου διφθόγγου οἶδεν, οἷον ἐδίδουν, ὡς ἀπὸ τοῦ διδῶ, διδοῖς, ἐδίδουν· ὡς χρυσῶ, χρυσοῖς, ἐχρύσουν. Ἐδιδαξάμην. ἐπαιδευσάμην, ἀττικῶς· ἀντὶ τοῦ</w:t>
      </w:r>
    </w:p>
    <w:p>
      <w:r>
        <w:rPr>
          <w:rFonts w:ascii="Courier New" w:hAnsi="Courier New"/>
          <w:color w:val="555555"/>
          <w:sz w:val="20"/>
        </w:rPr>
        <w:t>[25]</w:t>
      </w:r>
    </w:p>
    <w:p>
      <w:r>
        <w:rPr>
          <w:rFonts w:ascii="Gentium Plus" w:hAnsi="Gentium Plus"/>
          <w:sz w:val="24"/>
        </w:rPr>
        <w:t>ἐπαίδευσα. παθητικὸς ἀντὶ ἐνεργητικοῦ. Ἐδίδαξεν. ἔπεισεν, ἠρέθισεν. ἐδίδαξεν αὐτοὺς</w:t>
      </w:r>
    </w:p>
    <w:p>
      <w:r>
        <w:rPr>
          <w:rFonts w:ascii="Courier New" w:hAnsi="Courier New"/>
          <w:color w:val="555555"/>
          <w:sz w:val="20"/>
        </w:rPr>
        <w:t>[epsilon 617]</w:t>
      </w:r>
    </w:p>
    <w:p>
      <w:r>
        <w:rPr>
          <w:rFonts w:ascii="Gentium Plus" w:hAnsi="Gentium Plus"/>
          <w:sz w:val="24"/>
        </w:rPr>
        <w:t>Ἐδικανόωντο. ἐδεξιοῦντο. Ἐδικαίου. δίκαιον εἶναι ἔλεγεν. ἀλλὰ τοῦ γε ἀπο‐ λαύεσθαι κύριος ἐδικαίου εἶναι αὐτός. Ἐδικαιώθησαν. δίκαιοι ἐκρίθησαν.</w:t>
      </w:r>
    </w:p>
    <w:p>
      <w:r>
        <w:rPr>
          <w:rFonts w:ascii="Courier New" w:hAnsi="Courier New"/>
          <w:color w:val="555555"/>
          <w:sz w:val="20"/>
        </w:rPr>
        <w:t>[5]</w:t>
      </w:r>
    </w:p>
    <w:p>
      <w:r>
        <w:rPr>
          <w:rFonts w:ascii="Gentium Plus" w:hAnsi="Gentium Plus"/>
          <w:sz w:val="24"/>
        </w:rPr>
        <w:t>Ἐδικαίωσαν. ἀντὶ τοῦ κατέκριναν. οἱ δὲ Ῥωμαῖοι κατάγοντες αὐτὸν ἐδικαίωσαν θανάτῳ. Ἐδίνευον. κύκλῳ περιῄεσαν. ἢ ἀντὶ τοῦ ὠρ‐ χοῦντο. Ἔδμεναι. ἐσθίειν. ὡς ἄγειν, ἀγέμεν, καὶ εἰπεῖν,</w:t>
      </w:r>
    </w:p>
    <w:p>
      <w:r>
        <w:rPr>
          <w:rFonts w:ascii="Courier New" w:hAnsi="Courier New"/>
          <w:color w:val="555555"/>
          <w:sz w:val="20"/>
        </w:rPr>
        <w:t>[10]</w:t>
      </w:r>
    </w:p>
    <w:p>
      <w:r>
        <w:rPr>
          <w:rFonts w:ascii="Gentium Plus" w:hAnsi="Gentium Plus"/>
          <w:sz w:val="24"/>
        </w:rPr>
        <w:t>εἰπέμεν, οὕτως ἔδειν ἐδέμεν καὶ πλεονασμῷ τῆς αι ἐδέμεναι, καὶ κατὰ συγκοπὴν ἔδμεναι. ἔδμεναι εἰωθότες. Ἔδονται. φάγονται. Ἐδούπησεν. ἐκτύπησεν.</w:t>
      </w:r>
    </w:p>
    <w:p>
      <w:r>
        <w:rPr>
          <w:rFonts w:ascii="Courier New" w:hAnsi="Courier New"/>
          <w:color w:val="555555"/>
          <w:sz w:val="20"/>
        </w:rPr>
        <w:t>[15]</w:t>
      </w:r>
    </w:p>
    <w:p>
      <w:r>
        <w:rPr>
          <w:rFonts w:ascii="Gentium Plus" w:hAnsi="Gentium Plus"/>
          <w:sz w:val="24"/>
        </w:rPr>
        <w:t>Ἐδοκίμασαν. προέκριναν, ἐκύρωσαν. πολλῶν δὲ ῥηθέντων εἰς ἑκάτερα λόγων οἱ πλείους γνῶ‐ ναι τὴν προτέραν ἐδοκίμασαν. Ἐδοκίμαζεν. ἔκρινε. σιωπηλὸς ἦν ἐπὶ τούτοις καὶ ἀποκρύπτειν ἐδοκίμαζεν.</w:t>
      </w:r>
    </w:p>
    <w:p>
      <w:r>
        <w:rPr>
          <w:rFonts w:ascii="Courier New" w:hAnsi="Courier New"/>
          <w:color w:val="555555"/>
          <w:sz w:val="20"/>
        </w:rPr>
        <w:t>[20]</w:t>
      </w:r>
    </w:p>
    <w:p>
      <w:r>
        <w:rPr>
          <w:rFonts w:ascii="Gentium Plus" w:hAnsi="Gentium Plus"/>
          <w:sz w:val="24"/>
        </w:rPr>
        <w:t>Ἐδολιοῦσαν. τὸν δόλον συνεσκίαζον. ἐκ τοῦ δο‐ λιῶ, ἐδολίουν, βοιωτικῶς ἐδολιοῦσαν. Ἔδοξεν. εἰς ὑπόληψιν ἦλθεν. Ἔδρασεν. ἔπραξεν, ἐποίησεν, ἐκάθισεν. Ἐδραματουργήθη. ἐπράχθη.</w:t>
      </w:r>
    </w:p>
    <w:p>
      <w:r>
        <w:rPr>
          <w:rFonts w:ascii="Courier New" w:hAnsi="Courier New"/>
          <w:color w:val="555555"/>
          <w:sz w:val="20"/>
        </w:rPr>
        <w:t>[25]</w:t>
      </w:r>
    </w:p>
    <w:p>
      <w:r>
        <w:rPr>
          <w:rFonts w:ascii="Gentium Plus" w:hAnsi="Gentium Plus"/>
          <w:sz w:val="24"/>
        </w:rPr>
        <w:t>[Ἔδρακεν. ἐκ τοῦ δέρκω τὸ θεωρῶ.</w:t>
      </w:r>
    </w:p>
    <w:p>
      <w:r>
        <w:rPr>
          <w:rFonts w:ascii="Courier New" w:hAnsi="Courier New"/>
          <w:color w:val="555555"/>
          <w:sz w:val="20"/>
        </w:rPr>
        <w:t>[epsilon 618]</w:t>
      </w:r>
    </w:p>
    <w:p>
      <w:r>
        <w:rPr>
          <w:rFonts w:ascii="Gentium Plus" w:hAnsi="Gentium Plus"/>
          <w:sz w:val="24"/>
        </w:rPr>
        <w:t>Ἔδραμον. ἰστέον, ὅτι τὸ ἔδραμον ἀπὸ τοῦ δρέ‐ μω ἐστὶν, ἐπεὶ τὸ ῥῆμα ὄνομα αὐτοῦ πιστοῦ‐ ται ὁ δρόμος, ὡς βρέμω, βρόμος. οὕτως οὖν δρέμω, δρόμος. ὁ δὲ Ἡρωδιανὸς φησὶν, ὅτι δύ‐</w:t>
      </w:r>
    </w:p>
    <w:p>
      <w:r>
        <w:rPr>
          <w:rFonts w:ascii="Courier New" w:hAnsi="Courier New"/>
          <w:color w:val="555555"/>
          <w:sz w:val="20"/>
        </w:rPr>
        <w:t>[5]</w:t>
      </w:r>
    </w:p>
    <w:p>
      <w:r>
        <w:rPr>
          <w:rFonts w:ascii="Gentium Plus" w:hAnsi="Gentium Plus"/>
          <w:sz w:val="24"/>
        </w:rPr>
        <w:t>ναται εἶναι ἀπὸ τοῦ δραμῶ περισπωμένως. ἐξ οὗ καὶ τὸ παρὰ Μενάνδρῳ, οἷον· δεδράμηκά σοι δρόμον τοιοῦτον, οἷον οὐδεὶς πώποτε. καὶ ῥηματικὸν ὄνομα [δράμημα]. οὕτω Ζηνόδοτος. Ἑδριόωντο καὶ ἑδρίοντο. ἀντὶ τοῦ ἐκαθέζοντο.</w:t>
      </w:r>
    </w:p>
    <w:p>
      <w:r>
        <w:rPr>
          <w:rFonts w:ascii="Courier New" w:hAnsi="Courier New"/>
          <w:color w:val="555555"/>
          <w:sz w:val="20"/>
        </w:rPr>
        <w:t>[10]</w:t>
      </w:r>
    </w:p>
    <w:p>
      <w:r>
        <w:rPr>
          <w:rFonts w:ascii="Gentium Plus" w:hAnsi="Gentium Plus"/>
          <w:sz w:val="24"/>
        </w:rPr>
        <w:t>παρὰ τὸ ἕδρα ἑδριῶ. Ἐδύνατο γράφεται. ἄχρηστον γὰρ τὸ ἠδύνατο. Ἐδωλιάσαι. συγκαθίσαι. Ἐδωρεῖτο. δώροις ἐτίμα. Ἐδωρήσατο. ἐφιλοφρονήσατο.</w:t>
      </w:r>
    </w:p>
    <w:p>
      <w:pPr>
        <w:jc w:val="center"/>
      </w:pPr>
      <w:r>
        <w:rPr>
          <w:rFonts w:ascii="Gentium Plus" w:hAnsi="Gentium Plus"/>
          <w:b/>
          <w:sz w:val="24"/>
        </w:rPr>
        <w:t>Τὸ Ε μετὰ τοῦ Ε.</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Ἐεδνωτής. ὁ προικιστὴς, ὁ πενθερός. Ἐέσχατος. ὁ ἔσχατος. Ἕεις. ὁ εἷς ἐπὶ τοῦ ἀριθμοῦ. οἷον·</w:t>
      </w:r>
    </w:p>
    <w:p>
      <w:r>
        <w:rPr>
          <w:rFonts w:ascii="Courier New" w:hAnsi="Courier New"/>
          <w:color w:val="555555"/>
          <w:sz w:val="20"/>
        </w:rPr>
        <w:t>[20]</w:t>
      </w:r>
    </w:p>
    <w:p>
      <w:r>
        <w:rPr>
          <w:rFonts w:ascii="Gentium Plus" w:hAnsi="Gentium Plus"/>
          <w:sz w:val="24"/>
        </w:rPr>
        <w:t>κυκλοτερὴς ὀφθαλμὸς [ἕεις] ἐνέκειτο με‐ τώπῳ. παρὰ τὸ ἴος ἰόεις, καὶ τροπῇ τοῦ ι εἰς ε ἔεις, ὡς ἀγχίμαλος, ἀγχέμαλος. ἢ ἀπὸ τοῦ εἷς ἕεις,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Ἐεικόσορος ναῦς. εἰκοσάκωπος. Ἐέρσαι. δρόσοι. [ψεκάδες. παρὰ τὸ ἔρσαι, ὅ ἐστι ποτίσαι. ποτίζει γὰρ ἡ δρόσος τὰ φυτά.]</w:t>
      </w:r>
    </w:p>
    <w:p>
      <w:r>
        <w:rPr>
          <w:rFonts w:ascii="Courier New" w:hAnsi="Courier New"/>
          <w:color w:val="555555"/>
          <w:sz w:val="20"/>
        </w:rPr>
        <w:t>[5]</w:t>
      </w:r>
    </w:p>
    <w:p>
      <w:r>
        <w:rPr>
          <w:rFonts w:ascii="Gentium Plus" w:hAnsi="Gentium Plus"/>
          <w:sz w:val="24"/>
        </w:rPr>
        <w:t>Ἐέλδωρ. ἐπιθύμημα, βούλημα, παρὰ τὸ ἑλεῖν πρὸς ἑαυτὸν καὶ ἕλκειν. ἢ παρὰ τὸ ἕλω τὸ λαμβάνω, κατὰ πλεονασμὸν τοῦ δ.</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Ἐείκοσιν. ἀντὶ τοῦ εἴκοσιν.</w:t>
      </w:r>
    </w:p>
    <w:p>
      <w:r>
        <w:rPr>
          <w:rFonts w:ascii="Courier New" w:hAnsi="Courier New"/>
          <w:color w:val="555555"/>
          <w:sz w:val="20"/>
        </w:rPr>
        <w:t>[10]</w:t>
      </w:r>
    </w:p>
    <w:p>
      <w:r>
        <w:rPr>
          <w:rFonts w:ascii="Gentium Plus" w:hAnsi="Gentium Plus"/>
          <w:sz w:val="24"/>
        </w:rPr>
        <w:t>Ἐεικοσάβοια. εἰκοσαπλᾶ. ἢ βοῶν εἴκοσιν.</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Ἐέλδομαι. ἐπιθυμῶ. παρὰ τὸ θέλω, τοῦ θ τραπέντος εἰς δ κατὰ Μακεδόνας, καὶ ὑπερθέ‐ σεως γενομένης. οἷον θέλω, δέλω, ἔλδω καὶ</w:t>
      </w:r>
    </w:p>
    <w:p>
      <w:r>
        <w:rPr>
          <w:rFonts w:ascii="Courier New" w:hAnsi="Courier New"/>
          <w:color w:val="555555"/>
          <w:sz w:val="20"/>
        </w:rPr>
        <w:t>[15]</w:t>
      </w:r>
    </w:p>
    <w:p>
      <w:r>
        <w:rPr>
          <w:rFonts w:ascii="Gentium Plus" w:hAnsi="Gentium Plus"/>
          <w:sz w:val="24"/>
        </w:rPr>
        <w:t>ἔλδομαι καὶ ἐέλδομαι ὑπερθετικῶς. Ἐέργει. συνέχει. Ἔετο. ἐνεδύετο. Ἐεισάμενος. ὁμοιωθείς. εἴδω τὸ ὁμοιῶ. εἴσω, εἴσα, πλεονασμῷ τοῦ ε ἔεισα, ἡ μετοχὴ ἐεισά‐</w:t>
      </w:r>
    </w:p>
    <w:p>
      <w:r>
        <w:rPr>
          <w:rFonts w:ascii="Courier New" w:hAnsi="Courier New"/>
          <w:color w:val="555555"/>
          <w:sz w:val="20"/>
        </w:rPr>
        <w:t>[20]</w:t>
      </w:r>
    </w:p>
    <w:p>
      <w:r>
        <w:rPr>
          <w:rFonts w:ascii="Gentium Plus" w:hAnsi="Gentium Plus"/>
          <w:sz w:val="24"/>
        </w:rPr>
        <w:t>μενος.</w:t>
      </w:r>
    </w:p>
    <w:p>
      <w:pPr>
        <w:jc w:val="center"/>
      </w:pPr>
      <w:r>
        <w:rPr>
          <w:rFonts w:ascii="Gentium Plus" w:hAnsi="Gentium Plus"/>
          <w:b/>
          <w:sz w:val="24"/>
        </w:rPr>
        <w:t>(Ἐπίῤῥημα.)</w:t>
      </w:r>
    </w:p>
    <w:p>
      <w:r>
        <w:rPr>
          <w:rFonts w:ascii="Courier New" w:hAnsi="Courier New"/>
          <w:color w:val="555555"/>
          <w:sz w:val="20"/>
        </w:rPr>
        <w:t>[22]</w:t>
      </w:r>
    </w:p>
    <w:p>
      <w:r>
        <w:rPr>
          <w:rFonts w:ascii="Gentium Plus" w:hAnsi="Gentium Plus"/>
          <w:sz w:val="24"/>
        </w:rPr>
        <w:t>Ἒ ἔ. ἐπίῤῥημα σχετλιαστικόν.</w:t>
      </w:r>
    </w:p>
    <w:p>
      <w:pPr>
        <w:jc w:val="center"/>
      </w:pPr>
      <w:r>
        <w:rPr>
          <w:rFonts w:ascii="Gentium Plus" w:hAnsi="Gentium Plus"/>
          <w:b/>
          <w:sz w:val="24"/>
        </w:rPr>
        <w:t>Τὸ Ε μετὰ τοῦ Ζ.</w:t>
      </w:r>
    </w:p>
    <w:p>
      <w:pPr>
        <w:jc w:val="center"/>
      </w:pPr>
      <w:r>
        <w:rPr>
          <w:rFonts w:ascii="Gentium Plus" w:hAnsi="Gentium Plus"/>
          <w:b/>
          <w:sz w:val="24"/>
        </w:rPr>
        <w:t>(Ῥῆμα.)</w:t>
      </w:r>
    </w:p>
    <w:p>
      <w:r>
        <w:rPr>
          <w:rFonts w:ascii="Courier New" w:hAnsi="Courier New"/>
          <w:color w:val="555555"/>
          <w:sz w:val="20"/>
        </w:rPr>
        <w:t>[3]</w:t>
      </w:r>
    </w:p>
    <w:p>
      <w:r>
        <w:rPr>
          <w:rFonts w:ascii="Gentium Plus" w:hAnsi="Gentium Plus"/>
          <w:sz w:val="24"/>
        </w:rPr>
        <w:t>Ἕζεται. καθέζεται. Ἐζημίωσε. κατέκρινε, κατεδίκασεν. ὁ δὲ βασι‐</w:t>
      </w:r>
    </w:p>
    <w:p>
      <w:r>
        <w:rPr>
          <w:rFonts w:ascii="Courier New" w:hAnsi="Courier New"/>
          <w:color w:val="555555"/>
          <w:sz w:val="20"/>
        </w:rPr>
        <w:t>[5]</w:t>
      </w:r>
    </w:p>
    <w:p>
      <w:r>
        <w:rPr>
          <w:rFonts w:ascii="Gentium Plus" w:hAnsi="Gentium Plus"/>
          <w:sz w:val="24"/>
        </w:rPr>
        <w:t>λεὺς Αὐρηλιανὸς πολλοὺς τῶν πολιτῶν θανάτῳ ἐζημίωσεν. Ἐζήλωσεν. ἐπεθύμησεν. Ἐζυγοστατεῖτο. ἐφ’ ἑκάτερα ῥοπὰς ἐλάμβανεν. ἐζυγοστατεῖτο τοῖς Ῥωμαίοις ὁ πόλεμος.</w:t>
      </w:r>
    </w:p>
    <w:p>
      <w:r>
        <w:rPr>
          <w:rFonts w:ascii="Courier New" w:hAnsi="Courier New"/>
          <w:color w:val="555555"/>
          <w:sz w:val="20"/>
        </w:rPr>
        <w:t>[10]</w:t>
      </w:r>
    </w:p>
    <w:p>
      <w:r>
        <w:rPr>
          <w:rFonts w:ascii="Gentium Plus" w:hAnsi="Gentium Plus"/>
          <w:sz w:val="24"/>
        </w:rPr>
        <w:t>Ἐζυμώθη. ἐφυράθη, ἐνεμίχθη. Ἐζώγρουν. ζῶντας ἐλάμβανον. Ἐζωσμένοι. καὶ ἀντὶ τοῦ ἐκδεδυμένοι.</w:t>
      </w:r>
    </w:p>
    <w:p>
      <w:pPr>
        <w:jc w:val="center"/>
      </w:pPr>
      <w:r>
        <w:rPr>
          <w:rFonts w:ascii="Gentium Plus" w:hAnsi="Gentium Plus"/>
          <w:b/>
          <w:sz w:val="24"/>
        </w:rPr>
        <w:t>Τὸ Ε μετὰ τοῦ Η.</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Ἐῆος. τοῦ ἰδίου ἢ τοῦ ἀγαθοῦ. Ὅμηρος· —ἀνδρὸς ἐῆος.</w:t>
      </w:r>
    </w:p>
    <w:p>
      <w:pPr>
        <w:jc w:val="center"/>
      </w:pPr>
      <w:r>
        <w:rPr>
          <w:rFonts w:ascii="Gentium Plus" w:hAnsi="Gentium Plus"/>
          <w:b/>
          <w:sz w:val="24"/>
        </w:rPr>
        <w:t>(Θηλυκόν.)</w:t>
      </w:r>
    </w:p>
    <w:p>
      <w:r>
        <w:rPr>
          <w:rFonts w:ascii="Courier New" w:hAnsi="Courier New"/>
          <w:color w:val="555555"/>
          <w:sz w:val="20"/>
        </w:rPr>
        <w:t>[18]</w:t>
      </w:r>
    </w:p>
    <w:p>
      <w:r>
        <w:rPr>
          <w:rFonts w:ascii="Gentium Plus" w:hAnsi="Gentium Plus"/>
          <w:sz w:val="24"/>
        </w:rPr>
        <w:t>Ἑῆς. ἰδίας.</w:t>
      </w:r>
    </w:p>
    <w:p>
      <w:pPr>
        <w:jc w:val="center"/>
      </w:pPr>
      <w:r>
        <w:rPr>
          <w:rFonts w:ascii="Gentium Plus" w:hAnsi="Gentium Plus"/>
          <w:b/>
          <w:sz w:val="24"/>
        </w:rPr>
        <w:t>(Ῥῆμα.)</w:t>
      </w:r>
    </w:p>
    <w:p>
      <w:r>
        <w:rPr>
          <w:rFonts w:ascii="Courier New" w:hAnsi="Courier New"/>
          <w:color w:val="555555"/>
          <w:sz w:val="20"/>
        </w:rPr>
        <w:t>[20]</w:t>
      </w:r>
    </w:p>
    <w:p>
      <w:r>
        <w:rPr>
          <w:rFonts w:ascii="Gentium Plus" w:hAnsi="Gentium Plus"/>
          <w:sz w:val="24"/>
        </w:rPr>
        <w:t>Ἕηκα. συνεχώρησα, ἀφῆκα. ἔστι ῥῆμα ἱῶ, ὃ σημαίνει τὸ πορεύομαι καὶ τὸ πέμπω, καὶ ἐξ αὐτοῦ παράγωγον ἵημι, ὁ μέλλων ἥσω, ὁ πα‐ ρακείμενος ἧκα, πλεονασμῷ τοῦ ε ἔηκα. [καὶ</w:t>
      </w:r>
    </w:p>
    <w:p>
      <w:r>
        <w:rPr>
          <w:rFonts w:ascii="Courier New" w:hAnsi="Courier New"/>
          <w:color w:val="555555"/>
          <w:sz w:val="20"/>
        </w:rPr>
        <w:t>[epsilon 621]</w:t>
      </w:r>
    </w:p>
    <w:p>
      <w:r>
        <w:rPr>
          <w:rFonts w:ascii="Gentium Plus" w:hAnsi="Gentium Plus"/>
          <w:sz w:val="24"/>
        </w:rPr>
        <w:t>Ἐήλακεν. ἀντὶ τοῦ ἐκρατήθη. ἐλήφθη. Ἔησιν. ὑπάρχει. Ὅμηρος· οὐ μὲν γάρ τι μεῖζον κλέος ἀνέρος ὄφρά κ’ ἔησιν—.</w:t>
      </w:r>
    </w:p>
    <w:p>
      <w:pPr>
        <w:jc w:val="center"/>
      </w:pPr>
      <w:r>
        <w:rPr>
          <w:rFonts w:ascii="Gentium Plus" w:hAnsi="Gentium Plus"/>
          <w:b/>
          <w:sz w:val="24"/>
        </w:rPr>
        <w:t>Τὸ Ε μετὰ τοῦ Θ.</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Ἐθαγενής. ἐγχώριος. Ἐθάδας. συνήθεις. φίλους. Ἐθελουργός. πρόθυμος. Ἐθελοντής. ὁ αὐτοβούλητος, αὐτοπροαίρετος.</w:t>
      </w:r>
    </w:p>
    <w:p>
      <w:r>
        <w:rPr>
          <w:rFonts w:ascii="Courier New" w:hAnsi="Courier New"/>
          <w:color w:val="555555"/>
          <w:sz w:val="20"/>
        </w:rPr>
        <w:t>[10]</w:t>
      </w:r>
    </w:p>
    <w:p>
      <w:r>
        <w:rPr>
          <w:rFonts w:ascii="Gentium Plus" w:hAnsi="Gentium Plus"/>
          <w:sz w:val="24"/>
        </w:rPr>
        <w:t>Ἐθελονταί. οἱ στρατευθέντες ἑκουσίως ὑπὲρ τῶν δεσποτῶν τῶν ἐν Κάνναις τελευτησάντων. Ἐθελημός. ὁ ἥσυχος. [Ἕθεν. ἀπ’ αὐτοῦ, ἢ ἀπ’ αὐτῆς· ἢ καὶ ἀπὸ ἑαυτοῦ. ἐμὲ, σὲ, ἕ. ἀπὸ οὖν τοῦ ἓ τρίτου προσ‐</w:t>
      </w:r>
    </w:p>
    <w:p>
      <w:r>
        <w:rPr>
          <w:rFonts w:ascii="Courier New" w:hAnsi="Courier New"/>
          <w:color w:val="555555"/>
          <w:sz w:val="20"/>
        </w:rPr>
        <w:t>[15]</w:t>
      </w:r>
    </w:p>
    <w:p>
      <w:r>
        <w:rPr>
          <w:rFonts w:ascii="Gentium Plus" w:hAnsi="Gentium Plus"/>
          <w:sz w:val="24"/>
        </w:rPr>
        <w:t>ώπου, πλεονασμῷ τῆς θεν συλλαβῆς, ἕθεν.] [Ἔθιμος. συνήθεια, ἐθισμός.]</w:t>
      </w:r>
    </w:p>
    <w:p>
      <w:pPr>
        <w:jc w:val="center"/>
      </w:pPr>
      <w:r>
        <w:rPr>
          <w:rFonts w:ascii="Gentium Plus" w:hAnsi="Gentium Plus"/>
          <w:b/>
          <w:sz w:val="24"/>
        </w:rPr>
        <w:t>(Θηλυκόν.)</w:t>
      </w:r>
    </w:p>
    <w:p>
      <w:r>
        <w:rPr>
          <w:rFonts w:ascii="Courier New" w:hAnsi="Courier New"/>
          <w:color w:val="555555"/>
          <w:sz w:val="20"/>
        </w:rPr>
        <w:t>[19]</w:t>
      </w:r>
    </w:p>
    <w:p>
      <w:r>
        <w:rPr>
          <w:rFonts w:ascii="Gentium Plus" w:hAnsi="Gentium Plus"/>
          <w:sz w:val="24"/>
        </w:rPr>
        <w:t>Ἔθειραι. αἱ ἐξ ἔθους ἐπιμελούμεναι τρίχες,</w:t>
      </w:r>
    </w:p>
    <w:p>
      <w:r>
        <w:rPr>
          <w:rFonts w:ascii="Courier New" w:hAnsi="Courier New"/>
          <w:color w:val="555555"/>
          <w:sz w:val="20"/>
        </w:rPr>
        <w:t>[20]</w:t>
      </w:r>
    </w:p>
    <w:p>
      <w:r>
        <w:rPr>
          <w:rFonts w:ascii="Gentium Plus" w:hAnsi="Gentium Plus"/>
          <w:sz w:val="24"/>
        </w:rPr>
        <w:t>οἱονεὶ αἱ ἐξ ἔθους φοιτῶσαι τινί. ἢ παρὰ τὸ ἐξ ἔθους ῥεῖν. ἡ ἐνθεία ἡ ἔθειρα. Ἐθελοπρόξενος. ἡ ἐφ’ ἑαυτῆς γενομένη καὶ μὴ κελευθεῖσα ἐκ τῆς πόλεως.</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Ἔθνος. τὸ πλῆθος. ἤγοντο μοιχοὶ, πόρνοι καὶ τὰ τοιαῦτα ἔθνη. Ἔθνος. οὐ μόνον τὸ μέγα καὶ πολυάριθμον γέ‐</w:t>
      </w:r>
    </w:p>
    <w:p>
      <w:r>
        <w:rPr>
          <w:rFonts w:ascii="Courier New" w:hAnsi="Courier New"/>
          <w:color w:val="555555"/>
          <w:sz w:val="20"/>
        </w:rPr>
        <w:t>[5]</w:t>
      </w:r>
    </w:p>
    <w:p>
      <w:r>
        <w:rPr>
          <w:rFonts w:ascii="Gentium Plus" w:hAnsi="Gentium Plus"/>
          <w:sz w:val="24"/>
        </w:rPr>
        <w:t>νος, ἀλλὰ καὶ ἰδίως μέρος τι τῆς πόλεως. οὕτως Δημοσθένης. [Ἔθνεα. τὰ γένη. Ὀππιανός· ἔθνεά τοι πόντοιο πολυσπερέας τε φάλαγγας.] Ἔθος. τὸ ἐν ἑκάστῃ χώρᾳ ἄγραφον δίκαιον.</w:t>
      </w:r>
    </w:p>
    <w:p>
      <w:r>
        <w:rPr>
          <w:rFonts w:ascii="Courier New" w:hAnsi="Courier New"/>
          <w:color w:val="555555"/>
          <w:sz w:val="20"/>
        </w:rPr>
        <w:t>[10]</w:t>
      </w:r>
    </w:p>
    <w:p>
      <w:r>
        <w:rPr>
          <w:rFonts w:ascii="Gentium Plus" w:hAnsi="Gentium Plus"/>
          <w:sz w:val="24"/>
        </w:rPr>
        <w:t>νόμος δὲ ἔγγραφον [ἔθος], ὅτι τὸ ἔθος οὐκ ἐστὶν εὕρημα τῶν ἀνθρώπων, ἀλλὰ βίου καὶ χρόνου. καὶ ὁ μὲν νόμος εἴκασται τυραννίδι· φόβῳ γὰρ ἕκαστα καὶ μετὰ προστάγματος πράττεται· τὸ δὲ ἔθος μᾶλλον τῇ φιλανθρω‐</w:t>
      </w:r>
    </w:p>
    <w:p>
      <w:r>
        <w:rPr>
          <w:rFonts w:ascii="Courier New" w:hAnsi="Courier New"/>
          <w:color w:val="555555"/>
          <w:sz w:val="20"/>
        </w:rPr>
        <w:t>[15]</w:t>
      </w:r>
    </w:p>
    <w:p>
      <w:r>
        <w:rPr>
          <w:rFonts w:ascii="Gentium Plus" w:hAnsi="Gentium Plus"/>
          <w:sz w:val="24"/>
        </w:rPr>
        <w:t>πίᾳ τῆς βασιλείας· βουλόμενοι γὰρ αὐτῷ πάν‐ τες δίχα ἀνάγκης ἕπονται. ἔθος δὲ εἴρηται παρὰ τὸ ἐτεὸν, τὸ ἀληθὲς, ὅπερ καὶ ἔτος λέ‐ γεται, καὶ παρὰ τοῦτο ἔθος τὸ ἀεὶ ὡσαύτως ἔχον. ἢ παρὰ τὸ ἔθω, τὸ ἐξ ἔθους ἔχω, γί‐</w:t>
      </w:r>
    </w:p>
    <w:p>
      <w:r>
        <w:rPr>
          <w:rFonts w:ascii="Courier New" w:hAnsi="Courier New"/>
          <w:color w:val="555555"/>
          <w:sz w:val="20"/>
        </w:rPr>
        <w:t>[20]</w:t>
      </w:r>
    </w:p>
    <w:p>
      <w:r>
        <w:rPr>
          <w:rFonts w:ascii="Gentium Plus" w:hAnsi="Gentium Plus"/>
          <w:sz w:val="24"/>
        </w:rPr>
        <w:t>νεται ἔθος, ὡς μένω, μένος, σθένω, σθένος. ἔθος λέγεται καὶ τὸ σημεῖον.</w:t>
      </w:r>
    </w:p>
    <w:p>
      <w:pPr>
        <w:jc w:val="center"/>
      </w:pPr>
      <w:r>
        <w:rPr>
          <w:rFonts w:ascii="Gentium Plus" w:hAnsi="Gentium Plus"/>
          <w:b/>
          <w:sz w:val="24"/>
        </w:rPr>
        <w:t>(Ῥῆμα.)</w:t>
      </w:r>
    </w:p>
    <w:p>
      <w:r>
        <w:rPr>
          <w:rFonts w:ascii="Courier New" w:hAnsi="Courier New"/>
          <w:color w:val="555555"/>
          <w:sz w:val="20"/>
        </w:rPr>
        <w:t>[23]</w:t>
      </w:r>
    </w:p>
    <w:p>
      <w:r>
        <w:rPr>
          <w:rFonts w:ascii="Gentium Plus" w:hAnsi="Gentium Plus"/>
          <w:sz w:val="24"/>
        </w:rPr>
        <w:t>Ἔθανον. οὐκ ἀπὸ τοῦ θνήσκω, ἀλλ’ ἀπὸ τοῦ θήνω, ἔθανον, ὡς ἀπὸ τοῦ λήβω ἔλαβον, μή‐</w:t>
      </w:r>
    </w:p>
    <w:p>
      <w:r>
        <w:rPr>
          <w:rFonts w:ascii="Courier New" w:hAnsi="Courier New"/>
          <w:color w:val="555555"/>
          <w:sz w:val="20"/>
        </w:rPr>
        <w:t>[25]</w:t>
      </w:r>
    </w:p>
    <w:p>
      <w:r>
        <w:rPr>
          <w:rFonts w:ascii="Gentium Plus" w:hAnsi="Gentium Plus"/>
          <w:sz w:val="24"/>
        </w:rPr>
        <w:t>θω ἔμαθον. οὕτω Ζηνόδοτος.</w:t>
      </w:r>
    </w:p>
    <w:p>
      <w:r>
        <w:rPr>
          <w:rFonts w:ascii="Courier New" w:hAnsi="Courier New"/>
          <w:color w:val="555555"/>
          <w:sz w:val="20"/>
        </w:rPr>
        <w:t>[epsilon 623]</w:t>
      </w:r>
    </w:p>
    <w:p>
      <w:r>
        <w:rPr>
          <w:rFonts w:ascii="Gentium Plus" w:hAnsi="Gentium Plus"/>
          <w:sz w:val="24"/>
        </w:rPr>
        <w:t>Ἐθελοκωφεῖ. οὐ βούλεται ἀκούειν. Ἐθελοθρησκεῖ. ἰδίῳ θελήματι σέβει τὸ δοκοῦν. Ἐθέομεν. ἐτρέχομεν. Ἐθέλγετο. ἀντὶ τοῦ ἐθηλύνετο. οὐ μὴν ἐθέλγε‐</w:t>
      </w:r>
    </w:p>
    <w:p>
      <w:r>
        <w:rPr>
          <w:rFonts w:ascii="Courier New" w:hAnsi="Courier New"/>
          <w:color w:val="555555"/>
          <w:sz w:val="20"/>
        </w:rPr>
        <w:t>[5]</w:t>
      </w:r>
    </w:p>
    <w:p>
      <w:r>
        <w:rPr>
          <w:rFonts w:ascii="Gentium Plus" w:hAnsi="Gentium Plus"/>
          <w:sz w:val="24"/>
        </w:rPr>
        <w:t>το ὁ ὕπατος τοῖς ὑπηρέταις σὺν ὀργῇ βριμού‐ μενος. Ἐθέμην. ἔκρινα, ἐνόμισα. Ἔθεσαν. ἐποίησαν. Ἐθεωρήθησαν. ἐφάνησαν.</w:t>
      </w:r>
    </w:p>
    <w:p>
      <w:r>
        <w:rPr>
          <w:rFonts w:ascii="Courier New" w:hAnsi="Courier New"/>
          <w:color w:val="555555"/>
          <w:sz w:val="20"/>
        </w:rPr>
        <w:t>[10]</w:t>
      </w:r>
    </w:p>
    <w:p>
      <w:r>
        <w:rPr>
          <w:rFonts w:ascii="Gentium Plus" w:hAnsi="Gentium Plus"/>
          <w:sz w:val="24"/>
        </w:rPr>
        <w:t>Ἐθελοκακῆσαι. ἑκουσίως ἑλέσθαι τὸ κακόν. Ἐθελήσει. ἀντὶ τοῦ οὐ δυνηθῇ. Ἀριστοφάνης· οὐδὲ ἐθελήσει μαθεῖν. †Ἐθελήσει. βουληθείη.† *Ἔθελξας. ἐθεράπευσας.*</w:t>
      </w:r>
    </w:p>
    <w:p>
      <w:r>
        <w:rPr>
          <w:rFonts w:ascii="Courier New" w:hAnsi="Courier New"/>
          <w:color w:val="555555"/>
          <w:sz w:val="20"/>
        </w:rPr>
        <w:t>[15]</w:t>
      </w:r>
    </w:p>
    <w:p>
      <w:r>
        <w:rPr>
          <w:rFonts w:ascii="Gentium Plus" w:hAnsi="Gentium Plus"/>
          <w:sz w:val="24"/>
        </w:rPr>
        <w:t>Ἐθέλω. ἰστέον, ὅτι τὸ θέλω καὶ ἐθέλω δύο θέ‐ ματα εἰσί. καὶ τὸ μὲν τεθέληκα ἀπὸ τοῦ θέλω ἐστὶν, ἐπειδὴ πᾶς παρακείμενος ἀπὸ συμφώνου ἀρχόμενος πάντως καὶ τὸν ἐνεστῶτα ἔχει ἀπὸ συμφώνου ἀρχόμενον, οἷον τέτυφα, ὅτι τύπτω,</w:t>
      </w:r>
    </w:p>
    <w:p>
      <w:r>
        <w:rPr>
          <w:rFonts w:ascii="Courier New" w:hAnsi="Courier New"/>
          <w:color w:val="555555"/>
          <w:sz w:val="20"/>
        </w:rPr>
        <w:t>[20]</w:t>
      </w:r>
    </w:p>
    <w:p>
      <w:r>
        <w:rPr>
          <w:rFonts w:ascii="Gentium Plus" w:hAnsi="Gentium Plus"/>
          <w:sz w:val="24"/>
        </w:rPr>
        <w:t>πεποίηκα, ὅτι ποιῶ. τὸ θέλημα ἀπὸ τοῦ ἐθέ‐ λω ἐστὶ, καὶ [δεῖ γινώσκειν, ὅτι] εὑρίσκεται ἀεὶ τρισύλλαβον παρὰ τοῦ ποιητοῦ τὸ ἐθέλω. ἀμέ‐ λει ἐν τῷ· μὴ δὲ σὲ Πηλείδῃ θέλ’ ἐριζέμεναι—</w:t>
      </w:r>
    </w:p>
    <w:p>
      <w:r>
        <w:rPr>
          <w:rFonts w:ascii="Courier New" w:hAnsi="Courier New"/>
          <w:color w:val="555555"/>
          <w:sz w:val="20"/>
        </w:rPr>
        <w:t>[25]</w:t>
      </w:r>
    </w:p>
    <w:p>
      <w:r>
        <w:rPr>
          <w:rFonts w:ascii="Gentium Plus" w:hAnsi="Gentium Plus"/>
          <w:sz w:val="24"/>
        </w:rPr>
        <w:t>δηλοῖ γὰρ, ὅτι κρᾶσις ἐγένετο τοῦ η καὶ ε εἰς η. μηδεὶς δὲ οἰέσθω, ὅτι τὸ ἐθέλω ἐκ τοῦ θέλω ἐστὶ κατὰ πλεονασμὸν τοῦ ε. τὸ γὰρ ε φωνῆεν πέφυκε πλεονάζον, οἷον· εἶπεν, ἔειπεν· εἴκοσι,</w:t>
      </w:r>
    </w:p>
    <w:p>
      <w:r>
        <w:rPr>
          <w:rFonts w:ascii="Courier New" w:hAnsi="Courier New"/>
          <w:color w:val="555555"/>
          <w:sz w:val="20"/>
        </w:rPr>
        <w:t>[epsilon 624]</w:t>
      </w:r>
    </w:p>
    <w:p>
      <w:r>
        <w:rPr>
          <w:rFonts w:ascii="Gentium Plus" w:hAnsi="Gentium Plus"/>
          <w:sz w:val="24"/>
        </w:rPr>
        <w:t>θέλω δοκεῖ ἐκ τοῦ ἐθέλω εἶναι· τὸ γὰρ ε μετὰ συμφώνου ὑπάρχον, πέφυκε πολλάκις ἀποβάλ‐ λεσθαι αὐτό· ἔφη, φῆ· ἔβη, βῆ. δοκεῖ δὲ τὸ θέλω ἀναλογώτερον εἶναι τοῦ ἐθέλω. τὸ γὰρ</w:t>
      </w:r>
    </w:p>
    <w:p>
      <w:r>
        <w:rPr>
          <w:rFonts w:ascii="Courier New" w:hAnsi="Courier New"/>
          <w:color w:val="555555"/>
          <w:sz w:val="20"/>
        </w:rPr>
        <w:t>[5]</w:t>
      </w:r>
    </w:p>
    <w:p>
      <w:r>
        <w:rPr>
          <w:rFonts w:ascii="Gentium Plus" w:hAnsi="Gentium Plus"/>
          <w:sz w:val="24"/>
        </w:rPr>
        <w:t>ἐθέλω παράγωγον κατὰ τὶ ἔστι. τὰ γὰρ διὰ τοῦ λω ὑπὲρ δύο συλλαβὰς τῷ ε παραληγόμενα, μὴ ἔχοντα ἕτερον λ προηγούμενον, περισπῶνται, οἷον· ὠφελῶ, ἀμελῶ· τὸ δὲ ἐθέλω βαρύνεται. τούτου χάριν τὸ θέλω ἀναλογώτερόν ἐστι τοῦ</w:t>
      </w:r>
    </w:p>
    <w:p>
      <w:r>
        <w:rPr>
          <w:rFonts w:ascii="Courier New" w:hAnsi="Courier New"/>
          <w:color w:val="555555"/>
          <w:sz w:val="20"/>
        </w:rPr>
        <w:t>[10]</w:t>
      </w:r>
    </w:p>
    <w:p>
      <w:r>
        <w:rPr>
          <w:rFonts w:ascii="Gentium Plus" w:hAnsi="Gentium Plus"/>
          <w:sz w:val="24"/>
        </w:rPr>
        <w:t>ἐθέλω. ἔχομεν δὲ τινὰ ῥήματα βαρυτονούμενα, οἷον· μέλω, ἕλω, κέλω. πρόσκειται μὴ ἔχοντα ἕτερον λ προηγούμενον, διὰ τὸ ἀνατέλλω. ἢ ἐθέλεις, ὄφρ’ αὐτὸς ἔχῃς γέρας—. *Ἔθρισεν. ἀπέκοψεν. ἐκ τοῦ θερίζειν.*</w:t>
      </w:r>
    </w:p>
    <w:p>
      <w:r>
        <w:rPr>
          <w:rFonts w:ascii="Courier New" w:hAnsi="Courier New"/>
          <w:color w:val="555555"/>
          <w:sz w:val="20"/>
        </w:rPr>
        <w:t>[15]</w:t>
      </w:r>
    </w:p>
    <w:p>
      <w:r>
        <w:rPr>
          <w:rFonts w:ascii="Gentium Plus" w:hAnsi="Gentium Plus"/>
          <w:sz w:val="24"/>
        </w:rPr>
        <w:t>Ἐθρυλλίχθη. ἐταράχθη. Ἔθου. ἀπὸ τοῦ ἐθέμην. [ἔθεσο, κατὰ ἀποβολὴν τοῦ ς καὶ κράσει ἔθου. καὶ τὸ προστακτικὸν θοῦ καὶ ἔθου.] Ἐθανατώθη. ὡς ἔνοχος θανάτου ἐκρίθη.</w:t>
      </w:r>
    </w:p>
    <w:p>
      <w:r>
        <w:rPr>
          <w:rFonts w:ascii="Courier New" w:hAnsi="Courier New"/>
          <w:color w:val="555555"/>
          <w:sz w:val="20"/>
        </w:rPr>
        <w:t>[20]</w:t>
      </w:r>
    </w:p>
    <w:p>
      <w:r>
        <w:rPr>
          <w:rFonts w:ascii="Gentium Plus" w:hAnsi="Gentium Plus"/>
          <w:sz w:val="24"/>
        </w:rPr>
        <w:t>Ἔθει. ἔτρεχεν. Ἐθηήσαντο. ἐθαύμασαν. καὶ ἐθήησαν. Ἐθίζω. παρὰ τὸ ἔθω ἐθίζω, ὡς ἔλπω ἐλπίζω. Ἐθόωσεν. ἀπώξυνεν. Ἐθρίγγωσεν. ἐχαράκωσεν.</w:t>
      </w:r>
    </w:p>
    <w:p>
      <w:r>
        <w:rPr>
          <w:rFonts w:ascii="Courier New" w:hAnsi="Courier New"/>
          <w:color w:val="555555"/>
          <w:sz w:val="20"/>
        </w:rPr>
        <w:t>[25]</w:t>
      </w:r>
    </w:p>
    <w:p>
      <w:r>
        <w:rPr>
          <w:rFonts w:ascii="Gentium Plus" w:hAnsi="Gentium Plus"/>
          <w:sz w:val="24"/>
        </w:rPr>
        <w:t>Ἐθαυμάστωσε. περίβλεπτον καὶ θαυμαστὸν ἐποίησε διὰ τῆς νίκης. Ἐθείρω. τὸ ἐξ ἔθους ἐπιμελοῦμαι τῶν τριχῶν. παρὰ τὸ ἔθω, ἐθείρω. ἐκ δὲ τοῦ ἔθω ἐθαῖ‐ ρος καὶ ἑταῖρος, οἱονεὶ ὁ ἐξ ἔθους τινὶ ἐπι‐</w:t>
      </w:r>
    </w:p>
    <w:p>
      <w:r>
        <w:rPr>
          <w:rFonts w:ascii="Courier New" w:hAnsi="Courier New"/>
          <w:color w:val="555555"/>
          <w:sz w:val="20"/>
        </w:rPr>
        <w:t>[30]</w:t>
      </w:r>
    </w:p>
    <w:p>
      <w:r>
        <w:rPr>
          <w:rFonts w:ascii="Gentium Plus" w:hAnsi="Gentium Plus"/>
          <w:sz w:val="24"/>
        </w:rPr>
        <w:t>φοιτῶν.</w:t>
      </w:r>
    </w:p>
    <w:p>
      <w:r>
        <w:rPr>
          <w:rFonts w:ascii="Courier New" w:hAnsi="Courier New"/>
          <w:color w:val="555555"/>
          <w:sz w:val="20"/>
        </w:rPr>
        <w:t>[epsilon 625]</w:t>
      </w:r>
    </w:p>
    <w:p>
      <w:r>
        <w:rPr>
          <w:rFonts w:ascii="Gentium Plus" w:hAnsi="Gentium Plus"/>
          <w:sz w:val="24"/>
        </w:rPr>
        <w:t>Ἔθυσας. ἀντὶ τοῦ θύσῃ. [τοῦτο παρὰ Φιλο‐ ξένῳ.] Ἔθηκεν. ἐποίησεν. ὁ δὲ Ἰουλιανὸς καὶ ἱππικὸν ἀγῶνα ἔθηκε.</w:t>
      </w:r>
    </w:p>
    <w:p>
      <w:r>
        <w:rPr>
          <w:rFonts w:ascii="Courier New" w:hAnsi="Courier New"/>
          <w:color w:val="555555"/>
          <w:sz w:val="20"/>
        </w:rPr>
        <w:t>[5]</w:t>
      </w:r>
    </w:p>
    <w:p>
      <w:r>
        <w:rPr>
          <w:rFonts w:ascii="Gentium Plus" w:hAnsi="Gentium Plus"/>
          <w:sz w:val="24"/>
        </w:rPr>
        <w:t>Ἐθοινήσαντο. εὐωχήθησαν. Ἐθώπευον. ἐκολάκευον. Ἐθελουσίως. ἑκουσίως. [Ἐθελοκάκως. ἑκουσίως ἐκλεγόμενος τὸ κακόν.] Ἐθελοντί. ἐθελουσίως.</w:t>
      </w:r>
    </w:p>
    <w:p>
      <w:r>
        <w:rPr>
          <w:rFonts w:ascii="Courier New" w:hAnsi="Courier New"/>
          <w:color w:val="555555"/>
          <w:sz w:val="20"/>
        </w:rPr>
        <w:t>[10]</w:t>
      </w:r>
    </w:p>
    <w:p>
      <w:r>
        <w:rPr>
          <w:rFonts w:ascii="Gentium Plus" w:hAnsi="Gentium Plus"/>
          <w:sz w:val="24"/>
        </w:rPr>
        <w:t>Ἐθελοντηδόν. διὰ τοῦ η. Θουκυδίδης. καὶ ἐθε‐ λοντὴν ἐπίῤῥημα. τοὺς παραβόλους κινδύνους ἐθελοντὴν ἀναδεδεγμένος.</w:t>
      </w:r>
    </w:p>
    <w:p>
      <w:pPr>
        <w:jc w:val="center"/>
      </w:pPr>
      <w:r>
        <w:rPr>
          <w:rFonts w:ascii="Gentium Plus" w:hAnsi="Gentium Plus"/>
          <w:b/>
          <w:sz w:val="24"/>
        </w:rPr>
        <w:t>Τὸ Ε μετὰ τοῦ Ι.</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Εἰανός. ποικίλος, πέπλος, λεπτός. Εἵλως. ὁ δοῦλος. καὶ κλίνεται εἵλωτος. καὶ τὸ ἔθνος. εἵλωτες [παρὰ Λακεδαιμονίοις οἱ νόθοι καὶ οἱ ἐξ αἰχμαλώτων δοῦλοι γενόμενοι.] ἀπὸ τοῦ Ἕλους· Ἕλος δὲ πόλις ἐν Πελοποννήσῳ. οἱ</w:t>
      </w:r>
    </w:p>
    <w:p>
      <w:r>
        <w:rPr>
          <w:rFonts w:ascii="Courier New" w:hAnsi="Courier New"/>
          <w:color w:val="555555"/>
          <w:sz w:val="20"/>
        </w:rPr>
        <w:t>[20]</w:t>
      </w:r>
    </w:p>
    <w:p>
      <w:r>
        <w:rPr>
          <w:rFonts w:ascii="Gentium Plus" w:hAnsi="Gentium Plus"/>
          <w:sz w:val="24"/>
        </w:rPr>
        <w:t>οὖν Λακεδαιμόνιοι διὰ τὸ ἀεὶ διαφόρους εἶναι</w:t>
      </w:r>
    </w:p>
    <w:p>
      <w:r>
        <w:rPr>
          <w:rFonts w:ascii="Courier New" w:hAnsi="Courier New"/>
          <w:color w:val="555555"/>
          <w:sz w:val="20"/>
        </w:rPr>
        <w:t>[epsilon 626]</w:t>
      </w:r>
    </w:p>
    <w:p>
      <w:r>
        <w:rPr>
          <w:rFonts w:ascii="Gentium Plus" w:hAnsi="Gentium Plus"/>
          <w:sz w:val="24"/>
        </w:rPr>
        <w:t>ἀλλήλοις, τοὺς δούλους αὐτῶν ἐκάλουν εἵλωτας κατὰ ἀτιμίαν καὶ ὕβριν. Εἰνάλιος. θαλάσσιος δαίμων. Εἴρ. λαίλαψ ἢ λαμπηδὼν, ἢ ὄνομα ποταμοῦ.</w:t>
      </w:r>
    </w:p>
    <w:p>
      <w:r>
        <w:rPr>
          <w:rFonts w:ascii="Courier New" w:hAnsi="Courier New"/>
          <w:color w:val="555555"/>
          <w:sz w:val="20"/>
        </w:rPr>
        <w:t>[5]</w:t>
      </w:r>
    </w:p>
    <w:p>
      <w:r>
        <w:rPr>
          <w:rFonts w:ascii="Gentium Plus" w:hAnsi="Gentium Plus"/>
          <w:sz w:val="24"/>
        </w:rPr>
        <w:t>Εἰσαγγελεύς. ὁ τῶν δημοσίων καὶ μεγάλων μηνυτής. καὶ εἰσαγγελία ἡ δηλατωρία ἢ δημο‐ σίου δίκης ὄνομα. Εἰσιτήριος. ὁ εἰσόδιος λόγος. Εἰσιτητός. πορευτός.</w:t>
      </w:r>
    </w:p>
    <w:p>
      <w:r>
        <w:rPr>
          <w:rFonts w:ascii="Courier New" w:hAnsi="Courier New"/>
          <w:color w:val="555555"/>
          <w:sz w:val="20"/>
        </w:rPr>
        <w:t>[10]</w:t>
      </w:r>
    </w:p>
    <w:p>
      <w:r>
        <w:rPr>
          <w:rFonts w:ascii="Gentium Plus" w:hAnsi="Gentium Plus"/>
          <w:sz w:val="24"/>
        </w:rPr>
        <w:t>Εἰσωποί. ἀντὶ πρόσωποι. Εἰδήμων. ἐπιστήμων, συνετὸς, λόγιος. ἀπὸ τοῦ εἴδω τὸ γινώσκω. Εἰκασμός. ὁ μετὰ δισταγμοῦ εἰκονίζων πρᾶγμα λόγος, ἐν ᾧ κεχρήμεθα ἢ τῷ ἴσως, ἢ τῷ τάχα,</w:t>
      </w:r>
    </w:p>
    <w:p>
      <w:r>
        <w:rPr>
          <w:rFonts w:ascii="Courier New" w:hAnsi="Courier New"/>
          <w:color w:val="555555"/>
          <w:sz w:val="20"/>
        </w:rPr>
        <w:t>[15]</w:t>
      </w:r>
    </w:p>
    <w:p>
      <w:r>
        <w:rPr>
          <w:rFonts w:ascii="Gentium Plus" w:hAnsi="Gentium Plus"/>
          <w:sz w:val="24"/>
        </w:rPr>
        <w:t>ἢ τῷ τυχόν. Εἰκαῖος. μάταιος. Εἰκαιομύθων. ματαιολόγων. Εἴκελος. ὁ ὅμοιος. παρὰ τὸ εἴκω, τὸ ὁμοιῶ. Εἰλεδανός. ὁ δεσμός.</w:t>
      </w:r>
    </w:p>
    <w:p>
      <w:r>
        <w:rPr>
          <w:rFonts w:ascii="Courier New" w:hAnsi="Courier New"/>
          <w:color w:val="555555"/>
          <w:sz w:val="20"/>
        </w:rPr>
        <w:t>[20]</w:t>
      </w:r>
    </w:p>
    <w:p>
      <w:r>
        <w:rPr>
          <w:rFonts w:ascii="Gentium Plus" w:hAnsi="Gentium Plus"/>
          <w:sz w:val="24"/>
        </w:rPr>
        <w:t>Εἰλυθμός. ἡ κατάδυσις. ἀπὸ τοῦ εἰλύω τὸ ἐπι‐ κρύπτω. Εἰλίπους βοῦς. ὁ τοὺς πόδας εἰλίσσων ἐν τῇ</w:t>
      </w:r>
    </w:p>
    <w:p>
      <w:r>
        <w:rPr>
          <w:rFonts w:ascii="Courier New" w:hAnsi="Courier New"/>
          <w:color w:val="555555"/>
          <w:sz w:val="20"/>
        </w:rPr>
        <w:t>[epsilon 627]</w:t>
      </w:r>
    </w:p>
    <w:p>
      <w:r>
        <w:rPr>
          <w:rFonts w:ascii="Gentium Plus" w:hAnsi="Gentium Plus"/>
          <w:sz w:val="24"/>
        </w:rPr>
        <w:t>[Εἶο. σημαίνει τὸ ἑαυτοῦ. ἔστι γὰρ ἐμοῦ, σοῦ, οὗ. καὶ αὗται αἱ γενικαὶ οὐδέποτε δύο σύμφωνα ἔχουσι μακρὰ ἢ βραχέα, ἀλλὰ τὸ μὲν ἓν μα‐ κρὸν, τὸ δὲ ἕτερον βραχύ· οἷον Πριαμίδεω, Πη‐</w:t>
      </w:r>
    </w:p>
    <w:p>
      <w:r>
        <w:rPr>
          <w:rFonts w:ascii="Courier New" w:hAnsi="Courier New"/>
          <w:color w:val="555555"/>
          <w:sz w:val="20"/>
        </w:rPr>
        <w:t>[5]</w:t>
      </w:r>
    </w:p>
    <w:p>
      <w:r>
        <w:rPr>
          <w:rFonts w:ascii="Gentium Plus" w:hAnsi="Gentium Plus"/>
          <w:sz w:val="24"/>
        </w:rPr>
        <w:t>λιάδεω, Ὠκεανοῖο. τούτου χάριν ἐπέλαβον τὸ ἰῶτα ποιητικῶς, καὶ ἐγένετο σεῖο, μεῖο, εἶο.] Εἰραφιώτης. ὁ Διόνυσος. παρὰ τὸ ἐῤῥάφθαι τῷ τοῦ Διὸς μηρῷ. ἢ παρὰ τὸ ἐρέφεσθαι, ὃ σημαίνει τὸ στεφανοῦσθαι, γέγονεν ἐραφιώτης</w:t>
      </w:r>
    </w:p>
    <w:p>
      <w:r>
        <w:rPr>
          <w:rFonts w:ascii="Courier New" w:hAnsi="Courier New"/>
          <w:color w:val="555555"/>
          <w:sz w:val="20"/>
        </w:rPr>
        <w:t>[10]</w:t>
      </w:r>
    </w:p>
    <w:p>
      <w:r>
        <w:rPr>
          <w:rFonts w:ascii="Gentium Plus" w:hAnsi="Gentium Plus"/>
          <w:sz w:val="24"/>
        </w:rPr>
        <w:t>καὶ εἰραφιώτης. ἢ παρὰ τὸ ἔριφος εἰραφιώτης· ὑπὸ γὰρ ἐρίφων φασὶν αὐτὸν ἀνατραφῆναι. Εἴρ. ὄνομα ποταμοῦ. Εἴρερος. ἡ δουλεία. [ἢ ὁ κοῦσπος. παρὰ τὸ τὴν ἔραν, τὴν γῆν, ἡ περὶ τὴν γῆν δουλεία. ἢ παρὰ</w:t>
      </w:r>
    </w:p>
    <w:p>
      <w:r>
        <w:rPr>
          <w:rFonts w:ascii="Courier New" w:hAnsi="Courier New"/>
          <w:color w:val="555555"/>
          <w:sz w:val="20"/>
        </w:rPr>
        <w:t>[15]</w:t>
      </w:r>
    </w:p>
    <w:p>
      <w:r>
        <w:rPr>
          <w:rFonts w:ascii="Gentium Plus" w:hAnsi="Gentium Plus"/>
          <w:sz w:val="24"/>
        </w:rPr>
        <w:t>τὸ ἔριον ἔρος, καὶ] κατὰ ἀναδιπλασιασμὸν ἔρε‐ ρος καὶ πλεονασμῷ τοῦ ι εἴρερος. ἢ παρὰ τὸ τείρω τὸ καταπονῶ, τείρερος, καὶ ἀποβολῇ τοῦ τ εἴρερος. Εἰρηναῖος. διαλλακτήριος.</w:t>
      </w:r>
    </w:p>
    <w:p>
      <w:r>
        <w:rPr>
          <w:rFonts w:ascii="Courier New" w:hAnsi="Courier New"/>
          <w:color w:val="555555"/>
          <w:sz w:val="20"/>
        </w:rPr>
        <w:t>[20]</w:t>
      </w:r>
    </w:p>
    <w:p>
      <w:r>
        <w:rPr>
          <w:rFonts w:ascii="Gentium Plus" w:hAnsi="Gentium Plus"/>
          <w:sz w:val="24"/>
        </w:rPr>
        <w:t>Εἰρηνοποιός. ὁ τὴν εἰρήνην ἐν ἄλλοις κατεργα‐ ζόμενος. οὐκ ἂν δέ τις ἕτερα παράσχοι, ὃ μὴ αὐτὸς ἔχῃ. κυρίως δὲ εἰρηνοποιὸς ὁ τὴν ἑαυτοῦ</w:t>
      </w:r>
    </w:p>
    <w:p>
      <w:r>
        <w:rPr>
          <w:rFonts w:ascii="Courier New" w:hAnsi="Courier New"/>
          <w:color w:val="555555"/>
          <w:sz w:val="20"/>
        </w:rPr>
        <w:t>[epsilon 628]</w:t>
      </w:r>
    </w:p>
    <w:p>
      <w:r>
        <w:rPr>
          <w:rFonts w:ascii="Gentium Plus" w:hAnsi="Gentium Plus"/>
          <w:sz w:val="24"/>
        </w:rPr>
        <w:t>ἐμφύλιον τῆς φύσεως πόλεμον εἰς εἰρηνικὴν ἄγων συμφωνίαν. ὅταν γὰρ ἡ σὰρξ μηκέτι ἐπι‐ θυμεῖ κατὰ τοῦ πνεύματος, ἀλλ’ ἡ τοῦ πνεύ‐ ματος χάρις ἐπικρατήσῃ τῶν σωματικῶν παθῶν.</w:t>
      </w:r>
    </w:p>
    <w:p>
      <w:r>
        <w:rPr>
          <w:rFonts w:ascii="Courier New" w:hAnsi="Courier New"/>
          <w:color w:val="555555"/>
          <w:sz w:val="20"/>
        </w:rPr>
        <w:t>[5]</w:t>
      </w:r>
    </w:p>
    <w:p>
      <w:r>
        <w:rPr>
          <w:rFonts w:ascii="Gentium Plus" w:hAnsi="Gentium Plus"/>
          <w:sz w:val="24"/>
        </w:rPr>
        <w:t>*Εἰλυός. ὁ φωλεός. καὶ εἰλύω τὸ κρύπτω.* Εἰροπόκος. μαλλοὺς πλέκων ἢ κτενίζων. παρὰ τὸ [ἔριον καὶ τὸ] πέκω, τὸ κτενίζω, γίνεται ἐροπόκος καὶ εἰροπόκος. Εἴρων. ὁ ἀπατεὼν, ὁ κόλαξ. παρὰ τὸ εἴρω τὸ</w:t>
      </w:r>
    </w:p>
    <w:p>
      <w:r>
        <w:rPr>
          <w:rFonts w:ascii="Courier New" w:hAnsi="Courier New"/>
          <w:color w:val="555555"/>
          <w:sz w:val="20"/>
        </w:rPr>
        <w:t>[10]</w:t>
      </w:r>
    </w:p>
    <w:p>
      <w:r>
        <w:rPr>
          <w:rFonts w:ascii="Gentium Plus" w:hAnsi="Gentium Plus"/>
          <w:sz w:val="24"/>
        </w:rPr>
        <w:t>λέγω γίνεται εἴρων, ὁ διὰ λόγων παραλογιζό‐ μενος, ὁ ἄλλα μὲν φρονῶν, ἄλλα δὲ λέγων. ἐξ οὗ καὶ εἰρωνεία, παρὰ τὸ εἴρειν. Εἰς ἀΐδαο. εἰς τὸν τόπον τοῦ ᾅδου. Εἰσηγητής. διδάσκαλος.</w:t>
      </w:r>
    </w:p>
    <w:p>
      <w:r>
        <w:rPr>
          <w:rFonts w:ascii="Courier New" w:hAnsi="Courier New"/>
          <w:color w:val="555555"/>
          <w:sz w:val="20"/>
        </w:rPr>
        <w:t>[15]</w:t>
      </w:r>
    </w:p>
    <w:p>
      <w:r>
        <w:rPr>
          <w:rFonts w:ascii="Gentium Plus" w:hAnsi="Gentium Plus"/>
          <w:sz w:val="24"/>
        </w:rPr>
        <w:t>Εἰσπνήλης. ὁ ἐρώμενος. [Καλλίμαχος· μέμβλετο δ’ εἰσπνήλαις, ὁππότε κοῦρος ἴοι. φωλεὸν ἢ λοετρόν.] ὁ ὑπὸ τοῦ ἔρωτος εἰσπνεό‐ μενος. [Λακεδαιμόνιοι γὰρ εἰσπνεῖν φασὶ τὸ ἐρᾷν. ἢ παρὰ τὸ ἕπεσθαι τοῖς ἐρωμένοις, εἰσ‐</w:t>
      </w:r>
    </w:p>
    <w:p>
      <w:r>
        <w:rPr>
          <w:rFonts w:ascii="Courier New" w:hAnsi="Courier New"/>
          <w:color w:val="555555"/>
          <w:sz w:val="20"/>
        </w:rPr>
        <w:t>[20]</w:t>
      </w:r>
    </w:p>
    <w:p>
      <w:r>
        <w:rPr>
          <w:rFonts w:ascii="Gentium Plus" w:hAnsi="Gentium Plus"/>
          <w:sz w:val="24"/>
        </w:rPr>
        <w:t>πνόλης τὶς ὢν καὶ εἰσπνήλης.] Εἴδαυλος. συνετὸς, λόγιος.</w:t>
      </w:r>
    </w:p>
    <w:p>
      <w:r>
        <w:rPr>
          <w:rFonts w:ascii="Courier New" w:hAnsi="Courier New"/>
          <w:color w:val="555555"/>
          <w:sz w:val="20"/>
        </w:rPr>
        <w:t>[epsilon 629]</w:t>
      </w:r>
    </w:p>
    <w:p>
      <w:r>
        <w:rPr>
          <w:rFonts w:ascii="Gentium Plus" w:hAnsi="Gentium Plus"/>
          <w:sz w:val="24"/>
        </w:rPr>
        <w:t>Εἰδωλολάτρης. ὁ τῶν εἰδώλων θεραπευτής. καὶ εἰδωλεῖον, ὁ ναὸς τῶν εἰδώλων. εἰδώλιον δὲ, ὁμοίωμα, ι.</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Ἐΐση. ἡ ἴση. Ἐΐσας. ἰσοτοίχους, ἰσοπλεύρους. ἐΐσας ναῦς. ἴσας καὶ πλεονασμῷ τοῦ ε ἐΐσας. [ἐγὼ δὲ εὗρον παρὰ τὸ ἴω, τὸ πορεύομαι, ἴσω, ἴσας, καὶ νῆας ἐΐσας] τὰς πορευτικάς.</w:t>
      </w:r>
    </w:p>
    <w:p>
      <w:r>
        <w:rPr>
          <w:rFonts w:ascii="Courier New" w:hAnsi="Courier New"/>
          <w:color w:val="555555"/>
          <w:sz w:val="20"/>
        </w:rPr>
        <w:t>[10]</w:t>
      </w:r>
    </w:p>
    <w:p>
      <w:r>
        <w:rPr>
          <w:rFonts w:ascii="Gentium Plus" w:hAnsi="Gentium Plus"/>
          <w:sz w:val="24"/>
        </w:rPr>
        <w:t>Εἰκώ. τὴν εἰκόνα. κατὰ ἀποκοπήν. Εἰκόνα. τὸ ὁμοίωμα. ὁ Δαβίδ· τὴν εἰκόνα αὐ‐ τῶν ἐξουθενώσεις. Εἴλησις. ἡ ἔκκαυσις. ἢ συστροφή. Εἰμαρμένη. γένεσις, αἰτία τῶν ὅλων. ἢ λόγος,</w:t>
      </w:r>
    </w:p>
    <w:p>
      <w:r>
        <w:rPr>
          <w:rFonts w:ascii="Courier New" w:hAnsi="Courier New"/>
          <w:color w:val="555555"/>
          <w:sz w:val="20"/>
        </w:rPr>
        <w:t>[15]</w:t>
      </w:r>
    </w:p>
    <w:p>
      <w:r>
        <w:rPr>
          <w:rFonts w:ascii="Gentium Plus" w:hAnsi="Gentium Plus"/>
          <w:sz w:val="24"/>
        </w:rPr>
        <w:t>καθ’ ὃν τὸ πᾶν διεξάγεται. ἢ εἱρμός τις καὶ ἐπισύνδεσμος ἀπαράβατος δι’ αἰτίαν ἀναπόδρα‐ στον. ἢ δύναμις κινητικὴ τῆς ὕλης. ἡμεῖς δὲ Χριστὸν θεὸν ὁμολογοῦμεν διοικεῖν τὰ πάντα. Εἰρωνεία. κολακία, χλεύη ἢ ὑπόκρισις. διαιρεῖται</w:t>
      </w:r>
    </w:p>
    <w:p>
      <w:r>
        <w:rPr>
          <w:rFonts w:ascii="Courier New" w:hAnsi="Courier New"/>
          <w:color w:val="555555"/>
          <w:sz w:val="20"/>
        </w:rPr>
        <w:t>[20]</w:t>
      </w:r>
    </w:p>
    <w:p>
      <w:r>
        <w:rPr>
          <w:rFonts w:ascii="Gentium Plus" w:hAnsi="Gentium Plus"/>
          <w:sz w:val="24"/>
        </w:rPr>
        <w:t>εἰς δ· εἰς χλεύην· εἰς μυκτηρισμόν· σαρκασμὸν, καὶ ἀστεϊσμόν. Εἰδύλισα. ἡ ἐπιστήμων.</w:t>
      </w:r>
    </w:p>
    <w:p>
      <w:r>
        <w:rPr>
          <w:rFonts w:ascii="Courier New" w:hAnsi="Courier New"/>
          <w:color w:val="555555"/>
          <w:sz w:val="20"/>
        </w:rPr>
        <w:t>[epsilon 630]</w:t>
      </w:r>
    </w:p>
    <w:p>
      <w:r>
        <w:rPr>
          <w:rFonts w:ascii="Gentium Plus" w:hAnsi="Gentium Plus"/>
          <w:sz w:val="24"/>
        </w:rPr>
        <w:t>Εἰσβολάς. τὰς ἐπὶ τὴν τῶν πολεμίων χώραν ἐφόδους ἐκάλουν εἰσβολάς. Εἰσβολή. ἐπὶ τοῦ νοὸς τρία θεωρεῖται· εἰσβολή· παραδοχή· συγκατάθεσις. τοῦτο καὶ παρὰ τῷ</w:t>
      </w:r>
    </w:p>
    <w:p>
      <w:r>
        <w:rPr>
          <w:rFonts w:ascii="Courier New" w:hAnsi="Courier New"/>
          <w:color w:val="555555"/>
          <w:sz w:val="20"/>
        </w:rPr>
        <w:t>[5]</w:t>
      </w:r>
    </w:p>
    <w:p>
      <w:r>
        <w:rPr>
          <w:rFonts w:ascii="Gentium Plus" w:hAnsi="Gentium Plus"/>
          <w:sz w:val="24"/>
        </w:rPr>
        <w:t>Δαβὶδ εἴρηται ἐνώτισις, σύνεσις· τὰ ῥήματά μου ἐνώτισαι, κύριε, κ. τ. ἑ. καὶ ἐνώτισις μὲν ἡ σύνοψις τῶν ῥημάτων· σύνεσις δὲ ἡ ἐπίληψις τῶν πραγμάτων. προσοχὴ δὲ ἡ τελείωσις τῆς ἐφέσεως.</w:t>
      </w:r>
    </w:p>
    <w:p>
      <w:r>
        <w:rPr>
          <w:rFonts w:ascii="Courier New" w:hAnsi="Courier New"/>
          <w:color w:val="555555"/>
          <w:sz w:val="20"/>
        </w:rPr>
        <w:t>[10]</w:t>
      </w:r>
    </w:p>
    <w:p>
      <w:r>
        <w:rPr>
          <w:rFonts w:ascii="Gentium Plus" w:hAnsi="Gentium Plus"/>
          <w:sz w:val="24"/>
        </w:rPr>
        <w:t>Εἰς ἐμφανῶν κατάστασιν. δίκης ἐστὶν ὄνομα ὑπὲρ τοῦ τὰ ἀμφισβητούμενα ἐν φανερῷ ποι‐ ῆσαι. Εἰς ἕω. εἰς ἀρχομένας ἡμέρας. Εἰσηγορία. ἐπηγορία, καὶ κατηγορία. ἀντὶ τοῦ</w:t>
      </w:r>
    </w:p>
    <w:p>
      <w:r>
        <w:rPr>
          <w:rFonts w:ascii="Courier New" w:hAnsi="Courier New"/>
          <w:color w:val="555555"/>
          <w:sz w:val="20"/>
        </w:rPr>
        <w:t>[15]</w:t>
      </w:r>
    </w:p>
    <w:p>
      <w:r>
        <w:rPr>
          <w:rFonts w:ascii="Gentium Plus" w:hAnsi="Gentium Plus"/>
          <w:sz w:val="24"/>
        </w:rPr>
        <w:t>μέμψις καὶ λοιδορία. Εἰς λῆξιν. εἰς κατάπαυσιν, εἰς τελειότητα. Εἴσοδος. ἡ εἰσφορά. Εἴσω ἁλός. ἰσοδύναμον τῷ εἰς τὸ εἴσω. οἷον· εἰς ἁλός——.</w:t>
      </w:r>
    </w:p>
    <w:p>
      <w:r>
        <w:rPr>
          <w:rFonts w:ascii="Courier New" w:hAnsi="Courier New"/>
          <w:color w:val="555555"/>
          <w:sz w:val="20"/>
        </w:rPr>
        <w:t>[20]</w:t>
      </w:r>
    </w:p>
    <w:p>
      <w:r>
        <w:rPr>
          <w:rFonts w:ascii="Gentium Plus" w:hAnsi="Gentium Plus"/>
          <w:sz w:val="24"/>
        </w:rPr>
        <w:t>καὶ παρὰ τοῖς ῥήτορσιν εἴρηται, εἴσω τὴν χεῖ‐ ρα ἔχειν· ὅπερ ἔνιοι ἁμάρτημα ἔδοξαν εἶναι. ἀλλ’ ἐπλανήθησαν.</w:t>
      </w:r>
    </w:p>
    <w:p>
      <w:r>
        <w:rPr>
          <w:rFonts w:ascii="Courier New" w:hAnsi="Courier New"/>
          <w:color w:val="555555"/>
          <w:sz w:val="20"/>
        </w:rPr>
        <w:t>[epsilon 631]</w:t>
      </w:r>
    </w:p>
    <w:p>
      <w:r>
        <w:rPr>
          <w:rFonts w:ascii="Gentium Plus" w:hAnsi="Gentium Plus"/>
          <w:sz w:val="24"/>
        </w:rPr>
        <w:t>Εἰσπομπή. εἰσβολή. καὶ δόρατος εἰσπομπὴν ἐπὶ τοῦ εὐωνύμου βραχίονος. Εἰσφορά. τέλεσμα. Εἰαμενή. κάθυγρος τόπος καὶ σύμφυτος. [παρὰ</w:t>
      </w:r>
    </w:p>
    <w:p>
      <w:r>
        <w:rPr>
          <w:rFonts w:ascii="Courier New" w:hAnsi="Courier New"/>
          <w:color w:val="555555"/>
          <w:sz w:val="20"/>
        </w:rPr>
        <w:t>[5]</w:t>
      </w:r>
    </w:p>
    <w:p>
      <w:r>
        <w:rPr>
          <w:rFonts w:ascii="Gentium Plus" w:hAnsi="Gentium Plus"/>
          <w:sz w:val="24"/>
        </w:rPr>
        <w:t>τὸ ῥέω ῥεαμένη καὶ ἀποβολῇ τοῦ ρ ἐαμενὴ, καὶ πλεονασμῷ τοῦ ι εἰαμενή. ἢ παρὰ τὴν ἔσιν, ὃ σημαίνει τὴν ἀνάδοσιν, γέγονε ἐσαμενὴ καὶ πλεο‐ νασμῷ τοῦ ι, καὶ ἀποβολῇ τοῦ ς, εἰαμενή.] Εἰνάτηρ. ἡ νύμφη. παρὰ τὸ εὐνὴ εὐνάτηρ καὶ</w:t>
      </w:r>
    </w:p>
    <w:p>
      <w:r>
        <w:rPr>
          <w:rFonts w:ascii="Courier New" w:hAnsi="Courier New"/>
          <w:color w:val="555555"/>
          <w:sz w:val="20"/>
        </w:rPr>
        <w:t>[10]</w:t>
      </w:r>
    </w:p>
    <w:p>
      <w:r>
        <w:rPr>
          <w:rFonts w:ascii="Gentium Plus" w:hAnsi="Gentium Plus"/>
          <w:sz w:val="24"/>
        </w:rPr>
        <w:t>τροπῇ τοῦ υ εἰς ι εἰνάτηρ. Εἰρκτή. ἡ φυλακή. παρὰ τὸ ἕρκος. Εἰδοθέα. κύριον. Εἴδησις. γνῶσις. [Εἰδαλίμας. συνετὰς ἢ εὐειδεῖς καὶ εὐμόρφους.</w:t>
      </w:r>
    </w:p>
    <w:p>
      <w:r>
        <w:rPr>
          <w:rFonts w:ascii="Courier New" w:hAnsi="Courier New"/>
          <w:color w:val="555555"/>
          <w:sz w:val="20"/>
        </w:rPr>
        <w:t>[15]</w:t>
      </w:r>
    </w:p>
    <w:p>
      <w:r>
        <w:rPr>
          <w:rFonts w:ascii="Gentium Plus" w:hAnsi="Gentium Plus"/>
          <w:sz w:val="24"/>
        </w:rPr>
        <w:t>παρὰ τὸ εἶδος εἴδιμος καὶ πλεονασμῷ τῆς αλ συλλαβῆς εἰδάλιμος· ὡς κύδιμος, κυδάλιμος, πεύκη, πευκάλιμος. καὶ τὸ θηλυκὸν εἰδαλίμη.] Εἰδοῖ. τοῦ μηνὸς ἢ τῇ ἡμέρᾳ. Εἰκαιοβουλία. ματαιοβουλία.</w:t>
      </w:r>
    </w:p>
    <w:p>
      <w:r>
        <w:rPr>
          <w:rFonts w:ascii="Courier New" w:hAnsi="Courier New"/>
          <w:color w:val="555555"/>
          <w:sz w:val="20"/>
        </w:rPr>
        <w:t>[20]</w:t>
      </w:r>
    </w:p>
    <w:p>
      <w:r>
        <w:rPr>
          <w:rFonts w:ascii="Gentium Plus" w:hAnsi="Gentium Plus"/>
          <w:sz w:val="24"/>
        </w:rPr>
        <w:t>Εἰδώς. ἡ ἡμέρα. Εἰκαιοῤῥημοσύνη. ματαιολογία. Εἰκασία. ὁ εἰκασμός. Εἰκόσι. χαρακτῆρσιν, ὄψεσιν. Εἰκών. ὁμοία ἀρχετύπῳ. τῇ οὐσίᾳ μὲν καὶ τῷ</w:t>
      </w:r>
    </w:p>
    <w:p>
      <w:r>
        <w:rPr>
          <w:rFonts w:ascii="Courier New" w:hAnsi="Courier New"/>
          <w:color w:val="555555"/>
          <w:sz w:val="20"/>
        </w:rPr>
        <w:t>[25]</w:t>
      </w:r>
    </w:p>
    <w:p>
      <w:r>
        <w:rPr>
          <w:rFonts w:ascii="Gentium Plus" w:hAnsi="Gentium Plus"/>
          <w:sz w:val="24"/>
        </w:rPr>
        <w:t>ὑποκειμένῳ διαφέρον ὅλον, ἐν ἑαυτῷ δὲ τὸ τοῦ</w:t>
      </w:r>
    </w:p>
    <w:p>
      <w:r>
        <w:rPr>
          <w:rFonts w:ascii="Courier New" w:hAnsi="Courier New"/>
          <w:color w:val="555555"/>
          <w:sz w:val="20"/>
        </w:rPr>
        <w:t>[epsilon 632]</w:t>
      </w:r>
    </w:p>
    <w:p>
      <w:r>
        <w:rPr>
          <w:rFonts w:ascii="Gentium Plus" w:hAnsi="Gentium Plus"/>
          <w:sz w:val="24"/>
        </w:rPr>
        <w:t>εἰκονιζομένου εἶδος διὰ τῆς ἐμφερείας ἀποματ‐ τόμενον. παρὰ τὸ εἴκω τὸ ὁμοιῶ. Εἰδωλολατρεία. ἡ ἐκ διαθέσεως τιμὴ τοῖς εἰδώ‐ λοις.</w:t>
      </w:r>
    </w:p>
    <w:p>
      <w:r>
        <w:rPr>
          <w:rFonts w:ascii="Courier New" w:hAnsi="Courier New"/>
          <w:color w:val="555555"/>
          <w:sz w:val="20"/>
        </w:rPr>
        <w:t>[5]</w:t>
      </w:r>
    </w:p>
    <w:p>
      <w:r>
        <w:rPr>
          <w:rFonts w:ascii="Gentium Plus" w:hAnsi="Gentium Plus"/>
          <w:sz w:val="24"/>
        </w:rPr>
        <w:t>Εἰλαπίνη. ἑορτὴ, εὐωχία, συμπόσιον καὶ σύν‐ δειπνον. ἀπὸ τοῦ εἰλεῖσθαι εἰς τὸ αὐτό. ἢ παρὰ τὸ εἴλας καὶ τὸ θοίνη γέγονεν εἰλαθοίνη καὶ εἰλαπίνη κατ’ ἐναλλαγὴν τῶν στοιχείων. οἱονεὶ ἡ κατὰ εἴλας καὶ συστροφὰς οὖσα εὐωχία. ἢ</w:t>
      </w:r>
    </w:p>
    <w:p>
      <w:r>
        <w:rPr>
          <w:rFonts w:ascii="Courier New" w:hAnsi="Courier New"/>
          <w:color w:val="555555"/>
          <w:sz w:val="20"/>
        </w:rPr>
        <w:t>[10]</w:t>
      </w:r>
    </w:p>
    <w:p>
      <w:r>
        <w:rPr>
          <w:rFonts w:ascii="Gentium Plus" w:hAnsi="Gentium Plus"/>
          <w:sz w:val="24"/>
        </w:rPr>
        <w:t>παρὰ τὸ λαφύσσειν ἢ λαπίζειν, ὃ σημαίνει τὸ ἐκκενοῦν καὶ ἀναλίσκειν. *Εἰδέχθεια. ἡ ἀμορφία.* Εἰλεός. ἡ μαγειρικὴ τράπεζα. παρὰ τὸ ἔλος γέγονεν ἐλεὸς καὶ πλεονασμῷ τοῦ ι εἰλεός. ση‐</w:t>
      </w:r>
    </w:p>
    <w:p>
      <w:r>
        <w:rPr>
          <w:rFonts w:ascii="Courier New" w:hAnsi="Courier New"/>
          <w:color w:val="555555"/>
          <w:sz w:val="20"/>
        </w:rPr>
        <w:t>[15]</w:t>
      </w:r>
    </w:p>
    <w:p>
      <w:r>
        <w:rPr>
          <w:rFonts w:ascii="Gentium Plus" w:hAnsi="Gentium Plus"/>
          <w:sz w:val="24"/>
        </w:rPr>
        <w:t>μαίνει δὲ [καὶ] τὴν νόσον. οἶμαι, ὅτι ἀρσενικόν ἐστιν ὁ εἰλεός. Εἰλείθυιαι. αἱ ἐπὶ τῶν τικτουσῶν θεαί· ἢ αἱ μαῖαι. παρὰ τὸ ἐλεύθω ἐλεύθυιαι καὶ ἐλείθυιαι. Εἴλη. ἡ θερμασία. ἐκ τοῦ ἔλη κατὰ πλεονασμὸν</w:t>
      </w:r>
    </w:p>
    <w:p>
      <w:r>
        <w:rPr>
          <w:rFonts w:ascii="Courier New" w:hAnsi="Courier New"/>
          <w:color w:val="555555"/>
          <w:sz w:val="20"/>
        </w:rPr>
        <w:t>[20]</w:t>
      </w:r>
    </w:p>
    <w:p>
      <w:r>
        <w:rPr>
          <w:rFonts w:ascii="Gentium Plus" w:hAnsi="Gentium Plus"/>
          <w:sz w:val="24"/>
        </w:rPr>
        <w:t>τοῦ ι. Εἰλικρινής. καθαρά. καὶ ἐπὶ ἀρσενικοῦ γράφε‐ ται. παρὰ τὴν ἕλην, ὃ σημαίνει τὴν θερμασίαν, καὶ τὸ κρίνω γέγονεν ἐλικρινὴς καὶ πλεονασμῷ τοῦ ι εἰλικρινής. ὅτι ἐν τῇ ἕλῃ κεκριμένος.</w:t>
      </w:r>
    </w:p>
    <w:p>
      <w:r>
        <w:rPr>
          <w:rFonts w:ascii="Courier New" w:hAnsi="Courier New"/>
          <w:color w:val="555555"/>
          <w:sz w:val="20"/>
        </w:rPr>
        <w:t>[25]</w:t>
      </w:r>
    </w:p>
    <w:p>
      <w:r>
        <w:rPr>
          <w:rFonts w:ascii="Gentium Plus" w:hAnsi="Gentium Plus"/>
          <w:sz w:val="24"/>
        </w:rPr>
        <w:t>ἡ δὲ χρῆσις εἴρηται παρὰ Σοφοκλεῖ·</w:t>
      </w:r>
    </w:p>
    <w:p>
      <w:r>
        <w:rPr>
          <w:rFonts w:ascii="Courier New" w:hAnsi="Courier New"/>
          <w:color w:val="555555"/>
          <w:sz w:val="20"/>
        </w:rPr>
        <w:t>[epsilon 633]</w:t>
      </w:r>
    </w:p>
    <w:p>
      <w:r>
        <w:rPr>
          <w:rFonts w:ascii="Gentium Plus" w:hAnsi="Gentium Plus"/>
          <w:sz w:val="24"/>
        </w:rPr>
        <w:t>καὶ τῶν προσείλων ἰχθύων ὠπτημένων. δοκεῖ δὲ τὸ εἰλικρινὴς παραλόγως εἰς τὴν σύν‐ θεσιν. εἰ γὰρ παρὰ τὸ ἕλη γέγονεν, ὤφειλεν ἢ τρέψαι τὸ η εἰς ο καὶ γενέσθαι εἰλοκρινής·</w:t>
      </w:r>
    </w:p>
    <w:p>
      <w:r>
        <w:rPr>
          <w:rFonts w:ascii="Courier New" w:hAnsi="Courier New"/>
          <w:color w:val="555555"/>
          <w:sz w:val="20"/>
        </w:rPr>
        <w:t>[5]</w:t>
      </w:r>
    </w:p>
    <w:p>
      <w:r>
        <w:rPr>
          <w:rFonts w:ascii="Gentium Plus" w:hAnsi="Gentium Plus"/>
          <w:sz w:val="24"/>
        </w:rPr>
        <w:t>ἢ φυλάσσειν τὸ η καὶ γενέσθαι εἰληκρινὴς, διὰ τοῦ η. τὰ γὰρ θηλυκὰ εἰς η ἐν τῇ συνθέσει ἢ τρέπουσι τὸ ε εἰς ο, οἷον· νύμφη, νυμφο‐ στόλος· τιμὴ, Τιμόθεος· ἢ φυλάσσει τὸ η, οἷον· γῆ, γηπόνος· βουλὴ, βουληφόρος. ἔστιν οὖν</w:t>
      </w:r>
    </w:p>
    <w:p>
      <w:r>
        <w:rPr>
          <w:rFonts w:ascii="Courier New" w:hAnsi="Courier New"/>
          <w:color w:val="555555"/>
          <w:sz w:val="20"/>
        </w:rPr>
        <w:t>[10]</w:t>
      </w:r>
    </w:p>
    <w:p>
      <w:r>
        <w:rPr>
          <w:rFonts w:ascii="Gentium Plus" w:hAnsi="Gentium Plus"/>
          <w:sz w:val="24"/>
        </w:rPr>
        <w:t>εἰπεῖν, ὅτι εἰλοκρινὴς ἦν, καὶ τροπῇ τοῦ ο εἰς ι εἰλικρινής. Εἰρεσία. κωπηλασία. παρὰ τὸ ἐρέτης ἐρεσία καὶ εἰρεσία. Εἰρήνη. ἡ ἀγάπη, ἡ εὐλογία. ἡ πρὸς τὸ ὁμόφυ‐</w:t>
      </w:r>
    </w:p>
    <w:p>
      <w:r>
        <w:rPr>
          <w:rFonts w:ascii="Courier New" w:hAnsi="Courier New"/>
          <w:color w:val="555555"/>
          <w:sz w:val="20"/>
        </w:rPr>
        <w:t>[15]</w:t>
      </w:r>
    </w:p>
    <w:p>
      <w:r>
        <w:rPr>
          <w:rFonts w:ascii="Gentium Plus" w:hAnsi="Gentium Plus"/>
          <w:sz w:val="24"/>
        </w:rPr>
        <w:t>λον γνησία διάθεσις. καὶ ἡ πρὸς τοὺς πολεμοῦν‐ τας ἐχθροὺς ἡσυχία. παρὰ τὸ εἴρω, τὸ λέγω. ἢ παρὰ τὸ εἴρειν ἡμᾶς ἐπ’ αὐτὴν, ὅ ἐστι συμ‐ πλέκειν. Εἰρεσιώνη. θαλλὸς ἐλαίας ἐστεμμένος ἐρίοις καὶ</w:t>
      </w:r>
    </w:p>
    <w:p>
      <w:r>
        <w:rPr>
          <w:rFonts w:ascii="Courier New" w:hAnsi="Courier New"/>
          <w:color w:val="555555"/>
          <w:sz w:val="20"/>
        </w:rPr>
        <w:t>[20]</w:t>
      </w:r>
    </w:p>
    <w:p>
      <w:r>
        <w:rPr>
          <w:rFonts w:ascii="Gentium Plus" w:hAnsi="Gentium Plus"/>
          <w:sz w:val="24"/>
        </w:rPr>
        <w:t>παντοδαποῖς καρποῖς. Εἰρηνικαὶ ἐπιστολαί. αἱ λεγόμεναι ἀπολυτικαί. οἷαι εἰσὶν αἱ διδόμεναι τοῖς μητροπολίταις ὑπὸ τῶν πατριαρχῶν ἢ τοῖς ἐπισκόποις παρὰ τῶν μητροπολιτῶν, οἷς ὑπόκεινται.</w:t>
      </w:r>
    </w:p>
    <w:p>
      <w:r>
        <w:rPr>
          <w:rFonts w:ascii="Courier New" w:hAnsi="Courier New"/>
          <w:color w:val="555555"/>
          <w:sz w:val="20"/>
        </w:rPr>
        <w:t>[25]</w:t>
      </w:r>
    </w:p>
    <w:p>
      <w:r>
        <w:rPr>
          <w:rFonts w:ascii="Gentium Plus" w:hAnsi="Gentium Plus"/>
          <w:sz w:val="24"/>
        </w:rPr>
        <w:t>Εἰρωνεία. κολακεία, ὑπόκρισις, ἢ ἕξις ψευδὴς ἀρνουμένη τὰ προσόντα καλὰ οὐκ ἀρετῆς χάριν. Εἰκάς. ἀπὸ τοῦ εἴκοσι γέγονεν εἰκάς. Εἰσαγγελία καὶ γραφὴ διαφέρει. εἰσαγγελία</w:t>
      </w:r>
    </w:p>
    <w:p>
      <w:r>
        <w:rPr>
          <w:rFonts w:ascii="Courier New" w:hAnsi="Courier New"/>
          <w:color w:val="555555"/>
          <w:sz w:val="20"/>
        </w:rPr>
        <w:t>[epsilon 634]</w:t>
      </w:r>
    </w:p>
    <w:p>
      <w:r>
        <w:rPr>
          <w:rFonts w:ascii="Gentium Plus" w:hAnsi="Gentium Plus"/>
          <w:sz w:val="24"/>
        </w:rPr>
        <w:t>ἀδικημάτων· γίνεται γὰρ ὑπὲρ πρυτανέων εἰσ‐ αγομένη δίκη, περὶ ὧν διαῤῥήδην μὲν λέγουσιν οἱ νόμοι οὐδὲν, συγχωροῦσι δὲ κρίσεις γίνεσθαι. καὶ τοῦτό ἐστι τὸ ἐν ταῖς τῶν σοφιστῶν δια‐</w:t>
      </w:r>
    </w:p>
    <w:p>
      <w:r>
        <w:rPr>
          <w:rFonts w:ascii="Courier New" w:hAnsi="Courier New"/>
          <w:color w:val="555555"/>
          <w:sz w:val="20"/>
        </w:rPr>
        <w:t>[5]</w:t>
      </w:r>
    </w:p>
    <w:p>
      <w:r>
        <w:rPr>
          <w:rFonts w:ascii="Gentium Plus" w:hAnsi="Gentium Plus"/>
          <w:sz w:val="24"/>
        </w:rPr>
        <w:t>τριβαῖς μελετώμενον τὸ τῶν ἀγράφων ἀδικημά‐ των. γραφὴ δὲ ἡ ἐπὶ μικρῶν· καὶ κυρίως γρα‐ φὴ ἐπὶ τῶν παράνομα γραφόντων. Εἰσίθμη. ἡ εἴσοδος. [παρὰ τὸ ἴω τὸ πορεύομαι, ὁ μέλλων ἴσω καὶ ἴσομαι. οἷον·</w:t>
      </w:r>
    </w:p>
    <w:p>
      <w:r>
        <w:rPr>
          <w:rFonts w:ascii="Courier New" w:hAnsi="Courier New"/>
          <w:color w:val="555555"/>
          <w:sz w:val="20"/>
        </w:rPr>
        <w:t>[10]</w:t>
      </w:r>
    </w:p>
    <w:p>
      <w:r>
        <w:rPr>
          <w:rFonts w:ascii="Gentium Plus" w:hAnsi="Gentium Plus"/>
          <w:sz w:val="24"/>
        </w:rPr>
        <w:t>ἴσομαι ἐξ ἁλόθεν χαλεπὴν ὄρσουσα θύ‐ ελλαν. ἀπὸ τοῦ ἴσω ἰσμὴ καὶ μετὰ τῆς εἰς προθέσεως εἰσισμὴ, καὶ τροπῇ τοῦ ς εἰς θ εἰσίθμη.] Εἴσπραξις. ἀπαίτησις.</w:t>
      </w:r>
    </w:p>
    <w:p>
      <w:r>
        <w:rPr>
          <w:rFonts w:ascii="Courier New" w:hAnsi="Courier New"/>
          <w:color w:val="555555"/>
          <w:sz w:val="20"/>
        </w:rPr>
        <w:t>[15]</w:t>
      </w:r>
    </w:p>
    <w:p>
      <w:r>
        <w:rPr>
          <w:rFonts w:ascii="Gentium Plus" w:hAnsi="Gentium Plus"/>
          <w:sz w:val="24"/>
        </w:rPr>
        <w:t>Εἰσφορά. τέλεσμα. Εἱμαρμένη. ἣν λέγουσιν Ἕλληνες τύχην. ὥσ‐ περ ἀπὸ τοῦ λήβω τὸ λαμβάνω γίνεται λέλη‐ φα καὶ εἴληφα, οὕτως καὶ ἀπὸ τοῦ μείρω τὸ μερίζω μέμαρκα, μέμαρμαι, εἱμαρμένη κατὰ</w:t>
      </w:r>
    </w:p>
    <w:p>
      <w:r>
        <w:rPr>
          <w:rFonts w:ascii="Courier New" w:hAnsi="Courier New"/>
          <w:color w:val="555555"/>
          <w:sz w:val="20"/>
        </w:rPr>
        <w:t>[20]</w:t>
      </w:r>
    </w:p>
    <w:p>
      <w:r>
        <w:rPr>
          <w:rFonts w:ascii="Gentium Plus" w:hAnsi="Gentium Plus"/>
          <w:sz w:val="24"/>
        </w:rPr>
        <w:t>ἀποβολὴν τοῦ μ, καὶ πλεονασμῷ τοῦ ἰῶτα. *Εἱλωτεία. ἡ δουλεία.* †καὶ εἱλωτεύειν τὸ δουλεύειν. εἵλωτες γὰρ οἱ μὴ γνήσιοι δοῦλοι Λα‐ κεδαιμονίοις, ἀλλὰ πρῶτοι χειρωθέντες, Ἕλος τὴν πόλιν οἰκοῦντες.†</w:t>
      </w:r>
    </w:p>
    <w:p>
      <w:r>
        <w:rPr>
          <w:rFonts w:ascii="Courier New" w:hAnsi="Courier New"/>
          <w:color w:val="555555"/>
          <w:sz w:val="20"/>
        </w:rPr>
        <w:t>[25]</w:t>
      </w:r>
    </w:p>
    <w:p>
      <w:r>
        <w:rPr>
          <w:rFonts w:ascii="Gentium Plus" w:hAnsi="Gentium Plus"/>
          <w:sz w:val="24"/>
        </w:rPr>
        <w:t>*Εἰνάτειρ. ἡ νύμφη, ἢ ἡ σύννυμφος.* *Εἰνοδίους. τὰς ἐν τῇ ὁδῷ κώμας.* Ἐϊκτόν. ὅμοιον, παρὰ τὸ εἴκω, τὸ ὁμοιῶ, ἐξ</w:t>
      </w:r>
    </w:p>
    <w:p>
      <w:r>
        <w:rPr>
          <w:rFonts w:ascii="Courier New" w:hAnsi="Courier New"/>
          <w:color w:val="555555"/>
          <w:sz w:val="20"/>
        </w:rPr>
        <w:t>[epsilon 635]</w:t>
      </w:r>
    </w:p>
    <w:p>
      <w:r>
        <w:rPr>
          <w:rFonts w:ascii="Gentium Plus" w:hAnsi="Gentium Plus"/>
          <w:sz w:val="24"/>
        </w:rPr>
        <w:t>Εἶαρ. τὸ ἔαρ. παρὰ τὸ ἔω, τὸ πέμπω, γέγονεν ἔαρ καὶ εἶαρ. τότε γὰρ ἐκπέμπονται οἱ καρποί. εἶαρ τὸ αἷμα. Καλλίμαχος· —τὸ δ’ ἐκ μέλαν εἶαρ ἔδαπται.</w:t>
      </w:r>
    </w:p>
    <w:p>
      <w:r>
        <w:rPr>
          <w:rFonts w:ascii="Courier New" w:hAnsi="Courier New"/>
          <w:color w:val="555555"/>
          <w:sz w:val="20"/>
        </w:rPr>
        <w:t>[5]</w:t>
      </w:r>
    </w:p>
    <w:p>
      <w:r>
        <w:rPr>
          <w:rFonts w:ascii="Gentium Plus" w:hAnsi="Gentium Plus"/>
          <w:sz w:val="24"/>
        </w:rPr>
        <w:t>καὶ εἰεροπότης ὁ αἱματοπότης. Εἰαρινόν. ἐαρινόν. Εἶδαρ. ἔδεσμα. καὶ κλίνεται τοῦ εἴδατος, τὰ εἴδα‐ τα, ὅ ἐστι τὰ βρώματα. παρὰ τὸ ἔδω, τὸ ἐσθίω, ἔδαρ, καὶ πλεονασμῷ τοῦ ι εἶδαρ.</w:t>
      </w:r>
    </w:p>
    <w:p>
      <w:r>
        <w:rPr>
          <w:rFonts w:ascii="Courier New" w:hAnsi="Courier New"/>
          <w:color w:val="555555"/>
          <w:sz w:val="20"/>
        </w:rPr>
        <w:t>[10]</w:t>
      </w:r>
    </w:p>
    <w:p>
      <w:r>
        <w:rPr>
          <w:rFonts w:ascii="Gentium Plus" w:hAnsi="Gentium Plus"/>
          <w:sz w:val="24"/>
        </w:rPr>
        <w:t>Εἰδεχθές. ἄμορφον, ἀπρεπές. παρὰ τὸ εἶδος καὶ τὸ ἔχθος τὸ μῖσος. Εἶδος. κατὰ δύο σημαινομένων φέρεται. λέγεται γὰρ εἶδος καὶ ἡ μορφὴ, οἷον· πρῶτον μὲν εἶδος ἄξιον τυραννίδος. εἶδος λέγεται καὶ τὸ ἀπὸ τοῦ</w:t>
      </w:r>
    </w:p>
    <w:p>
      <w:r>
        <w:rPr>
          <w:rFonts w:ascii="Courier New" w:hAnsi="Courier New"/>
          <w:color w:val="555555"/>
          <w:sz w:val="20"/>
        </w:rPr>
        <w:t>[15]</w:t>
      </w:r>
    </w:p>
    <w:p>
      <w:r>
        <w:rPr>
          <w:rFonts w:ascii="Gentium Plus" w:hAnsi="Gentium Plus"/>
          <w:sz w:val="24"/>
        </w:rPr>
        <w:t>γένους διαιρούμενον, ὡς ὅταν τὸν ἄνθρωπον εἶ‐ δος λέγομεν τοῦ ζώου. εἶδος ἐστὶ καὶ τὸ ὑπὸ τὸ γένος ταττόμενον. *καὶ πάλιν εἶδος ἐστὶν οὗ τὸ γένος ἐν τῷ τί ἐστι κατηγορεῖται.* καὶ πάλιν εἶδος ἐστὶ τὸ κατὰ πλειόνων καὶ διαφε‐</w:t>
      </w:r>
    </w:p>
    <w:p>
      <w:r>
        <w:rPr>
          <w:rFonts w:ascii="Courier New" w:hAnsi="Courier New"/>
          <w:color w:val="555555"/>
          <w:sz w:val="20"/>
        </w:rPr>
        <w:t>[20]</w:t>
      </w:r>
    </w:p>
    <w:p>
      <w:r>
        <w:rPr>
          <w:rFonts w:ascii="Gentium Plus" w:hAnsi="Gentium Plus"/>
          <w:sz w:val="24"/>
        </w:rPr>
        <w:t>ρόντων τῷ ἀριθμῷ ἐν τῷ τί ἐστι κατηγορού‐ μενον. εἶδος ἐστὶ καὶ ὁ ἐγχρώματος χαρακτὴρ καὶ ἡ ὄψις καὶ τὸ πρόσωπον καὶ ἡ μορφή. παρὰ τὸ εἴδω τὸ ὁρῶ. Εἴδωλον. σκιοειδὲς ὁμοίωμα ἢ ἀνάπλασμα ἀνύ‐</w:t>
      </w:r>
    </w:p>
    <w:p>
      <w:r>
        <w:rPr>
          <w:rFonts w:ascii="Courier New" w:hAnsi="Courier New"/>
          <w:color w:val="555555"/>
          <w:sz w:val="20"/>
        </w:rPr>
        <w:t>[25]</w:t>
      </w:r>
    </w:p>
    <w:p>
      <w:r>
        <w:rPr>
          <w:rFonts w:ascii="Gentium Plus" w:hAnsi="Gentium Plus"/>
          <w:sz w:val="24"/>
        </w:rPr>
        <w:t>παρκτον καὶ εἶδος ἀνυπόστατον, ὥσπερ τὰ ἐν τοῖς ὕδασι καὶ ἐν κατόπτροις συνεστῶτα πρόσ‐ ωπα. παρὰ τὸ εἴδω τὸ φαίνω. ἢ παρὰ τὸ εἴδω τὸ ὁμοιῶ. ὁμοίωμα γὰρ τινὸς σώματός ἐστι τὸ</w:t>
      </w:r>
    </w:p>
    <w:p>
      <w:r>
        <w:rPr>
          <w:rFonts w:ascii="Courier New" w:hAnsi="Courier New"/>
          <w:color w:val="555555"/>
          <w:sz w:val="20"/>
        </w:rPr>
        <w:t>[epsilon 636]</w:t>
      </w:r>
    </w:p>
    <w:p>
      <w:r>
        <w:rPr>
          <w:rFonts w:ascii="Gentium Plus" w:hAnsi="Gentium Plus"/>
          <w:sz w:val="24"/>
        </w:rPr>
        <w:t>Εἰκός. πρέπον, ἀκόλουθον, εὔλογον. Εἰκοσινήριτα. εἰκοσάριθμα. εἰκοσαπλασίονα. Ὅμηρος· οὐδ’ εἴ κεν δεκάκις τε καὶ εἰκοσινήριτ’ ἄποι‐</w:t>
      </w:r>
    </w:p>
    <w:p>
      <w:r>
        <w:rPr>
          <w:rFonts w:ascii="Courier New" w:hAnsi="Courier New"/>
          <w:color w:val="555555"/>
          <w:sz w:val="20"/>
        </w:rPr>
        <w:t>[5]</w:t>
      </w:r>
    </w:p>
    <w:p>
      <w:r>
        <w:rPr>
          <w:rFonts w:ascii="Gentium Plus" w:hAnsi="Gentium Plus"/>
          <w:sz w:val="24"/>
        </w:rPr>
        <w:t>να— ἐρίζοντα· τὸ γὰρ ἐρίζειν ἐπὶ τοῦ ἰσοῦσθαι. Εἴκοσιν. ἀπὸ τοῦ δὶς τὰ δέκα εἴκειν. Εἶλαρ. ἀσφάλεια. —εἶλαρ νηῶν τε καὶ αὐτῶν.</w:t>
      </w:r>
    </w:p>
    <w:p>
      <w:r>
        <w:rPr>
          <w:rFonts w:ascii="Courier New" w:hAnsi="Courier New"/>
          <w:color w:val="555555"/>
          <w:sz w:val="20"/>
        </w:rPr>
        <w:t>[10]</w:t>
      </w:r>
    </w:p>
    <w:p>
      <w:r>
        <w:rPr>
          <w:rFonts w:ascii="Gentium Plus" w:hAnsi="Gentium Plus"/>
          <w:sz w:val="24"/>
        </w:rPr>
        <w:t>παρὰ τὸ εἰλῶ τὸ συγκλείω. [τὸ δὲ εἰλῶ παρὰ τὸ ἔλος, ἐλῶ καὶ εἰλῶ. οἱονεὶ ὁ τόπος ὁ συγ‐ κλειόμενος ὑπὸ δένδρων.] Εἰλικρινές. τὸ καθαρόν. Εἰλέσιον. τόπος.</w:t>
      </w:r>
    </w:p>
    <w:p>
      <w:r>
        <w:rPr>
          <w:rFonts w:ascii="Courier New" w:hAnsi="Courier New"/>
          <w:color w:val="555555"/>
          <w:sz w:val="20"/>
        </w:rPr>
        <w:t>[15]</w:t>
      </w:r>
    </w:p>
    <w:p>
      <w:r>
        <w:rPr>
          <w:rFonts w:ascii="Gentium Plus" w:hAnsi="Gentium Plus"/>
          <w:sz w:val="24"/>
        </w:rPr>
        <w:t>Εἰλικοειδές, ἢ εἰλικνοειδές. τὸ λεῖον καὶ ὁμα‐ λόν. Εἴλυμα. παρὰ τὸ εἰλῶ, εἰλύσω, εἴλυμα, τὸ σκέπασμα ἢ τὸ ἱμάτιον. Εἷμα. ἔνδυμα, ἱμάτιον.</w:t>
      </w:r>
    </w:p>
    <w:p>
      <w:r>
        <w:rPr>
          <w:rFonts w:ascii="Courier New" w:hAnsi="Courier New"/>
          <w:color w:val="555555"/>
          <w:sz w:val="20"/>
        </w:rPr>
        <w:t>[20]</w:t>
      </w:r>
    </w:p>
    <w:p>
      <w:r>
        <w:rPr>
          <w:rFonts w:ascii="Gentium Plus" w:hAnsi="Gentium Plus"/>
          <w:sz w:val="24"/>
        </w:rPr>
        <w:t>Εἰνοσίφυλλον. ἔνθα κινοῦνται τὰ φύλλα, παρὰ τὴν ἔνοσιν, ὃ σημαίνει τὴν κίνησιν. ἕνωσις δὲ ἡ μίξις, μέγα. εἰνοσίφυλλον ὄρος—. Εἴρια. μαλλία.</w:t>
      </w:r>
    </w:p>
    <w:p>
      <w:r>
        <w:rPr>
          <w:rFonts w:ascii="Courier New" w:hAnsi="Courier New"/>
          <w:color w:val="555555"/>
          <w:sz w:val="20"/>
        </w:rPr>
        <w:t>[25]</w:t>
      </w:r>
    </w:p>
    <w:p>
      <w:r>
        <w:rPr>
          <w:rFonts w:ascii="Gentium Plus" w:hAnsi="Gentium Plus"/>
          <w:sz w:val="24"/>
        </w:rPr>
        <w:t>εἴριά τε ῥοδόεντα δέχευ— καὶ εἰροκόμος ὁ τῶν μαλλίων ἐπιμελητὴς, καὶ εἰροπόνος ὁ τὰ ἔρια πονῶν καὶ ἐργαζόμενος. Εἰρέσιον. πόλις Βοιωτίας.</w:t>
      </w:r>
    </w:p>
    <w:p>
      <w:r>
        <w:rPr>
          <w:rFonts w:ascii="Courier New" w:hAnsi="Courier New"/>
          <w:color w:val="555555"/>
          <w:sz w:val="20"/>
        </w:rPr>
        <w:t>[epsilon 637]</w:t>
      </w:r>
    </w:p>
    <w:p>
      <w:r>
        <w:rPr>
          <w:rFonts w:ascii="Gentium Plus" w:hAnsi="Gentium Plus"/>
          <w:sz w:val="24"/>
        </w:rPr>
        <w:t>Εἰκότα. ἐστοχασμένα. συλλογιζόμενος ἐκ τῶν εἰκότων τὰ συμβησόμενα. καὶ εἰκότων ἀντὶ τοῦ ὁμοίων. συμπλάττων ἀπὸ τῶν εἰκότων. Εἰλατινόν. ὁ ὄζος. καὶ εἰλατινὸν ἦν τὸ φυτόν.</w:t>
      </w:r>
    </w:p>
    <w:p>
      <w:r>
        <w:rPr>
          <w:rFonts w:ascii="Courier New" w:hAnsi="Courier New"/>
          <w:color w:val="555555"/>
          <w:sz w:val="20"/>
        </w:rPr>
        <w:t>[5]</w:t>
      </w:r>
    </w:p>
    <w:p>
      <w:r>
        <w:rPr>
          <w:rFonts w:ascii="Gentium Plus" w:hAnsi="Gentium Plus"/>
          <w:sz w:val="24"/>
        </w:rPr>
        <w:t>Εἰς ἓν ἰόντα. ὁμοῦ πορευόμενον. Εἰς ἓν ἦλθον. ἀντὶ τοῦ ὡμονόησαν. Εἰσιτήρια. ἡμέρα ἑορτῆς, ἐν ᾗ [οἱ] ἐν τῇ ἀρχῇ πάντες προϊᾶσιν, οὕτως ἐκαλεῖτο. ταύτην δὲ τὴν ἡμέραν πρώτην τοῦ ἔτους οἱ Ἀθηναῖοι νε‐</w:t>
      </w:r>
    </w:p>
    <w:p>
      <w:r>
        <w:rPr>
          <w:rFonts w:ascii="Courier New" w:hAnsi="Courier New"/>
          <w:color w:val="555555"/>
          <w:sz w:val="20"/>
        </w:rPr>
        <w:t>[10]</w:t>
      </w:r>
    </w:p>
    <w:p>
      <w:r>
        <w:rPr>
          <w:rFonts w:ascii="Gentium Plus" w:hAnsi="Gentium Plus"/>
          <w:sz w:val="24"/>
        </w:rPr>
        <w:t>νομίκασιν. Εἰς καλόν. εὐκαίρως. καὶ εἰς καιρὸν ἀντὶ τοῦ εὐκαίρως. Εἰς νέωτα. εἰς τὸ ἐπιόν. ὡς πολεμήσων εἰς νέω‐ τα. [καὶ ἐς νέωτα.]</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Ἐΐσκω. τὸ ὁμοιῶ. εἴκω, εἴσκω πλεονασμῷ τοῦ ς, καὶ διαιρέσει τῆς ει διφθόγγου ἐΐσκω. [Εἴασκεν. ἀπὸ τοῦ ἐῶ, ἐᾷς, ἐᾷ. καὶ ὁ παρα‐ τατικὸς εἴων, εἴας. ἐκ τούτου εἴασκεν ἀποβλη‐</w:t>
      </w:r>
    </w:p>
    <w:p>
      <w:r>
        <w:rPr>
          <w:rFonts w:ascii="Courier New" w:hAnsi="Courier New"/>
          <w:color w:val="555555"/>
          <w:sz w:val="20"/>
        </w:rPr>
        <w:t>[20]</w:t>
      </w:r>
    </w:p>
    <w:p>
      <w:r>
        <w:rPr>
          <w:rFonts w:ascii="Gentium Plus" w:hAnsi="Gentium Plus"/>
          <w:sz w:val="24"/>
        </w:rPr>
        <w:t>θέντος τοῦ ι. ἀπεβλήθη δὲ τὸ ἰῶτα, ἐπειδὴ τὰ τοιαῦτα ἀποβάλλει τὴν ἐν ἀρχαῖς κλιτι‐ κὴν ἔκτασιν. οἷον ἔτυπτον, ἔτυπτες, τύπτεσκεν. ἦγον, ἦγες, ἤγεσκεν. οὕτως οὖν ἀπὸ τοῦ εἴας εἴασκε, πλεονασμῷ τοῦ ἰῶτα.]</w:t>
      </w:r>
    </w:p>
    <w:p>
      <w:r>
        <w:rPr>
          <w:rFonts w:ascii="Courier New" w:hAnsi="Courier New"/>
          <w:color w:val="555555"/>
          <w:sz w:val="20"/>
        </w:rPr>
        <w:t>[25]</w:t>
      </w:r>
    </w:p>
    <w:p>
      <w:r>
        <w:rPr>
          <w:rFonts w:ascii="Gentium Plus" w:hAnsi="Gentium Plus"/>
          <w:sz w:val="24"/>
        </w:rPr>
        <w:t>Εἶα δή. ἄγε δή. Εἴα. συνεχώρει.</w:t>
      </w:r>
    </w:p>
    <w:p>
      <w:r>
        <w:rPr>
          <w:rFonts w:ascii="Courier New" w:hAnsi="Courier New"/>
          <w:color w:val="555555"/>
          <w:sz w:val="20"/>
        </w:rPr>
        <w:t>[epsilon 638]</w:t>
      </w:r>
    </w:p>
    <w:p>
      <w:r>
        <w:rPr>
          <w:rFonts w:ascii="Gentium Plus" w:hAnsi="Gentium Plus"/>
          <w:sz w:val="24"/>
        </w:rPr>
        <w:t>[Εἴαται. κάθηται. οἷον· εἴαται ἄγχι νεῶν. ἀπὸ τοῦ ἔαται, πλεονασμῷ τοῦ ἰῶτα. ὥσπερ κέαται.</w:t>
      </w:r>
    </w:p>
    <w:p>
      <w:r>
        <w:rPr>
          <w:rFonts w:ascii="Courier New" w:hAnsi="Courier New"/>
          <w:color w:val="555555"/>
          <w:sz w:val="20"/>
        </w:rPr>
        <w:t>[5]</w:t>
      </w:r>
    </w:p>
    <w:p>
      <w:r>
        <w:rPr>
          <w:rFonts w:ascii="Gentium Plus" w:hAnsi="Gentium Plus"/>
          <w:sz w:val="24"/>
        </w:rPr>
        <w:t>δοιοὶ γάρ τε πίθοι κατακείαται— πλεονασμῷ τοῦ ι. οὕτως Ἡρωδιανός.] [Εἴατο. ἐκάθητο. οἷον· εἴατο ἐνὶ μεγάροισιν— ἤμην, ὁ παρατατικὸς, ἦτο, Ἰωνικῶς ἔατο, ποιη‐</w:t>
      </w:r>
    </w:p>
    <w:p>
      <w:r>
        <w:rPr>
          <w:rFonts w:ascii="Courier New" w:hAnsi="Courier New"/>
          <w:color w:val="555555"/>
          <w:sz w:val="20"/>
        </w:rPr>
        <w:t>[10]</w:t>
      </w:r>
    </w:p>
    <w:p>
      <w:r>
        <w:rPr>
          <w:rFonts w:ascii="Gentium Plus" w:hAnsi="Gentium Plus"/>
          <w:sz w:val="24"/>
        </w:rPr>
        <w:t>τικῶς εἴατο. ἢ ἔστιν ἐῶ, ἔημι, τὸ πρῶτον τῶν πληθυντικῶν ἔεμεν. τὸ παθητικὸν ἔεμαι καὶ κράσει ἦμαι. ὁ παθητικὸς ἐέμην καὶ ἤμην, τὸ δεύτερον ἦσο, τὸ τρίτον ἦτο, καὶ Ἰακῶς ἔατο καὶ εἴατο.]</w:t>
      </w:r>
    </w:p>
    <w:p>
      <w:r>
        <w:rPr>
          <w:rFonts w:ascii="Courier New" w:hAnsi="Courier New"/>
          <w:color w:val="555555"/>
          <w:sz w:val="20"/>
        </w:rPr>
        <w:t>[15]</w:t>
      </w:r>
    </w:p>
    <w:p>
      <w:r>
        <w:rPr>
          <w:rFonts w:ascii="Gentium Plus" w:hAnsi="Gentium Plus"/>
          <w:sz w:val="24"/>
        </w:rPr>
        <w:t>Εἴβεσθαι. δακρύειν. στάζειν. ὕδωρ [εἴβουσαι.] τὸ δὲ εἴβω ἀπὸ τοῦ λείβω τὸ στάζω, ἀποβολῇ τοῦ λ. καὶ ὁ Ἡσίοδος· τῶν καὶ ἀπὸ βλεφάρων ἔρως εἴβεται. Εἲ γάρ. εἴθε γάρ. τὸ δὲ εἴθε ἀντὶ τοῦ ἄμποτε.</w:t>
      </w:r>
    </w:p>
    <w:p>
      <w:r>
        <w:rPr>
          <w:rFonts w:ascii="Courier New" w:hAnsi="Courier New"/>
          <w:color w:val="555555"/>
          <w:sz w:val="20"/>
        </w:rPr>
        <w:t>[20]</w:t>
      </w:r>
    </w:p>
    <w:p>
      <w:r>
        <w:rPr>
          <w:rFonts w:ascii="Gentium Plus" w:hAnsi="Gentium Plus"/>
          <w:sz w:val="24"/>
        </w:rPr>
        <w:t>*Εἴδεσαν. ἔμαθον.* [Εἰδείην. ἀντὶ τοῦ γνοίην.] Εἰδήσουσι. γνωρίσουσι. Εἰδήσεις. μάθῃς. Εἰδήσειν. ἔστιν εἴδω, καὶ εἰδῶ περισπώμενον.</w:t>
      </w:r>
    </w:p>
    <w:p>
      <w:r>
        <w:rPr>
          <w:rFonts w:ascii="Courier New" w:hAnsi="Courier New"/>
          <w:color w:val="555555"/>
          <w:sz w:val="20"/>
        </w:rPr>
        <w:t>[25]</w:t>
      </w:r>
    </w:p>
    <w:p>
      <w:r>
        <w:rPr>
          <w:rFonts w:ascii="Gentium Plus" w:hAnsi="Gentium Plus"/>
          <w:sz w:val="24"/>
        </w:rPr>
        <w:t>ὁ μέλλων εἰδήσω καὶ εἰδήσειν. Εἰδῇς. ἀντὶ τοῦ γνῷς. καὶ εἰδῇ. [Ἰστέον, ὅτι</w:t>
      </w:r>
    </w:p>
    <w:p>
      <w:r>
        <w:rPr>
          <w:rFonts w:ascii="Courier New" w:hAnsi="Courier New"/>
          <w:color w:val="555555"/>
          <w:sz w:val="20"/>
        </w:rPr>
        <w:t>[epsilon 639]</w:t>
      </w:r>
    </w:p>
    <w:p>
      <w:r>
        <w:rPr>
          <w:rFonts w:ascii="Gentium Plus" w:hAnsi="Gentium Plus"/>
          <w:sz w:val="24"/>
        </w:rPr>
        <w:t>δηλοῖ τὸ οἶδα. τούτου ἡ μετοχὴ εἰδώς. καὶ ἐπει‐ δὴ τὰ ἔχοντα τὴν μετοχὴν εἰς ς μετ’ ὀξείας τάσεως διὰ τοῦ ντ κλινόμενα εἰς ην καθαρὸν ἔχει τὸ εὐκτικὸν, οἷον, εἰδείην, ὀφθείην, τυ‐</w:t>
      </w:r>
    </w:p>
    <w:p>
      <w:r>
        <w:rPr>
          <w:rFonts w:ascii="Courier New" w:hAnsi="Courier New"/>
          <w:color w:val="555555"/>
          <w:sz w:val="20"/>
        </w:rPr>
        <w:t>[5]</w:t>
      </w:r>
    </w:p>
    <w:p>
      <w:r>
        <w:rPr>
          <w:rFonts w:ascii="Gentium Plus" w:hAnsi="Gentium Plus"/>
          <w:sz w:val="24"/>
        </w:rPr>
        <w:t>φθείην, δαρείην· αὕτη δὲ ἡ μετοχὴ εἰς ς μὲν λήγουσα μετ’ ὀξείας τάσεως, ἀλλ’ οὐ κλίνεται μετὰ τοῦ ντ, οὐκ ὤφειλεν εἶναι τὸ εὐκτικὸν εἰδείην· ἀλλ’ ὥσπερ ἀπὸ τοῦ περιπατοῖμι γίνε‐ ται περιπατοίην, κατὰ τὴν τροπὴν τῆς μι εἰς</w:t>
      </w:r>
    </w:p>
    <w:p>
      <w:r>
        <w:rPr>
          <w:rFonts w:ascii="Courier New" w:hAnsi="Courier New"/>
          <w:color w:val="555555"/>
          <w:sz w:val="20"/>
        </w:rPr>
        <w:t>[10]</w:t>
      </w:r>
    </w:p>
    <w:p>
      <w:r>
        <w:rPr>
          <w:rFonts w:ascii="Gentium Plus" w:hAnsi="Gentium Plus"/>
          <w:sz w:val="24"/>
        </w:rPr>
        <w:t>ην, καὶ εἰδείην κατὰ τροπὴν τοῦ ο εἰς ε. καὶ ἐπειδὴ εἰς ην καθαρὸν τὸ εὐκτικὸν, τὰ δὲ εἰς ην καθαρὸν ἔχοντα τὸ εὐκτικὸν εἰς ω, μετὰ πε‐ ρισπωμένου τόνου ἔχουσι τὸ ὑποτακτικόν. οἷον, τυφθείην, ἐὰν τυφθῶ, λεχθείην, ἐὰν λεχθῶ.</w:t>
      </w:r>
    </w:p>
    <w:p>
      <w:r>
        <w:rPr>
          <w:rFonts w:ascii="Courier New" w:hAnsi="Courier New"/>
          <w:color w:val="555555"/>
          <w:sz w:val="20"/>
        </w:rPr>
        <w:t>[15]</w:t>
      </w:r>
    </w:p>
    <w:p>
      <w:r>
        <w:rPr>
          <w:rFonts w:ascii="Gentium Plus" w:hAnsi="Gentium Plus"/>
          <w:sz w:val="24"/>
        </w:rPr>
        <w:t>τούτου χάριν τὸ ὑποτακτικὸν ἐὰν εἰδῶ μετὰ πε‐ ρισπωμένου τόνου. οἷον· —ὄφρ’ εὖ εἰδῶ. τοῦ κανόνος ἀναγκάζοντος αὐτὸ βαρύνεσθαι. οὐ γὰρ ἔχει τὴν μετοχὴν εἰς ς μετ’ ὀξείας τάσεως,</w:t>
      </w:r>
    </w:p>
    <w:p>
      <w:r>
        <w:rPr>
          <w:rFonts w:ascii="Courier New" w:hAnsi="Courier New"/>
          <w:color w:val="555555"/>
          <w:sz w:val="20"/>
        </w:rPr>
        <w:t>[20]</w:t>
      </w:r>
    </w:p>
    <w:p>
      <w:r>
        <w:rPr>
          <w:rFonts w:ascii="Gentium Plus" w:hAnsi="Gentium Plus"/>
          <w:sz w:val="24"/>
        </w:rPr>
        <w:t>καὶ διὰ τοῦ ντ κλίνεται, οἷον τυφθεὶς τυφθέν‐ τος, ἐὰν τυφθῶ. εἰδὼς γὰρ εἰδότος ἐστὶν, οὐκ ὤφειλεν ἄρα περισπᾶσθαι. ἀλλὰ διὰ τὴν ῥη‐ θεῖσαν αἰτίαν περιεσπάσθη.] Εἴδω. τὸ γινώσκω. συντάσσεται δὲ μετὰ αἰτια‐</w:t>
      </w:r>
    </w:p>
    <w:p>
      <w:r>
        <w:rPr>
          <w:rFonts w:ascii="Courier New" w:hAnsi="Courier New"/>
          <w:color w:val="555555"/>
          <w:sz w:val="20"/>
        </w:rPr>
        <w:t>[25]</w:t>
      </w:r>
    </w:p>
    <w:p>
      <w:r>
        <w:rPr>
          <w:rFonts w:ascii="Gentium Plus" w:hAnsi="Gentium Plus"/>
          <w:sz w:val="24"/>
        </w:rPr>
        <w:t>τικῆς. Εἴδω. τὸ κτίζω. ὁ μέλλων εἴσω. Εἰδώς. ὁ γινώσκων. ἀπὸ τοῦ εἴδω τὸ γινώσκω.</w:t>
      </w:r>
    </w:p>
    <w:p>
      <w:r>
        <w:rPr>
          <w:rFonts w:ascii="Courier New" w:hAnsi="Courier New"/>
          <w:color w:val="555555"/>
          <w:sz w:val="20"/>
        </w:rPr>
        <w:t>[epsilon 640]</w:t>
      </w:r>
    </w:p>
    <w:p>
      <w:r>
        <w:rPr>
          <w:rFonts w:ascii="Gentium Plus" w:hAnsi="Gentium Plus"/>
          <w:sz w:val="24"/>
        </w:rPr>
        <w:t>Εἶεν. ταῦτα μὲν οὕτως ἔχουσιν. ἢ αὐτάρκως περὶ τούτων εἴρηται. ἢ ἀντὶ τοῦ, ταῦτα μὲν οὕτως. καλεῖται δὲ τοῦτο ἀπόθεσις τοῦ πρώτου λόγου. Εἴην. γενοίμην, ὑπαρξαίμην.</w:t>
      </w:r>
    </w:p>
    <w:p>
      <w:r>
        <w:rPr>
          <w:rFonts w:ascii="Courier New" w:hAnsi="Courier New"/>
          <w:color w:val="555555"/>
          <w:sz w:val="20"/>
        </w:rPr>
        <w:t>[5]</w:t>
      </w:r>
    </w:p>
    <w:p>
      <w:r>
        <w:rPr>
          <w:rFonts w:ascii="Gentium Plus" w:hAnsi="Gentium Plus"/>
          <w:sz w:val="24"/>
        </w:rPr>
        <w:t>Εἴη. ἀντὶ τοῦ ὑπάρχει. Εἴθε. ἀντὶ τοῦ ἄμποτε. τὸ εἴθε ὁριστικῷ μᾶλ‐ λον ἢ ἀπαρεμφάτῳ συντάσσεται. Ἀριστοφά‐ νης· εἴθ’ ἐξεκόπην πρότως τὸν ὀφθαλμὸν λίθῳ.</w:t>
      </w:r>
    </w:p>
    <w:p>
      <w:r>
        <w:rPr>
          <w:rFonts w:ascii="Courier New" w:hAnsi="Courier New"/>
          <w:color w:val="555555"/>
          <w:sz w:val="20"/>
        </w:rPr>
        <w:t>[10]</w:t>
      </w:r>
    </w:p>
    <w:p>
      <w:r>
        <w:rPr>
          <w:rFonts w:ascii="Gentium Plus" w:hAnsi="Gentium Plus"/>
          <w:sz w:val="24"/>
        </w:rPr>
        <w:t>καὶ Πλάτων· εἴθ’ ἔγραψεν, ὡς χρὴ πένητι μᾶλ‐ λον ἢ πλουσίῳ. [καὶ ὁ ποιητής· εἴθ’ ὣς ἡβώοιμι—.] εἴθε. ἀπὸ τοῦ εἲ γέγονεν εἴθε. Εἴκειν. ὑποχωρεῖν.</w:t>
      </w:r>
    </w:p>
    <w:p>
      <w:r>
        <w:rPr>
          <w:rFonts w:ascii="Courier New" w:hAnsi="Courier New"/>
          <w:color w:val="555555"/>
          <w:sz w:val="20"/>
        </w:rPr>
        <w:t>[15]</w:t>
      </w:r>
    </w:p>
    <w:p>
      <w:r>
        <w:rPr>
          <w:rFonts w:ascii="Gentium Plus" w:hAnsi="Gentium Plus"/>
          <w:sz w:val="24"/>
        </w:rPr>
        <w:t>Εἴκω. τὸ ὑποτάσσω· τὸ ὁμοιῶ καὶ ὑποχωρῶ. Εἰκαιομυθῆσαι. ματαιολογῆσαι, φλυαρῆσαι. †Εἴκαθεν. ὑπεχώρει. οἷς εἴκαθε πῦρ ἄσπετον.† †Εἰκάθειν. εἴκειν. κατὰ παραγωγήν.† Εἰκοτολογῆσαι. ἐστοχασμένως εἰπεῖν.</w:t>
      </w:r>
    </w:p>
    <w:p>
      <w:r>
        <w:rPr>
          <w:rFonts w:ascii="Courier New" w:hAnsi="Courier New"/>
          <w:color w:val="555555"/>
          <w:sz w:val="20"/>
        </w:rPr>
        <w:t>[20]</w:t>
      </w:r>
    </w:p>
    <w:p>
      <w:r>
        <w:rPr>
          <w:rFonts w:ascii="Gentium Plus" w:hAnsi="Gentium Plus"/>
          <w:sz w:val="24"/>
        </w:rPr>
        <w:t>Εἰκονίζειν. χαρακτηρίζειν. Εἰκάζω. ἀπὸ τοῦ εἴκω τὸ ὁμοιῶ *καὶ ὑποχωρῶ.* Εἰλαπινάζων. εὐωχούμενος. Εἷλεν. ἐχειρώσατο, ἐπόρθησεν. Εἴλλειν. εἴργειν, κωλύειν. Ἀριστοφάνης·</w:t>
      </w:r>
    </w:p>
    <w:p>
      <w:r>
        <w:rPr>
          <w:rFonts w:ascii="Courier New" w:hAnsi="Courier New"/>
          <w:color w:val="555555"/>
          <w:sz w:val="20"/>
        </w:rPr>
        <w:t>[25]</w:t>
      </w:r>
    </w:p>
    <w:p>
      <w:r>
        <w:rPr>
          <w:rFonts w:ascii="Gentium Plus" w:hAnsi="Gentium Plus"/>
          <w:sz w:val="24"/>
        </w:rPr>
        <w:t>μὴ νῦν εἶλλε τὴν γνώμην ἀεί. ἀντὶ τοῦ ἀπόκλειε, ἔφελκε. καὶ αὖθις· ἐν ταρσοῖς καλάμου πηλὸν ἐνείλλοντες—. ταρ‐</w:t>
      </w:r>
    </w:p>
    <w:p>
      <w:r>
        <w:rPr>
          <w:rFonts w:ascii="Courier New" w:hAnsi="Courier New"/>
          <w:color w:val="555555"/>
          <w:sz w:val="20"/>
        </w:rPr>
        <w:t>[epsilon 641]</w:t>
      </w:r>
    </w:p>
    <w:p>
      <w:r>
        <w:rPr>
          <w:rFonts w:ascii="Gentium Plus" w:hAnsi="Gentium Plus"/>
          <w:sz w:val="24"/>
        </w:rPr>
        <w:t>[Εἰλήλουθας. ἐκ τοῦ ἐλεύθω, ἐλήλυθα, καὶ πλεονασμῷ τοῦ ἰῶτα καὶ ο εἰλήλουθα· ἐξ οὗ τὸ πρῶτον τῶν πληθυντικῶν εἰληλούθαμεν καὶ ἐν συγκοπῇ εἰλήλουθμεν.]</w:t>
      </w:r>
    </w:p>
    <w:p>
      <w:r>
        <w:rPr>
          <w:rFonts w:ascii="Courier New" w:hAnsi="Courier New"/>
          <w:color w:val="555555"/>
          <w:sz w:val="20"/>
        </w:rPr>
        <w:t>[5]</w:t>
      </w:r>
    </w:p>
    <w:p>
      <w:r>
        <w:rPr>
          <w:rFonts w:ascii="Gentium Plus" w:hAnsi="Gentium Plus"/>
          <w:sz w:val="24"/>
        </w:rPr>
        <w:t>Εἰληθερούμενος. θερμαινόμενος. τὸ ῥῆμα εἰλη‐ θερῶ. ἀπὸ τοῦ εἴλη ἡ θερμασία καὶ τὸ θέρω τὸ θερμαίνω. Εἰληφώς. λαβών. Εἴληφα. ἔλαβον. ἀπὸ τοῦ λήβω τὸ λαμβάνω</w:t>
      </w:r>
    </w:p>
    <w:p>
      <w:r>
        <w:rPr>
          <w:rFonts w:ascii="Courier New" w:hAnsi="Courier New"/>
          <w:color w:val="555555"/>
          <w:sz w:val="20"/>
        </w:rPr>
        <w:t>[10]</w:t>
      </w:r>
    </w:p>
    <w:p>
      <w:r>
        <w:rPr>
          <w:rFonts w:ascii="Gentium Plus" w:hAnsi="Gentium Plus"/>
          <w:sz w:val="24"/>
        </w:rPr>
        <w:t>λέληφα καὶ ἀποβολῇ τοῦ λ ἔληφα καὶ πλεο‐ νασμῷ τοῦ ι εἴληφα. ὡσαύτως καὶ τὸ εἴληχα ἀπὸ τοῦ λήχω, λέληχα καὶ εἴληχα. [Ἡρωδια‐ νὸς περὶ πάθους.] Εἵλομεν. ἐπορθήσαμεν.</w:t>
      </w:r>
    </w:p>
    <w:p>
      <w:r>
        <w:rPr>
          <w:rFonts w:ascii="Courier New" w:hAnsi="Courier New"/>
          <w:color w:val="555555"/>
          <w:sz w:val="20"/>
        </w:rPr>
        <w:t>[15]</w:t>
      </w:r>
    </w:p>
    <w:p>
      <w:r>
        <w:rPr>
          <w:rFonts w:ascii="Gentium Plus" w:hAnsi="Gentium Plus"/>
          <w:sz w:val="24"/>
        </w:rPr>
        <w:t>[Εἰλυφάζων. τὴν φλόγα συστρέφων. ἢ τὸ εἰλεῖ‐ το καὶ ἀνεστρέφετο. Ἡσίοδος· ἄνεμος φέρων εἰλυφάζων. παρὰ τὸ εἰλῶ εἰλύφω καὶ εἰλυφάζω. σημαίνει καὶ τὸ φῶς παρέχω παρὰ τῷ αὐτῷ ποιητῆ·</w:t>
      </w:r>
    </w:p>
    <w:p>
      <w:r>
        <w:rPr>
          <w:rFonts w:ascii="Courier New" w:hAnsi="Courier New"/>
          <w:color w:val="555555"/>
          <w:sz w:val="20"/>
        </w:rPr>
        <w:t>[20]</w:t>
      </w:r>
    </w:p>
    <w:p>
      <w:r>
        <w:rPr>
          <w:rFonts w:ascii="Gentium Plus" w:hAnsi="Gentium Plus"/>
          <w:sz w:val="24"/>
        </w:rPr>
        <w:t>τῆλε δ’ ἀπ’ αἰθομένων δαΐδων σέλας εἰλύ‐ φαζε. παρὰ τὸ εἰλῶ καὶ τὸ φῶς εἰλύφω καὶ εἰλυφάζω.] [Εἰλυφόωσιν. εἰλοῦσι, συνάγουσιν.] Εἱλωτεύειν. δουλεύειν. *εἵλωτες γὰρ οἱ μὴ γνή‐</w:t>
      </w:r>
    </w:p>
    <w:p>
      <w:r>
        <w:rPr>
          <w:rFonts w:ascii="Courier New" w:hAnsi="Courier New"/>
          <w:color w:val="555555"/>
          <w:sz w:val="20"/>
        </w:rPr>
        <w:t>[25]</w:t>
      </w:r>
    </w:p>
    <w:p>
      <w:r>
        <w:rPr>
          <w:rFonts w:ascii="Gentium Plus" w:hAnsi="Gentium Plus"/>
          <w:sz w:val="24"/>
        </w:rPr>
        <w:t>σιοι δοῦλοι Λακεδαιμονίων.*</w:t>
      </w:r>
    </w:p>
    <w:p>
      <w:r>
        <w:rPr>
          <w:rFonts w:ascii="Courier New" w:hAnsi="Courier New"/>
          <w:color w:val="555555"/>
          <w:sz w:val="20"/>
        </w:rPr>
        <w:t>[epsilon 642]</w:t>
      </w:r>
    </w:p>
    <w:p>
      <w:r>
        <w:rPr>
          <w:rFonts w:ascii="Gentium Plus" w:hAnsi="Gentium Plus"/>
          <w:sz w:val="24"/>
        </w:rPr>
        <w:t>Εἰμένος. ἐνδεδυμένος. Εἰμέν. ὑπάρχομεν. ἀπὸ τοῦ εἰμὶ γίνεται τὸ πρῶ‐ τον τὸ πληθυντικὸν εἰμέν· φυλάσσει δὲ τὴν ει δίφθογγον.</w:t>
      </w:r>
    </w:p>
    <w:p>
      <w:r>
        <w:rPr>
          <w:rFonts w:ascii="Courier New" w:hAnsi="Courier New"/>
          <w:color w:val="555555"/>
          <w:sz w:val="20"/>
        </w:rPr>
        <w:t>[5]</w:t>
      </w:r>
    </w:p>
    <w:p>
      <w:r>
        <w:rPr>
          <w:rFonts w:ascii="Gentium Plus" w:hAnsi="Gentium Plus"/>
          <w:sz w:val="24"/>
        </w:rPr>
        <w:t>ἡμεῖς δ’ εἰμὲν τοῖοι—. [Εἰμί. τὸ ὑπάρχω. γράφεται διὰ διφθόγγου. τὰ εἰς μι φύσει μακρᾷ παραλήγεται, ἵνα δὲ μὴ συνεμπέσῃ τὸ ἠμὶ τὸ σημαῖνον τὸ λέγω ἀπὸ τοῦ φημὶ κατὰ ἀποβολὴν τοῦ φ.]</w:t>
      </w:r>
    </w:p>
    <w:p>
      <w:r>
        <w:rPr>
          <w:rFonts w:ascii="Courier New" w:hAnsi="Courier New"/>
          <w:color w:val="555555"/>
          <w:sz w:val="20"/>
        </w:rPr>
        <w:t>[10]</w:t>
      </w:r>
    </w:p>
    <w:p>
      <w:r>
        <w:rPr>
          <w:rFonts w:ascii="Gentium Plus" w:hAnsi="Gentium Plus"/>
          <w:sz w:val="24"/>
        </w:rPr>
        <w:t>Εἶμι. τὸ πορεύομαι. Εἶναι. ὑπάρχειν. ἀπὸ τοῦ εἰμί. τὸ δὲ εἶναι τὸ [ἐπὶ τοῦ] πορευθῆναι, [ἐξ οὗ καὶ τὸ ἀπεῖναι καὶ ἀφεῖναι,] ἔστι δεύτερος ἀόριστος ἀπὸ τοῦ ἵημι τὸ πέμπω, τὸ ἀπαρέμφατον εἶναι.</w:t>
      </w:r>
    </w:p>
    <w:p>
      <w:r>
        <w:rPr>
          <w:rFonts w:ascii="Courier New" w:hAnsi="Courier New"/>
          <w:color w:val="555555"/>
          <w:sz w:val="20"/>
        </w:rPr>
        <w:t>[15]</w:t>
      </w:r>
    </w:p>
    <w:p>
      <w:r>
        <w:rPr>
          <w:rFonts w:ascii="Gentium Plus" w:hAnsi="Gentium Plus"/>
          <w:sz w:val="24"/>
        </w:rPr>
        <w:t>Εἴνυον. ἔφερον. Εἴξαντες. ὑπακούσαντες, ὑποχωρήσαντες. [Εἴξασιν. Ἀριστοφάνης· εἴξασιν οὖν ἐρίοισι πεπταμένοις. ἔστι δὲ εἴκω τὸ ὁμοιῶ, ὁ μέσος παρακείμενος εἶ‐</w:t>
      </w:r>
    </w:p>
    <w:p>
      <w:r>
        <w:rPr>
          <w:rFonts w:ascii="Courier New" w:hAnsi="Courier New"/>
          <w:color w:val="555555"/>
          <w:sz w:val="20"/>
        </w:rPr>
        <w:t>[20]</w:t>
      </w:r>
    </w:p>
    <w:p>
      <w:r>
        <w:rPr>
          <w:rFonts w:ascii="Gentium Plus" w:hAnsi="Gentium Plus"/>
          <w:sz w:val="24"/>
        </w:rPr>
        <w:t>κα καὶ κατὰ τροπὴν βοιωτικὴν τοῦ κ εἰς ξ εἶξα καὶ τὸ τρίτον τῶν πληθυντικῶν εἴξασιν. ὅτι δὲ παρακείμενος ἐστὶ, δῆλον ἐκ τοῦ εἰς σι λήγειν.] *Εἱπόμην. ἠκολούθουν.* Εἵποντο. ἠκολούθουν.</w:t>
      </w:r>
    </w:p>
    <w:p>
      <w:r>
        <w:rPr>
          <w:rFonts w:ascii="Courier New" w:hAnsi="Courier New"/>
          <w:color w:val="555555"/>
          <w:sz w:val="20"/>
        </w:rPr>
        <w:t>[25]</w:t>
      </w:r>
    </w:p>
    <w:p>
      <w:r>
        <w:rPr>
          <w:rFonts w:ascii="Gentium Plus" w:hAnsi="Gentium Plus"/>
          <w:sz w:val="24"/>
        </w:rPr>
        <w:t>Εἴρει. λέγει, πλέκει.</w:t>
      </w:r>
    </w:p>
    <w:p>
      <w:r>
        <w:rPr>
          <w:rFonts w:ascii="Courier New" w:hAnsi="Courier New"/>
          <w:color w:val="555555"/>
          <w:sz w:val="20"/>
        </w:rPr>
        <w:t>[epsilon 643]</w:t>
      </w:r>
    </w:p>
    <w:p>
      <w:r>
        <w:rPr>
          <w:rFonts w:ascii="Gentium Plus" w:hAnsi="Gentium Plus"/>
          <w:sz w:val="24"/>
        </w:rPr>
        <w:t>Εἴργω. τὸ κωλύω. ἀπὸ τοῦ ἐέργω κατὰ κρᾶσιν τῶν δύο εε εἰς τὴν ει δίφθογγον εἴργω. Εἴργεσθαι. κωλύεσθαι. Εἰρήσθω. λελέχθω.</w:t>
      </w:r>
    </w:p>
    <w:p>
      <w:r>
        <w:rPr>
          <w:rFonts w:ascii="Courier New" w:hAnsi="Courier New"/>
          <w:color w:val="555555"/>
          <w:sz w:val="20"/>
        </w:rPr>
        <w:t>[5]</w:t>
      </w:r>
    </w:p>
    <w:p>
      <w:r>
        <w:rPr>
          <w:rFonts w:ascii="Gentium Plus" w:hAnsi="Gentium Plus"/>
          <w:sz w:val="24"/>
        </w:rPr>
        <w:t>Εἰρύαται. φυλάττουσι. πρὸς Διὸς εἰρύαται—. εἰρύω, εἴρυμι καὶ ὁ παθητικὸς εἴρυμαι, τὸ τρί‐ τον εἴρυνται καὶ Ἰωνικῶς εἰρύαται. Εἰρύσθαι. φυλάξαι. ἰστέον, ὅτι τὸ εἴρυσθαι καὶ</w:t>
      </w:r>
    </w:p>
    <w:p>
      <w:r>
        <w:rPr>
          <w:rFonts w:ascii="Courier New" w:hAnsi="Courier New"/>
          <w:color w:val="555555"/>
          <w:sz w:val="20"/>
        </w:rPr>
        <w:t>[10]</w:t>
      </w:r>
    </w:p>
    <w:p>
      <w:r>
        <w:rPr>
          <w:rFonts w:ascii="Gentium Plus" w:hAnsi="Gentium Plus"/>
          <w:sz w:val="24"/>
        </w:rPr>
        <w:t>εἰρύσθαι διαφέρει. ἔστι γὰρ ἐρύω, ἐρύσω, εἴ‐ ρυκα, εἴρυμαι, εἴρυται, καὶ τὸ ἀπαρέμφατον εἰρύσθαι, ὡς λελύσθαι. ὡς ζεύγνυμι, ζευγνύ‐ σθαι. τὸ αὐτὸ καὶ ἐπὶ τοῦ ἑλκύσθαι καὶ εἵλ‐ κυσθαι παρακείμενος. εἰ μὲν ἀπὸ τοῦ ἑλκύω,</w:t>
      </w:r>
    </w:p>
    <w:p>
      <w:r>
        <w:rPr>
          <w:rFonts w:ascii="Courier New" w:hAnsi="Courier New"/>
          <w:color w:val="555555"/>
          <w:sz w:val="20"/>
        </w:rPr>
        <w:t>[15]</w:t>
      </w:r>
    </w:p>
    <w:p>
      <w:r>
        <w:rPr>
          <w:rFonts w:ascii="Gentium Plus" w:hAnsi="Gentium Plus"/>
          <w:sz w:val="24"/>
        </w:rPr>
        <w:t>εἱλκύσθαι· εἰ δὲ ἀπὸ τοῦ ἕλκυμι, εἵλκυσθαι. Εἴρυτο. κατάσχοι. Ἀρίσταρχος προπαροξύνει πάνυ ὑγιῶς, ὡς τὸ ἐζεύγνυτο, οὐ μέν τοι, ὡς Τυραννίων, προπερισπᾷ, εἰρῦτο. Εἰσαγηοχώς. εἰσενεγκών.</w:t>
      </w:r>
    </w:p>
    <w:p>
      <w:r>
        <w:rPr>
          <w:rFonts w:ascii="Courier New" w:hAnsi="Courier New"/>
          <w:color w:val="555555"/>
          <w:sz w:val="20"/>
        </w:rPr>
        <w:t>[20]</w:t>
      </w:r>
    </w:p>
    <w:p>
      <w:r>
        <w:rPr>
          <w:rFonts w:ascii="Gentium Plus" w:hAnsi="Gentium Plus"/>
          <w:sz w:val="24"/>
        </w:rPr>
        <w:t>Εἰσκεκριμένον. ἐπείσακτον. Εἰσποιημένον καὶ εἰσποιητόν. τὸ θετὸν καὶ οὐ κατὰ φύσιν. Εἰσήλασαν. εἰσῆλθον. Εἰσῄεσαν. εἰσῆλθον.</w:t>
      </w:r>
    </w:p>
    <w:p>
      <w:r>
        <w:rPr>
          <w:rFonts w:ascii="Courier New" w:hAnsi="Courier New"/>
          <w:color w:val="555555"/>
          <w:sz w:val="20"/>
        </w:rPr>
        <w:t>[25]</w:t>
      </w:r>
    </w:p>
    <w:p>
      <w:r>
        <w:rPr>
          <w:rFonts w:ascii="Gentium Plus" w:hAnsi="Gentium Plus"/>
          <w:sz w:val="24"/>
        </w:rPr>
        <w:t>Εἰσίασιν. *ἐπορεύοντο.* [εἰσέρχονται.] Εἴσιμεν. εἰσερχόμεθα.</w:t>
      </w:r>
    </w:p>
    <w:p>
      <w:r>
        <w:rPr>
          <w:rFonts w:ascii="Courier New" w:hAnsi="Courier New"/>
          <w:color w:val="555555"/>
          <w:sz w:val="20"/>
        </w:rPr>
        <w:t>[epsilon 644]</w:t>
      </w:r>
    </w:p>
    <w:p>
      <w:r>
        <w:rPr>
          <w:rFonts w:ascii="Gentium Plus" w:hAnsi="Gentium Plus"/>
          <w:sz w:val="24"/>
        </w:rPr>
        <w:t>Εἴσομαι. γνώσομαι. Εἰσέθει. εἰσέτρεχεν. [Εἰσήλλατο.] εἰσεπήδησεν. Εἰσοίσει. εἰσενέγκοι.</w:t>
      </w:r>
    </w:p>
    <w:p>
      <w:r>
        <w:rPr>
          <w:rFonts w:ascii="Courier New" w:hAnsi="Courier New"/>
          <w:color w:val="555555"/>
          <w:sz w:val="20"/>
        </w:rPr>
        <w:t>[5]</w:t>
      </w:r>
    </w:p>
    <w:p>
      <w:r>
        <w:rPr>
          <w:rFonts w:ascii="Gentium Plus" w:hAnsi="Gentium Plus"/>
          <w:sz w:val="24"/>
        </w:rPr>
        <w:t>Εἰσέφρησεν. ἐπεισῆλθεν. Εἴσιθι. εἴσελθε. Εἰσβάλλει. εἰσέρχεται, εἰσβαίνει. Εἰσεκώμασεν. εἰσῆλθεν. Εἰσκρίνειν. μερίζειν. εἰσχωρίζειν.</w:t>
      </w:r>
    </w:p>
    <w:p>
      <w:r>
        <w:rPr>
          <w:rFonts w:ascii="Courier New" w:hAnsi="Courier New"/>
          <w:color w:val="555555"/>
          <w:sz w:val="20"/>
        </w:rPr>
        <w:t>[10]</w:t>
      </w:r>
    </w:p>
    <w:p>
      <w:r>
        <w:rPr>
          <w:rFonts w:ascii="Gentium Plus" w:hAnsi="Gentium Plus"/>
          <w:sz w:val="24"/>
        </w:rPr>
        <w:t>*Εἰσώθη. εἰσάγη.* Εἰσαγωγῶ. τὸ ὁδηγῶ. καὶ εἰσαγωγὴ ἡ ἐπὶ τὰ τέ‐ λη ὁδήγησις τῶν λόγων. Εἱστήκειν. ἐκ τοῦ ἑστήκω. ἔστι δὲ μέσος ὑπερ‐ συντελικὸς εἱστήκειν. διὰ τὸ μὴ συμπεσεῖν κα‐</w:t>
      </w:r>
    </w:p>
    <w:p>
      <w:r>
        <w:rPr>
          <w:rFonts w:ascii="Courier New" w:hAnsi="Courier New"/>
          <w:color w:val="555555"/>
          <w:sz w:val="20"/>
        </w:rPr>
        <w:t>[15]</w:t>
      </w:r>
    </w:p>
    <w:p>
      <w:r>
        <w:rPr>
          <w:rFonts w:ascii="Gentium Plus" w:hAnsi="Gentium Plus"/>
          <w:sz w:val="24"/>
        </w:rPr>
        <w:t>τὰ τὸ δεύτερον αὐτοῦ καὶ τρίτον πρόσωπον τῷ ἰδίῳ ἐνεστῶτι ἐπλεόνασε τὸ ι καὶ ἐγένετο εἱ‐ στήκειν. Εἰώθει. [ὡς] ἔθος εἶχε. καὶ εἴωθα. ἔστιν ἔθω τὸ ἐξ ἔθους τι διαπράττομαι. ὁ μέσος παρακείμε‐</w:t>
      </w:r>
    </w:p>
    <w:p>
      <w:r>
        <w:rPr>
          <w:rFonts w:ascii="Courier New" w:hAnsi="Courier New"/>
          <w:color w:val="555555"/>
          <w:sz w:val="20"/>
        </w:rPr>
        <w:t>[20]</w:t>
      </w:r>
    </w:p>
    <w:p>
      <w:r>
        <w:rPr>
          <w:rFonts w:ascii="Gentium Plus" w:hAnsi="Gentium Plus"/>
          <w:sz w:val="24"/>
        </w:rPr>
        <w:t>νος εἶθα καὶ πλεονασμῷ τοῦ ω εἴωθα καὶ ἔωθεν. ἀεὶ γάρ μοι ἔωθεν ἐνικλᾷν—. Εἴνω. τὸ καλύπτω. Εἰρηκώς. εἰπών. Εἰρημένον. λελεγμένον.</w:t>
      </w:r>
    </w:p>
    <w:p>
      <w:r>
        <w:rPr>
          <w:rFonts w:ascii="Courier New" w:hAnsi="Courier New"/>
          <w:color w:val="555555"/>
          <w:sz w:val="20"/>
        </w:rPr>
        <w:t>[25]</w:t>
      </w:r>
    </w:p>
    <w:p>
      <w:r>
        <w:rPr>
          <w:rFonts w:ascii="Gentium Plus" w:hAnsi="Gentium Plus"/>
          <w:sz w:val="24"/>
        </w:rPr>
        <w:t>Εἴρω. τὸ πλέκω καὶ συνάπτω. ὅθεν καὶ εἱρμός. Εἷρπον. μετὰ σχολῆς ἐβάδιζον.</w:t>
      </w:r>
    </w:p>
    <w:p>
      <w:r>
        <w:rPr>
          <w:rFonts w:ascii="Courier New" w:hAnsi="Courier New"/>
          <w:color w:val="555555"/>
          <w:sz w:val="20"/>
        </w:rPr>
        <w:t>[epsilon 645]</w:t>
      </w:r>
    </w:p>
    <w:p>
      <w:r>
        <w:rPr>
          <w:rFonts w:ascii="Gentium Plus" w:hAnsi="Gentium Plus"/>
          <w:sz w:val="24"/>
        </w:rPr>
        <w:t>[Εἰρύοντο. εἵλκυον. καὶ εἰρύσατο.] Εἰκάθειν. ὑποχωρεῖν. καὶ ἀντὶ τοῦ ὑπείκειν. μη‐ δὲν τοῖς κρατοῦσιν εἰκάθειν. Εἰκάζων. οἰόμενος ἢ ὁμοιῶν. οἷα δὴ ἱκανότατος</w:t>
      </w:r>
    </w:p>
    <w:p>
      <w:r>
        <w:rPr>
          <w:rFonts w:ascii="Courier New" w:hAnsi="Courier New"/>
          <w:color w:val="555555"/>
          <w:sz w:val="20"/>
        </w:rPr>
        <w:t>[5]</w:t>
      </w:r>
    </w:p>
    <w:p>
      <w:r>
        <w:rPr>
          <w:rFonts w:ascii="Gentium Plus" w:hAnsi="Gentium Plus"/>
          <w:sz w:val="24"/>
        </w:rPr>
        <w:t>τὸ ἀφανὲς εἰκάσαι. Εἴκασιν. ὁμοίωσεν. Εἰκοβολεῖν. εἰκάζειν. ἢ εἰκῆ καὶ μάτην βάλλειν. εἰς τὸ μήτε σφάλλεσθαι μήτ’ εἰκοβολεῖν. Εἵλετο. ἠθέλησεν.</w:t>
      </w:r>
    </w:p>
    <w:p>
      <w:r>
        <w:rPr>
          <w:rFonts w:ascii="Courier New" w:hAnsi="Courier New"/>
          <w:color w:val="555555"/>
          <w:sz w:val="20"/>
        </w:rPr>
        <w:t>[10]</w:t>
      </w:r>
    </w:p>
    <w:p>
      <w:r>
        <w:rPr>
          <w:rFonts w:ascii="Gentium Plus" w:hAnsi="Gentium Plus"/>
          <w:sz w:val="24"/>
        </w:rPr>
        <w:t>Εἱλήσας. συστρέψας. Εἴληχεν. ἔλαχεν. Εἰληφώς. λαβών. Εἰλιγγιῶ. σκοτοδινιῶ. ὑπὸ τοῦ δέους γὰρ ἰλιγ‐ γιῶ. τὸ μὲν ῥῆμα διὰ διφθόγγου. [τοῦτο δὲ</w:t>
      </w:r>
    </w:p>
    <w:p>
      <w:r>
        <w:rPr>
          <w:rFonts w:ascii="Courier New" w:hAnsi="Courier New"/>
          <w:color w:val="555555"/>
          <w:sz w:val="20"/>
        </w:rPr>
        <w:t>[15]</w:t>
      </w:r>
    </w:p>
    <w:p>
      <w:r>
        <w:rPr>
          <w:rFonts w:ascii="Gentium Plus" w:hAnsi="Gentium Plus"/>
          <w:sz w:val="24"/>
        </w:rPr>
        <w:t>οἱ Συρακούσιοι σίελ λέγουσι.] τὸ δὲ ὄνομα ἴλιγ‐ γος διὰ τοῦ ι. ἐγὼ δὲ καὶ τὰ δύο διὰ τοῦ ι γράφω. Εἰλόμενον. συνελαυνόμενον. Εἰλούμενος. συστρεφόμενος.</w:t>
      </w:r>
    </w:p>
    <w:p>
      <w:r>
        <w:rPr>
          <w:rFonts w:ascii="Courier New" w:hAnsi="Courier New"/>
          <w:color w:val="555555"/>
          <w:sz w:val="20"/>
        </w:rPr>
        <w:t>[20]</w:t>
      </w:r>
    </w:p>
    <w:p>
      <w:r>
        <w:rPr>
          <w:rFonts w:ascii="Gentium Plus" w:hAnsi="Gentium Plus"/>
          <w:sz w:val="24"/>
        </w:rPr>
        <w:t>Εἱλόμην. προέκρινα, ἠθέλησα.</w:t>
      </w:r>
    </w:p>
    <w:p>
      <w:r>
        <w:rPr>
          <w:rFonts w:ascii="Courier New" w:hAnsi="Courier New"/>
          <w:color w:val="555555"/>
          <w:sz w:val="20"/>
        </w:rPr>
        <w:t>[epsilon 646]</w:t>
      </w:r>
    </w:p>
    <w:p>
      <w:r>
        <w:rPr>
          <w:rFonts w:ascii="Gentium Plus" w:hAnsi="Gentium Plus"/>
          <w:sz w:val="24"/>
        </w:rPr>
        <w:t>Εἶπον. ἀντὶ τοῦ εἰπὲ, προστακτικόν. [Εἰρηνήσειν. πρώτης συζυγίας τῶν περισπωμέ‐ νων. ἐλπίδα δὲ μεγάλην εἶχον εἰρηνήσειν. ὁ δὲ Καῖσαρ, ἐξὸν αὐτὸ εἰρηνήσειν, πόλεμον εἵλετο.]</w:t>
      </w:r>
    </w:p>
    <w:p>
      <w:r>
        <w:rPr>
          <w:rFonts w:ascii="Courier New" w:hAnsi="Courier New"/>
          <w:color w:val="555555"/>
          <w:sz w:val="20"/>
        </w:rPr>
        <w:t>[5]</w:t>
      </w:r>
    </w:p>
    <w:p>
      <w:r>
        <w:rPr>
          <w:rFonts w:ascii="Gentium Plus" w:hAnsi="Gentium Plus"/>
          <w:sz w:val="24"/>
        </w:rPr>
        <w:t>Εἴρξας. ἀποκλείσας. δασύνουσιν Ἀττικοί. τὸ μέντοι παρ’ Ὁμήρῳ· ἐρχθέντες ἐν μεγάλῳ ποταμῷ— ψιλοῦσιν. καὶ τὸ ἕρξας ἀντὶ τοῦ πράξας δασύ‐ νουσιν.</w:t>
      </w:r>
    </w:p>
    <w:p>
      <w:r>
        <w:rPr>
          <w:rFonts w:ascii="Courier New" w:hAnsi="Courier New"/>
          <w:color w:val="555555"/>
          <w:sz w:val="20"/>
        </w:rPr>
        <w:t>[10]</w:t>
      </w:r>
    </w:p>
    <w:p>
      <w:r>
        <w:rPr>
          <w:rFonts w:ascii="Gentium Plus" w:hAnsi="Gentium Plus"/>
          <w:sz w:val="24"/>
        </w:rPr>
        <w:t>ἡ μὲν ἄρ’ ὣς ἕρξας’ ἀπεβήσατο δῖα θεάων. τὸ δὲ ἐπὶ τῆς εἱρκτῆς ψιλοῦσιν οἱ Ἀττικοί. [Εἰρωνεύσεται. καθυποκρινεῖται. λέγεται γὰρ ἐπὶ τοῦ διάπειραν λαμβάνοντος ὑπούλως καὶ καθυποκρινομένου τὸν μὴ γινώσκοντα περὶ ὅτου</w:t>
      </w:r>
    </w:p>
    <w:p>
      <w:r>
        <w:rPr>
          <w:rFonts w:ascii="Courier New" w:hAnsi="Courier New"/>
          <w:color w:val="555555"/>
          <w:sz w:val="20"/>
        </w:rPr>
        <w:t>[15]</w:t>
      </w:r>
    </w:p>
    <w:p>
      <w:r>
        <w:rPr>
          <w:rFonts w:ascii="Gentium Plus" w:hAnsi="Gentium Plus"/>
          <w:sz w:val="24"/>
        </w:rPr>
        <w:t>ποτὲ τὸν λόγον ποιῆσαι.] Εἰρυσμένους. ἑλκυσμένους. ἡ δὲ θεράπαινα ἑώρα τὰ ξίφη εἰρυσμένους, ὡς αὐτοὺς διαχρή‐ σαιντο. Εἰρχθέντες. πνιγέντες.</w:t>
      </w:r>
    </w:p>
    <w:p>
      <w:r>
        <w:rPr>
          <w:rFonts w:ascii="Courier New" w:hAnsi="Courier New"/>
          <w:color w:val="555555"/>
          <w:sz w:val="20"/>
        </w:rPr>
        <w:t>[20]</w:t>
      </w:r>
    </w:p>
    <w:p>
      <w:r>
        <w:rPr>
          <w:rFonts w:ascii="Gentium Plus" w:hAnsi="Gentium Plus"/>
          <w:sz w:val="24"/>
        </w:rPr>
        <w:t>Εἰσάμενος. ὁμοιωθείς.</w:t>
      </w:r>
    </w:p>
    <w:p>
      <w:r>
        <w:rPr>
          <w:rFonts w:ascii="Courier New" w:hAnsi="Courier New"/>
          <w:color w:val="555555"/>
          <w:sz w:val="20"/>
        </w:rPr>
        <w:t>[epsilon 647]</w:t>
      </w:r>
    </w:p>
    <w:p>
      <w:r>
        <w:rPr>
          <w:rFonts w:ascii="Gentium Plus" w:hAnsi="Gentium Plus"/>
          <w:sz w:val="24"/>
        </w:rPr>
        <w:t>Εἰσάττειν. εἰσελθεῖν. Ἀριστοφάνης· Μηδ’ ἐς ὀρχηστρίδος ἐσάττειν, ἵνα μὴ πρὸς ταῦτα κεχηνὼς Μήλῳ βληθείς—.</w:t>
      </w:r>
    </w:p>
    <w:p>
      <w:r>
        <w:rPr>
          <w:rFonts w:ascii="Courier New" w:hAnsi="Courier New"/>
          <w:color w:val="555555"/>
          <w:sz w:val="20"/>
        </w:rPr>
        <w:t>[5]</w:t>
      </w:r>
    </w:p>
    <w:p>
      <w:r>
        <w:rPr>
          <w:rFonts w:ascii="Gentium Plus" w:hAnsi="Gentium Plus"/>
          <w:sz w:val="24"/>
        </w:rPr>
        <w:t>Εἴσατο. ἀνέθηκεν. Ἀρτέμιδι εἴσατο ἄγαλμα. καὶ ἀντὶ τοῦ κατέθετο. [ὃς τάδε καλὰ εἴσα‐ το. καὶ ἀντὶ τοῦ περιέθηκε, καὶ ἀντὶ τοῦ πε‐ ριέβαλεν. ἢ ἀντὶ τοῦ ἐφάνη, καὶ ὡμοιώθη.] Εἰσβαλεῖτε. [εἰσβαλεῖν ἐστὶ, τὸ τινὰς ἐν ἀγρῷ</w:t>
      </w:r>
    </w:p>
    <w:p>
      <w:r>
        <w:rPr>
          <w:rFonts w:ascii="Courier New" w:hAnsi="Courier New"/>
          <w:color w:val="555555"/>
          <w:sz w:val="20"/>
        </w:rPr>
        <w:t>[10]</w:t>
      </w:r>
    </w:p>
    <w:p>
      <w:r>
        <w:rPr>
          <w:rFonts w:ascii="Gentium Plus" w:hAnsi="Gentium Plus"/>
          <w:sz w:val="24"/>
        </w:rPr>
        <w:t>εἰσελθόντας, ἐκκόψαι πάντα τὰ ἐν αὐτῷ.] κυ‐ ρίως [δὲ] εἰσβαλεῖν ἐστὶ τὸ εἰς τὴν πόλιν πο‐ λεμίους τινὰς εἰσελθεῖν. [Εἶσεν. ἔκτισεν.] Εἰσεπόδιζον. ἀντὶ τοῦ εἰσέβαινον τοὺς πόδας τοῦ</w:t>
      </w:r>
    </w:p>
    <w:p>
      <w:r>
        <w:rPr>
          <w:rFonts w:ascii="Courier New" w:hAnsi="Courier New"/>
          <w:color w:val="555555"/>
          <w:sz w:val="20"/>
        </w:rPr>
        <w:t>[15]</w:t>
      </w:r>
    </w:p>
    <w:p>
      <w:r>
        <w:rPr>
          <w:rFonts w:ascii="Gentium Plus" w:hAnsi="Gentium Plus"/>
          <w:sz w:val="24"/>
        </w:rPr>
        <w:t>χωρίου. Εἰσεποιήθη. εἰσεκρίθη. ὑπὸ τοῦ πατρὸς Νερουᾶ εἰσεποιήθη. καὶ εἰσεποιεῖτο ἀντὶ τοῦ ὑπετίθει. ὁ δὲ πόρος ἐφράττετο καὶ μεγάλας ἐλπίδας εἰσ‐ εποιεῖτο τῶν ἐπιφερομένων.</w:t>
      </w:r>
    </w:p>
    <w:p>
      <w:r>
        <w:rPr>
          <w:rFonts w:ascii="Courier New" w:hAnsi="Courier New"/>
          <w:color w:val="555555"/>
          <w:sz w:val="20"/>
        </w:rPr>
        <w:t>[20]</w:t>
      </w:r>
    </w:p>
    <w:p>
      <w:r>
        <w:rPr>
          <w:rFonts w:ascii="Gentium Plus" w:hAnsi="Gentium Plus"/>
          <w:sz w:val="24"/>
        </w:rPr>
        <w:t>[Εἰσέφρησα. εἰσέδυσα ἑαυτόν.] Εἰσέφρησας. εἰσήγαγες. Εἰσέφρουν. εἰσεδέχοντο. οἱ δὲ τὰς πύλας ἀνοί‐</w:t>
      </w:r>
    </w:p>
    <w:p>
      <w:r>
        <w:rPr>
          <w:rFonts w:ascii="Courier New" w:hAnsi="Courier New"/>
          <w:color w:val="555555"/>
          <w:sz w:val="20"/>
        </w:rPr>
        <w:t>[epsilon 648]</w:t>
      </w:r>
    </w:p>
    <w:p>
      <w:r>
        <w:rPr>
          <w:rFonts w:ascii="Gentium Plus" w:hAnsi="Gentium Plus"/>
          <w:sz w:val="24"/>
        </w:rPr>
        <w:t>Εἰσεχέοντο. εἰσήρχοντο. Εἴσιμι. εἰσέρχομαι. Εἴσῃ. ἐπιγνοίης, λογίσῃ, ἢ ἀντὶ τοῦ μαθήσῃ. Εἰσήγγειλεν. ἐσυκοφάντησεν. ὁ Δωὴν τὸν Ἀβη‐</w:t>
      </w:r>
    </w:p>
    <w:p>
      <w:r>
        <w:rPr>
          <w:rFonts w:ascii="Courier New" w:hAnsi="Courier New"/>
          <w:color w:val="555555"/>
          <w:sz w:val="20"/>
        </w:rPr>
        <w:t>[5]</w:t>
      </w:r>
    </w:p>
    <w:p>
      <w:r>
        <w:rPr>
          <w:rFonts w:ascii="Gentium Plus" w:hAnsi="Gentium Plus"/>
          <w:sz w:val="24"/>
        </w:rPr>
        <w:t>μέλεχ εἰσήγγειλε παρὰ τῷ Σαοὺλ καὶ εἰς μιαι‐ φονίαν τῶν ἱερέων ἐξέμῃνεν. Εἰσηγούμενος. διδάσκων. Εἰσῄεις. εἰσήρχου. Εἰσήρετο. εἰσεφέρετο.</w:t>
      </w:r>
    </w:p>
    <w:p>
      <w:r>
        <w:rPr>
          <w:rFonts w:ascii="Courier New" w:hAnsi="Courier New"/>
          <w:color w:val="555555"/>
          <w:sz w:val="20"/>
        </w:rPr>
        <w:t>[10]</w:t>
      </w:r>
    </w:p>
    <w:p>
      <w:r>
        <w:rPr>
          <w:rFonts w:ascii="Gentium Plus" w:hAnsi="Gentium Plus"/>
          <w:sz w:val="24"/>
        </w:rPr>
        <w:t>†Εἰσήῤῥησεν.† ἀφ’ οὗ γὰρ εἰσήῤῥησεν εἰς τὴν οἰκίαν. ἀντὶ τοῦ εἰσῆλθε καὶ εἰσεπήδησεν. Εἰσθορόντα. εἰσπηδήσαντα. ὅταν ἴδωσιν αὐτὸν εἰσθορόντα τοῖς πολεμίοις. Εἶσι. πορεύεται.</w:t>
      </w:r>
    </w:p>
    <w:p>
      <w:r>
        <w:rPr>
          <w:rFonts w:ascii="Courier New" w:hAnsi="Courier New"/>
          <w:color w:val="555555"/>
          <w:sz w:val="20"/>
        </w:rPr>
        <w:t>[15]</w:t>
      </w:r>
    </w:p>
    <w:p>
      <w:r>
        <w:rPr>
          <w:rFonts w:ascii="Gentium Plus" w:hAnsi="Gentium Plus"/>
          <w:sz w:val="24"/>
        </w:rPr>
        <w:t>[Εἴσκω. εἰκάζω.] Εἰσκριθείς. ἀντὶ τοῦ εἰσελθών. ὁ δὲ εἰς τὸ ἄν‐ τρον εἰσκριθείς. Εἰσκυκλεῖ. εἰσφέρει. ἐπισυνάπτει καὶ ἐπικυκλοῖ. καὶ εἰσκυκλεῖσθαι ἀντὶ τοῦ κυκλοειδῶς τρίβε‐</w:t>
      </w:r>
    </w:p>
    <w:p>
      <w:r>
        <w:rPr>
          <w:rFonts w:ascii="Courier New" w:hAnsi="Courier New"/>
          <w:color w:val="555555"/>
          <w:sz w:val="20"/>
        </w:rPr>
        <w:t>[20]</w:t>
      </w:r>
    </w:p>
    <w:p>
      <w:r>
        <w:rPr>
          <w:rFonts w:ascii="Gentium Plus" w:hAnsi="Gentium Plus"/>
          <w:sz w:val="24"/>
        </w:rPr>
        <w:t>σθαι. καὶ εἰσεκύκληκεν ἀντὶ τοῦ εἰσήνεγκεν, εἰσήγαγεν. εἰσεκύκληκε δαίμων εἰς τὴν οἰκίαν. Εἰσόμενον. μαθόντα. τί πράττουσιν οἱ πολέμιοι</w:t>
      </w:r>
    </w:p>
    <w:p>
      <w:r>
        <w:rPr>
          <w:rFonts w:ascii="Courier New" w:hAnsi="Courier New"/>
          <w:color w:val="555555"/>
          <w:sz w:val="20"/>
        </w:rPr>
        <w:t>[epsilon 649]</w:t>
      </w:r>
    </w:p>
    <w:p>
      <w:r>
        <w:rPr>
          <w:rFonts w:ascii="Gentium Plus" w:hAnsi="Gentium Plus"/>
          <w:sz w:val="24"/>
        </w:rPr>
        <w:t>Εἰσορόων. βλέπων. Εἰσπεπαίκασιν. εἰσπεπηδήκασιν. Εἰστρυπᾷν. τὸ παρεισέρχεσθαι. Εἱστήκειμεν. ἀντὶ τοῦ ἑστηκότες ἦμεν. καὶ εἱστή‐</w:t>
      </w:r>
    </w:p>
    <w:p>
      <w:r>
        <w:rPr>
          <w:rFonts w:ascii="Courier New" w:hAnsi="Courier New"/>
          <w:color w:val="555555"/>
          <w:sz w:val="20"/>
        </w:rPr>
        <w:t>[5]</w:t>
      </w:r>
    </w:p>
    <w:p>
      <w:r>
        <w:rPr>
          <w:rFonts w:ascii="Gentium Plus" w:hAnsi="Gentium Plus"/>
          <w:sz w:val="24"/>
        </w:rPr>
        <w:t>κεισαν. Εἱστία. ἐκάλει, εὐώχει. ὁ δὲ εἱστία τὸν στρα‐ τὸν ἡμερῶν ἓξ εἰς πανθοινίαν. Εἰσφρήσασθαι. εἰσδέξασθαι. καὶ εἰσφρήσειν. [καὶ εἰσφρήσωσι.]</w:t>
      </w:r>
    </w:p>
    <w:p>
      <w:r>
        <w:rPr>
          <w:rFonts w:ascii="Courier New" w:hAnsi="Courier New"/>
          <w:color w:val="555555"/>
          <w:sz w:val="20"/>
        </w:rPr>
        <w:t>[10]</w:t>
      </w:r>
    </w:p>
    <w:p>
      <w:r>
        <w:rPr>
          <w:rFonts w:ascii="Gentium Plus" w:hAnsi="Gentium Plus"/>
          <w:sz w:val="24"/>
        </w:rPr>
        <w:t>[Εἰσφρήσας. εἰσελθών.] *Εἰσέφρησεν. εἰσῆλθεν.* Εἰσφρησθέντα. ἐκδιωχθέντα. οἱ δὲ χαρᾶς ὑπε‐ πλήσθησαν τῷ μὴ ἐκσφρηθῆναι ὑπὸ θεοῦ αὐτόν. Εἰσωχέτευσαν. ἔνδον μετέφερον.</w:t>
      </w:r>
    </w:p>
    <w:p>
      <w:r>
        <w:rPr>
          <w:rFonts w:ascii="Courier New" w:hAnsi="Courier New"/>
          <w:color w:val="555555"/>
          <w:sz w:val="20"/>
        </w:rPr>
        <w:t>[15]</w:t>
      </w:r>
    </w:p>
    <w:p>
      <w:r>
        <w:rPr>
          <w:rFonts w:ascii="Gentium Plus" w:hAnsi="Gentium Plus"/>
          <w:sz w:val="24"/>
        </w:rPr>
        <w:t>Εἴτω. πορευέτω, συγχωρείτω. καὶ εἴτῳ ἀντὶ τοῦ ἐάν τινι. Εἵατο. ἐκάθητο. *Εἴκαθεν. ὑπετάττετο.*</w:t>
      </w:r>
    </w:p>
    <w:p>
      <w:pPr>
        <w:jc w:val="center"/>
      </w:pPr>
      <w:r>
        <w:rPr>
          <w:rFonts w:ascii="Gentium Plus" w:hAnsi="Gentium Plus"/>
          <w:b/>
          <w:sz w:val="24"/>
        </w:rPr>
        <w:t>(Ἐπίῤῥημα.)</w:t>
      </w:r>
    </w:p>
    <w:p>
      <w:r>
        <w:rPr>
          <w:rFonts w:ascii="Courier New" w:hAnsi="Courier New"/>
          <w:color w:val="555555"/>
          <w:sz w:val="20"/>
        </w:rPr>
        <w:t>[20]</w:t>
      </w:r>
    </w:p>
    <w:p>
      <w:r>
        <w:rPr>
          <w:rFonts w:ascii="Gentium Plus" w:hAnsi="Gentium Plus"/>
          <w:sz w:val="24"/>
        </w:rPr>
        <w:t>Εἰρηναίως. φιλικῶς. ἦσαν γὰρ εἰρηναίως ἐσταλ‐ μένοι, ἄνευ δορυφόρων ἄγοντες τὴν ἱερουργίαν. Εἰς ὅτε δή. ἕως ἄν. Εἰ. σύνδεσμος. ὡς τὸ, εἴ σφιν εἰς ἑαυτούς. Εἰδημονικῶς. ἐμπείρως.</w:t>
      </w:r>
    </w:p>
    <w:p>
      <w:r>
        <w:rPr>
          <w:rFonts w:ascii="Courier New" w:hAnsi="Courier New"/>
          <w:color w:val="555555"/>
          <w:sz w:val="20"/>
        </w:rPr>
        <w:t>[25]</w:t>
      </w:r>
    </w:p>
    <w:p>
      <w:r>
        <w:rPr>
          <w:rFonts w:ascii="Gentium Plus" w:hAnsi="Gentium Plus"/>
          <w:sz w:val="24"/>
        </w:rPr>
        <w:t>Εἴδ’ ἄγε νῦν. διὸ δή. Εἴθαρ. ἀντὶ τοῦ εὐθέως. ἀπὸ τοῦ εὐθὺς εὔ‐ θαρ καὶ εἴθαρ. Εἰκαίως. ἀντὶ τοῦ μάτην. καὶ εἰκῆ. παρὰ τὸ εἴκω</w:t>
      </w:r>
    </w:p>
    <w:p>
      <w:r>
        <w:rPr>
          <w:rFonts w:ascii="Courier New" w:hAnsi="Courier New"/>
          <w:color w:val="555555"/>
          <w:sz w:val="20"/>
        </w:rPr>
        <w:t>[epsilon 650]</w:t>
      </w:r>
    </w:p>
    <w:p>
      <w:r>
        <w:rPr>
          <w:rFonts w:ascii="Gentium Plus" w:hAnsi="Gentium Plus"/>
          <w:sz w:val="24"/>
        </w:rPr>
        <w:t>Εἰκότως. πρεπόντως. καὶ εἰκὸς τὸ πρέπον, τὸ ἀκόλουθον, τὸ εὔλογον. λαμβάνεται δὲ [καὶ] ἀντὶ τοῦ τάχα. ἔστι δὲ μετοχὴ οὐδετέρου. ἀπὸ τοῦ εἴκω εἰκὼς καὶ τὸ οὐδέτερον εἰκός. καὶ ἐχώ‐</w:t>
      </w:r>
    </w:p>
    <w:p>
      <w:r>
        <w:rPr>
          <w:rFonts w:ascii="Courier New" w:hAnsi="Courier New"/>
          <w:color w:val="555555"/>
          <w:sz w:val="20"/>
        </w:rPr>
        <w:t>[5]</w:t>
      </w:r>
    </w:p>
    <w:p>
      <w:r>
        <w:rPr>
          <w:rFonts w:ascii="Gentium Plus" w:hAnsi="Gentium Plus"/>
          <w:sz w:val="24"/>
        </w:rPr>
        <w:t>ρησεν εἰς ἐπίῤῥημα. [σύντονον.] Εἰλαδόν. κατὰ συστροφήν. καὶ εἰληδόν. Εἰνάνυχες. ἐπὶ ἐννέα νύκτας. Εἵνεκα. ἀντὶ τοῦ χάριν. πόθεν τὴν ἐπέκτασιν ἔχει; ἰστέον, ὅτι ἔκτασις μὲν ἡ ἐν φωνήεσι γι‐</w:t>
      </w:r>
    </w:p>
    <w:p>
      <w:r>
        <w:rPr>
          <w:rFonts w:ascii="Courier New" w:hAnsi="Courier New"/>
          <w:color w:val="555555"/>
          <w:sz w:val="20"/>
        </w:rPr>
        <w:t>[10]</w:t>
      </w:r>
    </w:p>
    <w:p>
      <w:r>
        <w:rPr>
          <w:rFonts w:ascii="Gentium Plus" w:hAnsi="Gentium Plus"/>
          <w:sz w:val="24"/>
        </w:rPr>
        <w:t>νομένη· ἐπέκτασις δὲ ἡ ἐν στοιχείοις. τὴν δὲ ἐπέκτασιν εἰώθασι λέγειν τὴν κατὰ τὸ τέλος· τοιόσδε· τοσόσδε. ἔκτασις· ἕνεκα, εἵνεκα. Εἰ μή τι. ἀντὶ τοῦ πλήν. οὕτως Πλάτων ἐν τῷ Ἀλκιβιάδῃ ἐχρήσατο· εἰ μή τις σου ἐραστὴς</w:t>
      </w:r>
    </w:p>
    <w:p>
      <w:r>
        <w:rPr>
          <w:rFonts w:ascii="Courier New" w:hAnsi="Courier New"/>
          <w:color w:val="555555"/>
          <w:sz w:val="20"/>
        </w:rPr>
        <w:t>[15]</w:t>
      </w:r>
    </w:p>
    <w:p>
      <w:r>
        <w:rPr>
          <w:rFonts w:ascii="Gentium Plus" w:hAnsi="Gentium Plus"/>
          <w:sz w:val="24"/>
        </w:rPr>
        <w:t>ἐντυγχάνει. Εἴσω καὶ ἔσωθεν. ἀπὸ τῆς ἐξ προθέσεως γίνεται ἔξω, καὶ ἀπὸ τῆς πρὸ πρόσω· οὕτω καὶ ἀπὸ τῆς εἰς εἴσω. Εἶτα. μετὰ ταῦτα. ὥσπερ ἀπὸ τοῦ δὴ δῆτα, οὕτω</w:t>
      </w:r>
    </w:p>
    <w:p>
      <w:r>
        <w:rPr>
          <w:rFonts w:ascii="Courier New" w:hAnsi="Courier New"/>
          <w:color w:val="555555"/>
          <w:sz w:val="20"/>
        </w:rPr>
        <w:t>[20]</w:t>
      </w:r>
    </w:p>
    <w:p>
      <w:r>
        <w:rPr>
          <w:rFonts w:ascii="Gentium Plus" w:hAnsi="Gentium Plus"/>
          <w:sz w:val="24"/>
        </w:rPr>
        <w:t>καὶ ἀπὸ τοῦ ει εἶτα. Εἰρηκώς. εἰπών.</w:t>
      </w:r>
    </w:p>
    <w:p>
      <w:pPr>
        <w:jc w:val="center"/>
      </w:pPr>
      <w:r>
        <w:rPr>
          <w:rFonts w:ascii="Gentium Plus" w:hAnsi="Gentium Plus"/>
          <w:b/>
          <w:sz w:val="24"/>
        </w:rPr>
        <w:t>Τὸ Ε μετὰ τοῦ Κ.</w:t>
      </w:r>
    </w:p>
    <w:p>
      <w:pPr>
        <w:jc w:val="center"/>
      </w:pPr>
      <w:r>
        <w:rPr>
          <w:rFonts w:ascii="Gentium Plus" w:hAnsi="Gentium Plus"/>
          <w:b/>
          <w:sz w:val="24"/>
        </w:rPr>
        <w:t>(Ἀρσενικόν.)</w:t>
      </w:r>
    </w:p>
    <w:p>
      <w:r>
        <w:rPr>
          <w:rFonts w:ascii="Courier New" w:hAnsi="Courier New"/>
          <w:color w:val="555555"/>
          <w:sz w:val="20"/>
        </w:rPr>
        <w:t>[24]</w:t>
      </w:r>
    </w:p>
    <w:p>
      <w:r>
        <w:rPr>
          <w:rFonts w:ascii="Gentium Plus" w:hAnsi="Gentium Plus"/>
          <w:sz w:val="24"/>
        </w:rPr>
        <w:t>Ἑκατοστιαῖος τόκος. ὁ τοκιζόμενος εἰς δώδεκα</w:t>
      </w:r>
    </w:p>
    <w:p>
      <w:r>
        <w:rPr>
          <w:rFonts w:ascii="Courier New" w:hAnsi="Courier New"/>
          <w:color w:val="555555"/>
          <w:sz w:val="20"/>
        </w:rPr>
        <w:t>[25]</w:t>
      </w:r>
    </w:p>
    <w:p>
      <w:r>
        <w:rPr>
          <w:rFonts w:ascii="Gentium Plus" w:hAnsi="Gentium Plus"/>
          <w:sz w:val="24"/>
        </w:rPr>
        <w:t>νομίσματα τὰ ἑκατὸν [νομίσματα.] Ἑκάεργος. τοξότης, ἢ ὁ ἕκαθεν ἔργων, ὅ ἐστι μαχόμενος, ἢ ὁ ἑκατέρωθεν εἴργων καὶ κωλύων</w:t>
      </w:r>
    </w:p>
    <w:p>
      <w:r>
        <w:rPr>
          <w:rFonts w:ascii="Courier New" w:hAnsi="Courier New"/>
          <w:color w:val="555555"/>
          <w:sz w:val="20"/>
        </w:rPr>
        <w:t>[epsilon 651]</w:t>
      </w:r>
    </w:p>
    <w:p>
      <w:r>
        <w:rPr>
          <w:rFonts w:ascii="Gentium Plus" w:hAnsi="Gentium Plus"/>
          <w:sz w:val="24"/>
        </w:rPr>
        <w:t>—ἑκάεργος Ἀπόλλων. ἔργον γὰρ τὴν μάχην οἶδεν Ὅμηρος καλεῖν. ἢ ὁ πόῤῥωθεν ἐργαζόμενος. Ἕκαστος. παρὰ τὸ ἕκατος. ὁ μὴ πέλων ἐγγὺς,</w:t>
      </w:r>
    </w:p>
    <w:p>
      <w:r>
        <w:rPr>
          <w:rFonts w:ascii="Courier New" w:hAnsi="Courier New"/>
          <w:color w:val="555555"/>
          <w:sz w:val="20"/>
        </w:rPr>
        <w:t>[5]</w:t>
      </w:r>
    </w:p>
    <w:p>
      <w:r>
        <w:rPr>
          <w:rFonts w:ascii="Gentium Plus" w:hAnsi="Gentium Plus"/>
          <w:sz w:val="24"/>
        </w:rPr>
        <w:t>οἷον κεχωρισμένος καὶ μὴ συλλήβδην ὢν πρὸς ἕτερον. ἐπιμερίζοντες τὸ πλῆθος φασὶν ἑκάτε‐ ρος ἕκαστος. Ἕκατος. ὁ ἥλιος. ἐκ τοῦ ἑκὰς, ἕκατος. εὖ εἰδὼς ἀγόρευε θεοπροπίας Ἑκάτοιο.</w:t>
      </w:r>
    </w:p>
    <w:p>
      <w:r>
        <w:rPr>
          <w:rFonts w:ascii="Courier New" w:hAnsi="Courier New"/>
          <w:color w:val="555555"/>
          <w:sz w:val="20"/>
        </w:rPr>
        <w:t>[10]</w:t>
      </w:r>
    </w:p>
    <w:p>
      <w:r>
        <w:rPr>
          <w:rFonts w:ascii="Gentium Plus" w:hAnsi="Gentium Plus"/>
          <w:sz w:val="24"/>
        </w:rPr>
        <w:t>Ἑκατηβόλος καὶ ἑκατηβελέτης. ὁ τοξότης. [Ἀπόλλωνος,] ἑκατηβελέταο ἄνακτος. [τοῦ μακρόθεν βάλλοντος καὶ ἐπιτυγχάνοντος. παρὰ τὸ ἑκὰς καὶ τὸ βέλος γίνεται ἑκαβελέτης, καὶ πλεονασμῷ τῆς τη ἑκατηβελέτης, ὡς ἔτυ‐</w:t>
      </w:r>
    </w:p>
    <w:p>
      <w:r>
        <w:rPr>
          <w:rFonts w:ascii="Courier New" w:hAnsi="Courier New"/>
          <w:color w:val="555555"/>
          <w:sz w:val="20"/>
        </w:rPr>
        <w:t>[15]</w:t>
      </w:r>
    </w:p>
    <w:p>
      <w:r>
        <w:rPr>
          <w:rFonts w:ascii="Gentium Plus" w:hAnsi="Gentium Plus"/>
          <w:sz w:val="24"/>
        </w:rPr>
        <w:t>μος ἐτήτυμος. ὁ ἕκαθεν βάλλων τοξότης.] Ἐκ καταλόγου. τῶν εἰς στρατιώτας τελούντων. Ἐκβιβαστής. δοκιμαστής. Ἐκ γειτόνων. ἀντὶ τοῦ γειτνιῶσαν. ἐκ γειτόνων τῆς μεγαλοφροσύνης παροικοῦσαν τὴν ἀλαζο‐</w:t>
      </w:r>
    </w:p>
    <w:p>
      <w:r>
        <w:rPr>
          <w:rFonts w:ascii="Courier New" w:hAnsi="Courier New"/>
          <w:color w:val="555555"/>
          <w:sz w:val="20"/>
        </w:rPr>
        <w:t>[20]</w:t>
      </w:r>
    </w:p>
    <w:p>
      <w:r>
        <w:rPr>
          <w:rFonts w:ascii="Gentium Plus" w:hAnsi="Gentium Plus"/>
          <w:sz w:val="24"/>
        </w:rPr>
        <w:t>νείαν ἐκφεύγει. Ἔκδημος. ὁ ἀπόδημος. Ἔκδηλος. ὁ φανερός. [Ἔκδικος. ὁ τὴν ἀλήθειαν ἐκδικῶν. ἔκδικος καὶ ὁ ἔξω τοῦ δικαίου.]</w:t>
      </w:r>
    </w:p>
    <w:p>
      <w:r>
        <w:rPr>
          <w:rFonts w:ascii="Courier New" w:hAnsi="Courier New"/>
          <w:color w:val="555555"/>
          <w:sz w:val="20"/>
        </w:rPr>
        <w:t>[25]</w:t>
      </w:r>
    </w:p>
    <w:p>
      <w:r>
        <w:rPr>
          <w:rFonts w:ascii="Gentium Plus" w:hAnsi="Gentium Plus"/>
          <w:sz w:val="24"/>
        </w:rPr>
        <w:t>Ἐκ δυοῖν. ἐκ δύο. Ἐκ γενετῆς. ἐκ τῆς γεννήσεως. [Ἐκεῖνος. παρὰ τὸ ἑκὰς ἐπίῤῥημα, ὃ σημαίνει τὸ πόῤῥωθεν. τὴν γὰρ πόῤῥω δεῖξιν σημαίνει. καὶ οἱ Δωριεῖς κῆνος αὐτὴν φασὶ καὶ τῆνος, ἀν‐</w:t>
      </w:r>
    </w:p>
    <w:p>
      <w:r>
        <w:rPr>
          <w:rFonts w:ascii="Courier New" w:hAnsi="Courier New"/>
          <w:color w:val="555555"/>
          <w:sz w:val="20"/>
        </w:rPr>
        <w:t>[30]</w:t>
      </w:r>
    </w:p>
    <w:p>
      <w:r>
        <w:rPr>
          <w:rFonts w:ascii="Gentium Plus" w:hAnsi="Gentium Plus"/>
          <w:sz w:val="24"/>
        </w:rPr>
        <w:t>τιδιαστέλλοντες αὐτὴν ἐπὶ τῆς πλησίον δείξεως.</w:t>
      </w:r>
    </w:p>
    <w:p>
      <w:r>
        <w:rPr>
          <w:rFonts w:ascii="Courier New" w:hAnsi="Courier New"/>
          <w:color w:val="555555"/>
          <w:sz w:val="20"/>
        </w:rPr>
        <w:t>[epsilon 652]</w:t>
      </w:r>
    </w:p>
    <w:p>
      <w:r>
        <w:rPr>
          <w:rFonts w:ascii="Gentium Plus" w:hAnsi="Gentium Plus"/>
          <w:sz w:val="24"/>
        </w:rPr>
        <w:t>εὑρίσκεται μέντοι, φησὶν Ἀπολλώνιος, καὶ τὴν τῆνος ἐπὶ τῆς πόῤῥω δείξεως.] Ἑκηβόλος. ὁ Ἀπόλλων. ἀπὸ τοῦ βάλλειν ἑκὰς καὶ μακρόθεν.</w:t>
      </w:r>
    </w:p>
    <w:p>
      <w:r>
        <w:rPr>
          <w:rFonts w:ascii="Courier New" w:hAnsi="Courier New"/>
          <w:color w:val="555555"/>
          <w:sz w:val="20"/>
        </w:rPr>
        <w:t>[5]</w:t>
      </w:r>
    </w:p>
    <w:p>
      <w:r>
        <w:rPr>
          <w:rFonts w:ascii="Gentium Plus" w:hAnsi="Gentium Plus"/>
          <w:sz w:val="24"/>
        </w:rPr>
        <w:t>Ἐκκήρυκτος. ὁ ἀπόβλητος. Ἕκηλος. ὁ ἥσυχος. παρὰ τὸ ἑκὰς ἕκαλος καὶ ἕκηλος. παρὰ οὖν τὸ ἕκηλος γίνεται εὔκηλος. ἢ παρὰ τὸ εἴκω τὸ ὑποχωρῶ, [ἡσυχάζει γὰρ ὁ ὑποχωρῶν.] ἢ παρὰ τὸ ἀκὴν ἄκηλος καὶ ἕκη‐</w:t>
      </w:r>
    </w:p>
    <w:p>
      <w:r>
        <w:rPr>
          <w:rFonts w:ascii="Courier New" w:hAnsi="Courier New"/>
          <w:color w:val="555555"/>
          <w:sz w:val="20"/>
        </w:rPr>
        <w:t>[10]</w:t>
      </w:r>
    </w:p>
    <w:p>
      <w:r>
        <w:rPr>
          <w:rFonts w:ascii="Gentium Plus" w:hAnsi="Gentium Plus"/>
          <w:sz w:val="24"/>
        </w:rPr>
        <w:t>λος, ἵν’ ᾖ ὁ ἥσυχος. ἢ παρὰ τὸ ἑκὼν ἕκηλος. Ἐκλογεῖς. οἱ ἐκλέγοντες. Ἐκνεφίας. ἄνεμος οὕτω καλούμενος, ὃς λίαν σφοδρῶς πνέει. παρὰ τὸν γνόφον. οἱονεὶ ὁ νέφη συνάγων καὶ ἐξ αὐτῶν κινούμενος. †ὁ ἄνωθεν</w:t>
      </w:r>
    </w:p>
    <w:p>
      <w:r>
        <w:rPr>
          <w:rFonts w:ascii="Courier New" w:hAnsi="Courier New"/>
          <w:color w:val="555555"/>
          <w:sz w:val="20"/>
        </w:rPr>
        <w:t>[15]</w:t>
      </w:r>
    </w:p>
    <w:p>
      <w:r>
        <w:rPr>
          <w:rFonts w:ascii="Gentium Plus" w:hAnsi="Gentium Plus"/>
          <w:sz w:val="24"/>
        </w:rPr>
        <w:t>κατιὼν καὶ ἕτερος ὢν παρὰ τοὺς ιβ, ὥσπερ καὶ ὁ τυφών. οὗτοι δέ εἰσι βλαπτικώτατοι λίαν, οἷον κεραύνιοι ὄντες.† Ἔκπαγλος καὶ ἔκπλαγος. ὁ καταπληκτικός. παρὰ τὸ πέλαγος· φοβερὸν γὰρ τοῖς πλέουσιν·</w:t>
      </w:r>
    </w:p>
    <w:p>
      <w:r>
        <w:rPr>
          <w:rFonts w:ascii="Courier New" w:hAnsi="Courier New"/>
          <w:color w:val="555555"/>
          <w:sz w:val="20"/>
        </w:rPr>
        <w:t>[20]</w:t>
      </w:r>
    </w:p>
    <w:p>
      <w:r>
        <w:rPr>
          <w:rFonts w:ascii="Gentium Plus" w:hAnsi="Gentium Plus"/>
          <w:sz w:val="24"/>
        </w:rPr>
        <w:t>ἐκπέλαγος, καὶ κατὰ συγκοπὴν ἔκπλαγος καὶ ἔκπαγλος. Ἐκποίητος. ἀποκηρύκτου διαφέρει, ὅτι ὁ ἀπο‐ κήρυκτος ἐπὶ κολάσει ἐκβάλλεται, ὁ δὲ ἐκποίη‐ τος ὑπὸ τοῦ φύσει πατρὸς δίδοται εἰς ἕτερον οἶ‐</w:t>
      </w:r>
    </w:p>
    <w:p>
      <w:r>
        <w:rPr>
          <w:rFonts w:ascii="Courier New" w:hAnsi="Courier New"/>
          <w:color w:val="555555"/>
          <w:sz w:val="20"/>
        </w:rPr>
        <w:t>[25]</w:t>
      </w:r>
    </w:p>
    <w:p>
      <w:r>
        <w:rPr>
          <w:rFonts w:ascii="Gentium Plus" w:hAnsi="Gentium Plus"/>
          <w:sz w:val="24"/>
        </w:rPr>
        <w:t>κον πρὸς θέσιν. Ἔκπτωτος. ὥσπερ λέγεται ἔκβιος ὁ ἐστερημένος τοῦ βίου, καὶ ἐξούσιος ὁ ἐστερημένος τῆς οὐσίας, οὕτως καὶ ἔκπτωτος ὁ ἐστερημένος τῆς πτώσεως. Ἐκπλαγεῖς. ἐκπλήξεως ἔμπλεοι. ἐκπλαγεῖς δὲ</w:t>
      </w:r>
    </w:p>
    <w:p>
      <w:r>
        <w:rPr>
          <w:rFonts w:ascii="Courier New" w:hAnsi="Courier New"/>
          <w:color w:val="555555"/>
          <w:sz w:val="20"/>
        </w:rPr>
        <w:t>[30]</w:t>
      </w:r>
    </w:p>
    <w:p>
      <w:r>
        <w:rPr>
          <w:rFonts w:ascii="Gentium Plus" w:hAnsi="Gentium Plus"/>
          <w:sz w:val="24"/>
        </w:rPr>
        <w:t>γενόμενοι οἱ Λίβυες διὰ τὸ παράδοξον.</w:t>
      </w:r>
    </w:p>
    <w:p>
      <w:r>
        <w:rPr>
          <w:rFonts w:ascii="Courier New" w:hAnsi="Courier New"/>
          <w:color w:val="555555"/>
          <w:sz w:val="20"/>
        </w:rPr>
        <w:t>[epsilon 653]</w:t>
      </w:r>
    </w:p>
    <w:p>
      <w:r>
        <w:rPr>
          <w:rFonts w:ascii="Gentium Plus" w:hAnsi="Gentium Plus"/>
          <w:sz w:val="24"/>
        </w:rPr>
        <w:t>Ἐκ πολλοῦ. ἐκ παλαιῶν τῶν χρόνων. Ἔκσπονδος. ὁ τὰς σπονδὰς καὶ τοὺς ὅρκους πα‐ ραβαίνων καὶ μὴ φυλάττων. ὁ τοίνυν τοὺς ὅρ‐ κους ἐκσπόνδους ποιήσας.</w:t>
      </w:r>
    </w:p>
    <w:p>
      <w:r>
        <w:rPr>
          <w:rFonts w:ascii="Courier New" w:hAnsi="Courier New"/>
          <w:color w:val="555555"/>
          <w:sz w:val="20"/>
        </w:rPr>
        <w:t>[5]</w:t>
      </w:r>
    </w:p>
    <w:p>
      <w:r>
        <w:rPr>
          <w:rFonts w:ascii="Gentium Plus" w:hAnsi="Gentium Plus"/>
          <w:sz w:val="24"/>
        </w:rPr>
        <w:t>Ἐκ συγκειμένου. προϋπηργμένου, προγεγυμνα‐ σμένου. τότε δὲ εἰς τάξιν τινὰ [ὥσπερ] ἐκ συγκειμένου κατέστησαν. Ἑκταῖος. ὁ ἕκτος. [Ἐκτεύς. μέτρον ἐστὶν, ὁ ταυτόν ἐστι τῷ χοίνικι.</w:t>
      </w:r>
    </w:p>
    <w:p>
      <w:r>
        <w:rPr>
          <w:rFonts w:ascii="Courier New" w:hAnsi="Courier New"/>
          <w:color w:val="555555"/>
          <w:sz w:val="20"/>
        </w:rPr>
        <w:t>[10]</w:t>
      </w:r>
    </w:p>
    <w:p>
      <w:r>
        <w:rPr>
          <w:rFonts w:ascii="Gentium Plus" w:hAnsi="Gentium Plus"/>
          <w:sz w:val="24"/>
        </w:rPr>
        <w:t>οἶσθ’ οὖν ἀπολωλεκυῖα πυρῶν ἐκτέα—. τουτέστι τριώβολον.] Ἐκτῆνες. οὕτως ὠνομάζοντο οἱ Βοιωτοί. Ἔκτιμος καὶ ἐκτίμους. ἔξω καὶ ἐκτὸς τιμῆς. ἐκτίμους ἔχουσα πτέρυγας</w:t>
      </w:r>
    </w:p>
    <w:p>
      <w:r>
        <w:rPr>
          <w:rFonts w:ascii="Courier New" w:hAnsi="Courier New"/>
          <w:color w:val="555555"/>
          <w:sz w:val="20"/>
        </w:rPr>
        <w:t>[15]</w:t>
      </w:r>
    </w:p>
    <w:p>
      <w:r>
        <w:rPr>
          <w:rFonts w:ascii="Gentium Plus" w:hAnsi="Gentium Plus"/>
          <w:sz w:val="24"/>
        </w:rPr>
        <w:t>ὀξυτόνων γόων. Ἐκτομίας. ὁ εὐνοῦχος. [Ἐκ τοῖο. ἐκ τούτου.] [Ἐκτόπιος. ἀπὸ ξένου τόπου. ἐκτόπιος συθείς</w:t>
      </w:r>
    </w:p>
    <w:p>
      <w:r>
        <w:rPr>
          <w:rFonts w:ascii="Courier New" w:hAnsi="Courier New"/>
          <w:color w:val="555555"/>
          <w:sz w:val="20"/>
        </w:rPr>
        <w:t>[20]</w:t>
      </w:r>
    </w:p>
    <w:p>
      <w:r>
        <w:rPr>
          <w:rFonts w:ascii="Gentium Plus" w:hAnsi="Gentium Plus"/>
          <w:sz w:val="24"/>
        </w:rPr>
        <w:t>ὅ ἐστιν ὁρμήσας.] Ἐκτοπισμός. ἡ πόῤῥω διαγωγή. οἱ δὲ φοβούμε‐ νοι τὸν εἰς Ἰταλίαν ἐκτοπισμὸν ἐν ταῖς ὁδοι‐ πορίαις διεδίδρασκον. Ἐκτιναγμός. ὅταν ἀναῤῥιπτῆται μετὰ κινήμα‐</w:t>
      </w:r>
    </w:p>
    <w:p>
      <w:r>
        <w:rPr>
          <w:rFonts w:ascii="Courier New" w:hAnsi="Courier New"/>
          <w:color w:val="555555"/>
          <w:sz w:val="20"/>
        </w:rPr>
        <w:t>[25]</w:t>
      </w:r>
    </w:p>
    <w:p>
      <w:r>
        <w:rPr>
          <w:rFonts w:ascii="Gentium Plus" w:hAnsi="Gentium Plus"/>
          <w:sz w:val="24"/>
        </w:rPr>
        <w:t>τος ἡ γῆ. Ἐκ τῶν παρόντων. ἐκ τῶν φθασάντων. νικώ‐ μενοι οὖν ἐκ τῶν παρόντων ἄκος αἰτοῦσι παρὰ</w:t>
      </w:r>
    </w:p>
    <w:p>
      <w:r>
        <w:rPr>
          <w:rFonts w:ascii="Courier New" w:hAnsi="Courier New"/>
          <w:color w:val="555555"/>
          <w:sz w:val="20"/>
        </w:rPr>
        <w:t>[epsilon 654]</w:t>
      </w:r>
    </w:p>
    <w:p>
      <w:r>
        <w:rPr>
          <w:rFonts w:ascii="Gentium Plus" w:hAnsi="Gentium Plus"/>
          <w:sz w:val="24"/>
        </w:rPr>
        <w:t>Ἐκτραορδιναρίους. Ῥωμαϊκὴ ἡ λέξις. δηλοῖ δὲ τοὺς ἐπιλέκτους. Ἑκυρός. ὁ πενθερός. [παρὰ τὸ εἰς αὐτὸν τὴν νύμφην ἄγειν ἢ τὴν κόρην. ἢ παρὰ τὸ δέχω,</w:t>
      </w:r>
    </w:p>
    <w:p>
      <w:r>
        <w:rPr>
          <w:rFonts w:ascii="Courier New" w:hAnsi="Courier New"/>
          <w:color w:val="555555"/>
          <w:sz w:val="20"/>
        </w:rPr>
        <w:t>[5]</w:t>
      </w:r>
    </w:p>
    <w:p>
      <w:r>
        <w:rPr>
          <w:rFonts w:ascii="Gentium Plus" w:hAnsi="Gentium Plus"/>
          <w:sz w:val="24"/>
        </w:rPr>
        <w:t>δεχυρὸς, καὶ ἀποβολῇ τοῦ δ καὶ τροπῇ τοῦ χ εἰς κ ἑκυρός. ἢ παρὰ τὸ κύρω, τὸ ἐπιτυγχά‐ νω, κυρὸς καὶ πλεονασμῷ τοῦ ε ἑκυρός.] Ἔκφορος. παράφορος, μαινόμενος. αἰσθάνομαι γινόμενος ὑπὸ τοῦ πάθους ἔκφορος.</w:t>
      </w:r>
    </w:p>
    <w:p>
      <w:r>
        <w:rPr>
          <w:rFonts w:ascii="Courier New" w:hAnsi="Courier New"/>
          <w:color w:val="555555"/>
          <w:sz w:val="20"/>
        </w:rPr>
        <w:t>[10]</w:t>
      </w:r>
    </w:p>
    <w:p>
      <w:r>
        <w:rPr>
          <w:rFonts w:ascii="Gentium Plus" w:hAnsi="Gentium Plus"/>
          <w:sz w:val="24"/>
        </w:rPr>
        <w:t>Ἔκφρων. ἐξεστηκὼς, παραπαίων, ἔξω φρενῶν. ὁ δὲ ὑπὸ μέθης ἔκφρων γενόμενος. Ἔκφυλος. ξένος, παρηλλαγμένος, ἀήθης, ἀλλό‐ φυλος. ὀθνεῖος καὶ πάντη ἔκφυλος. Ἔκκοπος. κατάκοπος. ὁ δὲ διανύσας σταδίους τε‐</w:t>
      </w:r>
    </w:p>
    <w:p>
      <w:r>
        <w:rPr>
          <w:rFonts w:ascii="Courier New" w:hAnsi="Courier New"/>
          <w:color w:val="555555"/>
          <w:sz w:val="20"/>
        </w:rPr>
        <w:t>[15]</w:t>
      </w:r>
    </w:p>
    <w:p>
      <w:r>
        <w:rPr>
          <w:rFonts w:ascii="Gentium Plus" w:hAnsi="Gentium Plus"/>
          <w:sz w:val="24"/>
        </w:rPr>
        <w:t>τρακοσίους καὶ γενόμενος ἔκκοπος ἐπέμεινεν. Ἐκπαθεῖς. ὑγιεῖς, ἐκτὸς πάθους. ἵνα μὴ ὦσιν ἔκδιψοι, ἀλλ’ ἐκπαθεῖς καὶ κεκαινοποιημένοι. Ἐκ παραλλήλου. ἐξ ὁμοίου. Ἐκνόμοις. παρανόμοις.</w:t>
      </w:r>
    </w:p>
    <w:p>
      <w:r>
        <w:rPr>
          <w:rFonts w:ascii="Courier New" w:hAnsi="Courier New"/>
          <w:color w:val="555555"/>
          <w:sz w:val="20"/>
        </w:rPr>
        <w:t>[20]</w:t>
      </w:r>
    </w:p>
    <w:p>
      <w:r>
        <w:rPr>
          <w:rFonts w:ascii="Gentium Plus" w:hAnsi="Gentium Plus"/>
          <w:sz w:val="24"/>
        </w:rPr>
        <w:t>Ἑκτέον. κρατητέον. [Ἐκ τιτύμνων. ἐκ μικρᾶς ἡλικίας.] Ἐκφάντορες. κυρίως οἱ τῶν μυστηρίων τὰ ἄῤ‐ ῥητα συμβολικῶς ἀναφαίνοντες.</w:t>
      </w:r>
    </w:p>
    <w:p>
      <w:pPr>
        <w:jc w:val="center"/>
      </w:pPr>
      <w:r>
        <w:rPr>
          <w:rFonts w:ascii="Gentium Plus" w:hAnsi="Gentium Plus"/>
          <w:b/>
          <w:sz w:val="24"/>
        </w:rPr>
        <w:t>(Θηλυκόν.)</w:t>
      </w:r>
    </w:p>
    <w:p>
      <w:r>
        <w:rPr>
          <w:rFonts w:ascii="Courier New" w:hAnsi="Courier New"/>
          <w:color w:val="555555"/>
          <w:sz w:val="20"/>
        </w:rPr>
        <w:t>[25]</w:t>
      </w:r>
    </w:p>
    <w:p>
      <w:r>
        <w:rPr>
          <w:rFonts w:ascii="Gentium Plus" w:hAnsi="Gentium Plus"/>
          <w:sz w:val="24"/>
        </w:rPr>
        <w:t>Ἑκάβη. κύριον ὄνομα. ἡ ἕκαθεν βεβηκυῖα. ὁ γὰρ πατὴρ Δύμας Φρὺξ Πριάμῳ εἰς Ἴλιον ἐξέ‐ δοτο. ὅθεν Πρίαμος Φρυξὶ σύμμαχος·</w:t>
      </w:r>
    </w:p>
    <w:p>
      <w:r>
        <w:rPr>
          <w:rFonts w:ascii="Courier New" w:hAnsi="Courier New"/>
          <w:color w:val="555555"/>
          <w:sz w:val="20"/>
        </w:rPr>
        <w:t>[epsilon 655]</w:t>
      </w:r>
    </w:p>
    <w:p>
      <w:r>
        <w:rPr>
          <w:rFonts w:ascii="Gentium Plus" w:hAnsi="Gentium Plus"/>
          <w:sz w:val="24"/>
        </w:rPr>
        <w:t>Ἑκατόμβη. θυσία γινομένη ἐξ ἑκατὸν βοῶν. Ἐκ καταλήψεων. ἐξ ἐφευρέσεων. *Ἐκ γειτόνων. ἀντὶ τοῦ γειτνιῶσαν. ἐκ γειτό‐ νων τῆς μεγαλοφροσύνης παροικοῦσαν τὴν ἀλα‐</w:t>
      </w:r>
    </w:p>
    <w:p>
      <w:r>
        <w:rPr>
          <w:rFonts w:ascii="Courier New" w:hAnsi="Courier New"/>
          <w:color w:val="555555"/>
          <w:sz w:val="20"/>
        </w:rPr>
        <w:t>[5]</w:t>
      </w:r>
    </w:p>
    <w:p>
      <w:r>
        <w:rPr>
          <w:rFonts w:ascii="Gentium Plus" w:hAnsi="Gentium Plus"/>
          <w:sz w:val="24"/>
        </w:rPr>
        <w:t>ζονείαν ἐκφεύγει.* Ἔκδοσις. τὸ ναυτικὸν δάνεισμα, οἱονεὶ ἔξω δόσις. οὕτω καὶ Δημοσθένης. Ἐκδιαίτησις. τρυφή. ὁ δὲ τρυφαῖς μαλακαῖς καὶ ἐκδιαιτήσεσι διαλυθεὶς ἐπανῄει.</w:t>
      </w:r>
    </w:p>
    <w:p>
      <w:r>
        <w:rPr>
          <w:rFonts w:ascii="Courier New" w:hAnsi="Courier New"/>
          <w:color w:val="555555"/>
          <w:sz w:val="20"/>
        </w:rPr>
        <w:t>[10]</w:t>
      </w:r>
    </w:p>
    <w:p>
      <w:r>
        <w:rPr>
          <w:rFonts w:ascii="Gentium Plus" w:hAnsi="Gentium Plus"/>
          <w:sz w:val="24"/>
        </w:rPr>
        <w:t>Ἔκδεια. ἡ κεχρεωστημένη λοιπὰς καὶ ἡ ἑκού‐ σιος στέρησις τῶν χρημάτων. ἔνδεια δὲ ἡ ἀκού‐ σιος. Ἐκδοχή. ἀναμονή. Ἐκεχειρία. ἄνεσις, ἀνοχὴ πολέμου. παρὰ τὸ</w:t>
      </w:r>
    </w:p>
    <w:p>
      <w:r>
        <w:rPr>
          <w:rFonts w:ascii="Courier New" w:hAnsi="Courier New"/>
          <w:color w:val="555555"/>
          <w:sz w:val="20"/>
        </w:rPr>
        <w:t>[15]</w:t>
      </w:r>
    </w:p>
    <w:p>
      <w:r>
        <w:rPr>
          <w:rFonts w:ascii="Gentium Plus" w:hAnsi="Gentium Plus"/>
          <w:sz w:val="24"/>
        </w:rPr>
        <w:t>ἔχω καὶ ἀπέχω γίνεται ἐχεχειρία, καὶ τροπῇ τοῦ χ εἰς κ ἐκεχειρία. Ἔκζεσις. ἡ ἔκβρασις. Ἐκκήρυκτον. ἀπόβλητον. ἐκκήρυκτον ταύτην ἐποίησαν. καὶ ἐξεκήρυξαν ἀντὶ τοῦ ἀπεσκορά‐</w:t>
      </w:r>
    </w:p>
    <w:p>
      <w:r>
        <w:rPr>
          <w:rFonts w:ascii="Courier New" w:hAnsi="Courier New"/>
          <w:color w:val="555555"/>
          <w:sz w:val="20"/>
        </w:rPr>
        <w:t>[20]</w:t>
      </w:r>
    </w:p>
    <w:p>
      <w:r>
        <w:rPr>
          <w:rFonts w:ascii="Gentium Plus" w:hAnsi="Gentium Plus"/>
          <w:sz w:val="24"/>
        </w:rPr>
        <w:t>κισαν. Ἐκθυμία. προθυμία. Ἔκθεσμον. παράνομον. ἔκθεσμον ἁμαρτίαν πε‐</w:t>
      </w:r>
    </w:p>
    <w:p>
      <w:r>
        <w:rPr>
          <w:rFonts w:ascii="Courier New" w:hAnsi="Courier New"/>
          <w:color w:val="555555"/>
          <w:sz w:val="20"/>
        </w:rPr>
        <w:t>[epsilon 656]</w:t>
      </w:r>
    </w:p>
    <w:p>
      <w:r>
        <w:rPr>
          <w:rFonts w:ascii="Gentium Plus" w:hAnsi="Gentium Plus"/>
          <w:sz w:val="24"/>
        </w:rPr>
        <w:t>Ἐκλειπία. ἡ συγχώρησις. ἄδικον ἡγεῖτο τὴν ἐκλειπίαν. Ἐκλιμίαν. τὴν ἀχορτασίαν. Ἐκλογιστίαν. ἀρίθμησιν. καὶ ἐκλογιζόμενος</w:t>
      </w:r>
    </w:p>
    <w:p>
      <w:r>
        <w:rPr>
          <w:rFonts w:ascii="Courier New" w:hAnsi="Courier New"/>
          <w:color w:val="555555"/>
          <w:sz w:val="20"/>
        </w:rPr>
        <w:t>[5]</w:t>
      </w:r>
    </w:p>
    <w:p>
      <w:r>
        <w:rPr>
          <w:rFonts w:ascii="Gentium Plus" w:hAnsi="Gentium Plus"/>
          <w:sz w:val="24"/>
        </w:rPr>
        <w:t>τὸν στρατόν—. Ἔκκλητος. ἣν ἂν ἐκκαλῇ τὶς εἰς τὸ κριθῆναι, δηλονότι τὴν πρώτην οὐ στέργων κρίσιν, ὡς πρὸς ἔχθραν κρινάσης ἢ πρὸς χάριν. ἐξῆν δὲ τοῖς μὲν ξένοις ἐκκαλεῖσθαι, τοῖς δὲ πολίταις</w:t>
      </w:r>
    </w:p>
    <w:p>
      <w:r>
        <w:rPr>
          <w:rFonts w:ascii="Courier New" w:hAnsi="Courier New"/>
          <w:color w:val="555555"/>
          <w:sz w:val="20"/>
        </w:rPr>
        <w:t>[10]</w:t>
      </w:r>
    </w:p>
    <w:p>
      <w:r>
        <w:rPr>
          <w:rFonts w:ascii="Gentium Plus" w:hAnsi="Gentium Plus"/>
          <w:sz w:val="24"/>
        </w:rPr>
        <w:t>οὐκέτι. Ἐκκλησίαν. συναγωγὴν ὄχλου. ἐκκλησία δ’ οὐχὶ διὰ πλοῦτον γίνεται, ἐκκλησιάζομεν γὰρ ἢ τὶ τῶν ἰδίων σῶσαι βουλόμενοι. καλεῖ δὲ καὶ ὁ Χριστὸς σῶμα ἑαυτοῦ τὴν ἐκκλησίαν, καὶ διὰ</w:t>
      </w:r>
    </w:p>
    <w:p>
      <w:r>
        <w:rPr>
          <w:rFonts w:ascii="Courier New" w:hAnsi="Courier New"/>
          <w:color w:val="555555"/>
          <w:sz w:val="20"/>
        </w:rPr>
        <w:t>[15]</w:t>
      </w:r>
    </w:p>
    <w:p>
      <w:r>
        <w:rPr>
          <w:rFonts w:ascii="Gentium Plus" w:hAnsi="Gentium Plus"/>
          <w:sz w:val="24"/>
        </w:rPr>
        <w:t>ταύτης ἱερατεύει ὡς ἄνθρωπος· δέχεται δὲ τὰ προσφερόμενα ὡς θεός. Ἐκκλήσεις. αἱ ἐκκαλήσεις. πρόδηλος γὰρ ἐγένε‐ το φυγὴ καὶ τῶν ὑπεναντίων ἐκκλήσεις πρὸς ἐπίθεσιν.</w:t>
      </w:r>
    </w:p>
    <w:p>
      <w:r>
        <w:rPr>
          <w:rFonts w:ascii="Courier New" w:hAnsi="Courier New"/>
          <w:color w:val="555555"/>
          <w:sz w:val="20"/>
        </w:rPr>
        <w:t>[20]</w:t>
      </w:r>
    </w:p>
    <w:p>
      <w:r>
        <w:rPr>
          <w:rFonts w:ascii="Gentium Plus" w:hAnsi="Gentium Plus"/>
          <w:sz w:val="24"/>
        </w:rPr>
        <w:t>Ἐκμαρτυρία. διαφέρει τῆς μαρτυρίας. ὅτι ἡ μὲν τῶν παρόντων ἐστὶν, ἡ δὲ [ἐκμαρτυρία] τῶν ἀπόντων. Ἐκ μεταβολῆς. ἤτοι ἐκ μεταμελείας. οἱ δὲ</w:t>
      </w:r>
    </w:p>
    <w:p>
      <w:r>
        <w:rPr>
          <w:rFonts w:ascii="Courier New" w:hAnsi="Courier New"/>
          <w:color w:val="555555"/>
          <w:sz w:val="20"/>
        </w:rPr>
        <w:t>[epsilon 657]</w:t>
      </w:r>
    </w:p>
    <w:p>
      <w:r>
        <w:rPr>
          <w:rFonts w:ascii="Gentium Plus" w:hAnsi="Gentium Plus"/>
          <w:sz w:val="24"/>
        </w:rPr>
        <w:t>Ἐκκομιδή. ἡ ἐκφορά. Ἑκουσιότης. νοὸς *αὐτεξουσιότης καὶ* αὐτοκι‐ νησία πρὸς τὸ αἱρετόν. Ἐκ περινοίας. ἐξ ἐπινοίας.</w:t>
      </w:r>
    </w:p>
    <w:p>
      <w:r>
        <w:rPr>
          <w:rFonts w:ascii="Courier New" w:hAnsi="Courier New"/>
          <w:color w:val="555555"/>
          <w:sz w:val="20"/>
        </w:rPr>
        <w:t>[5]</w:t>
      </w:r>
    </w:p>
    <w:p>
      <w:r>
        <w:rPr>
          <w:rFonts w:ascii="Gentium Plus" w:hAnsi="Gentium Plus"/>
          <w:sz w:val="24"/>
        </w:rPr>
        <w:t>Ἔκπληξις. *ἀσυνεσία καὶ* φόβος ἐξ ἀσυνή‐ θους φαντασίας. Ἐκπνοή. ἔξοδος πνεύματος ὑπὸ συστολῆς πνεύμο‐ νος διὰ ψύξιν τοῦ ἐν ἡμῖν θερμοῦ. Ἐκπλαγοῦς καὶ ἐκπαγλοῦς. ἐκπληκτικῆς,</w:t>
      </w:r>
    </w:p>
    <w:p>
      <w:r>
        <w:rPr>
          <w:rFonts w:ascii="Courier New" w:hAnsi="Courier New"/>
          <w:color w:val="555555"/>
          <w:sz w:val="20"/>
        </w:rPr>
        <w:t>[10]</w:t>
      </w:r>
    </w:p>
    <w:p>
      <w:r>
        <w:rPr>
          <w:rFonts w:ascii="Gentium Plus" w:hAnsi="Gentium Plus"/>
          <w:sz w:val="24"/>
        </w:rPr>
        <w:t>θαυμαστικῆς. Ἐκ περιουσίας. ἐκ περιττοῦ. ἐκ περιουσίας λέγει. Ἐκ περιτροπῆς. ἐξ ἀποστροφῆς· ἐκ νίκης. Ἐκ προσαγωγῆς. ἀντὶ τοῦ πρὸς ἀνάγκην καὶ</w:t>
      </w:r>
    </w:p>
    <w:p>
      <w:r>
        <w:rPr>
          <w:rFonts w:ascii="Courier New" w:hAnsi="Courier New"/>
          <w:color w:val="555555"/>
          <w:sz w:val="20"/>
        </w:rPr>
        <w:t>[15]</w:t>
      </w:r>
    </w:p>
    <w:p>
      <w:r>
        <w:rPr>
          <w:rFonts w:ascii="Gentium Plus" w:hAnsi="Gentium Plus"/>
          <w:sz w:val="24"/>
        </w:rPr>
        <w:t>οὐκ ἐκ φύσεως οὐδὲ ἁπλοϊκῶς. Ἔκρηξις. ἡ κραυγή. Ἔκστασις. φρενῶν ἀποβολὴ, καὶ ὁ θαυμασμὸς καὶ ἡ ἀλλοίωσις. ἔστι δὲ καὶ ἁμαρτία. Δα‐ βίδ· ἐγὼ δὲ εἶπα ἐν τῇ ἐκστάσει μου.</w:t>
      </w:r>
    </w:p>
    <w:p>
      <w:r>
        <w:rPr>
          <w:rFonts w:ascii="Courier New" w:hAnsi="Courier New"/>
          <w:color w:val="555555"/>
          <w:sz w:val="20"/>
        </w:rPr>
        <w:t>[20]</w:t>
      </w:r>
    </w:p>
    <w:p>
      <w:r>
        <w:rPr>
          <w:rFonts w:ascii="Gentium Plus" w:hAnsi="Gentium Plus"/>
          <w:sz w:val="24"/>
        </w:rPr>
        <w:t>Ἔκτοπος. παρηλλαγμένη, ἀφόρητος. τοῖς δὲ Κέλτοις παρέστη ἔκτοπος ἡλίκη πρὸς τὸ πα‐</w:t>
      </w:r>
    </w:p>
    <w:p>
      <w:r>
        <w:rPr>
          <w:rFonts w:ascii="Courier New" w:hAnsi="Courier New"/>
          <w:color w:val="555555"/>
          <w:sz w:val="20"/>
        </w:rPr>
        <w:t>[epsilon 658]</w:t>
      </w:r>
    </w:p>
    <w:p>
      <w:r>
        <w:rPr>
          <w:rFonts w:ascii="Gentium Plus" w:hAnsi="Gentium Plus"/>
          <w:sz w:val="24"/>
        </w:rPr>
        <w:t>Ἐκ τῆς ὀσφύος. ἐκ τοῦ σπέρματος. Ἑκυρά. ἡ πενθερά. Ἐκφανεστάτας. πάνυ λαμπράς. [ἐκφανεστά‐ τας ἔχει τὰς ἀρχὰς ἢ τὰς χαράς.]</w:t>
      </w:r>
    </w:p>
    <w:p>
      <w:r>
        <w:rPr>
          <w:rFonts w:ascii="Courier New" w:hAnsi="Courier New"/>
          <w:color w:val="555555"/>
          <w:sz w:val="20"/>
        </w:rPr>
        <w:t>[5]</w:t>
      </w:r>
    </w:p>
    <w:p>
      <w:r>
        <w:rPr>
          <w:rFonts w:ascii="Gentium Plus" w:hAnsi="Gentium Plus"/>
          <w:sz w:val="24"/>
        </w:rPr>
        <w:t>Ἐκφαντορία. δήλωσις, θεολογία. Ἔκφανσις. φανέρωσις. Ἐκφορά. ἡ ταφή. ἀπὸ τοῦ φέρεσθαι ἐπὶ τὸ μνημεῖον. Ἐκ φύσεως. ἀπὸ [γεννήσεως καὶ] οἰκείας γνώ‐</w:t>
      </w:r>
    </w:p>
    <w:p>
      <w:r>
        <w:rPr>
          <w:rFonts w:ascii="Courier New" w:hAnsi="Courier New"/>
          <w:color w:val="555555"/>
          <w:sz w:val="20"/>
        </w:rPr>
        <w:t>[10]</w:t>
      </w:r>
    </w:p>
    <w:p>
      <w:r>
        <w:rPr>
          <w:rFonts w:ascii="Gentium Plus" w:hAnsi="Gentium Plus"/>
          <w:sz w:val="24"/>
        </w:rPr>
        <w:t>μης. Ἔκφυσιν. βλάστησιν, γονήν. Ἐκ φθορᾶς. ἐκ θανάτου. Ἔκφρασις. ἐπιθυμία, δήλωσις. Ἐκ χειρὸς βοηθεῖν τοῖς πράγμασιν. ἀντὶ</w:t>
      </w:r>
    </w:p>
    <w:p>
      <w:r>
        <w:rPr>
          <w:rFonts w:ascii="Courier New" w:hAnsi="Courier New"/>
          <w:color w:val="555555"/>
          <w:sz w:val="20"/>
        </w:rPr>
        <w:t>[15]</w:t>
      </w:r>
    </w:p>
    <w:p>
      <w:r>
        <w:rPr>
          <w:rFonts w:ascii="Gentium Plus" w:hAnsi="Gentium Plus"/>
          <w:sz w:val="24"/>
        </w:rPr>
        <w:t>τοῦ μετὰ πάσης ἐπιμελείας. Ἑκάτη. ὄνομα θεᾶς. οἱονεὶ ἑκάστη τὶς οὖσα καὶ εἰς ἕκαστα παραλαμβανομένη καὶ πανταχοῦ βοηθοῦσα. [Ἑκατόμβη. ἡ γινομένη θυσία διὰ βοῶν ἑκα‐</w:t>
      </w:r>
    </w:p>
    <w:p>
      <w:r>
        <w:rPr>
          <w:rFonts w:ascii="Courier New" w:hAnsi="Courier New"/>
          <w:color w:val="555555"/>
          <w:sz w:val="20"/>
        </w:rPr>
        <w:t>[20]</w:t>
      </w:r>
    </w:p>
    <w:p>
      <w:r>
        <w:rPr>
          <w:rFonts w:ascii="Gentium Plus" w:hAnsi="Gentium Plus"/>
          <w:sz w:val="24"/>
        </w:rPr>
        <w:t>τόν. τὸ δὲ ἑκατὸν παρὰ τὸ ἔχω, ἐχατὸν καὶ ἑκατὸν, ἢ παρὰ τὸ ἥκειν καὶ φέρειν δέκατον</w:t>
      </w:r>
    </w:p>
    <w:p>
      <w:r>
        <w:rPr>
          <w:rFonts w:ascii="Courier New" w:hAnsi="Courier New"/>
          <w:color w:val="555555"/>
          <w:sz w:val="20"/>
        </w:rPr>
        <w:t>[epsilon 659]</w:t>
      </w:r>
    </w:p>
    <w:p>
      <w:r>
        <w:rPr>
          <w:rFonts w:ascii="Gentium Plus" w:hAnsi="Gentium Plus"/>
          <w:sz w:val="24"/>
        </w:rPr>
        <w:t>Ἐκκοπήν. τὴν τυχοῦσαν ἀναβολήν. καὶ ὁ Ἀπό‐ στολος· ἵνα μὴ ἐκκοπήν τινα δῶμεν τῷ εὐαγ‐ γελίῳ τοῦ Χριστοῦ. εὐαγγέλιον δὲ τὸ κήρυγμα λέγει.</w:t>
      </w:r>
    </w:p>
    <w:p>
      <w:r>
        <w:rPr>
          <w:rFonts w:ascii="Courier New" w:hAnsi="Courier New"/>
          <w:color w:val="555555"/>
          <w:sz w:val="20"/>
        </w:rPr>
        <w:t>[5]</w:t>
      </w:r>
    </w:p>
    <w:p>
      <w:r>
        <w:rPr>
          <w:rFonts w:ascii="Gentium Plus" w:hAnsi="Gentium Plus"/>
          <w:sz w:val="24"/>
        </w:rPr>
        <w:t>Ἔκβασιν. τὴν πλήρωσιν. τὴν παῦσιν. ἀλλὰ ποιή‐ σει σὺν τῷ πειρασμῷ καὶ τὴν ἔκβασιν.</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Ἐκδεές. ἀτελὲς, ἐλλιπές. Ἐκ διαμέτρου. τὰ πλεῖστον ἀλλήλων διεστηκότα</w:t>
      </w:r>
    </w:p>
    <w:p>
      <w:r>
        <w:rPr>
          <w:rFonts w:ascii="Courier New" w:hAnsi="Courier New"/>
          <w:color w:val="555555"/>
          <w:sz w:val="20"/>
        </w:rPr>
        <w:t>[10]</w:t>
      </w:r>
    </w:p>
    <w:p>
      <w:r>
        <w:rPr>
          <w:rFonts w:ascii="Gentium Plus" w:hAnsi="Gentium Plus"/>
          <w:sz w:val="24"/>
        </w:rPr>
        <w:t>ἢ τὰ ἄκρα καὶ μείζονα διαστήματα, οἷον ὅταν ὁ ἥλιος ἐν τῷ ἀνατολικῷ ὁρίζοντι ὑπάρχῃ καὶ ἡ σελήνη ἐν τῷ δυτικῷ. Ἔκδικον. ἐπὶ δικαίου καὶ ἀδίκου λέγεται. Ἔκδοτον. προδεδομένον.</w:t>
      </w:r>
    </w:p>
    <w:p>
      <w:r>
        <w:rPr>
          <w:rFonts w:ascii="Courier New" w:hAnsi="Courier New"/>
          <w:color w:val="555555"/>
          <w:sz w:val="20"/>
        </w:rPr>
        <w:t>[15]</w:t>
      </w:r>
    </w:p>
    <w:p>
      <w:r>
        <w:rPr>
          <w:rFonts w:ascii="Gentium Plus" w:hAnsi="Gentium Plus"/>
          <w:sz w:val="24"/>
        </w:rPr>
        <w:t>Ἐκδοχεῖον. τὸ ταμιεῖον. γράφεται καὶ ταμεῖον. Ἔκθετα. ἐκριπτούμενα. ἔκθετα βρέφη. Ἐκμαγεῖον. σφραγὶς, ἐκτύπωμα. ἐκ τοῦ μάσσω γίνεται μάγος ὁ ἀπομασσόμενος πάντα τὰ τοῦ μάγους δεκτικά. μαγεῖον καὶ ἐκμαγεῖον, ὡς</w:t>
      </w:r>
    </w:p>
    <w:p>
      <w:r>
        <w:rPr>
          <w:rFonts w:ascii="Courier New" w:hAnsi="Courier New"/>
          <w:color w:val="555555"/>
          <w:sz w:val="20"/>
        </w:rPr>
        <w:t>[20]</w:t>
      </w:r>
    </w:p>
    <w:p>
      <w:r>
        <w:rPr>
          <w:rFonts w:ascii="Gentium Plus" w:hAnsi="Gentium Plus"/>
          <w:sz w:val="24"/>
        </w:rPr>
        <w:t>διδάσκαλος διδασκαλεῖον, καὶ πάσσαλος πασ‐ σαλεῖον, καὶ ἰατρὸς ἰατρεῖον. Ἐκμαρτυρίῳ. διαμαρτυρίῳ. οὐκ ὤκνησαν καὶ δευ‐ τέρῳ διαμαρτυρίῳ χρήσασθαι. Ἐκμελές. ἠμελημένον. ὁ δὴ βῶνος οὐκ ἐς τὸ</w:t>
      </w:r>
    </w:p>
    <w:p>
      <w:r>
        <w:rPr>
          <w:rFonts w:ascii="Courier New" w:hAnsi="Courier New"/>
          <w:color w:val="555555"/>
          <w:sz w:val="20"/>
        </w:rPr>
        <w:t>[25]</w:t>
      </w:r>
    </w:p>
    <w:p>
      <w:r>
        <w:rPr>
          <w:rFonts w:ascii="Gentium Plus" w:hAnsi="Gentium Plus"/>
          <w:sz w:val="24"/>
        </w:rPr>
        <w:t>ἐκμελὲς οὐδὲ ἐς τὸ ῥαθυμώτερον ἐτράπη ὁ</w:t>
      </w:r>
    </w:p>
    <w:p>
      <w:r>
        <w:rPr>
          <w:rFonts w:ascii="Courier New" w:hAnsi="Courier New"/>
          <w:color w:val="555555"/>
          <w:sz w:val="20"/>
        </w:rPr>
        <w:t>[epsilon 660]</w:t>
      </w:r>
    </w:p>
    <w:p>
      <w:r>
        <w:rPr>
          <w:rFonts w:ascii="Gentium Plus" w:hAnsi="Gentium Plus"/>
          <w:sz w:val="24"/>
        </w:rPr>
        <w:t>Ἐκπρεπές. λίαν ὡραῖον. [Ἐκ παραλλήλου. ἐξ ἰσότητος, ἐξ ὁμοίου.] Ἔκπυστον. φανερόν. καὶ εἰς πολλοὺς ἐξάκουστον. Ἔκπωμα. ποτήριον, φιάλη.</w:t>
      </w:r>
    </w:p>
    <w:p>
      <w:r>
        <w:rPr>
          <w:rFonts w:ascii="Courier New" w:hAnsi="Courier New"/>
          <w:color w:val="555555"/>
          <w:sz w:val="20"/>
        </w:rPr>
        <w:t>[5]</w:t>
      </w:r>
    </w:p>
    <w:p>
      <w:r>
        <w:rPr>
          <w:rFonts w:ascii="Gentium Plus" w:hAnsi="Gentium Plus"/>
          <w:sz w:val="24"/>
        </w:rPr>
        <w:t>Ἔκπλεα. πλήρη. ἐσθῆτας δὲ καὶ τὰ ἐπιτήδεια ἔκπλεα παρεῖχεν. Ἔκπλυτον. ἐξίτηλον, ἀσθενές. Ἐκ λεχέων. ἐκ τῶν κοιτῶν. Ἐκλογεῖον. ἡ ἐκλογάς.</w:t>
      </w:r>
    </w:p>
    <w:p>
      <w:r>
        <w:rPr>
          <w:rFonts w:ascii="Courier New" w:hAnsi="Courier New"/>
          <w:color w:val="555555"/>
          <w:sz w:val="20"/>
        </w:rPr>
        <w:t>[10]</w:t>
      </w:r>
    </w:p>
    <w:p>
      <w:r>
        <w:rPr>
          <w:rFonts w:ascii="Gentium Plus" w:hAnsi="Gentium Plus"/>
          <w:sz w:val="24"/>
        </w:rPr>
        <w:t>Ἔκνοον. ἀνόητον. μωρόν. Ἑκούσια. τὰ ἀφ’ ἡμῶν γινόμενα, μηδενὸς ἔξω‐ θεν ἀναγκάζοντος. Ἔκκριτον. τὸ ἐκλελεγμένον. Ἐκρήγματα. τὰ ἐκ τῶν χειμάῤῥων γινόμενα</w:t>
      </w:r>
    </w:p>
    <w:p>
      <w:r>
        <w:rPr>
          <w:rFonts w:ascii="Courier New" w:hAnsi="Courier New"/>
          <w:color w:val="555555"/>
          <w:sz w:val="20"/>
        </w:rPr>
        <w:t>[15]</w:t>
      </w:r>
    </w:p>
    <w:p>
      <w:r>
        <w:rPr>
          <w:rFonts w:ascii="Gentium Plus" w:hAnsi="Gentium Plus"/>
          <w:sz w:val="24"/>
        </w:rPr>
        <w:t>ἐν τοῖς πεδίοις κοιλώματα. [Ἐκ συγκειμένου. προϋπηργμένου. προγεγυμνα‐ σμένου. τότε δὲ καὶ εἰς τάξιν τινὰ ὥσπερ ἐκ συγκειμένου κατέστησαν, καὶ ἐν κόσμῳ τὸν ἀγῶνα ἐποίησαν.]</w:t>
      </w:r>
    </w:p>
    <w:p>
      <w:r>
        <w:rPr>
          <w:rFonts w:ascii="Courier New" w:hAnsi="Courier New"/>
          <w:color w:val="555555"/>
          <w:sz w:val="20"/>
        </w:rPr>
        <w:t>[20]</w:t>
      </w:r>
    </w:p>
    <w:p>
      <w:r>
        <w:rPr>
          <w:rFonts w:ascii="Gentium Plus" w:hAnsi="Gentium Plus"/>
          <w:sz w:val="24"/>
        </w:rPr>
        <w:t>[Ἐκσφράγισμα. τὸ ἐκτύπωμα.] Ἐκτύπωμα. ὁμοίωμα. Ἐκτενές. ἐπιμελές. ἔργον δ’ ἦν αὐτῷ ἐκτενές. Ἔκτρωμα. ἀποβολὴ γυναικός. Ἐκ τοὔμπαλιν. ἐκ τοῦ ἐναντίου.</w:t>
      </w:r>
    </w:p>
    <w:p>
      <w:r>
        <w:rPr>
          <w:rFonts w:ascii="Courier New" w:hAnsi="Courier New"/>
          <w:color w:val="555555"/>
          <w:sz w:val="20"/>
        </w:rPr>
        <w:t>[25]</w:t>
      </w:r>
    </w:p>
    <w:p>
      <w:r>
        <w:rPr>
          <w:rFonts w:ascii="Gentium Plus" w:hAnsi="Gentium Plus"/>
          <w:sz w:val="24"/>
        </w:rPr>
        <w:t>Ἐκ τιμημάτων. τέσσαρα Ἀθήνῃσι τιμήματα ὑπὸ Σόλωνος γέγονε· πεντακοσιομεδίμνων, ἱπ‐</w:t>
      </w:r>
    </w:p>
    <w:p>
      <w:r>
        <w:rPr>
          <w:rFonts w:ascii="Courier New" w:hAnsi="Courier New"/>
          <w:color w:val="555555"/>
          <w:sz w:val="20"/>
        </w:rPr>
        <w:t>[epsilon 661]</w:t>
      </w:r>
    </w:p>
    <w:p>
      <w:r>
        <w:rPr>
          <w:rFonts w:ascii="Gentium Plus" w:hAnsi="Gentium Plus"/>
          <w:sz w:val="24"/>
        </w:rPr>
        <w:t>Ἐκ τιτυμνῶν. ἐκ μικρᾶς ἡλικίας. Ἔκτοπα. ξένα. Ἐκτόπια. τὰ κεχωρισμένα. ἐκτόπια πολισμά‐ τια τῶν γραφομένων καὶ παραγγελλομένων.</w:t>
      </w:r>
    </w:p>
    <w:p>
      <w:r>
        <w:rPr>
          <w:rFonts w:ascii="Courier New" w:hAnsi="Courier New"/>
          <w:color w:val="555555"/>
          <w:sz w:val="20"/>
        </w:rPr>
        <w:t>[5]</w:t>
      </w:r>
    </w:p>
    <w:p>
      <w:r>
        <w:rPr>
          <w:rFonts w:ascii="Gentium Plus" w:hAnsi="Gentium Plus"/>
          <w:sz w:val="24"/>
        </w:rPr>
        <w:t>Ἐκ τοῦ παραχρῆμα. ἐκ τοῦ αὐτομάτου. Ἐκτυπώτερον. φανερώτερον. Ἔκφυλα. ξένα, ἀλλότρια. [ἀλλόφυλα.] Ἑκκαιδεκάδωρα. παλαιστῶν ἑκκαίδεκα. δῶρον γὰρ ἡ παλαιστή.</w:t>
      </w:r>
    </w:p>
    <w:p>
      <w:r>
        <w:rPr>
          <w:rFonts w:ascii="Courier New" w:hAnsi="Courier New"/>
          <w:color w:val="555555"/>
          <w:sz w:val="20"/>
        </w:rPr>
        <w:t>[10]</w:t>
      </w:r>
    </w:p>
    <w:p>
      <w:r>
        <w:rPr>
          <w:rFonts w:ascii="Gentium Plus" w:hAnsi="Gentium Plus"/>
          <w:sz w:val="24"/>
        </w:rPr>
        <w:t>Ἔκτρωμα. ἢ ὡς ἐξάμβλωμα. καὶ ἀμβλωθρίδιον. ὁ ἐν πᾶσι τέλειος Παῦλος ὡς ἀτελῆ ἐν ἀπο‐ στόλοις καὶ μὴ μορφούμενον τῇ κατὰ Χριστὸν πίστει ἀπ’ ἀρχῆς, ἔκτρωμα φησὶν ἑαυτόν· ὡς περιττῷ ἐκτρώματι ὤφθη κᾀμοί.</w:t>
      </w:r>
    </w:p>
    <w:p>
      <w:r>
        <w:rPr>
          <w:rFonts w:ascii="Courier New" w:hAnsi="Courier New"/>
          <w:color w:val="555555"/>
          <w:sz w:val="20"/>
        </w:rPr>
        <w:t>[15]</w:t>
      </w:r>
    </w:p>
    <w:p>
      <w:r>
        <w:rPr>
          <w:rFonts w:ascii="Gentium Plus" w:hAnsi="Gentium Plus"/>
          <w:sz w:val="24"/>
        </w:rPr>
        <w:t>Ἔκφυμα. ἐξάνθημα.</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Ἐκκακῶ. ἀπειροκακῶ. πλειστάκις τοῦτο ποιῶ. Ἐκκαλεῖται. προσκαλεῖται. βουλόμενοι ἐκκα‐</w:t>
      </w:r>
    </w:p>
    <w:p>
      <w:r>
        <w:rPr>
          <w:rFonts w:ascii="Courier New" w:hAnsi="Courier New"/>
          <w:color w:val="555555"/>
          <w:sz w:val="20"/>
        </w:rPr>
        <w:t>[epsilon 662]</w:t>
      </w:r>
    </w:p>
    <w:p>
      <w:r>
        <w:rPr>
          <w:rFonts w:ascii="Gentium Plus" w:hAnsi="Gentium Plus"/>
          <w:sz w:val="24"/>
        </w:rPr>
        <w:t>Ἐκκαλούμενοι. προσκαλούμενοι, ἢ προθυμοποιού‐ μενοι. εἴτε τὴν καθ’ αὑτῶν ἐκκαλούμενοι δια‐ βολήν. *Ἐκάθιζε καὶ καθίει. ἐπεχείρει, ἐνέβαλεν,</w:t>
      </w:r>
    </w:p>
    <w:p>
      <w:r>
        <w:rPr>
          <w:rFonts w:ascii="Courier New" w:hAnsi="Courier New"/>
          <w:color w:val="555555"/>
          <w:sz w:val="20"/>
        </w:rPr>
        <w:t>[5]</w:t>
      </w:r>
    </w:p>
    <w:p>
      <w:r>
        <w:rPr>
          <w:rFonts w:ascii="Gentium Plus" w:hAnsi="Gentium Plus"/>
          <w:sz w:val="24"/>
        </w:rPr>
        <w:t>ἔπεμπεν.* [Ἐκάπυσεν. ἐκ τοῦ κάπω, τὸ πνέω, ἀφ’ οὗ καπύω, καπύσω. ὡς ἀφύω, ἀφύσω. οἶνον δὲ φθινύουσιν ἐξαφύοντες.] Ἐκκαρπωσάμενοι. προσόδους μεγάλας λαβόν‐</w:t>
      </w:r>
    </w:p>
    <w:p>
      <w:r>
        <w:rPr>
          <w:rFonts w:ascii="Courier New" w:hAnsi="Courier New"/>
          <w:color w:val="555555"/>
          <w:sz w:val="20"/>
        </w:rPr>
        <w:t>[10]</w:t>
      </w:r>
    </w:p>
    <w:p>
      <w:r>
        <w:rPr>
          <w:rFonts w:ascii="Gentium Plus" w:hAnsi="Gentium Plus"/>
          <w:sz w:val="24"/>
        </w:rPr>
        <w:t>τες. Ἐκκαλέσασθαι. παραθῆξαι. παρορμῆσαι. Ἐκαπήλευσεν. ἐδόλωσεν. Ἐκαρπώσαντο. μετειλήφασιν. οἱ ἡττηθέντες φυγῇ ἐκαρπώσαντο [τὸ εἶναι.]</w:t>
      </w:r>
    </w:p>
    <w:p>
      <w:r>
        <w:rPr>
          <w:rFonts w:ascii="Courier New" w:hAnsi="Courier New"/>
          <w:color w:val="555555"/>
          <w:sz w:val="20"/>
        </w:rPr>
        <w:t>[15]</w:t>
      </w:r>
    </w:p>
    <w:p>
      <w:r>
        <w:rPr>
          <w:rFonts w:ascii="Gentium Plus" w:hAnsi="Gentium Plus"/>
          <w:sz w:val="24"/>
        </w:rPr>
        <w:t>Ἐκκαυλίζων. ἀποκλῶν, ἀποσπῶν. ἐκ μεταφο‐ ρᾶς τῶν τοὺς καυλοὺς τῶν λαχάνων ἀνασπών‐ των. Ἐκαλαμήσαντο. ἀπεθέρισαν.</w:t>
      </w:r>
    </w:p>
    <w:p>
      <w:r>
        <w:rPr>
          <w:rFonts w:ascii="Courier New" w:hAnsi="Courier New"/>
          <w:color w:val="555555"/>
          <w:sz w:val="20"/>
        </w:rPr>
        <w:t>[epsilon 663]</w:t>
      </w:r>
    </w:p>
    <w:p>
      <w:r>
        <w:rPr>
          <w:rFonts w:ascii="Gentium Plus" w:hAnsi="Gentium Plus"/>
          <w:sz w:val="24"/>
        </w:rPr>
        <w:t>Ἐκαραδόκει. προσεδόκει. ἐκαρτέρει. ἀπε‐ σκόπει. Ἐκβρασθέν. ἐκριφέν. λέγεται δὲ ἐπὶ τῶν ἐκ τῆς θαλάσσης ἐκριπτουμένων.</w:t>
      </w:r>
    </w:p>
    <w:p>
      <w:r>
        <w:rPr>
          <w:rFonts w:ascii="Courier New" w:hAnsi="Courier New"/>
          <w:color w:val="555555"/>
          <w:sz w:val="20"/>
        </w:rPr>
        <w:t>[5]</w:t>
      </w:r>
    </w:p>
    <w:p>
      <w:r>
        <w:rPr>
          <w:rFonts w:ascii="Gentium Plus" w:hAnsi="Gentium Plus"/>
          <w:sz w:val="24"/>
        </w:rPr>
        <w:t>Ἐκβεβόλισται. ἐξορώρυκται. Ἐκβιβάσας. ἐξαγαγών. Ἐκβακχευθείς. ἐκμανείς. Ἐκβληθήτωσαν. διωχθήτωσαν. Ἐκγαμηθῆναι. ὅταν εἰς ἕτερον γένος ἐκδοθῇ</w:t>
      </w:r>
    </w:p>
    <w:p>
      <w:r>
        <w:rPr>
          <w:rFonts w:ascii="Courier New" w:hAnsi="Courier New"/>
          <w:color w:val="555555"/>
          <w:sz w:val="20"/>
        </w:rPr>
        <w:t>[10]</w:t>
      </w:r>
    </w:p>
    <w:p>
      <w:r>
        <w:rPr>
          <w:rFonts w:ascii="Gentium Plus" w:hAnsi="Gentium Plus"/>
          <w:sz w:val="24"/>
        </w:rPr>
        <w:t>παρθένος οἱονεὶ τοῖς μὴ προσήκουσι, τοῦτο ἐκ‐ γαμεῖσθαι λέγεται. [Ἐκγεγάμεν. Ὅμηρος· εὔχεται ἐκγεγάμεν— ἀπὸ τοῦ γεγενῆσθαι. ἀπὸ τοῦ γῶ, γήσω, γέ‐</w:t>
      </w:r>
    </w:p>
    <w:p>
      <w:r>
        <w:rPr>
          <w:rFonts w:ascii="Courier New" w:hAnsi="Courier New"/>
          <w:color w:val="555555"/>
          <w:sz w:val="20"/>
        </w:rPr>
        <w:t>[15]</w:t>
      </w:r>
    </w:p>
    <w:p>
      <w:r>
        <w:rPr>
          <w:rFonts w:ascii="Gentium Plus" w:hAnsi="Gentium Plus"/>
          <w:sz w:val="24"/>
        </w:rPr>
        <w:t>γημι ἀπαρέμφατον γεγάναι, καὶ δωρικῶς γεγά‐ μεν, ὡς τιθέναι, τιθέμεν.] Ἐκδικάσασθαι. ἀνάδικον ἐκπρᾶξαι διὰ τὸ δι‐ κάσασθαι. Ἔκδεξαι. ἀντὶ τοῦ ἀληθεύων οὐ ψεύδομαι. πί‐</w:t>
      </w:r>
    </w:p>
    <w:p>
      <w:r>
        <w:rPr>
          <w:rFonts w:ascii="Courier New" w:hAnsi="Courier New"/>
          <w:color w:val="555555"/>
          <w:sz w:val="20"/>
        </w:rPr>
        <w:t>[20]</w:t>
      </w:r>
    </w:p>
    <w:p>
      <w:r>
        <w:rPr>
          <w:rFonts w:ascii="Gentium Plus" w:hAnsi="Gentium Plus"/>
          <w:sz w:val="24"/>
        </w:rPr>
        <w:t>στευσον ὑποσχομένῳ τῷ δούλῳ σου. αὐτὸς ἐγ‐</w:t>
      </w:r>
    </w:p>
    <w:p>
      <w:r>
        <w:rPr>
          <w:rFonts w:ascii="Courier New" w:hAnsi="Courier New"/>
          <w:color w:val="555555"/>
          <w:sz w:val="20"/>
        </w:rPr>
        <w:t>[epsilon 664]</w:t>
      </w:r>
    </w:p>
    <w:p>
      <w:r>
        <w:rPr>
          <w:rFonts w:ascii="Gentium Plus" w:hAnsi="Gentium Plus"/>
          <w:sz w:val="24"/>
        </w:rPr>
        <w:t>γυητὴς γένου τῆς ἐμῆς ὑποσχέσεως. ἔκδεξαι τὸν δοῦλόν σου εἰς ἀγαθόν. Ἐκδέξασθαι. οὐκ ἐπὶ τοῦ ἀναμεῖναι, ἀλλ’ ἐπὶ τοῦ ἀναδέξασθαι καὶ ἀναλαβεῖν.</w:t>
      </w:r>
    </w:p>
    <w:p>
      <w:r>
        <w:rPr>
          <w:rFonts w:ascii="Courier New" w:hAnsi="Courier New"/>
          <w:color w:val="555555"/>
          <w:sz w:val="20"/>
        </w:rPr>
        <w:t>[5]</w:t>
      </w:r>
    </w:p>
    <w:p>
      <w:r>
        <w:rPr>
          <w:rFonts w:ascii="Gentium Plus" w:hAnsi="Gentium Plus"/>
          <w:sz w:val="24"/>
        </w:rPr>
        <w:t>Ἐκδέχεσθαι. ἀπείργειν, κωλύειν. γέῤῥα τὲ παρατεταγμένα ἦν εἰς τὸ ἐκδέχεσθαι τὰ τῶν βαρβάρων τοξεύματα. Ἐκδέχῃ. νοεῖς, ὑπολαμβάνεις. οὐκ ὀρθῶς, ὦ στρατηγὲ, τοὺς ἡμετέρους ἐκδέχῃ λόγους.</w:t>
      </w:r>
    </w:p>
    <w:p>
      <w:r>
        <w:rPr>
          <w:rFonts w:ascii="Courier New" w:hAnsi="Courier New"/>
          <w:color w:val="555555"/>
          <w:sz w:val="20"/>
        </w:rPr>
        <w:t>[10]</w:t>
      </w:r>
    </w:p>
    <w:p>
      <w:r>
        <w:rPr>
          <w:rFonts w:ascii="Gentium Plus" w:hAnsi="Gentium Plus"/>
          <w:sz w:val="24"/>
        </w:rPr>
        <w:t>Ἐκδιαιτηθῆναι. διαπραθῆναι. Ἐκδιῄτησε. κακῶς διῴκησε. κακῶς οἰκονόμησεν. Ἐκδειματοῦνται. ἐκφοβοῦνται. Ἐκδημεῖν. ἀποδημεῖν. εἰς ὅνπερ τόπον οὐκ ἦν πρότερον.</w:t>
      </w:r>
    </w:p>
    <w:p>
      <w:r>
        <w:rPr>
          <w:rFonts w:ascii="Courier New" w:hAnsi="Courier New"/>
          <w:color w:val="555555"/>
          <w:sz w:val="20"/>
        </w:rPr>
        <w:t>[15]</w:t>
      </w:r>
    </w:p>
    <w:p>
      <w:r>
        <w:rPr>
          <w:rFonts w:ascii="Gentium Plus" w:hAnsi="Gentium Plus"/>
          <w:sz w:val="24"/>
        </w:rPr>
        <w:t>Ἐκεύθαινον. ἔκρυπτον. Ἐκερουτίας. τὴν κεφαλὴν ἀνέτεινες δίκην τῶν κερατοφορούντων ζώων. δηλοῖ δὲ καὶ τὸ γαυ‐ ριᾷν. ὡς ἔλαφος, φησὶν, ἠνάλλου τοῖς κέρα‐</w:t>
      </w:r>
    </w:p>
    <w:p>
      <w:r>
        <w:rPr>
          <w:rFonts w:ascii="Courier New" w:hAnsi="Courier New"/>
          <w:color w:val="555555"/>
          <w:sz w:val="20"/>
        </w:rPr>
        <w:t>[epsilon 665]</w:t>
      </w:r>
    </w:p>
    <w:p>
      <w:r>
        <w:rPr>
          <w:rFonts w:ascii="Gentium Plus" w:hAnsi="Gentium Plus"/>
          <w:sz w:val="24"/>
        </w:rPr>
        <w:t>Ἐκκεκυμασμένους. ὑπὸ τῶν κυμάτων ἐκβρα‐ σθέντας. Ἐκεράϊζον. κατέτρεχον. ἐληΐζοντο. ἐπόρθουν. Ἐκκεχιλωμένην. ἐψευσμένην, ἢ κεχερσωμέ‐</w:t>
      </w:r>
    </w:p>
    <w:p>
      <w:r>
        <w:rPr>
          <w:rFonts w:ascii="Courier New" w:hAnsi="Courier New"/>
          <w:color w:val="555555"/>
          <w:sz w:val="20"/>
        </w:rPr>
        <w:t>[5]</w:t>
      </w:r>
    </w:p>
    <w:p>
      <w:r>
        <w:rPr>
          <w:rFonts w:ascii="Gentium Plus" w:hAnsi="Gentium Plus"/>
          <w:sz w:val="24"/>
        </w:rPr>
        <w:t>νην· ὅτι ὁ χιλὸς ἐν χέρσῳ φύεται· τοῦτο δέ ἐστι χόρτος. δρῶ δὲ ταύτην ἐκκεχιλωμένην, οἷον ἐξημελημένην. [Ἐκκεκωφέαται. ἀπὸ τοῦ κωφῶ, κωφήσω, κε‐ κώφηκα, κεκώφημαι, κεκώφηται, καὶ Ἰακῶς</w:t>
      </w:r>
    </w:p>
    <w:p>
      <w:r>
        <w:rPr>
          <w:rFonts w:ascii="Courier New" w:hAnsi="Courier New"/>
          <w:color w:val="555555"/>
          <w:sz w:val="20"/>
        </w:rPr>
        <w:t>[10]</w:t>
      </w:r>
    </w:p>
    <w:p>
      <w:r>
        <w:rPr>
          <w:rFonts w:ascii="Gentium Plus" w:hAnsi="Gentium Plus"/>
          <w:sz w:val="24"/>
        </w:rPr>
        <w:t>κεκωφέαται καὶ ἐν συνθέσει ἐκκεκωφέαται. καὶ παραβλάπτεται.] [Ἐκέκλετο. ἀπὸ τοῦ κέλλω, ἐκέλλετο καὶ ἐκέ‐ κλετο. σημαίνει δὲ τὸ προσέταξεν.] Ἐκκεκόλαπται. ἐγγέγλυπται.</w:t>
      </w:r>
    </w:p>
    <w:p>
      <w:r>
        <w:rPr>
          <w:rFonts w:ascii="Courier New" w:hAnsi="Courier New"/>
          <w:color w:val="555555"/>
          <w:sz w:val="20"/>
        </w:rPr>
        <w:t>[15]</w:t>
      </w:r>
    </w:p>
    <w:p>
      <w:r>
        <w:rPr>
          <w:rFonts w:ascii="Gentium Plus" w:hAnsi="Gentium Plus"/>
          <w:sz w:val="24"/>
        </w:rPr>
        <w:t>Ἔκαινον. ἔκοπτον. Ἐκκαίομαί σου. ἐρῶ σου. Ἐκζωπυρῆσαι. ἀνάψαι. κυρίως δὲ τὸ ἐκ μικροῦ φυσῶντα μεγάλην φλόγα κινῆσαι. ἡ μεταφορὰ</w:t>
      </w:r>
    </w:p>
    <w:p>
      <w:r>
        <w:rPr>
          <w:rFonts w:ascii="Courier New" w:hAnsi="Courier New"/>
          <w:color w:val="555555"/>
          <w:sz w:val="20"/>
        </w:rPr>
        <w:t>[epsilon 666]</w:t>
      </w:r>
    </w:p>
    <w:p>
      <w:r>
        <w:rPr>
          <w:rFonts w:ascii="Gentium Plus" w:hAnsi="Gentium Plus"/>
          <w:sz w:val="24"/>
        </w:rPr>
        <w:t>Ἔκῃαν. ἔκαυσαν. καὶ ἔκῃα ἀντὶ τοῦ ἔκαυ‐ σα καὶ ἔθυσα. ἐκ τοῦ καίω, καύσω, ἔκαυ‐ σα· ἀποβολῇ τοῦ ς καὶ ἐκτάσει τοῦ αυ εἰς η ἔκηα.</w:t>
      </w:r>
    </w:p>
    <w:p>
      <w:r>
        <w:rPr>
          <w:rFonts w:ascii="Courier New" w:hAnsi="Courier New"/>
          <w:color w:val="555555"/>
          <w:sz w:val="20"/>
        </w:rPr>
        <w:t>[5]</w:t>
      </w:r>
    </w:p>
    <w:p>
      <w:r>
        <w:rPr>
          <w:rFonts w:ascii="Gentium Plus" w:hAnsi="Gentium Plus"/>
          <w:sz w:val="24"/>
        </w:rPr>
        <w:t>Ἐκήκιεν. ἀνεφέρετο. Ἐκήλει. ἔθελγε. σὺν ἡδονῇ ἔτερπε. κηλῶ γὰρ τὸ ὑπ’ αὐλὸν ἥδομαι. οὕτω μὲν ὁ κατάρατος συνήθως τὸν ἄνθρωπον ἐκήλει. Ἐκηριώθην. ἐσκοτώθην. καὶ διὰ τὸ δέος κήρι‐</w:t>
      </w:r>
    </w:p>
    <w:p>
      <w:r>
        <w:rPr>
          <w:rFonts w:ascii="Courier New" w:hAnsi="Courier New"/>
          <w:color w:val="555555"/>
          <w:sz w:val="20"/>
        </w:rPr>
        <w:t>[10]</w:t>
      </w:r>
    </w:p>
    <w:p>
      <w:r>
        <w:rPr>
          <w:rFonts w:ascii="Gentium Plus" w:hAnsi="Gentium Plus"/>
          <w:sz w:val="24"/>
        </w:rPr>
        <w:t>νος ἐγενόμην. Ἐκήδευσαν. κατ’ ἐπιγαμίαν συνήφθησαν. ση‐ μαίνει δὲ καὶ τὸ ἐνταφιάζειν. Ἐκθειάσαι. θαυμάσαι. Ἐκθηλύνειν. χαυνοῦν.</w:t>
      </w:r>
    </w:p>
    <w:p>
      <w:r>
        <w:rPr>
          <w:rFonts w:ascii="Courier New" w:hAnsi="Courier New"/>
          <w:color w:val="555555"/>
          <w:sz w:val="20"/>
        </w:rPr>
        <w:t>[15]</w:t>
      </w:r>
    </w:p>
    <w:p>
      <w:r>
        <w:rPr>
          <w:rFonts w:ascii="Gentium Plus" w:hAnsi="Gentium Plus"/>
          <w:sz w:val="24"/>
        </w:rPr>
        <w:t>Ἐκθορεῖν. ἐκδραμεῖν. Ἔκθορεν. ἐξεπήδησεν. Ἐκθρώσκειν. ἐκπηδᾷν.</w:t>
      </w:r>
    </w:p>
    <w:p>
      <w:r>
        <w:rPr>
          <w:rFonts w:ascii="Courier New" w:hAnsi="Courier New"/>
          <w:color w:val="555555"/>
          <w:sz w:val="20"/>
        </w:rPr>
        <w:t>[epsilon 667]</w:t>
      </w:r>
    </w:p>
    <w:p>
      <w:r>
        <w:rPr>
          <w:rFonts w:ascii="Gentium Plus" w:hAnsi="Gentium Plus"/>
          <w:sz w:val="24"/>
        </w:rPr>
        <w:t>Ἐκθεατρίζουσιν. ἐκπομπεύουσιν. ἐκφαυλίζουσιν. ἐξελέγχουσιν. ἐκθεατρίζουσι τὴν ἑαυτῶν ἀκρι‐ σίαν. Ἐκίσσησεν. ἐν γαστρὶ συνέλαβεν.</w:t>
      </w:r>
    </w:p>
    <w:p>
      <w:r>
        <w:rPr>
          <w:rFonts w:ascii="Courier New" w:hAnsi="Courier New"/>
          <w:color w:val="555555"/>
          <w:sz w:val="20"/>
        </w:rPr>
        <w:t>[5]</w:t>
      </w:r>
    </w:p>
    <w:p>
      <w:r>
        <w:rPr>
          <w:rFonts w:ascii="Gentium Plus" w:hAnsi="Gentium Plus"/>
          <w:sz w:val="24"/>
        </w:rPr>
        <w:t>Ἔκλαγξαν. ποιὸν ἦχον τὰ τόξα ἀπετέλεσαν. ἔστι ῥῆμα πεποιημένον κλάζω, ὁ μέλλων κλάγ‐ ξω, ὁ πρῶτος ἀόριστος ἔκλαγξα. Ὅμηρος· ἔκλαγξαν δ’ ἄρ’ ὀϊστοὶ— ὅ ἐστιν ἤχησαν.</w:t>
      </w:r>
    </w:p>
    <w:p>
      <w:r>
        <w:rPr>
          <w:rFonts w:ascii="Courier New" w:hAnsi="Courier New"/>
          <w:color w:val="555555"/>
          <w:sz w:val="20"/>
        </w:rPr>
        <w:t>[10]</w:t>
      </w:r>
    </w:p>
    <w:p>
      <w:r>
        <w:rPr>
          <w:rFonts w:ascii="Gentium Plus" w:hAnsi="Gentium Plus"/>
          <w:sz w:val="24"/>
        </w:rPr>
        <w:t>Ἐκλεγόμενος. προκρίνων. Ἐκλέγοντες. ἀπαιτοῦντες. Ἐκληδονίζετο. ἐμαντεύετο. Ἐκληπτέον. δεῖ λαμβάνειν. Ἐκλελάκτικεν. ἀποβέβληκεν, ἀπέφυγεν.</w:t>
      </w:r>
    </w:p>
    <w:p>
      <w:r>
        <w:rPr>
          <w:rFonts w:ascii="Courier New" w:hAnsi="Courier New"/>
          <w:color w:val="555555"/>
          <w:sz w:val="20"/>
        </w:rPr>
        <w:t>[15]</w:t>
      </w:r>
    </w:p>
    <w:p>
      <w:r>
        <w:rPr>
          <w:rFonts w:ascii="Gentium Plus" w:hAnsi="Gentium Plus"/>
          <w:sz w:val="24"/>
        </w:rPr>
        <w:t>Ἐκκλείουσι. κωλύουσι. [ἐπεὶ τὸν Φίλιππον] ἐκ‐ κλείουσιν οἱ καιροί. Ἐκκλησιάζων. εἰς ἐκκλησίαν συγκαλῶν. ἡνί‐ κα ἐκκλησιάζων ἐδίδου τὸ παράγγελμα. Ἐκκλητεύειν. τὸ εἰς κρίσιν ἄγειν.</w:t>
      </w:r>
    </w:p>
    <w:p>
      <w:r>
        <w:rPr>
          <w:rFonts w:ascii="Courier New" w:hAnsi="Courier New"/>
          <w:color w:val="555555"/>
          <w:sz w:val="20"/>
        </w:rPr>
        <w:t>[20]</w:t>
      </w:r>
    </w:p>
    <w:p>
      <w:r>
        <w:rPr>
          <w:rFonts w:ascii="Gentium Plus" w:hAnsi="Gentium Plus"/>
          <w:sz w:val="24"/>
        </w:rPr>
        <w:t>Ἐκκλητευθῆναι. τῶν ἐγκαταλιπόντων μαρτυρίαν τὰ ὀνόματα ἐν τῷ δικαστηρίῳ κηρύσσεται· ὅπερ</w:t>
      </w:r>
    </w:p>
    <w:p>
      <w:r>
        <w:rPr>
          <w:rFonts w:ascii="Courier New" w:hAnsi="Courier New"/>
          <w:color w:val="555555"/>
          <w:sz w:val="20"/>
        </w:rPr>
        <w:t>[epsilon 668]</w:t>
      </w:r>
    </w:p>
    <w:p>
      <w:r>
        <w:rPr>
          <w:rFonts w:ascii="Gentium Plus" w:hAnsi="Gentium Plus"/>
          <w:sz w:val="24"/>
        </w:rPr>
        <w:t>Ἐκκλήτευσεν. ἐγκάλεσεν. [Ἐκκλητικῶς. ἐκκαλούμενος.] Ἐκλογιζόμενος. ἀριθμῶν. καὶ ἀντὶ τοῦ διανοού‐ μενος. τὸ πλῆθος τοῦ στρατοῦ ἐκπείρως καὶ</w:t>
      </w:r>
    </w:p>
    <w:p>
      <w:r>
        <w:rPr>
          <w:rFonts w:ascii="Courier New" w:hAnsi="Courier New"/>
          <w:color w:val="555555"/>
          <w:sz w:val="20"/>
        </w:rPr>
        <w:t>[5]</w:t>
      </w:r>
    </w:p>
    <w:p>
      <w:r>
        <w:rPr>
          <w:rFonts w:ascii="Gentium Plus" w:hAnsi="Gentium Plus"/>
          <w:sz w:val="24"/>
        </w:rPr>
        <w:t>φρονίμως ἐκλογιζόμενος. Ἐκλώζετο. κλωσμὸν ἔλεγον τὸν γενόμενον ἐν τῷ στόματι ψόφον, ᾧ πρὸς τὰς ἐκβολὰς ἐχρῶν‐ το τῶν ἀκροαμάτων ὧν οὐχ’ ἡδέως ἤκουον. Ἐκμαγῆσαι. ἐκτυπῶσαι.</w:t>
      </w:r>
    </w:p>
    <w:p>
      <w:r>
        <w:rPr>
          <w:rFonts w:ascii="Courier New" w:hAnsi="Courier New"/>
          <w:color w:val="555555"/>
          <w:sz w:val="20"/>
        </w:rPr>
        <w:t>[10]</w:t>
      </w:r>
    </w:p>
    <w:p>
      <w:r>
        <w:rPr>
          <w:rFonts w:ascii="Gentium Plus" w:hAnsi="Gentium Plus"/>
          <w:sz w:val="24"/>
        </w:rPr>
        <w:t>Ἐκμαρτυρεῖν φασὶ τὸ λέγειν οὐχ’ ἅπερ αὐτὸς εἶδεν, ἀλλ’ ἅπερ ἑτέρων ἤκουσε λεγόντων. ἐκ‐ μαρτυρία δὲ γεγραμμένη ἀναγινώσκεται, ὅτάν τις ἢ τελευτήσας ἢ ᾖ ὑπερόριος. [Ἐκμηρυομένους. ἀναλεγομένους. δυσχερῶς ἐκ‐</w:t>
      </w:r>
    </w:p>
    <w:p>
      <w:r>
        <w:rPr>
          <w:rFonts w:ascii="Courier New" w:hAnsi="Courier New"/>
          <w:color w:val="555555"/>
          <w:sz w:val="20"/>
        </w:rPr>
        <w:t>[15]</w:t>
      </w:r>
    </w:p>
    <w:p>
      <w:r>
        <w:rPr>
          <w:rFonts w:ascii="Gentium Plus" w:hAnsi="Gentium Plus"/>
          <w:sz w:val="24"/>
        </w:rPr>
        <w:t>μηρυομένους καὶ μακρῶς τὰς δυσχωρίας.] Ἐκμηρυσάμενος. ἐξελκύσας, ἐπεκτείνας. ἀπὸ μεταφορᾶς τῶν μηρυμάτων. ὁ δὲ ἐκμηρυσάμε‐ νος τὴν δύναμιν ἐκ τῶν δυσχωριῶν κατεστρατο‐ πέδευσεν.</w:t>
      </w:r>
    </w:p>
    <w:p>
      <w:r>
        <w:rPr>
          <w:rFonts w:ascii="Courier New" w:hAnsi="Courier New"/>
          <w:color w:val="555555"/>
          <w:sz w:val="20"/>
        </w:rPr>
        <w:t>[20]</w:t>
      </w:r>
    </w:p>
    <w:p>
      <w:r>
        <w:rPr>
          <w:rFonts w:ascii="Gentium Plus" w:hAnsi="Gentium Plus"/>
          <w:sz w:val="24"/>
        </w:rPr>
        <w:t>Ἐκμηχανώμενος. κατασκευάζων. Ἐκμυζήσας. ἐκπιέσας. ἐκθλίψας.</w:t>
      </w:r>
    </w:p>
    <w:p>
      <w:r>
        <w:rPr>
          <w:rFonts w:ascii="Courier New" w:hAnsi="Courier New"/>
          <w:color w:val="555555"/>
          <w:sz w:val="20"/>
        </w:rPr>
        <w:t>[epsilon 669]</w:t>
      </w:r>
    </w:p>
    <w:p>
      <w:r>
        <w:rPr>
          <w:rFonts w:ascii="Gentium Plus" w:hAnsi="Gentium Plus"/>
          <w:sz w:val="24"/>
        </w:rPr>
        <w:t>Ἔκμολες. ἐξῆλθες. Ἐκληροδότησεν. ἐχαρίσατο κληροδοσίαν. Ἐκνάπτετο. ἐξύετο, ἐδαπανᾶτο. Ἐκνενέμηται. διαμεμέρισται.</w:t>
      </w:r>
    </w:p>
    <w:p>
      <w:r>
        <w:rPr>
          <w:rFonts w:ascii="Courier New" w:hAnsi="Courier New"/>
          <w:color w:val="555555"/>
          <w:sz w:val="20"/>
        </w:rPr>
        <w:t>[5]</w:t>
      </w:r>
    </w:p>
    <w:p>
      <w:r>
        <w:rPr>
          <w:rFonts w:ascii="Gentium Plus" w:hAnsi="Gentium Plus"/>
          <w:sz w:val="24"/>
        </w:rPr>
        <w:t>Ἐκνευρίσας. ἀδυνάτους καταστήσας. ἵνα πολλὴν δύναμιν τῆς Ῥώμης ἐκνευρίσῃ. †Ἔκνιξεν. ἔδακνεν. ἀπὸ τῆς πόας. Ἡρόδο‐ τος.† Ἔκνισεν. ἐκίνησεν, καθήψατο. ἔρως ἔκνιζε τῆς</w:t>
      </w:r>
    </w:p>
    <w:p>
      <w:r>
        <w:rPr>
          <w:rFonts w:ascii="Courier New" w:hAnsi="Courier New"/>
          <w:color w:val="555555"/>
          <w:sz w:val="20"/>
        </w:rPr>
        <w:t>[10]</w:t>
      </w:r>
    </w:p>
    <w:p>
      <w:r>
        <w:rPr>
          <w:rFonts w:ascii="Gentium Plus" w:hAnsi="Gentium Plus"/>
          <w:sz w:val="24"/>
        </w:rPr>
        <w:t>παιδός. Ἔκνυεν. ἔξυεν ἠρέμα. παρὰ τὸ κνᾷν. Ἀριστο‐ φάνης· οὗτος πόθῳ μ’ ἔκνυεν ἐλθὼν τὴν θύραν. [Ἐκκορηθῆναι. ἐκκαλλυνθῆναι. τὸ γὰρ κορεῖν</w:t>
      </w:r>
    </w:p>
    <w:p>
      <w:r>
        <w:rPr>
          <w:rFonts w:ascii="Courier New" w:hAnsi="Courier New"/>
          <w:color w:val="555555"/>
          <w:sz w:val="20"/>
        </w:rPr>
        <w:t>[15]</w:t>
      </w:r>
    </w:p>
    <w:p>
      <w:r>
        <w:rPr>
          <w:rFonts w:ascii="Gentium Plus" w:hAnsi="Gentium Plus"/>
          <w:sz w:val="24"/>
        </w:rPr>
        <w:t>καλλύνειν καὶ σαίρειν λέγεται παρὰ τοῖς Ἀτ‐ τικοῖς.] Ἐκκορυφώσω. δύναται μὲν ἀκούεσθαι ἀνακεφα‐</w:t>
      </w:r>
    </w:p>
    <w:p>
      <w:r>
        <w:rPr>
          <w:rFonts w:ascii="Courier New" w:hAnsi="Courier New"/>
          <w:color w:val="555555"/>
          <w:sz w:val="20"/>
        </w:rPr>
        <w:t>[epsilon 670]</w:t>
      </w:r>
    </w:p>
    <w:p>
      <w:r>
        <w:rPr>
          <w:rFonts w:ascii="Gentium Plus" w:hAnsi="Gentium Plus"/>
          <w:sz w:val="24"/>
        </w:rPr>
        <w:t>καὶ οὕτως. ἕτερόν σοι λόγον ἐκκορυφώσω, ἤτοι ἀπάρξομαι. ἐπεὶ ἡ κορυφὴ ἀρχὴ τίς ἐστι τοῦ σώματος. Ἐκορύνετο. ὑψοῦτο, ἐκορυφοῦτο.</w:t>
      </w:r>
    </w:p>
    <w:p>
      <w:r>
        <w:rPr>
          <w:rFonts w:ascii="Courier New" w:hAnsi="Courier New"/>
          <w:color w:val="555555"/>
          <w:sz w:val="20"/>
        </w:rPr>
        <w:t>[5]</w:t>
      </w:r>
    </w:p>
    <w:p>
      <w:r>
        <w:rPr>
          <w:rFonts w:ascii="Gentium Plus" w:hAnsi="Gentium Plus"/>
          <w:sz w:val="24"/>
        </w:rPr>
        <w:t>Ἐκολάφισαν. ἐβασάνισαν. ἢ τοῖς ὀφθαλμοῖς πανίον ἐπέθηκαν. οὕτως εὗρον ἐγὼ τοῦτο. Ἐκονδύλιζον. τοῖς δακτύλοις ἔκοπτον. Ἐκόπασεν. ἔπαυσεν. Ἐκολλόπωσεν. κόλλῃ συνήρμοσεν. ἀπὸ γὰρ τοῦ</w:t>
      </w:r>
    </w:p>
    <w:p>
      <w:r>
        <w:rPr>
          <w:rFonts w:ascii="Courier New" w:hAnsi="Courier New"/>
          <w:color w:val="555555"/>
          <w:sz w:val="20"/>
        </w:rPr>
        <w:t>[10]</w:t>
      </w:r>
    </w:p>
    <w:p>
      <w:r>
        <w:rPr>
          <w:rFonts w:ascii="Gentium Plus" w:hAnsi="Gentium Plus"/>
          <w:sz w:val="24"/>
        </w:rPr>
        <w:t>νωτιαίου κόλλοπος καὶ δέρματος ἑψομένου ἐγέ‐ νετο ἡ κόλλα τῶν βοῶν, ὅθεν καὶ ᾧ ἐπιτείνουσι τὰς χορδὰς, κόλλοψ λέγεται. [Ἐκόησεν. ἐνόησεν. Ἰακῶς, παρὰ Καλλιμάχῳ.] Ἐκκοκκίσας. ἐρημώσας. ἀπὸ μεταφορᾶς τῶν</w:t>
      </w:r>
    </w:p>
    <w:p>
      <w:r>
        <w:rPr>
          <w:rFonts w:ascii="Courier New" w:hAnsi="Courier New"/>
          <w:color w:val="555555"/>
          <w:sz w:val="20"/>
        </w:rPr>
        <w:t>[15]</w:t>
      </w:r>
    </w:p>
    <w:p>
      <w:r>
        <w:rPr>
          <w:rFonts w:ascii="Gentium Plus" w:hAnsi="Gentium Plus"/>
          <w:sz w:val="24"/>
        </w:rPr>
        <w:t>ῥοιῶν τῶν τοὺς κόκκους ἐκβαλλουσῶν. Ἀριστο‐ φάνης· Ὦ Ζεῦ—</w:t>
      </w:r>
    </w:p>
    <w:p>
      <w:r>
        <w:rPr>
          <w:rFonts w:ascii="Courier New" w:hAnsi="Courier New"/>
          <w:color w:val="555555"/>
          <w:sz w:val="20"/>
        </w:rPr>
        <w:t>[epsilon 671]</w:t>
      </w:r>
    </w:p>
    <w:p>
      <w:r>
        <w:rPr>
          <w:rFonts w:ascii="Gentium Plus" w:hAnsi="Gentium Plus"/>
          <w:sz w:val="24"/>
        </w:rPr>
        <w:t>†Ἐκολάβησας. προσέκρουσας. παρὰ τὸ ἐπὶ κόλαις βαίνειν. κόλα δὲ ἡ γαστήρ. ἢ ἔθραυσας. ἀπὸ τοῦ κολλάβου, ὅ ἐστι ψωμός.† Ἐκολώα. ἐθορύβει.</w:t>
      </w:r>
    </w:p>
    <w:p>
      <w:r>
        <w:rPr>
          <w:rFonts w:ascii="Courier New" w:hAnsi="Courier New"/>
          <w:color w:val="555555"/>
          <w:sz w:val="20"/>
        </w:rPr>
        <w:t>[5]</w:t>
      </w:r>
    </w:p>
    <w:p>
      <w:r>
        <w:rPr>
          <w:rFonts w:ascii="Gentium Plus" w:hAnsi="Gentium Plus"/>
          <w:sz w:val="24"/>
        </w:rPr>
        <w:t>Ἐκκορακίζειν. ἀποδιώκειν. [Ἐκκορηθείης. παντελῶς ἀφανισθείης. Μέναν‐ δρος· ἐκκορηθείης σύ γε.] Ἐκορίζετο. ὑπεκορίζετο. εὐμορφωτέροις ἐχρῆτο</w:t>
      </w:r>
    </w:p>
    <w:p>
      <w:r>
        <w:rPr>
          <w:rFonts w:ascii="Courier New" w:hAnsi="Courier New"/>
          <w:color w:val="555555"/>
          <w:sz w:val="20"/>
        </w:rPr>
        <w:t>[10]</w:t>
      </w:r>
    </w:p>
    <w:p>
      <w:r>
        <w:rPr>
          <w:rFonts w:ascii="Gentium Plus" w:hAnsi="Gentium Plus"/>
          <w:sz w:val="24"/>
        </w:rPr>
        <w:t>λόγοις. ἢ ἐκολάκευεν. Ἀριστοφάνης· τοῦτον τὸν υἱὸν λαμβάνους’ ἐκορίζετο. Ἐκορωνία. ἐγαυρία. ἐκορωνία καὶ παρετρίβετο πρὸς τοὺς ἐπιφανεῖς ἄνδρας. Ἐκουρία. ἐδέετο κουρᾶς.</w:t>
      </w:r>
    </w:p>
    <w:p>
      <w:r>
        <w:rPr>
          <w:rFonts w:ascii="Courier New" w:hAnsi="Courier New"/>
          <w:color w:val="555555"/>
          <w:sz w:val="20"/>
        </w:rPr>
        <w:t>[15]</w:t>
      </w:r>
    </w:p>
    <w:p>
      <w:r>
        <w:rPr>
          <w:rFonts w:ascii="Gentium Plus" w:hAnsi="Gentium Plus"/>
          <w:sz w:val="24"/>
        </w:rPr>
        <w:t>Ἑκουσιάζομαι. προσφέρω. Ἐκκόψαντες. πηρώσαντες, τυφλώσαντες. ἐκκό‐ ψαντες αὐτοὺς τοὺς ὀφθαλμούς. Ἐκκόψαι. νικῆσαι. οὕτως Ἄλεξις. καὶ ἐπὶ τοῦ πηρῶσαι τὸν ὀφθαλμόν. καὶ ἐξεκόπη ἐπὶ τοῦ</w:t>
      </w:r>
    </w:p>
    <w:p>
      <w:r>
        <w:rPr>
          <w:rFonts w:ascii="Courier New" w:hAnsi="Courier New"/>
          <w:color w:val="555555"/>
          <w:sz w:val="20"/>
        </w:rPr>
        <w:t>[20]</w:t>
      </w:r>
    </w:p>
    <w:p>
      <w:r>
        <w:rPr>
          <w:rFonts w:ascii="Gentium Plus" w:hAnsi="Gentium Plus"/>
          <w:sz w:val="24"/>
        </w:rPr>
        <w:t>ἐπηρώθη. Ἐκπαγλούμενοι. ἐκπληττόμενοι, θαυμάζοντες. ἐν εἰρήνῃ ἔμενον ἐκπαγλούμενοι τὸν Ἡρακλέα. Ῥωμαίοις μὲν ἐκπαγλούμενος ὁ Πύῤῥος ταῦτα</w:t>
      </w:r>
    </w:p>
    <w:p>
      <w:r>
        <w:rPr>
          <w:rFonts w:ascii="Courier New" w:hAnsi="Courier New"/>
          <w:color w:val="555555"/>
          <w:sz w:val="20"/>
        </w:rPr>
        <w:t>[epsilon 672]</w:t>
      </w:r>
    </w:p>
    <w:p>
      <w:r>
        <w:rPr>
          <w:rFonts w:ascii="Gentium Plus" w:hAnsi="Gentium Plus"/>
          <w:sz w:val="24"/>
        </w:rPr>
        <w:t>[Ἐκπελευθῆναι. ἐκβληθῆναι.] Ἐκπερδικίσαι. διαδράναι πανούργως. ἀπὸ με‐ ταφορᾶς τῶν περδίκων· πανοῦργον γὰρ τὸ ζῶον καὶ διαδιδράσκει τοὺς θηρευτάς.</w:t>
      </w:r>
    </w:p>
    <w:p>
      <w:r>
        <w:rPr>
          <w:rFonts w:ascii="Courier New" w:hAnsi="Courier New"/>
          <w:color w:val="555555"/>
          <w:sz w:val="20"/>
        </w:rPr>
        <w:t>[5]</w:t>
      </w:r>
    </w:p>
    <w:p>
      <w:r>
        <w:rPr>
          <w:rFonts w:ascii="Gentium Plus" w:hAnsi="Gentium Plus"/>
          <w:sz w:val="24"/>
        </w:rPr>
        <w:t>Ἐκπέρσαι. πορθῆσαι. Ἐκπεσών. ῥηθεὶς, δοθείς. χρησμὸς δ’ ἐκπεσὼν παρὰ Εὐδοκίου τοῦ Θρᾳκός. Ἐκπεφυσημένον. φιλοτίμως διατεθειμένον. ὁρῶν δὲ τὸν Μάρκον ἐκπεφυσημένον.</w:t>
      </w:r>
    </w:p>
    <w:p>
      <w:r>
        <w:rPr>
          <w:rFonts w:ascii="Courier New" w:hAnsi="Courier New"/>
          <w:color w:val="555555"/>
          <w:sz w:val="20"/>
        </w:rPr>
        <w:t>[10]</w:t>
      </w:r>
    </w:p>
    <w:p>
      <w:r>
        <w:rPr>
          <w:rFonts w:ascii="Gentium Plus" w:hAnsi="Gentium Plus"/>
          <w:sz w:val="24"/>
        </w:rPr>
        <w:t>[Ἐκπήγνυσθαι. ἐκπλήττεσθαι.] [Ἐκπηνιεῖται. ἐξελκύσει. ἀπὸ τῶν τὴν κρόκα μηρυομένων πηνία. Ὅμηρος· πηνίον ἐξέλκουσα.] Ἐκπλεύσαντες. ἔξω γενόμενοι. οἱ δὲ ἐκπλεύ‐</w:t>
      </w:r>
    </w:p>
    <w:p>
      <w:r>
        <w:rPr>
          <w:rFonts w:ascii="Courier New" w:hAnsi="Courier New"/>
          <w:color w:val="555555"/>
          <w:sz w:val="20"/>
        </w:rPr>
        <w:t>[15]</w:t>
      </w:r>
    </w:p>
    <w:p>
      <w:r>
        <w:rPr>
          <w:rFonts w:ascii="Gentium Plus" w:hAnsi="Gentium Plus"/>
          <w:sz w:val="24"/>
        </w:rPr>
        <w:t>σαντες τῶν φρενῶν. καὶ ἐκπλεύσειν ὁμοίως. Ἐκπλήσει. πληρώσει. Ἐκπλινθεύσας. ἀντὶ τοῦ ἀναλύσας, καὶ ἐξε‐ λὼν τὰς πλίνθους. οὕτως Ἰσαῖος. [Ἐκποκιῶ. τὰς τρίχας ἐκσπάσω. Ἀριστοφάνης·</w:t>
      </w:r>
    </w:p>
    <w:p>
      <w:r>
        <w:rPr>
          <w:rFonts w:ascii="Courier New" w:hAnsi="Courier New"/>
          <w:color w:val="555555"/>
          <w:sz w:val="20"/>
        </w:rPr>
        <w:t>[20]</w:t>
      </w:r>
    </w:p>
    <w:p>
      <w:r>
        <w:rPr>
          <w:rFonts w:ascii="Gentium Plus" w:hAnsi="Gentium Plus"/>
          <w:sz w:val="24"/>
        </w:rPr>
        <w:t>ἐκποκιῶ σου τὰς ποκάδας— ἐπὶ γυναικείων τριχῶν ὡς τὸ πολύ.] Ἐκπολεμῶσαι. ἀντὶ τοῦ εἰς πόλεμον καταστῆ‐ σαι. γράφεται καὶ ἐκπολεμῆσαι παρὰ Ξενο‐</w:t>
      </w:r>
    </w:p>
    <w:p>
      <w:r>
        <w:rPr>
          <w:rFonts w:ascii="Courier New" w:hAnsi="Courier New"/>
          <w:color w:val="555555"/>
          <w:sz w:val="20"/>
        </w:rPr>
        <w:t>[epsilon 673]</w:t>
      </w:r>
    </w:p>
    <w:p>
      <w:r>
        <w:rPr>
          <w:rFonts w:ascii="Gentium Plus" w:hAnsi="Gentium Plus"/>
          <w:sz w:val="24"/>
        </w:rPr>
        <w:t>Ἐκπεπολέμωται. ἐχθρωδῶς διάκειται. Ἐκπορίζομεν. ἐξευρίσκομεν. Ἐκπορίσας. συλλέξας. †Ἐκπορποῦσθαι. ἐκφιβλοῦσθαι.†</w:t>
      </w:r>
    </w:p>
    <w:p>
      <w:r>
        <w:rPr>
          <w:rFonts w:ascii="Courier New" w:hAnsi="Courier New"/>
          <w:color w:val="555555"/>
          <w:sz w:val="20"/>
        </w:rPr>
        <w:t>[5]</w:t>
      </w:r>
    </w:p>
    <w:p>
      <w:r>
        <w:rPr>
          <w:rFonts w:ascii="Gentium Plus" w:hAnsi="Gentium Plus"/>
          <w:sz w:val="24"/>
        </w:rPr>
        <w:t>Ἐκπρίου. ἐξαγόρασον, ἐλευθέρωσον. καὶ ἐκ‐ πρίασθαι. Ἐκπτήσονται. πετασθήσονται. Ἐκπολεμῆσαι. πορθῆσαι. [Ἐκκραγγανομένων. μετὰ κραυγῆς λεγομέ‐</w:t>
      </w:r>
    </w:p>
    <w:p>
      <w:r>
        <w:rPr>
          <w:rFonts w:ascii="Courier New" w:hAnsi="Courier New"/>
          <w:color w:val="555555"/>
          <w:sz w:val="20"/>
        </w:rPr>
        <w:t>[10]</w:t>
      </w:r>
    </w:p>
    <w:p>
      <w:r>
        <w:rPr>
          <w:rFonts w:ascii="Gentium Plus" w:hAnsi="Gentium Plus"/>
          <w:sz w:val="24"/>
        </w:rPr>
        <w:t>νων.] Ἔκρεκεν. ἀντὶ τοῦ ἤχει. Ἐκρεμαννύμενοι. ἀντὶ τοῦ ἀπηρτημένοι. Θουκυ‐ δίδης· τῶν δὲ ξυσκήνων ἤδη ἐκρεμαννύμενοι. Ἐκκρίνειν. δοκιμάζειν.</w:t>
      </w:r>
    </w:p>
    <w:p>
      <w:r>
        <w:rPr>
          <w:rFonts w:ascii="Courier New" w:hAnsi="Courier New"/>
          <w:color w:val="555555"/>
          <w:sz w:val="20"/>
        </w:rPr>
        <w:t>[15]</w:t>
      </w:r>
    </w:p>
    <w:p>
      <w:r>
        <w:rPr>
          <w:rFonts w:ascii="Gentium Plus" w:hAnsi="Gentium Plus"/>
          <w:sz w:val="24"/>
        </w:rPr>
        <w:t>Ἐκρινόμεθα. πολὺν χρόνον διεφερόμεθα καὶ ἠμφισβητοῦμεν. Ἐκκρουόμενος. παρεκτείνων, παρατρέπων. ἀλ‐ λὰ καὶ τὸν καιρὸν τοῦτον τοῖς ἐναντίοις ἐκ‐ κρουόμενος.</w:t>
      </w:r>
    </w:p>
    <w:p>
      <w:r>
        <w:rPr>
          <w:rFonts w:ascii="Courier New" w:hAnsi="Courier New"/>
          <w:color w:val="555555"/>
          <w:sz w:val="20"/>
        </w:rPr>
        <w:t>[20]</w:t>
      </w:r>
    </w:p>
    <w:p>
      <w:r>
        <w:rPr>
          <w:rFonts w:ascii="Gentium Plus" w:hAnsi="Gentium Plus"/>
          <w:sz w:val="24"/>
        </w:rPr>
        <w:t>Ἐκρουσάμην. ἀπέῤῥιψα.</w:t>
      </w:r>
    </w:p>
    <w:p>
      <w:r>
        <w:rPr>
          <w:rFonts w:ascii="Courier New" w:hAnsi="Courier New"/>
          <w:color w:val="555555"/>
          <w:sz w:val="20"/>
        </w:rPr>
        <w:t>[epsilon 674]</w:t>
      </w:r>
    </w:p>
    <w:p>
      <w:r>
        <w:rPr>
          <w:rFonts w:ascii="Gentium Plus" w:hAnsi="Gentium Plus"/>
          <w:sz w:val="24"/>
        </w:rPr>
        <w:t>Ἐκκρίνεται. ἐκρέει. λαμβάνεται δὲ καὶ ἐπὶ τῆς ἀνθρωπίνης ῥοώδους γονῆς, καὶ τῆς τῶν κτηνῶν. Ἐκριπισθέντες. ἐξαφθέντες. ῥιπίζειν γὰρ τὸ ὀπτᾷν. ἀπὸ τῶν ῥιπίδων.</w:t>
      </w:r>
    </w:p>
    <w:p>
      <w:r>
        <w:rPr>
          <w:rFonts w:ascii="Courier New" w:hAnsi="Courier New"/>
          <w:color w:val="555555"/>
          <w:sz w:val="20"/>
        </w:rPr>
        <w:t>[5]</w:t>
      </w:r>
    </w:p>
    <w:p>
      <w:r>
        <w:rPr>
          <w:rFonts w:ascii="Gentium Plus" w:hAnsi="Gentium Plus"/>
          <w:sz w:val="24"/>
        </w:rPr>
        <w:t>[Ἐκρέμω. παράγωγον ῥῆμα. ἐκ τοῦ κρεμῶ γί‐ νεται κρέμημι, ὡς ἱστῶ ἵστημι· εἶτα κρέμαμαι, ὡς ἵσταμαι· ἐκρεμάμην, ἐκρέμασο, ἐκρέματο. κρεμὰς γὰρ ἡ ἐνεστῶτος μετοχὴ, ὥσπερ ἱστάς. καὶ κατὰ ἀποβολὴν τοῦ ς Ἰωνικῶς ἐκρέμαο,</w:t>
      </w:r>
    </w:p>
    <w:p>
      <w:r>
        <w:rPr>
          <w:rFonts w:ascii="Courier New" w:hAnsi="Courier New"/>
          <w:color w:val="555555"/>
          <w:sz w:val="20"/>
        </w:rPr>
        <w:t>[10]</w:t>
      </w:r>
    </w:p>
    <w:p>
      <w:r>
        <w:rPr>
          <w:rFonts w:ascii="Gentium Plus" w:hAnsi="Gentium Plus"/>
          <w:sz w:val="24"/>
        </w:rPr>
        <w:t>καὶ κατὰ κρᾶσιν τῶν φωνηέντων ἐκρέμω. καὶ οὐκ ἔστιν ἐκ τοῦ κρεμῶ· ἦ γὰρ ἂν περισπᾶτο, ὡς ἐβοῶ, ἐγελῶ.] Ἐκσιφωνισθείη. ἐκκενωθείη, ἐκρυῇ, διασκορ‐ πισθείη.</w:t>
      </w:r>
    </w:p>
    <w:p>
      <w:r>
        <w:rPr>
          <w:rFonts w:ascii="Courier New" w:hAnsi="Courier New"/>
          <w:color w:val="555555"/>
          <w:sz w:val="20"/>
        </w:rPr>
        <w:t>[15]</w:t>
      </w:r>
    </w:p>
    <w:p>
      <w:r>
        <w:rPr>
          <w:rFonts w:ascii="Gentium Plus" w:hAnsi="Gentium Plus"/>
          <w:sz w:val="24"/>
        </w:rPr>
        <w:t>Ἔκστρεψον. μετάβαλε. ἀπὸ μεταφορᾶς τῶν ῥυ‐ πουμένων καὶ ἐκστρεφομένων ἱματίων. ἔκστρεψον ὡς τάχιστα τὸν σαυτοῦ τρόπον. Ἐκτεθνεῶτα. οἷον τὸν ἔσχατον ὄντα. Ἐκτετηκότες. δεδαμασμένοι, τεταριχευμένοι.</w:t>
      </w:r>
    </w:p>
    <w:p>
      <w:r>
        <w:rPr>
          <w:rFonts w:ascii="Courier New" w:hAnsi="Courier New"/>
          <w:color w:val="555555"/>
          <w:sz w:val="20"/>
        </w:rPr>
        <w:t>[20]</w:t>
      </w:r>
    </w:p>
    <w:p>
      <w:r>
        <w:rPr>
          <w:rFonts w:ascii="Gentium Plus" w:hAnsi="Gentium Plus"/>
          <w:sz w:val="24"/>
        </w:rPr>
        <w:t>Ἐκτετηκυῖα. ἀπεῤῥυηκυῖα. ἐκτετηκυῖα τὰς ὁρά‐</w:t>
      </w:r>
    </w:p>
    <w:p>
      <w:r>
        <w:rPr>
          <w:rFonts w:ascii="Courier New" w:hAnsi="Courier New"/>
          <w:color w:val="555555"/>
          <w:sz w:val="20"/>
        </w:rPr>
        <w:t>[epsilon 675]</w:t>
      </w:r>
    </w:p>
    <w:p>
      <w:r>
        <w:rPr>
          <w:rFonts w:ascii="Gentium Plus" w:hAnsi="Gentium Plus"/>
          <w:sz w:val="24"/>
        </w:rPr>
        <w:t>Ἐκτετοξεῦσθαι. ἐκκενῶσθαι. ἀνηλῶσθαι. ἀπὸ μεταφορᾶς τῶν ἐν τῇ τοξείᾳ ἀναλισκόντων τὰ βέλη. [Ἀριστοφάνης·] τὸν ἐμὸν ἤδη νομίζων ἐκτετοξεῦσθαι βίον.</w:t>
      </w:r>
    </w:p>
    <w:p>
      <w:r>
        <w:rPr>
          <w:rFonts w:ascii="Courier New" w:hAnsi="Courier New"/>
          <w:color w:val="555555"/>
          <w:sz w:val="20"/>
        </w:rPr>
        <w:t>[5]</w:t>
      </w:r>
    </w:p>
    <w:p>
      <w:r>
        <w:rPr>
          <w:rFonts w:ascii="Gentium Plus" w:hAnsi="Gentium Plus"/>
          <w:sz w:val="24"/>
        </w:rPr>
        <w:t>Ἐκτειχίσαι. τειχοποιῆσαι. ἐν ἐκικαίρῳ τῷ χω‐ ρίῳ ἐδόκει ἐκτειχίσαι τὴν πόλιν. Ἐκτετικότες. ἀποπληρώσαντες, ἀποδεδωκότες. ἐκ τοῦ τίω τὸ ἀνταποδίδωμι. Ἐκτιθέναι. ἀντὶ τοῦ εἰς βορὰν θηρίοις δοθῆναι</w:t>
      </w:r>
    </w:p>
    <w:p>
      <w:r>
        <w:rPr>
          <w:rFonts w:ascii="Courier New" w:hAnsi="Courier New"/>
          <w:color w:val="555555"/>
          <w:sz w:val="20"/>
        </w:rPr>
        <w:t>[10]</w:t>
      </w:r>
    </w:p>
    <w:p>
      <w:r>
        <w:rPr>
          <w:rFonts w:ascii="Gentium Plus" w:hAnsi="Gentium Plus"/>
          <w:sz w:val="24"/>
        </w:rPr>
        <w:t>ἢ καὶ ἄλλως εἰς διαφθορὰν παρατιθέναι ἐπ’ ἐρημίαν. ἐκτιθέναι τὰ βρέφη βορὰν τοῖς θηρσίν. Ἐκτιμᾶται. ἀντὶ τοῦ ἐπιτέταται, ηὔξηται κατὰ τιμήν.</w:t>
      </w:r>
    </w:p>
    <w:p>
      <w:r>
        <w:rPr>
          <w:rFonts w:ascii="Courier New" w:hAnsi="Courier New"/>
          <w:color w:val="555555"/>
          <w:sz w:val="20"/>
        </w:rPr>
        <w:t>[15]</w:t>
      </w:r>
    </w:p>
    <w:p>
      <w:r>
        <w:rPr>
          <w:rFonts w:ascii="Gentium Plus" w:hAnsi="Gentium Plus"/>
          <w:sz w:val="24"/>
        </w:rPr>
        <w:t>Ἐκτιννύων καὶ ἐκτίνων. ἀποδιδούς. τῇ μητρὶ †γῇ† τὸ χρέος ἐκτίνων. καὶ ἐκτίσαι καὶ ἐκ‐ τίσει. ὁ δὲ καθ’ ἡμᾶς βασιλεὺς ἐκτίσει μοι δίκας ἐνδέοντι. Ἔκτισε. κατέστησε, κατέταξεν.</w:t>
      </w:r>
    </w:p>
    <w:p>
      <w:r>
        <w:rPr>
          <w:rFonts w:ascii="Courier New" w:hAnsi="Courier New"/>
          <w:color w:val="555555"/>
          <w:sz w:val="20"/>
        </w:rPr>
        <w:t>[20]</w:t>
      </w:r>
    </w:p>
    <w:p>
      <w:r>
        <w:rPr>
          <w:rFonts w:ascii="Gentium Plus" w:hAnsi="Gentium Plus"/>
          <w:sz w:val="24"/>
        </w:rPr>
        <w:t>Ἐκτιλωμένοις. συνήθεσιν. ἐπεὶ ὁ κτίλος ὁ προηγούμενος τῆς ποίμνης κριὸς προβάτων συν‐</w:t>
      </w:r>
    </w:p>
    <w:p>
      <w:r>
        <w:rPr>
          <w:rFonts w:ascii="Courier New" w:hAnsi="Courier New"/>
          <w:color w:val="555555"/>
          <w:sz w:val="20"/>
        </w:rPr>
        <w:t>[epsilon 676]</w:t>
      </w:r>
    </w:p>
    <w:p>
      <w:r>
        <w:rPr>
          <w:rFonts w:ascii="Gentium Plus" w:hAnsi="Gentium Plus"/>
          <w:sz w:val="24"/>
        </w:rPr>
        <w:t>Ἐκτίλλω. ἀνασπάσω, μετοικίσω. Ἐκτεθηλυμένοι. μαλακισθέντες. Ἐκτελείσθω. λειτουργείσθω. Ἐκτενῶ. κρεμάσω.</w:t>
      </w:r>
    </w:p>
    <w:p>
      <w:r>
        <w:rPr>
          <w:rFonts w:ascii="Courier New" w:hAnsi="Courier New"/>
          <w:color w:val="555555"/>
          <w:sz w:val="20"/>
        </w:rPr>
        <w:t>[5]</w:t>
      </w:r>
    </w:p>
    <w:p>
      <w:r>
        <w:rPr>
          <w:rFonts w:ascii="Gentium Plus" w:hAnsi="Gentium Plus"/>
          <w:sz w:val="24"/>
        </w:rPr>
        <w:t>Ἐκτολυπεύσας. ἐργασάμενος. ἡ μεταφορὰ ἀπὸ τῆς τολύπης τοῦ κατεργασαμένου ἐρίου. Ἐκτολυπεῦσαι. τὸ πληρῶσαι. Ἐκτοπίζω. πόῤῥω διάγω. τὸν πολιτισμὸν ἐκτο‐ πίζων ἐν ἀκαδημίᾳ διέτριβεν.</w:t>
      </w:r>
    </w:p>
    <w:p>
      <w:r>
        <w:rPr>
          <w:rFonts w:ascii="Courier New" w:hAnsi="Courier New"/>
          <w:color w:val="555555"/>
          <w:sz w:val="20"/>
        </w:rPr>
        <w:t>[10]</w:t>
      </w:r>
    </w:p>
    <w:p>
      <w:r>
        <w:rPr>
          <w:rFonts w:ascii="Gentium Plus" w:hAnsi="Gentium Plus"/>
          <w:sz w:val="24"/>
        </w:rPr>
        <w:t>Ἐκτοπίσαι. μακρὰν καταστῆσαι. [Ἐκτορμεῖν. τὸ ἐκ τοῦ καθήκοντος δρόμου πόῤῥω ἐκβαίνειν.] Ἐκτραχηλίζω καὶ ἐκτραχηλισθῶσιν. ἀντὶ τοῦ τοὺς τραχήλους συγκλασθῶσιν. ἱππασίας</w:t>
      </w:r>
    </w:p>
    <w:p>
      <w:r>
        <w:rPr>
          <w:rFonts w:ascii="Courier New" w:hAnsi="Courier New"/>
          <w:color w:val="555555"/>
          <w:sz w:val="20"/>
        </w:rPr>
        <w:t>[15]</w:t>
      </w:r>
    </w:p>
    <w:p>
      <w:r>
        <w:rPr>
          <w:rFonts w:ascii="Gentium Plus" w:hAnsi="Gentium Plus"/>
          <w:sz w:val="24"/>
        </w:rPr>
        <w:t>μετὰ θορύβου γινομένης πολλοὶ μὲν τῶν ἱπ‐ πέων ἐκτραχηλισθῶσιν. Ἐκτραχηλισθῆναι. ἐκπεσεῖν τῶν ἵππων, οἷον τὸν αὐχένα ἐπικάμψαντες ἀποσείονται τὸν ἐπι‐ βάτην. ἐκτραχηλισθῆναι λέγουσιν, οὐχὶ ἐκσφον‐</w:t>
      </w:r>
    </w:p>
    <w:p>
      <w:r>
        <w:rPr>
          <w:rFonts w:ascii="Courier New" w:hAnsi="Courier New"/>
          <w:color w:val="555555"/>
          <w:sz w:val="20"/>
        </w:rPr>
        <w:t>[20]</w:t>
      </w:r>
    </w:p>
    <w:p>
      <w:r>
        <w:rPr>
          <w:rFonts w:ascii="Gentium Plus" w:hAnsi="Gentium Plus"/>
          <w:sz w:val="24"/>
        </w:rPr>
        <w:t>δυλισθῆναι.</w:t>
      </w:r>
    </w:p>
    <w:p>
      <w:r>
        <w:rPr>
          <w:rFonts w:ascii="Courier New" w:hAnsi="Courier New"/>
          <w:color w:val="555555"/>
          <w:sz w:val="20"/>
        </w:rPr>
        <w:t>[epsilon 677]</w:t>
      </w:r>
    </w:p>
    <w:p>
      <w:r>
        <w:rPr>
          <w:rFonts w:ascii="Gentium Plus" w:hAnsi="Gentium Plus"/>
          <w:sz w:val="24"/>
        </w:rPr>
        <w:t>Ἐκτοιχωθείς. ἐκφθαρεὶς, ἐκπιεσθείς. Ἐκτριβήσῃ. ἐξαναλωθήσῃ. Ἐκτριβῆναι. ἀφανισθῆναι. Ἐκτρεπόμενος. ἀποστρεφόμενος.</w:t>
      </w:r>
    </w:p>
    <w:p>
      <w:r>
        <w:rPr>
          <w:rFonts w:ascii="Courier New" w:hAnsi="Courier New"/>
          <w:color w:val="555555"/>
          <w:sz w:val="20"/>
        </w:rPr>
        <w:t>[5]</w:t>
      </w:r>
    </w:p>
    <w:p>
      <w:r>
        <w:rPr>
          <w:rFonts w:ascii="Gentium Plus" w:hAnsi="Gentium Plus"/>
          <w:sz w:val="24"/>
        </w:rPr>
        <w:t>[Ἔκταν. οἷον· ἔκταν σὺν οὐλομένῃ ἀλόχῳ. ἀντὶ τοῦ ἔκτανεν. ἐὰν ἀναγνῷς ἔκταν, ἀττικὴ κλίσις ἐστὶν ἀπὸ τοῦ κτῆμι. ὁ δεύτερος ἀόρι‐ στος ἔκτην καὶ συστολῇ ἔκταν. ἐὰν δὲ κατέ‐</w:t>
      </w:r>
    </w:p>
    <w:p>
      <w:r>
        <w:rPr>
          <w:rFonts w:ascii="Courier New" w:hAnsi="Courier New"/>
          <w:color w:val="555555"/>
          <w:sz w:val="20"/>
        </w:rPr>
        <w:t>[10]</w:t>
      </w:r>
    </w:p>
    <w:p>
      <w:r>
        <w:rPr>
          <w:rFonts w:ascii="Gentium Plus" w:hAnsi="Gentium Plus"/>
          <w:sz w:val="24"/>
        </w:rPr>
        <w:t>κταν, ἀπὸ τοῦ κατέκτανεν. οὕτως Ἡρωδιανός.] [Ἐκτῆσθαι. ἀπὸ τοῦ κεκτῆσθαι, ἀποβολῇ τοῦ κ.] Ἐκτυποῖ. ἐξομοιοῖ. Ἐκτυφῆναι. τὸ τύφειν ἐπὶ τοῦ κάπνου. τὸ οὖν</w:t>
      </w:r>
    </w:p>
    <w:p>
      <w:r>
        <w:rPr>
          <w:rFonts w:ascii="Courier New" w:hAnsi="Courier New"/>
          <w:color w:val="555555"/>
          <w:sz w:val="20"/>
        </w:rPr>
        <w:t>[15]</w:t>
      </w:r>
    </w:p>
    <w:p>
      <w:r>
        <w:rPr>
          <w:rFonts w:ascii="Gentium Plus" w:hAnsi="Gentium Plus"/>
          <w:sz w:val="24"/>
        </w:rPr>
        <w:t>ἐκτυφῆναι παρὰ μικρὸν ἐκτυφλωθῆναι. Ἐκκυβεύειν. ῥίπτειν εἰς κίνδυνον. ὀϊσάμενος κατὰ τὸν ποιητὴν δόλον εἶναι, οὐδαμῶς [ἔκρινεν] ἐκκυβεύειν. Ἐκύει. ἐνεγκυμόνει. ἐν γαστρὶ εἶχεν. ὁ δὲ ἔκρυ‐</w:t>
      </w:r>
    </w:p>
    <w:p>
      <w:r>
        <w:rPr>
          <w:rFonts w:ascii="Courier New" w:hAnsi="Courier New"/>
          <w:color w:val="555555"/>
          <w:sz w:val="20"/>
        </w:rPr>
        <w:t>[20]</w:t>
      </w:r>
    </w:p>
    <w:p>
      <w:r>
        <w:rPr>
          <w:rFonts w:ascii="Gentium Plus" w:hAnsi="Gentium Plus"/>
          <w:sz w:val="24"/>
        </w:rPr>
        <w:t>πτεν· καὶ ἐξειπεῖν τὴν ὠδῖνα ἣν οὐκ ἐτόλμα</w:t>
      </w:r>
    </w:p>
    <w:p>
      <w:r>
        <w:rPr>
          <w:rFonts w:ascii="Courier New" w:hAnsi="Courier New"/>
          <w:color w:val="555555"/>
          <w:sz w:val="20"/>
        </w:rPr>
        <w:t>[epsilon 678]</w:t>
      </w:r>
    </w:p>
    <w:p>
      <w:r>
        <w:rPr>
          <w:rFonts w:ascii="Gentium Plus" w:hAnsi="Gentium Plus"/>
          <w:sz w:val="24"/>
        </w:rPr>
        <w:t>Ἐκκυκλεῖ. ἐκκαλύπτει. καὶ ἐκκυκλούμενος, ἐκκύκλημα ἔχων. Ἐκκυμανθῆναι. ἐκ τοῦ κύματος τῷ λιμένι προσ‐ ορμισθῆναι.</w:t>
      </w:r>
    </w:p>
    <w:p>
      <w:r>
        <w:rPr>
          <w:rFonts w:ascii="Courier New" w:hAnsi="Courier New"/>
          <w:color w:val="555555"/>
          <w:sz w:val="20"/>
        </w:rPr>
        <w:t>[5]</w:t>
      </w:r>
    </w:p>
    <w:p>
      <w:r>
        <w:rPr>
          <w:rFonts w:ascii="Gentium Plus" w:hAnsi="Gentium Plus"/>
          <w:sz w:val="24"/>
        </w:rPr>
        <w:t>Ἐκύρουν. ἐτύγχανον. βωμῷ θύων ἐκύρουν. Ἐκύκα. ἐτάρασσεν. Ἐκφαυλίζων. εὐτελίζων, φανερὸν ποιῶν. Ἐκφέρεται. [λέγεται.] ἐκκομίζεται. Ἐκφανθέντος. δηλωθέντος.</w:t>
      </w:r>
    </w:p>
    <w:p>
      <w:r>
        <w:rPr>
          <w:rFonts w:ascii="Courier New" w:hAnsi="Courier New"/>
          <w:color w:val="555555"/>
          <w:sz w:val="20"/>
        </w:rPr>
        <w:t>[10]</w:t>
      </w:r>
    </w:p>
    <w:p>
      <w:r>
        <w:rPr>
          <w:rFonts w:ascii="Gentium Plus" w:hAnsi="Gentium Plus"/>
          <w:sz w:val="24"/>
        </w:rPr>
        <w:t>Ἐκφθαρείς. ἐξελθών. οὕτως λέγεται τὸ ἐπὶ κακῷ ἐξελθεῖν. εἰσφθαρεὶς δὲ τὸ ἐπὶ κακῷ εἰσελθεῖν που. Ἐκφρησθέντων. ἐκβληθέντων. ἐκφρησθέντων δὲ τῶν ἐπικούρων ἐκ τῆς πόλεως τοὺς ἱερεῖς</w:t>
      </w:r>
    </w:p>
    <w:p>
      <w:r>
        <w:rPr>
          <w:rFonts w:ascii="Courier New" w:hAnsi="Courier New"/>
          <w:color w:val="555555"/>
          <w:sz w:val="20"/>
        </w:rPr>
        <w:t>[15]</w:t>
      </w:r>
    </w:p>
    <w:p>
      <w:r>
        <w:rPr>
          <w:rFonts w:ascii="Gentium Plus" w:hAnsi="Gentium Plus"/>
          <w:sz w:val="24"/>
        </w:rPr>
        <w:t>ἐκκαθάραι τὰ ἱερά. Ἐκφορῶ. τὸ ἐκβάλλω. Ἐκφοιτᾷ. ἐξέρχεται. Ἐκφυλλοφορεῖν. οἱ ἀρχὴν τινὰ ἄρξαντες ἂν εὐθυνομένως ὑπὸ τῆς βουλῆς ἁλῶσιν, ἐν φύλ‐</w:t>
      </w:r>
    </w:p>
    <w:p>
      <w:r>
        <w:rPr>
          <w:rFonts w:ascii="Courier New" w:hAnsi="Courier New"/>
          <w:color w:val="555555"/>
          <w:sz w:val="20"/>
        </w:rPr>
        <w:t>[20]</w:t>
      </w:r>
    </w:p>
    <w:p>
      <w:r>
        <w:rPr>
          <w:rFonts w:ascii="Gentium Plus" w:hAnsi="Gentium Plus"/>
          <w:sz w:val="24"/>
        </w:rPr>
        <w:t>λοις ἐλαίας τὰ ὀνόματα αὐτῶν ἐνέγραφον οἱ</w:t>
      </w:r>
    </w:p>
    <w:p>
      <w:r>
        <w:rPr>
          <w:rFonts w:ascii="Courier New" w:hAnsi="Courier New"/>
          <w:color w:val="555555"/>
          <w:sz w:val="20"/>
        </w:rPr>
        <w:t>[epsilon 679]</w:t>
      </w:r>
    </w:p>
    <w:p>
      <w:r>
        <w:rPr>
          <w:rFonts w:ascii="Gentium Plus" w:hAnsi="Gentium Plus"/>
          <w:sz w:val="24"/>
        </w:rPr>
        <w:t>τὲ ἡ περὶ αὐτῶν πίστις προσενεγράφετο τοῖς φύλλοις. καὶ ἐκφυλλοφορῆσαι, καὶ ἐκφυλλο‐ φορία. Ἐκφῦναι. γεννηθῆναι καὶ τὸ ἀναβλαστῆσαι.</w:t>
      </w:r>
    </w:p>
    <w:p>
      <w:r>
        <w:rPr>
          <w:rFonts w:ascii="Courier New" w:hAnsi="Courier New"/>
          <w:color w:val="555555"/>
          <w:sz w:val="20"/>
        </w:rPr>
        <w:t>[5]</w:t>
      </w:r>
    </w:p>
    <w:p>
      <w:r>
        <w:rPr>
          <w:rFonts w:ascii="Gentium Plus" w:hAnsi="Gentium Plus"/>
          <w:sz w:val="24"/>
        </w:rPr>
        <w:t>Ἐκχαραδρωθέντας. ἐκκυλισθέντας. Ἔκχεον. ἔκχυσον. Ἐκχοΐζω. τὸ σκάπτω. Ἐκυδάσσατο. σημαίνει τὸ ἐλοιδόρησεν. ὦ πέπον, ἦ μάλα δή μ’ ἐκυδάσσαο—</w:t>
      </w:r>
    </w:p>
    <w:p>
      <w:r>
        <w:rPr>
          <w:rFonts w:ascii="Courier New" w:hAnsi="Courier New"/>
          <w:color w:val="555555"/>
          <w:sz w:val="20"/>
        </w:rPr>
        <w:t>[10]</w:t>
      </w:r>
    </w:p>
    <w:p>
      <w:r>
        <w:rPr>
          <w:rFonts w:ascii="Gentium Plus" w:hAnsi="Gentium Plus"/>
          <w:sz w:val="24"/>
        </w:rPr>
        <w:t>κυδάζομαι. κυδάζεται τοῖς πᾶσιν Ἀργείοις. ἀντὶ τοῦ λοιδορεῖται. Ἐκωδωνίζοντο. περιβόητοι ἐγένοντο. τέτακται καὶ ἐπὶ τοῦ ἐπειράθησαν. οὕτω Λυσίας. Ἐκωθώνιζον. ἔπινον, ἐμέθυον.</w:t>
      </w:r>
    </w:p>
    <w:p>
      <w:r>
        <w:rPr>
          <w:rFonts w:ascii="Courier New" w:hAnsi="Courier New"/>
          <w:color w:val="555555"/>
          <w:sz w:val="20"/>
        </w:rPr>
        <w:t>[15]</w:t>
      </w:r>
    </w:p>
    <w:p>
      <w:r>
        <w:rPr>
          <w:rFonts w:ascii="Gentium Plus" w:hAnsi="Gentium Plus"/>
          <w:sz w:val="24"/>
        </w:rPr>
        <w:t>Ἐκωμῴδησεν. ἐφαύλισεν, ἔπαιξεν· ἐλοιδόρησεν. Ἐκώμασε. μεθ’ ἡδονῆς ἦλθε. θρῆνος δ’ εἰς ὑμέναιον ἐκώμασεν—. Ἐκπίπτει. διαλύεται, διακόπτεται, ἀποτυγχά‐ νει. καὶ ὁ Ἀπόστολος· ἡ ἀγάπη οὐδέποτε</w:t>
      </w:r>
    </w:p>
    <w:p>
      <w:r>
        <w:rPr>
          <w:rFonts w:ascii="Courier New" w:hAnsi="Courier New"/>
          <w:color w:val="555555"/>
          <w:sz w:val="20"/>
        </w:rPr>
        <w:t>[20]</w:t>
      </w:r>
    </w:p>
    <w:p>
      <w:r>
        <w:rPr>
          <w:rFonts w:ascii="Gentium Plus" w:hAnsi="Gentium Plus"/>
          <w:sz w:val="24"/>
        </w:rPr>
        <w:t>ἐκπίπτει, ὅ ἐστιν οὐδὲ ἀποτυγχάνει τῆς εὐδο‐ κιμήσεως. Ἐκκακοῦμεν. [ἀπαγορεύομεν.] καὶ ὁ Ἀπόστολος· οὐκ ἐκκακοῦμεν, ἀλλ’ ἀπειπάμεθα. *τὸ γὰρ</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Ἕκαθεν. πόῤῥωθεν. Ἑκάς. πόῤῥω, μακράν. [Ἑκαστάτω. ποῤῥωτάτω. ἑκαστάτω τῆς τοῦ</w:t>
      </w:r>
    </w:p>
    <w:p>
      <w:r>
        <w:rPr>
          <w:rFonts w:ascii="Courier New" w:hAnsi="Courier New"/>
          <w:color w:val="555555"/>
          <w:sz w:val="20"/>
        </w:rPr>
        <w:t>[5]</w:t>
      </w:r>
    </w:p>
    <w:p>
      <w:r>
        <w:rPr>
          <w:rFonts w:ascii="Gentium Plus" w:hAnsi="Gentium Plus"/>
          <w:sz w:val="24"/>
        </w:rPr>
        <w:t>βαρβάρου ἐπιβουλῆς ὄντες.] Ἑκασταχῆ. ἀντὶ τοῦ πανταχοῦ. Ἑκάστοτε. ἀντὶ τοῦ ἀεί. τοὺς δ’ οὐκ ἐθέλοντας ἀντιβολεῖσθ’ ἑκά‐ στοτε.</w:t>
      </w:r>
    </w:p>
    <w:p>
      <w:r>
        <w:rPr>
          <w:rFonts w:ascii="Courier New" w:hAnsi="Courier New"/>
          <w:color w:val="555555"/>
          <w:sz w:val="20"/>
        </w:rPr>
        <w:t>[10]</w:t>
      </w:r>
    </w:p>
    <w:p>
      <w:r>
        <w:rPr>
          <w:rFonts w:ascii="Gentium Plus" w:hAnsi="Gentium Plus"/>
          <w:sz w:val="24"/>
        </w:rPr>
        <w:t>[παρὰ τὸ ἕκαστος γίνεται παραγώγως ἑκάστο‐ τε, ὡς ἄλλος, ἄλλοτε.] Ἐκείνῃ. ἀντὶ τοῦ αὐτόθι. Ἐκείνως. κατὰ τοῦτον τὸν τρόπον. Ἐκεῖθεν. οὐδὲν γὰρ τῶν εἰς θεν τῇ ει διφθόγ‐</w:t>
      </w:r>
    </w:p>
    <w:p>
      <w:r>
        <w:rPr>
          <w:rFonts w:ascii="Courier New" w:hAnsi="Courier New"/>
          <w:color w:val="555555"/>
          <w:sz w:val="20"/>
        </w:rPr>
        <w:t>[15]</w:t>
      </w:r>
    </w:p>
    <w:p>
      <w:r>
        <w:rPr>
          <w:rFonts w:ascii="Gentium Plus" w:hAnsi="Gentium Plus"/>
          <w:sz w:val="24"/>
        </w:rPr>
        <w:t>γῳ παραλήγεται, πλὴν τοῦ ἐκεῖθεν, ὅπερ ἀπὸ τοῦ ἐκείνοθι κατὰ συγκοπὴν, καὶ τὸ ἐκεῖ ἀπὸ τοῦ ἐκεῖθι· τοῦτο δὲ ἀπὸ τοῦ ἐκείνοθι, καὶ τὸ ἐκεῖνος ἀπὸ τοῦ ἐκείνοσε. Ἕκητι. χάριν, ἕνεκα. [σημαίνει δὲ καὶ τὸ χω‐</w:t>
      </w:r>
    </w:p>
    <w:p>
      <w:r>
        <w:rPr>
          <w:rFonts w:ascii="Courier New" w:hAnsi="Courier New"/>
          <w:color w:val="555555"/>
          <w:sz w:val="20"/>
        </w:rPr>
        <w:t>[20]</w:t>
      </w:r>
    </w:p>
    <w:p>
      <w:r>
        <w:rPr>
          <w:rFonts w:ascii="Gentium Plus" w:hAnsi="Gentium Plus"/>
          <w:sz w:val="24"/>
        </w:rPr>
        <w:t>ρίς. ἀπὸ τοῦ ἑκὼν γίνεται ἑκάζω καὶ ἑκαστὶ, ὡς δωρίζω, δωριστὶ, καὶ ἐκτάσει τοῦ α εἰς η καὶ ἀποβολῇ τοῦ ς, ἅμα καὶ ἀναβιβασμῷ τοῦ τόνου, ἕκητι.]</w:t>
      </w:r>
    </w:p>
    <w:p>
      <w:r>
        <w:rPr>
          <w:rFonts w:ascii="Courier New" w:hAnsi="Courier New"/>
          <w:color w:val="555555"/>
          <w:sz w:val="20"/>
        </w:rPr>
        <w:t>[epsilon 681]</w:t>
      </w:r>
    </w:p>
    <w:p>
      <w:r>
        <w:rPr>
          <w:rFonts w:ascii="Gentium Plus" w:hAnsi="Gentium Plus"/>
          <w:sz w:val="24"/>
        </w:rPr>
        <w:t>Ἐκνομίως. μεγάλως, ὑπερβαλλόντως. παρὰ τὰ νενομισμένα· ἐξάλλως. ἢ καθ’ ὑπερβολὴν κα‐ κίας ἢ ἀρετῆς. οἷον ἔξω νόμου. Ἑκοντί. ἐθελουσίως.</w:t>
      </w:r>
    </w:p>
    <w:p>
      <w:r>
        <w:rPr>
          <w:rFonts w:ascii="Courier New" w:hAnsi="Courier New"/>
          <w:color w:val="555555"/>
          <w:sz w:val="20"/>
        </w:rPr>
        <w:t>[5]</w:t>
      </w:r>
    </w:p>
    <w:p>
      <w:r>
        <w:rPr>
          <w:rFonts w:ascii="Gentium Plus" w:hAnsi="Gentium Plus"/>
          <w:sz w:val="24"/>
        </w:rPr>
        <w:t>Ἐκποδών. ἐκ μέσου. Ἐκτενῶς. συντόνως, ἐπιμόνως, ἢ ὁλοψύχως καὶ προθύμως. ὁ δὲ Ἀχαιὸς προσδεξάμενος ἐκτενῶς καὶ φιλανθρώπως τὸν Βῶλιν. Ἐκταδὸν καὶ ἐκτάδην. ἀντὶ τοῦ ἐπιτεταμένως</w:t>
      </w:r>
    </w:p>
    <w:p>
      <w:r>
        <w:rPr>
          <w:rFonts w:ascii="Courier New" w:hAnsi="Courier New"/>
          <w:color w:val="555555"/>
          <w:sz w:val="20"/>
        </w:rPr>
        <w:t>[10]</w:t>
      </w:r>
    </w:p>
    <w:p>
      <w:r>
        <w:rPr>
          <w:rFonts w:ascii="Gentium Plus" w:hAnsi="Gentium Plus"/>
          <w:sz w:val="24"/>
        </w:rPr>
        <w:t>καὶ ἐκτεταμένως. Ἐκτόπως.* ὑπερλόγως, ἀνεκδιηγήτως, ἀνεκ‐ φράστως. Ἐκφάνδην. φανερῶς. Ἐκφρόνως. ἀνοήτως.</w:t>
      </w:r>
    </w:p>
    <w:p>
      <w:r>
        <w:rPr>
          <w:rFonts w:ascii="Courier New" w:hAnsi="Courier New"/>
          <w:color w:val="555555"/>
          <w:sz w:val="20"/>
        </w:rPr>
        <w:t>[15]</w:t>
      </w:r>
    </w:p>
    <w:p>
      <w:r>
        <w:rPr>
          <w:rFonts w:ascii="Gentium Plus" w:hAnsi="Gentium Plus"/>
          <w:sz w:val="24"/>
        </w:rPr>
        <w:t>Ἐκτυπωτέρως* καὶ ἐκτυπώτερον. ἀντὶ τοῦ φανερωτέρως. δίδου ἡμῖν ἐκτυπώτερον, ὅ ἐστι καθαρώτερον.</w:t>
      </w:r>
    </w:p>
    <w:p>
      <w:pPr>
        <w:jc w:val="center"/>
      </w:pPr>
      <w:r>
        <w:rPr>
          <w:rFonts w:ascii="Gentium Plus" w:hAnsi="Gentium Plus"/>
          <w:b/>
          <w:sz w:val="24"/>
        </w:rPr>
        <w:t>Τὸ Ε μετὰ τοῦ Λ.</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Ἐλαφηβόλος. κυνηγὸς, ὁ τὰς ἐλάφους βάλ‐ λων. καὶ ἐπὶ θηλυκοῦ ἐλαφηβόλος ἡ Ἄρτεμις. Ἐλασίβροντε. μεγαλήγορε. [Ἐλατήρ. ὁ ἡνίοχος. καὶ πλακουντῶδες πέμμα πλατύ. πέμμα δὲ λέγεται τὸ καρύκευμα.]</w:t>
      </w:r>
    </w:p>
    <w:p>
      <w:r>
        <w:rPr>
          <w:rFonts w:ascii="Courier New" w:hAnsi="Courier New"/>
          <w:color w:val="555555"/>
          <w:sz w:val="20"/>
        </w:rPr>
        <w:t>[25]</w:t>
      </w:r>
    </w:p>
    <w:p>
      <w:r>
        <w:rPr>
          <w:rFonts w:ascii="Gentium Plus" w:hAnsi="Gentium Plus"/>
          <w:sz w:val="24"/>
        </w:rPr>
        <w:t>†Ἐλέας. ὄνομα τόπου. καὶ εἶδος ὀρνέου.†</w:t>
      </w:r>
    </w:p>
    <w:p>
      <w:r>
        <w:rPr>
          <w:rFonts w:ascii="Courier New" w:hAnsi="Courier New"/>
          <w:color w:val="555555"/>
          <w:sz w:val="20"/>
        </w:rPr>
        <w:t>[epsilon 682]</w:t>
      </w:r>
    </w:p>
    <w:p>
      <w:r>
        <w:rPr>
          <w:rFonts w:ascii="Gentium Plus" w:hAnsi="Gentium Plus"/>
          <w:sz w:val="24"/>
        </w:rPr>
        <w:t>†Ἐλίσυχος. ὄνομα ἔθνους.† Ἑλλανοδίκαι. οἱ κριταὶ οἱ καθήμενοι εἰς τοὺς ἀγῶνας. οὕτω καὶ τότε ὁ μέγιστος ἑλλανοδίκης Γαϊνᾶς τὸν ῥωμαϊκὸν στρατὸν ἠθλοθέτει.</w:t>
      </w:r>
    </w:p>
    <w:p>
      <w:r>
        <w:rPr>
          <w:rFonts w:ascii="Courier New" w:hAnsi="Courier New"/>
          <w:color w:val="555555"/>
          <w:sz w:val="20"/>
        </w:rPr>
        <w:t>[5]</w:t>
      </w:r>
    </w:p>
    <w:p>
      <w:r>
        <w:rPr>
          <w:rFonts w:ascii="Gentium Plus" w:hAnsi="Gentium Plus"/>
          <w:sz w:val="24"/>
        </w:rPr>
        <w:t>Ἐλαφροτάτους. ἐν ἐπαίνῳ τὸ ὄνομα λέγου‐ σιν οἱ παλαιοὶ ἀντὶ τοῦ πραοτάτους κατὰ τὸ ἐναντίον τοῦ βαρυτάτου καὶ φορτικωτάτου. Ἐλάχιστος. παρὰ τῷ εὐαγγελίῳ ὁ ἔσχατος καὶ ἀπεῤῥιμένος εἰς τὴν γεένναν, ὡς τό· ἐλά‐</w:t>
      </w:r>
    </w:p>
    <w:p>
      <w:r>
        <w:rPr>
          <w:rFonts w:ascii="Courier New" w:hAnsi="Courier New"/>
          <w:color w:val="555555"/>
          <w:sz w:val="20"/>
        </w:rPr>
        <w:t>[10]</w:t>
      </w:r>
    </w:p>
    <w:p>
      <w:r>
        <w:rPr>
          <w:rFonts w:ascii="Gentium Plus" w:hAnsi="Gentium Plus"/>
          <w:sz w:val="24"/>
        </w:rPr>
        <w:t>χιστος κληθήσεται. ἐλάχιστος καὶ ὁ ἐπίγειος πλοῦτος. ὁ πιστὸς ἐν ἐλαχίστῳ. Ἐλαιολόγοι. οἱ συλλέγοντες τῶν ἐλαίων τοὺς καρπούς. [Ἐλάσσων. ἀπὸ τοῦ ἐλαχὺς, ἐλαχύτερος, ἐλα‐</w:t>
      </w:r>
    </w:p>
    <w:p>
      <w:r>
        <w:rPr>
          <w:rFonts w:ascii="Courier New" w:hAnsi="Courier New"/>
          <w:color w:val="555555"/>
          <w:sz w:val="20"/>
        </w:rPr>
        <w:t>[15]</w:t>
      </w:r>
    </w:p>
    <w:p>
      <w:r>
        <w:rPr>
          <w:rFonts w:ascii="Gentium Plus" w:hAnsi="Gentium Plus"/>
          <w:sz w:val="24"/>
        </w:rPr>
        <w:t>χύων, ἐλάσσων.] †Ἐλέφας. παρὰ τὸ φύεσθαι ἐν ἁλί.† Ἐλέφας. τὸ ζῶον. ἀμετροβίων ἐλεφάντων. ἐλέβης τὶς ὤν· διὰ γὰρ τὸ βάρος ἐν ὕδασιν</w:t>
      </w:r>
    </w:p>
    <w:p>
      <w:r>
        <w:rPr>
          <w:rFonts w:ascii="Courier New" w:hAnsi="Courier New"/>
          <w:color w:val="555555"/>
          <w:sz w:val="20"/>
        </w:rPr>
        <w:t>[20]</w:t>
      </w:r>
    </w:p>
    <w:p>
      <w:r>
        <w:rPr>
          <w:rFonts w:ascii="Gentium Plus" w:hAnsi="Gentium Plus"/>
          <w:sz w:val="24"/>
        </w:rPr>
        <w:t>ἐλώδεσι τὰς ἐπιβάσεις, τουτέστι τὰς ἐπιμύξεις ποιεῖται. ἢ παρὰ τὸ ἐλεφαίρω, ὅ ἐστι βλάπτω. βλαπτικὸν γὰρ τὸ ζῶον. Ἐλεύθερος. ἀπὸ τοῦ ἐλεύθειν ὅπου ἐρᾷ. Ἔλεγος. θρῆνος. ἀπὸ τοῦ ε ε λέγειν.</w:t>
      </w:r>
    </w:p>
    <w:p>
      <w:r>
        <w:rPr>
          <w:rFonts w:ascii="Courier New" w:hAnsi="Courier New"/>
          <w:color w:val="555555"/>
          <w:sz w:val="20"/>
        </w:rPr>
        <w:t>[25]</w:t>
      </w:r>
    </w:p>
    <w:p>
      <w:r>
        <w:rPr>
          <w:rFonts w:ascii="Gentium Plus" w:hAnsi="Gentium Plus"/>
          <w:sz w:val="24"/>
        </w:rPr>
        <w:t>Ἐλέγχιστος. ὁ ἐπονείδιστος. Ἕλενος. ὃς συνέγραψε τὸ χειροσκοπικὸν οἰώνι‐ σμα. ὡς ὅταν τῆς ἐκτάσεως τῶν χειρῶν τῆς παλάμης ἀπὸ τῶν ῥυτίδων εἴπωμεν παιδοποιεῖ</w:t>
      </w:r>
    </w:p>
    <w:p>
      <w:r>
        <w:rPr>
          <w:rFonts w:ascii="Courier New" w:hAnsi="Courier New"/>
          <w:color w:val="555555"/>
          <w:sz w:val="20"/>
        </w:rPr>
        <w:t>[epsilon 683]</w:t>
      </w:r>
    </w:p>
    <w:p>
      <w:r>
        <w:rPr>
          <w:rFonts w:ascii="Gentium Plus" w:hAnsi="Gentium Plus"/>
          <w:sz w:val="24"/>
        </w:rPr>
        <w:t>Ἐλεοκόπους. τοὺς τὰ ἕλη κόπτοντας. οὕτως Λυσίας. τοῦ ε παρεμβεβλημένου, ὡς τὸ ἐλεό‐ θρεπτον σέλινον παρ’ Ὁμήρῳ. Ἐλέου βωμός. Ἐλεών. ὀνόματα πόλεως.</w:t>
      </w:r>
    </w:p>
    <w:p>
      <w:r>
        <w:rPr>
          <w:rFonts w:ascii="Courier New" w:hAnsi="Courier New"/>
          <w:color w:val="555555"/>
          <w:sz w:val="20"/>
        </w:rPr>
        <w:t>[5]</w:t>
      </w:r>
    </w:p>
    <w:p>
      <w:r>
        <w:rPr>
          <w:rFonts w:ascii="Gentium Plus" w:hAnsi="Gentium Plus"/>
          <w:sz w:val="24"/>
        </w:rPr>
        <w:t>Ἐλεάτης. ἀπὸ Ἐλέας τῆς Ἀσίας. Ἔλεγχος. αἰσχύνη καὶ ὁ τὸ πρᾶγμα σαφηνίζων. καὶ ῥῆμα ἐλέγχω πλεονασμῷ τοῦ γ, ἔλεχος τὶς ὢν, ὁ ἕλην ἔχων, ὅ ἐστι φῶς, καὶ φωτίζων τὰ πράγματα.</w:t>
      </w:r>
    </w:p>
    <w:p>
      <w:r>
        <w:rPr>
          <w:rFonts w:ascii="Courier New" w:hAnsi="Courier New"/>
          <w:color w:val="555555"/>
          <w:sz w:val="20"/>
        </w:rPr>
        <w:t>[10]</w:t>
      </w:r>
    </w:p>
    <w:p>
      <w:r>
        <w:rPr>
          <w:rFonts w:ascii="Gentium Plus" w:hAnsi="Gentium Plus"/>
          <w:sz w:val="24"/>
        </w:rPr>
        <w:t>Ἐλλεδανός. τῶν δραγμάτων ὁ δεσμός. παρὰ τὸ συνελεῖν τὰ δεσμευόμενα. Ἐλεός. ἡ μαγειρικὴ τράπεζα. Ἀριστοφάνης· ἴθι, κάθελ’ αὐτοῦ τοὐλεόν— καὶ Ὅμηρος·</w:t>
      </w:r>
    </w:p>
    <w:p>
      <w:r>
        <w:rPr>
          <w:rFonts w:ascii="Courier New" w:hAnsi="Courier New"/>
          <w:color w:val="555555"/>
          <w:sz w:val="20"/>
        </w:rPr>
        <w:t>[15]</w:t>
      </w:r>
    </w:p>
    <w:p>
      <w:r>
        <w:rPr>
          <w:rFonts w:ascii="Gentium Plus" w:hAnsi="Gentium Plus"/>
          <w:sz w:val="24"/>
        </w:rPr>
        <w:t>βάλλον δ’ εἰν ἐλεοῖσιν— ἔστι δὲ καὶ εἶδος ὀρνέου. Ἐλεύθερος. ὁ σπουδαῖος μόνος, οἱ δὲ φαῦλοι δοῦλοι. Ἔλεος. συμπάθεια συμφορᾶς ἢ ἑκούσιος λύπη</w:t>
      </w:r>
    </w:p>
    <w:p>
      <w:r>
        <w:rPr>
          <w:rFonts w:ascii="Courier New" w:hAnsi="Courier New"/>
          <w:color w:val="555555"/>
          <w:sz w:val="20"/>
        </w:rPr>
        <w:t>[20]</w:t>
      </w:r>
    </w:p>
    <w:p>
      <w:r>
        <w:rPr>
          <w:rFonts w:ascii="Gentium Plus" w:hAnsi="Gentium Plus"/>
          <w:sz w:val="24"/>
        </w:rPr>
        <w:t>ἐπ’ ἀλλοτρίοις κακοῖς συνισταμένη· ἢ ἡ ἐπὶ τῶν δυσφορούντων ἐπί τισιν ἀνιαροῖς ἀγαπητι‐ κὴ [συμπάθεια ἢ συν]διάθεσις. Ἕλλην. παρὰ τὸ Ἑλλὰς, ὃ σημαίνει τὴν πόλιν, ἢ παρὰ τὸ ἄλλος Ἕλλην· πλέον γὰρ τῶν ἄλ‐</w:t>
      </w:r>
    </w:p>
    <w:p>
      <w:r>
        <w:rPr>
          <w:rFonts w:ascii="Courier New" w:hAnsi="Courier New"/>
          <w:color w:val="555555"/>
          <w:sz w:val="20"/>
        </w:rPr>
        <w:t>[25]</w:t>
      </w:r>
    </w:p>
    <w:p>
      <w:r>
        <w:rPr>
          <w:rFonts w:ascii="Gentium Plus" w:hAnsi="Gentium Plus"/>
          <w:sz w:val="24"/>
        </w:rPr>
        <w:t>λων ἐθνῶν ἀλλήλους φιλοῦσιν. ἔστι δὲ καὶ</w:t>
      </w:r>
    </w:p>
    <w:p>
      <w:r>
        <w:rPr>
          <w:rFonts w:ascii="Courier New" w:hAnsi="Courier New"/>
          <w:color w:val="555555"/>
          <w:sz w:val="20"/>
        </w:rPr>
        <w:t>[epsilon 684]</w:t>
      </w:r>
    </w:p>
    <w:p>
      <w:r>
        <w:rPr>
          <w:rFonts w:ascii="Gentium Plus" w:hAnsi="Gentium Plus"/>
          <w:sz w:val="24"/>
        </w:rPr>
        <w:t>Ἑλληνικόν γ’ ἐπένευσαν ἄνδρες οὑτοιΐ. ἀντὶ τοῦ οὗτοι. Ἑλληνισμός. τὸ καθ’ Ἕλληνας διαλέγεσθαι, ὅ ἐστι ἀσολοικίστως καὶ ἀβαρβαρίστως.</w:t>
      </w:r>
    </w:p>
    <w:p>
      <w:r>
        <w:rPr>
          <w:rFonts w:ascii="Courier New" w:hAnsi="Courier New"/>
          <w:color w:val="555555"/>
          <w:sz w:val="20"/>
        </w:rPr>
        <w:t>[5]</w:t>
      </w:r>
    </w:p>
    <w:p>
      <w:r>
        <w:rPr>
          <w:rFonts w:ascii="Gentium Plus" w:hAnsi="Gentium Plus"/>
          <w:sz w:val="24"/>
        </w:rPr>
        <w:t>Ἑλληνοταμίαι. οἱ τὰ ἐκ τῶν φόρων χρήματα φυλάσσοντες, ἃ πρώτως κοινῇ οἱ Ἕλληνες ἐν ἀδήλῳ ἀπετίθεντο, οὕτως ἐκαλοῦντο. Ἑλλήσποντος. κόλπος ὁ διείργων τὴν Θρᾴκην καὶ τὴν Τρωάδα, ἀπό τινος Ἕλλης ἐκεῖθεν πνι‐</w:t>
      </w:r>
    </w:p>
    <w:p>
      <w:r>
        <w:rPr>
          <w:rFonts w:ascii="Courier New" w:hAnsi="Courier New"/>
          <w:color w:val="555555"/>
          <w:sz w:val="20"/>
        </w:rPr>
        <w:t>[10]</w:t>
      </w:r>
    </w:p>
    <w:p>
      <w:r>
        <w:rPr>
          <w:rFonts w:ascii="Gentium Plus" w:hAnsi="Gentium Plus"/>
          <w:sz w:val="24"/>
        </w:rPr>
        <w:t>γείσης. Ἔλειος. ὁ κάθυγρος καὶ σύνδενδρος τόπος. καὶ ὄρνις. καὶ ὄνομα ὄρους. Ἑλιγμός. ἡ συστροφή. Ἑλικών. ὄρος.</w:t>
      </w:r>
    </w:p>
    <w:p>
      <w:r>
        <w:rPr>
          <w:rFonts w:ascii="Courier New" w:hAnsi="Courier New"/>
          <w:color w:val="555555"/>
          <w:sz w:val="20"/>
        </w:rPr>
        <w:t>[15]</w:t>
      </w:r>
    </w:p>
    <w:p>
      <w:r>
        <w:rPr>
          <w:rFonts w:ascii="Gentium Plus" w:hAnsi="Gentium Plus"/>
          <w:sz w:val="24"/>
        </w:rPr>
        <w:t>Ἑλικώνιος. σοφιστὴς Βυζάντιος, ὃς χρονικὴν ἐπιτομὴν ἔγραψεν ἀπὸ Ἀδὰμ ἕως μέχρι τῶν χρόνων Θεοδοσίου τοῦ μεγάλου ἐν βιβλίοις δέκα. Ἑλίχρυσος. τὸ τοῦ κισσοῦ ἄνθος. ἄνθει ἑλιχρύσου ἐναλίγκιος.</w:t>
      </w:r>
    </w:p>
    <w:p>
      <w:r>
        <w:rPr>
          <w:rFonts w:ascii="Courier New" w:hAnsi="Courier New"/>
          <w:color w:val="555555"/>
          <w:sz w:val="20"/>
        </w:rPr>
        <w:t>[20]</w:t>
      </w:r>
    </w:p>
    <w:p>
      <w:r>
        <w:rPr>
          <w:rFonts w:ascii="Gentium Plus" w:hAnsi="Gentium Plus"/>
          <w:sz w:val="24"/>
        </w:rPr>
        <w:t>†Ἐλαολόγοι. οἱ συλλέγοντες τῶν ἐλαιῶν τοὺς καρπούς. ἐλάα γὰρ ὁ καρπὸς τῆς ἐλαίας· ἐλαία δὲ τὸ δένδρον.† Ἑλίκωπες. μελανόφθαλμοι. τινὲς τὸ μέλαν ἢ τὸ εὐόφθαλμοι κατὰ γλῶσσαν. ἑλικὸν γὰρ κα‐</w:t>
      </w:r>
    </w:p>
    <w:p>
      <w:r>
        <w:rPr>
          <w:rFonts w:ascii="Courier New" w:hAnsi="Courier New"/>
          <w:color w:val="555555"/>
          <w:sz w:val="20"/>
        </w:rPr>
        <w:t>[25]</w:t>
      </w:r>
    </w:p>
    <w:p>
      <w:r>
        <w:rPr>
          <w:rFonts w:ascii="Gentium Plus" w:hAnsi="Gentium Plus"/>
          <w:sz w:val="24"/>
        </w:rPr>
        <w:t>τὰ διάλεκτον τὸ μέλαν καλεῖται. ἑλίκωπες καὶ</w:t>
      </w:r>
    </w:p>
    <w:p>
      <w:r>
        <w:rPr>
          <w:rFonts w:ascii="Courier New" w:hAnsi="Courier New"/>
          <w:color w:val="555555"/>
          <w:sz w:val="20"/>
        </w:rPr>
        <w:t>[epsilon 685]</w:t>
      </w:r>
    </w:p>
    <w:p>
      <w:r>
        <w:rPr>
          <w:rFonts w:ascii="Gentium Plus" w:hAnsi="Gentium Plus"/>
          <w:sz w:val="24"/>
        </w:rPr>
        <w:t>βλέφαροι. ὦπας γὰρ τὰ βλέφαρα λέγουσιν ἀπὸ παντὸς μέρους. ἢ οὐλότριχες. ἢ οἱ ἑλίκην ὦπα ἔχοντες, ἤγουν μεγάλην.] Ἑλκηθμός. ἑλκυσμὸς, σπαραγμός.</w:t>
      </w:r>
    </w:p>
    <w:p>
      <w:r>
        <w:rPr>
          <w:rFonts w:ascii="Courier New" w:hAnsi="Courier New"/>
          <w:color w:val="555555"/>
          <w:sz w:val="20"/>
        </w:rPr>
        <w:t>[5]</w:t>
      </w:r>
    </w:p>
    <w:p>
      <w:r>
        <w:rPr>
          <w:rFonts w:ascii="Gentium Plus" w:hAnsi="Gentium Plus"/>
          <w:sz w:val="24"/>
        </w:rPr>
        <w:t>Ἐλλόγιμος. λόγιος, ἀξιόλογος. Ἔλλοπες. ἰχθύες. Ἔλλουροι. ἔθνος. Ἐλπιδηφόρος. κύριον. Ἔλυμος. σπέρμα, ὃ ἕψοντες οἱ Λάκωνες ἐσθί‐</w:t>
      </w:r>
    </w:p>
    <w:p>
      <w:r>
        <w:rPr>
          <w:rFonts w:ascii="Courier New" w:hAnsi="Courier New"/>
          <w:color w:val="555555"/>
          <w:sz w:val="20"/>
        </w:rPr>
        <w:t>[10]</w:t>
      </w:r>
    </w:p>
    <w:p>
      <w:r>
        <w:rPr>
          <w:rFonts w:ascii="Gentium Plus" w:hAnsi="Gentium Plus"/>
          <w:sz w:val="24"/>
        </w:rPr>
        <w:t>ουσιν. Ἐλυμαῖοι. ἔθνος, ἀπὸ Ἐλύμου υἱοῦ Ἀγχίσου, νόθου ὄντος καὶ ἐλθόντος εἰς Σικελίαν. Ἕλωρ. τὸ ἕλκυσμα, τὸ σπάραγμα. παρὰ τὸ ἕλω τὸ ἑλκύω ἢ τὸ λαμβάνω γίνεται ἕλωρ.</w:t>
      </w:r>
    </w:p>
    <w:p>
      <w:r>
        <w:rPr>
          <w:rFonts w:ascii="Courier New" w:hAnsi="Courier New"/>
          <w:color w:val="555555"/>
          <w:sz w:val="20"/>
        </w:rPr>
        <w:t>[15]</w:t>
      </w:r>
    </w:p>
    <w:p>
      <w:r>
        <w:rPr>
          <w:rFonts w:ascii="Gentium Plus" w:hAnsi="Gentium Plus"/>
          <w:sz w:val="24"/>
        </w:rPr>
        <w:t>Ἑλκεσαῖος. ἀπὸ Ἑλκεσοῦ κώμης τῆς Ἰουδαίας, ἐξ ἧς ἦν καὶ ὁ Ναούμ. *Ἐλείμ. τόπος.* *Ἐλεαλή. θεοῦ ἀνάβασις.*</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Ἐλαφρία. ἡ ὀλιγότης ἢ ἡ ἁπλότης ἢ ἡ κου‐ φότης. Ἔλαφος. ἡ διὰ τῆς κουφότητος καὶ τοῦ τά‐ χους ἐλαφρά τις οὖσα. ἢ διὰ τὸ ἑλεῖν τὰς</w:t>
      </w:r>
    </w:p>
    <w:p>
      <w:r>
        <w:rPr>
          <w:rFonts w:ascii="Courier New" w:hAnsi="Courier New"/>
          <w:color w:val="555555"/>
          <w:sz w:val="20"/>
        </w:rPr>
        <w:t>[epsilon 686]</w:t>
      </w:r>
    </w:p>
    <w:p>
      <w:r>
        <w:rPr>
          <w:rFonts w:ascii="Gentium Plus" w:hAnsi="Gentium Plus"/>
          <w:sz w:val="24"/>
        </w:rPr>
        <w:t>τοῦ ἕλους ἔλαφος, ἢ ἀπὸ τοῦ ἐλαύνειν τὰς ὄφεις. Ἔλλαμψις. φωτισμός. Ἐλαϊτή. πόλις.</w:t>
      </w:r>
    </w:p>
    <w:p>
      <w:r>
        <w:rPr>
          <w:rFonts w:ascii="Courier New" w:hAnsi="Courier New"/>
          <w:color w:val="555555"/>
          <w:sz w:val="20"/>
        </w:rPr>
        <w:t>[5]</w:t>
      </w:r>
    </w:p>
    <w:p>
      <w:r>
        <w:rPr>
          <w:rFonts w:ascii="Gentium Plus" w:hAnsi="Gentium Plus"/>
          <w:sz w:val="24"/>
        </w:rPr>
        <w:t>Ἐλάα. καρπὸς τῆς ἐλαίας. Ἐλάτεια ἢ Ἐλάτρεια. πόλις μεγίστη τῶν ἐν Φωκεῦσιν. [Ἐλάτειραν. ἀπελαστικήν.] Ἐλαία. τὸ δένδρον. †καὶ πόλις.† παρὰ τὸ</w:t>
      </w:r>
    </w:p>
    <w:p>
      <w:r>
        <w:rPr>
          <w:rFonts w:ascii="Courier New" w:hAnsi="Courier New"/>
          <w:color w:val="555555"/>
          <w:sz w:val="20"/>
        </w:rPr>
        <w:t>[10]</w:t>
      </w:r>
    </w:p>
    <w:p>
      <w:r>
        <w:rPr>
          <w:rFonts w:ascii="Gentium Plus" w:hAnsi="Gentium Plus"/>
          <w:sz w:val="24"/>
        </w:rPr>
        <w:t>λεῖον ἢ λειῶ λέαια καὶ ἐν ὑπερθέσει ἐλαία ἡ τὸ λεαῖνον ἔλαιον τίκτουσα. ἢ παρὰ τὸ ἕλος, ἐν ἕλει γὰρ καὶ ὑγροῖς τόποις φύεται. ἢ παρὰ τὸ ἁλέαν, τὴν θερμασίαν· ἐν θερμοῖς γὰρ τό‐ ποις χαίρει.</w:t>
      </w:r>
    </w:p>
    <w:p>
      <w:r>
        <w:rPr>
          <w:rFonts w:ascii="Courier New" w:hAnsi="Courier New"/>
          <w:color w:val="555555"/>
          <w:sz w:val="20"/>
        </w:rPr>
        <w:t>[15]</w:t>
      </w:r>
    </w:p>
    <w:p>
      <w:r>
        <w:rPr>
          <w:rFonts w:ascii="Gentium Plus" w:hAnsi="Gentium Plus"/>
          <w:sz w:val="24"/>
        </w:rPr>
        <w:t>Ἐλαταῖς. ὑπὸ τοῦ ἁγίου πνεύματος κεχαλ‐ κευμέναις. Ἔλγη. πόλις. Ἐλευθεριότης. ἡ μετὰ κιβδηλείας χάρις. ὁ δ’ ἐς τοσοῦτον ἐλευθεριότητος ἐληλάκει, ὥστε—.</w:t>
      </w:r>
    </w:p>
    <w:p>
      <w:r>
        <w:rPr>
          <w:rFonts w:ascii="Courier New" w:hAnsi="Courier New"/>
          <w:color w:val="555555"/>
          <w:sz w:val="20"/>
        </w:rPr>
        <w:t>[20]</w:t>
      </w:r>
    </w:p>
    <w:p>
      <w:r>
        <w:rPr>
          <w:rFonts w:ascii="Gentium Plus" w:hAnsi="Gentium Plus"/>
          <w:sz w:val="24"/>
        </w:rPr>
        <w:t>Ἐλεπόλεις. μηχανήματα, τὰ λιθοβόλα ὄργα‐ να, δι’ ὧν αἱ πόλεις ἁλίσκονται. Ἔλεγξις. φανέρωσις τῶν κεκρυμμένων. Ἐλεημοσύνη. ἑκούσιος λύπη ἐπ’ ἀλλοτρίοις κα‐</w:t>
      </w:r>
    </w:p>
    <w:p>
      <w:r>
        <w:rPr>
          <w:rFonts w:ascii="Courier New" w:hAnsi="Courier New"/>
          <w:color w:val="555555"/>
          <w:sz w:val="20"/>
        </w:rPr>
        <w:t>[epsilon 687]</w:t>
      </w:r>
    </w:p>
    <w:p>
      <w:r>
        <w:rPr>
          <w:rFonts w:ascii="Gentium Plus" w:hAnsi="Gentium Plus"/>
          <w:sz w:val="24"/>
        </w:rPr>
        <w:t>Ἑλεδώνη. εἶδος πολύποδος, ἔχουσα μίαν κοτυ‐ ληδόνα ἤτοι πλόκαμον, καὶ ἔστιν ἑπτάπους, ὡς φησὶν Αἰλίας. ἔστι δὲ τὸ λ περισσόν. καλεῖται δὲ ἑλεδώνη ἀπὸ τοῦ ἑαυτὴν ἔδειν καὶ ἐσθίειν.</w:t>
      </w:r>
    </w:p>
    <w:p>
      <w:r>
        <w:rPr>
          <w:rFonts w:ascii="Courier New" w:hAnsi="Courier New"/>
          <w:color w:val="555555"/>
          <w:sz w:val="20"/>
        </w:rPr>
        <w:t>[5]</w:t>
      </w:r>
    </w:p>
    <w:p>
      <w:r>
        <w:rPr>
          <w:rFonts w:ascii="Gentium Plus" w:hAnsi="Gentium Plus"/>
          <w:sz w:val="24"/>
        </w:rPr>
        <w:t>Ἐλεεινή. ἀπὸ τοῦ ἔλεος, ἐλεγεινή. καὶ ἀπὸ τοῦ ἐλεῶ. ἐπεὶ ἔστιν ἂν διὰ τοῦ ε, νῦν δὲ διὰ τῆς ει διφθόγγου, τῷ λόγῳ τῶν εἰς νος ὀξυ‐ τόνων τῶν παρωνύμων. Ἑλένη. παρὰ τὸ πολλοὺς ἑλεῖν τῷ κάλλει.</w:t>
      </w:r>
    </w:p>
    <w:p>
      <w:r>
        <w:rPr>
          <w:rFonts w:ascii="Courier New" w:hAnsi="Courier New"/>
          <w:color w:val="555555"/>
          <w:sz w:val="20"/>
        </w:rPr>
        <w:t>[10]</w:t>
      </w:r>
    </w:p>
    <w:p>
      <w:r>
        <w:rPr>
          <w:rFonts w:ascii="Gentium Plus" w:hAnsi="Gentium Plus"/>
          <w:sz w:val="24"/>
        </w:rPr>
        <w:t>Ἐλεοῦντα. πόλις ἐν Χερσονήσῳ. ἡ εὐθεῖα ἡ Ἐλεοῦς. καὶ Ἐλεὼν, ὄνομα πόλεως. τὴν ἄρα τ’ ἐξ Ἐλεῶνος—. παρὰ τὸ ἕλος· ἑλώδης γὰρ ὁ τόπος. Ἐλευσίς. πόλις πλησίον Ἀθηνῶν. ὠνόμασται</w:t>
      </w:r>
    </w:p>
    <w:p>
      <w:r>
        <w:rPr>
          <w:rFonts w:ascii="Courier New" w:hAnsi="Courier New"/>
          <w:color w:val="555555"/>
          <w:sz w:val="20"/>
        </w:rPr>
        <w:t>[15]</w:t>
      </w:r>
    </w:p>
    <w:p>
      <w:r>
        <w:rPr>
          <w:rFonts w:ascii="Gentium Plus" w:hAnsi="Gentium Plus"/>
          <w:sz w:val="24"/>
        </w:rPr>
        <w:t>δὲ ἡ πόλις ἀπὸ Ἐλευσίνου τοῦ Ἑρμοῦ. καὶ Ἐλευσίνια ἐπὶ οὐδετέρου. τοῖς γὰρ νικῶσι τὰ Ἐλευσίνια ἐδίδοτο ἆθλον. ἄλλοι δὲ φασὶν ἑορ‐ τὴν εἶναι τὰ Ἐλευσίνια. Ἑλετή. αἱρεθῆναι δυναμένη, ὅ ἐστι προκρι‐</w:t>
      </w:r>
    </w:p>
    <w:p>
      <w:r>
        <w:rPr>
          <w:rFonts w:ascii="Courier New" w:hAnsi="Courier New"/>
          <w:color w:val="555555"/>
          <w:sz w:val="20"/>
        </w:rPr>
        <w:t>[20]</w:t>
      </w:r>
    </w:p>
    <w:p>
      <w:r>
        <w:rPr>
          <w:rFonts w:ascii="Gentium Plus" w:hAnsi="Gentium Plus"/>
          <w:sz w:val="24"/>
        </w:rPr>
        <w:t>θῆναι. Ἑλληνόπολις. Ἀπολλόδωρος· Ἄτταλος ἐκ τῶν Ἑλληνίδων πόλεων οἰκήτορας συναγαγὼν ἔκτισε πόλιν καὶ ὠνόμασεν αὐτὴν Ἑλληνόπολιν. ἔστι δὲ καὶ Ἑλενούπολις.</w:t>
      </w:r>
    </w:p>
    <w:p>
      <w:r>
        <w:rPr>
          <w:rFonts w:ascii="Courier New" w:hAnsi="Courier New"/>
          <w:color w:val="555555"/>
          <w:sz w:val="20"/>
        </w:rPr>
        <w:t>[25]</w:t>
      </w:r>
    </w:p>
    <w:p>
      <w:r>
        <w:rPr>
          <w:rFonts w:ascii="Gentium Plus" w:hAnsi="Gentium Plus"/>
          <w:sz w:val="24"/>
        </w:rPr>
        <w:t>Ἕλη. ἡ θερμασία. Ἑλίκη. πόλις. Ἕλικι. κλήματι λεπτῷ καὶ νευρώδει.</w:t>
      </w:r>
    </w:p>
    <w:p>
      <w:r>
        <w:rPr>
          <w:rFonts w:ascii="Courier New" w:hAnsi="Courier New"/>
          <w:color w:val="555555"/>
          <w:sz w:val="20"/>
        </w:rPr>
        <w:t>[epsilon 688]</w:t>
      </w:r>
    </w:p>
    <w:p>
      <w:r>
        <w:rPr>
          <w:rFonts w:ascii="Gentium Plus" w:hAnsi="Gentium Plus"/>
          <w:sz w:val="24"/>
        </w:rPr>
        <w:t>Ἑλκεσίπεπλοι. ἐφελκόμεναι τοὺς πέπλους ἐν τῷ φορεῖν. ὅτι τὸ ο ἐν ταῖς συνθέσεσι πολλά‐ κις εἰς τὸ ε μεταβαλλόμενον καὶ τὴν σι συλλα‐ βὴν προσλαμβάνει. ἕλκω, ἑλκόπεπλος, ἑλκέ‐</w:t>
      </w:r>
    </w:p>
    <w:p>
      <w:r>
        <w:rPr>
          <w:rFonts w:ascii="Courier New" w:hAnsi="Courier New"/>
          <w:color w:val="555555"/>
          <w:sz w:val="20"/>
        </w:rPr>
        <w:t>[5]</w:t>
      </w:r>
    </w:p>
    <w:p>
      <w:r>
        <w:rPr>
          <w:rFonts w:ascii="Gentium Plus" w:hAnsi="Gentium Plus"/>
          <w:sz w:val="24"/>
        </w:rPr>
        <w:t>πεπλος, ἑλκεσίπεπλος. πρῶτος, πρωτόλαος, [πρωτέλαος.] πήξω, πηξίμαλος. Ἑλλοφόνος. ἡ Ἄρτεμις, ἡ τοὺς ἑλλοὺς φονεύου‐ σα, ὅ ἐστι τοὺς ἐλάφους· κυνηγετικὴ γάρ. Ἐλπίς. ἀγαθοῦ πνὸς ἢ κακοῦ προσδοκία. ἢ τὸ</w:t>
      </w:r>
    </w:p>
    <w:p>
      <w:r>
        <w:rPr>
          <w:rFonts w:ascii="Courier New" w:hAnsi="Courier New"/>
          <w:color w:val="555555"/>
          <w:sz w:val="20"/>
        </w:rPr>
        <w:t>[10]</w:t>
      </w:r>
    </w:p>
    <w:p>
      <w:r>
        <w:rPr>
          <w:rFonts w:ascii="Gentium Plus" w:hAnsi="Gentium Plus"/>
          <w:sz w:val="24"/>
        </w:rPr>
        <w:t>δοκεῖν τῷ ἀπόντι ὡς παρόντι συνεῖναι. Ἐλπωρή. ἡ ἐλπίς. παρὰ τὸ ἔλπω ἐλπωρὴ, ὡς θάλπω θαλπωρή. Ἑλλάς. χώρα. παρὰ τὸ ἕλκω ἑλκὰς καὶ τρο‐ πῇ τοῦ κ εἰς λ Ἑλλάς. ἡ ἕλκουσα πρὸς τὸν</w:t>
      </w:r>
    </w:p>
    <w:p>
      <w:r>
        <w:rPr>
          <w:rFonts w:ascii="Courier New" w:hAnsi="Courier New"/>
          <w:color w:val="555555"/>
          <w:sz w:val="20"/>
        </w:rPr>
        <w:t>[15]</w:t>
      </w:r>
    </w:p>
    <w:p>
      <w:r>
        <w:rPr>
          <w:rFonts w:ascii="Gentium Plus" w:hAnsi="Gentium Plus"/>
          <w:sz w:val="24"/>
        </w:rPr>
        <w:t>ἑαυτῆς πόθον τοὺς βροτούς· εἴπερ τὶς ἄλλη τῶν χωρῶν πόλις. λλ γράφεται δύο, διατί; ἑλ‐ κὰς καὶ τροπῇ τοῦ κ εἰς λ Ἑλλάς.</w:t>
      </w:r>
    </w:p>
    <w:p>
      <w:pPr>
        <w:jc w:val="center"/>
      </w:pPr>
      <w:r>
        <w:rPr>
          <w:rFonts w:ascii="Gentium Plus" w:hAnsi="Gentium Plus"/>
          <w:b/>
          <w:sz w:val="24"/>
        </w:rPr>
        <w:t>(Οὐδέτερον.)</w:t>
      </w:r>
    </w:p>
    <w:p>
      <w:r>
        <w:rPr>
          <w:rFonts w:ascii="Courier New" w:hAnsi="Courier New"/>
          <w:color w:val="555555"/>
          <w:sz w:val="20"/>
        </w:rPr>
        <w:t>[19]</w:t>
      </w:r>
    </w:p>
    <w:p>
      <w:r>
        <w:rPr>
          <w:rFonts w:ascii="Gentium Plus" w:hAnsi="Gentium Plus"/>
          <w:sz w:val="24"/>
        </w:rPr>
        <w:t>Ἐλασίβροντα. μεγαληγόρα, ὡς ὑπὸ βροντῆς</w:t>
      </w:r>
    </w:p>
    <w:p>
      <w:r>
        <w:rPr>
          <w:rFonts w:ascii="Courier New" w:hAnsi="Courier New"/>
          <w:color w:val="555555"/>
          <w:sz w:val="20"/>
        </w:rPr>
        <w:t>[20]</w:t>
      </w:r>
    </w:p>
    <w:p>
      <w:r>
        <w:rPr>
          <w:rFonts w:ascii="Gentium Plus" w:hAnsi="Gentium Plus"/>
          <w:sz w:val="24"/>
        </w:rPr>
        <w:t>ἐλαυνόμενα. Ἀριστοφάνης· ἐλασίβροντ’ ἀναῤῥηγνὺς ἔπη—. Ἔλασσον. μικρόν. Ἔλαιον. παρὰ τὸ λεῖον λεαῖνον, τὸ λειαῖνον τὸ σῶμα. [καὶ ἐν ὑπερθέσει ἔλαιον. ἢ ἀπὸ τοῦ</w:t>
      </w:r>
    </w:p>
    <w:p>
      <w:r>
        <w:rPr>
          <w:rFonts w:ascii="Courier New" w:hAnsi="Courier New"/>
          <w:color w:val="555555"/>
          <w:sz w:val="20"/>
        </w:rPr>
        <w:t>[25]</w:t>
      </w:r>
    </w:p>
    <w:p>
      <w:r>
        <w:rPr>
          <w:rFonts w:ascii="Gentium Plus" w:hAnsi="Gentium Plus"/>
          <w:sz w:val="24"/>
        </w:rPr>
        <w:t>ἐλαίου, τοῦ φυτοῦ παρωνύμως.] Ἐλαιόδευτον. τὸ ἐλαιόβρεκτον. [Ἐλευσίνια. τοῖς νικῶσι τὰ Ἐλευσίνια ἐδίδοτο</w:t>
      </w:r>
    </w:p>
    <w:p>
      <w:r>
        <w:rPr>
          <w:rFonts w:ascii="Courier New" w:hAnsi="Courier New"/>
          <w:color w:val="555555"/>
          <w:sz w:val="20"/>
        </w:rPr>
        <w:t>[epsilon 689]</w:t>
      </w:r>
    </w:p>
    <w:p>
      <w:r>
        <w:rPr>
          <w:rFonts w:ascii="Gentium Plus" w:hAnsi="Gentium Plus"/>
          <w:sz w:val="24"/>
        </w:rPr>
        <w:t>Ἑλλέβορον. τὸ λεγόμενον καρπίν. Ἔλλερα. φόνια, χαλεπὰ, κακά. ἔλλερα ἔργα. Ἐλεγεινά. ἐπίπονα, θρηνώδη.</w:t>
      </w:r>
    </w:p>
    <w:p>
      <w:r>
        <w:rPr>
          <w:rFonts w:ascii="Courier New" w:hAnsi="Courier New"/>
          <w:color w:val="555555"/>
          <w:sz w:val="20"/>
        </w:rPr>
        <w:t>[5]</w:t>
      </w:r>
    </w:p>
    <w:p>
      <w:r>
        <w:rPr>
          <w:rFonts w:ascii="Gentium Plus" w:hAnsi="Gentium Plus"/>
          <w:sz w:val="24"/>
        </w:rPr>
        <w:t>Ἐλεύθερα. ἀδούλωτα. Ἕλη. σύνδενδροι τόποι. Ἔλη· τυφλά. τὰ ἀπρόοπτα. Ἐληθερές. τὸ ὑπὸ τοῦ ἡλίου θερμαινόμενον. παρὰ τὴν ἕλην, τὴν θερμασίαν, καὶ τὸ θέρω,</w:t>
      </w:r>
    </w:p>
    <w:p>
      <w:r>
        <w:rPr>
          <w:rFonts w:ascii="Courier New" w:hAnsi="Courier New"/>
          <w:color w:val="555555"/>
          <w:sz w:val="20"/>
        </w:rPr>
        <w:t>[10]</w:t>
      </w:r>
    </w:p>
    <w:p>
      <w:r>
        <w:rPr>
          <w:rFonts w:ascii="Gentium Plus" w:hAnsi="Gentium Plus"/>
          <w:sz w:val="24"/>
        </w:rPr>
        <w:t>τὸ θερμαίνω. ἐληθερὲς ὕδωρ. Ἑλικώτατον ὕδωρ. ἑλικοειδῆ ἔχον τὴν ῥεῦσιν, ἢ διαυγές. Ἕλκος. τὸ χρονίσαν τραῦμα. ἀπὸ τοῦ μετὰ τὴν τρῶσιν ἕλκεσθαι τὸ σῶμα. καὶ τὸ σῶμα αὐτοῦ</w:t>
      </w:r>
    </w:p>
    <w:p>
      <w:r>
        <w:rPr>
          <w:rFonts w:ascii="Courier New" w:hAnsi="Courier New"/>
          <w:color w:val="555555"/>
          <w:sz w:val="20"/>
        </w:rPr>
        <w:t>[15]</w:t>
      </w:r>
    </w:p>
    <w:p>
      <w:r>
        <w:rPr>
          <w:rFonts w:ascii="Gentium Plus" w:hAnsi="Gentium Plus"/>
          <w:sz w:val="24"/>
        </w:rPr>
        <w:t>πᾶν ἑλκῶν ἐξέζεσεν. Ἔλλερα. χαλεπὰ, κακά. [σημαίνει καὶ τὰ βλέ‐ φαρα. Καλλίμαχος· —ἵν’ ἔλλερα πολλὰ τέλεσκεν. ὄλλυρα τινὰ ὄντα, ὀλλύντα καὶ ἔῤῥειν ποιοῦν‐</w:t>
      </w:r>
    </w:p>
    <w:p>
      <w:r>
        <w:rPr>
          <w:rFonts w:ascii="Courier New" w:hAnsi="Courier New"/>
          <w:color w:val="555555"/>
          <w:sz w:val="20"/>
        </w:rPr>
        <w:t>[20]</w:t>
      </w:r>
    </w:p>
    <w:p>
      <w:r>
        <w:rPr>
          <w:rFonts w:ascii="Gentium Plus" w:hAnsi="Gentium Plus"/>
          <w:sz w:val="24"/>
        </w:rPr>
        <w:t>τα.]</w:t>
      </w:r>
    </w:p>
    <w:p>
      <w:r>
        <w:rPr>
          <w:rFonts w:ascii="Courier New" w:hAnsi="Courier New"/>
          <w:color w:val="555555"/>
          <w:sz w:val="20"/>
        </w:rPr>
        <w:t>[epsilon 690]</w:t>
      </w:r>
    </w:p>
    <w:p>
      <w:r>
        <w:rPr>
          <w:rFonts w:ascii="Gentium Plus" w:hAnsi="Gentium Plus"/>
          <w:sz w:val="24"/>
        </w:rPr>
        <w:t>Ἐλλόβια. τὰ ἐνώτια, διὰ τὸ ἐν τοῖς λοβοῖς τῶν ὤτων εἶναι. Ἔλυτρα. σκεπάσματα. κυρίως δὲ τὰ ὄστρακα τῶν ὀστρακοδέρμων· οἷον τοῦ ἀστακοῦ, τοῦ καρ‐</w:t>
      </w:r>
    </w:p>
    <w:p>
      <w:r>
        <w:rPr>
          <w:rFonts w:ascii="Courier New" w:hAnsi="Courier New"/>
          <w:color w:val="555555"/>
          <w:sz w:val="20"/>
        </w:rPr>
        <w:t>[5]</w:t>
      </w:r>
    </w:p>
    <w:p>
      <w:r>
        <w:rPr>
          <w:rFonts w:ascii="Gentium Plus" w:hAnsi="Gentium Plus"/>
          <w:sz w:val="24"/>
        </w:rPr>
        <w:t>κίνου καὶ τῶν ὁμοίων. ἔλυτρον καὶ ἡ θήκη τοῦ τόξου. παρὰ τὸ εἱλῶ, εἱλύω καὶ εἱλύσω, εἵλυτρον καὶ ἔλυτρον. Ἑλώρια. ἑλκύσματα, σπαράγματα. παρὰ τὸ ἕλω τὸ ἑλκύω. [γράφεται καὶ ἕλωρ.]</w:t>
      </w:r>
    </w:p>
    <w:p>
      <w:pPr>
        <w:jc w:val="center"/>
      </w:pPr>
      <w:r>
        <w:rPr>
          <w:rFonts w:ascii="Gentium Plus" w:hAnsi="Gentium Plus"/>
          <w:b/>
          <w:sz w:val="24"/>
        </w:rPr>
        <w:t>(Ῥῆμα.)</w:t>
      </w:r>
    </w:p>
    <w:p>
      <w:r>
        <w:rPr>
          <w:rFonts w:ascii="Courier New" w:hAnsi="Courier New"/>
          <w:color w:val="555555"/>
          <w:sz w:val="20"/>
        </w:rPr>
        <w:t>[11]</w:t>
      </w:r>
    </w:p>
    <w:p>
      <w:r>
        <w:rPr>
          <w:rFonts w:ascii="Gentium Plus" w:hAnsi="Gentium Plus"/>
          <w:sz w:val="24"/>
        </w:rPr>
        <w:t>Ἐλαφρίζω. ἀνασηκῶ. Ἐλασαίατο. ἐλάσαιτο, πλεονασμῷ τοῦ α. Ἐλαστρηθείς. βιασθεὶς, κινηθείς. ἔζανος ἐλα‐ στρηθεὶς γυιοπαγεῖ νιφᾶσι. [καὶ ἐλαστρῶ καὶ</w:t>
      </w:r>
    </w:p>
    <w:p>
      <w:r>
        <w:rPr>
          <w:rFonts w:ascii="Courier New" w:hAnsi="Courier New"/>
          <w:color w:val="555555"/>
          <w:sz w:val="20"/>
        </w:rPr>
        <w:t>[15]</w:t>
      </w:r>
    </w:p>
    <w:p>
      <w:r>
        <w:rPr>
          <w:rFonts w:ascii="Gentium Plus" w:hAnsi="Gentium Plus"/>
          <w:sz w:val="24"/>
        </w:rPr>
        <w:t>ἐλάστρεον. ζεύγεα διανεύοντες ἐλάστρεον— ἀπὸ τοῦ ἐλῶ, ἀφ’ οὗ τὸ ἐλαύνω. ὁ παρακεί‐ μενος ἐλήλακα, ὁ παθητικὸς ἐλήλασμαι. ὄνο‐ μα ῥῆμα ἐλάστρεον, ὡς κεντῶ, κέντον καὶ</w:t>
      </w:r>
    </w:p>
    <w:p>
      <w:r>
        <w:rPr>
          <w:rFonts w:ascii="Courier New" w:hAnsi="Courier New"/>
          <w:color w:val="555555"/>
          <w:sz w:val="20"/>
        </w:rPr>
        <w:t>[20]</w:t>
      </w:r>
    </w:p>
    <w:p>
      <w:r>
        <w:rPr>
          <w:rFonts w:ascii="Gentium Plus" w:hAnsi="Gentium Plus"/>
          <w:sz w:val="24"/>
        </w:rPr>
        <w:t>κέντρον. ἐκ τοῦ ἔλαστρον γίνεται ἐλαστρῶ. ἢ</w:t>
      </w:r>
    </w:p>
    <w:p>
      <w:r>
        <w:rPr>
          <w:rFonts w:ascii="Courier New" w:hAnsi="Courier New"/>
          <w:color w:val="555555"/>
          <w:sz w:val="20"/>
        </w:rPr>
        <w:t>[epsilon 691]</w:t>
      </w:r>
    </w:p>
    <w:p>
      <w:r>
        <w:rPr>
          <w:rFonts w:ascii="Gentium Plus" w:hAnsi="Gentium Plus"/>
          <w:sz w:val="24"/>
        </w:rPr>
        <w:t>καὶ συναιρέσει βοστρῶ, οὕτως ἐλάζω, ἐλαστὴς, ἐλαστρῶ.] Ἐλάω. ἐλᾷν καὶ ἐλάειν, ἀντὶ τοῦ ἐλαύνειν. Ἔλακεν. ἐφθέγξατο.</w:t>
      </w:r>
    </w:p>
    <w:p>
      <w:r>
        <w:rPr>
          <w:rFonts w:ascii="Courier New" w:hAnsi="Courier New"/>
          <w:color w:val="555555"/>
          <w:sz w:val="20"/>
        </w:rPr>
        <w:t>[5]</w:t>
      </w:r>
    </w:p>
    <w:p>
      <w:r>
        <w:rPr>
          <w:rFonts w:ascii="Gentium Plus" w:hAnsi="Gentium Plus"/>
          <w:sz w:val="24"/>
        </w:rPr>
        <w:t>Ἐλάκισε μέσος. ἀντὶ τοῦ ἐσχίσθη. ἐλάκησε δὲ ἀντὶ τοῦ ἐβόησε καὶ ἐφώνησεν, η. Ἔλαμψαν. φανερὰ ἐγένοντο. ἔλαμψαν τὰ καλὰ ἔργα σου. Ἐλαιᾷ. διεγείρει.</w:t>
      </w:r>
    </w:p>
    <w:p>
      <w:r>
        <w:rPr>
          <w:rFonts w:ascii="Courier New" w:hAnsi="Courier New"/>
          <w:color w:val="555555"/>
          <w:sz w:val="20"/>
        </w:rPr>
        <w:t>[10]</w:t>
      </w:r>
    </w:p>
    <w:p>
      <w:r>
        <w:rPr>
          <w:rFonts w:ascii="Gentium Plus" w:hAnsi="Gentium Plus"/>
          <w:sz w:val="24"/>
        </w:rPr>
        <w:t>Ἐλαιώμενος. διεγειρόμενος. Ἐλαίνειν. τὸ ἐλαύνειν. παρὰ τὸ ἐλῶ ἐλαίνω, ὡς βῶ, βαίνω. Ἐλαιοκομεῖν. τὸ ἐπιμελεῖσθαι τῶν ἐλαιῶν. [κο‐ μῶ γὰρ τὸ ἐπιμελῶ. ἀφ’ οὗ καὶ φυτοκόμος.</w:t>
      </w:r>
    </w:p>
    <w:p>
      <w:r>
        <w:rPr>
          <w:rFonts w:ascii="Courier New" w:hAnsi="Courier New"/>
          <w:color w:val="555555"/>
          <w:sz w:val="20"/>
        </w:rPr>
        <w:t>[15]</w:t>
      </w:r>
    </w:p>
    <w:p>
      <w:r>
        <w:rPr>
          <w:rFonts w:ascii="Gentium Plus" w:hAnsi="Gentium Plus"/>
          <w:sz w:val="24"/>
        </w:rPr>
        <w:t>καὶ ἐλαιοκόμος.] Ἐλέγχομεν. κακολογοῦμεν. νυκτὶ δ’ ὅλῃ βα‐ σιλῆας ἐλέγχομεν. καὶ, ἔργα δὲ χεῖρας ἐλέγ‐ χει. καὶ ἔλεγχος ἡ αἰσχύνη. Ἐλεηλάτουν. ἠφάνιζον.</w:t>
      </w:r>
    </w:p>
    <w:p>
      <w:r>
        <w:rPr>
          <w:rFonts w:ascii="Courier New" w:hAnsi="Courier New"/>
          <w:color w:val="555555"/>
          <w:sz w:val="20"/>
        </w:rPr>
        <w:t>[20]</w:t>
      </w:r>
    </w:p>
    <w:p>
      <w:r>
        <w:rPr>
          <w:rFonts w:ascii="Gentium Plus" w:hAnsi="Gentium Plus"/>
          <w:sz w:val="24"/>
        </w:rPr>
        <w:t>Ἐλελιξάμενος. ἐπιστραφείς. καὶ ἐλελίχθησαν</w:t>
      </w:r>
    </w:p>
    <w:p>
      <w:r>
        <w:rPr>
          <w:rFonts w:ascii="Courier New" w:hAnsi="Courier New"/>
          <w:color w:val="555555"/>
          <w:sz w:val="20"/>
        </w:rPr>
        <w:t>[epsilon 692]</w:t>
      </w:r>
    </w:p>
    <w:p>
      <w:r>
        <w:rPr>
          <w:rFonts w:ascii="Gentium Plus" w:hAnsi="Gentium Plus"/>
          <w:sz w:val="24"/>
        </w:rPr>
        <w:t>Ἐλεφαίρετο. ἐπλανᾶτο, ἐβλάπτετο. [ἠπατᾶ‐ το. καὶ ἐλεφῆρα.] Ἔλεψεν. ἀντὶ τοῦ ἐλέπησεν. ἀπὸ τοῦ λέπω. [ἢ ἀπὸ τοῦ λεπῶ, λεπήσω, ἐλέπησα, συγκοπῇ</w:t>
      </w:r>
    </w:p>
    <w:p>
      <w:r>
        <w:rPr>
          <w:rFonts w:ascii="Courier New" w:hAnsi="Courier New"/>
          <w:color w:val="555555"/>
          <w:sz w:val="20"/>
        </w:rPr>
        <w:t>[5]</w:t>
      </w:r>
    </w:p>
    <w:p>
      <w:r>
        <w:rPr>
          <w:rFonts w:ascii="Gentium Plus" w:hAnsi="Gentium Plus"/>
          <w:sz w:val="24"/>
        </w:rPr>
        <w:t>καὶ τροπῇ.] Ἑλέσθαι. ἐκλέξασθαι. Ἐλλεβοριᾷν. τὸ ἐλλεβόρου δεῖσθαι ὡς φαρμά‐ κου. [οὕτως Καλλίας. καὶ ἐλλεβορίζω, αἰτια‐ τικῇ.]</w:t>
      </w:r>
    </w:p>
    <w:p>
      <w:r>
        <w:rPr>
          <w:rFonts w:ascii="Courier New" w:hAnsi="Courier New"/>
          <w:color w:val="555555"/>
          <w:sz w:val="20"/>
        </w:rPr>
        <w:t>[10]</w:t>
      </w:r>
    </w:p>
    <w:p>
      <w:r>
        <w:rPr>
          <w:rFonts w:ascii="Gentium Plus" w:hAnsi="Gentium Plus"/>
          <w:sz w:val="24"/>
        </w:rPr>
        <w:t>Ἐλεγαίνειν. τὸ παραφρονεῖν. [τινὲς τῶν πα‐ λαιῶν καὶ τὸ ἐλεγεῖον μέτρον ἀπὸ τούτου κλη‐ θῆναι νομίζουσιν, ὅτι Θεοκλῆς Νάξιος ἢ Ἐρε‐ τριεὺς πρῶτος αὐτὸ ἐφθέγξατο. ἐλεγαίνειν καὶ τὸ ἀλεγαίνειν.]</w:t>
      </w:r>
    </w:p>
    <w:p>
      <w:r>
        <w:rPr>
          <w:rFonts w:ascii="Courier New" w:hAnsi="Courier New"/>
          <w:color w:val="555555"/>
          <w:sz w:val="20"/>
        </w:rPr>
        <w:t>[15]</w:t>
      </w:r>
    </w:p>
    <w:p>
      <w:r>
        <w:rPr>
          <w:rFonts w:ascii="Gentium Plus" w:hAnsi="Gentium Plus"/>
          <w:sz w:val="24"/>
        </w:rPr>
        <w:t>Ἐλέγχειν. ἀντὶ τοῦ ὀνειδίζειν. Ἐλευθεροστομῶ. παῤῥησιάζομαι. Ἐλεύθω. παραγίνομαι. Ἐλέγμην. ἐτάγην. Ἑλεῖν. λαβεῖν.</w:t>
      </w:r>
    </w:p>
    <w:p>
      <w:r>
        <w:rPr>
          <w:rFonts w:ascii="Courier New" w:hAnsi="Courier New"/>
          <w:color w:val="555555"/>
          <w:sz w:val="20"/>
        </w:rPr>
        <w:t>[20]</w:t>
      </w:r>
    </w:p>
    <w:p>
      <w:r>
        <w:rPr>
          <w:rFonts w:ascii="Gentium Plus" w:hAnsi="Gentium Plus"/>
          <w:sz w:val="24"/>
        </w:rPr>
        <w:t>Ἐλείψασκον. ἀπὸ τοῦ ἔλειψαν, πλεονασμῷ τοῦ ς Ἰωνικῶς.</w:t>
      </w:r>
    </w:p>
    <w:p>
      <w:r>
        <w:rPr>
          <w:rFonts w:ascii="Courier New" w:hAnsi="Courier New"/>
          <w:color w:val="555555"/>
          <w:sz w:val="20"/>
        </w:rPr>
        <w:t>[epsilon 693]</w:t>
      </w:r>
    </w:p>
    <w:p>
      <w:r>
        <w:rPr>
          <w:rFonts w:ascii="Gentium Plus" w:hAnsi="Gentium Plus"/>
          <w:sz w:val="24"/>
        </w:rPr>
        <w:t>Ἐληγάτευσε. κατὰ Ῥωμαίους ἀπένειμεν. Ἐλήκτευσε. κατὰ Ῥωμαίους ἀναγνοὺς διώρ‐ θωσεν. [Ἐληΐζοντο. ἐλῃστεύοντο, ἠφανίζοντο.]</w:t>
      </w:r>
    </w:p>
    <w:p>
      <w:r>
        <w:rPr>
          <w:rFonts w:ascii="Courier New" w:hAnsi="Courier New"/>
          <w:color w:val="555555"/>
          <w:sz w:val="20"/>
        </w:rPr>
        <w:t>[5]</w:t>
      </w:r>
    </w:p>
    <w:p>
      <w:r>
        <w:rPr>
          <w:rFonts w:ascii="Gentium Plus" w:hAnsi="Gentium Plus"/>
          <w:sz w:val="24"/>
        </w:rPr>
        <w:t>[Ἐλήλαται. συνέχεται. καὶ ἐλήλατο ἀντὶ τοῦ ἐνεπάγη.] Ἐληλέδατο. ἦλθεν. ἀπὸ τοῦ ἐλεύθω. Ἐλήθετο. ἐπελάθετο. Ἐληλεγμένον. κατησχυμμένον. ἀπὸ τοῦ ἐλέγχω.</w:t>
      </w:r>
    </w:p>
    <w:p>
      <w:r>
        <w:rPr>
          <w:rFonts w:ascii="Courier New" w:hAnsi="Courier New"/>
          <w:color w:val="555555"/>
          <w:sz w:val="20"/>
        </w:rPr>
        <w:t>[10]</w:t>
      </w:r>
    </w:p>
    <w:p>
      <w:r>
        <w:rPr>
          <w:rFonts w:ascii="Gentium Plus" w:hAnsi="Gentium Plus"/>
          <w:sz w:val="24"/>
        </w:rPr>
        <w:t>Ἐλθεῖν. τὸ γυμνῇ τῇ παρουσίᾳ χρήσασθαι. παρεισελθεῖν δὲ τὸ μετ’ ἄλλου πλαγιάσαντος συνεισελθεῖν. καὶ ὁ Ἀπόστολος· παρεισῆλθεν ὁ νόμος. Ἐλιάσθη. ἐξέκλινεν.</w:t>
      </w:r>
    </w:p>
    <w:p>
      <w:r>
        <w:rPr>
          <w:rFonts w:ascii="Courier New" w:hAnsi="Courier New"/>
          <w:color w:val="555555"/>
          <w:sz w:val="20"/>
        </w:rPr>
        <w:t>[15]</w:t>
      </w:r>
    </w:p>
    <w:p>
      <w:r>
        <w:rPr>
          <w:rFonts w:ascii="Gentium Plus" w:hAnsi="Gentium Plus"/>
          <w:sz w:val="24"/>
        </w:rPr>
        <w:t>Ἐλιννύω. βραδύνω. ἡσυχάζω. Ἐλινιῶ. ὑμνῶ. Ἐλίσσετο. παρεκάλει. Ἐλιπάρησε. παρεκάλεσεν. Ἐλίπανας. ἐφαίδρυνας. ἢ λιπαρὰν ἐποίησας.</w:t>
      </w:r>
    </w:p>
    <w:p>
      <w:r>
        <w:rPr>
          <w:rFonts w:ascii="Courier New" w:hAnsi="Courier New"/>
          <w:color w:val="555555"/>
          <w:sz w:val="20"/>
        </w:rPr>
        <w:t>[20]</w:t>
      </w:r>
    </w:p>
    <w:p>
      <w:r>
        <w:rPr>
          <w:rFonts w:ascii="Gentium Plus" w:hAnsi="Gentium Plus"/>
          <w:sz w:val="24"/>
        </w:rPr>
        <w:t>Ἕλκει. λαμβάνει, σύρει, κρατεῖ.</w:t>
      </w:r>
    </w:p>
    <w:p>
      <w:r>
        <w:rPr>
          <w:rFonts w:ascii="Courier New" w:hAnsi="Courier New"/>
          <w:color w:val="555555"/>
          <w:sz w:val="20"/>
        </w:rPr>
        <w:t>[epsilon 694]</w:t>
      </w:r>
    </w:p>
    <w:p>
      <w:r>
        <w:rPr>
          <w:rFonts w:ascii="Gentium Plus" w:hAnsi="Gentium Plus"/>
          <w:sz w:val="24"/>
        </w:rPr>
        <w:t>Ἕλκεο. —μὴ δὲ ξίφος ἕλκεο χειρί— [ἀπὸ τοῦ ἕλκω, ἕλκου, καὶ κατὰ διάλυσιν ἕλκεο.]</w:t>
      </w:r>
    </w:p>
    <w:p>
      <w:r>
        <w:rPr>
          <w:rFonts w:ascii="Courier New" w:hAnsi="Courier New"/>
          <w:color w:val="555555"/>
          <w:sz w:val="20"/>
        </w:rPr>
        <w:t>[5]</w:t>
      </w:r>
    </w:p>
    <w:p>
      <w:r>
        <w:rPr>
          <w:rFonts w:ascii="Gentium Plus" w:hAnsi="Gentium Plus"/>
          <w:sz w:val="24"/>
        </w:rPr>
        <w:t>Ἐλίσσω. συστρέφω. ἀπὸ τοῦ εἱλῶ εἱλίσσω. γράφεται διὰ τοῦ ι, ἐπειδὴ μηδέποτε πρὸ τῶν δύο σς ἡ ει δίφθογγος εὑρίσκεται, ἀλλ’ οὐδὲ τὸ η, οἷον μέλισσα, κίσσα, φρίσσα· πλὴν τοῦ κρείσσων καὶ τοῦ ῥήματος τοῦ ἐξ αὐτοῦ, κρείσ‐</w:t>
      </w:r>
    </w:p>
    <w:p>
      <w:r>
        <w:rPr>
          <w:rFonts w:ascii="Courier New" w:hAnsi="Courier New"/>
          <w:color w:val="555555"/>
          <w:sz w:val="20"/>
        </w:rPr>
        <w:t>[10]</w:t>
      </w:r>
    </w:p>
    <w:p>
      <w:r>
        <w:rPr>
          <w:rFonts w:ascii="Gentium Plus" w:hAnsi="Gentium Plus"/>
          <w:sz w:val="24"/>
        </w:rPr>
        <w:t>σω, καὶ ἥσσων, διὰ τοῦ η. Ἕλοιτο. προκρίνει. Ἑλόμενοι. βουλόμενοι. [Ξενοφῶν· ὁ μὲν ἦρχεν, οἱ δὲ ἐπείθοντο οὐχ ἑλόμενοι, ἀλλ’ ὁρῶντες, ὅτι μόνος ἐφρόνει, οἷα ἔδει τὸν ἄρχοντα.]</w:t>
      </w:r>
    </w:p>
    <w:p>
      <w:r>
        <w:rPr>
          <w:rFonts w:ascii="Courier New" w:hAnsi="Courier New"/>
          <w:color w:val="555555"/>
          <w:sz w:val="20"/>
        </w:rPr>
        <w:t>[15]</w:t>
      </w:r>
    </w:p>
    <w:p>
      <w:r>
        <w:rPr>
          <w:rFonts w:ascii="Gentium Plus" w:hAnsi="Gentium Plus"/>
          <w:sz w:val="24"/>
        </w:rPr>
        <w:t>Ἐλογίσατο. ὑπέλαβεν. Ἑλόντος. λαβόντος. Ἔλουσεν. ἀντὶ τοῦ ἐβάπτισεν. τὸν γὰρ Εὐνομια‐ νὸν ἔλουσε Βελισσάριος τὸ θεῖον λοῦτρον, [χερσὶ δὲ οἰκείαις ἀνελόμενος εἰσποιητὸν ἐποιή‐</w:t>
      </w:r>
    </w:p>
    <w:p>
      <w:r>
        <w:rPr>
          <w:rFonts w:ascii="Courier New" w:hAnsi="Courier New"/>
          <w:color w:val="555555"/>
          <w:sz w:val="20"/>
        </w:rPr>
        <w:t>[20]</w:t>
      </w:r>
    </w:p>
    <w:p>
      <w:r>
        <w:rPr>
          <w:rFonts w:ascii="Gentium Plus" w:hAnsi="Gentium Plus"/>
          <w:sz w:val="24"/>
        </w:rPr>
        <w:t>σατο παῖδα, ᾗπερ εἰσποιεῖσθαι Χριστιανοῖς νό‐</w:t>
      </w:r>
    </w:p>
    <w:p>
      <w:r>
        <w:rPr>
          <w:rFonts w:ascii="Courier New" w:hAnsi="Courier New"/>
          <w:color w:val="555555"/>
          <w:sz w:val="20"/>
        </w:rPr>
        <w:t>[epsilon 695]</w:t>
      </w:r>
    </w:p>
    <w:p>
      <w:r>
        <w:rPr>
          <w:rFonts w:ascii="Gentium Plus" w:hAnsi="Gentium Plus"/>
          <w:sz w:val="24"/>
        </w:rPr>
        <w:t>Ἐλόχησε. παρὰ τῷ Ἡροδότῳ εἰς λόχους κα‐ τέταξεν. Ἐλόχων. ἐνήδρευον. ὁ δὲ ἔχων κοινωνοὺς τῶν ἀσεβημάτων ἐλόχων τὰ κατὰ τὰς ὁδούς.</w:t>
      </w:r>
    </w:p>
    <w:p>
      <w:r>
        <w:rPr>
          <w:rFonts w:ascii="Courier New" w:hAnsi="Courier New"/>
          <w:color w:val="555555"/>
          <w:sz w:val="20"/>
        </w:rPr>
        <w:t>[5]</w:t>
      </w:r>
    </w:p>
    <w:p>
      <w:r>
        <w:rPr>
          <w:rFonts w:ascii="Gentium Plus" w:hAnsi="Gentium Plus"/>
          <w:sz w:val="24"/>
        </w:rPr>
        <w:t>Ἐλοιδόρησε. διέβαλλεν, ἐσυκοφάντησεν. [ὁ δὲ Κλέανδρος ἐλοιδόρησε τὸν ὕπατον τῆς ἐν Αἰ‐ γύπτῳ ἀρχῆς Κομώδῳ· καὶ παραλύει αὐτὸν τῆς ἀρχῆς.] [Ἐλοιδορούμεθα. ἐστασιάζομεν. περὶ δὲ τοῦ</w:t>
      </w:r>
    </w:p>
    <w:p>
      <w:r>
        <w:rPr>
          <w:rFonts w:ascii="Courier New" w:hAnsi="Courier New"/>
          <w:color w:val="555555"/>
          <w:sz w:val="20"/>
        </w:rPr>
        <w:t>[10]</w:t>
      </w:r>
    </w:p>
    <w:p>
      <w:r>
        <w:rPr>
          <w:rFonts w:ascii="Gentium Plus" w:hAnsi="Gentium Plus"/>
          <w:sz w:val="24"/>
        </w:rPr>
        <w:t>ὀνόματος ἐλοιδορούμεθα.] Ἐλλοπεύειν. τὸ ἁλιεύειν. εἴρηται δὲ ἀπὸ τι‐ νὸς ἰχθύος καλουμένου ἔλλοπος, ἢ ἀπὸ τοῦ ἐλλείπειν τὸν ὦπα· ἄφωνοι γὰρ οἱ ἰχθύες. Κρῆ‐ τες δὲ καὶ τοὺς ἀφώνους ἔλλοπας λέγουσιν.</w:t>
      </w:r>
    </w:p>
    <w:p>
      <w:r>
        <w:rPr>
          <w:rFonts w:ascii="Courier New" w:hAnsi="Courier New"/>
          <w:color w:val="555555"/>
          <w:sz w:val="20"/>
        </w:rPr>
        <w:t>[15]</w:t>
      </w:r>
    </w:p>
    <w:p>
      <w:r>
        <w:rPr>
          <w:rFonts w:ascii="Gentium Plus" w:hAnsi="Gentium Plus"/>
          <w:sz w:val="24"/>
        </w:rPr>
        <w:t>Ἔλπομαι. ἐλπίζω. Ἔλπεο. ἔλπιζε. [ἀπὸ τοῦ ἐλπόμην ἔλπου καὶ ἐν διαλύσει ἔλπεο.] Ἐλπίζει. προσδοκᾷ. Ἔλσαι. τὸ συνελάσαι.</w:t>
      </w:r>
    </w:p>
    <w:p>
      <w:r>
        <w:rPr>
          <w:rFonts w:ascii="Courier New" w:hAnsi="Courier New"/>
          <w:color w:val="555555"/>
          <w:sz w:val="20"/>
        </w:rPr>
        <w:t>[20]</w:t>
      </w:r>
    </w:p>
    <w:p>
      <w:r>
        <w:rPr>
          <w:rFonts w:ascii="Gentium Plus" w:hAnsi="Gentium Plus"/>
          <w:sz w:val="24"/>
        </w:rPr>
        <w:t>πρὶν ἔλσαι παρὰ ναῦφι— παρὰ τὸ ἐλάσαι κατὰ συγκοπήν. Ἐλύγωσεν. ἔκαμψεν. καὶ Δανάης ἐλύγωσεν ὁ δὲ φρένα.</w:t>
      </w:r>
    </w:p>
    <w:p>
      <w:r>
        <w:rPr>
          <w:rFonts w:ascii="Courier New" w:hAnsi="Courier New"/>
          <w:color w:val="555555"/>
          <w:sz w:val="20"/>
        </w:rPr>
        <w:t>[epsilon 696]</w:t>
      </w:r>
    </w:p>
    <w:p>
      <w:r>
        <w:rPr>
          <w:rFonts w:ascii="Gentium Plus" w:hAnsi="Gentium Plus"/>
          <w:sz w:val="24"/>
        </w:rPr>
        <w:t>Ἐλυμῄνατο. ἔβλαψεν. οἱ δὲ σύστημα γενόμε‐ νοι ἐλυμαίνοντο πολλοῖς ὁδίταις ἐμπίπτοντες εἰς τὰ καταλύματα. Ἐλυσάμην. ἀπέδωκα.</w:t>
      </w:r>
    </w:p>
    <w:p>
      <w:r>
        <w:rPr>
          <w:rFonts w:ascii="Courier New" w:hAnsi="Courier New"/>
          <w:color w:val="555555"/>
          <w:sz w:val="20"/>
        </w:rPr>
        <w:t>[5]</w:t>
      </w:r>
    </w:p>
    <w:p>
      <w:r>
        <w:rPr>
          <w:rFonts w:ascii="Gentium Plus" w:hAnsi="Gentium Plus"/>
          <w:sz w:val="24"/>
        </w:rPr>
        <w:t>Ἐλύσασο. ἐλυτρώσατο. Ἐλύσθη. συνανεστράφη. οἷον· ῥυμὸς δ’ ἐπὶ γαῖαν ἐλύσθη. παρὰ τὸ ἐλεύθω ἐλεύσθη καὶ ἐλύσθη. [ἢ παρὰ τὸ εἰλῶ, εἰλύω, εἰλύσθη καὶ ἐλύσθη. ὅ ἐστι</w:t>
      </w:r>
    </w:p>
    <w:p>
      <w:r>
        <w:rPr>
          <w:rFonts w:ascii="Courier New" w:hAnsi="Courier New"/>
          <w:color w:val="555555"/>
          <w:sz w:val="20"/>
        </w:rPr>
        <w:t>[10]</w:t>
      </w:r>
    </w:p>
    <w:p>
      <w:r>
        <w:rPr>
          <w:rFonts w:ascii="Gentium Plus" w:hAnsi="Gentium Plus"/>
          <w:sz w:val="24"/>
        </w:rPr>
        <w:t>συνανεστράφη μετὰ τῶν ἡνίων.] Ἐλῶ. τὸ ἐλαύνω. Ἐλωβήσατο. ὕβρισεν. Ἕλωμαι. ἀφέλωμαι. λήψωμαι. Ἐλώφησεν. ἐγαλήνησεν, ἔπαυσεν.</w:t>
      </w:r>
    </w:p>
    <w:p>
      <w:r>
        <w:rPr>
          <w:rFonts w:ascii="Courier New" w:hAnsi="Courier New"/>
          <w:color w:val="555555"/>
          <w:sz w:val="20"/>
        </w:rPr>
        <w:t>[15]</w:t>
      </w:r>
    </w:p>
    <w:p>
      <w:r>
        <w:rPr>
          <w:rFonts w:ascii="Gentium Plus" w:hAnsi="Gentium Plus"/>
          <w:sz w:val="24"/>
        </w:rPr>
        <w:t>Ἐλυσθείς. συστραφείς· κατενεχθείς. λασίην ὑπὸ γαστέρ’ ἐλυσθείς— λασίην τὴν δασεῖαν λέγει. [ἀπὸ τοῦ ἔλω, ἐλύω, ὡς ἕλκω, ἑλκύω.] Ἐλλόγει. ἀντὶ τοῦ λόγισαι. καὶ ὁ Ἀπόστολος·</w:t>
      </w:r>
    </w:p>
    <w:p>
      <w:r>
        <w:rPr>
          <w:rFonts w:ascii="Courier New" w:hAnsi="Courier New"/>
          <w:color w:val="555555"/>
          <w:sz w:val="20"/>
        </w:rPr>
        <w:t>[20]</w:t>
      </w:r>
    </w:p>
    <w:p>
      <w:r>
        <w:rPr>
          <w:rFonts w:ascii="Gentium Plus" w:hAnsi="Gentium Plus"/>
          <w:sz w:val="24"/>
        </w:rPr>
        <w:t>τοῦτό μοι ἐλλόγει. ἀντὶ τοῦ ἐμοὶ εἰς χρέος τοῦ‐ το λόγισαι.</w:t>
      </w:r>
    </w:p>
    <w:p>
      <w:pPr>
        <w:jc w:val="center"/>
      </w:pPr>
      <w:r>
        <w:rPr>
          <w:rFonts w:ascii="Gentium Plus" w:hAnsi="Gentium Plus"/>
          <w:b/>
          <w:sz w:val="24"/>
        </w:rPr>
        <w:t>(Ἐπίῤῥημα.)</w:t>
      </w:r>
    </w:p>
    <w:p>
      <w:r>
        <w:rPr>
          <w:rFonts w:ascii="Courier New" w:hAnsi="Courier New"/>
          <w:color w:val="555555"/>
          <w:sz w:val="20"/>
        </w:rPr>
        <w:t>[23]</w:t>
      </w:r>
    </w:p>
    <w:p>
      <w:r>
        <w:rPr>
          <w:rFonts w:ascii="Gentium Plus" w:hAnsi="Gentium Plus"/>
          <w:sz w:val="24"/>
        </w:rPr>
        <w:t>Ἑλικοειδῶς. κυκλοειδῶς, συνεστραμμένως.</w:t>
      </w:r>
    </w:p>
    <w:p>
      <w:r>
        <w:rPr>
          <w:rFonts w:ascii="Courier New" w:hAnsi="Courier New"/>
          <w:color w:val="555555"/>
          <w:sz w:val="20"/>
        </w:rPr>
        <w:t>[epsilon 697]</w:t>
      </w:r>
    </w:p>
    <w:p>
      <w:r>
        <w:rPr>
          <w:rFonts w:ascii="Gentium Plus" w:hAnsi="Gentium Plus"/>
          <w:sz w:val="24"/>
        </w:rPr>
        <w:t>*Ἐλωΐ. ὁ θεός.* Ἐλλιπῶς. ἐνδεῶς. Ἐλελεύ. πολεμικὸν ἐπίφθεγμα, μετὰ τινὸς ἐμμελοῦς κινήσεως. καὶ ἀντὶ τοῦ φεῦ.</w:t>
      </w:r>
    </w:p>
    <w:p>
      <w:r>
        <w:rPr>
          <w:rFonts w:ascii="Courier New" w:hAnsi="Courier New"/>
          <w:color w:val="555555"/>
          <w:sz w:val="20"/>
        </w:rPr>
        <w:t>[5]</w:t>
      </w:r>
    </w:p>
    <w:p>
      <w:r>
        <w:rPr>
          <w:rFonts w:ascii="Gentium Plus" w:hAnsi="Gentium Plus"/>
          <w:sz w:val="24"/>
        </w:rPr>
        <w:t>Ἐλεεινῶς. οἰκτρῶς, ἀθλίως. Ἐλλογίμως. τιμίως, σεβασμίως.</w:t>
      </w:r>
    </w:p>
    <w:p>
      <w:pPr>
        <w:jc w:val="center"/>
      </w:pPr>
      <w:r>
        <w:rPr>
          <w:rFonts w:ascii="Gentium Plus" w:hAnsi="Gentium Plus"/>
          <w:b/>
          <w:sz w:val="24"/>
        </w:rPr>
        <w:t>Τὸ Ε μετὰ τοῦ Μ.</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Ἐμμανουήλ. μεθ’ ἡμῶν ὁ θεός. ἢ ὅτι ὄψονται τὸν θεὸν μετὰ ἀνθρώπων.</w:t>
      </w:r>
    </w:p>
    <w:p>
      <w:r>
        <w:rPr>
          <w:rFonts w:ascii="Courier New" w:hAnsi="Courier New"/>
          <w:color w:val="555555"/>
          <w:sz w:val="20"/>
        </w:rPr>
        <w:t>[10]</w:t>
      </w:r>
    </w:p>
    <w:p>
      <w:r>
        <w:rPr>
          <w:rFonts w:ascii="Gentium Plus" w:hAnsi="Gentium Plus"/>
          <w:sz w:val="24"/>
        </w:rPr>
        <w:t>Ἐμαυτῷ βαλανεύσω. οἱονεὶ ἐμαυτῷ διακονήσω. Ἐμβρόντητος. ἔκφρων, μαινόμενος. Ἐμβριθής. στερεὸς, ἔμφρων. Ἐμβόλιμος. ἀτελής. Ἱπποκράτης· παῖδες ἐμ‐ βόλιμοί τινες.</w:t>
      </w:r>
    </w:p>
    <w:p>
      <w:r>
        <w:rPr>
          <w:rFonts w:ascii="Courier New" w:hAnsi="Courier New"/>
          <w:color w:val="555555"/>
          <w:sz w:val="20"/>
        </w:rPr>
        <w:t>[15]</w:t>
      </w:r>
    </w:p>
    <w:p>
      <w:r>
        <w:rPr>
          <w:rFonts w:ascii="Gentium Plus" w:hAnsi="Gentium Plus"/>
          <w:sz w:val="24"/>
        </w:rPr>
        <w:t>Ἔμβαρος. νουνεχής. φρόνιμος. ἔμβαρός εἰμι. Ἔμετος. ἡ τῶν περιττωμάτων κένωσις. Ἐμεῦ. ἀντὶ τοῦ ἐμοῦ. [οὔτις ἐμεῦ ζῶντος— ἔστιν ἐμοῦ, καὶ κατὰ διάλυσιν ἐμέο, καὶ δωρι‐</w:t>
      </w:r>
    </w:p>
    <w:p>
      <w:r>
        <w:rPr>
          <w:rFonts w:ascii="Courier New" w:hAnsi="Courier New"/>
          <w:color w:val="555555"/>
          <w:sz w:val="20"/>
        </w:rPr>
        <w:t>[20]</w:t>
      </w:r>
    </w:p>
    <w:p>
      <w:r>
        <w:rPr>
          <w:rFonts w:ascii="Gentium Plus" w:hAnsi="Gentium Plus"/>
          <w:sz w:val="24"/>
        </w:rPr>
        <w:t>κῶς ἐμεῦ, καὶ ἐμεῖο.] [Ἐμέων. ἀντὶ τοῦ ἐμῶν.] [Ἐμεῖο. ἀντὶ τοῦ ἐμοῦ.]</w:t>
      </w:r>
    </w:p>
    <w:p>
      <w:r>
        <w:rPr>
          <w:rFonts w:ascii="Courier New" w:hAnsi="Courier New"/>
          <w:color w:val="555555"/>
          <w:sz w:val="20"/>
        </w:rPr>
        <w:t>[epsilon 698]</w:t>
      </w:r>
    </w:p>
    <w:p>
      <w:r>
        <w:rPr>
          <w:rFonts w:ascii="Gentium Plus" w:hAnsi="Gentium Plus"/>
          <w:sz w:val="24"/>
        </w:rPr>
        <w:t>Ἔμμισθοι. οἱ ὀφείλοντες λαβεῖν μισθόν. οἱ δὲ Οὖννοι οὐδέν τι ἧσσον ἔμμισθοι ἐγίνοντο ληϊ‐ ζόμενοι τὰ Ῥωμαίων. Ἔμμονον. παραμένοντα. ἐμμέριμνον. διηνεκῆ.</w:t>
      </w:r>
    </w:p>
    <w:p>
      <w:r>
        <w:rPr>
          <w:rFonts w:ascii="Courier New" w:hAnsi="Courier New"/>
          <w:color w:val="555555"/>
          <w:sz w:val="20"/>
        </w:rPr>
        <w:t>[5]</w:t>
      </w:r>
    </w:p>
    <w:p>
      <w:r>
        <w:rPr>
          <w:rFonts w:ascii="Gentium Plus" w:hAnsi="Gentium Plus"/>
          <w:sz w:val="24"/>
        </w:rPr>
        <w:t>†ἔμμονον λογισμόν· ἐπιμελῶς καὶ φροντιστικῶς διαλογιζόμενον.† Ἔμπληκτος. μαινόμενος. ὡς δεινός τε ἦν καὶ αὐ‐ θάδης [καὶ οἷος τὸ μανιῶδες καὶ ἔμπληκτον ἀνδρείαν ἡγεῖσθαι. ἔμπληκτος καὶ ὁ εὐμετά‐</w:t>
      </w:r>
    </w:p>
    <w:p>
      <w:r>
        <w:rPr>
          <w:rFonts w:ascii="Courier New" w:hAnsi="Courier New"/>
          <w:color w:val="555555"/>
          <w:sz w:val="20"/>
        </w:rPr>
        <w:t>[10]</w:t>
      </w:r>
    </w:p>
    <w:p>
      <w:r>
        <w:rPr>
          <w:rFonts w:ascii="Gentium Plus" w:hAnsi="Gentium Plus"/>
          <w:sz w:val="24"/>
        </w:rPr>
        <w:t>βολος καὶ φορᾶς μεστός· ἤτοι ὁ φερόμενος. Αἰ‐ σχίνης· ὠνείδισας δέ μοι καὶ πολιτείας ἐμπλη‐ ξίας. ἔμπληκτοι καὶ οἱ κοῦφοι καὶ οἱ εὐμετά‐ βλητοι. Ὅμηρος· ἐμπλήγδην ἕτερον μὲν τίει βροτὸν—</w:t>
      </w:r>
    </w:p>
    <w:p>
      <w:r>
        <w:rPr>
          <w:rFonts w:ascii="Courier New" w:hAnsi="Courier New"/>
          <w:color w:val="555555"/>
          <w:sz w:val="20"/>
        </w:rPr>
        <w:t>[15]</w:t>
      </w:r>
    </w:p>
    <w:p>
      <w:r>
        <w:rPr>
          <w:rFonts w:ascii="Gentium Plus" w:hAnsi="Gentium Plus"/>
          <w:sz w:val="24"/>
        </w:rPr>
        <w:t>καὶ Σοφοκλῆς· τοῖοι δὲ μέντοι φῶτες ἔμπληκτοι βροτῶν— τουτέστιν οἱ μὴ ἐμμένοντες τῇ ἀρχαίᾳ φιλίᾳ.] [* Ἐμπολαῖος. πραγματευτής.</w:t>
      </w:r>
    </w:p>
    <w:p>
      <w:r>
        <w:rPr>
          <w:rFonts w:ascii="Courier New" w:hAnsi="Courier New"/>
          <w:color w:val="555555"/>
          <w:sz w:val="20"/>
        </w:rPr>
        <w:t>[20]</w:t>
      </w:r>
    </w:p>
    <w:p>
      <w:r>
        <w:rPr>
          <w:rFonts w:ascii="Gentium Plus" w:hAnsi="Gentium Plus"/>
          <w:sz w:val="24"/>
        </w:rPr>
        <w:t>Ἔμπολιν. ἐν τῇ αὐτῇ πόλει ὄντα. ἄνδρα, σοὶ μὲν ἔμπολιν οὐκ ὄντα, συγγενῆ δέ—. Ἔμπορος. ὁ ἐπ’ ἀλλοτρίας νεὼς πλέων μετὰ τοῦ οἰκείου ναύλου ἢ πραγματείας. ἤγουν διὰ</w:t>
      </w:r>
    </w:p>
    <w:p>
      <w:r>
        <w:rPr>
          <w:rFonts w:ascii="Courier New" w:hAnsi="Courier New"/>
          <w:color w:val="555555"/>
          <w:sz w:val="20"/>
        </w:rPr>
        <w:t>[25]</w:t>
      </w:r>
    </w:p>
    <w:p>
      <w:r>
        <w:rPr>
          <w:rFonts w:ascii="Gentium Plus" w:hAnsi="Gentium Plus"/>
          <w:sz w:val="24"/>
        </w:rPr>
        <w:t>παντὸς τοῦ βίου τὴν πορείαν ποιούμενος. καὶ ὁ</w:t>
      </w:r>
    </w:p>
    <w:p>
      <w:r>
        <w:rPr>
          <w:rFonts w:ascii="Courier New" w:hAnsi="Courier New"/>
          <w:color w:val="555555"/>
          <w:sz w:val="20"/>
        </w:rPr>
        <w:t>[epsilon 699]</w:t>
      </w:r>
    </w:p>
    <w:p>
      <w:r>
        <w:rPr>
          <w:rFonts w:ascii="Gentium Plus" w:hAnsi="Gentium Plus"/>
          <w:sz w:val="24"/>
        </w:rPr>
        <w:t>Ἔμπαιος. ὁ ἔμπειρος. οἷον· —κακῶν δ’ ἔμπαιος ἀλήτης. οἱ μὲν, παρὰ τὸ εἶναι ἔμπειρος, ἄρσει τοῦ ρ καὶ τροπῇ τοῦ ε εἰς α, ὡς τὸ δεινὸς, αἰνός· οἱ</w:t>
      </w:r>
    </w:p>
    <w:p>
      <w:r>
        <w:rPr>
          <w:rFonts w:ascii="Courier New" w:hAnsi="Courier New"/>
          <w:color w:val="555555"/>
          <w:sz w:val="20"/>
        </w:rPr>
        <w:t>[5]</w:t>
      </w:r>
    </w:p>
    <w:p>
      <w:r>
        <w:rPr>
          <w:rFonts w:ascii="Gentium Plus" w:hAnsi="Gentium Plus"/>
          <w:sz w:val="24"/>
        </w:rPr>
        <w:t>δὲ, παρὰ τὸ αἴω, αἴος, καὶ ἐν συνθέσει ἐπαίος, εἶτα κατὰ πλεονασμὸν τοῦ μ καὶ συναιρέσει ἔμπαιος, ὁ αἰσθανόμενος. ἢ παρὰ τὸ ἐμπάζε‐ σθαι, τὸ φροντίζειν. ἢ παρὰ τὸ ἔμπεδον, ὁ βέβαιος.</w:t>
      </w:r>
    </w:p>
    <w:p>
      <w:r>
        <w:rPr>
          <w:rFonts w:ascii="Courier New" w:hAnsi="Courier New"/>
          <w:color w:val="555555"/>
          <w:sz w:val="20"/>
        </w:rPr>
        <w:t>[10]</w:t>
      </w:r>
    </w:p>
    <w:p>
      <w:r>
        <w:rPr>
          <w:rFonts w:ascii="Gentium Plus" w:hAnsi="Gentium Plus"/>
          <w:sz w:val="24"/>
        </w:rPr>
        <w:t>Ἐμποίνιμος. ἐπιζήμιος, θέσιμος. ἢ ἔνοχος ποι‐ νῆς. οἷον, ἐφ’ οἷς ἥμαρτε, δοὺς τιμωρίαν. καὶ ποινὴ λέγεται ἡ ἐπὶ φόνῳ δραθεῖσα κόλασις. ὅρκους οὐκ ἐμποινίμους ἡγησάμενοι εἶναι. Ἐμπέραμος. παρὰ τὸ πεῖρα, ἐμπείραμος καὶ</w:t>
      </w:r>
    </w:p>
    <w:p>
      <w:r>
        <w:rPr>
          <w:rFonts w:ascii="Courier New" w:hAnsi="Courier New"/>
          <w:color w:val="555555"/>
          <w:sz w:val="20"/>
        </w:rPr>
        <w:t>[15]</w:t>
      </w:r>
    </w:p>
    <w:p>
      <w:r>
        <w:rPr>
          <w:rFonts w:ascii="Gentium Plus" w:hAnsi="Gentium Plus"/>
          <w:sz w:val="24"/>
        </w:rPr>
        <w:t>ἐμπέραμος. σημαίνει δὲ τὸν ἔμπειρον. Ἐμπρησμός. καῦσις. ἢ διάπυρος ἀφανισμός. Ἐμέθεν. ἀντὶ τοῦ ἐμοῦ. Ἐμφρέατοι. δικαστήριον τῶν ἀκουσίων φόνων ἐν Ἀθήναις.</w:t>
      </w:r>
    </w:p>
    <w:p>
      <w:r>
        <w:rPr>
          <w:rFonts w:ascii="Courier New" w:hAnsi="Courier New"/>
          <w:color w:val="555555"/>
          <w:sz w:val="20"/>
        </w:rPr>
        <w:t>[20]</w:t>
      </w:r>
    </w:p>
    <w:p>
      <w:r>
        <w:rPr>
          <w:rFonts w:ascii="Gentium Plus" w:hAnsi="Gentium Plus"/>
          <w:sz w:val="24"/>
        </w:rPr>
        <w:t>Ἔμφυλος πόλεμος. ὁ ἐκ τοῦ αὐτοῦ ἔθνους καὶ</w:t>
      </w:r>
    </w:p>
    <w:p>
      <w:r>
        <w:rPr>
          <w:rFonts w:ascii="Courier New" w:hAnsi="Courier New"/>
          <w:color w:val="555555"/>
          <w:sz w:val="20"/>
        </w:rPr>
        <w:t>[epsilon 700]</w:t>
      </w:r>
    </w:p>
    <w:p>
      <w:r>
        <w:rPr>
          <w:rFonts w:ascii="Gentium Plus" w:hAnsi="Gentium Plus"/>
          <w:sz w:val="24"/>
        </w:rPr>
        <w:t>Ἐμεχωνίται. ἔθνος παρὰ Ἰωσήπῳ. Ἔμποροι. οἱ ὠνούμενοι. κάπηλοι οἱ πωλοῦντες.</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Ἐμβολάς. ὁρμάς. ἐπιδρομάς.</w:t>
      </w:r>
    </w:p>
    <w:p>
      <w:r>
        <w:rPr>
          <w:rFonts w:ascii="Courier New" w:hAnsi="Courier New"/>
          <w:color w:val="555555"/>
          <w:sz w:val="20"/>
        </w:rPr>
        <w:t>[5]</w:t>
      </w:r>
    </w:p>
    <w:p>
      <w:r>
        <w:rPr>
          <w:rFonts w:ascii="Gentium Plus" w:hAnsi="Gentium Plus"/>
          <w:sz w:val="24"/>
        </w:rPr>
        <w:t>Ἐμβολή. κλεισούρα. εἴσοδος. στενοτάτη ἐμβο‐ λή. καὶ τὸ ἄκρον τοῦ κριοῦ τοῦ μηχανικοῦ ὀρ‐ γάνου. τῷ ἐπιφερομένῳ ἄχθει ἀποκαυλίζειν τὸ προέχον τῆς ἐμβολῆς. Ἐμβολάδας. ἤτοι ἐγκεντρισμένας. Ἀριστοφά‐</w:t>
      </w:r>
    </w:p>
    <w:p>
      <w:r>
        <w:rPr>
          <w:rFonts w:ascii="Courier New" w:hAnsi="Courier New"/>
          <w:color w:val="555555"/>
          <w:sz w:val="20"/>
        </w:rPr>
        <w:t>[10]</w:t>
      </w:r>
    </w:p>
    <w:p>
      <w:r>
        <w:rPr>
          <w:rFonts w:ascii="Gentium Plus" w:hAnsi="Gentium Plus"/>
          <w:sz w:val="24"/>
        </w:rPr>
        <w:t>νης· ἐμβολάδας ἀπίους. Ἐμβάδας. τὰ ἀνδρῶα ὑποδήματα. —ἐκτυπεῖτο δὲ ἐμβὰς γερόντων εὐρύθμοις προβήμασιν. ἀντὶ τοῦ ὑποδήμασιν. οὕτως Ἀριστοφάνης.</w:t>
      </w:r>
    </w:p>
    <w:p>
      <w:r>
        <w:rPr>
          <w:rFonts w:ascii="Courier New" w:hAnsi="Courier New"/>
          <w:color w:val="555555"/>
          <w:sz w:val="20"/>
        </w:rPr>
        <w:t>[15]</w:t>
      </w:r>
    </w:p>
    <w:p>
      <w:r>
        <w:rPr>
          <w:rFonts w:ascii="Gentium Plus" w:hAnsi="Gentium Plus"/>
          <w:sz w:val="24"/>
        </w:rPr>
        <w:t>Ἐμβρίθεια. ἀνδρεία καὶ φρόνησις στερεά. Ἐμβρίμησις. ψυχῆς λογικῆς τοῦ θυμικοῦ μέ‐ ρους ἐνέργεια. Ἔμβιαι. αἱ εἰς βάθος διϊκνούμεναι ῥίζαι καὶ ἐμβεβηκυῖαι.</w:t>
      </w:r>
    </w:p>
    <w:p>
      <w:r>
        <w:rPr>
          <w:rFonts w:ascii="Courier New" w:hAnsi="Courier New"/>
          <w:color w:val="555555"/>
          <w:sz w:val="20"/>
        </w:rPr>
        <w:t>[20]</w:t>
      </w:r>
    </w:p>
    <w:p>
      <w:r>
        <w:rPr>
          <w:rFonts w:ascii="Gentium Plus" w:hAnsi="Gentium Plus"/>
          <w:sz w:val="24"/>
        </w:rPr>
        <w:t>Ἔμεια. τόπος πλησίον Μυκήνης. Ἔμμηνοι δίκαι. αἱ ἐμπορικαὶ καὶ ἐρανικαί.</w:t>
      </w:r>
    </w:p>
    <w:p>
      <w:r>
        <w:rPr>
          <w:rFonts w:ascii="Courier New" w:hAnsi="Courier New"/>
          <w:color w:val="555555"/>
          <w:sz w:val="20"/>
        </w:rPr>
        <w:t>[epsilon 701]</w:t>
      </w:r>
    </w:p>
    <w:p>
      <w:r>
        <w:rPr>
          <w:rFonts w:ascii="Gentium Plus" w:hAnsi="Gentium Plus"/>
          <w:sz w:val="24"/>
        </w:rPr>
        <w:t>Ἐμπολή. φορτίον ἢ τὸ τῆς πραγματείας κέρ‐ δος· ἢ ἡ συναγωγὴ τοῦ κέρδους. τὸ δὲ ῥῆμα, ἐμπολᾷν, καὶ ἐμπόλημα. Ἐμπίς. ζωΰφιον παραπλήσιον κώνωπι, γινό‐</w:t>
      </w:r>
    </w:p>
    <w:p>
      <w:r>
        <w:rPr>
          <w:rFonts w:ascii="Courier New" w:hAnsi="Courier New"/>
          <w:color w:val="555555"/>
          <w:sz w:val="20"/>
        </w:rPr>
        <w:t>[5]</w:t>
      </w:r>
    </w:p>
    <w:p>
      <w:r>
        <w:rPr>
          <w:rFonts w:ascii="Gentium Plus" w:hAnsi="Gentium Plus"/>
          <w:sz w:val="24"/>
        </w:rPr>
        <w:t>μενον ἐν τοῖς ὕδασι, μεῖζον δὲ τῇ περιοχῇ καὶ κατὰ τὸ μέσον λευκῷ περιεζωσμένον. Ἔμπνευσιν. εἰκόνα θεοῦ καὶ ψυχὴν οἶδεν ἡ θεία γραφή. Ἔμπουσα. φάντασμα δαιμονιῶδες, ὑπὸ Ἑκάτης</w:t>
      </w:r>
    </w:p>
    <w:p>
      <w:r>
        <w:rPr>
          <w:rFonts w:ascii="Courier New" w:hAnsi="Courier New"/>
          <w:color w:val="555555"/>
          <w:sz w:val="20"/>
        </w:rPr>
        <w:t>[10]</w:t>
      </w:r>
    </w:p>
    <w:p>
      <w:r>
        <w:rPr>
          <w:rFonts w:ascii="Gentium Plus" w:hAnsi="Gentium Plus"/>
          <w:sz w:val="24"/>
        </w:rPr>
        <w:t>πεμπόμενον, ἀλλάσσον μορφὰς πολλάς. παρὰ τὸ ἐμποδίζειν, ἢ ἀπὸ τοῦ τὸν ἕτερον πόδα χαλ‐ κοῦν ἔχειν. ἢ ὅτι ἀπὸ σκοτεινῶν τόπων ἐφαί‐ νετο τοῖς μυουμένοις. ἐκαλεῖτο δὲ αὕτη καὶ ὀνο‐ πόλη. ἄλλοι δὲ λέγουσιν, ὅτι φάντασμα ἦν τῆς</w:t>
      </w:r>
    </w:p>
    <w:p>
      <w:r>
        <w:rPr>
          <w:rFonts w:ascii="Courier New" w:hAnsi="Courier New"/>
          <w:color w:val="555555"/>
          <w:sz w:val="20"/>
        </w:rPr>
        <w:t>[15]</w:t>
      </w:r>
    </w:p>
    <w:p>
      <w:r>
        <w:rPr>
          <w:rFonts w:ascii="Gentium Plus" w:hAnsi="Gentium Plus"/>
          <w:sz w:val="24"/>
        </w:rPr>
        <w:t>Ἑκάτης τοῖς δυστυχοῦσι φαινόμενον. Ἔμφασις. τὸ αἴνιγμα, ἢ μέγεθος, ἢ ἐννόησις. †ἢ τὸ ἐμφαινόμενον εἶδος ἐν τῇ κόρῃ τοῦ ὀφθαλμοῦ, κατὰ Δημόκριτον, ὃς τὸ ὁρᾷν ἔλε‐ γεν εἶναι, τί; τὴν ἔμφασιν τὴν ἀπὸ τῶν ὁρω‐</w:t>
      </w:r>
    </w:p>
    <w:p>
      <w:r>
        <w:rPr>
          <w:rFonts w:ascii="Courier New" w:hAnsi="Courier New"/>
          <w:color w:val="555555"/>
          <w:sz w:val="20"/>
        </w:rPr>
        <w:t>[20]</w:t>
      </w:r>
    </w:p>
    <w:p>
      <w:r>
        <w:rPr>
          <w:rFonts w:ascii="Gentium Plus" w:hAnsi="Gentium Plus"/>
          <w:sz w:val="24"/>
        </w:rPr>
        <w:t>μένων δέχεσθαι. οὐ καλῶς δέ. τοῦτο γὰρ συμ‐ βέβηκε διὰ τὸ τὸ ὄμμα λεῖον εἶναι. τὰ γὰρ λεῖα πάντα πέφυκε τὴν τοιούτην ἀπὸ τῶν ὀφθαλ‐ μῶν ἔμφασιν δέχεσθαι, οὐχ ὁ ὀφθαλμὸς μό‐ νον. πολλὰ γὰρ ἄψυχα δέχεται τὴν τοιαύτην</w:t>
      </w:r>
    </w:p>
    <w:p>
      <w:r>
        <w:rPr>
          <w:rFonts w:ascii="Courier New" w:hAnsi="Courier New"/>
          <w:color w:val="555555"/>
          <w:sz w:val="20"/>
        </w:rPr>
        <w:t>[25]</w:t>
      </w:r>
    </w:p>
    <w:p>
      <w:r>
        <w:rPr>
          <w:rFonts w:ascii="Gentium Plus" w:hAnsi="Gentium Plus"/>
          <w:sz w:val="24"/>
        </w:rPr>
        <w:t>ἔμφασιν, ἀλλ’ οὐχ ὁρᾷ. ἡ γὰρ ἔμφασις πάθος τί ἐστι κατὰ ἀνάκλασιν γινόμενον ἐν τοῖς λείοις τε καὶ σύστασίν τινα ἔχουσιν, ὡς δύνασθαι σώ‐ ζειν τὸ ἐμφαινόμενον. ἀλλ’ ὅτι τὸ χρῶμα, ὅπερ ἐστὶν ὁρατὸν καθ’ αὑτὸ, κινητικὸν εἶναι πέφυ‐</w:t>
      </w:r>
    </w:p>
    <w:p>
      <w:r>
        <w:rPr>
          <w:rFonts w:ascii="Courier New" w:hAnsi="Courier New"/>
          <w:color w:val="555555"/>
          <w:sz w:val="20"/>
        </w:rPr>
        <w:t>[30]</w:t>
      </w:r>
    </w:p>
    <w:p>
      <w:r>
        <w:rPr>
          <w:rFonts w:ascii="Gentium Plus" w:hAnsi="Gentium Plus"/>
          <w:sz w:val="24"/>
        </w:rPr>
        <w:t>κε τοῦ κατ’ ἐνέργειαν διαφανοῦς, κατ’ ἐνέρ‐</w:t>
      </w:r>
    </w:p>
    <w:p>
      <w:r>
        <w:rPr>
          <w:rFonts w:ascii="Courier New" w:hAnsi="Courier New"/>
          <w:color w:val="555555"/>
          <w:sz w:val="20"/>
        </w:rPr>
        <w:t>[epsilon 702]</w:t>
      </w:r>
    </w:p>
    <w:p>
      <w:r>
        <w:rPr>
          <w:rFonts w:ascii="Gentium Plus" w:hAnsi="Gentium Plus"/>
          <w:sz w:val="24"/>
        </w:rPr>
        <w:t>τὸ φῶς ἐτέθη ἐνέργειαν εἶναι τοῦ διαφανοο͂ς, ᾗ διαφανές. ἡ διὰ μέσου τοῦ ὁρωμένου καὶ τῆς ὁρώσης ὄψεως γινομένη κίνησις ὑπὸ τοῦ ὁρατοῦ ἐν τῷ διαφανεῖ, ἐστὶν ἡ τοῦ ὁρᾷν αἰτία. κινη‐</w:t>
      </w:r>
    </w:p>
    <w:p>
      <w:r>
        <w:rPr>
          <w:rFonts w:ascii="Courier New" w:hAnsi="Courier New"/>
          <w:color w:val="555555"/>
          <w:sz w:val="20"/>
        </w:rPr>
        <w:t>[5]</w:t>
      </w:r>
    </w:p>
    <w:p>
      <w:r>
        <w:rPr>
          <w:rFonts w:ascii="Gentium Plus" w:hAnsi="Gentium Plus"/>
          <w:sz w:val="24"/>
        </w:rPr>
        <w:t>τικὸν γὰρ τὸ ὁρατὸν τῆς τοιαύτης φύσεως. οὕ‐ τως Ἀριστοτέλης τὸ ὁρᾷν εἶπε γίνεσθαι. ἔμ‐ φασις †καὶ ἡ προσποίησις. ὁ δὲ Φίλιππος ποιῶν ἔμφασιν, ὡς ἐπί τινα τῶν ἐν Πελοποννή‐ σῳ πράξεων ἐπεστροφώς. ἔμφασις καὶ ἡ ἔνδει‐</w:t>
      </w:r>
    </w:p>
    <w:p>
      <w:r>
        <w:rPr>
          <w:rFonts w:ascii="Courier New" w:hAnsi="Courier New"/>
          <w:color w:val="555555"/>
          <w:sz w:val="20"/>
        </w:rPr>
        <w:t>[10]</w:t>
      </w:r>
    </w:p>
    <w:p>
      <w:r>
        <w:rPr>
          <w:rFonts w:ascii="Gentium Plus" w:hAnsi="Gentium Plus"/>
          <w:sz w:val="24"/>
        </w:rPr>
        <w:t>ξις. ταύτην δὲ τὴν λοιδορίαν καὶ τὰς ἐμφά‐ σεις οὐχ οἷον ἄν τις διετίθετο πεπαιδευμένος ἀνήρ. Ἐμφέρεια. ὁμοίωσις.</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Ἔμβρυον. τὸ κυοφορούμενον, καὶ ἔτι διαπλαττό‐ μενον βρέφος. παρὰ τὸ ἔσω βρύειν, ὅ ἐστιν αὔξεσθαι. Ἔμβολα. μοχλοὶ, ἀσφάλειαι. καὶ ἔμβολος, χάλκωμα πεπυρωμένον, περιτιθέμενον κατὰ</w:t>
      </w:r>
    </w:p>
    <w:p>
      <w:r>
        <w:rPr>
          <w:rFonts w:ascii="Courier New" w:hAnsi="Courier New"/>
          <w:color w:val="555555"/>
          <w:sz w:val="20"/>
        </w:rPr>
        <w:t>[20]</w:t>
      </w:r>
    </w:p>
    <w:p>
      <w:r>
        <w:rPr>
          <w:rFonts w:ascii="Gentium Plus" w:hAnsi="Gentium Plus"/>
          <w:sz w:val="24"/>
        </w:rPr>
        <w:t>πρώραν ταῖς ναυσίν. ἔμβολον δέ φασιν χρη‐ μάτων ἔχειν αὐτόν. ἔμβολον καὶ παρατάξεως ὄνομα· ἔστι δὲ τὸ ἥμισυ τοῦ ῥόμβου. ὀνομάζεται δὲ καὶ σφενδονοειδές. Ἀγαθίας· ἦν δὲ αὐτοῖς ἡ ἰδέα τῆς παρατάξεως, οἷον ἐς ἔμβολον. δελ‐</w:t>
      </w:r>
    </w:p>
    <w:p>
      <w:r>
        <w:rPr>
          <w:rFonts w:ascii="Courier New" w:hAnsi="Courier New"/>
          <w:color w:val="555555"/>
          <w:sz w:val="20"/>
        </w:rPr>
        <w:t>[25]</w:t>
      </w:r>
    </w:p>
    <w:p>
      <w:r>
        <w:rPr>
          <w:rFonts w:ascii="Gentium Plus" w:hAnsi="Gentium Plus"/>
          <w:sz w:val="24"/>
        </w:rPr>
        <w:t>τωτῷ γὰρ ἐῴκει. καὶ τὸ μὲν ἐμπρόσθιον, ὅσον ἐς ὀξὺ ἔληγε, στεγανόν τε ἦν καὶ πεπυκνω‐ μένον, τῷ πάντοθεν ταῖς ἀσπίσι περιπεφρά‐ χθαι. Ἐμβριθές. στεῤῥόν. στιβαρόν.</w:t>
      </w:r>
    </w:p>
    <w:p>
      <w:r>
        <w:rPr>
          <w:rFonts w:ascii="Courier New" w:hAnsi="Courier New"/>
          <w:color w:val="555555"/>
          <w:sz w:val="20"/>
        </w:rPr>
        <w:t>[30]</w:t>
      </w:r>
    </w:p>
    <w:p>
      <w:r>
        <w:rPr>
          <w:rFonts w:ascii="Gentium Plus" w:hAnsi="Gentium Plus"/>
          <w:sz w:val="24"/>
        </w:rPr>
        <w:t>Ἐμβρίμημα. μετ’ ὀργῆς λάλημα.</w:t>
      </w:r>
    </w:p>
    <w:p>
      <w:r>
        <w:rPr>
          <w:rFonts w:ascii="Courier New" w:hAnsi="Courier New"/>
          <w:color w:val="555555"/>
          <w:sz w:val="20"/>
        </w:rPr>
        <w:t>[epsilon 703]</w:t>
      </w:r>
    </w:p>
    <w:p>
      <w:r>
        <w:rPr>
          <w:rFonts w:ascii="Gentium Plus" w:hAnsi="Gentium Plus"/>
          <w:sz w:val="24"/>
        </w:rPr>
        <w:t>Ἔμβιον. τὸ ζῶν καὶ μὴ ξηρανθὲν, μὴ δὲ ἐν‐ αποθανόν. ἔμβιόν τι ψυχῆς πάθος ἐνέσταξέ μοι κομίσασα. Ἐμμελέστερον. συνετὸν, εὔρυθμον.</w:t>
      </w:r>
    </w:p>
    <w:p>
      <w:r>
        <w:rPr>
          <w:rFonts w:ascii="Courier New" w:hAnsi="Courier New"/>
          <w:color w:val="555555"/>
          <w:sz w:val="20"/>
        </w:rPr>
        <w:t>[5]</w:t>
      </w:r>
    </w:p>
    <w:p>
      <w:r>
        <w:rPr>
          <w:rFonts w:ascii="Gentium Plus" w:hAnsi="Gentium Plus"/>
          <w:sz w:val="24"/>
        </w:rPr>
        <w:t>Ἔμμηνον. ὃ καὶ ἐπιμήνιον. τὸ κατὰ μῆνα πλεο‐ νάζον αἷμα ταῖς γυναιξί. τροφὴ δὲ τὸ αἷμα γίνεται τοῖς βρέφεσιν. Ἔμμηνα. κατὰ μῆνα. μηλοσφαγεῖ</w:t>
      </w:r>
    </w:p>
    <w:p>
      <w:r>
        <w:rPr>
          <w:rFonts w:ascii="Courier New" w:hAnsi="Courier New"/>
          <w:color w:val="555555"/>
          <w:sz w:val="20"/>
        </w:rPr>
        <w:t>[10]</w:t>
      </w:r>
    </w:p>
    <w:p>
      <w:r>
        <w:rPr>
          <w:rFonts w:ascii="Gentium Plus" w:hAnsi="Gentium Plus"/>
          <w:sz w:val="24"/>
        </w:rPr>
        <w:t>θεοῖσιν ἔμμην’ ἱερὰ τοῖς σωτηρίοις. Ἔμπαλιν. ἐναντίον. Ἔμπηρα. πεπηρωμένα. αἱ δὲ γυναῖκες ἔτικτον ἔμπηρα καὶ τέρατα. Ἔμπλεα. μεστὰ, πλήρη.</w:t>
      </w:r>
    </w:p>
    <w:p>
      <w:r>
        <w:rPr>
          <w:rFonts w:ascii="Courier New" w:hAnsi="Courier New"/>
          <w:color w:val="555555"/>
          <w:sz w:val="20"/>
        </w:rPr>
        <w:t>[15]</w:t>
      </w:r>
    </w:p>
    <w:p>
      <w:r>
        <w:rPr>
          <w:rFonts w:ascii="Gentium Plus" w:hAnsi="Gentium Plus"/>
          <w:sz w:val="24"/>
        </w:rPr>
        <w:t>Ἐμπύρευμα. κυρίως βραχύ τι λείψανον ἐστὶ πυρὸς ἐναπτόμενον τῇ σποδιᾷ. εἴρηται καὶ κα‐ ταχρηστικῶς καὶ ἐπιλείψανα· ὡς, φέρε εἰπεῖν, γνώσεως, ἀρετῆς, κακίας, μνήμης.</w:t>
      </w:r>
    </w:p>
    <w:p>
      <w:r>
        <w:rPr>
          <w:rFonts w:ascii="Courier New" w:hAnsi="Courier New"/>
          <w:color w:val="555555"/>
          <w:sz w:val="20"/>
        </w:rPr>
        <w:t>[epsilon 704]</w:t>
      </w:r>
    </w:p>
    <w:p>
      <w:r>
        <w:rPr>
          <w:rFonts w:ascii="Gentium Plus" w:hAnsi="Gentium Plus"/>
          <w:sz w:val="24"/>
        </w:rPr>
        <w:t>Ἐμποίνιμον. ἐπιζήμιον, θέσιμον, ἢ ἔνοχον ποιναῖς. Ἐμπολέμια. τὰ εἰς πόλεμον ἐπιτήδεια καὶ εὔ‐ χρηστα.</w:t>
      </w:r>
    </w:p>
    <w:p>
      <w:r>
        <w:rPr>
          <w:rFonts w:ascii="Courier New" w:hAnsi="Courier New"/>
          <w:color w:val="555555"/>
          <w:sz w:val="20"/>
        </w:rPr>
        <w:t>[5]</w:t>
      </w:r>
    </w:p>
    <w:p>
      <w:r>
        <w:rPr>
          <w:rFonts w:ascii="Gentium Plus" w:hAnsi="Gentium Plus"/>
          <w:sz w:val="24"/>
        </w:rPr>
        <w:t>Ἐμπόλημα. τὸ τῆς πραγματείας κέρδος. ἐμ‐ πόριον. Ἐμφαντικώτερον. δηλωτικώτερον. Ἐμφανές. φανερόν. Ἐμφερές. ὅμοιον. παραπλήσιον.</w:t>
      </w:r>
    </w:p>
    <w:p>
      <w:r>
        <w:rPr>
          <w:rFonts w:ascii="Courier New" w:hAnsi="Courier New"/>
          <w:color w:val="555555"/>
          <w:sz w:val="20"/>
        </w:rPr>
        <w:t>[10]</w:t>
      </w:r>
    </w:p>
    <w:p>
      <w:r>
        <w:rPr>
          <w:rFonts w:ascii="Gentium Plus" w:hAnsi="Gentium Plus"/>
          <w:sz w:val="24"/>
        </w:rPr>
        <w:t>Ἐμφύλιον. συγγενικόν. Ἔμφυτον. ἐγκάρδιον. διὰ τὸ προϋπάρχον αὐτῷ μῖσος ἔμφυτον. καὶ τὸ πεφυκὸς τῇ φύσει οὐσιωδῶς. Ἔμψοφον. τὸ μετὰ ψόφου γινόμενον. ἔμψοφον</w:t>
      </w:r>
    </w:p>
    <w:p>
      <w:r>
        <w:rPr>
          <w:rFonts w:ascii="Courier New" w:hAnsi="Courier New"/>
          <w:color w:val="555555"/>
          <w:sz w:val="20"/>
        </w:rPr>
        <w:t>[15]</w:t>
      </w:r>
    </w:p>
    <w:p>
      <w:r>
        <w:rPr>
          <w:rFonts w:ascii="Gentium Plus" w:hAnsi="Gentium Plus"/>
          <w:sz w:val="24"/>
        </w:rPr>
        <w:t>φίλημα. Ἐμπαιγμάτων. ἐπιθυμίας ἐμπαθοῦς. Ἔμπεδα καὶ τὰ κτήματα. Ὅμηρος· πείθεσθαί τε γέροντι καὶ ἔμπεδα πάντα φυ‐</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Ἐμασχαλίσθη. ἔθος ἦν τοῖς ἀρχαίοις, ὁπόταν φονεύσειαν ἐξ ἐπιβουλῆς τινὰ, τὸ ἔργον ἀφο‐ σιουμένους ἀκρωτηριάζειν τὸν νεκρὸν, καὶ τῶν</w:t>
      </w:r>
    </w:p>
    <w:p>
      <w:r>
        <w:rPr>
          <w:rFonts w:ascii="Courier New" w:hAnsi="Courier New"/>
          <w:color w:val="555555"/>
          <w:sz w:val="20"/>
        </w:rPr>
        <w:t>[5]</w:t>
      </w:r>
    </w:p>
    <w:p>
      <w:r>
        <w:rPr>
          <w:rFonts w:ascii="Gentium Plus" w:hAnsi="Gentium Plus"/>
          <w:sz w:val="24"/>
        </w:rPr>
        <w:t>μορίων ὁρμαθὸν ποιήσαντας κρημνάναι κατὰ τοῦ τραχήλου, κατὰ τῶν μασχαλῶν διείροντας. ἀφ’ οὗ δὴ καὶ μασχαλίσματα προσηγόρευσαν αὐτά. Ἐμάλθαξαν. κατεπράϋναν. καθωμάλισαν. ἐμα‐ λάκισαν. ἐμάλθαξαν τὸ πάνυ πρανές τε καὶ</w:t>
      </w:r>
    </w:p>
    <w:p>
      <w:r>
        <w:rPr>
          <w:rFonts w:ascii="Courier New" w:hAnsi="Courier New"/>
          <w:color w:val="555555"/>
          <w:sz w:val="20"/>
        </w:rPr>
        <w:t>[10]</w:t>
      </w:r>
    </w:p>
    <w:p>
      <w:r>
        <w:rPr>
          <w:rFonts w:ascii="Gentium Plus" w:hAnsi="Gentium Plus"/>
          <w:sz w:val="24"/>
        </w:rPr>
        <w:t>ὀλισθηρόν. Ἐμματάζων. ματαιολογῶν. Ἐμακάρισαν. ἐμνημόνευσαν. Ἐμάτησεν. ἠμέλησεν. ἐματαιοπόνησεν, ἐμα‐ ταιοπράγησεν.</w:t>
      </w:r>
    </w:p>
    <w:p>
      <w:r>
        <w:rPr>
          <w:rFonts w:ascii="Courier New" w:hAnsi="Courier New"/>
          <w:color w:val="555555"/>
          <w:sz w:val="20"/>
        </w:rPr>
        <w:t>[15]</w:t>
      </w:r>
    </w:p>
    <w:p>
      <w:r>
        <w:rPr>
          <w:rFonts w:ascii="Gentium Plus" w:hAnsi="Gentium Plus"/>
          <w:sz w:val="24"/>
        </w:rPr>
        <w:t>Ἐμβεβροντημένα. μάταια γενόμενα. Ἐμβριμώμενος. μετὰ αὐστηρότητος ἐπιτάττων καὶ ἐπιτιμῶν. ἢ μετ’ ὀργῆς λαλῶν. καὶ ἐμβρι‐ μᾶται. Ἐμβαλόντα. ὁ δὲ παῖς ὢν ἔτι τὸν διδάσκαλον</w:t>
      </w:r>
    </w:p>
    <w:p>
      <w:r>
        <w:rPr>
          <w:rFonts w:ascii="Courier New" w:hAnsi="Courier New"/>
          <w:color w:val="555555"/>
          <w:sz w:val="20"/>
        </w:rPr>
        <w:t>[20]</w:t>
      </w:r>
    </w:p>
    <w:p>
      <w:r>
        <w:rPr>
          <w:rFonts w:ascii="Gentium Plus" w:hAnsi="Gentium Plus"/>
          <w:sz w:val="24"/>
        </w:rPr>
        <w:t>Λῖνον, πληγὰς αὐτῷ ἐμβαλόντα, ἐν τῇ διδα‐ σκαλίᾳ δυσανασχετήσας καὶ οὐκ ἐθέλων ἄρχε‐</w:t>
      </w:r>
    </w:p>
    <w:p>
      <w:r>
        <w:rPr>
          <w:rFonts w:ascii="Courier New" w:hAnsi="Courier New"/>
          <w:color w:val="555555"/>
          <w:sz w:val="20"/>
        </w:rPr>
        <w:t>[epsilon 706]</w:t>
      </w:r>
    </w:p>
    <w:p>
      <w:r>
        <w:rPr>
          <w:rFonts w:ascii="Gentium Plus" w:hAnsi="Gentium Plus"/>
          <w:sz w:val="24"/>
        </w:rPr>
        <w:t>Ἐμβάλλουσι. καταντῶσιν. ἀπέρχονται. ἐμβάλ‐ λουσι δὲ, ὁ μὲν βασιλεὺς εἰς Λυδίαν, ὁ δὲ Προκόπιος εἰς Φρυγίαν τὴν ἄνω. Ἐμβατεῦσαι. ἐπιβῆναι. τὰ ἔνδον ἐξερευνῆσαι</w:t>
      </w:r>
    </w:p>
    <w:p>
      <w:r>
        <w:rPr>
          <w:rFonts w:ascii="Courier New" w:hAnsi="Courier New"/>
          <w:color w:val="555555"/>
          <w:sz w:val="20"/>
        </w:rPr>
        <w:t>[5]</w:t>
      </w:r>
    </w:p>
    <w:p>
      <w:r>
        <w:rPr>
          <w:rFonts w:ascii="Gentium Plus" w:hAnsi="Gentium Plus"/>
          <w:sz w:val="24"/>
        </w:rPr>
        <w:t>ἢ σκοπῆσαι. Ἐμβατεύων. ἐπιβαίνων. καὶ ἐμβατεύσαντες ἀντὶ τοῦ εἰσελθόντες. οἱ δὲ Οὖννοι εἰς τὴν προκει‐ μένην νησίδα τῆς πόλεως ἐμβατεύσαντες. Ἐμβαίη. κατέλθῃ.</w:t>
      </w:r>
    </w:p>
    <w:p>
      <w:r>
        <w:rPr>
          <w:rFonts w:ascii="Courier New" w:hAnsi="Courier New"/>
          <w:color w:val="555555"/>
          <w:sz w:val="20"/>
        </w:rPr>
        <w:t>[10]</w:t>
      </w:r>
    </w:p>
    <w:p>
      <w:r>
        <w:rPr>
          <w:rFonts w:ascii="Gentium Plus" w:hAnsi="Gentium Plus"/>
          <w:sz w:val="24"/>
        </w:rPr>
        <w:t>Ἐμβαίνοντες. ἐπιβαίνοντες. οἱ δὲ Ἀῤῥάβιοι ἀρετῇ πολὺ τῶν ἀῤῥένων διαφέρουσιν, οἳ βέλε‐ σιν ἀνδρομήκεσι χρώμενοι ἀντὶ τῶν χειρῶν τῷ ποδὶ ἐμβαίνοντες ἐς τὴν νευρὰν κυκλοῦσι τὸ τόξον.]</w:t>
      </w:r>
    </w:p>
    <w:p>
      <w:r>
        <w:rPr>
          <w:rFonts w:ascii="Courier New" w:hAnsi="Courier New"/>
          <w:color w:val="555555"/>
          <w:sz w:val="20"/>
        </w:rPr>
        <w:t>[15]</w:t>
      </w:r>
    </w:p>
    <w:p>
      <w:r>
        <w:rPr>
          <w:rFonts w:ascii="Gentium Plus" w:hAnsi="Gentium Plus"/>
          <w:sz w:val="24"/>
        </w:rPr>
        <w:t>Ἐμβεβλημένα. ἐγκεντρισμένα. Ἐμαίμασσε. προεθυμήθη. Ἐμβιβάξαντες. παρ’ Ἱππώνακτι· ἀλλ’ αὐτίκ’ ἀλλήλοισιν ἐμβιβάξαντες. †ἀπὸ τοῦ ἐμβιβάζω ἐμβιβάξω.† σημαίνει δὲ</w:t>
      </w:r>
    </w:p>
    <w:p>
      <w:r>
        <w:rPr>
          <w:rFonts w:ascii="Courier New" w:hAnsi="Courier New"/>
          <w:color w:val="555555"/>
          <w:sz w:val="20"/>
        </w:rPr>
        <w:t>[20]</w:t>
      </w:r>
    </w:p>
    <w:p>
      <w:r>
        <w:rPr>
          <w:rFonts w:ascii="Gentium Plus" w:hAnsi="Gentium Plus"/>
          <w:sz w:val="24"/>
        </w:rPr>
        <w:t>τὸ ἐμβοήσαντες. Ἐμβαλεῖς. εἰσελεύσῃ. ἰδίως ἐμβαλεῖν τὸ ταῖς</w:t>
      </w:r>
    </w:p>
    <w:p>
      <w:r>
        <w:rPr>
          <w:rFonts w:ascii="Courier New" w:hAnsi="Courier New"/>
          <w:color w:val="555555"/>
          <w:sz w:val="20"/>
        </w:rPr>
        <w:t>[epsilon 707]</w:t>
      </w:r>
    </w:p>
    <w:p>
      <w:r>
        <w:rPr>
          <w:rFonts w:ascii="Gentium Plus" w:hAnsi="Gentium Plus"/>
          <w:sz w:val="24"/>
        </w:rPr>
        <w:t>Ἔμμεναι. ὑπάρχειν. ἰστέον, ὅτι ἐπὶ τῶν εἰς ναι ἀπαρεμφάτων τοῦ ἀορίστου εἰώθασιν αἱ διάλεκτοι ἐπεντιθέναι τὴν μεν συλλαβήν· καὶ εἰ μὲν ὦσι δύο σύμφωνα, ἀποβάλλουσι τὸ ἕν·</w:t>
      </w:r>
    </w:p>
    <w:p>
      <w:r>
        <w:rPr>
          <w:rFonts w:ascii="Courier New" w:hAnsi="Courier New"/>
          <w:color w:val="555555"/>
          <w:sz w:val="20"/>
        </w:rPr>
        <w:t>[5]</w:t>
      </w:r>
    </w:p>
    <w:p>
      <w:r>
        <w:rPr>
          <w:rFonts w:ascii="Gentium Plus" w:hAnsi="Gentium Plus"/>
          <w:sz w:val="24"/>
        </w:rPr>
        <w:t>δοῦναι δόμεναι, θεῖναι θέμεναι· εἰ δὲ εὑρεθῇ ἓν ἔχον, φυλάσσει αὐτό· οἷον, στῆναι στήμε‐ ναι, βῆναι βήμεναι, εἶναι ἔμμεναι. Ἐμέλλησεν. ὑπερέθετο, ἐβράδυνεν. Ἐμεγαλύνθη. ὑψώθη.</w:t>
      </w:r>
    </w:p>
    <w:p>
      <w:r>
        <w:rPr>
          <w:rFonts w:ascii="Courier New" w:hAnsi="Courier New"/>
          <w:color w:val="555555"/>
          <w:sz w:val="20"/>
        </w:rPr>
        <w:t>[10]</w:t>
      </w:r>
    </w:p>
    <w:p>
      <w:r>
        <w:rPr>
          <w:rFonts w:ascii="Gentium Plus" w:hAnsi="Gentium Plus"/>
          <w:sz w:val="24"/>
        </w:rPr>
        <w:t>Ἐμετεωρίσθησαν. ἐχάρησαν. Ἔμελλεν. ἐφαίνετο, ἀπέκειτο, ἐῴκει. παρ’ Ὁμήρῳ. Ἐμείωσας. ἠλάττωσας. Ἐμηδίασαν. τὰ τῶν Μήδων εἵλοντο. [ὅτι μετὰ</w:t>
      </w:r>
    </w:p>
    <w:p>
      <w:r>
        <w:rPr>
          <w:rFonts w:ascii="Courier New" w:hAnsi="Courier New"/>
          <w:color w:val="555555"/>
          <w:sz w:val="20"/>
        </w:rPr>
        <w:t>[15]</w:t>
      </w:r>
    </w:p>
    <w:p>
      <w:r>
        <w:rPr>
          <w:rFonts w:ascii="Gentium Plus" w:hAnsi="Gentium Plus"/>
          <w:sz w:val="24"/>
        </w:rPr>
        <w:t>τὴν ἐν Μαραθῶνι μάχην οἱ Θετταλοὶ ἐμηδίασαν.] Ἐμημεκώς. ἐμέσας. Ἐμηχανᾶτο. ἐτεχνάζετο. ἀνέμβατα ὄρη ἐμηχα‐ νᾶτο φαίνεσθαι. Ἐμηνίων. ὠργίζοντο.</w:t>
      </w:r>
    </w:p>
    <w:p>
      <w:r>
        <w:rPr>
          <w:rFonts w:ascii="Courier New" w:hAnsi="Courier New"/>
          <w:color w:val="555555"/>
          <w:sz w:val="20"/>
        </w:rPr>
        <w:t>[20]</w:t>
      </w:r>
    </w:p>
    <w:p>
      <w:r>
        <w:rPr>
          <w:rFonts w:ascii="Gentium Plus" w:hAnsi="Gentium Plus"/>
          <w:sz w:val="24"/>
        </w:rPr>
        <w:t>Ἐμήνυον. ἀνεμάνθανον. Ἐμήσατο. ἐβουλεύσατο. Ἐμιτρώσατο. ἐζώσατο. Ἐμιτροφόρουν. ἀντὶ τοῦ μίτρας ἤτοι ζώνας διαζωσάμενοι.</w:t>
      </w:r>
    </w:p>
    <w:p>
      <w:r>
        <w:rPr>
          <w:rFonts w:ascii="Courier New" w:hAnsi="Courier New"/>
          <w:color w:val="555555"/>
          <w:sz w:val="20"/>
        </w:rPr>
        <w:t>[25]</w:t>
      </w:r>
    </w:p>
    <w:p>
      <w:r>
        <w:rPr>
          <w:rFonts w:ascii="Gentium Plus" w:hAnsi="Gentium Plus"/>
          <w:sz w:val="24"/>
        </w:rPr>
        <w:t>Ἐμνώοντο. μνήμην ἐποιοῦντο.</w:t>
      </w:r>
    </w:p>
    <w:p>
      <w:r>
        <w:rPr>
          <w:rFonts w:ascii="Courier New" w:hAnsi="Courier New"/>
          <w:color w:val="555555"/>
          <w:sz w:val="20"/>
        </w:rPr>
        <w:t>[epsilon 708]</w:t>
      </w:r>
    </w:p>
    <w:p>
      <w:r>
        <w:rPr>
          <w:rFonts w:ascii="Gentium Plus" w:hAnsi="Gentium Plus"/>
          <w:sz w:val="24"/>
        </w:rPr>
        <w:t>Ἔμμορεν. ἔλαχεν, ἔτυχεν. [ἔστι δὲ δεύτερος ἀόριστος ἀπὸ τοῦ μορῶ, ὃ σημαίνει τὸ τυγχά‐ νω. ὅτι δὲ δεύτερος ἀόριστος, δῆλον. καὶ τὸ τρίτον πρόσωπον τῶν πληθυντικῶν ἔμμορον εὑ‐</w:t>
      </w:r>
    </w:p>
    <w:p>
      <w:r>
        <w:rPr>
          <w:rFonts w:ascii="Courier New" w:hAnsi="Courier New"/>
          <w:color w:val="555555"/>
          <w:sz w:val="20"/>
        </w:rPr>
        <w:t>[5]</w:t>
      </w:r>
    </w:p>
    <w:p>
      <w:r>
        <w:rPr>
          <w:rFonts w:ascii="Gentium Plus" w:hAnsi="Gentium Plus"/>
          <w:sz w:val="24"/>
        </w:rPr>
        <w:t>ρίσκομεν.] Ἐμπαροινοῦντες. ἐνυβρίζοντες. Ἐμπάζεται. ἐπιστρέφεται, ἢ φροντίζει. Ἐμπάζομαι. ἐντίθεμαι, λόγον ποιοῦμαι. †οἷον· οὔτι θεοπροπίης ἐμπάζομαι—</w:t>
      </w:r>
    </w:p>
    <w:p>
      <w:r>
        <w:rPr>
          <w:rFonts w:ascii="Courier New" w:hAnsi="Courier New"/>
          <w:color w:val="555555"/>
          <w:sz w:val="20"/>
        </w:rPr>
        <w:t>[10]</w:t>
      </w:r>
    </w:p>
    <w:p>
      <w:r>
        <w:rPr>
          <w:rFonts w:ascii="Gentium Plus" w:hAnsi="Gentium Plus"/>
          <w:sz w:val="24"/>
        </w:rPr>
        <w:t>παρὰ τὸ ἔμπης· ἢ παρὰ τὸ ἔμπαιος.† Ἐμπεδοῖ. βεβαιοῖ, στερεοῖ. Ἐμπεδορκεῖν. ἐμπέδως τηρεῖν τὰ ὅρκια. ὡς ἂν ἐμπεδορκοίη, ἤλαυνεν εἰς τὴν πόλιν. Ἐμπεσών. ἄρξας τῶν πραγμάτων. ὃς ἐμπεσὼν</w:t>
      </w:r>
    </w:p>
    <w:p>
      <w:r>
        <w:rPr>
          <w:rFonts w:ascii="Courier New" w:hAnsi="Courier New"/>
          <w:color w:val="555555"/>
          <w:sz w:val="20"/>
        </w:rPr>
        <w:t>[15]</w:t>
      </w:r>
    </w:p>
    <w:p>
      <w:r>
        <w:rPr>
          <w:rFonts w:ascii="Gentium Plus" w:hAnsi="Gentium Plus"/>
          <w:sz w:val="24"/>
        </w:rPr>
        <w:t>τοῖς πράγμασιν. Ἐμπερονῆσαι. διατρῆσαι, διατρυπῆσαι. Ἐμπεφυυῖα. ἰσχυρῶς κρατοῦσα, καὶ ἐμπεφύα‐ σιν. οἷον· ὣς ἔχετ’ ἐμπεφυυῖα.</w:t>
      </w:r>
    </w:p>
    <w:p>
      <w:r>
        <w:rPr>
          <w:rFonts w:ascii="Courier New" w:hAnsi="Courier New"/>
          <w:color w:val="555555"/>
          <w:sz w:val="20"/>
        </w:rPr>
        <w:t>[20]</w:t>
      </w:r>
    </w:p>
    <w:p>
      <w:r>
        <w:rPr>
          <w:rFonts w:ascii="Gentium Plus" w:hAnsi="Gentium Plus"/>
          <w:sz w:val="24"/>
        </w:rPr>
        <w:t>[ἔστι φῦμι, τὸ προσπελάζω, ὁ μέλλων φύσω, ὁ παρακείμενος πέφυκα, ἡ μετοχὴ ὁ πεφυκὼς, ἀποβολῇ συμφώνου πεφυὼς, καὶ τὸ θηλυκὸν πεφυυῖα καὶ ἐμπεφυυῖα.] Ἐμπειρεῖν. πεπειραμένως ἔχειν. φήσας γεγονέ‐</w:t>
      </w:r>
    </w:p>
    <w:p>
      <w:r>
        <w:rPr>
          <w:rFonts w:ascii="Courier New" w:hAnsi="Courier New"/>
          <w:color w:val="555555"/>
          <w:sz w:val="20"/>
        </w:rPr>
        <w:t>[25]</w:t>
      </w:r>
    </w:p>
    <w:p>
      <w:r>
        <w:rPr>
          <w:rFonts w:ascii="Gentium Plus" w:hAnsi="Gentium Plus"/>
          <w:sz w:val="24"/>
        </w:rPr>
        <w:t>ναι πλείω χρόνον ἐν ταῖς Σάρδεσι καὶ τὸν τό‐</w:t>
      </w:r>
    </w:p>
    <w:p>
      <w:r>
        <w:rPr>
          <w:rFonts w:ascii="Courier New" w:hAnsi="Courier New"/>
          <w:color w:val="555555"/>
          <w:sz w:val="20"/>
        </w:rPr>
        <w:t>[epsilon 709]</w:t>
      </w:r>
    </w:p>
    <w:p>
      <w:r>
        <w:rPr>
          <w:rFonts w:ascii="Gentium Plus" w:hAnsi="Gentium Plus"/>
          <w:sz w:val="24"/>
        </w:rPr>
        <w:t>Ἐμπιπρᾶται. καίεται, ἐμπυρίζεται. Ἐμπιπλᾶται. πληροῦται· χορτάζεται. Ἐμπίπλη. Ἀττικόν. Ἀττικοὶ γὰρ λίαν ἀποβο‐ λὴν τοῦ μ ποιοῦσι. ἡ κοινὴ γὰρ ἵστημι, αὐ‐</w:t>
      </w:r>
    </w:p>
    <w:p>
      <w:r>
        <w:rPr>
          <w:rFonts w:ascii="Courier New" w:hAnsi="Courier New"/>
          <w:color w:val="555555"/>
          <w:sz w:val="20"/>
        </w:rPr>
        <w:t>[5]</w:t>
      </w:r>
    </w:p>
    <w:p>
      <w:r>
        <w:rPr>
          <w:rFonts w:ascii="Gentium Plus" w:hAnsi="Gentium Plus"/>
          <w:sz w:val="24"/>
        </w:rPr>
        <w:t>τοὶ δὲ ἵστη. Ἐμπλασσόμενοι. προσκρούοντες, προσπελάζον‐ τες. οἱ δὲ Καρχηδόνιοι ἀλλήλοις ἐμπλασσό‐ μενοι καὶ περιπίπτοντες τοῖς θηρίοις ἀπέθνη‐ σκον. [καὶ ἀντὶ τοῦ ἐπεμβαίνοντες καὶ συῤῥη‐</w:t>
      </w:r>
    </w:p>
    <w:p>
      <w:r>
        <w:rPr>
          <w:rFonts w:ascii="Courier New" w:hAnsi="Courier New"/>
          <w:color w:val="555555"/>
          <w:sz w:val="20"/>
        </w:rPr>
        <w:t>[10]</w:t>
      </w:r>
    </w:p>
    <w:p>
      <w:r>
        <w:rPr>
          <w:rFonts w:ascii="Gentium Plus" w:hAnsi="Gentium Plus"/>
          <w:sz w:val="24"/>
        </w:rPr>
        <w:t>γνύμενοι. τοῖς φίλοις καὶ οἰκείοις ἐμπλασσόμε‐ νοι, ἀπέσφαττον αὐτοὺς ὡς πολεμίους.] Ἐμπλασσόμενοι. ἐμπίπτοντες τῷ ποταμῷ. οἱ δὲ ἐμπλασσόμενοι κατέῤῥεον εἰς τὰ ἐπὶ θάτερα τοῦ ποταμοῦ. Θουκυδίδης τοῦτο φησί. καὶ ἀντὶ</w:t>
      </w:r>
    </w:p>
    <w:p>
      <w:r>
        <w:rPr>
          <w:rFonts w:ascii="Courier New" w:hAnsi="Courier New"/>
          <w:color w:val="555555"/>
          <w:sz w:val="20"/>
        </w:rPr>
        <w:t>[15]</w:t>
      </w:r>
    </w:p>
    <w:p>
      <w:r>
        <w:rPr>
          <w:rFonts w:ascii="Gentium Plus" w:hAnsi="Gentium Plus"/>
          <w:sz w:val="24"/>
        </w:rPr>
        <w:t>τοῦ μολυνόμενοι. παλάσσω γὰρ τὸ μολύνω. Ἐμπλείμην. κορεσθείην. [εὐκτικῆς ἐγκλίσεως τε‐ τύχηκεν. ἔστι γὰρ τὸ ἐμπιπλῶ, ὃ παρὰ ἀνα‐ διπλασιασμὸν κλίνεται. Ἀριστοφάνης·</w:t>
      </w:r>
    </w:p>
    <w:p>
      <w:r>
        <w:rPr>
          <w:rFonts w:ascii="Courier New" w:hAnsi="Courier New"/>
          <w:color w:val="555555"/>
          <w:sz w:val="20"/>
        </w:rPr>
        <w:t>[epsilon 710]</w:t>
      </w:r>
    </w:p>
    <w:p>
      <w:r>
        <w:rPr>
          <w:rFonts w:ascii="Gentium Plus" w:hAnsi="Gentium Plus"/>
          <w:sz w:val="24"/>
        </w:rPr>
        <w:t>[Ἔμπλην.] ἐπλησίαζον. ἔστι ῥῆμα πλῶ τὸ πλησιάζω, παράγωγον πλῆμι. ὁ δεύτερος ἀόρι‐ στος ἔπλην. [γίνεται δὲ καὶ ἀπὸ τοῦ πλῶ κατὰ ἀναδιπλασιασμὸν πιπλῶ, πίπλημι, ὡς στῶ,</w:t>
      </w:r>
    </w:p>
    <w:p>
      <w:r>
        <w:rPr>
          <w:rFonts w:ascii="Courier New" w:hAnsi="Courier New"/>
          <w:color w:val="555555"/>
          <w:sz w:val="20"/>
        </w:rPr>
        <w:t>[5]</w:t>
      </w:r>
    </w:p>
    <w:p>
      <w:r>
        <w:rPr>
          <w:rFonts w:ascii="Gentium Plus" w:hAnsi="Gentium Plus"/>
          <w:sz w:val="24"/>
        </w:rPr>
        <w:t>ἱστῶ, ἵστημι. καὶ πλῶ, πλήσω, πλήτης, καὶ ἐν συνθέσει τειχεσιπλήτης. ἢ ἔμπλην, πλησίον καὶ ἐγγύς. παρὰ τὸ πέλω ῥῆμα, ὃ δηλοῖ τὸ πλησίον. καὶ ἐν συγκοπῇ πλῶ, καὶ συνθέσει ἐμπλῶ, καὶ ἔμπλην.</w:t>
      </w:r>
    </w:p>
    <w:p>
      <w:r>
        <w:rPr>
          <w:rFonts w:ascii="Courier New" w:hAnsi="Courier New"/>
          <w:color w:val="555555"/>
          <w:sz w:val="20"/>
        </w:rPr>
        <w:t>[10]</w:t>
      </w:r>
    </w:p>
    <w:p>
      <w:r>
        <w:rPr>
          <w:rFonts w:ascii="Gentium Plus" w:hAnsi="Gentium Plus"/>
          <w:sz w:val="24"/>
        </w:rPr>
        <w:t>Βοιωτῶν δ’ ἔμπλην ἐπ’ ἀρίστεων—.] Ἐμπλατειάσασα. τρυφερευσαμένη. Ἐμπωλεῖ. πραγματεύεται. καὶ ἐμπωλήσαντες. Ἐμπολήσωμεν. ἀντὶ τοῦ ἐμπορευσώμεθα. ἢ κερδήσωμεν καὶ συνάξωμεν πωλήσαντες τὸν καρ‐</w:t>
      </w:r>
    </w:p>
    <w:p>
      <w:r>
        <w:rPr>
          <w:rFonts w:ascii="Courier New" w:hAnsi="Courier New"/>
          <w:color w:val="555555"/>
          <w:sz w:val="20"/>
        </w:rPr>
        <w:t>[15]</w:t>
      </w:r>
    </w:p>
    <w:p>
      <w:r>
        <w:rPr>
          <w:rFonts w:ascii="Gentium Plus" w:hAnsi="Gentium Plus"/>
          <w:sz w:val="24"/>
        </w:rPr>
        <w:t>πόν. Ἐμπολεμῶσαι. τὸ πολεμίους ποιῆσαι, καὶ ἐπὶ πόλεμον τινὰς παροξύναι. [ἐκπολεμῆσαι δὲ, τὸ</w:t>
      </w:r>
    </w:p>
    <w:p>
      <w:r>
        <w:rPr>
          <w:rFonts w:ascii="Courier New" w:hAnsi="Courier New"/>
          <w:color w:val="555555"/>
          <w:sz w:val="20"/>
        </w:rPr>
        <w:t>[epsilon 711]</w:t>
      </w:r>
    </w:p>
    <w:p>
      <w:r>
        <w:rPr>
          <w:rFonts w:ascii="Gentium Plus" w:hAnsi="Gentium Plus"/>
          <w:sz w:val="24"/>
        </w:rPr>
        <w:t>Ἐμπομπεύων. ἐπιφαίνων. θριαμβεύων. Ἐμπορπῶ. τὸ συμβάλλω. καὶ ἐμπορποῦσθαι. Ἐμπρήσαντες. καύσαντες. ἐμπρίσαντες δὲ ἀν‐ τὶ τοῦ συσφίγξαντες καὶ προσαρμόσαντες, ι. οἱ</w:t>
      </w:r>
    </w:p>
    <w:p>
      <w:r>
        <w:rPr>
          <w:rFonts w:ascii="Courier New" w:hAnsi="Courier New"/>
          <w:color w:val="555555"/>
          <w:sz w:val="20"/>
        </w:rPr>
        <w:t>[5]</w:t>
      </w:r>
    </w:p>
    <w:p>
      <w:r>
        <w:rPr>
          <w:rFonts w:ascii="Gentium Plus" w:hAnsi="Gentium Plus"/>
          <w:sz w:val="24"/>
        </w:rPr>
        <w:t>δὲ ἐμπρίσαντες τοὺς ὀδόντας τοῦ εἶξαι τῷ τυράννῳ, γεγόνασι κρείττους. Ἐμυκᾶτο. ἐβρυχᾶτο. Ἀριστοφάνης· ἔβλεψεν εἰς ἐμὲ δριμὺ καὶ ἐμυκᾶτό γε. Ἐμύξατο. ἔξεσεν.</w:t>
      </w:r>
    </w:p>
    <w:p>
      <w:r>
        <w:rPr>
          <w:rFonts w:ascii="Courier New" w:hAnsi="Courier New"/>
          <w:color w:val="555555"/>
          <w:sz w:val="20"/>
        </w:rPr>
        <w:t>[10]</w:t>
      </w:r>
    </w:p>
    <w:p>
      <w:r>
        <w:rPr>
          <w:rFonts w:ascii="Gentium Plus" w:hAnsi="Gentium Plus"/>
          <w:sz w:val="24"/>
        </w:rPr>
        <w:t>Ἐμυωπίασεν. ἄκροις τοῖς ὀφθαλμοῖς προσέσχε. μυωπάζω γὰρ τὸ καμμύω. Ἐμφαλκωμένοις. περιπεπλεγμένοις. ἔπειτα κά‐ λοις ἐμφαλκωμένοις. Ἐμφανίζω σοι. φανερῶ σοι.</w:t>
      </w:r>
    </w:p>
    <w:p>
      <w:r>
        <w:rPr>
          <w:rFonts w:ascii="Courier New" w:hAnsi="Courier New"/>
          <w:color w:val="555555"/>
          <w:sz w:val="20"/>
        </w:rPr>
        <w:t>[15]</w:t>
      </w:r>
    </w:p>
    <w:p>
      <w:r>
        <w:rPr>
          <w:rFonts w:ascii="Gentium Plus" w:hAnsi="Gentium Plus"/>
          <w:sz w:val="24"/>
        </w:rPr>
        <w:t>Ἐμφαίνων. δεικνύς. Ἐμφοροῦμαι. κορέννυμαι. Ἐμφιλοχωρεῖ. ἐνδιατρίβει. Ἐμφύς. ἐμπλακεὶς, ἐμπεσών. ὁ δὲ Κέλτος προ‐ θυμίαν εἶχεν ἐμφὺς τῷ πολέμῳ καὶ χερσὶ καὶ</w:t>
      </w:r>
    </w:p>
    <w:p>
      <w:r>
        <w:rPr>
          <w:rFonts w:ascii="Courier New" w:hAnsi="Courier New"/>
          <w:color w:val="555555"/>
          <w:sz w:val="20"/>
        </w:rPr>
        <w:t>[20]</w:t>
      </w:r>
    </w:p>
    <w:p>
      <w:r>
        <w:rPr>
          <w:rFonts w:ascii="Gentium Plus" w:hAnsi="Gentium Plus"/>
          <w:sz w:val="24"/>
        </w:rPr>
        <w:t>στόματι δίκην θηρίου διασπάσαι αὐτόν. Ἐμπρέποντα. διαπρέποντα. Ἐμῶ. τὸ τὴν τροφὴν ἐμβάλλω. Ἀριστοφάνης·</w:t>
      </w:r>
    </w:p>
    <w:p>
      <w:r>
        <w:rPr>
          <w:rFonts w:ascii="Courier New" w:hAnsi="Courier New"/>
          <w:color w:val="555555"/>
          <w:sz w:val="20"/>
        </w:rPr>
        <w:t>[epsilon 712]</w:t>
      </w:r>
    </w:p>
    <w:p>
      <w:r>
        <w:rPr>
          <w:rFonts w:ascii="Gentium Plus" w:hAnsi="Gentium Plus"/>
          <w:sz w:val="24"/>
        </w:rPr>
        <w:t>ἀπὸ τοῦ ἕω τὸ ἀφίημι, καὶ πλεονασμῷ τοῦ μ ἐμῶ, ὡς ὅρω ὁρμῶ, τίω τιμῶ. Ἐματαιώθησαν. ἐπλανήθησαν. τοῦ παντὸς ἐξ‐ έπεσον. καὶ ὁ Ἀπόστολος· ἀλλ’ ἐματαιώθη‐</w:t>
      </w:r>
    </w:p>
    <w:p>
      <w:r>
        <w:rPr>
          <w:rFonts w:ascii="Courier New" w:hAnsi="Courier New"/>
          <w:color w:val="555555"/>
          <w:sz w:val="20"/>
        </w:rPr>
        <w:t>[5]</w:t>
      </w:r>
    </w:p>
    <w:p>
      <w:r>
        <w:rPr>
          <w:rFonts w:ascii="Gentium Plus" w:hAnsi="Gentium Plus"/>
          <w:sz w:val="24"/>
        </w:rPr>
        <w:t>σαν ἐν τοῖς διαλογισμοῖς αὐτῶν. Ἐμφανίζουσιν. ἀντὶ τοῦ δεικνύουσιν. ὁ Ἀπόστο‐ λος· οἱ γὰρ τοιαῦτα λέγοντες ἐμφανίζουσιν, ὅτι πατρίδα ἐπιζητοῦσιν.</w:t>
      </w:r>
    </w:p>
    <w:p>
      <w:pPr>
        <w:jc w:val="center"/>
      </w:pPr>
      <w:r>
        <w:rPr>
          <w:rFonts w:ascii="Gentium Plus" w:hAnsi="Gentium Plus"/>
          <w:b/>
          <w:sz w:val="24"/>
        </w:rPr>
        <w:t>(Ἐπίῤῥημα.)</w:t>
      </w:r>
    </w:p>
    <w:p>
      <w:r>
        <w:rPr>
          <w:rFonts w:ascii="Courier New" w:hAnsi="Courier New"/>
          <w:color w:val="555555"/>
          <w:sz w:val="20"/>
        </w:rPr>
        <w:t>[10]</w:t>
      </w:r>
    </w:p>
    <w:p>
      <w:r>
        <w:rPr>
          <w:rFonts w:ascii="Gentium Plus" w:hAnsi="Gentium Plus"/>
          <w:sz w:val="24"/>
        </w:rPr>
        <w:t>Ἐμμαπέως. ἐσπασμένως, ταχέως, σπουδαίως, προθύμως. παρὰ τὸ ἅμα, ὃ σημαίνει τὸ ὁμοῦ καὶ ἐξαίφνης, [καὶ τὸ ἔπος, ὃ σημαίνει τὸν λόγον, γέγονεν ἁμεπέως, καὶ κατὰ μετάθεσιν τῶν φωνηέντων καὶ πλεονασμῷ τοῦ μ ἐμμε‐</w:t>
      </w:r>
    </w:p>
    <w:p>
      <w:r>
        <w:rPr>
          <w:rFonts w:ascii="Courier New" w:hAnsi="Courier New"/>
          <w:color w:val="555555"/>
          <w:sz w:val="20"/>
        </w:rPr>
        <w:t>[15]</w:t>
      </w:r>
    </w:p>
    <w:p>
      <w:r>
        <w:rPr>
          <w:rFonts w:ascii="Gentium Plus" w:hAnsi="Gentium Plus"/>
          <w:sz w:val="24"/>
        </w:rPr>
        <w:t>πέως. οἱονεὶ ἅμα τῷ λόγῳ καὶ τὸ ἔργον ταχέως. ὁ δ’ ἄρ’ ἐμμαπέως—.] Ἐμβαδόν. πεζῇ, διὰ θαλάσσης ἢ διὰ τοῦ εἰς ναῦν ἐμβῆναι. Ἔμβραχυ. ἁπλῶς, ὅλως, συντόμως.</w:t>
      </w:r>
    </w:p>
    <w:p>
      <w:r>
        <w:rPr>
          <w:rFonts w:ascii="Courier New" w:hAnsi="Courier New"/>
          <w:color w:val="555555"/>
          <w:sz w:val="20"/>
        </w:rPr>
        <w:t>[20]</w:t>
      </w:r>
    </w:p>
    <w:p>
      <w:r>
        <w:rPr>
          <w:rFonts w:ascii="Gentium Plus" w:hAnsi="Gentium Plus"/>
          <w:sz w:val="24"/>
        </w:rPr>
        <w:t>Ἐμμελῶς. συνετῶς, ἡδέως. Ἔμπαλιν. εἰς τοὐπίσω. Ἔμπας καὶ ἔμπα. Ἀττικῶς. ἔμπης δὲ Ἰωνι‐ κῶς. δηλοῖ δὲ τὸ ὅμως.</w:t>
      </w:r>
    </w:p>
    <w:p>
      <w:r>
        <w:rPr>
          <w:rFonts w:ascii="Courier New" w:hAnsi="Courier New"/>
          <w:color w:val="555555"/>
          <w:sz w:val="20"/>
        </w:rPr>
        <w:t>[epsilon 713]</w:t>
      </w:r>
    </w:p>
    <w:p>
      <w:r>
        <w:rPr>
          <w:rFonts w:ascii="Gentium Plus" w:hAnsi="Gentium Plus"/>
          <w:sz w:val="24"/>
        </w:rPr>
        <w:t>[Ἔμπλην. πλησίον, ἐγγύς.] Ἐμποδών. Θουκυδίδης ἀντὶ τοῦ προχείρως· τὰς ἐμποδὼν αἰτίας μόνον ἐπισκοπεῖν. Λυκοῦρ‐ γος ἀντὶ τοῦ φανερόν. Πλάτων ἀντὶ τοῦ ἐν</w:t>
      </w:r>
    </w:p>
    <w:p>
      <w:r>
        <w:rPr>
          <w:rFonts w:ascii="Courier New" w:hAnsi="Courier New"/>
          <w:color w:val="555555"/>
          <w:sz w:val="20"/>
        </w:rPr>
        <w:t>[5]</w:t>
      </w:r>
    </w:p>
    <w:p>
      <w:r>
        <w:rPr>
          <w:rFonts w:ascii="Gentium Plus" w:hAnsi="Gentium Plus"/>
          <w:sz w:val="24"/>
        </w:rPr>
        <w:t>μέσῳ. Ἰσαῖος ἀντὶ τοῦ ὑπόγυιον καὶ ἐν χερ‐ σίν· ἀλλὰ τουτὶ, ὦ ἄνδρες Ἀθηναῖοι, παντε‐ λῶς ἐμποδὼν εἶναι. Ἱεροκλῆς δὲ καὶ ἄλλοι ἀντὶ τοῦ ἐμποδίου. Ἐμφαντικῶς. ἐννοητικῶς. ὁ δὲ παρεκάλει βρα‐</w:t>
      </w:r>
    </w:p>
    <w:p>
      <w:r>
        <w:rPr>
          <w:rFonts w:ascii="Courier New" w:hAnsi="Courier New"/>
          <w:color w:val="555555"/>
          <w:sz w:val="20"/>
        </w:rPr>
        <w:t>[10]</w:t>
      </w:r>
    </w:p>
    <w:p>
      <w:r>
        <w:rPr>
          <w:rFonts w:ascii="Gentium Plus" w:hAnsi="Gentium Plus"/>
          <w:sz w:val="24"/>
        </w:rPr>
        <w:t>χέως μὲν, ἐμφαντικῶς δὲ τοῦ παρόντος κινδύ‐ νου. ἀντὶ τοῦ πρεπόντως.</w:t>
      </w:r>
    </w:p>
    <w:p>
      <w:pPr>
        <w:jc w:val="center"/>
      </w:pPr>
      <w:r>
        <w:rPr>
          <w:rFonts w:ascii="Gentium Plus" w:hAnsi="Gentium Plus"/>
          <w:b/>
          <w:sz w:val="24"/>
        </w:rPr>
        <w:t>Τὸ Ε μετὰ τοῦ Ν.</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Ἐναγής. σεβάσμιος, ἢ καὶ ὁ βέβηλος καὶ ὁ</w:t>
      </w:r>
    </w:p>
    <w:p>
      <w:r>
        <w:rPr>
          <w:rFonts w:ascii="Courier New" w:hAnsi="Courier New"/>
          <w:color w:val="555555"/>
          <w:sz w:val="20"/>
        </w:rPr>
        <w:t>[15]</w:t>
      </w:r>
    </w:p>
    <w:p>
      <w:r>
        <w:rPr>
          <w:rFonts w:ascii="Gentium Plus" w:hAnsi="Gentium Plus"/>
          <w:sz w:val="24"/>
        </w:rPr>
        <w:t>ἀποτρόπαιος. Δαμάσκιος· τοὺς δὲ παντάπασιν</w:t>
      </w:r>
    </w:p>
    <w:p>
      <w:r>
        <w:rPr>
          <w:rFonts w:ascii="Courier New" w:hAnsi="Courier New"/>
          <w:color w:val="555555"/>
          <w:sz w:val="20"/>
        </w:rPr>
        <w:t>[epsilon 714]</w:t>
      </w:r>
    </w:p>
    <w:p>
      <w:r>
        <w:rPr>
          <w:rFonts w:ascii="Gentium Plus" w:hAnsi="Gentium Plus"/>
          <w:sz w:val="24"/>
        </w:rPr>
        <w:t>Ἐναγῆ φίλων. τὸν μηδέποτε ὑπὸ φίλων ἐν ἀφανεῖ αἰτίᾳ γενόμενον, [ἀλλὰ] καθαρὸν ὄντα. Ἐναγέστατος. ἀκάθαρτος, μυσαρώτατος. Ἐναγισμοί. ὁλοκαυτώματα, ἢ μιασμοί.</w:t>
      </w:r>
    </w:p>
    <w:p>
      <w:r>
        <w:rPr>
          <w:rFonts w:ascii="Courier New" w:hAnsi="Courier New"/>
          <w:color w:val="555555"/>
          <w:sz w:val="20"/>
        </w:rPr>
        <w:t>[5]</w:t>
      </w:r>
    </w:p>
    <w:p>
      <w:r>
        <w:rPr>
          <w:rFonts w:ascii="Gentium Plus" w:hAnsi="Gentium Plus"/>
          <w:sz w:val="24"/>
        </w:rPr>
        <w:t>Ἐν ᾅδου. Ἀττικοὶ χρῶνται τῇ ἐν ἀντὶ τῆς εἰς· ἐν διδασκάλου, ἐν κιθαριστοῦ. Ἐνάκ. ὄνομα κύριον. καὶ ἡ νόσος. Ἐναύλους. τοὺς χειμερινοὺς ποταμοὺς, παρὰ τὸ αὐλεῖν.</w:t>
      </w:r>
    </w:p>
    <w:p>
      <w:r>
        <w:rPr>
          <w:rFonts w:ascii="Courier New" w:hAnsi="Courier New"/>
          <w:color w:val="555555"/>
          <w:sz w:val="20"/>
        </w:rPr>
        <w:t>[10]</w:t>
      </w:r>
    </w:p>
    <w:p>
      <w:r>
        <w:rPr>
          <w:rFonts w:ascii="Gentium Plus" w:hAnsi="Gentium Plus"/>
          <w:sz w:val="24"/>
        </w:rPr>
        <w:t>Ἐναλίγκιος. ὅμοιος, παραπλήσιος. ὡς παρὰ τὸ πήσσω γίνεται πάγιος, [καὶ παρὰ τὸ ἁρμόζω ἁρμόδιος, οὕτως καὶ παρὰ τὸ εἴκω, τὸ ὁμοιῶ, γίνεται εἴκιος. καὶ ἐπειδὴ πολλάκις τὰ τοιαῦ‐ τα διὰ χρείαν μέτρου ἀποβάλλουσι τῆς ει δι‐</w:t>
      </w:r>
    </w:p>
    <w:p>
      <w:r>
        <w:rPr>
          <w:rFonts w:ascii="Courier New" w:hAnsi="Courier New"/>
          <w:color w:val="555555"/>
          <w:sz w:val="20"/>
        </w:rPr>
        <w:t>[15]</w:t>
      </w:r>
    </w:p>
    <w:p>
      <w:r>
        <w:rPr>
          <w:rFonts w:ascii="Gentium Plus" w:hAnsi="Gentium Plus"/>
          <w:sz w:val="24"/>
        </w:rPr>
        <w:t>φθόγγου τὸ ε, οἷον· εἴκελος ἀστεροπῇ—</w:t>
      </w:r>
    </w:p>
    <w:p>
      <w:r>
        <w:rPr>
          <w:rFonts w:ascii="Courier New" w:hAnsi="Courier New"/>
          <w:color w:val="555555"/>
          <w:sz w:val="20"/>
        </w:rPr>
        <w:t>[epsilon 715]</w:t>
      </w:r>
    </w:p>
    <w:p>
      <w:r>
        <w:rPr>
          <w:rFonts w:ascii="Gentium Plus" w:hAnsi="Gentium Plus"/>
          <w:sz w:val="24"/>
        </w:rPr>
        <w:t>τῷ ἴκελος κατέδυ Τρώων πόλιν— τούτου χάριν ἀποβάλλουσι καὶ τοῦτο τὸ ε τῆς διφθόγγου, καὶ γίνεται ἴκιος, ἐνίκιος, καὶ προσ‐ ελθούσης τῆς αλ συλλαβῆς μετὰ πλεονασμοῦ</w:t>
      </w:r>
    </w:p>
    <w:p>
      <w:r>
        <w:rPr>
          <w:rFonts w:ascii="Courier New" w:hAnsi="Courier New"/>
          <w:color w:val="555555"/>
          <w:sz w:val="20"/>
        </w:rPr>
        <w:t>[5]</w:t>
      </w:r>
    </w:p>
    <w:p>
      <w:r>
        <w:rPr>
          <w:rFonts w:ascii="Gentium Plus" w:hAnsi="Gentium Plus"/>
          <w:sz w:val="24"/>
        </w:rPr>
        <w:t>τοῦ γ, διὰ τὰ ἐπάλληλα βραχέα, ἐναλίγκιος.] Ἐνναώρου. ἐννεαετοῦς. Ἐνναέται. οἰκήτορες. καὶ ἐνναιέται. Ἐναργής. φανερός. Ἐγκάθετος. ἐνεδρευτής.</w:t>
      </w:r>
    </w:p>
    <w:p>
      <w:r>
        <w:rPr>
          <w:rFonts w:ascii="Courier New" w:hAnsi="Courier New"/>
          <w:color w:val="555555"/>
          <w:sz w:val="20"/>
        </w:rPr>
        <w:t>[10]</w:t>
      </w:r>
    </w:p>
    <w:p>
      <w:r>
        <w:rPr>
          <w:rFonts w:ascii="Gentium Plus" w:hAnsi="Gentium Plus"/>
          <w:sz w:val="24"/>
        </w:rPr>
        <w:t>Ἐνδελεχησμός. ἐπιμονή. *ἐνδελεχισμὸς δὲ καλεῖται ἡ καθημερινὴ θυσία. τὸ γὰρ ἐνδελε‐ χὲς τὸ πυκνὸν ἐστὶ καὶ συνεχές. Ἐνδρανής. πρακτικός. Ἐνδεεῖ. χρείαν ἔχοντι, ἐλλειπομένῳ.</w:t>
      </w:r>
    </w:p>
    <w:p>
      <w:r>
        <w:rPr>
          <w:rFonts w:ascii="Courier New" w:hAnsi="Courier New"/>
          <w:color w:val="555555"/>
          <w:sz w:val="20"/>
        </w:rPr>
        <w:t>[15]</w:t>
      </w:r>
    </w:p>
    <w:p>
      <w:r>
        <w:rPr>
          <w:rFonts w:ascii="Gentium Plus" w:hAnsi="Gentium Plus"/>
          <w:sz w:val="24"/>
        </w:rPr>
        <w:t>Ἐνδεῖκται. οἱ κατήγοροι καὶ συκοφάνται.</w:t>
      </w:r>
    </w:p>
    <w:p>
      <w:r>
        <w:rPr>
          <w:rFonts w:ascii="Courier New" w:hAnsi="Courier New"/>
          <w:color w:val="555555"/>
          <w:sz w:val="20"/>
        </w:rPr>
        <w:t>[epsilon 716]</w:t>
      </w:r>
    </w:p>
    <w:p>
      <w:r>
        <w:rPr>
          <w:rFonts w:ascii="Gentium Plus" w:hAnsi="Gentium Plus"/>
          <w:sz w:val="24"/>
        </w:rPr>
        <w:t>Ἔνδικον. δίκης ἄξιον. [καὶ γὰρ ὁ Μιθριδάτης τά τε ἄλλα ἔνδικος ἦν.] Ἔνδιος. ὁ μεσημβρινὸς καιρὸς παρ’ Ὁμήρῳ. παρὰ τὸ ἐνδεῖν καὶ ἐλαττοῦσθαι τὴν ἡμέραν.</w:t>
      </w:r>
    </w:p>
    <w:p>
      <w:r>
        <w:rPr>
          <w:rFonts w:ascii="Courier New" w:hAnsi="Courier New"/>
          <w:color w:val="555555"/>
          <w:sz w:val="20"/>
        </w:rPr>
        <w:t>[5]</w:t>
      </w:r>
    </w:p>
    <w:p>
      <w:r>
        <w:rPr>
          <w:rFonts w:ascii="Gentium Plus" w:hAnsi="Gentium Plus"/>
          <w:sz w:val="24"/>
        </w:rPr>
        <w:t>[ἢ παρὰ τὸ ἰδίω, τὸ ἱδρῶ, γέγονεν ἐνίδιος καὶ ἔνδιος.] Ἐνδυμίων. κύριον. ὃς ἦν ὑπνηλὸς σφόδρα. Ἐνδόμυχος. σκοτεινὸς, ἀπόκρυφος. [Δαμάσκιος· οὕτω δὲ ἐνδόμυχος ἐγεγόνει καὶ σιωπηλὸς ἐπὶ</w:t>
      </w:r>
    </w:p>
    <w:p>
      <w:r>
        <w:rPr>
          <w:rFonts w:ascii="Courier New" w:hAnsi="Courier New"/>
          <w:color w:val="555555"/>
          <w:sz w:val="20"/>
        </w:rPr>
        <w:t>[10]</w:t>
      </w:r>
    </w:p>
    <w:p>
      <w:r>
        <w:rPr>
          <w:rFonts w:ascii="Gentium Plus" w:hAnsi="Gentium Plus"/>
          <w:sz w:val="24"/>
        </w:rPr>
        <w:t>τούτοις, ἃ κρύπτειν ἐδοκίμαζεν, ὥστε μηδὲ ἐρωτώσῃ τῇ μητρὶ λέγειν, ὅπη ἀπίοι.] Ἐνδόσιμον. κινήσεως καὶ ἀρχῆς αἴτιον. ὁ δὲ ψαλμός· οἷος ἐνδόσιμος εἶναι τῇ ὠδῇ. Ἐνεός. ἄφωνος, οὐχὶ ὁ ἠλίθιος. ἀπὸ τοῦ τὴν</w:t>
      </w:r>
    </w:p>
    <w:p>
      <w:r>
        <w:rPr>
          <w:rFonts w:ascii="Courier New" w:hAnsi="Courier New"/>
          <w:color w:val="555555"/>
          <w:sz w:val="20"/>
        </w:rPr>
        <w:t>[15]</w:t>
      </w:r>
    </w:p>
    <w:p>
      <w:r>
        <w:rPr>
          <w:rFonts w:ascii="Gentium Plus" w:hAnsi="Gentium Plus"/>
          <w:sz w:val="24"/>
        </w:rPr>
        <w:t>ἰωὴν παρ’ ἑαυτῷ ἔχειν. Ἐνερευθής. ἐρυθρός.</w:t>
      </w:r>
    </w:p>
    <w:p>
      <w:r>
        <w:rPr>
          <w:rFonts w:ascii="Courier New" w:hAnsi="Courier New"/>
          <w:color w:val="555555"/>
          <w:sz w:val="20"/>
        </w:rPr>
        <w:t>[epsilon 717]</w:t>
      </w:r>
    </w:p>
    <w:p>
      <w:r>
        <w:rPr>
          <w:rFonts w:ascii="Gentium Plus" w:hAnsi="Gentium Plus"/>
          <w:sz w:val="24"/>
        </w:rPr>
        <w:t>Ἐννέωροι. ἐνναετεῖς. ὦρος γὰρ ὁ χρόνος. Ἐνέρτερος. κατώτερος. ἀπὸ τοῦ ἔνερθεν ἐνέρ‐ θερος καὶ ἐνέρτερος. Ἐνέροις. νεκροῖς. ἀπὸ τοῦ ἐν τῇ ἔρᾳ κεῖσθαι.</w:t>
      </w:r>
    </w:p>
    <w:p>
      <w:r>
        <w:rPr>
          <w:rFonts w:ascii="Courier New" w:hAnsi="Courier New"/>
          <w:color w:val="555555"/>
          <w:sz w:val="20"/>
        </w:rPr>
        <w:t>[5]</w:t>
      </w:r>
    </w:p>
    <w:p>
      <w:r>
        <w:rPr>
          <w:rFonts w:ascii="Gentium Plus" w:hAnsi="Gentium Plus"/>
          <w:sz w:val="24"/>
        </w:rPr>
        <w:t>Ἐν ἐπηκόῳ. εἰς ἐπήκοον πάντων. Ἔναιμος. πλήρης αἵματος. Ἐνηής. ὁ πρᾶος. Ἔνθεος. θείῳ κινούμενος νεύματι. Ἔνθους. θεωρητικὸς, θεόληπτος, θεοφορού‐</w:t>
      </w:r>
    </w:p>
    <w:p>
      <w:r>
        <w:rPr>
          <w:rFonts w:ascii="Courier New" w:hAnsi="Courier New"/>
          <w:color w:val="555555"/>
          <w:sz w:val="20"/>
        </w:rPr>
        <w:t>[10]</w:t>
      </w:r>
    </w:p>
    <w:p>
      <w:r>
        <w:rPr>
          <w:rFonts w:ascii="Gentium Plus" w:hAnsi="Gentium Plus"/>
          <w:sz w:val="24"/>
        </w:rPr>
        <w:t>μενος, ἐνθουσιῶν, ἐνθουσιαζόμενος. κατὰ συν‐ αλοιφήν· ἔνθεος, ἔνθους. Ἐνθουσιασμός. ὅταν ἡ ψυχὴ [ὅλη] ἐλαύνηται ὑπὸ τοῦ θεοῦ. Ἐνιπεύς. ὄνομα ποταμοῦ. παρὰ τὴν ἐνιπήν·</w:t>
      </w:r>
    </w:p>
    <w:p>
      <w:r>
        <w:rPr>
          <w:rFonts w:ascii="Courier New" w:hAnsi="Courier New"/>
          <w:color w:val="555555"/>
          <w:sz w:val="20"/>
        </w:rPr>
        <w:t>[15]</w:t>
      </w:r>
    </w:p>
    <w:p>
      <w:r>
        <w:rPr>
          <w:rFonts w:ascii="Gentium Plus" w:hAnsi="Gentium Plus"/>
          <w:sz w:val="24"/>
        </w:rPr>
        <w:t>καὶ γὰρ ἄγριός ἐστι καὶ ἀπειλοῦντι ἔοικεν. Ἐνιαυτός. οἱ Ἑβραῖοι τὸν ἐνιαυτὸν κατὰ τὸν σεληνιακὸν δρόμον ἀριθμοῦσιν, ὥστε τὸν μῆνα ἡμερῶν εἶναι παρ’ αὐτοῖς εἰκοσιεννέα ἥμισυ· ὡς τοῦ μὲν ἡλιακοῦ κύκλου ὑπάρχοντος τριακοσίων</w:t>
      </w:r>
    </w:p>
    <w:p>
      <w:r>
        <w:rPr>
          <w:rFonts w:ascii="Courier New" w:hAnsi="Courier New"/>
          <w:color w:val="555555"/>
          <w:sz w:val="20"/>
        </w:rPr>
        <w:t>[20]</w:t>
      </w:r>
    </w:p>
    <w:p>
      <w:r>
        <w:rPr>
          <w:rFonts w:ascii="Gentium Plus" w:hAnsi="Gentium Plus"/>
          <w:sz w:val="24"/>
        </w:rPr>
        <w:t>ἑξήκοντα πέντε, τοῦ δὲ σεληνιακοῦ τνδ· ὡς τὸν ἡλιακὸν παραλλάσσειν ἐνιαυτὸν ἡμέρας ια τοῦ σεληνιακοῦ ἐνιαυτοῦ. ὥστε Ἕλληνες καὶ</w:t>
      </w:r>
    </w:p>
    <w:p>
      <w:r>
        <w:rPr>
          <w:rFonts w:ascii="Courier New" w:hAnsi="Courier New"/>
          <w:color w:val="555555"/>
          <w:sz w:val="20"/>
        </w:rPr>
        <w:t>[epsilon 718]</w:t>
      </w:r>
    </w:p>
    <w:p>
      <w:r>
        <w:rPr>
          <w:rFonts w:ascii="Gentium Plus" w:hAnsi="Gentium Plus"/>
          <w:sz w:val="24"/>
        </w:rPr>
        <w:t>βάλλουσιν. ἐνιαυτὸς μετωνομάσθη ἐννέα καὶ δεκαετήρης. Μέτων γὰρ ὁ μαθηματικὸς περίο‐ δον ἐκτιθεὶς χρόνου ἐνέταξε δεκαεννέα κύκλους. Ἐνήλιος. ὁ ἓν μέλος ἔχων, ὁ κυλλός.</w:t>
      </w:r>
    </w:p>
    <w:p>
      <w:r>
        <w:rPr>
          <w:rFonts w:ascii="Courier New" w:hAnsi="Courier New"/>
          <w:color w:val="555555"/>
          <w:sz w:val="20"/>
        </w:rPr>
        <w:t>[5]</w:t>
      </w:r>
    </w:p>
    <w:p>
      <w:r>
        <w:rPr>
          <w:rFonts w:ascii="Gentium Plus" w:hAnsi="Gentium Plus"/>
          <w:sz w:val="24"/>
        </w:rPr>
        <w:t>Ἔννιος. Ῥωμαῖος ποιητής. Ἔνιοι. φανεροὶ, ἢ οἱ μὲν, ἢ τινές. Ἔνος. ὁ χρόνος. καὶ ἐνιαύσιος. Ἔνοχος. ὑπεύθυνος ἢ χρεώστης. Ἔνορχα. ἄρσενα.</w:t>
      </w:r>
    </w:p>
    <w:p>
      <w:r>
        <w:rPr>
          <w:rFonts w:ascii="Courier New" w:hAnsi="Courier New"/>
          <w:color w:val="555555"/>
          <w:sz w:val="20"/>
        </w:rPr>
        <w:t>[10]</w:t>
      </w:r>
    </w:p>
    <w:p>
      <w:r>
        <w:rPr>
          <w:rFonts w:ascii="Gentium Plus" w:hAnsi="Gentium Plus"/>
          <w:sz w:val="24"/>
        </w:rPr>
        <w:t>Ἐνοσίγαιος. ὁ κινῶν τὴν γῆν, ὁ σεισμοὺς ποιῶν. καὶ ἐνοσίχθων ὁμοίως. ἔνοσις γὰρ ἡ κίνησις. Ἔννους. ὁ συνετὸς, ὁ φρόνιμος. [Σοφοκλῆς·] ἔννους τὰ καινὰ τοῖς πάλαι τεκμαίρεται. Ἐνοφθαλμισμῶν. θεαμάτων.</w:t>
      </w:r>
    </w:p>
    <w:p>
      <w:r>
        <w:rPr>
          <w:rFonts w:ascii="Courier New" w:hAnsi="Courier New"/>
          <w:color w:val="555555"/>
          <w:sz w:val="20"/>
        </w:rPr>
        <w:t>[15]</w:t>
      </w:r>
    </w:p>
    <w:p>
      <w:r>
        <w:rPr>
          <w:rFonts w:ascii="Gentium Plus" w:hAnsi="Gentium Plus"/>
          <w:sz w:val="24"/>
        </w:rPr>
        <w:t>Ἐν παραβύστω. ἐν γωνίᾳ. Ἔνσπονδος. ὁ ἀπὸ πόλεως, ἢ ὁ ἀπὸ πολέμου γενόμενος φίλος. Ἐνστάτης. ὁ κατὰ πάντα ἐνιστάμενος, ἰδικῶς δὲ καὶ ἐπὶ τῆς κρίσεως, οἷον ἀντίδικος. κυρίως</w:t>
      </w:r>
    </w:p>
    <w:p>
      <w:r>
        <w:rPr>
          <w:rFonts w:ascii="Courier New" w:hAnsi="Courier New"/>
          <w:color w:val="555555"/>
          <w:sz w:val="20"/>
        </w:rPr>
        <w:t>[20]</w:t>
      </w:r>
    </w:p>
    <w:p>
      <w:r>
        <w:rPr>
          <w:rFonts w:ascii="Gentium Plus" w:hAnsi="Gentium Plus"/>
          <w:sz w:val="24"/>
        </w:rPr>
        <w:t>δὲ ἐνστάτης ὁ ἐν τῇ ὁδῷ ἀντιστήκων τινί. Ἐνστατικός. ἀντὶ τοῦ ἔνστασιν πρός τινα ποι‐ ούμενος.</w:t>
      </w:r>
    </w:p>
    <w:p>
      <w:r>
        <w:rPr>
          <w:rFonts w:ascii="Courier New" w:hAnsi="Courier New"/>
          <w:color w:val="555555"/>
          <w:sz w:val="20"/>
        </w:rPr>
        <w:t>[epsilon 719]</w:t>
      </w:r>
    </w:p>
    <w:p>
      <w:r>
        <w:rPr>
          <w:rFonts w:ascii="Gentium Plus" w:hAnsi="Gentium Plus"/>
          <w:sz w:val="24"/>
        </w:rPr>
        <w:t>Ἐντελεῖς. οἱ ἄρχοντες καὶ οἱ ἄρξαντες. καὶ ἐν‐ τελεῖς πανοπλίας ἀντὶ τοῦ ἀρχοντικάς. Ἐντελής. ἀντὶ τοῦ τέλειος. Ἐντελόμισθος. μεμισθωμένος ἐντελῶς. ὁ δὲ</w:t>
      </w:r>
    </w:p>
    <w:p>
      <w:r>
        <w:rPr>
          <w:rFonts w:ascii="Courier New" w:hAnsi="Courier New"/>
          <w:color w:val="555555"/>
          <w:sz w:val="20"/>
        </w:rPr>
        <w:t>[5]</w:t>
      </w:r>
    </w:p>
    <w:p>
      <w:r>
        <w:rPr>
          <w:rFonts w:ascii="Gentium Plus" w:hAnsi="Gentium Plus"/>
          <w:sz w:val="24"/>
        </w:rPr>
        <w:t>ἔπλεε νηῒ οἰκείᾳ ναύτας ἔχων ἐντελομίσθους οἴκοθεν Κρῆτας. Ἐντομίας. εὐνοῦχος. Ἐντομίδαι. οἱ τοῖς σώμασιν ἐντεμνόμενοι. τοιαῦ‐ τα εἰώθασι ποιεῖν ἐπὶ τοῖς νεκροῖς. ὅτι τοῖς</w:t>
      </w:r>
    </w:p>
    <w:p>
      <w:r>
        <w:rPr>
          <w:rFonts w:ascii="Courier New" w:hAnsi="Courier New"/>
          <w:color w:val="555555"/>
          <w:sz w:val="20"/>
        </w:rPr>
        <w:t>[10]</w:t>
      </w:r>
    </w:p>
    <w:p>
      <w:r>
        <w:rPr>
          <w:rFonts w:ascii="Gentium Plus" w:hAnsi="Gentium Plus"/>
          <w:sz w:val="24"/>
        </w:rPr>
        <w:t>νεκροῖς τὰ ἔντομα ἔθυον τῶν τετραπόδων ὡς ἄγονα· τὰ δὲ ἔνορχα τοῖς θεοῖς. ἔντομα δὲ, οἷον σφῆκες, μύρμηκες, μέλιτται, ἃ οὔτε ἀνα‐ πνεῖ, οὔτε πνεύμονα ἔχει. Ἐντριβής. ἔμπειρος, τετριμμένος, συνήθης. ἄν‐</w:t>
      </w:r>
    </w:p>
    <w:p>
      <w:r>
        <w:rPr>
          <w:rFonts w:ascii="Courier New" w:hAnsi="Courier New"/>
          <w:color w:val="555555"/>
          <w:sz w:val="20"/>
        </w:rPr>
        <w:t>[15]</w:t>
      </w:r>
    </w:p>
    <w:p>
      <w:r>
        <w:rPr>
          <w:rFonts w:ascii="Gentium Plus" w:hAnsi="Gentium Plus"/>
          <w:sz w:val="24"/>
        </w:rPr>
        <w:t>θρωπος ἐντριβὴς τῆς χώρας. Ἐντροπίας. εὐμετάβολος. καὶ ἐντροπίας οἶνος,</w:t>
      </w:r>
    </w:p>
    <w:p>
      <w:r>
        <w:rPr>
          <w:rFonts w:ascii="Courier New" w:hAnsi="Courier New"/>
          <w:color w:val="555555"/>
          <w:sz w:val="20"/>
        </w:rPr>
        <w:t>[epsilon 720]</w:t>
      </w:r>
    </w:p>
    <w:p>
      <w:r>
        <w:rPr>
          <w:rFonts w:ascii="Gentium Plus" w:hAnsi="Gentium Plus"/>
          <w:sz w:val="24"/>
        </w:rPr>
        <w:t>Ἐντρεχής. γοργὸς, ὀξὺς, σπουδαῖος. Ἐνυάλιος. πολεμικὸς, μαχητής. Ἐνυὼ γὰρ δαί‐ μων τὶς προστάτης τοῦ πολέμου. Ἐνυδροβίων. βιούντων ἐν ὕδασι.</w:t>
      </w:r>
    </w:p>
    <w:p>
      <w:r>
        <w:rPr>
          <w:rFonts w:ascii="Courier New" w:hAnsi="Courier New"/>
          <w:color w:val="555555"/>
          <w:sz w:val="20"/>
        </w:rPr>
        <w:t>[5]</w:t>
      </w:r>
    </w:p>
    <w:p>
      <w:r>
        <w:rPr>
          <w:rFonts w:ascii="Gentium Plus" w:hAnsi="Gentium Plus"/>
          <w:sz w:val="24"/>
        </w:rPr>
        <w:t>καὶ πολιὸν χηνῶν ζεῦγος ἐνυδροβίων. Ἐν χρῷ κεκαρμένος. σύνεγγυς καὶ πλησίον τοῦ δέρματος τὰς τρίχας ἐξυρημένος. καὶ ἐν χρῷ παραπλέων ἀντὶ τοῦ πλησίον. οὕτως Θουκυδί‐ δης.</w:t>
      </w:r>
    </w:p>
    <w:p>
      <w:r>
        <w:rPr>
          <w:rFonts w:ascii="Courier New" w:hAnsi="Courier New"/>
          <w:color w:val="555555"/>
          <w:sz w:val="20"/>
        </w:rPr>
        <w:t>[10]</w:t>
      </w:r>
    </w:p>
    <w:p>
      <w:r>
        <w:rPr>
          <w:rFonts w:ascii="Gentium Plus" w:hAnsi="Gentium Plus"/>
          <w:sz w:val="24"/>
        </w:rPr>
        <w:t>Ἐγχρόνῳ. οὗ τὸ εἶναι μετρητὸν ὑπὸ χρόνου. Ἐνώμοτος. τοῖς ὅρκοις ἔνοχος. Ἐνωμοτάρχης. τάξεως τινὸς στρατιωτικῆς ἄρ‐ χων παρὰ Λακεδαιμονίοις. εἴρηται δὲ παρὰ τὸ ὀμνύναι αὐτοὺς μὴ λείψειν τὴν τάξιν.</w:t>
      </w:r>
    </w:p>
    <w:p>
      <w:r>
        <w:rPr>
          <w:rFonts w:ascii="Courier New" w:hAnsi="Courier New"/>
          <w:color w:val="555555"/>
          <w:sz w:val="20"/>
        </w:rPr>
        <w:t>[15]</w:t>
      </w:r>
    </w:p>
    <w:p>
      <w:r>
        <w:rPr>
          <w:rFonts w:ascii="Gentium Plus" w:hAnsi="Gentium Plus"/>
          <w:sz w:val="24"/>
        </w:rPr>
        <w:t>Ἐνώπιον. ἔμπροσθεν. Ἐναῖος. ὁ λαγωός. τοῦ Ψελλοῦ· ἐναῖος δὲ ὁ λα‐</w:t>
      </w:r>
    </w:p>
    <w:p>
      <w:r>
        <w:rPr>
          <w:rFonts w:ascii="Courier New" w:hAnsi="Courier New"/>
          <w:color w:val="555555"/>
          <w:sz w:val="20"/>
        </w:rPr>
        <w:t>[epsilon 721]</w:t>
      </w:r>
    </w:p>
    <w:p>
      <w:r>
        <w:rPr>
          <w:rFonts w:ascii="Gentium Plus" w:hAnsi="Gentium Plus"/>
          <w:sz w:val="24"/>
        </w:rPr>
        <w:t>Ἐναίσιμοι. μαντικοί. Ὅμηρος· —ὄρνιθες δέ τε πολλαὶ ὑπ’ αὐγὰς ἠελίοιο φοιτῶσιν οὐδέποτε πάντες ἐναίσιμοι—.</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Ἐναγωγή. ἡ ἔγκλησις. καὶ πάντα ἄνθρωπον ἀδικηθέντα ὑπ’ αὐτοῦ ἀδεῶς καὶ ἀζημίως ἐν‐ αγωγαῖς κεχρῆσθαι. Ἐναγωγὴ οἰκέτου. τοῦ πραθέντος οἰκέτου. εἴ τι ἔχων νόσημα, εἰ μὴ προείπῃ ὁ πωλῶν, ἐφίησιν</w:t>
      </w:r>
    </w:p>
    <w:p>
      <w:r>
        <w:rPr>
          <w:rFonts w:ascii="Courier New" w:hAnsi="Courier New"/>
          <w:color w:val="555555"/>
          <w:sz w:val="20"/>
        </w:rPr>
        <w:t>[10]</w:t>
      </w:r>
    </w:p>
    <w:p>
      <w:r>
        <w:rPr>
          <w:rFonts w:ascii="Gentium Plus" w:hAnsi="Gentium Plus"/>
          <w:sz w:val="24"/>
        </w:rPr>
        <w:t>ὁ νόμος τῷ ὠνησαμένῳ διακρίνεσθαι πρὸς τὸν πεπρακότα, πρότερον ἀπογραψάμενον πρὸς τὰς ἀρχὰς τὴν αἰτίαν. Ἐνέργεια. ἡ τῶν λόγων λευκότης. Ἐναρμόνιος φωνή. ἡ ἐγγράμματος, καὶ ὁ τῶν</w:t>
      </w:r>
    </w:p>
    <w:p>
      <w:r>
        <w:rPr>
          <w:rFonts w:ascii="Courier New" w:hAnsi="Courier New"/>
          <w:color w:val="555555"/>
          <w:sz w:val="20"/>
        </w:rPr>
        <w:t>[15]</w:t>
      </w:r>
    </w:p>
    <w:p>
      <w:r>
        <w:rPr>
          <w:rFonts w:ascii="Gentium Plus" w:hAnsi="Gentium Plus"/>
          <w:sz w:val="24"/>
        </w:rPr>
        <w:t>ἀνθρώπων στεναγμός. ἐναρμόνιος ἀγράμματος ἡ τοῦ ψιττακοῦ. ἀναρμόνιος ἀγράμματος ἡ τῶν προβάτων βληχή. Ἐναισίμῃ. δικαίᾳ, καθηκούσῃ. ἐναισίμῃ δὲ συντύχοιμι. μὴ δέ τινι πονηρᾷ συντυχών.</w:t>
      </w:r>
    </w:p>
    <w:p>
      <w:r>
        <w:rPr>
          <w:rFonts w:ascii="Courier New" w:hAnsi="Courier New"/>
          <w:color w:val="555555"/>
          <w:sz w:val="20"/>
        </w:rPr>
        <w:t>[20]</w:t>
      </w:r>
    </w:p>
    <w:p>
      <w:r>
        <w:rPr>
          <w:rFonts w:ascii="Gentium Plus" w:hAnsi="Gentium Plus"/>
          <w:sz w:val="24"/>
        </w:rPr>
        <w:t>Ἔνδειξις. φανέρωσις καὶ ἀπολογία. Ἔνδειξις. δίκη κατὰ τῶν ὀφειλόντων καὶ δημη‐ γορούντων· οὐ γὰρ ἐξῆν λέγειν οὐδόλως ἐπίτι‐ μον εἶναι ὀφείλοντα, ὥστε εἰ καὶ ἦρχέ τις ὀφεί‐ λων ἐνεδείκνυτο. ἤδη δὲ καὶ ἐπὶ τῶν φυγάδων</w:t>
      </w:r>
    </w:p>
    <w:p>
      <w:r>
        <w:rPr>
          <w:rFonts w:ascii="Courier New" w:hAnsi="Courier New"/>
          <w:color w:val="555555"/>
          <w:sz w:val="20"/>
        </w:rPr>
        <w:t>[25]</w:t>
      </w:r>
    </w:p>
    <w:p>
      <w:r>
        <w:rPr>
          <w:rFonts w:ascii="Gentium Plus" w:hAnsi="Gentium Plus"/>
          <w:sz w:val="24"/>
        </w:rPr>
        <w:t>ὅπου μὴ ἔξεστι κατιόντων ἡ ἔνδειξις.</w:t>
      </w:r>
    </w:p>
    <w:p>
      <w:r>
        <w:rPr>
          <w:rFonts w:ascii="Courier New" w:hAnsi="Courier New"/>
          <w:color w:val="555555"/>
          <w:sz w:val="20"/>
        </w:rPr>
        <w:t>[epsilon 722]</w:t>
      </w:r>
    </w:p>
    <w:p>
      <w:r>
        <w:rPr>
          <w:rFonts w:ascii="Gentium Plus" w:hAnsi="Gentium Plus"/>
          <w:sz w:val="24"/>
        </w:rPr>
        <w:t>Ἔνδειξις. ἐάν τις ἄτιμος ὢν ἢ ὀφληκὼς τῷ δημο‐ σίῳ καὶ μὴ ἐκτετικὼς ἄρχειν ἢ δικάζειν ἐπι‐ χειροίη, τοῦτον ἐνδείκνυσιν ὁ βουλόμενος τῶν πολιτῶν. ὁμοίως καὶ τὸν ἀντιποιούμενον πρά‐</w:t>
      </w:r>
    </w:p>
    <w:p>
      <w:r>
        <w:rPr>
          <w:rFonts w:ascii="Courier New" w:hAnsi="Courier New"/>
          <w:color w:val="555555"/>
          <w:sz w:val="20"/>
        </w:rPr>
        <w:t>[5]</w:t>
      </w:r>
    </w:p>
    <w:p>
      <w:r>
        <w:rPr>
          <w:rFonts w:ascii="Gentium Plus" w:hAnsi="Gentium Plus"/>
          <w:sz w:val="24"/>
        </w:rPr>
        <w:t>ξεων ἢ τόπων. Ἔνδειξις. εἶδος δίκης δημοσίας, ὑφ’ ἣν τοὺς ἐκ τῶν νόμων εἰργομένους τινῶν ἢ τόπων ἢ πρά‐ ξεων, εἰ μὴ ἀπέχοιντο αὐτῶν, ὑπῆγον. οὕτως Δημοσθένης.</w:t>
      </w:r>
    </w:p>
    <w:p>
      <w:r>
        <w:rPr>
          <w:rFonts w:ascii="Courier New" w:hAnsi="Courier New"/>
          <w:color w:val="555555"/>
          <w:sz w:val="20"/>
        </w:rPr>
        <w:t>[10]</w:t>
      </w:r>
    </w:p>
    <w:p>
      <w:r>
        <w:rPr>
          <w:rFonts w:ascii="Gentium Plus" w:hAnsi="Gentium Plus"/>
          <w:sz w:val="24"/>
        </w:rPr>
        <w:t>Ἕναι. ἀρχαὶ αἱ παρῳχημέναι. οὕτως Δημοσθέ‐ νης. Ἐν αἰθρίᾳ. ἐν εὐδίᾳ. ἢ ἐν φανερῷ. [Ἔναιμος. πλήρης αἵματος.] Ἐνεγκαμένη. ἡ πατρίς.</w:t>
      </w:r>
    </w:p>
    <w:p>
      <w:r>
        <w:rPr>
          <w:rFonts w:ascii="Courier New" w:hAnsi="Courier New"/>
          <w:color w:val="555555"/>
          <w:sz w:val="20"/>
        </w:rPr>
        <w:t>[15]</w:t>
      </w:r>
    </w:p>
    <w:p>
      <w:r>
        <w:rPr>
          <w:rFonts w:ascii="Gentium Plus" w:hAnsi="Gentium Plus"/>
          <w:sz w:val="24"/>
        </w:rPr>
        <w:t>Ἐνεγκοῦσα. ἢ τὴν μητέρα ἢ τὴν πατρίδα λέγει. Ἐν εὐσήμῳ. ἐν ἀγαθῇ, ἐν καλῇ, ἐν φανερᾷ, ἐν μεγάλῃ. Ἐνέδρα. ἔγκρυμμα, ἐν ᾧ κάθηνται τινὲς, μέχρις ἂν ἕλωσιν οὓς ἂν ἐπιβουλεύσωσιν.</w:t>
      </w:r>
    </w:p>
    <w:p>
      <w:r>
        <w:rPr>
          <w:rFonts w:ascii="Courier New" w:hAnsi="Courier New"/>
          <w:color w:val="555555"/>
          <w:sz w:val="20"/>
        </w:rPr>
        <w:t>[20]</w:t>
      </w:r>
    </w:p>
    <w:p>
      <w:r>
        <w:rPr>
          <w:rFonts w:ascii="Gentium Plus" w:hAnsi="Gentium Plus"/>
          <w:sz w:val="24"/>
        </w:rPr>
        <w:t>Ἐν δίκῃ. ἀντὶ τοῦ δικαίως, καὶ μάλα εἰκότως. Ἐνδυομενία. τὴν μὲν ἐνδυομενίαν ἅπασαν ἐκ τῶν οἰκιῶν ἐξήρπασαν. καὶ τὰ ἔπιπλα. Ἐνάτη καὶ ἔνατος. δι’ ἑνὸς ν. καὶ γὰρ ἐκ τοῦ</w:t>
      </w:r>
    </w:p>
    <w:p>
      <w:r>
        <w:rPr>
          <w:rFonts w:ascii="Courier New" w:hAnsi="Courier New"/>
          <w:color w:val="555555"/>
          <w:sz w:val="20"/>
        </w:rPr>
        <w:t>[epsilon 723]</w:t>
      </w:r>
    </w:p>
    <w:p>
      <w:r>
        <w:rPr>
          <w:rFonts w:ascii="Gentium Plus" w:hAnsi="Gentium Plus"/>
          <w:sz w:val="24"/>
        </w:rPr>
        <w:t>[Ἐννεάκρουνος. κρήνη τὶς Ἀθήνῃσι Καλιῤῥόη καλουμένη πρώτως.] Ἐννεσία. ἡ συμβουλή. Ἔνερσις. συμπλοκή. παρὰ τὸ εἴρω τὸ συμπλέκω.</w:t>
      </w:r>
    </w:p>
    <w:p>
      <w:r>
        <w:rPr>
          <w:rFonts w:ascii="Courier New" w:hAnsi="Courier New"/>
          <w:color w:val="555555"/>
          <w:sz w:val="20"/>
        </w:rPr>
        <w:t>[5]</w:t>
      </w:r>
    </w:p>
    <w:p>
      <w:r>
        <w:rPr>
          <w:rFonts w:ascii="Gentium Plus" w:hAnsi="Gentium Plus"/>
          <w:sz w:val="24"/>
        </w:rPr>
        <w:t>ἐνέρσει κρώβυλον ἀναδούμενοι. Ἐνεργόν. ἐπιτεταμμένον, σύντομον. οἱ δὲ ἐξανα‐ στάντες ἐνεργὸν ἐποιήσαντο τὴν πορείαν καὶ τὴν ἔφοδον. Ἐνέργεια. ἡ ἐν λόγοις ἢ ἀθρόα προσβολή. ἐνέρ‐</w:t>
      </w:r>
    </w:p>
    <w:p>
      <w:r>
        <w:rPr>
          <w:rFonts w:ascii="Courier New" w:hAnsi="Courier New"/>
          <w:color w:val="555555"/>
          <w:sz w:val="20"/>
        </w:rPr>
        <w:t>[10]</w:t>
      </w:r>
    </w:p>
    <w:p>
      <w:r>
        <w:rPr>
          <w:rFonts w:ascii="Gentium Plus" w:hAnsi="Gentium Plus"/>
          <w:sz w:val="24"/>
        </w:rPr>
        <w:t>γεια ποιά τις κίνησις τῆς οὐσίας. ὧν δὲ ἡ ἐνέρ‐ γεια μία, τούτων καὶ ἡ δύναμις πάντως ἡ αὐτή. πᾶσα δὲ ἐνέργεια δυνάμεως ἐστὶν ἀποτέλεσμα. ἡ μὲν ἰδιότης, οἷον ἐπιτηδειότης τίς ἐστιν ἐπι‐ θεομένη πάντως τῇ ὑποκειμένῃ φύσει, κᾂν [εἰ]</w:t>
      </w:r>
    </w:p>
    <w:p>
      <w:r>
        <w:rPr>
          <w:rFonts w:ascii="Courier New" w:hAnsi="Courier New"/>
          <w:color w:val="555555"/>
          <w:sz w:val="20"/>
        </w:rPr>
        <w:t>[15]</w:t>
      </w:r>
    </w:p>
    <w:p>
      <w:r>
        <w:rPr>
          <w:rFonts w:ascii="Gentium Plus" w:hAnsi="Gentium Plus"/>
          <w:sz w:val="24"/>
        </w:rPr>
        <w:t>μὴ εἰς ἐνέργειαν προαχθεῖσα τύχοι. ἡ ἐνέρ‐ γεια δὲ καὶ αὐτὴ πράξεως οἷόν τινος, καὶ τῆς εἰς ἔργον ἐπιτηδειότητος πρόδηλον ὡς λόγον ἐπέχει. ἐνέργεια ἐστὶ φυσικῆς ἐπιτηδειότητος εἰς τὸ φανερὸν πρόοδος.</w:t>
      </w:r>
    </w:p>
    <w:p>
      <w:r>
        <w:rPr>
          <w:rFonts w:ascii="Courier New" w:hAnsi="Courier New"/>
          <w:color w:val="555555"/>
          <w:sz w:val="20"/>
        </w:rPr>
        <w:t>[20]</w:t>
      </w:r>
    </w:p>
    <w:p>
      <w:r>
        <w:rPr>
          <w:rFonts w:ascii="Gentium Plus" w:hAnsi="Gentium Plus"/>
          <w:sz w:val="24"/>
        </w:rPr>
        <w:t>Ἐνέργεια. ἔστι κίνησις δραστική. κίνησις δέ ἐστιν ἐνάλλαξις τοῦ προτέρου. ἀρχὴ γὰρ κινήσεως ἠρεμία. καὶ πάλιν κίνησις ἐστὶν ἐντελέχεια τοῦ δυνάμει κινουμένου. ἐνέργεια φυσικὴ ἐστὶν ἡ ποιὰ τοῦ ὑποκειμένου κίνησις. ἐνέργεια ἡ</w:t>
      </w:r>
    </w:p>
    <w:p>
      <w:r>
        <w:rPr>
          <w:rFonts w:ascii="Courier New" w:hAnsi="Courier New"/>
          <w:color w:val="555555"/>
          <w:sz w:val="20"/>
        </w:rPr>
        <w:t>[25]</w:t>
      </w:r>
    </w:p>
    <w:p>
      <w:r>
        <w:rPr>
          <w:rFonts w:ascii="Gentium Plus" w:hAnsi="Gentium Plus"/>
          <w:sz w:val="24"/>
        </w:rPr>
        <w:t>κατὰ τὸ πρόχειρον, ἐστὶ φυσικῆς δυνάμεως ἀποτέλεσμα. ἐνέργεια ὁμοίως ἄϋλος δύναμις. ἐνέργεια ὁμοίως ἡ ἔνυλος δύναμις. ἐνεργητικόν ἐστι τὸ δύναμιν ἔχον ἐκπληρῶσαι τὸ πρᾶγμα. ἐνέργειαι πάλιν ἐπείσακτοι αἱ μόνιμοι οὖσαι, εἴτε</w:t>
      </w:r>
    </w:p>
    <w:p>
      <w:r>
        <w:rPr>
          <w:rFonts w:ascii="Courier New" w:hAnsi="Courier New"/>
          <w:color w:val="555555"/>
          <w:sz w:val="20"/>
        </w:rPr>
        <w:t>[30]</w:t>
      </w:r>
    </w:p>
    <w:p>
      <w:r>
        <w:rPr>
          <w:rFonts w:ascii="Gentium Plus" w:hAnsi="Gentium Plus"/>
          <w:sz w:val="24"/>
        </w:rPr>
        <w:t>φυσικαὶ εἴτε ψυχικαὶ ὦσι. φυσικὴ μὲν, ὡς ἡ θερμότης ἐν τοῖς θερμαινομένοις σώμασι· ψυ‐ χικὴ δὲ, ὡς ἡ ἐπιστήμη. κατὰ τὸν τρίτον τρό‐ πον, ὅνπερ οὔπω μὲν ἐπιτηδειότητι πρὸς τὸ δέξασθαι, ὅπερ ἦν τὸ πρῶτον τοῦ σημαινομέ‐</w:t>
      </w:r>
    </w:p>
    <w:p>
      <w:r>
        <w:rPr>
          <w:rFonts w:ascii="Courier New" w:hAnsi="Courier New"/>
          <w:color w:val="555555"/>
          <w:sz w:val="20"/>
        </w:rPr>
        <w:t>[35]</w:t>
      </w:r>
    </w:p>
    <w:p>
      <w:r>
        <w:rPr>
          <w:rFonts w:ascii="Gentium Plus" w:hAnsi="Gentium Plus"/>
          <w:sz w:val="24"/>
        </w:rPr>
        <w:t>νου τῇ δυνάμει. κατὰ τὸν τέταρτον δὲ τρόπον</w:t>
      </w:r>
    </w:p>
    <w:p>
      <w:r>
        <w:rPr>
          <w:rFonts w:ascii="Courier New" w:hAnsi="Courier New"/>
          <w:color w:val="555555"/>
          <w:sz w:val="20"/>
        </w:rPr>
        <w:t>[epsilon 724]</w:t>
      </w:r>
    </w:p>
    <w:p>
      <w:r>
        <w:rPr>
          <w:rFonts w:ascii="Gentium Plus" w:hAnsi="Gentium Plus"/>
          <w:sz w:val="24"/>
        </w:rPr>
        <w:t>ἡ φυσικὴ ποιότης ἤγουν φυσικὴ ἕξις, τῶν ἀν‐ τικειμένων ἀντίθεσις ἤγουν τῆς δυνάμεως, εἴτε τῆς ποιητικῆς ἢ τῆς παθητικῆς. διάθεσις δέ ἐστιν ἡ κατὰ συμβεβηκὸς τοιάδε ἑκάστου ποιό‐</w:t>
      </w:r>
    </w:p>
    <w:p>
      <w:r>
        <w:rPr>
          <w:rFonts w:ascii="Courier New" w:hAnsi="Courier New"/>
          <w:color w:val="555555"/>
          <w:sz w:val="20"/>
        </w:rPr>
        <w:t>[5]</w:t>
      </w:r>
    </w:p>
    <w:p>
      <w:r>
        <w:rPr>
          <w:rFonts w:ascii="Gentium Plus" w:hAnsi="Gentium Plus"/>
          <w:sz w:val="24"/>
        </w:rPr>
        <w:t>της. ἐνέργεια ἰδιώματος ἐστὶν ὁ τοῦ γράμμα‐ τος σχηματισμός. ὃ οὐκ ἐνέργεια καθαρῶς, ἀλλ’ ἐνέργημα καὶ ἐστὶ καὶ γνωρίζεται. Ἐνεργείας θεοῦ ἴδιον τὸ μὴ μόνον ἐπέκεινα παν‐ τὸς εἶναι νοῦ τε καὶ λόγου καὶ χρόνου καὶ τό‐</w:t>
      </w:r>
    </w:p>
    <w:p>
      <w:r>
        <w:rPr>
          <w:rFonts w:ascii="Courier New" w:hAnsi="Courier New"/>
          <w:color w:val="555555"/>
          <w:sz w:val="20"/>
        </w:rPr>
        <w:t>[10]</w:t>
      </w:r>
    </w:p>
    <w:p>
      <w:r>
        <w:rPr>
          <w:rFonts w:ascii="Gentium Plus" w:hAnsi="Gentium Plus"/>
          <w:sz w:val="24"/>
        </w:rPr>
        <w:t>που καὶ παντὸς αἰῶνος, ἀλλὰ καὶ πάσης οὐσίας καὶ κτήσεως. Ἐνέργεια φυσική ἐστιν οὐσιώδης καὶ συστατικὴ ποιότης. ἧς τὸ ἐστερημένον καὶ πάσης οὐσίας ἐστέρηται.</w:t>
      </w:r>
    </w:p>
    <w:p>
      <w:r>
        <w:rPr>
          <w:rFonts w:ascii="Courier New" w:hAnsi="Courier New"/>
          <w:color w:val="555555"/>
          <w:sz w:val="20"/>
        </w:rPr>
        <w:t>[15]</w:t>
      </w:r>
    </w:p>
    <w:p>
      <w:r>
        <w:rPr>
          <w:rFonts w:ascii="Gentium Plus" w:hAnsi="Gentium Plus"/>
          <w:sz w:val="24"/>
        </w:rPr>
        <w:t>Ἐνέργεια ψυχῆς λογικῆς ἐστιν οἰκεία τοῦ νοῦ διάνοιά τε καὶ κίνησις. ἐνέργεια λογική ἐστιν ἡ δηλωτικὴ ἑκάστης οὐσίας δύναμις. ἐνέρ‐ γεια φυσική ἐστιν ἡ πάσης οὐσίας ἔμφυτος κί‐ νησις. ἐνέργεια φυσικὴ τῆς ἀνθρωπίνης φύσεως</w:t>
      </w:r>
    </w:p>
    <w:p>
      <w:r>
        <w:rPr>
          <w:rFonts w:ascii="Courier New" w:hAnsi="Courier New"/>
          <w:color w:val="555555"/>
          <w:sz w:val="20"/>
        </w:rPr>
        <w:t>[20]</w:t>
      </w:r>
    </w:p>
    <w:p>
      <w:r>
        <w:rPr>
          <w:rFonts w:ascii="Gentium Plus" w:hAnsi="Gentium Plus"/>
          <w:sz w:val="24"/>
        </w:rPr>
        <w:t>ἐστὶν ἡ κατ’ οὐσίαν αὐτῆς μετὰ αἰσθήσεως καὶ νοῦ ζωτικὴ καὶ αὐθαίρετος κίνησις. ἐνέργειά ἐστιν ἡ φυσικὴ ἑκάστης οὐσίας δύναμίς τε καὶ κίνησις, ἧς χωρὶς οὔτε ἐστὶν οὔτε γινώσκεται φύσις αἰσθητικῶν· αἴσθησις, καθ’ ἣν αὗται τὲ</w:t>
      </w:r>
    </w:p>
    <w:p>
      <w:r>
        <w:rPr>
          <w:rFonts w:ascii="Courier New" w:hAnsi="Courier New"/>
          <w:color w:val="555555"/>
          <w:sz w:val="20"/>
        </w:rPr>
        <w:t>[25]</w:t>
      </w:r>
    </w:p>
    <w:p>
      <w:r>
        <w:rPr>
          <w:rFonts w:ascii="Gentium Plus" w:hAnsi="Gentium Plus"/>
          <w:sz w:val="24"/>
        </w:rPr>
        <w:t>τῶν ἐκτὸς ἐφάπτονται φυσικῶς καὶ τοῖς ἐκτὸς ὑποπίπτουσι· πτηνῶν πτῆσις· νηκτῶν νῆξις· ἑρ‐ πιστικῶν ἕρψις· βαδιστικῶν βάδισις. καὶ περι‐ ληπτικῶς εἰπεῖν, τὸ σημαντικὸν ἑκάστης ἰδίω‐ μα φύσεως. ἐνέργεια τῆς νοερᾶς ψυχῆς ἐστι</w:t>
      </w:r>
    </w:p>
    <w:p>
      <w:r>
        <w:rPr>
          <w:rFonts w:ascii="Courier New" w:hAnsi="Courier New"/>
          <w:color w:val="555555"/>
          <w:sz w:val="20"/>
        </w:rPr>
        <w:t>[30]</w:t>
      </w:r>
    </w:p>
    <w:p>
      <w:r>
        <w:rPr>
          <w:rFonts w:ascii="Gentium Plus" w:hAnsi="Gentium Plus"/>
          <w:sz w:val="24"/>
        </w:rPr>
        <w:t>κατὰ φύσιν αὕτη ἡ αὐτοκίνητος καὶ πρώτη δύ‐ ναμις· ἤγουν αὐτοκίνητος λόγος φυσικῶς αὐτῇ πηγαζόμενος. ἐνέργειαν λέγομεν φυσικὴν, ἧς μόνον ἐστέρηται τὸ μὴ ὄν. τὸ γὰρ οὐσίας τι‐ νὸς μετέχον καὶ τῆς δηλούσης αὐτὴν μεθέξει</w:t>
      </w:r>
    </w:p>
    <w:p>
      <w:r>
        <w:rPr>
          <w:rFonts w:ascii="Courier New" w:hAnsi="Courier New"/>
          <w:color w:val="555555"/>
          <w:sz w:val="20"/>
        </w:rPr>
        <w:t>[35]</w:t>
      </w:r>
    </w:p>
    <w:p>
      <w:r>
        <w:rPr>
          <w:rFonts w:ascii="Gentium Plus" w:hAnsi="Gentium Plus"/>
          <w:sz w:val="24"/>
        </w:rPr>
        <w:t>πάντως δυνάμεως. ὅρους γὰρ τῶν οὐσιῶν καὶ</w:t>
      </w:r>
    </w:p>
    <w:p>
      <w:r>
        <w:rPr>
          <w:rFonts w:ascii="Courier New" w:hAnsi="Courier New"/>
          <w:color w:val="555555"/>
          <w:sz w:val="20"/>
        </w:rPr>
        <w:t>[epsilon 725]</w:t>
      </w:r>
    </w:p>
    <w:p>
      <w:r>
        <w:rPr>
          <w:rFonts w:ascii="Gentium Plus" w:hAnsi="Gentium Plus"/>
          <w:sz w:val="24"/>
        </w:rPr>
        <w:t>τὰς φυσικὰς αὐτῶν ἐνεργείας ὁ ἀληθὴς ἐπί‐ σταται λόγος. οὐδὲν τῶν ὄντων, εἴτε νοερόν ἐστιν, ἀφαιρεῖται θελητικῆς δυνάμεως καὶ ἐνερ‐ γείας· εἴτε αἰσθητικὸν, τῆς αἰσθητικῆς ἐνερ‐</w:t>
      </w:r>
    </w:p>
    <w:p>
      <w:r>
        <w:rPr>
          <w:rFonts w:ascii="Courier New" w:hAnsi="Courier New"/>
          <w:color w:val="555555"/>
          <w:sz w:val="20"/>
        </w:rPr>
        <w:t>[5]</w:t>
      </w:r>
    </w:p>
    <w:p>
      <w:r>
        <w:rPr>
          <w:rFonts w:ascii="Gentium Plus" w:hAnsi="Gentium Plus"/>
          <w:sz w:val="24"/>
        </w:rPr>
        <w:t>γείας· εἴτε φυσικὸν, αὐξητικῆς καὶ θρεπτικῆς ἐνεργείας· εἴτε παντελῶς ἄψυχον καὶ πάσης ἄμοιρον ζωῆς, τῆς καθ’ ἕξιν λεγομένης ἐνερ‐ γείας καὶ ἐπιτηδειότητος· ὡς δηλοῦσι πάντα τὰ οὕτως ὄντα, ἀντιληπτικὰ τυγχάνοντα ταῖς τῶν</w:t>
      </w:r>
    </w:p>
    <w:p>
      <w:r>
        <w:rPr>
          <w:rFonts w:ascii="Courier New" w:hAnsi="Courier New"/>
          <w:color w:val="555555"/>
          <w:sz w:val="20"/>
        </w:rPr>
        <w:t>[10]</w:t>
      </w:r>
    </w:p>
    <w:p>
      <w:r>
        <w:rPr>
          <w:rFonts w:ascii="Gentium Plus" w:hAnsi="Gentium Plus"/>
          <w:sz w:val="24"/>
        </w:rPr>
        <w:t>αἰσθητῶν αἰσθήσεσιν· ἐνέργεια γὰρ τῶν τοιού‐ των τὸ ἐπιπεσεῖν πάντως ὁράσει διὰ [τῆς] ἰδίας ἐπιφανείας· ἀκοῇ διὰ κτύπου· ὀσφρήσει δι’ ἀτμοῦ τινὸς προσφυοῦς· γεύσει τισὶ χυμοῖς, καὶ ἁφῇ διὰ τῆς ἀντιτυπίας. ὥσπερ γὰρ ἐνέργειαν λέ‐</w:t>
      </w:r>
    </w:p>
    <w:p>
      <w:r>
        <w:rPr>
          <w:rFonts w:ascii="Courier New" w:hAnsi="Courier New"/>
          <w:color w:val="555555"/>
          <w:sz w:val="20"/>
        </w:rPr>
        <w:t>[15]</w:t>
      </w:r>
    </w:p>
    <w:p>
      <w:r>
        <w:rPr>
          <w:rFonts w:ascii="Gentium Plus" w:hAnsi="Gentium Plus"/>
          <w:sz w:val="24"/>
        </w:rPr>
        <w:t>γομεν τῆς ὁράσεως τὸ ὁρᾷν, οὕτω καὶ τῶν ὁρω‐ μένων τὸ ὁρᾶσθαι· καὶ τὰ λοιπὰ πάντα κατὰ τὸν αὐτὸν θεωροῦμεν γινόμενα τρόπον. τριχῶς δὲ λέγεται ἡ ἐνέργεια· ἥ τε δύναμις, καθ’ ἣν ἐνεργεῖν πεφύκαμεν, καὶ σχέσις ἡ ἀπὸ τοῦ</w:t>
      </w:r>
    </w:p>
    <w:p>
      <w:r>
        <w:rPr>
          <w:rFonts w:ascii="Courier New" w:hAnsi="Courier New"/>
          <w:color w:val="555555"/>
          <w:sz w:val="20"/>
        </w:rPr>
        <w:t>[20]</w:t>
      </w:r>
    </w:p>
    <w:p>
      <w:r>
        <w:rPr>
          <w:rFonts w:ascii="Gentium Plus" w:hAnsi="Gentium Plus"/>
          <w:sz w:val="24"/>
        </w:rPr>
        <w:t>ἐνεργοῦντος πρὸς τὸ ἐνεργούμενον, καὶ αὐτὸ τὸ ἀποτελούμενον ἤτοι τὸ ἐνέργημα. Ἐνέργεια ἐστὶν, ὡς φησὶ Γρηγόριος ὁ Νύσσης, ἡ φυσικὴ ἑκάστης οὐσίας δύναμίς τε καὶ κίνη‐ σις, ἧς μόνον ἐστέρηται τὸ μὴ ὄν· τὸ γάρ τινος</w:t>
      </w:r>
    </w:p>
    <w:p>
      <w:r>
        <w:rPr>
          <w:rFonts w:ascii="Courier New" w:hAnsi="Courier New"/>
          <w:color w:val="555555"/>
          <w:sz w:val="20"/>
        </w:rPr>
        <w:t>[25]</w:t>
      </w:r>
    </w:p>
    <w:p>
      <w:r>
        <w:rPr>
          <w:rFonts w:ascii="Gentium Plus" w:hAnsi="Gentium Plus"/>
          <w:sz w:val="24"/>
        </w:rPr>
        <w:t>οὐσίας μετασχὸν συμμεθέξει πάντως καὶ τῆς δηλούσης αὐτὸ ἐνεργείας. ὅρους γὰρ τῶν οὐσιῶν τὰς ἀψευδεῖς αὐτῶν [ἐνεργείας ὁ ἀληθὴς] ἐπί‐ σταται λόγος· νοερῶν ἐνέργειαν τὴν νόησιν· αἰ‐ σθητῶν τὴν αἴσθησιν· κινητῶν τὴν κίνησιν·</w:t>
      </w:r>
    </w:p>
    <w:p>
      <w:r>
        <w:rPr>
          <w:rFonts w:ascii="Courier New" w:hAnsi="Courier New"/>
          <w:color w:val="555555"/>
          <w:sz w:val="20"/>
        </w:rPr>
        <w:t>[30]</w:t>
      </w:r>
    </w:p>
    <w:p>
      <w:r>
        <w:rPr>
          <w:rFonts w:ascii="Gentium Plus" w:hAnsi="Gentium Plus"/>
          <w:sz w:val="24"/>
        </w:rPr>
        <w:t>πτηνῶν τὴν πτῆσιν· νηκτῶν τὴν νῆξιν· βλα‐ στικῶν τὴν βλάστησιν· ἑρπιστικῶν τὴν ἕρψιν· καυστικῶν τὴν καῦσιν· ῥευστῶν τὴν ῥεῦσιν· θεω‐ ρητικῶν τὴν ὅρασιν· γεννητικῶν τὴν γέννησιν· καὶ καθολικῶς εἰπεῖν τὸ πάσης φύσεως σημαν‐</w:t>
      </w:r>
    </w:p>
    <w:p>
      <w:r>
        <w:rPr>
          <w:rFonts w:ascii="Courier New" w:hAnsi="Courier New"/>
          <w:color w:val="555555"/>
          <w:sz w:val="20"/>
        </w:rPr>
        <w:t>[35]</w:t>
      </w:r>
    </w:p>
    <w:p>
      <w:r>
        <w:rPr>
          <w:rFonts w:ascii="Gentium Plus" w:hAnsi="Gentium Plus"/>
          <w:sz w:val="24"/>
        </w:rPr>
        <w:t>τικὸν καὶ ἀφοριστικὸν ἡ ἐνέργεια αὐτῆς ἡ φυ‐ σικὴ κατέστηκεν, ἧς ἀναιρουμένης συναναιρεῖται πάντως καὶ ἀπόλλυται καὶ ἡ φύσις· ἀναιρου‐</w:t>
      </w:r>
    </w:p>
    <w:p>
      <w:r>
        <w:rPr>
          <w:rFonts w:ascii="Courier New" w:hAnsi="Courier New"/>
          <w:color w:val="555555"/>
          <w:sz w:val="20"/>
        </w:rPr>
        <w:t>[epsilon 726]</w:t>
      </w:r>
    </w:p>
    <w:p>
      <w:r>
        <w:rPr>
          <w:rFonts w:ascii="Gentium Plus" w:hAnsi="Gentium Plus"/>
          <w:sz w:val="24"/>
        </w:rPr>
        <w:t>ρουμένης τῆς κινήσεως τοῦ ζώου ἀπόλλυται τὸ ζῶον· ἀναιρουμένης τῆς νοήσεως ἀπόλλυται τὸ νοερὸν τῆς ψυχῆς καὶ τὸ λογικὸν αὐτῆς. καὶ διὰ τοῦτο λέγομεν ἐν Χριστῷ δύο θελήσεις καὶ</w:t>
      </w:r>
    </w:p>
    <w:p>
      <w:r>
        <w:rPr>
          <w:rFonts w:ascii="Courier New" w:hAnsi="Courier New"/>
          <w:color w:val="555555"/>
          <w:sz w:val="20"/>
        </w:rPr>
        <w:t>[5]</w:t>
      </w:r>
    </w:p>
    <w:p>
      <w:r>
        <w:rPr>
          <w:rFonts w:ascii="Gentium Plus" w:hAnsi="Gentium Plus"/>
          <w:sz w:val="24"/>
        </w:rPr>
        <w:t>ἐνεργείας, ἵνα μὴ ἄψυχον σῶμα καὶ ἄλογον ψυ‐ χὴν ἐπ’ αὐτῷ εἴπωμεν. ἐνέργεια γὰρ ἐμψύχου σώματος τὸ περιπατεῖν καὶ ἐργάζεσθαι· ἐνέρ‐ γεια δὲ λογικῆς ψυχῆς ἡ θελητικὴ καὶ λογι‐ στικὴ καὶ βουλευτικὴ διάνοια αὐτῆς ἐστίν. οὐ</w:t>
      </w:r>
    </w:p>
    <w:p>
      <w:r>
        <w:rPr>
          <w:rFonts w:ascii="Courier New" w:hAnsi="Courier New"/>
          <w:color w:val="555555"/>
          <w:sz w:val="20"/>
        </w:rPr>
        <w:t>[10]</w:t>
      </w:r>
    </w:p>
    <w:p>
      <w:r>
        <w:rPr>
          <w:rFonts w:ascii="Gentium Plus" w:hAnsi="Gentium Plus"/>
          <w:sz w:val="24"/>
        </w:rPr>
        <w:t>μόνον δὲ ἐπὶ ἐμψύχων καὶ κινητικῶν, ἀλλὰ καὶ ἐπὶ ἀψύχων καὶ ἀκινήτων ἔστιν εὑρεῖν φυ‐ σικὰς ἐνεργείας, ὡς μαρτυρεῖ ἡ σκαμμωνία καὶ τὰ καθάρσια τῆς κενωτικῆς ἐνεργείας ὑπάρχον‐ τα, καὶ ἡ ὑδράργυρος θανατικὴν ποιοῦσα ἐνέρ‐</w:t>
      </w:r>
    </w:p>
    <w:p>
      <w:r>
        <w:rPr>
          <w:rFonts w:ascii="Courier New" w:hAnsi="Courier New"/>
          <w:color w:val="555555"/>
          <w:sz w:val="20"/>
        </w:rPr>
        <w:t>[15]</w:t>
      </w:r>
    </w:p>
    <w:p>
      <w:r>
        <w:rPr>
          <w:rFonts w:ascii="Gentium Plus" w:hAnsi="Gentium Plus"/>
          <w:sz w:val="24"/>
        </w:rPr>
        <w:t>γειαν, καὶ τὸ κώνιον ὁμοίως ἀναιρετικὸν ὑπάρ‐ χον. τὸ δὲ παράδοξον, ὅτι καὶ τινὲς διάφοροι φύσεις στερούμεναι πολλάκις τῶν φυσικῶν ἐνερ‐ γειῶν αὐτῆς, ἑτέρας ἐνεργείας τίκτουσιν, οἷον ἡ λίθος καιομένη ἀπόλλυσι τὴν ψυχρὰν ἐνέρ‐</w:t>
      </w:r>
    </w:p>
    <w:p>
      <w:r>
        <w:rPr>
          <w:rFonts w:ascii="Courier New" w:hAnsi="Courier New"/>
          <w:color w:val="555555"/>
          <w:sz w:val="20"/>
        </w:rPr>
        <w:t>[20]</w:t>
      </w:r>
    </w:p>
    <w:p>
      <w:r>
        <w:rPr>
          <w:rFonts w:ascii="Gentium Plus" w:hAnsi="Gentium Plus"/>
          <w:sz w:val="24"/>
        </w:rPr>
        <w:t>γειαν, καὶ καυστικὴν σωμάτων ἐνέργειαν, ἄσβε‐ στος γενομένη, κέκτηται. ὁμοίως καὶ ἡ κέδρος καιομένη στερεῖται μὲν τῆς φυσικῆς καὶ αὐξη‐ τικῆς καὶ βλαστώδους ἐνεργείας· ἰαματικὴν δέ τινα καὶ ἀφαιρετικὴν σκωλήκων ἐνέργειαν κέ‐</w:t>
      </w:r>
    </w:p>
    <w:p>
      <w:r>
        <w:rPr>
          <w:rFonts w:ascii="Courier New" w:hAnsi="Courier New"/>
          <w:color w:val="555555"/>
          <w:sz w:val="20"/>
        </w:rPr>
        <w:t>[25]</w:t>
      </w:r>
    </w:p>
    <w:p>
      <w:r>
        <w:rPr>
          <w:rFonts w:ascii="Gentium Plus" w:hAnsi="Gentium Plus"/>
          <w:sz w:val="24"/>
        </w:rPr>
        <w:t>κτηται· ἐς ὕστερον καὶ τὴν κεδραίαν δίδωσι ταύ‐ τῃ. ἀμέλει γοῦν τοῖς ἐχεφρόνως τὰς τῶν ὄν‐ των προσηγορίας διασκοπεῖν καὶ ἀνακρίνειν ἐπι‐ σταμένοις ἔστιν εὑρεῖν, ὅτι αἱ πλείους πάσης ὑπάρξεως προσηγορίαι ἐνεργητικὰς, ἀλλ’ οὐ</w:t>
      </w:r>
    </w:p>
    <w:p>
      <w:r>
        <w:rPr>
          <w:rFonts w:ascii="Courier New" w:hAnsi="Courier New"/>
          <w:color w:val="555555"/>
          <w:sz w:val="20"/>
        </w:rPr>
        <w:t>[30]</w:t>
      </w:r>
    </w:p>
    <w:p>
      <w:r>
        <w:rPr>
          <w:rFonts w:ascii="Gentium Plus" w:hAnsi="Gentium Plus"/>
          <w:sz w:val="24"/>
        </w:rPr>
        <w:t>φυσικὰς τὰς ὀνομασίας ἔχουσιν, ἐκ τῶν ἰδίων ἐνεργειῶν ταύτας λαβοῦσαι καὶ ἔχουσαι καὶ λε‐ γόμεναι. θεὸς γὰρ οὐκ αὐτὴν τὴν οὐσίαν τὴν ἀκατάληπτον καὶ ἀνώνυμον τοῦ δημιουργοῦ ἡμῖν παρίστησιν· ἀλλ’ ἐκ τῆς θεωρητικῆς αὐτοῦ ἐνερ‐</w:t>
      </w:r>
    </w:p>
    <w:p>
      <w:r>
        <w:rPr>
          <w:rFonts w:ascii="Courier New" w:hAnsi="Courier New"/>
          <w:color w:val="555555"/>
          <w:sz w:val="20"/>
        </w:rPr>
        <w:t>[35]</w:t>
      </w:r>
    </w:p>
    <w:p>
      <w:r>
        <w:rPr>
          <w:rFonts w:ascii="Gentium Plus" w:hAnsi="Gentium Plus"/>
          <w:sz w:val="24"/>
        </w:rPr>
        <w:t>γείας εἴρηται θεός. ὁμοίως καὶ τὸ ἄγγελος οὐ τὴν οὐσίαν αὐτοῦ καὶ τὴν ὕπαρξιν τῆς αὐτῶν φύσεως δηλοῖ, ἀλλ’ ἐκ τῆς ἀγγελικῆς αὐτῶν</w:t>
      </w:r>
    </w:p>
    <w:p>
      <w:r>
        <w:rPr>
          <w:rFonts w:ascii="Courier New" w:hAnsi="Courier New"/>
          <w:color w:val="555555"/>
          <w:sz w:val="20"/>
        </w:rPr>
        <w:t>[epsilon 727]</w:t>
      </w:r>
    </w:p>
    <w:p>
      <w:r>
        <w:rPr>
          <w:rFonts w:ascii="Gentium Plus" w:hAnsi="Gentium Plus"/>
          <w:sz w:val="24"/>
        </w:rPr>
        <w:t>ἔχουσιν. ὥσπερ δὴ καὶ ὁ ἄνθρωπος οὐκ ἐξ αὐ‐ τῆς τῆς οὐσιώδους αὐτοῦ ποιότητος λέγεται ἄν‐ θρωπος, ἀλλὰ διὰ τὸ ἄνω θρεῖν τὴν ὦπα, ἤγουν ἄνω ὁρᾷν τοὺς ὀφθαλμούς. ὅθεν καὶ αὐ‐</w:t>
      </w:r>
    </w:p>
    <w:p>
      <w:r>
        <w:rPr>
          <w:rFonts w:ascii="Courier New" w:hAnsi="Courier New"/>
          <w:color w:val="555555"/>
          <w:sz w:val="20"/>
        </w:rPr>
        <w:t>[5]</w:t>
      </w:r>
    </w:p>
    <w:p>
      <w:r>
        <w:rPr>
          <w:rFonts w:ascii="Gentium Plus" w:hAnsi="Gentium Plus"/>
          <w:sz w:val="24"/>
        </w:rPr>
        <w:t>τὸς ἐκ τῆς ἄνω θεωρητικῆς ἐνεργείας λέγεται ἄνθρωπος. ἄλλοι δὲ λέγουσιν, ὅτι ἐκ τῆς ἀνορ‐ θοπεριπατητικῆς ἐνεργείας ἄνθρωπος ἐκλήθη, πάντων τῶν ζώων κατωκλινῶς κεκυφότων καὶ περιπατούντων. εἰ οὖν καὶ αἱ δύο προσηγορίαι</w:t>
      </w:r>
    </w:p>
    <w:p>
      <w:r>
        <w:rPr>
          <w:rFonts w:ascii="Courier New" w:hAnsi="Courier New"/>
          <w:color w:val="555555"/>
          <w:sz w:val="20"/>
        </w:rPr>
        <w:t>[10]</w:t>
      </w:r>
    </w:p>
    <w:p>
      <w:r>
        <w:rPr>
          <w:rFonts w:ascii="Gentium Plus" w:hAnsi="Gentium Plus"/>
          <w:sz w:val="24"/>
        </w:rPr>
        <w:t>τῶν οὐσιῶν τοῦ Χριστοῦ, λέγω δὴ τὸ θεὸς καὶ τὸ ἄνθρωπος, ἐκ τῶν φυσικῶν αὐτῶν ἐνεργειῶν τὰ ὀνόματα ἔχουσι, πῶς οὐκ αἰσχύνονται τι‐ νὲς ἀπαρνούμενοι τὰς δύο λέγειν ἐπ’ αὐτοῦ ἐνεργείας; οἵτινες πάσης ἑτέρας γραφικῆς ἢ</w:t>
      </w:r>
    </w:p>
    <w:p>
      <w:r>
        <w:rPr>
          <w:rFonts w:ascii="Courier New" w:hAnsi="Courier New"/>
          <w:color w:val="555555"/>
          <w:sz w:val="20"/>
        </w:rPr>
        <w:t>[15]</w:t>
      </w:r>
    </w:p>
    <w:p>
      <w:r>
        <w:rPr>
          <w:rFonts w:ascii="Gentium Plus" w:hAnsi="Gentium Plus"/>
          <w:sz w:val="24"/>
        </w:rPr>
        <w:t>πατρικῆς παραστάσεως ἐξ αὐτῶν τῶν ὀνομά‐ των τοῦ Χριστοῦ αἰσχύνονται ἐκ τοῦ θεὸς καὶ ἄνθρωπος. καθὰ γὰρ ἔφην, σχεδὸν πᾶσα φύ‐ σις ἐκ τῆς οὐσιώδους αὐτῆς ἐνεργείας ἔχει τὴν προσηγορίαν· οἷον τὶ λέγω παρθένον, ἤγουν</w:t>
      </w:r>
    </w:p>
    <w:p>
      <w:r>
        <w:rPr>
          <w:rFonts w:ascii="Courier New" w:hAnsi="Courier New"/>
          <w:color w:val="555555"/>
          <w:sz w:val="20"/>
        </w:rPr>
        <w:t>[20]</w:t>
      </w:r>
    </w:p>
    <w:p>
      <w:r>
        <w:rPr>
          <w:rFonts w:ascii="Gentium Plus" w:hAnsi="Gentium Plus"/>
          <w:sz w:val="24"/>
        </w:rPr>
        <w:t>πῦρ θανὸν, κατὰ τὸ τὴν πύρωσιν θανατοῦν τῆς σαρκός. καὶ πάλιν ὁπηνίκα λέγομεν περι‐ στερὰν, οὐκ αὐτὴν τὴν φύσιν τοῦ ζώου ἤγουν τῆς σαρκὸς αὐτῆς τὴν ποιότητα ἐσημάναμεν, ἀλλὰ τὴν ἐνέργειαν, ἣν διαπράττεται· ἀπὸ γὰρ</w:t>
      </w:r>
    </w:p>
    <w:p>
      <w:r>
        <w:rPr>
          <w:rFonts w:ascii="Courier New" w:hAnsi="Courier New"/>
          <w:color w:val="555555"/>
          <w:sz w:val="20"/>
        </w:rPr>
        <w:t>[25]</w:t>
      </w:r>
    </w:p>
    <w:p>
      <w:r>
        <w:rPr>
          <w:rFonts w:ascii="Gentium Plus" w:hAnsi="Gentium Plus"/>
          <w:sz w:val="24"/>
        </w:rPr>
        <w:t>τοῦ πέτεσθαι στεῤῥὰ εἴρηται περιστερά. κα‐ θὰ καὶ τὰ ἑξῆς οὐ φυσικὰς, ἀλλ’ ἐνεργητικὰς ἔχουσι τὰς οἰκείας προσηγορίας· οἷον ἔλαφος ἀπὸ τοῦ ἐλεῖν τὰς ὄφεις· καὶ ἕτερα δὲ μυρία ἔστιν εὑρεῖν, ἵνα μὴ λέγω πάντα τὰ ἐκ τῆς</w:t>
      </w:r>
    </w:p>
    <w:p>
      <w:r>
        <w:rPr>
          <w:rFonts w:ascii="Courier New" w:hAnsi="Courier New"/>
          <w:color w:val="555555"/>
          <w:sz w:val="20"/>
        </w:rPr>
        <w:t>[30]</w:t>
      </w:r>
    </w:p>
    <w:p>
      <w:r>
        <w:rPr>
          <w:rFonts w:ascii="Gentium Plus" w:hAnsi="Gentium Plus"/>
          <w:sz w:val="24"/>
        </w:rPr>
        <w:t>οἰκείας ἐνεργείας ἔχοντα τὰς οἰκείας προσηγο‐ ρίας. ἐνέργεια γάρ ἐστιν ἡ τῆς φύσεως δύνα‐ μις. οὐ ταυτὸν δὲ ἐνέργεια καὶ ἐνεργητικὸν καὶ</w:t>
      </w:r>
    </w:p>
    <w:p>
      <w:r>
        <w:rPr>
          <w:rFonts w:ascii="Courier New" w:hAnsi="Courier New"/>
          <w:color w:val="555555"/>
          <w:sz w:val="20"/>
        </w:rPr>
        <w:t>[epsilon 728]</w:t>
      </w:r>
    </w:p>
    <w:p>
      <w:r>
        <w:rPr>
          <w:rFonts w:ascii="Gentium Plus" w:hAnsi="Gentium Plus"/>
          <w:sz w:val="24"/>
        </w:rPr>
        <w:t>τὸ τῆς οὐσίας πρᾶγμα. ἐνέργημα δὲ τὸ ἀπο‐ τέλεσμα, ὅπερ ἀποτελεῖ ἡ ἐνέργεια τοῦ ἐνερ‐ γοῦντος· ἐνέργημα θεοῦ ὁ οὐρανὸς, ὁ ἄγγε‐ λος, ὁ ἄνθρωπος καὶ πᾶσα ἡ κτίσις. ἐνέργεια</w:t>
      </w:r>
    </w:p>
    <w:p>
      <w:r>
        <w:rPr>
          <w:rFonts w:ascii="Courier New" w:hAnsi="Courier New"/>
          <w:color w:val="555555"/>
          <w:sz w:val="20"/>
        </w:rPr>
        <w:t>[5]</w:t>
      </w:r>
    </w:p>
    <w:p>
      <w:r>
        <w:rPr>
          <w:rFonts w:ascii="Gentium Plus" w:hAnsi="Gentium Plus"/>
          <w:sz w:val="24"/>
        </w:rPr>
        <w:t>δὲ εἴρηται διὰ τὸ ἐν ἔργοις εἶναι ἤγουν φαί‐ νεσθαι. διττῶς δὲ νοεῖται ἡ ἐνέργεια· νοητῶς καὶ αἰσθητῶς. αἰσθητὸν ἐστὶ τὸ ὁρώμενον καὶ ψηλαφώμενον καὶ ἀκουόμενον καὶ φθειρόμενον· νοητὸν δὲ τὸ ἄφθαρτον καὶ αἰώνιον, τὸ αἰσθή‐</w:t>
      </w:r>
    </w:p>
    <w:p>
      <w:r>
        <w:rPr>
          <w:rFonts w:ascii="Courier New" w:hAnsi="Courier New"/>
          <w:color w:val="555555"/>
          <w:sz w:val="20"/>
        </w:rPr>
        <w:t>[10]</w:t>
      </w:r>
    </w:p>
    <w:p>
      <w:r>
        <w:rPr>
          <w:rFonts w:ascii="Gentium Plus" w:hAnsi="Gentium Plus"/>
          <w:sz w:val="24"/>
        </w:rPr>
        <w:t>σει μὴ ὑποπίπτον· οἷον νοητὸς κόσμος. νοητὰ εἰσὶ καὶ τὰ αἰσθητήρια τὰ ἐν τῷ καθ’ ἡμᾶς κρυπτῷ ἀνθρώπῳ, τουτέστι τὰ μὴ σωματικῶς, ἀλλὰ κατὰ νοῦν γνωριζόμενα, χωρὶς σωματι‐ κῶν ὀφθαλμῶν. νοερὸν δὲ τὸ ἐν τῇ ψυχῇ παρὰ</w:t>
      </w:r>
    </w:p>
    <w:p>
      <w:r>
        <w:rPr>
          <w:rFonts w:ascii="Courier New" w:hAnsi="Courier New"/>
          <w:color w:val="555555"/>
          <w:sz w:val="20"/>
        </w:rPr>
        <w:t>[15]</w:t>
      </w:r>
    </w:p>
    <w:p>
      <w:r>
        <w:rPr>
          <w:rFonts w:ascii="Gentium Plus" w:hAnsi="Gentium Plus"/>
          <w:sz w:val="24"/>
        </w:rPr>
        <w:t>τοῦ δημιουργοῦ δεδημιουργημένον, καθ’ ὃ πᾶ‐ σαν νόησιν εἴτε τοῦ ἀγεννήτου εἴτε τοῦ γεννη‐ τοῦ προσλαμβάνεσθαι πεφύκαμεν. καὶ τοῦτο ἀναμέρος, ὅσον ἡ τῶν παθῶν ἀχλὺς ὑποχω‐ ρήσειεν. ἐνέργεια κατὰ τὸ ἐνεργεῖν ἤτοι πράτ‐</w:t>
      </w:r>
    </w:p>
    <w:p>
      <w:r>
        <w:rPr>
          <w:rFonts w:ascii="Courier New" w:hAnsi="Courier New"/>
          <w:color w:val="555555"/>
          <w:sz w:val="20"/>
        </w:rPr>
        <w:t>[20]</w:t>
      </w:r>
    </w:p>
    <w:p>
      <w:r>
        <w:rPr>
          <w:rFonts w:ascii="Gentium Plus" w:hAnsi="Gentium Plus"/>
          <w:sz w:val="24"/>
        </w:rPr>
        <w:t>τειν εἴρηται. Ἐνή. ὀξυτόνως, ἡ νέα. Ἔνῃφι. μετὰ τρίτην ἡμέραν. ἢ ἔνη ἡ ἀρχὴ τοῦ μηνός. Ἐνήρεις νῆας. μίαν εἰρεσίαν ἐχούσας. ὁ δὲ Σύλ‐</w:t>
      </w:r>
    </w:p>
    <w:p>
      <w:r>
        <w:rPr>
          <w:rFonts w:ascii="Courier New" w:hAnsi="Courier New"/>
          <w:color w:val="555555"/>
          <w:sz w:val="20"/>
        </w:rPr>
        <w:t>[25]</w:t>
      </w:r>
    </w:p>
    <w:p>
      <w:r>
        <w:rPr>
          <w:rFonts w:ascii="Gentium Plus" w:hAnsi="Gentium Plus"/>
          <w:sz w:val="24"/>
        </w:rPr>
        <w:t>λας συνῆλθε τῷ Μιθριδάτῃ ἐν Δαρδάνῳ τῆς Τρωάδος, ἔχων ναῦς διακοσίας ἐνήρεις. Ἐνθουσία. θεοφορία. Ἐνὶ σκοπιῇ. ἐν βουνῷ. Ἐνιπή. ἡ διὰ λόγων ἐπίπληξις καὶ ἀπειλή. ἀπὸ</w:t>
      </w:r>
    </w:p>
    <w:p>
      <w:r>
        <w:rPr>
          <w:rFonts w:ascii="Courier New" w:hAnsi="Courier New"/>
          <w:color w:val="555555"/>
          <w:sz w:val="20"/>
        </w:rPr>
        <w:t>[30]</w:t>
      </w:r>
    </w:p>
    <w:p>
      <w:r>
        <w:rPr>
          <w:rFonts w:ascii="Gentium Plus" w:hAnsi="Gentium Plus"/>
          <w:sz w:val="24"/>
        </w:rPr>
        <w:t>τοῦ ἐνέπω. Ἐν κυνέῃ. ἐν περικεφαλαίᾳ. Ἐν καρὸς αἴσῃ. ἐν μοίρᾳ θανάτου. περιφρα‐</w:t>
      </w:r>
    </w:p>
    <w:p>
      <w:r>
        <w:rPr>
          <w:rFonts w:ascii="Courier New" w:hAnsi="Courier New"/>
          <w:color w:val="555555"/>
          <w:sz w:val="20"/>
        </w:rPr>
        <w:t>[epsilon 729]</w:t>
      </w:r>
    </w:p>
    <w:p>
      <w:r>
        <w:rPr>
          <w:rFonts w:ascii="Gentium Plus" w:hAnsi="Gentium Plus"/>
          <w:sz w:val="24"/>
        </w:rPr>
        <w:t>κατὰ κηρὸς ἤγουν κατὰ θανάτου. ἢ, ὡς ἔνιοι, ἐν τάξει μισθοφόρου. πρῶτον γὰρ Κᾶρες ἐπο‐ λέμησαν ἐπὶ μισθῷ καὶ ἔδοξαν ἄτιμοι εἶναι. Ἐν μετουσίᾳ. ἐν μεθέξει, ἐν χωρηγήσει, ἐν</w:t>
      </w:r>
    </w:p>
    <w:p>
      <w:r>
        <w:rPr>
          <w:rFonts w:ascii="Courier New" w:hAnsi="Courier New"/>
          <w:color w:val="555555"/>
          <w:sz w:val="20"/>
        </w:rPr>
        <w:t>[5]</w:t>
      </w:r>
    </w:p>
    <w:p>
      <w:r>
        <w:rPr>
          <w:rFonts w:ascii="Gentium Plus" w:hAnsi="Gentium Plus"/>
          <w:sz w:val="24"/>
        </w:rPr>
        <w:t>διαθέσει. Ἔννοια. ἡ περὶ τινὸς τοῦ νοῦ κίνησις. Ἐν ὁδῷ ἦσαν. ἐν ἔργῳ. ἐν βίῳ. ἐν πίστει. Ἐνοπή. πόλεμος, μάχη. Ὅμηρος· Τρῶες μὲν κλαγγῇ ἐνοπῇ τ’ ἴσαν ὄρνιθες ὥς.</w:t>
      </w:r>
    </w:p>
    <w:p>
      <w:r>
        <w:rPr>
          <w:rFonts w:ascii="Courier New" w:hAnsi="Courier New"/>
          <w:color w:val="555555"/>
          <w:sz w:val="20"/>
        </w:rPr>
        <w:t>[10]</w:t>
      </w:r>
    </w:p>
    <w:p>
      <w:r>
        <w:rPr>
          <w:rFonts w:ascii="Gentium Plus" w:hAnsi="Gentium Plus"/>
          <w:sz w:val="24"/>
        </w:rPr>
        <w:t>καὶ ἐνοπάς. Ἔνοσις. ἡ κίνησις. Ἐν παρενθήκης μέρει. ἐν περισσείας μέρει. Ἐν περιλήψει. ἐν περισσοτέρᾳ νοήσει. Ἐν ῥάβδῳ. ἐν ἐπιτιμητικῷ λόγῳ.</w:t>
      </w:r>
    </w:p>
    <w:p>
      <w:r>
        <w:rPr>
          <w:rFonts w:ascii="Courier New" w:hAnsi="Courier New"/>
          <w:color w:val="555555"/>
          <w:sz w:val="20"/>
        </w:rPr>
        <w:t>[15]</w:t>
      </w:r>
    </w:p>
    <w:p>
      <w:r>
        <w:rPr>
          <w:rFonts w:ascii="Gentium Plus" w:hAnsi="Gentium Plus"/>
          <w:sz w:val="24"/>
        </w:rPr>
        <w:t>Ἔντευξις. παράκλησις ὑπό τινος προσαγομένη θεῷ περὶ σωτηρίας ἑτέρων. Ἔντασις. ἡ ἐπίτασις. καθ’ ὅσον ἡ τοῦ βίου ἔν‐ τασις ἐπεδέχετο κυνικωτέρα προελθοῦσα. Ἔνταξις. ἐπειδὰν τὶς προαιρεῖται τοὺς ψιλοὺς</w:t>
      </w:r>
    </w:p>
    <w:p>
      <w:r>
        <w:rPr>
          <w:rFonts w:ascii="Courier New" w:hAnsi="Courier New"/>
          <w:color w:val="555555"/>
          <w:sz w:val="20"/>
        </w:rPr>
        <w:t>[20]</w:t>
      </w:r>
    </w:p>
    <w:p>
      <w:r>
        <w:rPr>
          <w:rFonts w:ascii="Gentium Plus" w:hAnsi="Gentium Plus"/>
          <w:sz w:val="24"/>
        </w:rPr>
        <w:t>εἰς τὰ διαστήματα τῆς φάλαγγος ἐντάσσειν</w:t>
      </w:r>
    </w:p>
    <w:p>
      <w:r>
        <w:rPr>
          <w:rFonts w:ascii="Courier New" w:hAnsi="Courier New"/>
          <w:color w:val="555555"/>
          <w:sz w:val="20"/>
        </w:rPr>
        <w:t>[epsilon 730]</w:t>
      </w:r>
    </w:p>
    <w:p>
      <w:r>
        <w:rPr>
          <w:rFonts w:ascii="Gentium Plus" w:hAnsi="Gentium Plus"/>
          <w:sz w:val="24"/>
        </w:rPr>
        <w:t>ἄνδρα παρ’ ἄνδρα. ἔνιοι δὲ τοῦτο καὶ παρέν‐ ταξιν ὀνομάζουσιν. Ἐντολή. παραγγελία τὶς δεσποτική. Ἐντομίδες. αἱ τὰ σώματα τέμνουσαι. τοιαῦτα δὲ</w:t>
      </w:r>
    </w:p>
    <w:p>
      <w:r>
        <w:rPr>
          <w:rFonts w:ascii="Courier New" w:hAnsi="Courier New"/>
          <w:color w:val="555555"/>
          <w:sz w:val="20"/>
        </w:rPr>
        <w:t>[5]</w:t>
      </w:r>
    </w:p>
    <w:p>
      <w:r>
        <w:rPr>
          <w:rFonts w:ascii="Gentium Plus" w:hAnsi="Gentium Plus"/>
          <w:sz w:val="24"/>
        </w:rPr>
        <w:t>εἰώθασι ποιεῖν ἐπὶ τοῖς νεκροῖς αὐτῶν οἱ ἄπι‐ στοι. Ἐντεριώνη. τὸ ἐντὸς, ἢ τὸ εὐθὲς, ἢ ὁ φλοιὸς, ἢ εἶδος βοτάνης. Ἐντρέχεια. τὸ μετὰ δρόμου καὶ θερμῶς ἐπι‐</w:t>
      </w:r>
    </w:p>
    <w:p>
      <w:r>
        <w:rPr>
          <w:rFonts w:ascii="Courier New" w:hAnsi="Courier New"/>
          <w:color w:val="555555"/>
          <w:sz w:val="20"/>
        </w:rPr>
        <w:t>[10]</w:t>
      </w:r>
    </w:p>
    <w:p>
      <w:r>
        <w:rPr>
          <w:rFonts w:ascii="Gentium Plus" w:hAnsi="Gentium Plus"/>
          <w:sz w:val="24"/>
        </w:rPr>
        <w:t>πηδᾷν τῷ πράγματι. Ἐντομίς. ἡ ἐγχάραξις. Ἔντονος. ἰσχυρά. Ἐντελέχεια. ἡ τελειότης, καὶ τὸ εἶδος τοῦ ὑπο‐ κειμένου, τουτέστι τὸ εἶδος τὸ ἐπιγινόμενον</w:t>
      </w:r>
    </w:p>
    <w:p>
      <w:r>
        <w:rPr>
          <w:rFonts w:ascii="Courier New" w:hAnsi="Courier New"/>
          <w:color w:val="555555"/>
          <w:sz w:val="20"/>
        </w:rPr>
        <w:t>[15]</w:t>
      </w:r>
    </w:p>
    <w:p>
      <w:r>
        <w:rPr>
          <w:rFonts w:ascii="Gentium Plus" w:hAnsi="Gentium Plus"/>
          <w:sz w:val="24"/>
        </w:rPr>
        <w:t>ἐκ τῆς τοιᾶσδε συνθέσεως τῶν στοιχείων τῇ ὕλῃ. λέγεται δὲ καὶ ἐντελέχεια τὸ κεχωρισμέ‐ νον τοῦ σώματος, ὡς ὁ πλωτὴρ τοῦ πλοίου. ἐν‐ τελέχειαν λέγει ὁ Πορφύριος τὴν ψυχήν. Ἐντραπεζίτιδος. παρασίτου.</w:t>
      </w:r>
    </w:p>
    <w:p>
      <w:r>
        <w:rPr>
          <w:rFonts w:ascii="Courier New" w:hAnsi="Courier New"/>
          <w:color w:val="555555"/>
          <w:sz w:val="20"/>
        </w:rPr>
        <w:t>[20]</w:t>
      </w:r>
    </w:p>
    <w:p>
      <w:r>
        <w:rPr>
          <w:rFonts w:ascii="Gentium Plus" w:hAnsi="Gentium Plus"/>
          <w:sz w:val="24"/>
        </w:rPr>
        <w:t>Ἔννοια κοινή. ἡ παρὰ πάντων ἐξ ἑνὸς ἢ πλειό‐</w:t>
      </w:r>
    </w:p>
    <w:p>
      <w:r>
        <w:rPr>
          <w:rFonts w:ascii="Courier New" w:hAnsi="Courier New"/>
          <w:color w:val="555555"/>
          <w:sz w:val="20"/>
        </w:rPr>
        <w:t>[epsilon 731]</w:t>
      </w:r>
    </w:p>
    <w:p>
      <w:r>
        <w:rPr>
          <w:rFonts w:ascii="Gentium Plus" w:hAnsi="Gentium Plus"/>
          <w:sz w:val="24"/>
        </w:rPr>
        <w:t>Ἐνυώ. μάχη. ἢ θεὸς πολεμική. Ἐνώτισις. σύνεσις, ἢ σύνοψις τῶν ῥημάτων. ὡς τό· τὰ ῥήματά μου ἐνώτισαι, κύριε. Ἕνωσις. διεστώτων πραγμάτων κοινὴ συνδρομή.</w:t>
      </w:r>
    </w:p>
    <w:p>
      <w:r>
        <w:rPr>
          <w:rFonts w:ascii="Courier New" w:hAnsi="Courier New"/>
          <w:color w:val="555555"/>
          <w:sz w:val="20"/>
        </w:rPr>
        <w:t>[5]</w:t>
      </w:r>
    </w:p>
    <w:p>
      <w:r>
        <w:rPr>
          <w:rFonts w:ascii="Gentium Plus" w:hAnsi="Gentium Plus"/>
          <w:sz w:val="24"/>
        </w:rPr>
        <w:t>ἕνωσις δὲ εἴρηται διὰ τὸ εἰς τὸ ἓν ὦσαι, του‐ τέστι συνωθῆσαι τὰ πράγματα. πενταχῶς δὲ εἴρηται ἡ ἕνωσις· συγχυτικῶς, ὡς τοῦ οἴνου καὶ τοῦ ὕδατος· διαιρετικῶς, ὡς ἡ ἀνθρώπου πρὸς ἄνθρωπον· σχετικῶς, ὡς τὰ ἔθνη ἐν πί‐</w:t>
      </w:r>
    </w:p>
    <w:p>
      <w:r>
        <w:rPr>
          <w:rFonts w:ascii="Courier New" w:hAnsi="Courier New"/>
          <w:color w:val="555555"/>
          <w:sz w:val="20"/>
        </w:rPr>
        <w:t>[10]</w:t>
      </w:r>
    </w:p>
    <w:p>
      <w:r>
        <w:rPr>
          <w:rFonts w:ascii="Gentium Plus" w:hAnsi="Gentium Plus"/>
          <w:sz w:val="24"/>
        </w:rPr>
        <w:t>στει· θετικῶς, ὡς χρυσὸς πρὸς χρυσόν. ἡ δὲ τοῦ Χριστοῦ ἕνωσις ὑπὲρ πάσας ταύτας καθ’ ὑπόστασιν εἴρηται. καθ’ ὑπόστασιν δὲ ἕνωσις ἐστὶν ἡ αὐθύπαρκτος ἐν τῇ μήτρᾳ τῆς ἁγίας θεοτόκου τῶν δύο φύσεων συνδρομή. οὔτε γὰρ</w:t>
      </w:r>
    </w:p>
    <w:p>
      <w:r>
        <w:rPr>
          <w:rFonts w:ascii="Courier New" w:hAnsi="Courier New"/>
          <w:color w:val="555555"/>
          <w:sz w:val="20"/>
        </w:rPr>
        <w:t>[15]</w:t>
      </w:r>
    </w:p>
    <w:p>
      <w:r>
        <w:rPr>
          <w:rFonts w:ascii="Gentium Plus" w:hAnsi="Gentium Plus"/>
          <w:sz w:val="24"/>
        </w:rPr>
        <w:t>τὸ σῶμα πρὸ τοῦ θεοῦ λόγου ὑπέστη ἐκεῖ, οὔτε ἡ ψυχὴ, ἀλλ’ ἅμα σὰρξ ἅμα θεὸς λόγος ἅμα σὰρξ ἔμψυχος λογική· ἐν ταυτῷ γὰρ ὑπέ‐ στη· ὡς καὶ ἡ ἡμετέρα σύλληψις ἅμα μορφω‐ θῇ, αὐθυπάρκτως συντρέχει ἡ ψυχὴ καὶ τὸ</w:t>
      </w:r>
    </w:p>
    <w:p>
      <w:r>
        <w:rPr>
          <w:rFonts w:ascii="Courier New" w:hAnsi="Courier New"/>
          <w:color w:val="555555"/>
          <w:sz w:val="20"/>
        </w:rPr>
        <w:t>[20]</w:t>
      </w:r>
    </w:p>
    <w:p>
      <w:r>
        <w:rPr>
          <w:rFonts w:ascii="Gentium Plus" w:hAnsi="Gentium Plus"/>
          <w:sz w:val="24"/>
        </w:rPr>
        <w:t>σῶμα. οὔτε γὰρ σῶμα καθ’ ἑαυτὸ συνίσταται, οὔτε ψυχὴ προϋπάρχει τοῦ σώματος, προτύ‐ πωσις οὖσα τῆς ἑνώσεως τοῦ Χριστοῦ. Ἕνωσις προσωπική. ὅτάν τις τὸ ἑτέρου ὑποδυό‐ μενος πρόσωπον ἀντ’ αὐτοῦ τοὺς ὑπὲρ αὐτοῦ</w:t>
      </w:r>
    </w:p>
    <w:p>
      <w:r>
        <w:rPr>
          <w:rFonts w:ascii="Courier New" w:hAnsi="Courier New"/>
          <w:color w:val="555555"/>
          <w:sz w:val="20"/>
        </w:rPr>
        <w:t>[25]</w:t>
      </w:r>
    </w:p>
    <w:p>
      <w:r>
        <w:rPr>
          <w:rFonts w:ascii="Gentium Plus" w:hAnsi="Gentium Plus"/>
          <w:sz w:val="24"/>
        </w:rPr>
        <w:t>ποιῆται λόγους. ἕνωσις σχετικὴ ἡ ὡς φίλου πρὸς φίλον. ὁ δὲ Νεστόριος καὶ ἄλλας ἑνώσεις ἐπε‐ νόησε· τὴν κατὰ τὴν ἀξίαν φημὶ καὶ ὁμοτιμίαν καὶ κατ’ εὐδοκίαν καὶ ταυτοβουλίαν. ἰστέον, ὥς τινες τῶν πατέρων τὸ τῆς κράσεως ὄνομα ἐπὶ</w:t>
      </w:r>
    </w:p>
    <w:p>
      <w:r>
        <w:rPr>
          <w:rFonts w:ascii="Courier New" w:hAnsi="Courier New"/>
          <w:color w:val="555555"/>
          <w:sz w:val="20"/>
        </w:rPr>
        <w:t>[30]</w:t>
      </w:r>
    </w:p>
    <w:p>
      <w:r>
        <w:rPr>
          <w:rFonts w:ascii="Gentium Plus" w:hAnsi="Gentium Plus"/>
          <w:sz w:val="24"/>
        </w:rPr>
        <w:t>τοῦ κατὰ Χριστὸν μυστηρίου οὐκ ἐδέξαντο. Ὅροι</w:t>
      </w:r>
    </w:p>
    <w:p>
      <w:r>
        <w:rPr>
          <w:rFonts w:ascii="Courier New" w:hAnsi="Courier New"/>
          <w:color w:val="555555"/>
          <w:sz w:val="20"/>
        </w:rPr>
        <w:t>[epsilon 732]</w:t>
      </w:r>
    </w:p>
    <w:p>
      <w:r>
        <w:rPr>
          <w:rFonts w:ascii="Gentium Plus" w:hAnsi="Gentium Plus"/>
          <w:sz w:val="24"/>
        </w:rPr>
        <w:t>ἐπὶ τῶν ὑποστάσεων, τουτέστι τῶν ἀτόμων. ἡ καθ’ ὑπόστασιν ἕνωσις ἐπὶ τῶν οὐσιῶν, ὡς ἐπὶ ψυχῆς καὶ σώματος. ἡ κατὰ σχέσιν ἕνωσις, ὡς ἐπὶ τῶν γνωμῶν, ὡς εἰς ἓν θέλημα. ἡ κατὰ</w:t>
      </w:r>
    </w:p>
    <w:p>
      <w:r>
        <w:rPr>
          <w:rFonts w:ascii="Courier New" w:hAnsi="Courier New"/>
          <w:color w:val="555555"/>
          <w:sz w:val="20"/>
        </w:rPr>
        <w:t>[5]</w:t>
      </w:r>
    </w:p>
    <w:p>
      <w:r>
        <w:rPr>
          <w:rFonts w:ascii="Gentium Plus" w:hAnsi="Gentium Plus"/>
          <w:sz w:val="24"/>
        </w:rPr>
        <w:t>παράθεσιν ἕνωσις, ὡς ἐπὶ τῶν σανίδων. ἡ κατὰ ἁρμονίαν ἕνωσις, ὡς ἐπὶ τῶν λίθων. ἡ κατὰ κρᾶσιν ἕνωσις, ὡς ἐπὶ τῶν ὑγρῶν καὶ ξηρῶν, τουτέστιν ὕδατος καὶ ἀλεύρου. ἡ κατὰ σύγχυ‐ σιν ἕνωσις, ὡς ἐπὶ τῶν τηκτῶν, κηροῦ, πίσσης</w:t>
      </w:r>
    </w:p>
    <w:p>
      <w:r>
        <w:rPr>
          <w:rFonts w:ascii="Courier New" w:hAnsi="Courier New"/>
          <w:color w:val="555555"/>
          <w:sz w:val="20"/>
        </w:rPr>
        <w:t>[10]</w:t>
      </w:r>
    </w:p>
    <w:p>
      <w:r>
        <w:rPr>
          <w:rFonts w:ascii="Gentium Plus" w:hAnsi="Gentium Plus"/>
          <w:sz w:val="24"/>
        </w:rPr>
        <w:t>καὶ τῶν τοιούτων. ἡ κατὰ συναλοιφὴν ἕνωσις, ἐπὶ τῶν ἀποσπωμένων καὶ αὖθις ἀποκαθιστα‐ μένων, οἷον λαμπάδος ἐκ πυρὸς προερχομένης καὶ πάλιν ἀποκαθισταμένης. ἡ κατὰ σωρείαν, ὡς ἐπὶ ξηρῶν, σίτου καὶ κριθῆς.</w:t>
      </w:r>
    </w:p>
    <w:p>
      <w:r>
        <w:rPr>
          <w:rFonts w:ascii="Courier New" w:hAnsi="Courier New"/>
          <w:color w:val="555555"/>
          <w:sz w:val="20"/>
        </w:rPr>
        <w:t>[15]</w:t>
      </w:r>
    </w:p>
    <w:p>
      <w:r>
        <w:rPr>
          <w:rFonts w:ascii="Gentium Plus" w:hAnsi="Gentium Plus"/>
          <w:sz w:val="24"/>
        </w:rPr>
        <w:t>Ἐνωμοτία. τὸ ἥμισυ τοῦ λόχου. τὸ αὐτὸ δὲ καὶ δεκανία. οἱ δὲ τὸ τέταρτον τοῦ λόχου. καὶ ἐνωμοτάρχης ὁ αὐτῆς ἄρχων. ἔστι δὲ καὶ ἐνω‐ μοτία ἡ ἀνταρσία. Ἐνωπίδες. αἱ θεράπαιναι. παρὰ τὸ ἕπεσθαι.</w:t>
      </w:r>
    </w:p>
    <w:p>
      <w:r>
        <w:rPr>
          <w:rFonts w:ascii="Courier New" w:hAnsi="Courier New"/>
          <w:color w:val="555555"/>
          <w:sz w:val="20"/>
        </w:rPr>
        <w:t>[20]</w:t>
      </w:r>
    </w:p>
    <w:p>
      <w:r>
        <w:rPr>
          <w:rFonts w:ascii="Gentium Plus" w:hAnsi="Gentium Plus"/>
          <w:sz w:val="24"/>
        </w:rPr>
        <w:t>Ἐνωπή. ἡ πρόσοψις. *Ἔνστασις.* ...... Ἐνιαία. ἡ μοναδική. Ἐντερόνεια. τὰ ἐγκοίλια. ἀπὸ τῆς τρόπιδος ἀνερχόμενα ξύλα. ἢ τὸ τῶν νεῶν ἔδαφος. εἰς</w:t>
      </w:r>
    </w:p>
    <w:p>
      <w:r>
        <w:rPr>
          <w:rFonts w:ascii="Courier New" w:hAnsi="Courier New"/>
          <w:color w:val="555555"/>
          <w:sz w:val="20"/>
        </w:rPr>
        <w:t>[25]</w:t>
      </w:r>
    </w:p>
    <w:p>
      <w:r>
        <w:rPr>
          <w:rFonts w:ascii="Gentium Plus" w:hAnsi="Gentium Plus"/>
          <w:sz w:val="24"/>
        </w:rPr>
        <w:t>τὰς τριήρεις ἡ θεὸς ἐντερόνειαν ἔπεμψεν.</w:t>
      </w:r>
    </w:p>
    <w:p>
      <w:pPr>
        <w:jc w:val="center"/>
      </w:pPr>
      <w:r>
        <w:rPr>
          <w:rFonts w:ascii="Gentium Plus" w:hAnsi="Gentium Plus"/>
          <w:b/>
          <w:sz w:val="24"/>
        </w:rPr>
        <w:t>(Οὐδέτερον.)</w:t>
      </w:r>
    </w:p>
    <w:p>
      <w:r>
        <w:rPr>
          <w:rFonts w:ascii="Courier New" w:hAnsi="Courier New"/>
          <w:color w:val="555555"/>
          <w:sz w:val="20"/>
        </w:rPr>
        <w:t>[27]</w:t>
      </w:r>
    </w:p>
    <w:p>
      <w:r>
        <w:rPr>
          <w:rFonts w:ascii="Gentium Plus" w:hAnsi="Gentium Plus"/>
          <w:sz w:val="24"/>
        </w:rPr>
        <w:t>Ἐν ἀτόμῳ. ἐν ῥιπῇ, ἐν βραχεῖ, ἐν στιγμῇ. Ἔναυλον. ἔτι ἐνηχούμενον. παρὰ τὸ αὐλεῖν. αὐλὸς γὰρ πᾶν τὸ στενὸν καὶ ἐπίμηκες. τοιοῦ‐</w:t>
      </w:r>
    </w:p>
    <w:p>
      <w:r>
        <w:rPr>
          <w:rFonts w:ascii="Courier New" w:hAnsi="Courier New"/>
          <w:color w:val="555555"/>
          <w:sz w:val="20"/>
        </w:rPr>
        <w:t>[30]</w:t>
      </w:r>
    </w:p>
    <w:p>
      <w:r>
        <w:rPr>
          <w:rFonts w:ascii="Gentium Plus" w:hAnsi="Gentium Plus"/>
          <w:sz w:val="24"/>
        </w:rPr>
        <w:t>τος γὰρ ὁ τῶν ὤτων τόπος.</w:t>
      </w:r>
    </w:p>
    <w:p>
      <w:r>
        <w:rPr>
          <w:rFonts w:ascii="Courier New" w:hAnsi="Courier New"/>
          <w:color w:val="555555"/>
          <w:sz w:val="20"/>
        </w:rPr>
        <w:t>[epsilon 733]</w:t>
      </w:r>
    </w:p>
    <w:p>
      <w:r>
        <w:rPr>
          <w:rFonts w:ascii="Gentium Plus" w:hAnsi="Gentium Plus"/>
          <w:sz w:val="24"/>
        </w:rPr>
        <w:t>Ἐναύλισμα. οἴκημα. Ἐνάλια. θαλάσσια. Ἔναρα. τὰ σκύλα, τὰ λάφυρα. κυρίως δὲ τὰ ἔναρα, ὅσα ἄραρε καὶ συνήρμοσται τῷ σώματι,</w:t>
      </w:r>
    </w:p>
    <w:p>
      <w:r>
        <w:rPr>
          <w:rFonts w:ascii="Courier New" w:hAnsi="Courier New"/>
          <w:color w:val="555555"/>
          <w:sz w:val="20"/>
        </w:rPr>
        <w:t>[5]</w:t>
      </w:r>
    </w:p>
    <w:p>
      <w:r>
        <w:rPr>
          <w:rFonts w:ascii="Gentium Plus" w:hAnsi="Gentium Plus"/>
          <w:sz w:val="24"/>
        </w:rPr>
        <w:t>οἷον θώραξ, κυνέα. περιληπτικῶς δὲ εἴρηται καὶ τὰ τόξα ἔναρα. Ἐναρμόνιον. ἐμμελές. Ἐναγές. τὸ σεβάσμιον καὶ ἁγνόν. ἄγος γὰρ τὸ ἱερὸν σέβας. ἔνθεν καὶ τό· ἄγη μ’ ἔχει.</w:t>
      </w:r>
    </w:p>
    <w:p>
      <w:r>
        <w:rPr>
          <w:rFonts w:ascii="Courier New" w:hAnsi="Courier New"/>
          <w:color w:val="555555"/>
          <w:sz w:val="20"/>
        </w:rPr>
        <w:t>[10]</w:t>
      </w:r>
    </w:p>
    <w:p>
      <w:r>
        <w:rPr>
          <w:rFonts w:ascii="Gentium Plus" w:hAnsi="Gentium Plus"/>
          <w:sz w:val="24"/>
        </w:rPr>
        <w:t>κατ’ εὐφημισμὸν καὶ τὰ μιάσματα ἄγη λέγον‐ ται. καὶ οἱ μιαροὶ ἐναγεῖς καλοῦνται. Ἐναύσματα. ἀρχάς· ἐμπυρεύματα· ὑπεκκαύ‐ ματα. Ἐναυλήματα. ἄλφιτα οἴνῳ καὶ ἐλαίῳ δεδευ‐</w:t>
      </w:r>
    </w:p>
    <w:p>
      <w:r>
        <w:rPr>
          <w:rFonts w:ascii="Courier New" w:hAnsi="Courier New"/>
          <w:color w:val="555555"/>
          <w:sz w:val="20"/>
        </w:rPr>
        <w:t>[15]</w:t>
      </w:r>
    </w:p>
    <w:p>
      <w:r>
        <w:rPr>
          <w:rFonts w:ascii="Gentium Plus" w:hAnsi="Gentium Plus"/>
          <w:sz w:val="24"/>
        </w:rPr>
        <w:t>μένα. ἔνιοι δὲ καὶ αὐτὰ τὰ ἄλφιτα ἐναυλή‐ ματα καλοῦσιν. Ἐνδοίαστον. ἀμφίβολον. Ἔνδοξα. δι’ ὧν ὁ διαλεκτικὸς γίνεται συλλογι‐ σμός· τουτέστι τὰ δοκοῦντα.</w:t>
      </w:r>
    </w:p>
    <w:p>
      <w:r>
        <w:rPr>
          <w:rFonts w:ascii="Courier New" w:hAnsi="Courier New"/>
          <w:color w:val="555555"/>
          <w:sz w:val="20"/>
        </w:rPr>
        <w:t>[20]</w:t>
      </w:r>
    </w:p>
    <w:p>
      <w:r>
        <w:rPr>
          <w:rFonts w:ascii="Gentium Plus" w:hAnsi="Gentium Plus"/>
          <w:sz w:val="24"/>
        </w:rPr>
        <w:t>Ἐνδόσιμον. κινήσεως καὶ ἀρχῆς αἴτιον. Ἔνδικον. δίκαιον.</w:t>
      </w:r>
    </w:p>
    <w:p>
      <w:r>
        <w:rPr>
          <w:rFonts w:ascii="Courier New" w:hAnsi="Courier New"/>
          <w:color w:val="555555"/>
          <w:sz w:val="20"/>
        </w:rPr>
        <w:t>[epsilon 734]</w:t>
      </w:r>
    </w:p>
    <w:p>
      <w:r>
        <w:rPr>
          <w:rFonts w:ascii="Gentium Plus" w:hAnsi="Gentium Plus"/>
          <w:sz w:val="24"/>
        </w:rPr>
        <w:t>Ἐν δέοντι. ἐν τῷ χρησίμῳ, ἐν τῷ πρέποντι. Ἔνδινα. τὰ ἔντερα, τὰ ἔνδον τῶν ἰνῶν ὄντα, οἱονεὶ ἔνινα τινὰ ὄντα, τὰ ἐντὸς τῶν ἰνῶν ἢ ἁπλῶς τῶν μελῶν· ἢ διὰ τὸ ἐντὸς εἶναι. γρά‐</w:t>
      </w:r>
    </w:p>
    <w:p>
      <w:r>
        <w:rPr>
          <w:rFonts w:ascii="Courier New" w:hAnsi="Courier New"/>
          <w:color w:val="555555"/>
          <w:sz w:val="20"/>
        </w:rPr>
        <w:t>[5]</w:t>
      </w:r>
    </w:p>
    <w:p>
      <w:r>
        <w:rPr>
          <w:rFonts w:ascii="Gentium Plus" w:hAnsi="Gentium Plus"/>
          <w:sz w:val="24"/>
        </w:rPr>
        <w:t>φεται δὲ διὰ τοῦ ι, ὡς ἀνθρώπινος. Ἐνδυτά. περιβλήματα. ἐνδυτὰ καὶ ξανθοὺς ἐκρέμασε πλοκάμους. Ἔνναιον. τόπος. καὶ ἔναιον ἀντὶ τοῦ ᾤκουν. Ἐν γήρει πίονι. ἐν πλήθει ἐτῶν.</w:t>
      </w:r>
    </w:p>
    <w:p>
      <w:r>
        <w:rPr>
          <w:rFonts w:ascii="Courier New" w:hAnsi="Courier New"/>
          <w:color w:val="555555"/>
          <w:sz w:val="20"/>
        </w:rPr>
        <w:t>[10]</w:t>
      </w:r>
    </w:p>
    <w:p>
      <w:r>
        <w:rPr>
          <w:rFonts w:ascii="Gentium Plus" w:hAnsi="Gentium Plus"/>
          <w:sz w:val="24"/>
        </w:rPr>
        <w:t>Ἔνευ. ἐπιφώνημα. Ἐνεπίσκημμα καὶ ἐνεπισκήψασθαι. ὁπότε δημευθείη τινὸς οὐσία, ἐξῆν προελθεῖν τῷ φά‐ σκοντι γεγενῆσθαι δανειστῇ τοῦ ἀνδρὸς λέγειν, ὡς ὀφείλεται αὐτῷ ἐν τῇ οὐσίᾳ χρέος.</w:t>
      </w:r>
    </w:p>
    <w:p>
      <w:r>
        <w:rPr>
          <w:rFonts w:ascii="Courier New" w:hAnsi="Courier New"/>
          <w:color w:val="555555"/>
          <w:sz w:val="20"/>
        </w:rPr>
        <w:t>[15]</w:t>
      </w:r>
    </w:p>
    <w:p>
      <w:r>
        <w:rPr>
          <w:rFonts w:ascii="Gentium Plus" w:hAnsi="Gentium Plus"/>
          <w:sz w:val="24"/>
        </w:rPr>
        <w:t>Ἐν ἐπηκόῳ. εἰς ἐπήκοον πάντων. Ἐναντιωματικὰ καὶ ἐναντιωματικοὶ σύνδεσμοι, οἱ τὸ ἐναντίον τῇ δυνάμει τοῦ πράγματος δη‐ λοῦντες, οἷον· ἀσθενὴς μὲν ἐγὼ, σὺ δὲ ἰσχυ‐ ρός. καί· ὅμως ἀσθενὴς ὢν, σὲ τὸν ἰσχυρὸν</w:t>
      </w:r>
    </w:p>
    <w:p>
      <w:r>
        <w:rPr>
          <w:rFonts w:ascii="Courier New" w:hAnsi="Courier New"/>
          <w:color w:val="555555"/>
          <w:sz w:val="20"/>
        </w:rPr>
        <w:t>[20]</w:t>
      </w:r>
    </w:p>
    <w:p>
      <w:r>
        <w:rPr>
          <w:rFonts w:ascii="Gentium Plus" w:hAnsi="Gentium Plus"/>
          <w:sz w:val="24"/>
        </w:rPr>
        <w:t>ἔτυψα. Ἐνηβητήρια. εὐωχητήρια. παρ’ Ἡροδότῳ. Ἐνήλατα. μέρος τὶ τῆς κλίνης.</w:t>
      </w:r>
    </w:p>
    <w:p>
      <w:r>
        <w:rPr>
          <w:rFonts w:ascii="Courier New" w:hAnsi="Courier New"/>
          <w:color w:val="555555"/>
          <w:sz w:val="20"/>
        </w:rPr>
        <w:t>[epsilon 735]</w:t>
      </w:r>
    </w:p>
    <w:p>
      <w:r>
        <w:rPr>
          <w:rFonts w:ascii="Gentium Plus" w:hAnsi="Gentium Plus"/>
          <w:sz w:val="24"/>
        </w:rPr>
        <w:t>Ἐννῆμαρ. ἐπὶ ἐννέα ἡμέρας. καὶ δεῖ γινώσκειν, ὅτι ὁ ποιητὴς εὐεπίφορον λέγει τὸν ἀριθμόν. —οἱ δ’ ἐννέα πάντες ἀνέσταν. καί·</w:t>
      </w:r>
    </w:p>
    <w:p>
      <w:r>
        <w:rPr>
          <w:rFonts w:ascii="Courier New" w:hAnsi="Courier New"/>
          <w:color w:val="555555"/>
          <w:sz w:val="20"/>
        </w:rPr>
        <w:t>[5]</w:t>
      </w:r>
    </w:p>
    <w:p>
      <w:r>
        <w:rPr>
          <w:rFonts w:ascii="Gentium Plus" w:hAnsi="Gentium Plus"/>
          <w:sz w:val="24"/>
        </w:rPr>
        <w:t>—ἐννέα δέ σφεας κήρυκες— ἢ ὅτι παρὰ φθορᾶς ἀνθρώπων διαλέγεται. ὁ δὲ τῶν ἐννέα ἀριθμὸς τοῖς καταχθονίοις ἀνεῖ‐ ται. ἐννέα δὲ εἴρηται ἀπὸ τοῦ ἐνδεῖν εἰς τὸν</w:t>
      </w:r>
    </w:p>
    <w:p>
      <w:r>
        <w:rPr>
          <w:rFonts w:ascii="Courier New" w:hAnsi="Courier New"/>
          <w:color w:val="555555"/>
          <w:sz w:val="20"/>
        </w:rPr>
        <w:t>[10]</w:t>
      </w:r>
    </w:p>
    <w:p>
      <w:r>
        <w:rPr>
          <w:rFonts w:ascii="Gentium Plus" w:hAnsi="Gentium Plus"/>
          <w:sz w:val="24"/>
        </w:rPr>
        <w:t>[τῶν δέκα] ἀριθμόν. [ἐννῆμαρ διὰ τοῦ η γρά‐ φεται· οὐδὲν γὰρ τῶν εἰς αρ σὺν τῷ ι γράφε‐ ται, οἷον ἑξῆμαρ, αὐτῆμαρ· τὸ δὲ ἦμαρ ἀεὶ μετὰ τῶν ἀκλίτων τέτακται. ἔδει δὲ αὐτὸ προ‐ παροξύνεσθαι, ὡς παρ’ οὐδετέρῳ συγκείμε‐</w:t>
      </w:r>
    </w:p>
    <w:p>
      <w:r>
        <w:rPr>
          <w:rFonts w:ascii="Courier New" w:hAnsi="Courier New"/>
          <w:color w:val="555555"/>
          <w:sz w:val="20"/>
        </w:rPr>
        <w:t>[15]</w:t>
      </w:r>
    </w:p>
    <w:p>
      <w:r>
        <w:rPr>
          <w:rFonts w:ascii="Gentium Plus" w:hAnsi="Gentium Plus"/>
          <w:sz w:val="24"/>
        </w:rPr>
        <w:t>νον· ἀλλ’ ἐπεὶ ὁ τόνος παρηλλάγη, ἐπεὶ καὶ ξένη ἡ σύνθεσις· οὐδὲν τῶν οὐδετέρων· διὰ</w:t>
      </w:r>
    </w:p>
    <w:p>
      <w:r>
        <w:rPr>
          <w:rFonts w:ascii="Courier New" w:hAnsi="Courier New"/>
          <w:color w:val="555555"/>
          <w:sz w:val="20"/>
        </w:rPr>
        <w:t>[epsilon 736]</w:t>
      </w:r>
    </w:p>
    <w:p>
      <w:r>
        <w:rPr>
          <w:rFonts w:ascii="Gentium Plus" w:hAnsi="Gentium Plus"/>
          <w:sz w:val="24"/>
        </w:rPr>
        <w:t>Ἔνθεσμον. νόμιμον. Ἔνθρυπτον. τὸ ἐκ πέμματος, ὅ ἐστι πλακοῦς, ἢ τὸ ἐνθρυβόμενον βρῶμα. Ἐνθυμήσιον. ἄπειρον, ἔννομον.</w:t>
      </w:r>
    </w:p>
    <w:p>
      <w:r>
        <w:rPr>
          <w:rFonts w:ascii="Courier New" w:hAnsi="Courier New"/>
          <w:color w:val="555555"/>
          <w:sz w:val="20"/>
        </w:rPr>
        <w:t>[5]</w:t>
      </w:r>
    </w:p>
    <w:p>
      <w:r>
        <w:rPr>
          <w:rFonts w:ascii="Gentium Plus" w:hAnsi="Gentium Plus"/>
          <w:sz w:val="24"/>
        </w:rPr>
        <w:t>Ἐνθύμιον. ἄπορον, σεμνόν· κατὰ νοῦν. καὶ δὴ τὰ πραχθέντα ἔθετο ἐνθύμιον. ἐνθύμιον, καὶ βραχύ τι μόριον. Δαβίδ· καὶ ἐγκατάλειμμα ἐνθυμίου ἑορτάσει σοι. ἐνθύμιον, καὶ ἡ κατὰ διάνοιαν θυσία καὶ προσφορὰ, ἤγουν ἡ εὐχή.</w:t>
      </w:r>
    </w:p>
    <w:p>
      <w:r>
        <w:rPr>
          <w:rFonts w:ascii="Courier New" w:hAnsi="Courier New"/>
          <w:color w:val="555555"/>
          <w:sz w:val="20"/>
        </w:rPr>
        <w:t>[10]</w:t>
      </w:r>
    </w:p>
    <w:p>
      <w:r>
        <w:rPr>
          <w:rFonts w:ascii="Gentium Plus" w:hAnsi="Gentium Plus"/>
          <w:sz w:val="24"/>
        </w:rPr>
        <w:t>Ἐνθύμιστον. ὕποπτον. Ἐνθύμημα. ἀτελὲς καὶ ἀσθενὲς συλλόγισμα, καὶ ἡ πρώτη ὁρμὴ τῆς ψυχῆς. οὕτω δὲ λέγον‐ ται οἱ ῥητορικοὶ συλλογισμοί. ἐν ἐκείνοις διὰ μιᾶς προτάσεως δοκεῖ γίνεσθαι ὁ συλλογισμός·</w:t>
      </w:r>
    </w:p>
    <w:p>
      <w:r>
        <w:rPr>
          <w:rFonts w:ascii="Courier New" w:hAnsi="Courier New"/>
          <w:color w:val="555555"/>
          <w:sz w:val="20"/>
        </w:rPr>
        <w:t>[15]</w:t>
      </w:r>
    </w:p>
    <w:p>
      <w:r>
        <w:rPr>
          <w:rFonts w:ascii="Gentium Plus" w:hAnsi="Gentium Plus"/>
          <w:sz w:val="24"/>
        </w:rPr>
        <w:t>τῷ τὴν ἑτέραν γνώριμον οὖσαν ὑπὸ τῶν δικα‐ στῶν ἢ τῶν ἀκροατῶν προστίθεσθαι. [οἷον, οὗ‐</w:t>
      </w:r>
    </w:p>
    <w:p>
      <w:r>
        <w:rPr>
          <w:rFonts w:ascii="Courier New" w:hAnsi="Courier New"/>
          <w:color w:val="555555"/>
          <w:sz w:val="20"/>
        </w:rPr>
        <w:t>[epsilon 737]</w:t>
      </w:r>
    </w:p>
    <w:p>
      <w:r>
        <w:rPr>
          <w:rFonts w:ascii="Gentium Plus" w:hAnsi="Gentium Plus"/>
          <w:sz w:val="24"/>
        </w:rPr>
        <w:t>προστίθησι γὰρ ὁ δικαστὴς ὡς ἐναργὲς τὸ πάν‐ τα τὸν προδότην κολάσεως ἄξιον εἶναι. ἐφ’ ὧν οὖν μὴ γνώριμόν ἐστι τὸ παραλειπόμενον, οὐκέτι ἐπὶ τούτων οἷόν τε τὸ δι’ ἐνθυμήματος</w:t>
      </w:r>
    </w:p>
    <w:p>
      <w:r>
        <w:rPr>
          <w:rFonts w:ascii="Courier New" w:hAnsi="Courier New"/>
          <w:color w:val="555555"/>
          <w:sz w:val="20"/>
        </w:rPr>
        <w:t>[5]</w:t>
      </w:r>
    </w:p>
    <w:p>
      <w:r>
        <w:rPr>
          <w:rFonts w:ascii="Gentium Plus" w:hAnsi="Gentium Plus"/>
          <w:sz w:val="24"/>
        </w:rPr>
        <w:t>γίνεσθαι συλλογισμόν· ὁ γὰρ συλλογισμὸς σύν‐ θεσίν τινα λόγων ἔοικε σημαίνειν.] Ἔνια. τινά. Ἐν κεφαλαίῳ. ἐν συντόμῳ. Ἐν μετεώρῳ ἦν ἡ ναῦς. ἀντὶ τοῦ πελάγιος,</w:t>
      </w:r>
    </w:p>
    <w:p>
      <w:r>
        <w:rPr>
          <w:rFonts w:ascii="Courier New" w:hAnsi="Courier New"/>
          <w:color w:val="555555"/>
          <w:sz w:val="20"/>
        </w:rPr>
        <w:t>[10]</w:t>
      </w:r>
    </w:p>
    <w:p>
      <w:r>
        <w:rPr>
          <w:rFonts w:ascii="Gentium Plus" w:hAnsi="Gentium Plus"/>
          <w:sz w:val="24"/>
        </w:rPr>
        <w:t>καὶ μὴ ἐπ’ ἀγκυρῶν ἱσταμένη, ἀλλὰ ἀπέχουσα τῆς γῆς. Ἐν μεταιχμίω. ἐν μέσῳ. μεταίχμιον δὲ λέγε‐ ται ὁ μεταξὺ δύο φαλάγγων τόπος. παρωνό‐ μασται δὲ ἀπὸ τῆς αἰχμῆς.</w:t>
      </w:r>
    </w:p>
    <w:p>
      <w:r>
        <w:rPr>
          <w:rFonts w:ascii="Courier New" w:hAnsi="Courier New"/>
          <w:color w:val="555555"/>
          <w:sz w:val="20"/>
        </w:rPr>
        <w:t>[15]</w:t>
      </w:r>
    </w:p>
    <w:p>
      <w:r>
        <w:rPr>
          <w:rFonts w:ascii="Gentium Plus" w:hAnsi="Gentium Plus"/>
          <w:sz w:val="24"/>
        </w:rPr>
        <w:t>Ἐνόδιον. τὸ ἀπὸ τῆς ὁδοῦ. ἐνώδιον δὲ τὸ ἐνώτιον, μέγα, παρὰ τὸ οἰδεῖν τὰ ὦτα. Ἔνοπτρον. τὸ κάτοπτρον. Ἐνόν. δυνατὸν, ἐνδεχόμενον, ἐνυπάρχον. Ἐνούσιον. τὸ μὴ μόνον ἐνθεωρούμενον. ἐφ’ ἑαυ‐</w:t>
      </w:r>
    </w:p>
    <w:p>
      <w:r>
        <w:rPr>
          <w:rFonts w:ascii="Courier New" w:hAnsi="Courier New"/>
          <w:color w:val="555555"/>
          <w:sz w:val="20"/>
        </w:rPr>
        <w:t>[20]</w:t>
      </w:r>
    </w:p>
    <w:p>
      <w:r>
        <w:rPr>
          <w:rFonts w:ascii="Gentium Plus" w:hAnsi="Gentium Plus"/>
          <w:sz w:val="24"/>
        </w:rPr>
        <w:t>τοῦ τὸ τῶν ἰδιωμάτων ἄθροισμα, καθ’ ὃ ἄλ‐ λος ὑπὸ ἄλλου γνωρίζεται, ἀλλὰ καὶ τὸ κοινὸν τῆς οὐσίας πραγματικῶς κεκτημένον. ἐνούσιον ἴδιόν ἐστι τὸ πραγματικῶς ὑφίστασθαι καὶ φέ‐ ρειν ἁπάντων ἐφ’ ἑαυτοῦ τῶν προσωπικῶν ἰδιω‐</w:t>
      </w:r>
    </w:p>
    <w:p>
      <w:r>
        <w:rPr>
          <w:rFonts w:ascii="Courier New" w:hAnsi="Courier New"/>
          <w:color w:val="555555"/>
          <w:sz w:val="20"/>
        </w:rPr>
        <w:t>[25]</w:t>
      </w:r>
    </w:p>
    <w:p>
      <w:r>
        <w:rPr>
          <w:rFonts w:ascii="Gentium Plus" w:hAnsi="Gentium Plus"/>
          <w:sz w:val="24"/>
        </w:rPr>
        <w:t>μάτων τοὺς ἀληθεῖς χαρακτῆρας.</w:t>
      </w:r>
    </w:p>
    <w:p>
      <w:r>
        <w:rPr>
          <w:rFonts w:ascii="Courier New" w:hAnsi="Courier New"/>
          <w:color w:val="555555"/>
          <w:sz w:val="20"/>
        </w:rPr>
        <w:t>[epsilon 738]</w:t>
      </w:r>
    </w:p>
    <w:p>
      <w:r>
        <w:rPr>
          <w:rFonts w:ascii="Gentium Plus" w:hAnsi="Gentium Plus"/>
          <w:sz w:val="24"/>
        </w:rPr>
        <w:t>Ἐν προσχήματι. ἐν ὑποκρίσει. Ἐν πωλικῷ. ἐν παιδικῷ. Ἐν στέρνοισιν. ἐν στήθεσιν. Ἐν σκοτεινοῖς. ἐν ἀποκρύφοις.</w:t>
      </w:r>
    </w:p>
    <w:p>
      <w:r>
        <w:rPr>
          <w:rFonts w:ascii="Courier New" w:hAnsi="Courier New"/>
          <w:color w:val="555555"/>
          <w:sz w:val="20"/>
        </w:rPr>
        <w:t>[5]</w:t>
      </w:r>
    </w:p>
    <w:p>
      <w:r>
        <w:rPr>
          <w:rFonts w:ascii="Gentium Plus" w:hAnsi="Gentium Plus"/>
          <w:sz w:val="24"/>
        </w:rPr>
        <w:t>Ἔντεα. οὐ πάντα τὰ ὅπλα, ἀλλ’ ἀσπὶς καὶ περικεφαλαία, τὰ δὲ δόρατα κατ’ ἐπικράτειαν. Ἐν τεγέεσιν. ἐν οἰκήμασιν. Ἐντελές. τέλειον. καὶ ἐντελέστερον. Ἔντερον. ἕτερον καὶ οὐχ ὅμοιον. ἢ παρὰ τὸ</w:t>
      </w:r>
    </w:p>
    <w:p>
      <w:r>
        <w:rPr>
          <w:rFonts w:ascii="Courier New" w:hAnsi="Courier New"/>
          <w:color w:val="555555"/>
          <w:sz w:val="20"/>
        </w:rPr>
        <w:t>[10]</w:t>
      </w:r>
    </w:p>
    <w:p>
      <w:r>
        <w:rPr>
          <w:rFonts w:ascii="Gentium Plus" w:hAnsi="Gentium Plus"/>
          <w:sz w:val="24"/>
        </w:rPr>
        <w:t>ῥεῖν ἐντός. Ἐν τῷ μέρει τὶς καὶ τὸ πῦρ σκαλευέτω. ἐπὶ τῶν εἰς κοινὸν μὴ τὰ ἶσα παρεχομένων. πλείονα δῶρα δοὺς καὶ ἀντιλαβὼν ἐν τῷ μέρει. Ἐν τοῖς ἱματίοις. ἄνευ ὅπλων. οἱ δὲ πολιτικοὶ</w:t>
      </w:r>
    </w:p>
    <w:p>
      <w:r>
        <w:rPr>
          <w:rFonts w:ascii="Courier New" w:hAnsi="Courier New"/>
          <w:color w:val="555555"/>
          <w:sz w:val="20"/>
        </w:rPr>
        <w:t>[15]</w:t>
      </w:r>
    </w:p>
    <w:p>
      <w:r>
        <w:rPr>
          <w:rFonts w:ascii="Gentium Plus" w:hAnsi="Gentium Plus"/>
          <w:sz w:val="24"/>
        </w:rPr>
        <w:t>ἔθεον ἐν τοῖς ἱματίοις. Ἔντομα. οἷον σφῆκες, μύρμηκες, μέλιτται, ἃ οὔτε ἀναπνεῖ οὔτε πνεύμονα ἔχει. Ἐν Σιναΐν. ἐν τῷ Σινᾷ. Ἑβραϊκὸν δέ ἐστι. Δα‐ βίδ· κύριος ἐν Σιναῒν ἐν τῷ ἁγίῳ.</w:t>
      </w:r>
    </w:p>
    <w:p>
      <w:r>
        <w:rPr>
          <w:rFonts w:ascii="Courier New" w:hAnsi="Courier New"/>
          <w:color w:val="555555"/>
          <w:sz w:val="20"/>
        </w:rPr>
        <w:t>[20]</w:t>
      </w:r>
    </w:p>
    <w:p>
      <w:r>
        <w:rPr>
          <w:rFonts w:ascii="Gentium Plus" w:hAnsi="Gentium Plus"/>
          <w:sz w:val="24"/>
        </w:rPr>
        <w:t>Ἐνστομισμάτων. ...... ἔπρασσε δὲ ταῦτα ὁ βασιλεὺς χρῄζων ἐνστομισμάτων. Ἔνορχα. τὰ ἄρσενα. Ἐνυπόστατον. τὸ ἐν ἀληθείᾳ ὂν καὶ ἐν ὑπάρ‐ ξει ὁρώμενον. ἐνυπόστατον καὶ τὸ κατ’ οὐσίαν</w:t>
      </w:r>
    </w:p>
    <w:p>
      <w:r>
        <w:rPr>
          <w:rFonts w:ascii="Courier New" w:hAnsi="Courier New"/>
          <w:color w:val="555555"/>
          <w:sz w:val="20"/>
        </w:rPr>
        <w:t>[25]</w:t>
      </w:r>
    </w:p>
    <w:p>
      <w:r>
        <w:rPr>
          <w:rFonts w:ascii="Gentium Plus" w:hAnsi="Gentium Plus"/>
          <w:sz w:val="24"/>
        </w:rPr>
        <w:t>κοινόν. οἷον τὸ εἶδος τὸ ἐν τοῖς ὑπ’ αὐτὸ ἀτό‐</w:t>
      </w:r>
    </w:p>
    <w:p>
      <w:r>
        <w:rPr>
          <w:rFonts w:ascii="Courier New" w:hAnsi="Courier New"/>
          <w:color w:val="555555"/>
          <w:sz w:val="20"/>
        </w:rPr>
        <w:t>[epsilon 739]</w:t>
      </w:r>
    </w:p>
    <w:p>
      <w:r>
        <w:rPr>
          <w:rFonts w:ascii="Gentium Plus" w:hAnsi="Gentium Plus"/>
          <w:sz w:val="24"/>
        </w:rPr>
        <w:t>μοις πραγματικῶς ὑφιστάμενον, καὶ οὐκ ἐπινοίᾳ ψιλῇ θεωρούμενον. ἐνυπόστατον καὶ τὸ σὺν ἄλλῳ διαφόρῳ κατὰ τὴν οὐσίαν εἰς ἑνὸς σύ‐ στασιν προσώπου καὶ μιᾶς γένεσιν ὑποστάσεως</w:t>
      </w:r>
    </w:p>
    <w:p>
      <w:r>
        <w:rPr>
          <w:rFonts w:ascii="Courier New" w:hAnsi="Courier New"/>
          <w:color w:val="555555"/>
          <w:sz w:val="20"/>
        </w:rPr>
        <w:t>[5]</w:t>
      </w:r>
    </w:p>
    <w:p>
      <w:r>
        <w:rPr>
          <w:rFonts w:ascii="Gentium Plus" w:hAnsi="Gentium Plus"/>
          <w:sz w:val="24"/>
        </w:rPr>
        <w:t>συγκείμενόν τε καὶ συνυφιστάμενον, καὶ οὐδα‐ μῶς καθ’ αὐτὸ γνωριζόμενον. †τὸ γὰρ σῶμα τὸ ἔμψυχον καὶ ἔννουν, ὃ προσελάβετο ὁ κύριος ἡμῶν Ἰησοῦς Χριστὸς, οὐ λέγεται ὑπόστασις, ἀλλ’ ἐνυπόστατον· καὶ ἐν τῇ τοῦ υἱοῦ τοῦ θεοῦ</w:t>
      </w:r>
    </w:p>
    <w:p>
      <w:r>
        <w:rPr>
          <w:rFonts w:ascii="Courier New" w:hAnsi="Courier New"/>
          <w:color w:val="555555"/>
          <w:sz w:val="20"/>
        </w:rPr>
        <w:t>[10]</w:t>
      </w:r>
    </w:p>
    <w:p>
      <w:r>
        <w:rPr>
          <w:rFonts w:ascii="Gentium Plus" w:hAnsi="Gentium Plus"/>
          <w:sz w:val="24"/>
        </w:rPr>
        <w:t>ὑποστάσει προσληφθέν τε καὶ ὑποστάν.† ἐν‐ υποστάτου ἴδιόν ἐστιν ἢ τὸ μετ’ ἄλλου διαφό‐ ρου κατὰ τὴν οὐσίαν ἐν ὑποστάσει γνωρίζεσθαι καθ’ ἕνωσιν ἄλυτον *καὶ ἐπὶ ψυχῆς καὶ σώ‐ ματος εἰς μίαν ὑπόστασιν ἡνωμένων,* ἢ τὸ ἐν</w:t>
      </w:r>
    </w:p>
    <w:p>
      <w:r>
        <w:rPr>
          <w:rFonts w:ascii="Courier New" w:hAnsi="Courier New"/>
          <w:color w:val="555555"/>
          <w:sz w:val="20"/>
        </w:rPr>
        <w:t>[15]</w:t>
      </w:r>
    </w:p>
    <w:p>
      <w:r>
        <w:rPr>
          <w:rFonts w:ascii="Gentium Plus" w:hAnsi="Gentium Plus"/>
          <w:sz w:val="24"/>
        </w:rPr>
        <w:t>ἀτόμοις φυσικῶς τυγχάνον καθ’ ὕπαρξιν. *οἷον τὸ θεωρεῖσθαι τὸ εἶδος διὰ τῶν ὑπ’ αὐτῶν ἀτό‐ μων. ἐνυπόστατον ἐστὶ τὸ ὁπωσοῦν ὑπάρχον.* ἐνυπόστατον οὐχὶ τὸ μὴ ὂν, ἀλλὰ τὸ μὴ γε‐ νόμενον, ἤτοι τὸ μὴ ὂν οὐσία, ἀλλὰ περιουσία,</w:t>
      </w:r>
    </w:p>
    <w:p>
      <w:r>
        <w:rPr>
          <w:rFonts w:ascii="Courier New" w:hAnsi="Courier New"/>
          <w:color w:val="555555"/>
          <w:sz w:val="20"/>
        </w:rPr>
        <w:t>[20]</w:t>
      </w:r>
    </w:p>
    <w:p>
      <w:r>
        <w:rPr>
          <w:rFonts w:ascii="Gentium Plus" w:hAnsi="Gentium Plus"/>
          <w:sz w:val="24"/>
        </w:rPr>
        <w:t>τὸ συμβεβηκὸς καὶ οὐ κατ’ οὐσίαν θεωρούμενον, ὡς τὸ σκότος. Ἐνύπνιον. ἐφ’ ὅσον τὶς ὑπνοῖ. ὄνειρον δὲ παυο‐ μένων τῶν ὕπνων. παρὰ τὸ ἐγείρειν καὶ ὀρείνειν τὴν ψυχήν. ἢ παρὰ τὸ εἴρειν, ὅ ἐστι λέγειν.</w:t>
      </w:r>
    </w:p>
    <w:p>
      <w:r>
        <w:rPr>
          <w:rFonts w:ascii="Courier New" w:hAnsi="Courier New"/>
          <w:color w:val="555555"/>
          <w:sz w:val="20"/>
        </w:rPr>
        <w:t>[25]</w:t>
      </w:r>
    </w:p>
    <w:p>
      <w:r>
        <w:rPr>
          <w:rFonts w:ascii="Gentium Plus" w:hAnsi="Gentium Plus"/>
          <w:sz w:val="24"/>
        </w:rPr>
        <w:t>Ἔνυστρον. τὸ κατὰ τὴν κοιλίαν ἔντερον. τὸ τῶν</w:t>
      </w:r>
    </w:p>
    <w:p>
      <w:r>
        <w:rPr>
          <w:rFonts w:ascii="Courier New" w:hAnsi="Courier New"/>
          <w:color w:val="555555"/>
          <w:sz w:val="20"/>
        </w:rPr>
        <w:t>[epsilon 740]</w:t>
      </w:r>
    </w:p>
    <w:p>
      <w:r>
        <w:rPr>
          <w:rFonts w:ascii="Gentium Plus" w:hAnsi="Gentium Plus"/>
          <w:sz w:val="24"/>
        </w:rPr>
        <w:t>Ἐν φερέτρῳ. ἐν φορείῳ, ἐν κλίνῃ νεκρῶν. Ἐνώπια. εὐθέα, τὰ ἔμπροσθεν. Ἐνώτιον. σχολαρίκιον. ἐνώτιον †χρυσοῦν† ἐν ῥινὶ ὑός.</w:t>
      </w:r>
    </w:p>
    <w:p>
      <w:r>
        <w:rPr>
          <w:rFonts w:ascii="Courier New" w:hAnsi="Courier New"/>
          <w:color w:val="555555"/>
          <w:sz w:val="20"/>
        </w:rPr>
        <w:t>[5]</w:t>
      </w:r>
    </w:p>
    <w:p>
      <w:r>
        <w:rPr>
          <w:rFonts w:ascii="Gentium Plus" w:hAnsi="Gentium Plus"/>
          <w:sz w:val="24"/>
        </w:rPr>
        <w:t>Ἐν τέλει. ἐν ἀρχῇ. τοὺς ἐν τέλει τιμῶν. Ἐνεργημάτων. ἀντὶ τοῦ χαρισμάτων. καὶ ὁ Ἀπό‐ στολος· καὶ διαιρέσεις ἐνεργημάτων εἰσί. τὸ διαιρέσεις οἷον μερίδες. Ἐν καταστήματι. ἐν περιβολαίῳ. ἐν καταστή‐</w:t>
      </w:r>
    </w:p>
    <w:p>
      <w:r>
        <w:rPr>
          <w:rFonts w:ascii="Courier New" w:hAnsi="Courier New"/>
          <w:color w:val="555555"/>
          <w:sz w:val="20"/>
        </w:rPr>
        <w:t>[10]</w:t>
      </w:r>
    </w:p>
    <w:p>
      <w:r>
        <w:rPr>
          <w:rFonts w:ascii="Gentium Plus" w:hAnsi="Gentium Plus"/>
          <w:sz w:val="24"/>
        </w:rPr>
        <w:t>ματι ἱεροπρεπεῖς, *μὴ διαβόλως μὴ ὤν.*</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Ἐνακμάζων. ἐνισχύων. Ἐναπερείσασθαι. ἐμπῆξαι. Ἐναπήρεισται. ἐντετίναχεν. εἴρηται δὲ ἀπὸ</w:t>
      </w:r>
    </w:p>
    <w:p>
      <w:r>
        <w:rPr>
          <w:rFonts w:ascii="Courier New" w:hAnsi="Courier New"/>
          <w:color w:val="555555"/>
          <w:sz w:val="20"/>
        </w:rPr>
        <w:t>[15]</w:t>
      </w:r>
    </w:p>
    <w:p>
      <w:r>
        <w:rPr>
          <w:rFonts w:ascii="Gentium Plus" w:hAnsi="Gentium Plus"/>
          <w:sz w:val="24"/>
        </w:rPr>
        <w:t>τοῦ διατεινομένους ἐμπίπτειν. Ἐνάπτοντες. ἐκδεσμοῦντες. ἠσφαλίζοντο δὲ τὰς σχεδίας τοῖς ἀπὸ τῆς γῆς ἐπιγείοις εἰς τὰ περὶ τὸ χεῖλος πεφυκότα τῶν δένδρων ἐνά‐ πτοντες πρὸς τὸ συμμένειν.</w:t>
      </w:r>
    </w:p>
    <w:p>
      <w:r>
        <w:rPr>
          <w:rFonts w:ascii="Courier New" w:hAnsi="Courier New"/>
          <w:color w:val="555555"/>
          <w:sz w:val="20"/>
        </w:rPr>
        <w:t>[20]</w:t>
      </w:r>
    </w:p>
    <w:p>
      <w:r>
        <w:rPr>
          <w:rFonts w:ascii="Gentium Plus" w:hAnsi="Gentium Plus"/>
          <w:sz w:val="24"/>
        </w:rPr>
        <w:t>Ἐναυλισθῆναι. οἰκισθῆναι. Ἐναβρύνεται. ἐντρυφᾷ, ἐγκαυχᾶται. Ἐνάγει. ἐφέλκεται, ἐμβιβάζει, προτρέπεται. Ἐναύοντες. ἐνάπτοντες ἢ ἱκετεύοντες. ἐναύ‐ οντες πρὸς τοῖς ναοῖς.</w:t>
      </w:r>
    </w:p>
    <w:p>
      <w:r>
        <w:rPr>
          <w:rFonts w:ascii="Courier New" w:hAnsi="Courier New"/>
          <w:color w:val="555555"/>
          <w:sz w:val="20"/>
        </w:rPr>
        <w:t>[25]</w:t>
      </w:r>
    </w:p>
    <w:p>
      <w:r>
        <w:rPr>
          <w:rFonts w:ascii="Gentium Plus" w:hAnsi="Gentium Plus"/>
          <w:sz w:val="24"/>
        </w:rPr>
        <w:t>Ἐναύσασθαι. ἐξάψασθαι.</w:t>
      </w:r>
    </w:p>
    <w:p>
      <w:r>
        <w:rPr>
          <w:rFonts w:ascii="Courier New" w:hAnsi="Courier New"/>
          <w:color w:val="555555"/>
          <w:sz w:val="20"/>
        </w:rPr>
        <w:t>[epsilon 741]</w:t>
      </w:r>
    </w:p>
    <w:p>
      <w:r>
        <w:rPr>
          <w:rFonts w:ascii="Gentium Plus" w:hAnsi="Gentium Plus"/>
          <w:sz w:val="24"/>
        </w:rPr>
        <w:t>Ἐναγίζειν. τὸ χοὰς φέρειν, ἢ θύειν τοῖς κατοι‐ χομένοις. οὕτως Ἡρόδοτος. καὶ ἐναγίζω τὸ κατακαίω καὶ τὸ φονεύω. ἐναγίζουσιν οὖν τῷ ξάνθῳ Μακεδόνα καὶ καθαρμὸν ποιοῦσιν.</w:t>
      </w:r>
    </w:p>
    <w:p>
      <w:r>
        <w:rPr>
          <w:rFonts w:ascii="Courier New" w:hAnsi="Courier New"/>
          <w:color w:val="555555"/>
          <w:sz w:val="20"/>
        </w:rPr>
        <w:t>[5]</w:t>
      </w:r>
    </w:p>
    <w:p>
      <w:r>
        <w:rPr>
          <w:rFonts w:ascii="Gentium Plus" w:hAnsi="Gentium Plus"/>
          <w:sz w:val="24"/>
        </w:rPr>
        <w:t>Ἐναλόντες. ἐμπεσόντες. Ἐναποματτόμενοι. ἐντυποῦντες. Ἐναπομόρξεται. ἐναποψήσεται, ἀπομάξει. [οὕ‐ τως Ἀριστοφάνης.] Ἐναπομόργνυνται. ἐναποτίθενται.</w:t>
      </w:r>
    </w:p>
    <w:p>
      <w:r>
        <w:rPr>
          <w:rFonts w:ascii="Courier New" w:hAnsi="Courier New"/>
          <w:color w:val="555555"/>
          <w:sz w:val="20"/>
        </w:rPr>
        <w:t>[10]</w:t>
      </w:r>
    </w:p>
    <w:p>
      <w:r>
        <w:rPr>
          <w:rFonts w:ascii="Gentium Plus" w:hAnsi="Gentium Plus"/>
          <w:sz w:val="24"/>
        </w:rPr>
        <w:t>Ἐναφῆκαν. ἀντὶ τοῦ ἐνέβαλον. ἐναφῆκαν τῇ δρυῒ σφῆνας, ὡς διασταίη. Ἐνάπτοντες. εἰσφερόμενοι. Ἐναποψύχειν. παρ’ Ἡσιόδῳ τὸ ἀποφυσᾷν, τὸ ἀφοδεύειν. παρ’ Ὁμήρῳ τὸ λειποθυμεῖν. οἷον·</w:t>
      </w:r>
    </w:p>
    <w:p>
      <w:r>
        <w:rPr>
          <w:rFonts w:ascii="Courier New" w:hAnsi="Courier New"/>
          <w:color w:val="555555"/>
          <w:sz w:val="20"/>
        </w:rPr>
        <w:t>[15]</w:t>
      </w:r>
    </w:p>
    <w:p>
      <w:r>
        <w:rPr>
          <w:rFonts w:ascii="Gentium Plus" w:hAnsi="Gentium Plus"/>
          <w:sz w:val="24"/>
        </w:rPr>
        <w:t>εἷλεν ἀποψύχοντα πολύτλας δῖος Ὀδυσ‐ σεύς. τὸ μὲν πρῶτον παρὰ τὸ ψύχω, τὸ δὲ δεύτερον</w:t>
      </w:r>
    </w:p>
    <w:p>
      <w:r>
        <w:rPr>
          <w:rFonts w:ascii="Courier New" w:hAnsi="Courier New"/>
          <w:color w:val="555555"/>
          <w:sz w:val="20"/>
        </w:rPr>
        <w:t>[epsilon 742]</w:t>
      </w:r>
    </w:p>
    <w:p>
      <w:r>
        <w:rPr>
          <w:rFonts w:ascii="Gentium Plus" w:hAnsi="Gentium Plus"/>
          <w:sz w:val="24"/>
        </w:rPr>
        <w:t>Ἐναίρειν. τὸ τὰ ὅπλα σκυλεύειν. ἢ τὸ φο‐ νεύειν. παρὰ τὸν ἄρην, τὸν πόλεμον, γίνεται ἐναίρω· παρέπεται γὰρ αὐτῷ τὸ ἐνυάλιον. Ἐνδεκάζοντας. ἀντὶ τοῦ ἐνεορτάζοντας· ἐν τῷ</w:t>
      </w:r>
    </w:p>
    <w:p>
      <w:r>
        <w:rPr>
          <w:rFonts w:ascii="Courier New" w:hAnsi="Courier New"/>
          <w:color w:val="555555"/>
          <w:sz w:val="20"/>
        </w:rPr>
        <w:t>[5]</w:t>
      </w:r>
    </w:p>
    <w:p>
      <w:r>
        <w:rPr>
          <w:rFonts w:ascii="Gentium Plus" w:hAnsi="Gentium Plus"/>
          <w:sz w:val="24"/>
        </w:rPr>
        <w:t>αὐτῷ τὴν δεκάτην ἄγοντας. οὕτως Δημοσθέ‐ νης. Ἐνδεῖν. χρῄζειν ἢ καὶ τὸ δεσμεῖν. Ἐνδιάει. ἔνεστι, διατρίβει. Ἐνδιαιτώμενοι. ἐνδιατρίβοντες.</w:t>
      </w:r>
    </w:p>
    <w:p>
      <w:r>
        <w:rPr>
          <w:rFonts w:ascii="Courier New" w:hAnsi="Courier New"/>
          <w:color w:val="555555"/>
          <w:sz w:val="20"/>
        </w:rPr>
        <w:t>[10]</w:t>
      </w:r>
    </w:p>
    <w:p>
      <w:r>
        <w:rPr>
          <w:rFonts w:ascii="Gentium Plus" w:hAnsi="Gentium Plus"/>
          <w:sz w:val="24"/>
        </w:rPr>
        <w:t>Ἐνδειξαμένῳ. ἀπολογησαμένῳ. καὶ ἔνδειξις ἡ ἀπολογία. Ἐνδοῦναι. προδοῦναι, [παραδοῦναι,] ἢ καὶ εἶξαι. Ἐνδούς. ἀραιώσας. Ἐνδώσειν. ὁρίσαι, προστάξαι. καιρὸν δὲ τῆς δια‐</w:t>
      </w:r>
    </w:p>
    <w:p>
      <w:r>
        <w:rPr>
          <w:rFonts w:ascii="Courier New" w:hAnsi="Courier New"/>
          <w:color w:val="555555"/>
          <w:sz w:val="20"/>
        </w:rPr>
        <w:t>[15]</w:t>
      </w:r>
    </w:p>
    <w:p>
      <w:r>
        <w:rPr>
          <w:rFonts w:ascii="Gentium Plus" w:hAnsi="Gentium Plus"/>
          <w:sz w:val="24"/>
        </w:rPr>
        <w:t>βάσεως καὶ τόπον αὐτὸς ἐνδώσειν ἔφη. Ἐνδοιάζοντες. διστάζοντες. ἀμφιβάλλοντες. Ἐνδέξασθαι. παραλαβεῖν. ἀκροάσασθαι. οὐδὲ φίλιον λόγον ἐνδέξασθαι παρὰ τῶν τὰ πολέ‐</w:t>
      </w:r>
    </w:p>
    <w:p>
      <w:r>
        <w:rPr>
          <w:rFonts w:ascii="Courier New" w:hAnsi="Courier New"/>
          <w:color w:val="555555"/>
          <w:sz w:val="20"/>
        </w:rPr>
        <w:t>[epsilon 743]</w:t>
      </w:r>
    </w:p>
    <w:p>
      <w:r>
        <w:rPr>
          <w:rFonts w:ascii="Gentium Plus" w:hAnsi="Gentium Plus"/>
          <w:sz w:val="24"/>
        </w:rPr>
        <w:t>Ἐνδέχεσθαι. παραδέχεσθαι. πείθεσθαι. οὐκ ἐῶν τοὺς Βελισσαρίου λόγους ἐνδέχεσθαι. Ἐνδείκνυμι. ἐνδεικνύναι ἔλεγον τὸ καταγγέλ‐ λειν τινὰ κακουργοῦντα περὶ τὰ κοινά.</w:t>
      </w:r>
    </w:p>
    <w:p>
      <w:r>
        <w:rPr>
          <w:rFonts w:ascii="Courier New" w:hAnsi="Courier New"/>
          <w:color w:val="555555"/>
          <w:sz w:val="20"/>
        </w:rPr>
        <w:t>[5]</w:t>
      </w:r>
    </w:p>
    <w:p>
      <w:r>
        <w:rPr>
          <w:rFonts w:ascii="Gentium Plus" w:hAnsi="Gentium Plus"/>
          <w:sz w:val="24"/>
        </w:rPr>
        <w:t>Ἐνδείξασθαι. ἐπὶ τοῦ κατηγορῆσαι. Ἰώσηπος· πολλοὺς γὰρ διὰ τὰ οἰκεῖα μίση καὶ διαφορὰς ἰδίας ἐνδείξασθαι τοὺς ἀναιτίους. καὶ ἐνδεῖκται οἱ κατήγοροι, καὶ οἱ συκοφάνται. Ἐνέβη. ἀντὶ τοῦ εἰσῆλθε. τῶν δὲ συνήθων τὶς</w:t>
      </w:r>
    </w:p>
    <w:p>
      <w:r>
        <w:rPr>
          <w:rFonts w:ascii="Courier New" w:hAnsi="Courier New"/>
          <w:color w:val="555555"/>
          <w:sz w:val="20"/>
        </w:rPr>
        <w:t>[10]</w:t>
      </w:r>
    </w:p>
    <w:p>
      <w:r>
        <w:rPr>
          <w:rFonts w:ascii="Gentium Plus" w:hAnsi="Gentium Plus"/>
          <w:sz w:val="24"/>
        </w:rPr>
        <w:t>αὐτῷ ἐνέβη, τῷ ποδὶ λακτίσας τὸν ταῦρον. Ἐνέκρινον. τοῖς καλοῖς συνηρίθμησαν. ὡς ἀπέ‐ κρινον τὸ ἀπεδοκίμαζον. Ἐνέκαψα. ἀντὶ τοῦ ἐξέπτυσα. κᾆτα βδελυχθεὶς ὀσφρόμενος ἐνέκαψα.</w:t>
      </w:r>
    </w:p>
    <w:p>
      <w:r>
        <w:rPr>
          <w:rFonts w:ascii="Courier New" w:hAnsi="Courier New"/>
          <w:color w:val="555555"/>
          <w:sz w:val="20"/>
        </w:rPr>
        <w:t>[15]</w:t>
      </w:r>
    </w:p>
    <w:p>
      <w:r>
        <w:rPr>
          <w:rFonts w:ascii="Gentium Plus" w:hAnsi="Gentium Plus"/>
          <w:sz w:val="24"/>
        </w:rPr>
        <w:t>Ἐνένιπτεν. ἐκακολόγησεν. Ἐνεώλκησαν. τὰς ναῦς εἵλκυσαν. Ἐνεώχμασε. νεωστὶ κατεσκεύασεν· ἐκαίνισεν· ἠλλοίωσεν· ἐκαινοποίησεν. Ἐνέκειντο. ἐπιμόνως ἠσχολοῦντο.</w:t>
      </w:r>
    </w:p>
    <w:p>
      <w:r>
        <w:rPr>
          <w:rFonts w:ascii="Courier New" w:hAnsi="Courier New"/>
          <w:color w:val="555555"/>
          <w:sz w:val="20"/>
        </w:rPr>
        <w:t>[20]</w:t>
      </w:r>
    </w:p>
    <w:p>
      <w:r>
        <w:rPr>
          <w:rFonts w:ascii="Gentium Plus" w:hAnsi="Gentium Plus"/>
          <w:sz w:val="24"/>
        </w:rPr>
        <w:t>Ἐνέβαλεν. ἔτυψεν. ὁ δὲ κρίνας τοῦτον ἀδικεῖν</w:t>
      </w:r>
    </w:p>
    <w:p>
      <w:r>
        <w:rPr>
          <w:rFonts w:ascii="Courier New" w:hAnsi="Courier New"/>
          <w:color w:val="555555"/>
          <w:sz w:val="20"/>
        </w:rPr>
        <w:t>[epsilon 744]</w:t>
      </w:r>
    </w:p>
    <w:p>
      <w:r>
        <w:rPr>
          <w:rFonts w:ascii="Gentium Plus" w:hAnsi="Gentium Plus"/>
          <w:sz w:val="24"/>
        </w:rPr>
        <w:t>Ἐνεθουσία. ἐπεμαίνετο. Ἐνέπασσεν. ἐνέβαλλεν. ἐνεποίκιλλεν. Ἐνέπεσεν. συνέβη. ἐγένετο. Ἔνεστιν. ἐνυπάρχει.</w:t>
      </w:r>
    </w:p>
    <w:p>
      <w:r>
        <w:rPr>
          <w:rFonts w:ascii="Courier New" w:hAnsi="Courier New"/>
          <w:color w:val="555555"/>
          <w:sz w:val="20"/>
        </w:rPr>
        <w:t>[5]</w:t>
      </w:r>
    </w:p>
    <w:p>
      <w:r>
        <w:rPr>
          <w:rFonts w:ascii="Gentium Plus" w:hAnsi="Gentium Plus"/>
          <w:sz w:val="24"/>
        </w:rPr>
        <w:t>Ἐνέλιπεν. ὑστέρησεν. Ἐνέφῃνεν. ἐνεδείξατο. Ἐνεκότουν. ἐμνησικάκουν. Ἐνεργεῖν. ἑτοίμως πράττειν. Ἐνέχεεν. ἐνέβαλεν.</w:t>
      </w:r>
    </w:p>
    <w:p>
      <w:r>
        <w:rPr>
          <w:rFonts w:ascii="Courier New" w:hAnsi="Courier New"/>
          <w:color w:val="555555"/>
          <w:sz w:val="20"/>
        </w:rPr>
        <w:t>[10]</w:t>
      </w:r>
    </w:p>
    <w:p>
      <w:r>
        <w:rPr>
          <w:rFonts w:ascii="Gentium Plus" w:hAnsi="Gentium Plus"/>
          <w:sz w:val="24"/>
        </w:rPr>
        <w:t>Ἐνέχεις. ἀντὶ τοῦ ἐκίρνας. Ἀριστοφάνης· εἰ Θάσιον ἐνέχεις, εἰκότως γε, νὴ Δία. ὡς τοῦ Θασίου οἴνου εὐόσμου ὄντος. Ἐνεπάγησαν. ἐνεπήχθησαν. ἐνηλώθησαν. Ἐνεχείρισαν. ἐνεπίστευσαν.</w:t>
      </w:r>
    </w:p>
    <w:p>
      <w:r>
        <w:rPr>
          <w:rFonts w:ascii="Courier New" w:hAnsi="Courier New"/>
          <w:color w:val="555555"/>
          <w:sz w:val="20"/>
        </w:rPr>
        <w:t>[15]</w:t>
      </w:r>
    </w:p>
    <w:p>
      <w:r>
        <w:rPr>
          <w:rFonts w:ascii="Gentium Plus" w:hAnsi="Gentium Plus"/>
          <w:sz w:val="24"/>
        </w:rPr>
        <w:t>Ἐνεαρίζειν. κυρίως τὸ ἐν ἔαρι διάγειν. Ἐνεπάγησαν. ἐνέπεσον. Ἐνέγκατε. φέρετε. Ἔνεπε. λέγε. Ἐνεπισκήψασθαι. ὁπότε δημευθείη τινὸς οὐ‐</w:t>
      </w:r>
    </w:p>
    <w:p>
      <w:r>
        <w:rPr>
          <w:rFonts w:ascii="Courier New" w:hAnsi="Courier New"/>
          <w:color w:val="555555"/>
          <w:sz w:val="20"/>
        </w:rPr>
        <w:t>[20]</w:t>
      </w:r>
    </w:p>
    <w:p>
      <w:r>
        <w:rPr>
          <w:rFonts w:ascii="Gentium Plus" w:hAnsi="Gentium Plus"/>
          <w:sz w:val="24"/>
        </w:rPr>
        <w:t>σία, ἐξῆν προελθεῖν τῷ φάσκοντι γεγενῆσθαι δανειστῇ τοῦ ἀνδρὸς καὶ λέγειν, ὡς ὀφείλεται</w:t>
      </w:r>
    </w:p>
    <w:p>
      <w:r>
        <w:rPr>
          <w:rFonts w:ascii="Courier New" w:hAnsi="Courier New"/>
          <w:color w:val="555555"/>
          <w:sz w:val="20"/>
        </w:rPr>
        <w:t>[epsilon 745]</w:t>
      </w:r>
    </w:p>
    <w:p>
      <w:r>
        <w:rPr>
          <w:rFonts w:ascii="Gentium Plus" w:hAnsi="Gentium Plus"/>
          <w:sz w:val="24"/>
        </w:rPr>
        <w:t>Ἐνεπορπήθησαν. συνεβλήθησαν. Ἐνεσκευασμένην. διεσκευασμένην καὶ πεπλα‐ σμένην. οὕτως Ἰσαῖος καὶ Δημοσθένης. Ἐνέσκηψαν. ἐνώρμησαν· ἐνέπηξαν.</w:t>
      </w:r>
    </w:p>
    <w:p>
      <w:r>
        <w:rPr>
          <w:rFonts w:ascii="Courier New" w:hAnsi="Courier New"/>
          <w:color w:val="555555"/>
          <w:sz w:val="20"/>
        </w:rPr>
        <w:t>[5]</w:t>
      </w:r>
    </w:p>
    <w:p>
      <w:r>
        <w:rPr>
          <w:rFonts w:ascii="Gentium Plus" w:hAnsi="Gentium Plus"/>
          <w:sz w:val="24"/>
        </w:rPr>
        <w:t>Ἐνεσκίμφθη. ἐνεπάγη. Ἐνεστήσαντο. ἀντὶ τοῦ ἔκριναν ποιῆσαι. ὅσαι τὸ πρᾶγμα τοῦτο ἐνεστήσαντο καὶ μετῆλθον. Ἐνετιμᾶτο καὶ ἀπετιμᾶτο διαφέρει. ὅταν μὲν γάρ τις ὥς τι ποσὸν ἀργύριον ἀποτίμημα</w:t>
      </w:r>
    </w:p>
    <w:p>
      <w:r>
        <w:rPr>
          <w:rFonts w:ascii="Courier New" w:hAnsi="Courier New"/>
          <w:color w:val="555555"/>
          <w:sz w:val="20"/>
        </w:rPr>
        <w:t>[10]</w:t>
      </w:r>
    </w:p>
    <w:p>
      <w:r>
        <w:rPr>
          <w:rFonts w:ascii="Gentium Plus" w:hAnsi="Gentium Plus"/>
          <w:sz w:val="24"/>
        </w:rPr>
        <w:t>λαμβάνῃ, ἀποτιμᾶσθαι λέγεται. ὅταν δὲ ἐν εἴδεσί τισι λογίσηταί τις μέρος τι τοῦ ἀργυ‐ ρίου, τοῦτο λέγεται ὡς ἐνετιμήσατο. Ἐνετολμήσατο. ἀπεθάῤῥησεν. εἶτα μέντοι ἐνε‐ τολμήσατο τηλικοῦτον τόλμημα.</w:t>
      </w:r>
    </w:p>
    <w:p>
      <w:r>
        <w:rPr>
          <w:rFonts w:ascii="Courier New" w:hAnsi="Courier New"/>
          <w:color w:val="555555"/>
          <w:sz w:val="20"/>
        </w:rPr>
        <w:t>[15]</w:t>
      </w:r>
    </w:p>
    <w:p>
      <w:r>
        <w:rPr>
          <w:rFonts w:ascii="Gentium Plus" w:hAnsi="Gentium Plus"/>
          <w:sz w:val="24"/>
        </w:rPr>
        <w:t>Ἐνετρύλλησε. κατεῖπεν. Ἀριστοφάνης· προαγωγὸς οὔ ς’ ἐνετρύλλησεν τῷ δεσπότῃ. Ἐνεχώρουν. συνεχώρουν. οἱ δὲ ἱερεῖς καταπε‐ πληγμένοι τῷ δέει ἐξίσταντο, καὶ ἐνεχώρουν αὐτῇ ἅπαντες.</w:t>
      </w:r>
    </w:p>
    <w:p>
      <w:r>
        <w:rPr>
          <w:rFonts w:ascii="Courier New" w:hAnsi="Courier New"/>
          <w:color w:val="555555"/>
          <w:sz w:val="20"/>
        </w:rPr>
        <w:t>[20]</w:t>
      </w:r>
    </w:p>
    <w:p>
      <w:r>
        <w:rPr>
          <w:rFonts w:ascii="Gentium Plus" w:hAnsi="Gentium Plus"/>
          <w:sz w:val="24"/>
        </w:rPr>
        <w:t>Ἐνέχραυε. τὸ σῶμα ἐπέπληττεν. Ἡρόδοτος·</w:t>
      </w:r>
    </w:p>
    <w:p>
      <w:r>
        <w:rPr>
          <w:rFonts w:ascii="Courier New" w:hAnsi="Courier New"/>
          <w:color w:val="555555"/>
          <w:sz w:val="20"/>
        </w:rPr>
        <w:t>[epsilon 746]</w:t>
      </w:r>
    </w:p>
    <w:p>
      <w:r>
        <w:rPr>
          <w:rFonts w:ascii="Gentium Plus" w:hAnsi="Gentium Plus"/>
          <w:sz w:val="24"/>
        </w:rPr>
        <w:t>Ἐνεῖχεν. ὠργίζετο. ἐχόλα. Ἐνείργω. τὸ κωλύω. Ἐνείη. ἀντὶ τοῦ ἔνεστιν. οὕτως Ἀριστοφάνης. καὶ ἀντὶ τοῦ ὑπάρχει.</w:t>
      </w:r>
    </w:p>
    <w:p>
      <w:r>
        <w:rPr>
          <w:rFonts w:ascii="Courier New" w:hAnsi="Courier New"/>
          <w:color w:val="555555"/>
          <w:sz w:val="20"/>
        </w:rPr>
        <w:t>[5]</w:t>
      </w:r>
    </w:p>
    <w:p>
      <w:r>
        <w:rPr>
          <w:rFonts w:ascii="Gentium Plus" w:hAnsi="Gentium Plus"/>
          <w:sz w:val="24"/>
        </w:rPr>
        <w:t>Ἐνείκασθαι. ἐνεγκεῖν. καὶ ἐνεῖκαι. Ἐνείκησεν. ἐκακολόγησεν. ὕβρισεν. ἐνίκησε δὲ, ἀντὶ τοῦ ἐμάστιξεν, ι καὶ η. Ἐνείλλοντες. ἐμβάλλοντες. Θουκυδίδης· ἐν ταρσοῖς καλάμου πηλὸν ἐνείλλοντες, ἐσέβαλλον</w:t>
      </w:r>
    </w:p>
    <w:p>
      <w:r>
        <w:rPr>
          <w:rFonts w:ascii="Courier New" w:hAnsi="Courier New"/>
          <w:color w:val="555555"/>
          <w:sz w:val="20"/>
        </w:rPr>
        <w:t>[10]</w:t>
      </w:r>
    </w:p>
    <w:p>
      <w:r>
        <w:rPr>
          <w:rFonts w:ascii="Gentium Plus" w:hAnsi="Gentium Plus"/>
          <w:sz w:val="24"/>
        </w:rPr>
        <w:t>εἰς τὸ διῃρημένον τοῦ τείχους. Ἐνείραντες. ἐμπερονήσαντες. Ἐνειρμένος. συμπεπλεγμένος. ἐνειρμένος πέδαις. Ἐνεῖσα. ἐμβαλοῦσα. σαρκὶ τὸν ἐκ γενείων πι‐ κρὸν ἐνεῖσα χόλον. καὶ ἔνεισιν, ἀντὶ τοῦ ἐμ‐</w:t>
      </w:r>
    </w:p>
    <w:p>
      <w:r>
        <w:rPr>
          <w:rFonts w:ascii="Courier New" w:hAnsi="Courier New"/>
          <w:color w:val="555555"/>
          <w:sz w:val="20"/>
        </w:rPr>
        <w:t>[15]</w:t>
      </w:r>
    </w:p>
    <w:p>
      <w:r>
        <w:rPr>
          <w:rFonts w:ascii="Gentium Plus" w:hAnsi="Gentium Plus"/>
          <w:sz w:val="24"/>
        </w:rPr>
        <w:t>βάλλει. Ἐνῆγεν. ἐκίνει. παρέπειθεν. ἐνῆγε δὲ αὐτὸν εἰς τοῦτο Χριστιανῶν λόγος. οὕτως Προκόπιος. Ἐνηγκυλωμένα. ἐντεταμένα. ηὐτρεπισμένα. πε‐ φωραμένα. ἐπὶ κατασκοπῇ παρεγένοντο, τῷ</w:t>
      </w:r>
    </w:p>
    <w:p>
      <w:r>
        <w:rPr>
          <w:rFonts w:ascii="Courier New" w:hAnsi="Courier New"/>
          <w:color w:val="555555"/>
          <w:sz w:val="20"/>
        </w:rPr>
        <w:t>[20]</w:t>
      </w:r>
    </w:p>
    <w:p>
      <w:r>
        <w:rPr>
          <w:rFonts w:ascii="Gentium Plus" w:hAnsi="Gentium Plus"/>
          <w:sz w:val="24"/>
        </w:rPr>
        <w:t>καὶ τὰ τόξα ἐνηγκυλωμένα φέροντας ἁλῶναι.</w:t>
      </w:r>
    </w:p>
    <w:p>
      <w:r>
        <w:rPr>
          <w:rFonts w:ascii="Courier New" w:hAnsi="Courier New"/>
          <w:color w:val="555555"/>
          <w:sz w:val="20"/>
        </w:rPr>
        <w:t>[epsilon 747]</w:t>
      </w:r>
    </w:p>
    <w:p>
      <w:r>
        <w:rPr>
          <w:rFonts w:ascii="Gentium Plus" w:hAnsi="Gentium Plus"/>
          <w:sz w:val="24"/>
        </w:rPr>
        <w:t>Ἐνήθλει. ἐνεκαρτέρει. καὶ ὁ μὲν ἐπὶ τούτοις τῇ πενίᾳ ἐνήθλει. Ἐνῆκαν. ἐνέβαλον. Ἐνήλατο. Ἀριστοφάνης· ἐνήλατ’, ἐσκίρτ’, ἀπε‐</w:t>
      </w:r>
    </w:p>
    <w:p>
      <w:r>
        <w:rPr>
          <w:rFonts w:ascii="Courier New" w:hAnsi="Courier New"/>
          <w:color w:val="555555"/>
          <w:sz w:val="20"/>
        </w:rPr>
        <w:t>[5]</w:t>
      </w:r>
    </w:p>
    <w:p>
      <w:r>
        <w:rPr>
          <w:rFonts w:ascii="Gentium Plus" w:hAnsi="Gentium Plus"/>
          <w:sz w:val="24"/>
        </w:rPr>
        <w:t>πόρδει, ὡς καχρύων ὀνίδιον εὐωχημένον. Ἐνηλινδεῖσθαι. κεκυλίσθαι. καὶ ἐνηλινδοῦντο. Ἐνημμένος. περιβεβλημένος. διφθέραν ἐνημμένος. Ἐνῆν. ἀντὶ τοῦ ἐνυπῆρχεν. ἢ δυνατὸν καὶ ἐνδε‐ χόμενον. ὁ δὲ μάστιξιν, ὡς ἐνῆν, ἀνετάσας,</w:t>
      </w:r>
    </w:p>
    <w:p>
      <w:r>
        <w:rPr>
          <w:rFonts w:ascii="Courier New" w:hAnsi="Courier New"/>
          <w:color w:val="555555"/>
          <w:sz w:val="20"/>
        </w:rPr>
        <w:t>[10]</w:t>
      </w:r>
    </w:p>
    <w:p>
      <w:r>
        <w:rPr>
          <w:rFonts w:ascii="Gentium Plus" w:hAnsi="Gentium Plus"/>
          <w:sz w:val="24"/>
        </w:rPr>
        <w:t>διέγνω, ὡς ἔχει τὸ πολέμιον. αἰνεῖν δὲ ἀντὶ τοῦ ἐπαινεῖν, τὰ δύο δίφθογγα. Ἐνήρατο. ἀπέκτεινεν. Ἐνήρεισεν. ἐπεστήριξεν ἢ προσεπέλασεν. Ἐνῆρσεν. ἐφήρμοσεν.</w:t>
      </w:r>
    </w:p>
    <w:p>
      <w:r>
        <w:rPr>
          <w:rFonts w:ascii="Courier New" w:hAnsi="Courier New"/>
          <w:color w:val="555555"/>
          <w:sz w:val="20"/>
        </w:rPr>
        <w:t>[15]</w:t>
      </w:r>
    </w:p>
    <w:p>
      <w:r>
        <w:rPr>
          <w:rFonts w:ascii="Gentium Plus" w:hAnsi="Gentium Plus"/>
          <w:sz w:val="24"/>
        </w:rPr>
        <w:t>Ἐνῆρκται. ἀρχὴν ἐποίησεν. Ἐνήσομεν. ἐμβαλοῦμεν. Ἐνθουσιᾷ. θεοφορεῖται. ἢ ὑπὸ τοῦ θείου πνεύ‐ ματος καταλάμπεται. λέγεται δὲ καὶ ἀντὶ τοῦ</w:t>
      </w:r>
    </w:p>
    <w:p>
      <w:r>
        <w:rPr>
          <w:rFonts w:ascii="Courier New" w:hAnsi="Courier New"/>
          <w:color w:val="555555"/>
          <w:sz w:val="20"/>
        </w:rPr>
        <w:t>[epsilon 748]</w:t>
      </w:r>
    </w:p>
    <w:p>
      <w:r>
        <w:rPr>
          <w:rFonts w:ascii="Gentium Plus" w:hAnsi="Gentium Plus"/>
          <w:sz w:val="24"/>
        </w:rPr>
        <w:t>Ἐνθυμιζόμενοι. ἐνθυμούμενοι. Ἔνι. ἔστιν. ὑπάρχει. Ἀριστοφάνης ἀντὶ τοῦ ἔνεστιν· ἔνι φύσις, ἔνι θράσος. Ἐνισχημένος. κατεχόμενος.</w:t>
      </w:r>
    </w:p>
    <w:p>
      <w:r>
        <w:rPr>
          <w:rFonts w:ascii="Courier New" w:hAnsi="Courier New"/>
          <w:color w:val="555555"/>
          <w:sz w:val="20"/>
        </w:rPr>
        <w:t>[5]</w:t>
      </w:r>
    </w:p>
    <w:p>
      <w:r>
        <w:rPr>
          <w:rFonts w:ascii="Gentium Plus" w:hAnsi="Gentium Plus"/>
          <w:sz w:val="24"/>
        </w:rPr>
        <w:t>Ἐνιαυτίζω. ἐνιαυτόν που διατρίβω. Ἐνίετε. ἐμβάλετε. προπέμπετε. καὶ νηυσὶν ἐνίετε θεσπιδαὲς πῦρ. καὶ ἐνίησι. καὶ ἐνίεται. καὶ ἐνίεσαν. καὶ τοῖς πύργοις πῦρ ἐνίεσαν. καὶ ἐνίει.</w:t>
      </w:r>
    </w:p>
    <w:p>
      <w:r>
        <w:rPr>
          <w:rFonts w:ascii="Courier New" w:hAnsi="Courier New"/>
          <w:color w:val="555555"/>
          <w:sz w:val="20"/>
        </w:rPr>
        <w:t>[10]</w:t>
      </w:r>
    </w:p>
    <w:p>
      <w:r>
        <w:rPr>
          <w:rFonts w:ascii="Gentium Plus" w:hAnsi="Gentium Plus"/>
          <w:sz w:val="24"/>
        </w:rPr>
        <w:t>Ἐνιζῆσαι. ἐγκαθίσαι. Ἐνιζάνει. κάθηται. ὁ δὲ κατ’ ἴχνος ἑπόμενος τῷ τυράννῳ καὶ ἐς τὸν Ὀργῶνα ποταμὸν ἐνι‐ ζάνει. Ἐνίδρυται. ἐγκαθέζεται.</w:t>
      </w:r>
    </w:p>
    <w:p>
      <w:r>
        <w:rPr>
          <w:rFonts w:ascii="Courier New" w:hAnsi="Courier New"/>
          <w:color w:val="555555"/>
          <w:sz w:val="20"/>
        </w:rPr>
        <w:t>[15]</w:t>
      </w:r>
    </w:p>
    <w:p>
      <w:r>
        <w:rPr>
          <w:rFonts w:ascii="Gentium Plus" w:hAnsi="Gentium Plus"/>
          <w:sz w:val="24"/>
        </w:rPr>
        <w:t>Ἐνίκησεν. ὑπερέβαλλεν. Ἐνικλᾷν. ἐμποδίζειν. Ἐνιλλωπῶ ἢ ἐνιλλιπῶ. τὸ τοὺς ὀφθαλμοὺς</w:t>
      </w:r>
    </w:p>
    <w:p>
      <w:r>
        <w:rPr>
          <w:rFonts w:ascii="Courier New" w:hAnsi="Courier New"/>
          <w:color w:val="555555"/>
          <w:sz w:val="20"/>
        </w:rPr>
        <w:t>[epsilon 749]</w:t>
      </w:r>
    </w:p>
    <w:p>
      <w:r>
        <w:rPr>
          <w:rFonts w:ascii="Gentium Plus" w:hAnsi="Gentium Plus"/>
          <w:sz w:val="24"/>
        </w:rPr>
        <w:t>Ἐνισκήφθη. κατηνέχθη. Ἐνίσπω. ἐπιπλήξω. καὶ ἔνισπε, ἀντὶ τοῦ εἰπέ. Ἐνίπτω. κακολογῶ. ἐπιπλήσσω. λοιδορῶ. παρὰ</w:t>
      </w:r>
    </w:p>
    <w:p>
      <w:r>
        <w:rPr>
          <w:rFonts w:ascii="Courier New" w:hAnsi="Courier New"/>
          <w:color w:val="555555"/>
          <w:sz w:val="20"/>
        </w:rPr>
        <w:t>[5]</w:t>
      </w:r>
    </w:p>
    <w:p>
      <w:r>
        <w:rPr>
          <w:rFonts w:ascii="Gentium Plus" w:hAnsi="Gentium Plus"/>
          <w:sz w:val="24"/>
        </w:rPr>
        <w:t>τὸ ἐνέπω, τὸ λέγω, κατ’ ἐπένθεσιν τοῦ τ, καὶ τροπῇ τοῦ ε εἰς ι, ἐνίπτω. τὸ γὰρ ε, ἡνίκα πλεονάσοι σύμφωνον, τρέπεται εἰς ι. οἷον ἔπω, ἐνίπτω. μή με, γύναι, χαλεποῖσιν ὀνείδεσιν θυμὸν</w:t>
      </w:r>
    </w:p>
    <w:p>
      <w:r>
        <w:rPr>
          <w:rFonts w:ascii="Courier New" w:hAnsi="Courier New"/>
          <w:color w:val="555555"/>
          <w:sz w:val="20"/>
        </w:rPr>
        <w:t>[10]</w:t>
      </w:r>
    </w:p>
    <w:p>
      <w:r>
        <w:rPr>
          <w:rFonts w:ascii="Gentium Plus" w:hAnsi="Gentium Plus"/>
          <w:sz w:val="24"/>
        </w:rPr>
        <w:t>ἔνιπτε. Ἐνίστασθαι. εὐτρεπίζεσθαι. παρασκευάζεσθαι. μὴ διαμέλλειν, ἀλλ’ ἐνίστασθαι τῷ πολέμῳ. Ἐνίσσω. τὸ ἐπιπλήττω καὶ κακολογῶ. αἰνίσσω δὲ, τὸ αἰνιγματωδῶς δηλῶ, δίφθογγον.</w:t>
      </w:r>
    </w:p>
    <w:p>
      <w:r>
        <w:rPr>
          <w:rFonts w:ascii="Courier New" w:hAnsi="Courier New"/>
          <w:color w:val="555555"/>
          <w:sz w:val="20"/>
        </w:rPr>
        <w:t>[15]</w:t>
      </w:r>
    </w:p>
    <w:p>
      <w:r>
        <w:rPr>
          <w:rFonts w:ascii="Gentium Plus" w:hAnsi="Gentium Plus"/>
          <w:sz w:val="24"/>
        </w:rPr>
        <w:t>Ἐνθουσιᾷ. ὑπὸ ἐνθέου κατέχεται πνεύματος. Ἐνθουσιώσας. ἀντὶ τοῦ ἐξανεγειρούσας. ἢ μαι‐</w:t>
      </w:r>
    </w:p>
    <w:p>
      <w:r>
        <w:rPr>
          <w:rFonts w:ascii="Courier New" w:hAnsi="Courier New"/>
          <w:color w:val="555555"/>
          <w:sz w:val="20"/>
        </w:rPr>
        <w:t>[epsilon 750]</w:t>
      </w:r>
    </w:p>
    <w:p>
      <w:r>
        <w:rPr>
          <w:rFonts w:ascii="Gentium Plus" w:hAnsi="Gentium Plus"/>
          <w:sz w:val="24"/>
        </w:rPr>
        <w:t>τοῦ βαρβάρου ἐνθουσιώσας τῇ πυρώσει τῆς μέθης. Ἐνθυμιζόμενοι. λογιζόμενοι. οὕτως Δίων. Ἐνοπτρίσαι. ἑαυτὸν κατανοῆσαι.</w:t>
      </w:r>
    </w:p>
    <w:p>
      <w:r>
        <w:rPr>
          <w:rFonts w:ascii="Courier New" w:hAnsi="Courier New"/>
          <w:color w:val="555555"/>
          <w:sz w:val="20"/>
        </w:rPr>
        <w:t>[5]</w:t>
      </w:r>
    </w:p>
    <w:p>
      <w:r>
        <w:rPr>
          <w:rFonts w:ascii="Gentium Plus" w:hAnsi="Gentium Plus"/>
          <w:sz w:val="24"/>
        </w:rPr>
        <w:t>Ἐνόρσας. ἐμβαλών. Ἐνοχλῶ σοι.— Ἐνράσσει. ὁρμητικῶς ἐφορμᾷ. Ἰώσηπος· ὁ δὲ Σαμψὼν ἐνράσσει ταῖς πύλαις αὐτῶν καὶ φλοι‐ αῖς καὶ μοχλοῖς, ὅση τὲ ἄλλη περὶ αὐταῖς ἦν</w:t>
      </w:r>
    </w:p>
    <w:p>
      <w:r>
        <w:rPr>
          <w:rFonts w:ascii="Courier New" w:hAnsi="Courier New"/>
          <w:color w:val="555555"/>
          <w:sz w:val="20"/>
        </w:rPr>
        <w:t>[10]</w:t>
      </w:r>
    </w:p>
    <w:p>
      <w:r>
        <w:rPr>
          <w:rFonts w:ascii="Gentium Plus" w:hAnsi="Gentium Plus"/>
          <w:sz w:val="24"/>
        </w:rPr>
        <w:t>ξύλωσις. Ἐνσκήψαντα. ἐφορμήσαντα. Ἐνστερνισάμενοι. περιπτυξάμενοι. Ἐνσείει τὴν ἵππον αὐτοῖς. ἀντὶ τοῦ ἐπιτίθη‐ σιν. ἐπᾴρας ἐνσείει τὴν ἵππον αὐτοῖς ἀθρόαν.</w:t>
      </w:r>
    </w:p>
    <w:p>
      <w:r>
        <w:rPr>
          <w:rFonts w:ascii="Courier New" w:hAnsi="Courier New"/>
          <w:color w:val="555555"/>
          <w:sz w:val="20"/>
        </w:rPr>
        <w:t>[15]</w:t>
      </w:r>
    </w:p>
    <w:p>
      <w:r>
        <w:rPr>
          <w:rFonts w:ascii="Gentium Plus" w:hAnsi="Gentium Plus"/>
          <w:sz w:val="24"/>
        </w:rPr>
        <w:t>Ἐνσεισθείς. τιναχθείς. ὁ δὲ Σαμψὼν ἐνσεισθεὶς τοῖς κίοσιν ἐπεὶ καταβάλλει τὸν οἶκον. Ἐνσημαινόμενος. ἐνδεικνύμενος, ἐμφαίνων.</w:t>
      </w:r>
    </w:p>
    <w:p>
      <w:r>
        <w:rPr>
          <w:rFonts w:ascii="Courier New" w:hAnsi="Courier New"/>
          <w:color w:val="555555"/>
          <w:sz w:val="20"/>
        </w:rPr>
        <w:t>[epsilon 751]</w:t>
      </w:r>
    </w:p>
    <w:p>
      <w:r>
        <w:rPr>
          <w:rFonts w:ascii="Gentium Plus" w:hAnsi="Gentium Plus"/>
          <w:sz w:val="24"/>
        </w:rPr>
        <w:t>Ἐνταλθέντα. ἐπιτραπέντα. Ἐντακείς. ἐμφυείς. Ἐντενεῖ. ἐκτενεῖ. Ἐντέτατο. περιεσφίχθη.</w:t>
      </w:r>
    </w:p>
    <w:p>
      <w:r>
        <w:rPr>
          <w:rFonts w:ascii="Courier New" w:hAnsi="Courier New"/>
          <w:color w:val="555555"/>
          <w:sz w:val="20"/>
        </w:rPr>
        <w:t>[5]</w:t>
      </w:r>
    </w:p>
    <w:p>
      <w:r>
        <w:rPr>
          <w:rFonts w:ascii="Gentium Plus" w:hAnsi="Gentium Plus"/>
          <w:sz w:val="24"/>
        </w:rPr>
        <w:t>Ἐντεθρίωται. ἐνεσκεύασται. ἀπὸ τῶν θρίων ἐντεθριῶσθαι, τὸ ἐντετυλίχθαι. ἀπὸ τοῦ σκευά‐ σματος, ὃ ἐν τοῖς φύλλοις τῆς συκῆς εἱλεῖται, ἃ λέγεται θρία. Ἐντετευτλανωμένης. μετὰ τῶν τεύτλων ἑψη‐</w:t>
      </w:r>
    </w:p>
    <w:p>
      <w:r>
        <w:rPr>
          <w:rFonts w:ascii="Courier New" w:hAnsi="Courier New"/>
          <w:color w:val="555555"/>
          <w:sz w:val="20"/>
        </w:rPr>
        <w:t>[10]</w:t>
      </w:r>
    </w:p>
    <w:p>
      <w:r>
        <w:rPr>
          <w:rFonts w:ascii="Gentium Plus" w:hAnsi="Gentium Plus"/>
          <w:sz w:val="24"/>
        </w:rPr>
        <w:t>θείσης. μετὰ γὰρ τεύτλων ἤσθιον τὰς ἐγχέ‐ λυς· λέγονται γὰρ τεύτλοις συνεψόμεναι ἥδι‐ σται εἶναι. [μὴ δὲ γὰρ θανὼν ποτέ σου χωρι‐ σθείην ἐντετευτλανωμένης.] Ἐντέτηκεν. ἐγκεκόλληται. πέπηγε. τούτοις</w:t>
      </w:r>
    </w:p>
    <w:p>
      <w:r>
        <w:rPr>
          <w:rFonts w:ascii="Courier New" w:hAnsi="Courier New"/>
          <w:color w:val="555555"/>
          <w:sz w:val="20"/>
        </w:rPr>
        <w:t>[15]</w:t>
      </w:r>
    </w:p>
    <w:p>
      <w:r>
        <w:rPr>
          <w:rFonts w:ascii="Gentium Plus" w:hAnsi="Gentium Plus"/>
          <w:sz w:val="24"/>
        </w:rPr>
        <w:t>ἀντ’ ἀληθοῦς ψευδὴς ἐντέτηκε δόξα. Ἐντετριμμένη. ἀντὶ τοῦ σμυχθεῖσα. [ἢ εἰδυῖα. ὅπως ἐντετριμμένη κανηφορῇς. τὰ κανίσκια ἔχουσα.] Ἐντευξόμενος. διαλεχθησόμενος.</w:t>
      </w:r>
    </w:p>
    <w:p>
      <w:r>
        <w:rPr>
          <w:rFonts w:ascii="Courier New" w:hAnsi="Courier New"/>
          <w:color w:val="555555"/>
          <w:sz w:val="20"/>
        </w:rPr>
        <w:t>[20]</w:t>
      </w:r>
    </w:p>
    <w:p>
      <w:r>
        <w:rPr>
          <w:rFonts w:ascii="Gentium Plus" w:hAnsi="Gentium Plus"/>
          <w:sz w:val="24"/>
        </w:rPr>
        <w:t>Ἐντεῖλαι. προστάξαι.</w:t>
      </w:r>
    </w:p>
    <w:p>
      <w:r>
        <w:rPr>
          <w:rFonts w:ascii="Courier New" w:hAnsi="Courier New"/>
          <w:color w:val="555555"/>
          <w:sz w:val="20"/>
        </w:rPr>
        <w:t>[epsilon 752]</w:t>
      </w:r>
    </w:p>
    <w:p>
      <w:r>
        <w:rPr>
          <w:rFonts w:ascii="Gentium Plus" w:hAnsi="Gentium Plus"/>
          <w:sz w:val="24"/>
        </w:rPr>
        <w:t>Ἐντήκων. ἐμβάλλων, ἐνιείς. καὶ αὐτῷ τῷ στό‐ ματι ἐντήκων χρυσόν. Ἐντήξας. ἐμβαλὼν, [ἐμφυτεύσας.] διδάξας. καὶ ἐντήξας [ταῖς] αὐτῶν ψυχαῖς ἰσχὺν λόγων ἄμα‐</w:t>
      </w:r>
    </w:p>
    <w:p>
      <w:r>
        <w:rPr>
          <w:rFonts w:ascii="Courier New" w:hAnsi="Courier New"/>
          <w:color w:val="555555"/>
          <w:sz w:val="20"/>
        </w:rPr>
        <w:t>[5]</w:t>
      </w:r>
    </w:p>
    <w:p>
      <w:r>
        <w:rPr>
          <w:rFonts w:ascii="Gentium Plus" w:hAnsi="Gentium Plus"/>
          <w:sz w:val="24"/>
        </w:rPr>
        <w:t>χον καὶ σειρῆνα εὐγλωττίας ἐφολκοτάτην. *Ἐντοπίζει.* Ἐντρέπει. ἐπιστρέφει. Ἐντρεπομένους. ἐγκλίνοντας. οἱ δὲ Λίβυες θεωροῦντες τοὺς Ἴβηρας ἐντρεπομένους καὶ δε‐</w:t>
      </w:r>
    </w:p>
    <w:p>
      <w:r>
        <w:rPr>
          <w:rFonts w:ascii="Courier New" w:hAnsi="Courier New"/>
          <w:color w:val="555555"/>
          <w:sz w:val="20"/>
        </w:rPr>
        <w:t>[10]</w:t>
      </w:r>
    </w:p>
    <w:p>
      <w:r>
        <w:rPr>
          <w:rFonts w:ascii="Gentium Plus" w:hAnsi="Gentium Plus"/>
          <w:sz w:val="24"/>
        </w:rPr>
        <w:t>διότες. Ἐντυγχάνειν καὶ συντυγχάνειν ταὐτόν ἐστιν. ἐντυγχάνειν ἥρωσιν. [Ἐν τῷ ἐπικαλεῖσθαι. ἐν τῷ δέεσθαι.] Ἐν τῷ ἐκλείπειν. ἐν τῷ ἀποθνήσκειν.</w:t>
      </w:r>
    </w:p>
    <w:p>
      <w:r>
        <w:rPr>
          <w:rFonts w:ascii="Courier New" w:hAnsi="Courier New"/>
          <w:color w:val="555555"/>
          <w:sz w:val="20"/>
        </w:rPr>
        <w:t>[15]</w:t>
      </w:r>
    </w:p>
    <w:p>
      <w:r>
        <w:rPr>
          <w:rFonts w:ascii="Gentium Plus" w:hAnsi="Gentium Plus"/>
          <w:sz w:val="24"/>
        </w:rPr>
        <w:t>Ἐν τῷ ὑπερηφανεύεσθαι. ἐν τῷ ἐπαίρεσθαι. Ἐντροπαλιζομένη. ὑποστρεφομένη. Ἐνών. ἐνυπάρχων. Ἐνωρμίσθη. προσωρμίσθη. Ἐννώσας. διανοηθείς. [παρὰ Ἡροδότῳ.]</w:t>
      </w:r>
    </w:p>
    <w:p>
      <w:r>
        <w:rPr>
          <w:rFonts w:ascii="Courier New" w:hAnsi="Courier New"/>
          <w:color w:val="555555"/>
          <w:sz w:val="20"/>
        </w:rPr>
        <w:t>[20]</w:t>
      </w:r>
    </w:p>
    <w:p>
      <w:r>
        <w:rPr>
          <w:rFonts w:ascii="Gentium Plus" w:hAnsi="Gentium Plus"/>
          <w:sz w:val="24"/>
        </w:rPr>
        <w:t>Ἐνώτισαι. ἀντὶ τοῦ ἄκουσον. ἐνώτισε δὲ ἀντὶ</w:t>
      </w:r>
    </w:p>
    <w:p>
      <w:r>
        <w:rPr>
          <w:rFonts w:ascii="Courier New" w:hAnsi="Courier New"/>
          <w:color w:val="555555"/>
          <w:sz w:val="20"/>
        </w:rPr>
        <w:t>[epsilon 753]</w:t>
      </w:r>
    </w:p>
    <w:p>
      <w:r>
        <w:rPr>
          <w:rFonts w:ascii="Gentium Plus" w:hAnsi="Gentium Plus"/>
          <w:sz w:val="24"/>
        </w:rPr>
        <w:t>Ἐνῶρτο. ἔστιν ὄρω· ὁ μέλλων ὄρσω· ὁ παθη‐ τικὸς ὄρομαι, ὁ παρατατικὸς ὠρόμην, ὤρου, ὤρε‐ το καὶ συγκοπῇ ὦρτο, καὶ ἐνῶρτο ἀντὶ τοῦ διε‐ γείρετο.</w:t>
      </w:r>
    </w:p>
    <w:p>
      <w:r>
        <w:rPr>
          <w:rFonts w:ascii="Courier New" w:hAnsi="Courier New"/>
          <w:color w:val="555555"/>
          <w:sz w:val="20"/>
        </w:rPr>
        <w:t>[5]</w:t>
      </w:r>
    </w:p>
    <w:p>
      <w:r>
        <w:rPr>
          <w:rFonts w:ascii="Gentium Plus" w:hAnsi="Gentium Plus"/>
          <w:sz w:val="24"/>
        </w:rPr>
        <w:t>ὦρτο μὲν μέγα κῦμα. Ἐνέκοψεν. ἐνεπόδισεν. ὁ Ἀπόστολος· ἐνέκο‐ ψεν ἡμᾶς ὁ σατανᾶς. [τοῦ σατανᾶ λέγει αὐτὸ ἔργον, κατὰ συγχώρησιν θεοῦ γεγονός.] Ἐνδιάζεσθαι. σκιάζεσθαι. τοῦ Ψελλοῦ· κο‐</w:t>
      </w:r>
    </w:p>
    <w:p>
      <w:r>
        <w:rPr>
          <w:rFonts w:ascii="Courier New" w:hAnsi="Courier New"/>
          <w:color w:val="555555"/>
          <w:sz w:val="20"/>
        </w:rPr>
        <w:t>[10]</w:t>
      </w:r>
    </w:p>
    <w:p>
      <w:r>
        <w:rPr>
          <w:rFonts w:ascii="Gentium Plus" w:hAnsi="Gentium Plus"/>
          <w:sz w:val="24"/>
        </w:rPr>
        <w:t>ρύμβοις ἐνδιάζεσθαι· τὸ σκιάζεσθαι φύλλοις.</w:t>
      </w:r>
    </w:p>
    <w:p>
      <w:pPr>
        <w:jc w:val="center"/>
      </w:pPr>
      <w:r>
        <w:rPr>
          <w:rFonts w:ascii="Gentium Plus" w:hAnsi="Gentium Plus"/>
          <w:b/>
          <w:sz w:val="24"/>
        </w:rPr>
        <w:t>(Ἐπίῤῥημα.)</w:t>
      </w:r>
    </w:p>
    <w:p>
      <w:r>
        <w:rPr>
          <w:rFonts w:ascii="Courier New" w:hAnsi="Courier New"/>
          <w:color w:val="555555"/>
          <w:sz w:val="20"/>
        </w:rPr>
        <w:t>[12]</w:t>
      </w:r>
    </w:p>
    <w:p>
      <w:r>
        <w:rPr>
          <w:rFonts w:ascii="Gentium Plus" w:hAnsi="Gentium Plus"/>
          <w:sz w:val="24"/>
        </w:rPr>
        <w:t>Ἔναγχος. πρὸ μικροῦ. ἐν τῷ ἔγχιστα χρόνῳ, τῷ παρελθόντι. παρὰ τὸ ἀγχοῦ γέγονεν ἄγχος καὶ ἐν συνθέσει ἔναγχος. ἢ χθές.</w:t>
      </w:r>
    </w:p>
    <w:p>
      <w:r>
        <w:rPr>
          <w:rFonts w:ascii="Courier New" w:hAnsi="Courier New"/>
          <w:color w:val="555555"/>
          <w:sz w:val="20"/>
        </w:rPr>
        <w:t>[15]</w:t>
      </w:r>
    </w:p>
    <w:p>
      <w:r>
        <w:rPr>
          <w:rFonts w:ascii="Gentium Plus" w:hAnsi="Gentium Plus"/>
          <w:sz w:val="24"/>
        </w:rPr>
        <w:t>Ἐναργῶς. φανερῶς. Ἐναλλάξ. ὡς παρὰ τὸ μίξω γίνεται μὶξ, οὕ‐ τως καὶ παρὰ τὸν ἀλλάξω μέλλοντα γίνεται ἀλλὰξ καὶ ἐναλλάξ. ἤγουν ἐνηλλαγμένως. Ἐναλλάγδην. συμπεπλεγμένως. παρήγαγε δὲ</w:t>
      </w:r>
    </w:p>
    <w:p>
      <w:r>
        <w:rPr>
          <w:rFonts w:ascii="Courier New" w:hAnsi="Courier New"/>
          <w:color w:val="555555"/>
          <w:sz w:val="20"/>
        </w:rPr>
        <w:t>[20]</w:t>
      </w:r>
    </w:p>
    <w:p>
      <w:r>
        <w:rPr>
          <w:rFonts w:ascii="Gentium Plus" w:hAnsi="Gentium Plus"/>
          <w:sz w:val="24"/>
        </w:rPr>
        <w:t>τοὺς πρέσβεις εἰς μέσον ἐναλλάγδην τὼ χεῖρε ὑπὸ τὴν ἰξὺν περιεσφιγμένους. Ἐνάρθρως. ἠκριβωμένως. Ἐνδελεχῶς. ἐπιμόνως. συνεχῶς. Ἐνδυκέως. ἐπιμελῶς.</w:t>
      </w:r>
    </w:p>
    <w:p>
      <w:r>
        <w:rPr>
          <w:rFonts w:ascii="Courier New" w:hAnsi="Courier New"/>
          <w:color w:val="555555"/>
          <w:sz w:val="20"/>
        </w:rPr>
        <w:t>[25]</w:t>
      </w:r>
    </w:p>
    <w:p>
      <w:r>
        <w:rPr>
          <w:rFonts w:ascii="Gentium Plus" w:hAnsi="Gentium Plus"/>
          <w:sz w:val="24"/>
        </w:rPr>
        <w:t>Ἔνερθεν. ὑποκάτωθεν.</w:t>
      </w:r>
    </w:p>
    <w:p>
      <w:r>
        <w:rPr>
          <w:rFonts w:ascii="Courier New" w:hAnsi="Courier New"/>
          <w:color w:val="555555"/>
          <w:sz w:val="20"/>
        </w:rPr>
        <w:t>[epsilon 754]</w:t>
      </w:r>
    </w:p>
    <w:p>
      <w:r>
        <w:rPr>
          <w:rFonts w:ascii="Gentium Plus" w:hAnsi="Gentium Plus"/>
          <w:sz w:val="24"/>
        </w:rPr>
        <w:t>Ἔνθεν καὶ ἔνθεν. τῇδε κᾀκεῖσε. ἔνθεν καὶ ἀντὶ τοῦ διὰ τοῦτο. Ἔνθα. τότε. Ἐνθαδί. ἀντὶ τοῦ ἐνθάδε. διὰ τοῦ ι. [ὡς δεῦ‐</w:t>
      </w:r>
    </w:p>
    <w:p>
      <w:r>
        <w:rPr>
          <w:rFonts w:ascii="Courier New" w:hAnsi="Courier New"/>
          <w:color w:val="555555"/>
          <w:sz w:val="20"/>
        </w:rPr>
        <w:t>[5]</w:t>
      </w:r>
    </w:p>
    <w:p>
      <w:r>
        <w:rPr>
          <w:rFonts w:ascii="Gentium Plus" w:hAnsi="Gentium Plus"/>
          <w:sz w:val="24"/>
        </w:rPr>
        <w:t>ρο, δευρί. ἢ ὅτι αἱ ἐκτάσεις οὐ γίνονται διὰ τῆς ει διφθόγγου, ἀλλὰ διὰ τοῦ ι· ἐκεινοσὶ, δευ‐ ρὶ, νυνὶ, ἐνθαδί· τὸ δὲ οἱονεὶ καὶ ὡσπερεὶ διὰ διφθόγγου. καὶ οὐκ ἀντίκειται. διάφορα γὰρ μέρη λόγου ἐστίν. ἔστι γὰρ οἷον ὄνομα, καὶ</w:t>
      </w:r>
    </w:p>
    <w:p>
      <w:r>
        <w:rPr>
          <w:rFonts w:ascii="Courier New" w:hAnsi="Courier New"/>
          <w:color w:val="555555"/>
          <w:sz w:val="20"/>
        </w:rPr>
        <w:t>[10]</w:t>
      </w:r>
    </w:p>
    <w:p>
      <w:r>
        <w:rPr>
          <w:rFonts w:ascii="Gentium Plus" w:hAnsi="Gentium Plus"/>
          <w:sz w:val="24"/>
        </w:rPr>
        <w:t>ὁ εἰ συναπτικὸς σύνδεσμος. τὸ δὲ ὡσπερεὶ τρία μέρη λόγου ἐστίν· ἔστι γὰρ ὡς ἐπίῤῥημα, καί περ σύνδεσμος παραπληρωματικὸς, καὶ εἰ συν‐ απτικός. φησὶ δὲ ὁ τεχνικός· ἔχουσιν ἔθος αἱ λέξεις αἱ εἰς σύμφωνα λήγουσαι, δέχεσθαι</w:t>
      </w:r>
    </w:p>
    <w:p>
      <w:r>
        <w:rPr>
          <w:rFonts w:ascii="Courier New" w:hAnsi="Courier New"/>
          <w:color w:val="555555"/>
          <w:sz w:val="20"/>
        </w:rPr>
        <w:t>[15]</w:t>
      </w:r>
    </w:p>
    <w:p>
      <w:r>
        <w:rPr>
          <w:rFonts w:ascii="Gentium Plus" w:hAnsi="Gentium Plus"/>
          <w:sz w:val="24"/>
        </w:rPr>
        <w:t>ἐπέκτασιν τὴν διὰ τοῦ ἰῶτα, οἷον νῦν, νυνί· ἢ τὸ φωνῆεν τρέπουσιν εἰς τὸ ἰῶτα, οἷον ἐνθάδε, ἐνθαδὶ, ὅδε, ὁδὶ, δεῦρο, δευρί· ἢ τὸ ἰῶτα προσ‐ λαμβάνουσι κατὰ διάστασιν, οἷον τούτου, του‐ τουῒ, τούτῳ, τουτωΐ.]</w:t>
      </w:r>
    </w:p>
    <w:p>
      <w:r>
        <w:rPr>
          <w:rFonts w:ascii="Courier New" w:hAnsi="Courier New"/>
          <w:color w:val="555555"/>
          <w:sz w:val="20"/>
        </w:rPr>
        <w:t>[20]</w:t>
      </w:r>
    </w:p>
    <w:p>
      <w:r>
        <w:rPr>
          <w:rFonts w:ascii="Gentium Plus" w:hAnsi="Gentium Plus"/>
          <w:sz w:val="24"/>
        </w:rPr>
        <w:t>Ἐνιαχοῦ. πολλαχοῦ. καὶ ἐνιαχῆ. Ἐντεῦθεν. παραυτίκα. ἢ ἀντὶ τοῦ ἐκ τούτου. Ἐνωμότως. μετὰ ὅρκου. καὶ ἐνώμοτος ἀντὶ τοῦ ἔνοχος τοῖς ὅρκοις. Ἐνωπίως. ἔμπροσθεν.</w:t>
      </w:r>
    </w:p>
    <w:p>
      <w:r>
        <w:rPr>
          <w:rFonts w:ascii="Courier New" w:hAnsi="Courier New"/>
          <w:color w:val="555555"/>
          <w:sz w:val="20"/>
        </w:rPr>
        <w:t>[25]</w:t>
      </w:r>
    </w:p>
    <w:p>
      <w:r>
        <w:rPr>
          <w:rFonts w:ascii="Gentium Plus" w:hAnsi="Gentium Plus"/>
          <w:sz w:val="24"/>
        </w:rPr>
        <w:t>Ἔνδυο. ὡς ἡμεῖς τὸ ταχέως. Μένανδρος Ἐφεσίῳ·</w:t>
      </w:r>
    </w:p>
    <w:p>
      <w:r>
        <w:rPr>
          <w:rFonts w:ascii="Courier New" w:hAnsi="Courier New"/>
          <w:color w:val="555555"/>
          <w:sz w:val="20"/>
        </w:rPr>
        <w:t>[epsilon 755]</w:t>
      </w:r>
    </w:p>
    <w:p>
      <w:r>
        <w:rPr>
          <w:rFonts w:ascii="Gentium Plus" w:hAnsi="Gentium Plus"/>
          <w:sz w:val="24"/>
        </w:rPr>
        <w:t>Ἐνδίκως. δικαίως. καὶ ὁ Ἀπόστολος· ἔνδικον μισθαποδοσίαν.</w:t>
      </w:r>
    </w:p>
    <w:p>
      <w:pPr>
        <w:jc w:val="center"/>
      </w:pPr>
      <w:r>
        <w:rPr>
          <w:rFonts w:ascii="Gentium Plus" w:hAnsi="Gentium Plus"/>
          <w:b/>
          <w:sz w:val="24"/>
        </w:rPr>
        <w:t>Τὸ Ε μετὰ τοῦ Ξ.</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Ἐξ ἀπόπτου. ἐξ ὑψηλοῦ τόπου. Ἔξαρθρος. ἀρθρητικός. Ἔξαρνος. ἀρνούμενος. Ἐξάγιστος. μυσαρός. *ἔξω τῶν ἁγίων.* Ἐξάντεις. ὑγιεῖς, ἐλευθέρους, ἔξω βλάβης. καὶ</w:t>
      </w:r>
    </w:p>
    <w:p>
      <w:r>
        <w:rPr>
          <w:rFonts w:ascii="Courier New" w:hAnsi="Courier New"/>
          <w:color w:val="555555"/>
          <w:sz w:val="20"/>
        </w:rPr>
        <w:t>[10]</w:t>
      </w:r>
    </w:p>
    <w:p>
      <w:r>
        <w:rPr>
          <w:rFonts w:ascii="Gentium Plus" w:hAnsi="Gentium Plus"/>
          <w:sz w:val="24"/>
        </w:rPr>
        <w:t>οἱ μὲν ἔδρασαν ταῦτα, εἶτα μέντοι ἐξάντεις γίνονται τοῦ κακοῦ. Ἐξαμβιτίωνος. παρὰ Ῥωμαίοις ἐκ περιδρομῆς τὶ πράττων. Ἔξαιμοι. οἱ λείφαιμοι.</w:t>
      </w:r>
    </w:p>
    <w:p>
      <w:r>
        <w:rPr>
          <w:rFonts w:ascii="Courier New" w:hAnsi="Courier New"/>
          <w:color w:val="555555"/>
          <w:sz w:val="20"/>
        </w:rPr>
        <w:t>[15]</w:t>
      </w:r>
    </w:p>
    <w:p>
      <w:r>
        <w:rPr>
          <w:rFonts w:ascii="Gentium Plus" w:hAnsi="Gentium Plus"/>
          <w:sz w:val="24"/>
        </w:rPr>
        <w:t>Ἐξαίτης. ἀφαιρέτης. Ἐξελιγμός. ὁ κατὰ λόχους. ὁ μεταλαμβάνων</w:t>
      </w:r>
    </w:p>
    <w:p>
      <w:r>
        <w:rPr>
          <w:rFonts w:ascii="Courier New" w:hAnsi="Courier New"/>
          <w:color w:val="555555"/>
          <w:sz w:val="20"/>
        </w:rPr>
        <w:t>[epsilon 756]</w:t>
      </w:r>
    </w:p>
    <w:p>
      <w:r>
        <w:rPr>
          <w:rFonts w:ascii="Gentium Plus" w:hAnsi="Gentium Plus"/>
          <w:sz w:val="24"/>
        </w:rPr>
        <w:t>τῆς κατὰ πρόσωπον ἐπιφανείας, τὸν ὄπισθεν, ὃς καὶ ἐξελιγμὸς Μακεδὼν λέγεται. Ἐξ ἔρον. ὁ ἔρος, τοῦ ἔρου, [τὸν ἔρον, αἰολικῶς· καὶ ἐν συνθέσει ἐξ ἔρον.</w:t>
      </w:r>
    </w:p>
    <w:p>
      <w:r>
        <w:rPr>
          <w:rFonts w:ascii="Courier New" w:hAnsi="Courier New"/>
          <w:color w:val="555555"/>
          <w:sz w:val="20"/>
        </w:rPr>
        <w:t>[5]</w:t>
      </w:r>
    </w:p>
    <w:p>
      <w:r>
        <w:rPr>
          <w:rFonts w:ascii="Gentium Plus" w:hAnsi="Gentium Plus"/>
          <w:sz w:val="24"/>
        </w:rPr>
        <w:t>—ἐξ ἔρον ἕντο.] Ἐξ ἀκαλαῤῥείταο. ἐκ τοῦ ἡσύχως ῥέοντος διὰ τὸ βαθύ. ἐξ ἀκαλαῤῥείταο βαθυῤῥόου Ὠκεανοῖο. Ἐξελευθέρους. τοὺς ἰδίᾳ ὑπό τινων ἀφεθέντας.</w:t>
      </w:r>
    </w:p>
    <w:p>
      <w:r>
        <w:rPr>
          <w:rFonts w:ascii="Courier New" w:hAnsi="Courier New"/>
          <w:color w:val="555555"/>
          <w:sz w:val="20"/>
        </w:rPr>
        <w:t>[10]</w:t>
      </w:r>
    </w:p>
    <w:p>
      <w:r>
        <w:rPr>
          <w:rFonts w:ascii="Gentium Plus" w:hAnsi="Gentium Plus"/>
          <w:sz w:val="24"/>
        </w:rPr>
        <w:t>[ἐλευθέρους δὲ, τοὺς ὑπὸ κοινοῦ τῆς πόλεως.] Ἐξήνιοι. οἱ ἀνυπότακτοι. οἱ ἔξω τῶν ἡνίων καὶ τῶν χαλινῶν. Ἐξηγηταί. οἱ τοὺς νόμους τοῖς ἀγνοοῦσιν ὑπο‐ δεικνύοντες καὶ οἱ διδάσκοντες περὶ τοῦ ἀδική‐</w:t>
      </w:r>
    </w:p>
    <w:p>
      <w:r>
        <w:rPr>
          <w:rFonts w:ascii="Courier New" w:hAnsi="Courier New"/>
          <w:color w:val="555555"/>
          <w:sz w:val="20"/>
        </w:rPr>
        <w:t>[15]</w:t>
      </w:r>
    </w:p>
    <w:p>
      <w:r>
        <w:rPr>
          <w:rFonts w:ascii="Gentium Plus" w:hAnsi="Gentium Plus"/>
          <w:sz w:val="24"/>
        </w:rPr>
        <w:t>ματος, οὗ ἕκαστος γράφεται. Ἐξιτήριοι λόγοι. εὐχαὶ ἐφόδιοι, ἢ τελευταῖαι. ἢ ἀποδημητικοὶ λόγοι. ἢ ἀποχαιρετισματικοί. παρὰ τὸ ἵημι.</w:t>
      </w:r>
    </w:p>
    <w:p>
      <w:r>
        <w:rPr>
          <w:rFonts w:ascii="Courier New" w:hAnsi="Courier New"/>
          <w:color w:val="555555"/>
          <w:sz w:val="20"/>
        </w:rPr>
        <w:t>[epsilon 757]</w:t>
      </w:r>
    </w:p>
    <w:p>
      <w:r>
        <w:rPr>
          <w:rFonts w:ascii="Gentium Plus" w:hAnsi="Gentium Plus"/>
          <w:sz w:val="24"/>
        </w:rPr>
        <w:t>Ἐξ ὀνύχων. ἤτοι ἐξ ἁπαλῶν, ἐκ βρέφους. Ἐξ οὐρανοῦ δείματα. κεραυνοὶ, σημεῖα, ἀστρα‐ παί. Ἐξ ὀφθαλμῶν οὐ λέγουσιν, οὐδ’ ἐκ προσώπου.</w:t>
      </w:r>
    </w:p>
    <w:p>
      <w:r>
        <w:rPr>
          <w:rFonts w:ascii="Courier New" w:hAnsi="Courier New"/>
          <w:color w:val="555555"/>
          <w:sz w:val="20"/>
        </w:rPr>
        <w:t>[5]</w:t>
      </w:r>
    </w:p>
    <w:p>
      <w:r>
        <w:rPr>
          <w:rFonts w:ascii="Gentium Plus" w:hAnsi="Gentium Plus"/>
          <w:sz w:val="24"/>
        </w:rPr>
        <w:t>Φρύνιχος· ἐγὼ δέ· μισεῖ γάρ μ’ ἄμειμι ἐξ ὀμμάτων. Ἔξοινος. ὁ μεθύων. ὁ δὲ ἔξοινος ὢν καὶ ἡμι‐ κραίπαλος. Ἐξ οὗ. οὐ σημαίνει τὴν ὕλην, ὡς τοῖς ἔξωθεν</w:t>
      </w:r>
    </w:p>
    <w:p>
      <w:r>
        <w:rPr>
          <w:rFonts w:ascii="Courier New" w:hAnsi="Courier New"/>
          <w:color w:val="555555"/>
          <w:sz w:val="20"/>
        </w:rPr>
        <w:t>[10]</w:t>
      </w:r>
    </w:p>
    <w:p>
      <w:r>
        <w:rPr>
          <w:rFonts w:ascii="Gentium Plus" w:hAnsi="Gentium Plus"/>
          <w:sz w:val="24"/>
        </w:rPr>
        <w:t>δοκεῖ· ἀλλὰ συνηθεστέρα γραφὴ ἐπὶ τῆς ἀνω‐ τάτω αἰτίας τὴν φωνὴν ταύτην παραλαμβάνει. ὡς τὸ ἐπὶ τοῦ· εἷς θεὸς, ἐξ οὗ τὰ πάντα. [κέχρηται δὲ πολλάκις καὶ ἐπὶ τῆς ὕλης τῇ λέξει ὁ τῆς ἀληθείας λόγος, ὡς ὅταν λέγῃ· ἐκ</w:t>
      </w:r>
    </w:p>
    <w:p>
      <w:r>
        <w:rPr>
          <w:rFonts w:ascii="Courier New" w:hAnsi="Courier New"/>
          <w:color w:val="555555"/>
          <w:sz w:val="20"/>
        </w:rPr>
        <w:t>[15]</w:t>
      </w:r>
    </w:p>
    <w:p>
      <w:r>
        <w:rPr>
          <w:rFonts w:ascii="Gentium Plus" w:hAnsi="Gentium Plus"/>
          <w:sz w:val="24"/>
        </w:rPr>
        <w:t>ξύλων ἀσήπτων· καὶ ὁ πρῶτος ἄνθρωπος ἐκ γῆς χοϊκός.] Ἐξοστρακισμός. ἐξορισμός. [φυγὴ δεκαέτης. πῆγμα δὲ γίνεται ἐν τῇ ἀγορᾷ εἰσόδους ἔχον, δι’ ὧν εἰσιὼν πολίτης ἕκαστος ψηφίζεται ὄστρα‐</w:t>
      </w:r>
    </w:p>
    <w:p>
      <w:r>
        <w:rPr>
          <w:rFonts w:ascii="Courier New" w:hAnsi="Courier New"/>
          <w:color w:val="555555"/>
          <w:sz w:val="20"/>
        </w:rPr>
        <w:t>[20]</w:t>
      </w:r>
    </w:p>
    <w:p>
      <w:r>
        <w:rPr>
          <w:rFonts w:ascii="Gentium Plus" w:hAnsi="Gentium Plus"/>
          <w:sz w:val="24"/>
        </w:rPr>
        <w:t>κον τιθεὶς ὑπογεγραμμένον. τοῦτο δὲ ὑπὸ ἑξα‐ κισχιλίων γενόμενον φυγὴ δεκαέτης ψηφίζεται τοῦ κρινομένου.] Ἑξέτει. ἑξαέτει. [ἀττικῶς. οἶδ’ ἑξέτει σοι τραυ‐ λίσαντι πειθόμενος.]</w:t>
      </w:r>
    </w:p>
    <w:p>
      <w:r>
        <w:rPr>
          <w:rFonts w:ascii="Courier New" w:hAnsi="Courier New"/>
          <w:color w:val="555555"/>
          <w:sz w:val="20"/>
        </w:rPr>
        <w:t>[25]</w:t>
      </w:r>
    </w:p>
    <w:p>
      <w:r>
        <w:rPr>
          <w:rFonts w:ascii="Gentium Plus" w:hAnsi="Gentium Plus"/>
          <w:sz w:val="24"/>
        </w:rPr>
        <w:t>Ἐξετασμός. ἡ κρίσις.</w:t>
      </w:r>
    </w:p>
    <w:p>
      <w:r>
        <w:rPr>
          <w:rFonts w:ascii="Courier New" w:hAnsi="Courier New"/>
          <w:color w:val="555555"/>
          <w:sz w:val="20"/>
        </w:rPr>
        <w:t>[epsilon 758]</w:t>
      </w:r>
    </w:p>
    <w:p>
      <w:r>
        <w:rPr>
          <w:rFonts w:ascii="Gentium Plus" w:hAnsi="Gentium Plus"/>
          <w:sz w:val="24"/>
        </w:rPr>
        <w:t>Ἐξωκέλης. τὸ λῃστρικὸν πλοῖον. ἢ ἄστρωτος ἵππος. Ἐξώλης. ὁ ἀσελγὴς, ὁ ἀπολλύμενος. [ὁ κίναι‐ δος. τὸ αὐτὸ καὶ προώλης καὶ πανώλης.]</w:t>
      </w:r>
    </w:p>
    <w:p>
      <w:r>
        <w:rPr>
          <w:rFonts w:ascii="Courier New" w:hAnsi="Courier New"/>
          <w:color w:val="555555"/>
          <w:sz w:val="20"/>
        </w:rPr>
        <w:t>[5]</w:t>
      </w:r>
    </w:p>
    <w:p>
      <w:r>
        <w:rPr>
          <w:rFonts w:ascii="Gentium Plus" w:hAnsi="Gentium Plus"/>
          <w:sz w:val="24"/>
        </w:rPr>
        <w:t>Ἐξώστης. ὁ ἀποδιώκτης ἢ ὁ τραχὺς ἄνεμος. Ἕξ. ὁ ἀριθμός. διὰ τὸ ἔξωθεν εἶναι τῶν πέντε. Ἐξ ὕπνου. ἐκ ῥαθυμίας. [καὶ ὁ Ἀπόστολος· ὅτι ὥρα ἡμᾶς ἤδη ἐξ ὕπνου ἐγερθῆναι. ἐγγὺς, φησὶ, τὸ τέλος· καὶ δεῖ ἐπεγείρεσθαι ἡμᾶς εἰς</w:t>
      </w:r>
    </w:p>
    <w:p>
      <w:r>
        <w:rPr>
          <w:rFonts w:ascii="Courier New" w:hAnsi="Courier New"/>
          <w:color w:val="555555"/>
          <w:sz w:val="20"/>
        </w:rPr>
        <w:t>[10]</w:t>
      </w:r>
    </w:p>
    <w:p>
      <w:r>
        <w:rPr>
          <w:rFonts w:ascii="Gentium Plus" w:hAnsi="Gentium Plus"/>
          <w:sz w:val="24"/>
        </w:rPr>
        <w:t>τὸν καιρόν.]</w:t>
      </w:r>
    </w:p>
    <w:p>
      <w:pPr>
        <w:jc w:val="center"/>
      </w:pPr>
      <w:r>
        <w:rPr>
          <w:rFonts w:ascii="Gentium Plus" w:hAnsi="Gentium Plus"/>
          <w:b/>
          <w:sz w:val="24"/>
        </w:rPr>
        <w:t>(Θηλυκόν.)</w:t>
      </w:r>
    </w:p>
    <w:p>
      <w:r>
        <w:rPr>
          <w:rFonts w:ascii="Courier New" w:hAnsi="Courier New"/>
          <w:color w:val="555555"/>
          <w:sz w:val="20"/>
        </w:rPr>
        <w:t>[12]</w:t>
      </w:r>
    </w:p>
    <w:p>
      <w:r>
        <w:rPr>
          <w:rFonts w:ascii="Gentium Plus" w:hAnsi="Gentium Plus"/>
          <w:sz w:val="24"/>
        </w:rPr>
        <w:t>Ἐξ ἀπήνης. ἐκ τῆς ἁμάξης. ἐξαπίνης δὲ ἀντὶ τοῦ ἐξαίφνης, ι. Ἐξαπάτη. ὄνειρος.</w:t>
      </w:r>
    </w:p>
    <w:p>
      <w:r>
        <w:rPr>
          <w:rFonts w:ascii="Courier New" w:hAnsi="Courier New"/>
          <w:color w:val="555555"/>
          <w:sz w:val="20"/>
        </w:rPr>
        <w:t>[15]</w:t>
      </w:r>
    </w:p>
    <w:p>
      <w:r>
        <w:rPr>
          <w:rFonts w:ascii="Gentium Plus" w:hAnsi="Gentium Plus"/>
          <w:sz w:val="24"/>
        </w:rPr>
        <w:t>*Ἐξακεύμενον. τὸ θεραπεῦον καὶ ἰώμενον.* Ἐξ ἀγορᾶς εἶ. Ἀριστοφάνης ἀντὶ τοῦ ἀγο‐ ραῖος καὶ θρασύς. Ἐξάρσεις. ἐπάρσεις. ὁ δὲ θρασύτερον προεκθέων, ἐξάρσεις τε τῶν ποδῶν ποιούμενος, βέλει τρω‐</w:t>
      </w:r>
    </w:p>
    <w:p>
      <w:r>
        <w:rPr>
          <w:rFonts w:ascii="Courier New" w:hAnsi="Courier New"/>
          <w:color w:val="555555"/>
          <w:sz w:val="20"/>
        </w:rPr>
        <w:t>[20]</w:t>
      </w:r>
    </w:p>
    <w:p>
      <w:r>
        <w:rPr>
          <w:rFonts w:ascii="Gentium Plus" w:hAnsi="Gentium Plus"/>
          <w:sz w:val="24"/>
        </w:rPr>
        <w:t>θεὶς, ἀπέλιπε τὸν βίον. Ἐξατωρεία. ἐλευθερία ἀπὸ στρατείας. Ἐξαγόρευσις. ἡ ἐξομολόγησις. Ἐξ ἀνίκμου. ἀπὸ στείρας. Ἐξάρτυσις. ἡ παρασκευή. πυθόμενος γὰρ τὴν</w:t>
      </w:r>
    </w:p>
    <w:p>
      <w:r>
        <w:rPr>
          <w:rFonts w:ascii="Courier New" w:hAnsi="Courier New"/>
          <w:color w:val="555555"/>
          <w:sz w:val="20"/>
        </w:rPr>
        <w:t>[25]</w:t>
      </w:r>
    </w:p>
    <w:p>
      <w:r>
        <w:rPr>
          <w:rFonts w:ascii="Gentium Plus" w:hAnsi="Gentium Plus"/>
          <w:sz w:val="24"/>
        </w:rPr>
        <w:t>ἐξάρτυσιν τοῦ στόλου τῶν Ἰώνων.</w:t>
      </w:r>
    </w:p>
    <w:p>
      <w:r>
        <w:rPr>
          <w:rFonts w:ascii="Courier New" w:hAnsi="Courier New"/>
          <w:color w:val="555555"/>
          <w:sz w:val="20"/>
        </w:rPr>
        <w:t>[epsilon 759]</w:t>
      </w:r>
    </w:p>
    <w:p>
      <w:r>
        <w:rPr>
          <w:rFonts w:ascii="Gentium Plus" w:hAnsi="Gentium Plus"/>
          <w:sz w:val="24"/>
        </w:rPr>
        <w:t>Ἐξ αὐτῆς. παραυτίκα· εὐθέως. ἐξ αὐτῆς οἱ προ‐ ειρημένοι βιβλιαφόρον ἔπεμπον πρὸς τὸν Περ‐ σέα διασαφοῦντα τὸ γεγονός. Ἐξαιρέσεως δίκη. ὁπόταν τις ἄγοι μέν τινα</w:t>
      </w:r>
    </w:p>
    <w:p>
      <w:r>
        <w:rPr>
          <w:rFonts w:ascii="Courier New" w:hAnsi="Courier New"/>
          <w:color w:val="555555"/>
          <w:sz w:val="20"/>
        </w:rPr>
        <w:t>[5]</w:t>
      </w:r>
    </w:p>
    <w:p>
      <w:r>
        <w:rPr>
          <w:rFonts w:ascii="Gentium Plus" w:hAnsi="Gentium Plus"/>
          <w:sz w:val="24"/>
        </w:rPr>
        <w:t>ὡς δοῦλον, ἄλλος δέ τις αὐτὸν ὡς ἐλεύθερον ἐξαιροῖτο. Ἐξαιρετέα. ἀξία τοῦ καταστραφῆναι. [ἡ Καρ‐ χηδὼν πολλοῖς Ῥωμαίοις ἐξαιρετέα ἐδόκει εἶναι.]</w:t>
      </w:r>
    </w:p>
    <w:p>
      <w:r>
        <w:rPr>
          <w:rFonts w:ascii="Courier New" w:hAnsi="Courier New"/>
          <w:color w:val="555555"/>
          <w:sz w:val="20"/>
        </w:rPr>
        <w:t>[10]</w:t>
      </w:r>
    </w:p>
    <w:p>
      <w:r>
        <w:rPr>
          <w:rFonts w:ascii="Gentium Plus" w:hAnsi="Gentium Plus"/>
          <w:sz w:val="24"/>
        </w:rPr>
        <w:t>Ἐξ ἐφόδου. ἐξ ἐπιδρομῆς. Ἐξ εὐνῆφι. ἐκ τῆς κοίτης. Ἐξέτασις καὶ ἐξετασμός. ἡ κρίσις. Ἐξεγγύησις. τὸ ἐκτελέσαι τινὰ διὰ τῆς τῶν ἐγγυητῶν καταστάσεως. [οὕτως Δημοσθένης.]</w:t>
      </w:r>
    </w:p>
    <w:p>
      <w:r>
        <w:rPr>
          <w:rFonts w:ascii="Courier New" w:hAnsi="Courier New"/>
          <w:color w:val="555555"/>
          <w:sz w:val="20"/>
        </w:rPr>
        <w:t>[15]</w:t>
      </w:r>
    </w:p>
    <w:p>
      <w:r>
        <w:rPr>
          <w:rFonts w:ascii="Gentium Plus" w:hAnsi="Gentium Plus"/>
          <w:sz w:val="24"/>
        </w:rPr>
        <w:t>Ἔξεδρον. παρηλλαγμένην. ἔξεδρον χρόαν ἔχων. [καὶ Σοφοκλῆς· οὐκ ἔντοπος, ἀλλ’ ἔξεδρος ἀνήρ.] Ἐξ ἐπιπολῆς. οὐκ εἰς βάθος, ἀλλ’ εἰς ὄψιν. Ἐξεσία. ἡ πρεσβεία. ἐξαισία δὲ, ἡ δικαία, δί‐</w:t>
      </w:r>
    </w:p>
    <w:p>
      <w:r>
        <w:rPr>
          <w:rFonts w:ascii="Courier New" w:hAnsi="Courier New"/>
          <w:color w:val="555555"/>
          <w:sz w:val="20"/>
        </w:rPr>
        <w:t>[20]</w:t>
      </w:r>
    </w:p>
    <w:p>
      <w:r>
        <w:rPr>
          <w:rFonts w:ascii="Gentium Plus" w:hAnsi="Gentium Plus"/>
          <w:sz w:val="24"/>
        </w:rPr>
        <w:t>φθογγον. Ἐξ ἐφημερίας. ἐκ συνεχοῦς λειτουργίας. ἐφη‐ μερία δὲ κυρίως τὸ παρεβδομαρεύειν. Ἐξ εὐθείας. ἐκ τοῦ παραυτίκα. ἐπιστολὴ δὲ ἐξ εὐθείας πρὸς αὐτὸν ἐπιθεῖναι ἐνάρκησα.</w:t>
      </w:r>
    </w:p>
    <w:p>
      <w:r>
        <w:rPr>
          <w:rFonts w:ascii="Courier New" w:hAnsi="Courier New"/>
          <w:color w:val="555555"/>
          <w:sz w:val="20"/>
        </w:rPr>
        <w:t>[25]</w:t>
      </w:r>
    </w:p>
    <w:p>
      <w:r>
        <w:rPr>
          <w:rFonts w:ascii="Gentium Plus" w:hAnsi="Gentium Plus"/>
          <w:sz w:val="24"/>
        </w:rPr>
        <w:t>*Ἐξῃρημένος. ὑπερκείμενος.*</w:t>
      </w:r>
    </w:p>
    <w:p>
      <w:r>
        <w:rPr>
          <w:rFonts w:ascii="Courier New" w:hAnsi="Courier New"/>
          <w:color w:val="555555"/>
          <w:sz w:val="20"/>
        </w:rPr>
        <w:t>[epsilon 760]</w:t>
      </w:r>
    </w:p>
    <w:p>
      <w:r>
        <w:rPr>
          <w:rFonts w:ascii="Gentium Plus" w:hAnsi="Gentium Plus"/>
          <w:sz w:val="24"/>
        </w:rPr>
        <w:t>Ἐξηλιθιότης. ἐπίτασις μωρίας. Ἕξις. δυσμετακίνητος τρόπος ἤτοι διάθεσις βε‐ βαία καὶ ἔμμονος, καθ’ ἣν εὐλόγως ἢ κακῶς διακείμεθα. [ἢ ποιότης ἔμμονος. ἕξις ἐστὶ</w:t>
      </w:r>
    </w:p>
    <w:p>
      <w:r>
        <w:rPr>
          <w:rFonts w:ascii="Courier New" w:hAnsi="Courier New"/>
          <w:color w:val="555555"/>
          <w:sz w:val="20"/>
        </w:rPr>
        <w:t>[5]</w:t>
      </w:r>
    </w:p>
    <w:p>
      <w:r>
        <w:rPr>
          <w:rFonts w:ascii="Gentium Plus" w:hAnsi="Gentium Plus"/>
          <w:sz w:val="24"/>
        </w:rPr>
        <w:t>ποιότης ἐπίκτητος ἐκ μαθήσεως καὶ μελέτης καὶ ἔθους προσγινομένη.] [Ἕξις ἐστὶ ποιότης τὶς δυσκίνητος καὶ δυσμετά‐ βλητος· ἡ δὲ διάθεσις, ἡ ἀντιδιαστελλομένη τῇ ἕξει, εὐμετάβλητος καὶ εὐμετακίνητος.]</w:t>
      </w:r>
    </w:p>
    <w:p>
      <w:r>
        <w:rPr>
          <w:rFonts w:ascii="Courier New" w:hAnsi="Courier New"/>
          <w:color w:val="555555"/>
          <w:sz w:val="20"/>
        </w:rPr>
        <w:t>[10]</w:t>
      </w:r>
    </w:p>
    <w:p>
      <w:r>
        <w:rPr>
          <w:rFonts w:ascii="Gentium Plus" w:hAnsi="Gentium Plus"/>
          <w:sz w:val="24"/>
        </w:rPr>
        <w:t>[Ἕξις ἐστὶν ἡ κατὰ φύσιν ἑκάστου ἐνέργεια καὶ ὁλοκληρία, οἷον· ἐπὶ μὲν ψυχῆς σωφροσύνη, ἐπὶ δὲ σώματος τὸ ἐντελὲς τῶν μελῶν, καὶ ἀνά‐ λογον, καὶ ἡ ὑγεία. ἡ δὲ τούτων αὐτῶν ἀταξία καὶ διαμάρτησις. ἕξις τοίνυν λέγεται ἡ καθ’</w:t>
      </w:r>
    </w:p>
    <w:p>
      <w:r>
        <w:rPr>
          <w:rFonts w:ascii="Courier New" w:hAnsi="Courier New"/>
          <w:color w:val="555555"/>
          <w:sz w:val="20"/>
        </w:rPr>
        <w:t>[15]</w:t>
      </w:r>
    </w:p>
    <w:p>
      <w:r>
        <w:rPr>
          <w:rFonts w:ascii="Gentium Plus" w:hAnsi="Gentium Plus"/>
          <w:sz w:val="24"/>
        </w:rPr>
        <w:t>ἕνα μὲν τρόπον ἐνέργεια τοῦ ἐχομένου καὶ τοῦ ἔχοντος, ὡς τοῦ ἀόπλου καὶ τοῦ ὡπλισμένου, καὶ τοῦ ἐνδύματος καὶ τοῦ ἐνδυομένου.] [Ἕξις ἐστὶν ἡ ποιὰ πάσης φύσεως δύναμις, ἡ τῶν λοιπῶν αὐτὴν οὐσιῶν διακρίνουσα καὶ ἀφο‐</w:t>
      </w:r>
    </w:p>
    <w:p>
      <w:r>
        <w:rPr>
          <w:rFonts w:ascii="Courier New" w:hAnsi="Courier New"/>
          <w:color w:val="555555"/>
          <w:sz w:val="20"/>
        </w:rPr>
        <w:t>[20]</w:t>
      </w:r>
    </w:p>
    <w:p>
      <w:r>
        <w:rPr>
          <w:rFonts w:ascii="Gentium Plus" w:hAnsi="Gentium Plus"/>
          <w:sz w:val="24"/>
        </w:rPr>
        <w:t>ρίζουσα. καθὰ φησὶν ὁ θεῖος Διονύσιος, ὅτι φθορὰ ἐστὶν φύσεως ἀσθένεια καὶ ἔλλειψις τῶν φυσικῶν ἕξεών τε καὶ ἐνεργειῶν καὶ δυνά‐ μεων.] διαιρεῖται δὲ ἡ ἕξις εἰς ἀρετὴν καὶ κα‐ κίαν. ἕξεως δὲ εἴδη ἀρετὴ καὶ κακία.</w:t>
      </w:r>
    </w:p>
    <w:p>
      <w:r>
        <w:rPr>
          <w:rFonts w:ascii="Courier New" w:hAnsi="Courier New"/>
          <w:color w:val="555555"/>
          <w:sz w:val="20"/>
        </w:rPr>
        <w:t>[25]</w:t>
      </w:r>
    </w:p>
    <w:p>
      <w:r>
        <w:rPr>
          <w:rFonts w:ascii="Gentium Plus" w:hAnsi="Gentium Plus"/>
          <w:sz w:val="24"/>
        </w:rPr>
        <w:t>Ἐξιτηρίους εὐχάς. ἐφοδίους ἢ τελευταίας. πα‐ ρὰ τὸ ἵημι. ἐξιτηρία καὶ ἐξαγγελία κατὰ</w:t>
      </w:r>
    </w:p>
    <w:p>
      <w:r>
        <w:rPr>
          <w:rFonts w:ascii="Courier New" w:hAnsi="Courier New"/>
          <w:color w:val="555555"/>
          <w:sz w:val="20"/>
        </w:rPr>
        <w:t>[epsilon 761]</w:t>
      </w:r>
    </w:p>
    <w:p>
      <w:r>
        <w:rPr>
          <w:rFonts w:ascii="Gentium Plus" w:hAnsi="Gentium Plus"/>
          <w:sz w:val="24"/>
        </w:rPr>
        <w:t>Ἐξοδία. ἡ ἔξοδος. τὸ μὲν πρῶτον ὡς ἐπ’ ἐξο‐ δίαν ὁρμήσαντες ἐκ τῆς πόλεως παρὰ τὴν ὁδὸν ἔμειναν. πάνδημον ἐξοδίαν ποιησάμενοι καθῆ‐ καν ἐνέδρας.</w:t>
      </w:r>
    </w:p>
    <w:p>
      <w:r>
        <w:rPr>
          <w:rFonts w:ascii="Courier New" w:hAnsi="Courier New"/>
          <w:color w:val="555555"/>
          <w:sz w:val="20"/>
        </w:rPr>
        <w:t>[5]</w:t>
      </w:r>
    </w:p>
    <w:p>
      <w:r>
        <w:rPr>
          <w:rFonts w:ascii="Gentium Plus" w:hAnsi="Gentium Plus"/>
          <w:sz w:val="24"/>
        </w:rPr>
        <w:t>Ἐξόδων. ἀνατολῶν. Δαβίδ· οὔτε ἐξ ἐξόδων, οὔτε ἀπὸ δυσμῶν. Ἔξοδοι. αἱ γεννήσεις. ὡς τό· αἱ ἔξοδοι αὐτοῦ ἀπ’ ἀρχῆς ἐξ ἡμερῶν αἰῶνος. ἤγουν τοῦ Χρι‐ στοῦ. ἡ μὲν γὰρ ἄνω ἀπ’ ἀρχῆς καὶ ἀεὶ ἦν·</w:t>
      </w:r>
    </w:p>
    <w:p>
      <w:r>
        <w:rPr>
          <w:rFonts w:ascii="Courier New" w:hAnsi="Courier New"/>
          <w:color w:val="555555"/>
          <w:sz w:val="20"/>
        </w:rPr>
        <w:t>[10]</w:t>
      </w:r>
    </w:p>
    <w:p>
      <w:r>
        <w:rPr>
          <w:rFonts w:ascii="Gentium Plus" w:hAnsi="Gentium Plus"/>
          <w:sz w:val="24"/>
        </w:rPr>
        <w:t>ἡ δὲ κάτω ἐξ ἡμερῶν ἤρξατο καὶ ὑπὸ χρόνον ἐστίν. Ἐξορευγμία. ἡ ὀρυγή. ὀξυρευγμία δὲ, ὅταν ἡ τροφὴ ἐποξίσῃ. Ἐξομολόγησις. ἡ τῶν εὖ πεπονθότων μετ’ εὐ‐</w:t>
      </w:r>
    </w:p>
    <w:p>
      <w:r>
        <w:rPr>
          <w:rFonts w:ascii="Courier New" w:hAnsi="Courier New"/>
          <w:color w:val="555555"/>
          <w:sz w:val="20"/>
        </w:rPr>
        <w:t>[15]</w:t>
      </w:r>
    </w:p>
    <w:p>
      <w:r>
        <w:rPr>
          <w:rFonts w:ascii="Gentium Plus" w:hAnsi="Gentium Plus"/>
          <w:sz w:val="24"/>
        </w:rPr>
        <w:t>χαριστίας τῶν θείων εὐεργεσιῶν ἀπαρίθμησις, καὶ ἡ τῶν κακῶς πεπραγμένων παρὰ τῶν ὑπαι‐ τίων ἐξαγόρευσις. ἀμφότερα γὰρ ταπεινώσεως ὑπάρχει ποιητικά. Ἐξουρίας. τὸ πλέειν ἐπιτηδείως.</w:t>
      </w:r>
    </w:p>
    <w:p>
      <w:r>
        <w:rPr>
          <w:rFonts w:ascii="Courier New" w:hAnsi="Courier New"/>
          <w:color w:val="555555"/>
          <w:sz w:val="20"/>
        </w:rPr>
        <w:t>[20]</w:t>
      </w:r>
    </w:p>
    <w:p>
      <w:r>
        <w:rPr>
          <w:rFonts w:ascii="Gentium Plus" w:hAnsi="Gentium Plus"/>
          <w:sz w:val="24"/>
        </w:rPr>
        <w:t>Ἐξουδένωσις. ἡ ἐν τῷ ἀγαθῷ ἀνυπαρξία καὶ</w:t>
      </w:r>
    </w:p>
    <w:p>
      <w:r>
        <w:rPr>
          <w:rFonts w:ascii="Courier New" w:hAnsi="Courier New"/>
          <w:color w:val="555555"/>
          <w:sz w:val="20"/>
        </w:rPr>
        <w:t>[epsilon 762]</w:t>
      </w:r>
    </w:p>
    <w:p>
      <w:r>
        <w:rPr>
          <w:rFonts w:ascii="Gentium Plus" w:hAnsi="Gentium Plus"/>
          <w:sz w:val="24"/>
        </w:rPr>
        <w:t>Ἐξουσίαι. δυνάμεις ἐξουσιαστικαὶ κατὰ χάριν θεοῦ. Ἐξούλης. ὄνομα δίκης. καὶ ἐξούλης δίκη. οἱ δί‐ κην νικήσαντες, ὥστε ἀπολαβεῖν χωρίον ἢ οἰκίαν,</w:t>
      </w:r>
    </w:p>
    <w:p>
      <w:r>
        <w:rPr>
          <w:rFonts w:ascii="Courier New" w:hAnsi="Courier New"/>
          <w:color w:val="555555"/>
          <w:sz w:val="20"/>
        </w:rPr>
        <w:t>[5]</w:t>
      </w:r>
    </w:p>
    <w:p>
      <w:r>
        <w:rPr>
          <w:rFonts w:ascii="Gentium Plus" w:hAnsi="Gentium Plus"/>
          <w:sz w:val="24"/>
        </w:rPr>
        <w:t>ἔπειτα ἐμβατεύειν κωλυόμενοι, [μὴ ἐμβατεύ‐ σαντες, ἐξελαυνόμενοι] δίκην ἐξάγουσι πρὸς τοὺς ἐξελαύνοντας, ἢ οὐκ ἐῶντας ἐμβατεύειν. καὶ αὐτὴ ἡ δίκη ἐξούλης καλεῖται. εἴρηται δὲ ἀπὸ τοῦ ἐξέλειν. οἱ παλαιοὶ γὰρ τὸ κωλύειν</w:t>
      </w:r>
    </w:p>
    <w:p>
      <w:r>
        <w:rPr>
          <w:rFonts w:ascii="Courier New" w:hAnsi="Courier New"/>
          <w:color w:val="555555"/>
          <w:sz w:val="20"/>
        </w:rPr>
        <w:t>[10]</w:t>
      </w:r>
    </w:p>
    <w:p>
      <w:r>
        <w:rPr>
          <w:rFonts w:ascii="Gentium Plus" w:hAnsi="Gentium Plus"/>
          <w:sz w:val="24"/>
        </w:rPr>
        <w:t>καὶ ἀπελαύνειν ἐξέλειν ἔλεγον. Ἐξυπαρχῆς. ἀπ’ ἀρχῆς. Ἐξ ὑπερδεξίων. ἐξ ὑψηλῶν. ἕτεροι τὰς ὑπερ‐ δεξίους τῶν πεδίων σκοπιάς—. Ἐξωμίς. χιτὼν εὐτελὴς καὶ οὐκ ἐλεύθερος, οὐκ</w:t>
      </w:r>
    </w:p>
    <w:p>
      <w:r>
        <w:rPr>
          <w:rFonts w:ascii="Courier New" w:hAnsi="Courier New"/>
          <w:color w:val="555555"/>
          <w:sz w:val="20"/>
        </w:rPr>
        <w:t>[15]</w:t>
      </w:r>
    </w:p>
    <w:p>
      <w:r>
        <w:rPr>
          <w:rFonts w:ascii="Gentium Plus" w:hAnsi="Gentium Plus"/>
          <w:sz w:val="24"/>
        </w:rPr>
        <w:t>ἐπισκεπάζων τοὺς βραχίονας. Ἐξωμοσία. τὸ εἰς τὴν κεφαλὴν καὶ σωτηρίαν τοῦ βασιλέως καὶ τὴν οἰκείαν σωτηρίαν ὀμόσαι. ἢ ἐξωμοσία ἐστὶν ἔνορκος παραίτησις δι’ εὔλο‐ γον αἰτίαν. [ὅτάν τις φάσκῃ ὑπὲρ ἑαυτοῦ ἢ</w:t>
      </w:r>
    </w:p>
    <w:p>
      <w:r>
        <w:rPr>
          <w:rFonts w:ascii="Courier New" w:hAnsi="Courier New"/>
          <w:color w:val="555555"/>
          <w:sz w:val="20"/>
        </w:rPr>
        <w:t>[20]</w:t>
      </w:r>
    </w:p>
    <w:p>
      <w:r>
        <w:rPr>
          <w:rFonts w:ascii="Gentium Plus" w:hAnsi="Gentium Plus"/>
          <w:sz w:val="24"/>
        </w:rPr>
        <w:t>ὑπὲρ ἑτέρου ἐγκαλούμενος μὴ δεῖν εἰσάγεσθαι</w:t>
      </w:r>
    </w:p>
    <w:p>
      <w:r>
        <w:rPr>
          <w:rFonts w:ascii="Courier New" w:hAnsi="Courier New"/>
          <w:color w:val="555555"/>
          <w:sz w:val="20"/>
        </w:rPr>
        <w:t>[epsilon 763]</w:t>
      </w:r>
    </w:p>
    <w:p>
      <w:r>
        <w:rPr>
          <w:rFonts w:ascii="Gentium Plus" w:hAnsi="Gentium Plus"/>
          <w:sz w:val="24"/>
        </w:rPr>
        <w:t>μος ἡ δίκη, εἰ δοκεῖ κατὰ λόγον ἀξιοῦν, ἐδί‐ δοτο αὐτῷ ἐξωμοσία χρῆσθαι, καὶ οὕτως διε‐ γράφετο ἡ δίκη.] Ἐξώλεια. πανωλεθρία, παντελὴς ἀπώλεια. καὶ</w:t>
      </w:r>
    </w:p>
    <w:p>
      <w:r>
        <w:rPr>
          <w:rFonts w:ascii="Courier New" w:hAnsi="Courier New"/>
          <w:color w:val="555555"/>
          <w:sz w:val="20"/>
        </w:rPr>
        <w:t>[5]</w:t>
      </w:r>
    </w:p>
    <w:p>
      <w:r>
        <w:rPr>
          <w:rFonts w:ascii="Gentium Plus" w:hAnsi="Gentium Plus"/>
          <w:sz w:val="24"/>
        </w:rPr>
        <w:t>ἐξώλειαν [αὐτῷ] προσεπαρασάμενος. Ἐξίτηλος. ἀμαυρῶν, ἐγγὺς ἀφανισμοῦ. [ἀπὸ μεταφορᾶς τῆς πορφύρας, ἥτις μὴ ἔχουσα τὸ δευσοποιὸν βάμμα τῷ χρόνῳ ἐξίησι τὸ τεθη‐ λός.]</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Ἐξακεραίου. ἀντὶ τοῦ εὐχερῶς καὶ εὐμαρῶς. οὐ δυνάμενος ἐξακεραίου διὰ τὴν εὐλάβειαν καὶ ἀπραγίαν τοῦ βασιλέως—. Ἔξαλμα. ὅρμημα, πήδημα.</w:t>
      </w:r>
    </w:p>
    <w:p>
      <w:r>
        <w:rPr>
          <w:rFonts w:ascii="Courier New" w:hAnsi="Courier New"/>
          <w:color w:val="555555"/>
          <w:sz w:val="20"/>
        </w:rPr>
        <w:t>[15]</w:t>
      </w:r>
    </w:p>
    <w:p>
      <w:r>
        <w:rPr>
          <w:rFonts w:ascii="Gentium Plus" w:hAnsi="Gentium Plus"/>
          <w:sz w:val="24"/>
        </w:rPr>
        <w:t>*Ἔξαλλον. ἐνηλλαγμένον. τὸ τοῦ προσώπου ἔξαλλον.* Ἐξάλειπτρον. ἡ τοῦ μύρου λήκυθος, τὸ ἀλά‐ βαστρον, ἐξ ἧς ἀλείφονται οἱ δειπνοῦντες. Ἐξαιρετέα. ἄξια τοῦ καταστραφῆναι.</w:t>
      </w:r>
    </w:p>
    <w:p>
      <w:r>
        <w:rPr>
          <w:rFonts w:ascii="Courier New" w:hAnsi="Courier New"/>
          <w:color w:val="555555"/>
          <w:sz w:val="20"/>
        </w:rPr>
        <w:t>[20]</w:t>
      </w:r>
    </w:p>
    <w:p>
      <w:r>
        <w:rPr>
          <w:rFonts w:ascii="Gentium Plus" w:hAnsi="Gentium Plus"/>
          <w:sz w:val="24"/>
        </w:rPr>
        <w:t>Ἐξαίρετον. τὸ ἐπίλεκτον.</w:t>
      </w:r>
    </w:p>
    <w:p>
      <w:r>
        <w:rPr>
          <w:rFonts w:ascii="Courier New" w:hAnsi="Courier New"/>
          <w:color w:val="555555"/>
          <w:sz w:val="20"/>
        </w:rPr>
        <w:t>[epsilon 764]</w:t>
      </w:r>
    </w:p>
    <w:p>
      <w:r>
        <w:rPr>
          <w:rFonts w:ascii="Gentium Plus" w:hAnsi="Gentium Plus"/>
          <w:sz w:val="24"/>
        </w:rPr>
        <w:t>Ἐξαιρετόν. τὸ ἐκβαλλόμενον. Ἔξαιτον. τὸ ἐξαίρετον. Ἐξαίσια. τὰ παντὸς ἐπέκεινα θαύματος. Ἐξαίσιον. ὅτε δηλοῖ τὸ ἄδικον, γέγονε παρὰ</w:t>
      </w:r>
    </w:p>
    <w:p>
      <w:r>
        <w:rPr>
          <w:rFonts w:ascii="Courier New" w:hAnsi="Courier New"/>
          <w:color w:val="555555"/>
          <w:sz w:val="20"/>
        </w:rPr>
        <w:t>[5]</w:t>
      </w:r>
    </w:p>
    <w:p>
      <w:r>
        <w:rPr>
          <w:rFonts w:ascii="Gentium Plus" w:hAnsi="Gentium Plus"/>
          <w:sz w:val="24"/>
        </w:rPr>
        <w:t>τὴν αἴσην, ἥτις δηλοῖ τὸ πρέπον, οἱονεὶ ἔξω τοῦ πρέποντος· ὅτε δὲ τὸ μέγα, ἀντὶ τοῦ ὑπὲρ τὸ καθῆκον. [ὥσπερ τὸ, ἐκνομίους μὲν ᾐσχύνε‐ το. Ἀριστοφάνης ἐν Πλούτῳ· καὶ γὰρ ἐκνομίως με ᾔσχυνας.</w:t>
      </w:r>
    </w:p>
    <w:p>
      <w:r>
        <w:rPr>
          <w:rFonts w:ascii="Courier New" w:hAnsi="Courier New"/>
          <w:color w:val="555555"/>
          <w:sz w:val="20"/>
        </w:rPr>
        <w:t>[10]</w:t>
      </w:r>
    </w:p>
    <w:p>
      <w:r>
        <w:rPr>
          <w:rFonts w:ascii="Gentium Plus" w:hAnsi="Gentium Plus"/>
          <w:sz w:val="24"/>
        </w:rPr>
        <w:t>ἀντὶ τοῦ μεγάλως.] Ἐξ ἐπιμέτρου. ἐκ διαμέτρου. ἡ τῶν Ἐσσαίων αἵρεσις, οἳ εἰσὶν Ἰουδαῖοι, τῶν Φαρισαίων καὶ γραμματέων τὴν δικαιοσύνην ἐξ ἐπιμέτρου δια‐ νέστηκεν.</w:t>
      </w:r>
    </w:p>
    <w:p>
      <w:r>
        <w:rPr>
          <w:rFonts w:ascii="Courier New" w:hAnsi="Courier New"/>
          <w:color w:val="555555"/>
          <w:sz w:val="20"/>
        </w:rPr>
        <w:t>[15]</w:t>
      </w:r>
    </w:p>
    <w:p>
      <w:r>
        <w:rPr>
          <w:rFonts w:ascii="Gentium Plus" w:hAnsi="Gentium Plus"/>
          <w:sz w:val="24"/>
        </w:rPr>
        <w:t>Ἐξέρκετον. κατὰ Ῥωμαίους τὸ στρατόπεδον. Ἐξ ἠθέων. ἐκ τῶν συνήθων τόπων. Ἐξήλασμα. δίωξις. ἐξίλασμα δὲ ἀντὶ τοῦ λύ‐ τρον ἢ τὸ προσφερόμενον τῷ θεῷ δῶρον ὑπὲρ</w:t>
      </w:r>
    </w:p>
    <w:p>
      <w:r>
        <w:rPr>
          <w:rFonts w:ascii="Courier New" w:hAnsi="Courier New"/>
          <w:color w:val="555555"/>
          <w:sz w:val="20"/>
        </w:rPr>
        <w:t>[epsilon 765]</w:t>
      </w:r>
    </w:p>
    <w:p>
      <w:r>
        <w:rPr>
          <w:rFonts w:ascii="Gentium Plus" w:hAnsi="Gentium Plus"/>
          <w:sz w:val="24"/>
        </w:rPr>
        <w:t>Ἐξίτηλον. ἀσθενὲς, ἐγγὺς ἀφανισμοῦ. Ἐξομολόγου. προφανοῦς. διὰ τὰς ἐξομολόγου καὶ συστάδην μάχας πολλοὶ ἔπιπτον ἐξ ἀμφο‐ τέρων.</w:t>
      </w:r>
    </w:p>
    <w:p>
      <w:r>
        <w:rPr>
          <w:rFonts w:ascii="Courier New" w:hAnsi="Courier New"/>
          <w:color w:val="555555"/>
          <w:sz w:val="20"/>
        </w:rPr>
        <w:t>[5]</w:t>
      </w:r>
    </w:p>
    <w:p>
      <w:r>
        <w:rPr>
          <w:rFonts w:ascii="Gentium Plus" w:hAnsi="Gentium Plus"/>
          <w:sz w:val="24"/>
        </w:rPr>
        <w:t>Ἑξείδιον. εἰ μὲν ἀπὸ τῆς ἕξεως, δίφθογγον· εἰ δὲ ἀπὸ τοῦ ἕξιος, ι. Ἐξ ὑπογυίου. παρ’ αὐτά· ἀπερισκέπτως· ἐκ τοῦ σύνεγγυς. τὸ δὲ ἐξ ὑπογυίου, πατρόθεν ἀπὸ τοῦ Ἐκδικίου ῥήτορος.</w:t>
      </w:r>
    </w:p>
    <w:p>
      <w:r>
        <w:rPr>
          <w:rFonts w:ascii="Courier New" w:hAnsi="Courier New"/>
          <w:color w:val="555555"/>
          <w:sz w:val="20"/>
        </w:rPr>
        <w:t>[10]</w:t>
      </w:r>
    </w:p>
    <w:p>
      <w:r>
        <w:rPr>
          <w:rFonts w:ascii="Gentium Plus" w:hAnsi="Gentium Plus"/>
          <w:sz w:val="24"/>
        </w:rPr>
        <w:t>Ἐξωλέστερον. ἐξολεθρευτικώτερον.</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Ἐξάπτεσθαι. ἀντιλαμβάνεσθαι, ἐξαρτᾶσθαι. Ἐξάραντες. ἔξω ποιήσαντες. Ἐξαῤῥάξειν. συντρίψειν, καταλαβεῖν. καὶ ἀπει‐</w:t>
      </w:r>
    </w:p>
    <w:p>
      <w:r>
        <w:rPr>
          <w:rFonts w:ascii="Courier New" w:hAnsi="Courier New"/>
          <w:color w:val="555555"/>
          <w:sz w:val="20"/>
        </w:rPr>
        <w:t>[15]</w:t>
      </w:r>
    </w:p>
    <w:p>
      <w:r>
        <w:rPr>
          <w:rFonts w:ascii="Gentium Plus" w:hAnsi="Gentium Plus"/>
          <w:sz w:val="24"/>
        </w:rPr>
        <w:t>λοῦντας θύρας ἐξαῤῥάξειν.</w:t>
      </w:r>
    </w:p>
    <w:p>
      <w:r>
        <w:rPr>
          <w:rFonts w:ascii="Courier New" w:hAnsi="Courier New"/>
          <w:color w:val="555555"/>
          <w:sz w:val="20"/>
        </w:rPr>
        <w:t>[epsilon 766]</w:t>
      </w:r>
    </w:p>
    <w:p>
      <w:r>
        <w:rPr>
          <w:rFonts w:ascii="Gentium Plus" w:hAnsi="Gentium Plus"/>
          <w:sz w:val="24"/>
        </w:rPr>
        <w:t>Ἐξαρτήσας. ἐφευρίσας ἢ κρεμάσας. Ἐξατμίσθη. ἐλεπτύνθη. Ἐξαύδα. ἔξειπε, λέγε, φώνει. Ὅμηρος· ἐξαύδα, μηκέτι κεῦθε—.</w:t>
      </w:r>
    </w:p>
    <w:p>
      <w:r>
        <w:rPr>
          <w:rFonts w:ascii="Courier New" w:hAnsi="Courier New"/>
          <w:color w:val="555555"/>
          <w:sz w:val="20"/>
        </w:rPr>
        <w:t>[5]</w:t>
      </w:r>
    </w:p>
    <w:p>
      <w:r>
        <w:rPr>
          <w:rFonts w:ascii="Gentium Plus" w:hAnsi="Gentium Plus"/>
          <w:sz w:val="24"/>
        </w:rPr>
        <w:t>Ἐξαυδᾷ. ὁμολογεῖ. ἐκφωνεῖ. Ἐξαψάμενος. κατασχὼν, περιπλακείς. Ἐξανθίζω. τὸ βάπτω. ποικίλας ἐξηνθίκατε τὰς βαφάς. Ἐξανθῶ. ἀναβλαστάνω. ἐξήνθησεν ἡ ἔρημος.</w:t>
      </w:r>
    </w:p>
    <w:p>
      <w:r>
        <w:rPr>
          <w:rFonts w:ascii="Courier New" w:hAnsi="Courier New"/>
          <w:color w:val="555555"/>
          <w:sz w:val="20"/>
        </w:rPr>
        <w:t>[10]</w:t>
      </w:r>
    </w:p>
    <w:p>
      <w:r>
        <w:rPr>
          <w:rFonts w:ascii="Gentium Plus" w:hAnsi="Gentium Plus"/>
          <w:sz w:val="24"/>
        </w:rPr>
        <w:t>Ἐξαργυρῶσαι. οὐκ ἐξαργυρίσαι. Ἐξαρτίζει. πληροῖ, τελειοῖ, παρασκευάζει. Ἐξάρξαντες. προκατάρξαντες. Ἐξαπορηθῆναι. ἐν ἀπορίᾳ γενέσθαι. Ἐξαράσασθαι. τὸ ἐκτελέσαι τὰς ἀρὰς καὶ τὰς</w:t>
      </w:r>
    </w:p>
    <w:p>
      <w:r>
        <w:rPr>
          <w:rFonts w:ascii="Courier New" w:hAnsi="Courier New"/>
          <w:color w:val="555555"/>
          <w:sz w:val="20"/>
        </w:rPr>
        <w:t>[15]</w:t>
      </w:r>
    </w:p>
    <w:p>
      <w:r>
        <w:rPr>
          <w:rFonts w:ascii="Gentium Plus" w:hAnsi="Gentium Plus"/>
          <w:sz w:val="24"/>
        </w:rPr>
        <w:t>εὐχὰς, ἃς ἐπὶ ταῖς ἱδρύσεσι τῶν ναῶν εἴωθε ποιεῖσθαι.</w:t>
      </w:r>
    </w:p>
    <w:p>
      <w:r>
        <w:rPr>
          <w:rFonts w:ascii="Courier New" w:hAnsi="Courier New"/>
          <w:color w:val="555555"/>
          <w:sz w:val="20"/>
        </w:rPr>
        <w:t>[epsilon 767]</w:t>
      </w:r>
    </w:p>
    <w:p>
      <w:r>
        <w:rPr>
          <w:rFonts w:ascii="Gentium Plus" w:hAnsi="Gentium Plus"/>
          <w:sz w:val="24"/>
        </w:rPr>
        <w:t>Ἐξανεμοῦσθαι. ἐπαίρεσθαι. Ἐξανύω. κατεργάζομαι, ἀποπληρῶ. Ἐξαλλομένους. ἀνασκιρτῶντας. Ἐξαμβλίσκειν. ἐκτιτρώσκειν. καὶ τὴν τῶν τε‐</w:t>
      </w:r>
    </w:p>
    <w:p>
      <w:r>
        <w:rPr>
          <w:rFonts w:ascii="Courier New" w:hAnsi="Courier New"/>
          <w:color w:val="555555"/>
          <w:sz w:val="20"/>
        </w:rPr>
        <w:t>[5]</w:t>
      </w:r>
    </w:p>
    <w:p>
      <w:r>
        <w:rPr>
          <w:rFonts w:ascii="Gentium Plus" w:hAnsi="Gentium Plus"/>
          <w:sz w:val="24"/>
        </w:rPr>
        <w:t>τραπόδων ἀγέλην ἐξαμβλίσκειν ἔφασαν. Ἐξαμυστίσαι. τουτέστιν ἀμυστὶ καὶ ἀπνευστὶ καὶ ἄνευ τοῦ ἀναπαύεσθαι πίνειν. Ἐξαμήσω. τουτέστι τὰ ἔντερα καὶ τὸν πνεύ‐ μονα ἐξανύσω καὶ ἐξοίσω.</w:t>
      </w:r>
    </w:p>
    <w:p>
      <w:r>
        <w:rPr>
          <w:rFonts w:ascii="Courier New" w:hAnsi="Courier New"/>
          <w:color w:val="555555"/>
          <w:sz w:val="20"/>
        </w:rPr>
        <w:t>[10]</w:t>
      </w:r>
    </w:p>
    <w:p>
      <w:r>
        <w:rPr>
          <w:rFonts w:ascii="Gentium Plus" w:hAnsi="Gentium Plus"/>
          <w:sz w:val="24"/>
        </w:rPr>
        <w:t>Ἐξαναστάς. μετοικήσας. ὁ δὲ Θεσπιάδης ἐξα‐ ναστὰς ἐξ Ἀθηνῶν Θεσπίαν ἐν Βοιωτίᾳ ἔκτι‐ σεν. Ἐξαγκωνιῶ. τοὺς ἀγκῶνας ὑπὸ ταῖς πλευραῖς ποιήσω.</w:t>
      </w:r>
    </w:p>
    <w:p>
      <w:r>
        <w:rPr>
          <w:rFonts w:ascii="Courier New" w:hAnsi="Courier New"/>
          <w:color w:val="555555"/>
          <w:sz w:val="20"/>
        </w:rPr>
        <w:t>[15]</w:t>
      </w:r>
    </w:p>
    <w:p>
      <w:r>
        <w:rPr>
          <w:rFonts w:ascii="Gentium Plus" w:hAnsi="Gentium Plus"/>
          <w:sz w:val="24"/>
        </w:rPr>
        <w:t>Ἐξακριβωθέντες. ἐρευνηθέντες. Ἐξαλλάξαι. ἀντὶ τοῦ τέρψαι. Μένανδρος· —ἄνθρωπον ἐξαλλάξομεν</w:t>
      </w:r>
    </w:p>
    <w:p>
      <w:r>
        <w:rPr>
          <w:rFonts w:ascii="Courier New" w:hAnsi="Courier New"/>
          <w:color w:val="555555"/>
          <w:sz w:val="20"/>
        </w:rPr>
        <w:t>[epsilon 768]</w:t>
      </w:r>
    </w:p>
    <w:p>
      <w:r>
        <w:rPr>
          <w:rFonts w:ascii="Gentium Plus" w:hAnsi="Gentium Plus"/>
          <w:sz w:val="24"/>
        </w:rPr>
        <w:t>Ἐξαληλιμμένος. [ἠλειμμένος.] Ἐξαλίσας. ἐκκυλισθῆναι ποιήσας εἰς τὴν κό‐ νιν. ἀλινδήθρα δὲ ὁ τόπος, ἐν ᾧ τιθέντες ἑαυ‐ τοὺς οἱ ἵπποι τοῦτο ποιοῦσιν. Ἀριστοφάνης·</w:t>
      </w:r>
    </w:p>
    <w:p>
      <w:r>
        <w:rPr>
          <w:rFonts w:ascii="Courier New" w:hAnsi="Courier New"/>
          <w:color w:val="555555"/>
          <w:sz w:val="20"/>
        </w:rPr>
        <w:t>[5]</w:t>
      </w:r>
    </w:p>
    <w:p>
      <w:r>
        <w:rPr>
          <w:rFonts w:ascii="Gentium Plus" w:hAnsi="Gentium Plus"/>
          <w:sz w:val="24"/>
        </w:rPr>
        <w:t>πολλὰς ἀλινδήθρας τὲ καὶ ἐκκυλίσματα. Ἐξακευμένων. θεραπευόντων, ἐξιωμένων. Ἐξαπενίζοντο. ἀπεκαθαίροντο. Ἐξαιθριασθέντες. λαμπρυνθέντες. Ἐξαίρει. ὑψοῖ.</w:t>
      </w:r>
    </w:p>
    <w:p>
      <w:r>
        <w:rPr>
          <w:rFonts w:ascii="Courier New" w:hAnsi="Courier New"/>
          <w:color w:val="555555"/>
          <w:sz w:val="20"/>
        </w:rPr>
        <w:t>[10]</w:t>
      </w:r>
    </w:p>
    <w:p>
      <w:r>
        <w:rPr>
          <w:rFonts w:ascii="Gentium Plus" w:hAnsi="Gentium Plus"/>
          <w:sz w:val="24"/>
        </w:rPr>
        <w:t>Ἐξαιρεῖται. ἀφαιρεῖται. λαμβάνεται. καὶ ἀντὶ τοῦ ῥύσεται καὶ ἐλευθερώσει. ἐξαιρήσωμεν ὁμοίως. Ἐξαίροντες. ἀνατρέποντες. πρὸς ταῦτα τί λέ‐ γουσιν οἱ τὴν πρόνοιαν ἐξαίροντες. ἔνιοι δὲ καὶ</w:t>
      </w:r>
    </w:p>
    <w:p>
      <w:r>
        <w:rPr>
          <w:rFonts w:ascii="Courier New" w:hAnsi="Courier New"/>
          <w:color w:val="555555"/>
          <w:sz w:val="20"/>
        </w:rPr>
        <w:t>[15]</w:t>
      </w:r>
    </w:p>
    <w:p>
      <w:r>
        <w:rPr>
          <w:rFonts w:ascii="Gentium Plus" w:hAnsi="Gentium Plus"/>
          <w:sz w:val="24"/>
        </w:rPr>
        <w:t>ἀντὶ τοῦ ὑμνοῦντες. Ἐξαιρούμενος. ἀποκομιζόμενος ἢ ῥυόμενος. Ἐξαιροῦσιν. ἐκβαλοῦσιν.</w:t>
      </w:r>
    </w:p>
    <w:p>
      <w:r>
        <w:rPr>
          <w:rFonts w:ascii="Courier New" w:hAnsi="Courier New"/>
          <w:color w:val="555555"/>
          <w:sz w:val="20"/>
        </w:rPr>
        <w:t>[epsilon 769]</w:t>
      </w:r>
    </w:p>
    <w:p>
      <w:r>
        <w:rPr>
          <w:rFonts w:ascii="Gentium Plus" w:hAnsi="Gentium Plus"/>
          <w:sz w:val="24"/>
        </w:rPr>
        <w:t>Ἐξεβοήθη. ἐλαλήθη. ἐξεβοήθει δὲ τὸ ἐβοή‐ θησε, δίφθογγον. Ἐξεγρόμενος. ἐξεγερθείς. Ἐξεθεάτρισαν. ἐστηλίτευσαν, ἐξεπόμπευσαν.</w:t>
      </w:r>
    </w:p>
    <w:p>
      <w:r>
        <w:rPr>
          <w:rFonts w:ascii="Courier New" w:hAnsi="Courier New"/>
          <w:color w:val="555555"/>
          <w:sz w:val="20"/>
        </w:rPr>
        <w:t>[5]</w:t>
      </w:r>
    </w:p>
    <w:p>
      <w:r>
        <w:rPr>
          <w:rFonts w:ascii="Gentium Plus" w:hAnsi="Gentium Plus"/>
          <w:sz w:val="24"/>
        </w:rPr>
        <w:t>οὐ μόνον ἑαυτοὺς ἐξεθεάτρισαν, ἀλλὰ καὶ τὴν Ἑλλάδα πᾶσαν κατέστρεψαν. [Ἐξέθει. ἐξέτρεχεν. Ἐξεκάκησα. ἀπηγόρευσα. Ἐξεκαρυκεύθη. ὠψοποιήθη. συνεκόπη.</w:t>
      </w:r>
    </w:p>
    <w:p>
      <w:r>
        <w:rPr>
          <w:rFonts w:ascii="Courier New" w:hAnsi="Courier New"/>
          <w:color w:val="555555"/>
          <w:sz w:val="20"/>
        </w:rPr>
        <w:t>[10]</w:t>
      </w:r>
    </w:p>
    <w:p>
      <w:r>
        <w:rPr>
          <w:rFonts w:ascii="Gentium Plus" w:hAnsi="Gentium Plus"/>
          <w:sz w:val="24"/>
        </w:rPr>
        <w:t>Ἐξεκεκλήκει. ἐκ τοῦ δείπνου ἀνίστη. νυκτὸς δὲ γενομένης τοὺς οἰκέτας ἐξεκεκλήκει τοὺς Ναν‐ νάρου. Ἐξεκεκλήκετο. ταχὺ προεκαλεῖτο. ταχὺ δὲ ἐξεκεκλήκετο αὐτοὺς πρὸς τὴν πρᾶξιν.</w:t>
      </w:r>
    </w:p>
    <w:p>
      <w:r>
        <w:rPr>
          <w:rFonts w:ascii="Courier New" w:hAnsi="Courier New"/>
          <w:color w:val="555555"/>
          <w:sz w:val="20"/>
        </w:rPr>
        <w:t>[15]</w:t>
      </w:r>
    </w:p>
    <w:p>
      <w:r>
        <w:rPr>
          <w:rFonts w:ascii="Gentium Plus" w:hAnsi="Gentium Plus"/>
          <w:sz w:val="24"/>
        </w:rPr>
        <w:t>Ἐξεκίνησεν. ἐξεδίωξε. Σοφοκλῆς·</w:t>
      </w:r>
    </w:p>
    <w:p>
      <w:r>
        <w:rPr>
          <w:rFonts w:ascii="Courier New" w:hAnsi="Courier New"/>
          <w:color w:val="555555"/>
          <w:sz w:val="20"/>
        </w:rPr>
        <w:t>[epsilon 770]</w:t>
      </w:r>
    </w:p>
    <w:p>
      <w:r>
        <w:rPr>
          <w:rFonts w:ascii="Gentium Plus" w:hAnsi="Gentium Plus"/>
          <w:sz w:val="24"/>
        </w:rPr>
        <w:t>παίζων κατ’ ἄλσος, ἐξεκίνησε ποδοῖν στικτὸν κεράστην ἔλαφον—. Ἐξεκκλησίασε. συνήθροισεν. Ἐξέκνισεν. Ἡρόδοτος· δελτίον δίπτυχον λαβὼν,</w:t>
      </w:r>
    </w:p>
    <w:p>
      <w:r>
        <w:rPr>
          <w:rFonts w:ascii="Courier New" w:hAnsi="Courier New"/>
          <w:color w:val="555555"/>
          <w:sz w:val="20"/>
        </w:rPr>
        <w:t>[5]</w:t>
      </w:r>
    </w:p>
    <w:p>
      <w:r>
        <w:rPr>
          <w:rFonts w:ascii="Gentium Plus" w:hAnsi="Gentium Plus"/>
          <w:sz w:val="24"/>
        </w:rPr>
        <w:t>τὸν κηρὸν αὐτοῦ ἐξέκνισεν. Ἐξεκόκκισεν. ἀντὶ τοῦ ἐξέκλασεν· ἐξέβαλεν. ἡ μεταφορὰ ἀπὸ τῶν κόκκων. Ἐξεκόπη τὸν ὀφθαλμόν. ἐπηρώθη. Ἐξεκύκλησαν. ἐξήνεγκαν. ἐπεὶ δὲ εἰς τὸ θέα‐</w:t>
      </w:r>
    </w:p>
    <w:p>
      <w:r>
        <w:rPr>
          <w:rFonts w:ascii="Courier New" w:hAnsi="Courier New"/>
          <w:color w:val="555555"/>
          <w:sz w:val="20"/>
        </w:rPr>
        <w:t>[10]</w:t>
      </w:r>
    </w:p>
    <w:p>
      <w:r>
        <w:rPr>
          <w:rFonts w:ascii="Gentium Plus" w:hAnsi="Gentium Plus"/>
          <w:sz w:val="24"/>
        </w:rPr>
        <w:t>τρον ἐξεκύκλησαν αὐτόν. Ἐξεκώμασεν. ἐπόρνευσεν. Ἐξέθορεν. ἐξεπήδησεν. Ἐξεθύσαντο. ἐμαντεύσαντο. Ἐξελέγχειν. φανεροποιεῖν. ὁ δὲ ἠξίου ᾗ τάχος</w:t>
      </w:r>
    </w:p>
    <w:p>
      <w:r>
        <w:rPr>
          <w:rFonts w:ascii="Courier New" w:hAnsi="Courier New"/>
          <w:color w:val="555555"/>
          <w:sz w:val="20"/>
        </w:rPr>
        <w:t>[15]</w:t>
      </w:r>
    </w:p>
    <w:p>
      <w:r>
        <w:rPr>
          <w:rFonts w:ascii="Gentium Plus" w:hAnsi="Gentium Plus"/>
          <w:sz w:val="24"/>
        </w:rPr>
        <w:t>τὰ πραχθέντα βασάνοις ἐξελέγχειν.</w:t>
      </w:r>
    </w:p>
    <w:p>
      <w:r>
        <w:rPr>
          <w:rFonts w:ascii="Courier New" w:hAnsi="Courier New"/>
          <w:color w:val="555555"/>
          <w:sz w:val="20"/>
        </w:rPr>
        <w:t>[epsilon 771]</w:t>
      </w:r>
    </w:p>
    <w:p>
      <w:r>
        <w:rPr>
          <w:rFonts w:ascii="Gentium Plus" w:hAnsi="Gentium Plus"/>
          <w:sz w:val="24"/>
        </w:rPr>
        <w:t>Ἐξέλεξε. συνήθροισε. χρήματα δὲ παρὰ τῶν Λιβύων πολλὰ μὲν ἐς τὸ κοινὸν ἐξέλεξεν. Ἐξέλιπε φυσητήρ. ἐξέλιπε μόλιβδος. φυσητὴρ, καὶ τὸ ὄργανον, ᾧ ἐμφυσᾷ ὁ χρώμενος· καὶ</w:t>
      </w:r>
    </w:p>
    <w:p>
      <w:r>
        <w:rPr>
          <w:rFonts w:ascii="Courier New" w:hAnsi="Courier New"/>
          <w:color w:val="555555"/>
          <w:sz w:val="20"/>
        </w:rPr>
        <w:t>[5]</w:t>
      </w:r>
    </w:p>
    <w:p>
      <w:r>
        <w:rPr>
          <w:rFonts w:ascii="Gentium Plus" w:hAnsi="Gentium Plus"/>
          <w:sz w:val="24"/>
        </w:rPr>
        <w:t>ὁ ἄνθρωπος ὁ τὸ ὄργανον μεταχειριζόμενος. συγκαίουσι δὲ τῷ ἀργύρῳ μόλιβδον, ἵνα συγ‐ καιόμενος ἀνιμᾶται καὶ ἀναλαμβάνῃ εἰς αὐτὸν τὸ νόθον. Ἐξελίσσουσι. κινοῦσιν.</w:t>
      </w:r>
    </w:p>
    <w:p>
      <w:r>
        <w:rPr>
          <w:rFonts w:ascii="Courier New" w:hAnsi="Courier New"/>
          <w:color w:val="555555"/>
          <w:sz w:val="20"/>
        </w:rPr>
        <w:t>[10]</w:t>
      </w:r>
    </w:p>
    <w:p>
      <w:r>
        <w:rPr>
          <w:rFonts w:ascii="Gentium Plus" w:hAnsi="Gentium Plus"/>
          <w:sz w:val="24"/>
        </w:rPr>
        <w:t>Ἐξελοφίζετο. ἡ δὲ γῆ ἐκ τῶν δικαιαρχαστέλων λόφων ἐξελοφίζετο. Ἐξελληνίζει. εὔρυθμον ἀπεργάζεται. Ἐξεμηρύσατο. διεξῆλθεν. ὁ δὲ Ἀννίβας ἐν ὅλῃ τῇ νυκτὶ μόλις ἐξεμηρύσατο τὰς χαράδρας.</w:t>
      </w:r>
    </w:p>
    <w:p>
      <w:r>
        <w:rPr>
          <w:rFonts w:ascii="Courier New" w:hAnsi="Courier New"/>
          <w:color w:val="555555"/>
          <w:sz w:val="20"/>
        </w:rPr>
        <w:t>[15]</w:t>
      </w:r>
    </w:p>
    <w:p>
      <w:r>
        <w:rPr>
          <w:rFonts w:ascii="Gentium Plus" w:hAnsi="Gentium Plus"/>
          <w:sz w:val="24"/>
        </w:rPr>
        <w:t>Ἐξένευσαν. παρῃτήσαντο. ἀπηρνήσαντο, ὡς πρὸς ἄλλους πόλεμον ἔχοντες ἐξένευσαν τὴν βοή‐</w:t>
      </w:r>
    </w:p>
    <w:p>
      <w:r>
        <w:rPr>
          <w:rFonts w:ascii="Courier New" w:hAnsi="Courier New"/>
          <w:color w:val="555555"/>
          <w:sz w:val="20"/>
        </w:rPr>
        <w:t>[epsilon 772]</w:t>
      </w:r>
    </w:p>
    <w:p>
      <w:r>
        <w:rPr>
          <w:rFonts w:ascii="Gentium Plus" w:hAnsi="Gentium Plus"/>
          <w:sz w:val="24"/>
        </w:rPr>
        <w:t>δης· καὶ πολλοὺς ἀπέκτειναν, ὅσοι μὴ ἐξέ‐ νευσαν αὐτῶν. Ἐξέπεσον. πόῤῥω ἀπέφυγον. καὶ τελευτῶντες τῆς νόσου ἐξέπεσον.</w:t>
      </w:r>
    </w:p>
    <w:p>
      <w:r>
        <w:rPr>
          <w:rFonts w:ascii="Courier New" w:hAnsi="Courier New"/>
          <w:color w:val="555555"/>
          <w:sz w:val="20"/>
        </w:rPr>
        <w:t>[5]</w:t>
      </w:r>
    </w:p>
    <w:p>
      <w:r>
        <w:rPr>
          <w:rFonts w:ascii="Gentium Plus" w:hAnsi="Gentium Plus"/>
          <w:sz w:val="24"/>
        </w:rPr>
        <w:t>Ἐξέπλει. ἐξέπλεεν. Ἐξεπράθομεν. ἔστι πέρθω, ὁ δεύτερος ἀόρι‐ στος ἔπραθον καὶ ἐξέπραθον. Ἐξέπλευσεν. ἐξώκειλε. παρετράπη. ὁ δὲ ἐξέ‐ πλωσε τῶν φρενῶν πολλά. καὶ ἐξέπλωσας</w:t>
      </w:r>
    </w:p>
    <w:p>
      <w:r>
        <w:rPr>
          <w:rFonts w:ascii="Courier New" w:hAnsi="Courier New"/>
          <w:color w:val="555555"/>
          <w:sz w:val="20"/>
        </w:rPr>
        <w:t>[10]</w:t>
      </w:r>
    </w:p>
    <w:p>
      <w:r>
        <w:rPr>
          <w:rFonts w:ascii="Gentium Plus" w:hAnsi="Gentium Plus"/>
          <w:sz w:val="24"/>
        </w:rPr>
        <w:t>ὁμοίως. οὕτως Ἡρόδοτος. Ἐξεπολέμωτο. ἐνικήθη. Ἐξεπολέμωσεν. ἀδιαλλάκτους εἰργάσατο. Ἐξέπραξεν. ἀντὶ τοῦ ἀνεῖλεν. οὕτως Πορφύ‐ ριος· οὔτε πυρφόρος θεοῦ κεραυνὸς ἐξέπραξεν.</w:t>
      </w:r>
    </w:p>
    <w:p>
      <w:r>
        <w:rPr>
          <w:rFonts w:ascii="Courier New" w:hAnsi="Courier New"/>
          <w:color w:val="555555"/>
          <w:sz w:val="20"/>
        </w:rPr>
        <w:t>[15]</w:t>
      </w:r>
    </w:p>
    <w:p>
      <w:r>
        <w:rPr>
          <w:rFonts w:ascii="Gentium Plus" w:hAnsi="Gentium Plus"/>
          <w:sz w:val="24"/>
        </w:rPr>
        <w:t>Ἐξεπρέμνιζον. μέχρι ῥιζῶν τὰ στελέχη τὰ</w:t>
      </w:r>
    </w:p>
    <w:p>
      <w:r>
        <w:rPr>
          <w:rFonts w:ascii="Courier New" w:hAnsi="Courier New"/>
          <w:color w:val="555555"/>
          <w:sz w:val="20"/>
        </w:rPr>
        <w:t>[epsilon 773]</w:t>
      </w:r>
    </w:p>
    <w:p>
      <w:r>
        <w:rPr>
          <w:rFonts w:ascii="Gentium Plus" w:hAnsi="Gentium Plus"/>
          <w:sz w:val="24"/>
        </w:rPr>
        <w:t>Ἐξεράσατε τοὺς λίθους. ἐκκενώσατε. ἐκ‐ βάλλετε. ἀποῤῥίψατε. πεποίηται δὲ ἡ λέξις ἀπὸ τῆς ἔρας, ὅ ἐστι τῆς γῆς. Ἐξερέων. ἐξερευνῶν.</w:t>
      </w:r>
    </w:p>
    <w:p>
      <w:r>
        <w:rPr>
          <w:rFonts w:ascii="Courier New" w:hAnsi="Courier New"/>
          <w:color w:val="555555"/>
          <w:sz w:val="20"/>
        </w:rPr>
        <w:t>[5]</w:t>
      </w:r>
    </w:p>
    <w:p>
      <w:r>
        <w:rPr>
          <w:rFonts w:ascii="Gentium Plus" w:hAnsi="Gentium Plus"/>
          <w:sz w:val="24"/>
        </w:rPr>
        <w:t>Ἐξεριθεύονται. πρὸς κακίαν ἐκκαλοῦσιν. οἱ τῆς στρατηγίας ὀρεγόμενοι ἐξεριθεύονται τοὺς νέους καὶ παρασκευάζουσιν εὔνους συναγωνιστὰς εἰς τὸ μέλλον. Ἐξερῶ. εἴπω, ἢ ἐξοίσω.</w:t>
      </w:r>
    </w:p>
    <w:p>
      <w:r>
        <w:rPr>
          <w:rFonts w:ascii="Courier New" w:hAnsi="Courier New"/>
          <w:color w:val="555555"/>
          <w:sz w:val="20"/>
        </w:rPr>
        <w:t>[10]</w:t>
      </w:r>
    </w:p>
    <w:p>
      <w:r>
        <w:rPr>
          <w:rFonts w:ascii="Gentium Plus" w:hAnsi="Gentium Plus"/>
          <w:sz w:val="24"/>
        </w:rPr>
        <w:t>Ἐξεῤῥωγυῖα. διεφθαρμένη. Προκόπιος· γυνὴ τὸν τρόπον ἐξεῤῥωγυῖα. Ἐξεῤῥύησαν. ἐξηφανίσθησαν. λαμβάνεται δὲ καὶ ἐπὶ τῶν ἐν τῷ πολέμῳ φευγόντων. Ἐξεσάλαξας. μετεκίνησας.</w:t>
      </w:r>
    </w:p>
    <w:p>
      <w:r>
        <w:rPr>
          <w:rFonts w:ascii="Courier New" w:hAnsi="Courier New"/>
          <w:color w:val="555555"/>
          <w:sz w:val="20"/>
        </w:rPr>
        <w:t>[15]</w:t>
      </w:r>
    </w:p>
    <w:p>
      <w:r>
        <w:rPr>
          <w:rFonts w:ascii="Gentium Plus" w:hAnsi="Gentium Plus"/>
          <w:sz w:val="24"/>
        </w:rPr>
        <w:t>—τὴν δ’ ἐνὶ θυμῷ</w:t>
      </w:r>
    </w:p>
    <w:p>
      <w:r>
        <w:rPr>
          <w:rFonts w:ascii="Courier New" w:hAnsi="Courier New"/>
          <w:color w:val="555555"/>
          <w:sz w:val="20"/>
        </w:rPr>
        <w:t>[epsilon 774]</w:t>
      </w:r>
    </w:p>
    <w:p>
      <w:r>
        <w:rPr>
          <w:rFonts w:ascii="Gentium Plus" w:hAnsi="Gentium Plus"/>
          <w:sz w:val="24"/>
        </w:rPr>
        <w:t>Ἐξεσόβησα. ἐξεδίωξα. ἔκχυτον ἐκ στέρνων ἐξεσόβησα νόον. καὶ πτῶκας πολλάκις ἐξεσόβει. Ἐξεστεμμένος. κεκοσμημένος. εἰώθασι γὰρ τῷ</w:t>
      </w:r>
    </w:p>
    <w:p>
      <w:r>
        <w:rPr>
          <w:rFonts w:ascii="Courier New" w:hAnsi="Courier New"/>
          <w:color w:val="555555"/>
          <w:sz w:val="20"/>
        </w:rPr>
        <w:t>[5]</w:t>
      </w:r>
    </w:p>
    <w:p>
      <w:r>
        <w:rPr>
          <w:rFonts w:ascii="Gentium Plus" w:hAnsi="Gentium Plus"/>
          <w:sz w:val="24"/>
        </w:rPr>
        <w:t>στέφειν χρῆσθαι ἀντὶ τοῦ κοσμεῖν. στέμμα δέ ἐστι τὸ προσειλημμένον ἔριον τῷ θαλλῷ. Ἐξέστησαν. ὑπεχώρησαν. οἱ δὲ βάρβαροι ἐξέ‐ στησαν αὐτοῖς ὡς κρείττοσιν. Ἐξέστω. ἐξουσίαν ἐχέτω.</w:t>
      </w:r>
    </w:p>
    <w:p>
      <w:r>
        <w:rPr>
          <w:rFonts w:ascii="Courier New" w:hAnsi="Courier New"/>
          <w:color w:val="555555"/>
          <w:sz w:val="20"/>
        </w:rPr>
        <w:t>[10]</w:t>
      </w:r>
    </w:p>
    <w:p>
      <w:r>
        <w:rPr>
          <w:rFonts w:ascii="Gentium Plus" w:hAnsi="Gentium Plus"/>
          <w:sz w:val="24"/>
        </w:rPr>
        <w:t>Ἐξέσχεν. ἀντὶ τοῦ διήλασε, διῆλθε. τούτου τὴν πλευρὰν λόγχη διήλασε καὶ ὑπὸ ῥώμης τῆς αἰχμῆς ἐξέσχεν ἐπὶ θάτερα. καὶ αὖθις· ἠκον‐ τίσθη τὸν δεξιὸν ὦμον διαμπερὲς καὶ ἐξέσχε τὸ βέλος.</w:t>
      </w:r>
    </w:p>
    <w:p>
      <w:r>
        <w:rPr>
          <w:rFonts w:ascii="Courier New" w:hAnsi="Courier New"/>
          <w:color w:val="555555"/>
          <w:sz w:val="20"/>
        </w:rPr>
        <w:t>[15]</w:t>
      </w:r>
    </w:p>
    <w:p>
      <w:r>
        <w:rPr>
          <w:rFonts w:ascii="Gentium Plus" w:hAnsi="Gentium Plus"/>
          <w:sz w:val="24"/>
        </w:rPr>
        <w:t>Ἐξέστησεν. εἰς ἔκστασιν ἤγαγεν.</w:t>
      </w:r>
    </w:p>
    <w:p>
      <w:r>
        <w:rPr>
          <w:rFonts w:ascii="Courier New" w:hAnsi="Courier New"/>
          <w:color w:val="555555"/>
          <w:sz w:val="20"/>
        </w:rPr>
        <w:t>[epsilon 775]</w:t>
      </w:r>
    </w:p>
    <w:p>
      <w:r>
        <w:rPr>
          <w:rFonts w:ascii="Gentium Plus" w:hAnsi="Gentium Plus"/>
          <w:sz w:val="24"/>
        </w:rPr>
        <w:t>Ἐξεταζόμενος. ἐρευνώμενος. δοκιμαζόμενος. ἐῤ‐ ῥύετο τὴν πόλιν ἔνδον ἐξεταζόμενος φουρτω‐ νίων ὑποστράτηγος τῶν ἐπὶ τῆς Μυσίας, οὓς δοῦκας καλοῦσιν.</w:t>
      </w:r>
    </w:p>
    <w:p>
      <w:r>
        <w:rPr>
          <w:rFonts w:ascii="Courier New" w:hAnsi="Courier New"/>
          <w:color w:val="555555"/>
          <w:sz w:val="20"/>
        </w:rPr>
        <w:t>[5]</w:t>
      </w:r>
    </w:p>
    <w:p>
      <w:r>
        <w:rPr>
          <w:rFonts w:ascii="Gentium Plus" w:hAnsi="Gentium Plus"/>
          <w:sz w:val="24"/>
        </w:rPr>
        <w:t>Ἐξεταζόμενοι. ἀριθμούμενοι. ἐξεταζόμενοι πρὸς τοῖς βασιλείοις. Ἐξέτηξεν. ἐδάμασεν ἢ ἠφάνισεν. Ἐξεταννύσθη. ἐξετάθη. ἐξηπλώθη. Ἐξέτηξεν. ἐδαπάνησεν. ἀνάλωσεν.</w:t>
      </w:r>
    </w:p>
    <w:p>
      <w:r>
        <w:rPr>
          <w:rFonts w:ascii="Courier New" w:hAnsi="Courier New"/>
          <w:color w:val="555555"/>
          <w:sz w:val="20"/>
        </w:rPr>
        <w:t>[10]</w:t>
      </w:r>
    </w:p>
    <w:p>
      <w:r>
        <w:rPr>
          <w:rFonts w:ascii="Gentium Plus" w:hAnsi="Gentium Plus"/>
          <w:sz w:val="24"/>
        </w:rPr>
        <w:t>Ἐξέτρω. ἐξεκόπη ἡ κύησις· ἐξεβλάβη. παρὰ τὸ τρῶ, τὸ κόπτω, γίνεται παράγωγον τρῶμι, ὁ παρατατικὸς ἔτρων, ἔτρως, ἔτρω, καὶ ἐν συν‐ θέσει ἐξέτρω. Ἐξετάζων. ὥσπερ παρὰ τὸ μάταιον γίνεται</w:t>
      </w:r>
    </w:p>
    <w:p>
      <w:r>
        <w:rPr>
          <w:rFonts w:ascii="Courier New" w:hAnsi="Courier New"/>
          <w:color w:val="555555"/>
          <w:sz w:val="20"/>
        </w:rPr>
        <w:t>[15]</w:t>
      </w:r>
    </w:p>
    <w:p>
      <w:r>
        <w:rPr>
          <w:rFonts w:ascii="Gentium Plus" w:hAnsi="Gentium Plus"/>
          <w:sz w:val="24"/>
        </w:rPr>
        <w:t>ματαιάζω, οὕτω καὶ παρὰ τὸ ἐτεὸν, τὸ ἀληθὲς, ἐτεάζω, τὸ τὴν ἀλήθειαν ἐρευνῶ καὶ ἐμφαίνω. καὶ ἀποβολῇ τοῦ ε καὶ μετὰ τῆς ἐξ προθέσεως ἐξετάζω. Ἐξεβιάζοντο. ἠνάγκαζον.</w:t>
      </w:r>
    </w:p>
    <w:p>
      <w:r>
        <w:rPr>
          <w:rFonts w:ascii="Courier New" w:hAnsi="Courier New"/>
          <w:color w:val="555555"/>
          <w:sz w:val="20"/>
        </w:rPr>
        <w:t>[20]</w:t>
      </w:r>
    </w:p>
    <w:p>
      <w:r>
        <w:rPr>
          <w:rFonts w:ascii="Gentium Plus" w:hAnsi="Gentium Plus"/>
          <w:sz w:val="24"/>
        </w:rPr>
        <w:t>Ἐξεγραψάμην. ἀντὶ τοῦ ἐμνημόνευσα. Ἀριστο‐ φάνης· ὃν ἐγὼ παρά τ’ Ἀπόλλωνος ἐξεγραψάμην. Ἐξεδιήτησε. κακῶς διῴκησεν. Ἐξέζεσεν. ἐπληρώθη. καὶ τὸ σύμπαν αὐτοῦ σῶ‐</w:t>
      </w:r>
    </w:p>
    <w:p>
      <w:r>
        <w:rPr>
          <w:rFonts w:ascii="Courier New" w:hAnsi="Courier New"/>
          <w:color w:val="555555"/>
          <w:sz w:val="20"/>
        </w:rPr>
        <w:t>[25]</w:t>
      </w:r>
    </w:p>
    <w:p>
      <w:r>
        <w:rPr>
          <w:rFonts w:ascii="Gentium Plus" w:hAnsi="Gentium Plus"/>
          <w:sz w:val="24"/>
        </w:rPr>
        <w:t>μα ἕλκους ἐξέζεσεν.</w:t>
      </w:r>
    </w:p>
    <w:p>
      <w:r>
        <w:rPr>
          <w:rFonts w:ascii="Courier New" w:hAnsi="Courier New"/>
          <w:color w:val="555555"/>
          <w:sz w:val="20"/>
        </w:rPr>
        <w:t>[epsilon 776]</w:t>
      </w:r>
    </w:p>
    <w:p>
      <w:r>
        <w:rPr>
          <w:rFonts w:ascii="Gentium Plus" w:hAnsi="Gentium Plus"/>
          <w:sz w:val="24"/>
        </w:rPr>
        <w:t>Ἐξευμενίζεσθαι. πείθεσθαι, ἢ ἱλάσκεσθαι. Ἐξεφαύλισαν. παρ’ οὐδὲν ἐλογίσαντο. οἱ δὲ οὐκ ἐξεφαύλισαν τὴν τῶν Κρητῶν αὐτοσχέδιον ἐκείνην μοῦσαν.</w:t>
      </w:r>
    </w:p>
    <w:p>
      <w:r>
        <w:rPr>
          <w:rFonts w:ascii="Courier New" w:hAnsi="Courier New"/>
          <w:color w:val="555555"/>
          <w:sz w:val="20"/>
        </w:rPr>
        <w:t>[5]</w:t>
      </w:r>
    </w:p>
    <w:p>
      <w:r>
        <w:rPr>
          <w:rFonts w:ascii="Gentium Plus" w:hAnsi="Gentium Plus"/>
          <w:sz w:val="24"/>
        </w:rPr>
        <w:t>Ἐξέφυ. ἐβλάστησεν. ἐγεννήθη. Ἐξεφύσησα. διεσκόρπισα· ἐβδελυξάμην. Ἐξεφύσησεν. ἐκίνησεν. ἐτάραξεν. Ἐξεφοίτα. ἐθριάμβευεν. ὁ δὲ παρὰ τοὺς ἀτελέστους καὶ βεβήλους ἐξεφοίτα τὰ τῶν Σα‐</w:t>
      </w:r>
    </w:p>
    <w:p>
      <w:r>
        <w:rPr>
          <w:rFonts w:ascii="Courier New" w:hAnsi="Courier New"/>
          <w:color w:val="555555"/>
          <w:sz w:val="20"/>
        </w:rPr>
        <w:t>[10]</w:t>
      </w:r>
    </w:p>
    <w:p>
      <w:r>
        <w:rPr>
          <w:rFonts w:ascii="Gentium Plus" w:hAnsi="Gentium Plus"/>
          <w:sz w:val="24"/>
        </w:rPr>
        <w:t>μοθρᾳκῶν ὄργια. Ἐξεφόρουν. ἐξέφερον. Ἐξεφύρθη. ἐξεμιάνθη. Ἐξέχεα. διεχύθην. καὶ ἐκινήθην εἰς ὀδυρμοὺς ἄπαυστον ἔχων τὸν θρῆνον. Δαβίδ· ἐξέχεα</w:t>
      </w:r>
    </w:p>
    <w:p>
      <w:r>
        <w:rPr>
          <w:rFonts w:ascii="Courier New" w:hAnsi="Courier New"/>
          <w:color w:val="555555"/>
          <w:sz w:val="20"/>
        </w:rPr>
        <w:t>[15]</w:t>
      </w:r>
    </w:p>
    <w:p>
      <w:r>
        <w:rPr>
          <w:rFonts w:ascii="Gentium Plus" w:hAnsi="Gentium Plus"/>
          <w:sz w:val="24"/>
        </w:rPr>
        <w:t>ἐπ’ ἐμὲ τὴν ψυχήν μου. Ἐξέχειν. ἐπιτεταλκέναι. ἐξέχειν τὸν ἥλιον. ἔξεχ’ ὦ φίλ’ ἥλιε. Ἐξέωσαν. ἐξέβαλον. Ἔξει. ἀντὶ τοῦ ἔξελθε. οὕτως Ἀριστοφάνης.</w:t>
      </w:r>
    </w:p>
    <w:p>
      <w:r>
        <w:rPr>
          <w:rFonts w:ascii="Courier New" w:hAnsi="Courier New"/>
          <w:color w:val="555555"/>
          <w:sz w:val="20"/>
        </w:rPr>
        <w:t>[20]</w:t>
      </w:r>
    </w:p>
    <w:p>
      <w:r>
        <w:rPr>
          <w:rFonts w:ascii="Gentium Plus" w:hAnsi="Gentium Plus"/>
          <w:sz w:val="24"/>
        </w:rPr>
        <w:t>Ἐξείη. συνεκεχώρητο. εἴθιστο. Ξενοφῶν· ᾔδε‐ σαν γὰρ πάντες, ὅτι ἐξείη αὐτῷ καὶ ἀριστῶντι καὶ δειπνοῦντι. Ἐξείλετο. ἔλαβεν.</w:t>
      </w:r>
    </w:p>
    <w:p>
      <w:r>
        <w:rPr>
          <w:rFonts w:ascii="Courier New" w:hAnsi="Courier New"/>
          <w:color w:val="555555"/>
          <w:sz w:val="20"/>
        </w:rPr>
        <w:t>[epsilon 777]</w:t>
      </w:r>
    </w:p>
    <w:p>
      <w:r>
        <w:rPr>
          <w:rFonts w:ascii="Gentium Plus" w:hAnsi="Gentium Plus"/>
          <w:sz w:val="24"/>
        </w:rPr>
        <w:t>Ἔξειμι, οὐκ ἐξελεύσομαι λέγουσιν Ἀττικοί. Ἐξείνισεν. ἐξένισεν, ἐξενοδόχησεν. Ἐξείρπυσεν. ἐξεσύρθη. ἐξῆλθεν. ἡ δὲ ἔχιδνα ἐξείρπυσεν, ὑπὸ τοῦ πυρὸς ἀναγκασθεῖσα.</w:t>
      </w:r>
    </w:p>
    <w:p>
      <w:r>
        <w:rPr>
          <w:rFonts w:ascii="Courier New" w:hAnsi="Courier New"/>
          <w:color w:val="555555"/>
          <w:sz w:val="20"/>
        </w:rPr>
        <w:t>[5]</w:t>
      </w:r>
    </w:p>
    <w:p>
      <w:r>
        <w:rPr>
          <w:rFonts w:ascii="Gentium Plus" w:hAnsi="Gentium Plus"/>
          <w:sz w:val="24"/>
        </w:rPr>
        <w:t>Ἐξειστήκει. ἐξηλλάττετο. καὶ τρόμῳ εἴχετο, καὶ ἡ χρόα αὐτοῦ ἐξειστήκει. Ἐξεικονισμένον. μεμορφωμένον ἢ τέλειον. Ἐξειλῆσαι. τοῦτο λέγουσιν οἱ Ἀλεξανδρεῖς ἐπὶ τοῦ ἐκφυγεῖν. ἐοίκασι μεταφορικῶς λέγειν ἀπὸ</w:t>
      </w:r>
    </w:p>
    <w:p>
      <w:r>
        <w:rPr>
          <w:rFonts w:ascii="Courier New" w:hAnsi="Courier New"/>
          <w:color w:val="555555"/>
          <w:sz w:val="20"/>
        </w:rPr>
        <w:t>[10]</w:t>
      </w:r>
    </w:p>
    <w:p>
      <w:r>
        <w:rPr>
          <w:rFonts w:ascii="Gentium Plus" w:hAnsi="Gentium Plus"/>
          <w:sz w:val="24"/>
        </w:rPr>
        <w:t>τῶν ἐν τῷ παλαίειν ἑαυτοὺς ἀπολυόντων. λέ‐ γει γὰρ Πλάτων ἐν τῷ ἑβδόμῳ νόμῳ περὶ πάλης οὕτως· τὰ δὲ ἀπὸ ὀρθῆς πάλης ἀπ’ αὐ‐ χένων καὶ χειρῶν καὶ πλευρῶν ἐξειλήσας μετὰ φιλονεικίας τὲ καὶ καταστάσεως διαπονούμενα.</w:t>
      </w:r>
    </w:p>
    <w:p>
      <w:r>
        <w:rPr>
          <w:rFonts w:ascii="Courier New" w:hAnsi="Courier New"/>
          <w:color w:val="555555"/>
          <w:sz w:val="20"/>
        </w:rPr>
        <w:t>[15]</w:t>
      </w:r>
    </w:p>
    <w:p>
      <w:r>
        <w:rPr>
          <w:rFonts w:ascii="Gentium Plus" w:hAnsi="Gentium Plus"/>
          <w:sz w:val="24"/>
        </w:rPr>
        <w:t>Ἐξεστακέναι. καταπλῆξαι. Ἐξεφάνθη. ἐδείχθη, ἐγυμνώθη.</w:t>
      </w:r>
    </w:p>
    <w:p>
      <w:r>
        <w:rPr>
          <w:rFonts w:ascii="Courier New" w:hAnsi="Courier New"/>
          <w:color w:val="555555"/>
          <w:sz w:val="20"/>
        </w:rPr>
        <w:t>[epsilon 778]</w:t>
      </w:r>
    </w:p>
    <w:p>
      <w:r>
        <w:rPr>
          <w:rFonts w:ascii="Gentium Plus" w:hAnsi="Gentium Plus"/>
          <w:sz w:val="24"/>
        </w:rPr>
        <w:t>Ἐξήρετο. ἠρώτα. Ἐξηρεύξατο. ἐξήνεγκεν. Ἐξῃρημένην. ὑπερβάλλουσαν. Ἐξήνυσα. ἐτελείωσα, ἐπλήρωσα.</w:t>
      </w:r>
    </w:p>
    <w:p>
      <w:r>
        <w:rPr>
          <w:rFonts w:ascii="Courier New" w:hAnsi="Courier New"/>
          <w:color w:val="555555"/>
          <w:sz w:val="20"/>
        </w:rPr>
        <w:t>[5]</w:t>
      </w:r>
    </w:p>
    <w:p>
      <w:r>
        <w:rPr>
          <w:rFonts w:ascii="Gentium Plus" w:hAnsi="Gentium Plus"/>
          <w:sz w:val="24"/>
        </w:rPr>
        <w:t>Ἐξηκόντισεν. ὑπερέβαλλεν. Ἐξηγόρασας. ἠλευθέρωσας. Ἐξηγήσασθαι τοῦ διηγήσασθαι διαφέρει. διη‐ γήσασθαι μὲν γάρ ἐστιν εἰπεῖν ἁπλῶς, ἃ τὶς αὐτὸς ἐπίσταται· ἤτοι πρὸς ἀγνοοῦντα τοὺς</w:t>
      </w:r>
    </w:p>
    <w:p>
      <w:r>
        <w:rPr>
          <w:rFonts w:ascii="Courier New" w:hAnsi="Courier New"/>
          <w:color w:val="555555"/>
          <w:sz w:val="20"/>
        </w:rPr>
        <w:t>[10]</w:t>
      </w:r>
    </w:p>
    <w:p>
      <w:r>
        <w:rPr>
          <w:rFonts w:ascii="Gentium Plus" w:hAnsi="Gentium Plus"/>
          <w:sz w:val="24"/>
        </w:rPr>
        <w:t>ἀκροωμένους λέγων, ἢ καὶ πρὸς εἰδότα. τὸ δὲ ἐξηγήσασθαι, ἅμα λέγειν περὶ ὧν ἀγνοοῦσιν οἱ ἀκούοντες, καὶ διδάσκοντες αὐτοὺς περὶ ὧν πυνθάνονται. Ἐξηγρόμην. ἐξηγειρόμην.</w:t>
      </w:r>
    </w:p>
    <w:p>
      <w:r>
        <w:rPr>
          <w:rFonts w:ascii="Courier New" w:hAnsi="Courier New"/>
          <w:color w:val="555555"/>
          <w:sz w:val="20"/>
        </w:rPr>
        <w:t>[15]</w:t>
      </w:r>
    </w:p>
    <w:p>
      <w:r>
        <w:rPr>
          <w:rFonts w:ascii="Gentium Plus" w:hAnsi="Gentium Plus"/>
          <w:sz w:val="24"/>
        </w:rPr>
        <w:t>κᾆτ’ ἔγωγ’ ἐξηγρόμην.</w:t>
      </w:r>
    </w:p>
    <w:p>
      <w:r>
        <w:rPr>
          <w:rFonts w:ascii="Courier New" w:hAnsi="Courier New"/>
          <w:color w:val="555555"/>
          <w:sz w:val="20"/>
        </w:rPr>
        <w:t>[epsilon 779]</w:t>
      </w:r>
    </w:p>
    <w:p>
      <w:r>
        <w:rPr>
          <w:rFonts w:ascii="Gentium Plus" w:hAnsi="Gentium Plus"/>
          <w:sz w:val="24"/>
        </w:rPr>
        <w:t>ἐξήκει. καὶ αὖθις· ὁ δὲ συνεῖδεν ἐξήκειν τοῦ χρησμοῦ τὴν φήμην. Ἐξῆκον. ἀντὶ τοῦ ὑπερέχον. καὶ ἑώρων φάσμα τὸ μέγεθος ἐξῆκον, πέρα καὶ ἀνωτέρω τοῦ</w:t>
      </w:r>
    </w:p>
    <w:p>
      <w:r>
        <w:rPr>
          <w:rFonts w:ascii="Courier New" w:hAnsi="Courier New"/>
          <w:color w:val="555555"/>
          <w:sz w:val="20"/>
        </w:rPr>
        <w:t>[5]</w:t>
      </w:r>
    </w:p>
    <w:p>
      <w:r>
        <w:rPr>
          <w:rFonts w:ascii="Gentium Plus" w:hAnsi="Gentium Plus"/>
          <w:sz w:val="24"/>
        </w:rPr>
        <w:t>ἱστοῦ. Ἐξήκοντος. παρερχομένου. ἐξήκοντος τοῦ χρό‐ νου, οὗπερ ἐντὸς ἔδει ἐπανιέναι πρὸς τὸν σφῶν ἄρχοντα. Ἐξηλιασμένων. κεκαυμένων.</w:t>
      </w:r>
    </w:p>
    <w:p>
      <w:r>
        <w:rPr>
          <w:rFonts w:ascii="Courier New" w:hAnsi="Courier New"/>
          <w:color w:val="555555"/>
          <w:sz w:val="20"/>
        </w:rPr>
        <w:t>[10]</w:t>
      </w:r>
    </w:p>
    <w:p>
      <w:r>
        <w:rPr>
          <w:rFonts w:ascii="Gentium Plus" w:hAnsi="Gentium Plus"/>
          <w:sz w:val="24"/>
        </w:rPr>
        <w:t>Ἐξήλικας. ἐξέβαλες. ἐξέωσας. Ἀριστοφάνης· ἀλλ’, ὦ μέλ’, ἐξήλικας ἐμέ γ’ ἐκ τῶν ἐμῶν. Ἐξῆλθεν. ἐξέβη. ἐτελέσθη. ὅτι Ζήνωνι, παρ’ ἣν εἶχε δόξαν, ἐξῆλθε τὸ μάντευμα. Ἐξημεροῖ. πραΰνει.</w:t>
      </w:r>
    </w:p>
    <w:p>
      <w:r>
        <w:rPr>
          <w:rFonts w:ascii="Courier New" w:hAnsi="Courier New"/>
          <w:color w:val="555555"/>
          <w:sz w:val="20"/>
        </w:rPr>
        <w:t>[15]</w:t>
      </w:r>
    </w:p>
    <w:p>
      <w:r>
        <w:rPr>
          <w:rFonts w:ascii="Gentium Plus" w:hAnsi="Gentium Plus"/>
          <w:sz w:val="24"/>
        </w:rPr>
        <w:t>Ἐξήμβλωσεν. ἐξέτρωσεν. καὶ ἐξήμβλωκας ἀν‐ τὶ τοῦ ἀτελῆ ἐποίησας. Ἐξηνθισμέναι. ἄνθεσι κεκοσμημέναι. αἳ καθήμεθ’ ἐξηνθισμέναι.</w:t>
      </w:r>
    </w:p>
    <w:p>
      <w:r>
        <w:rPr>
          <w:rFonts w:ascii="Courier New" w:hAnsi="Courier New"/>
          <w:color w:val="555555"/>
          <w:sz w:val="20"/>
        </w:rPr>
        <w:t>[epsilon 780]</w:t>
      </w:r>
    </w:p>
    <w:p>
      <w:r>
        <w:rPr>
          <w:rFonts w:ascii="Gentium Plus" w:hAnsi="Gentium Plus"/>
          <w:sz w:val="24"/>
        </w:rPr>
        <w:t>Ἐξῄρηνται. ἐκβέβληνται. Ἐξητάσθης. ἀντὶ τοῦ ὤφθης, ἢ ὡράσθης. οὕ‐ τως Δημοσθένης. Ἐξηονήθην σὺν τῷ ἰῶτα κατὰ τὴν ἀλήθειαν.</w:t>
      </w:r>
    </w:p>
    <w:p>
      <w:r>
        <w:rPr>
          <w:rFonts w:ascii="Courier New" w:hAnsi="Courier New"/>
          <w:color w:val="555555"/>
          <w:sz w:val="20"/>
        </w:rPr>
        <w:t>[5]</w:t>
      </w:r>
    </w:p>
    <w:p>
      <w:r>
        <w:rPr>
          <w:rFonts w:ascii="Gentium Plus" w:hAnsi="Gentium Plus"/>
          <w:sz w:val="24"/>
        </w:rPr>
        <w:t>ὅθεν καὶ ἀϊόνες οἱ αἰγιαλοὶ διὰ τὸ καταιονοῦ‐ σθαι ὑπὸ τῶν κυμάτων ἤγουν καταβρέχεσθαι. αἰονήματα γὰρ τὰ καταντλήματα φασίν. Ἐξηυλημένα καὶ παρηυλημένα. αἱ παλαιαὶ γλωσσίδες τῶν αὐλῶν καλοῦνται. καὶ κατὰ με‐</w:t>
      </w:r>
    </w:p>
    <w:p>
      <w:r>
        <w:rPr>
          <w:rFonts w:ascii="Courier New" w:hAnsi="Courier New"/>
          <w:color w:val="555555"/>
          <w:sz w:val="20"/>
        </w:rPr>
        <w:t>[10]</w:t>
      </w:r>
    </w:p>
    <w:p>
      <w:r>
        <w:rPr>
          <w:rFonts w:ascii="Gentium Plus" w:hAnsi="Gentium Plus"/>
          <w:sz w:val="24"/>
        </w:rPr>
        <w:t>ταφορὰν πάντα τὰ παλαιὰ καὶ τὰ τετριμμένα. Ἐξιάλλειν. ἐκβάλλειν. Ἐξίδισεν. ἀπεπάτησεν. Ἀριστοφάνης· οὐκ ἂν ἐξίδισεν εἰς θοιμάτιον. ὅ ἐστιν ἱμάτιον.</w:t>
      </w:r>
    </w:p>
    <w:p>
      <w:r>
        <w:rPr>
          <w:rFonts w:ascii="Courier New" w:hAnsi="Courier New"/>
          <w:color w:val="555555"/>
          <w:sz w:val="20"/>
        </w:rPr>
        <w:t>[15]</w:t>
      </w:r>
    </w:p>
    <w:p>
      <w:r>
        <w:rPr>
          <w:rFonts w:ascii="Gentium Plus" w:hAnsi="Gentium Plus"/>
          <w:sz w:val="24"/>
        </w:rPr>
        <w:t>Ἐξίησιν. ἐξέρχεται. καὶ ἐξίη ἐπὶ μέλλοντος. Ἐξικμασμένη. ἐξηραμμένη. ἰκμάδα καὶ ὑγρό‐ τητα μὴ ἔχουσα. ἄλλως τε ἐν ξηρᾷ χώρᾳ ὑπὸ τοῦ θέρους ἐξικμασμένῃ δεινῶς ἐσπάνισεν</w:t>
      </w:r>
    </w:p>
    <w:p>
      <w:r>
        <w:rPr>
          <w:rFonts w:ascii="Courier New" w:hAnsi="Courier New"/>
          <w:color w:val="555555"/>
          <w:sz w:val="20"/>
        </w:rPr>
        <w:t>[epsilon 781]</w:t>
      </w:r>
    </w:p>
    <w:p>
      <w:r>
        <w:rPr>
          <w:rFonts w:ascii="Gentium Plus" w:hAnsi="Gentium Plus"/>
          <w:sz w:val="24"/>
        </w:rPr>
        <w:t>Ἐξίλλειν. ἐκφεύγειν. Ἐξιλεώσονται. ἐξευμενίσονται. Ἐξιλάσωμαι. δυσωπήσω. Ἔξιθι. ἔξελθε.</w:t>
      </w:r>
    </w:p>
    <w:p>
      <w:r>
        <w:rPr>
          <w:rFonts w:ascii="Courier New" w:hAnsi="Courier New"/>
          <w:color w:val="555555"/>
          <w:sz w:val="20"/>
        </w:rPr>
        <w:t>[5]</w:t>
      </w:r>
    </w:p>
    <w:p>
      <w:r>
        <w:rPr>
          <w:rFonts w:ascii="Gentium Plus" w:hAnsi="Gentium Plus"/>
          <w:sz w:val="24"/>
        </w:rPr>
        <w:t>Ἐξικέσθαι. παραγενέσθαι. ἢ ἐν καταλήξει γε‐ νέσθαι. Ἐξικνούμενον. προερχόμενον. Ἐξιστάμενος. παραχωρῶν. ὀνόματος μόνου καὶ σχήματος τῷ Ἰουλιανῷ ἐξιστάμενος.</w:t>
      </w:r>
    </w:p>
    <w:p>
      <w:r>
        <w:rPr>
          <w:rFonts w:ascii="Courier New" w:hAnsi="Courier New"/>
          <w:color w:val="555555"/>
          <w:sz w:val="20"/>
        </w:rPr>
        <w:t>[10]</w:t>
      </w:r>
    </w:p>
    <w:p>
      <w:r>
        <w:rPr>
          <w:rFonts w:ascii="Gentium Plus" w:hAnsi="Gentium Plus"/>
          <w:sz w:val="24"/>
        </w:rPr>
        <w:t>Ἐξίστασθαι. διαχωρίζεσθαι. ὁ δὲ, ὅσοι τῆς στάσεως ἐναγεῖς, ἐκέλευσεν ἐξίστασθαι. Ἐξίστησιν. ἐκπλήττει. οὔτε δέος ἐξίστησιν αὐ‐ τοὺς οὔτε δαπάναι οὔτε πόνοι. Ἐξιστορήσαντες. ἀναζητήσαντες, διηγησάμενοι.</w:t>
      </w:r>
    </w:p>
    <w:p>
      <w:r>
        <w:rPr>
          <w:rFonts w:ascii="Courier New" w:hAnsi="Courier New"/>
          <w:color w:val="555555"/>
          <w:sz w:val="20"/>
        </w:rPr>
        <w:t>[15]</w:t>
      </w:r>
    </w:p>
    <w:p>
      <w:r>
        <w:rPr>
          <w:rFonts w:ascii="Gentium Plus" w:hAnsi="Gentium Plus"/>
          <w:sz w:val="24"/>
        </w:rPr>
        <w:t>τούτους οἱ Ἕλληνες ἐξιστορήσαντες, ἃ ἐβούλον‐ το πυθέσθαι ἀπὸ τῆς Ξέρξου στρατιᾶς, ἀπο‐ πέμπουσι δεδεμένους.</w:t>
      </w:r>
    </w:p>
    <w:p>
      <w:r>
        <w:rPr>
          <w:rFonts w:ascii="Courier New" w:hAnsi="Courier New"/>
          <w:color w:val="555555"/>
          <w:sz w:val="20"/>
        </w:rPr>
        <w:t>[epsilon 782]</w:t>
      </w:r>
    </w:p>
    <w:p>
      <w:r>
        <w:rPr>
          <w:rFonts w:ascii="Gentium Plus" w:hAnsi="Gentium Plus"/>
          <w:sz w:val="24"/>
        </w:rPr>
        <w:t>Ἐξιχωρίζεσθαι. ἐκπιέζεσθαι. τὸν ἰχῶρα ἐκβάλ‐ λειν. καὶ εἰς γάρον οἷον ἐξιχωρίζεσθαι. Ἐξομολογοῦμαι. εὐχαριστῶ. καὶ κατὰ συνή‐ θειαν ἀνθρωπίνην, ἀντὶ τοῦ χάριν ὁμολογῶ</w:t>
      </w:r>
    </w:p>
    <w:p>
      <w:r>
        <w:rPr>
          <w:rFonts w:ascii="Courier New" w:hAnsi="Courier New"/>
          <w:color w:val="555555"/>
          <w:sz w:val="20"/>
        </w:rPr>
        <w:t>[5]</w:t>
      </w:r>
    </w:p>
    <w:p>
      <w:r>
        <w:rPr>
          <w:rFonts w:ascii="Gentium Plus" w:hAnsi="Gentium Plus"/>
          <w:sz w:val="24"/>
        </w:rPr>
        <w:t>ἤγουν δοξάζω σε. ὡς τὸ, ἐξομολογοῦμαί σοι, πάτερ. ἔθος γὰρ τοιοῦτον τῇ θεοπνεύστῳ γραφῇ τὸ τῆς ὁμολογήσεως ὄνομα κατὰ τοιόνδέ τινα δέχεσθαι τρόπον. Ἐξομηρευσάμενος. καλῶς διοικήσας. τὴν δὲ</w:t>
      </w:r>
    </w:p>
    <w:p>
      <w:r>
        <w:rPr>
          <w:rFonts w:ascii="Courier New" w:hAnsi="Courier New"/>
          <w:color w:val="555555"/>
          <w:sz w:val="20"/>
        </w:rPr>
        <w:t>[10]</w:t>
      </w:r>
    </w:p>
    <w:p>
      <w:r>
        <w:rPr>
          <w:rFonts w:ascii="Gentium Plus" w:hAnsi="Gentium Plus"/>
          <w:sz w:val="24"/>
        </w:rPr>
        <w:t>πόλιν ἐξομηρευσάμενος ἠσφαλίσατο φρουρᾷ. καὶ ἀντὶ τοῦ συμφωνήσας. καὶ ἐξομηρευσάμενοι ἀν‐ τὶ τοῦ ὁμογνώμονας ποιήσαντες. ἐξομηρευσάμε‐ νοι δὲ τῷ τοιούτῳ τρόπῳ τοὺς πλείους τῶν δυ‐ ναστῶν, ἐνέβαινον εὐθαρσῶς εἰς τὸν πόλεμον.</w:t>
      </w:r>
    </w:p>
    <w:p>
      <w:r>
        <w:rPr>
          <w:rFonts w:ascii="Courier New" w:hAnsi="Courier New"/>
          <w:color w:val="555555"/>
          <w:sz w:val="20"/>
        </w:rPr>
        <w:t>[15]</w:t>
      </w:r>
    </w:p>
    <w:p>
      <w:r>
        <w:rPr>
          <w:rFonts w:ascii="Gentium Plus" w:hAnsi="Gentium Plus"/>
          <w:sz w:val="24"/>
        </w:rPr>
        <w:t>Ἐξομόσασθαι. οἱ μαρτυρήσειν τισὶν ἐν δικαστη‐ ρίῳ ὑπισχνούμενοι, εἰ μετὰ ταῦτα μὴ βούλοιντο καταμαρτυρεῖν, ὤμνυον μηδὲν ἐπίστασθαι. καὶ</w:t>
      </w:r>
    </w:p>
    <w:p>
      <w:r>
        <w:rPr>
          <w:rFonts w:ascii="Courier New" w:hAnsi="Courier New"/>
          <w:color w:val="555555"/>
          <w:sz w:val="20"/>
        </w:rPr>
        <w:t>[epsilon 783]</w:t>
      </w:r>
    </w:p>
    <w:p>
      <w:r>
        <w:rPr>
          <w:rFonts w:ascii="Gentium Plus" w:hAnsi="Gentium Plus"/>
          <w:sz w:val="24"/>
        </w:rPr>
        <w:t>Ἐξομόσαιτο. παντελῶς ἀρνήσαιτο. δημοσίᾳ δὲ κᾂν ἐξομόσαιτο τοῦ εἶναι τῆς Κότυος. Ἐξονομήνῃς. ἐξ ὀνόματος εἴπῃς. Ἐξοργιεῖν. εἰς ὀργὴν ἐμβαλεῖν. ταῦτα δὲ ἔπρα‐</w:t>
      </w:r>
    </w:p>
    <w:p>
      <w:r>
        <w:rPr>
          <w:rFonts w:ascii="Courier New" w:hAnsi="Courier New"/>
          <w:color w:val="555555"/>
          <w:sz w:val="20"/>
        </w:rPr>
        <w:t>[5]</w:t>
      </w:r>
    </w:p>
    <w:p>
      <w:r>
        <w:rPr>
          <w:rFonts w:ascii="Gentium Plus" w:hAnsi="Gentium Plus"/>
          <w:sz w:val="24"/>
        </w:rPr>
        <w:t>ξεν ὁ Καῖσαρ, οὐχ ὅτι καταπλήξειν αὐτὸν, ἀλλ’ ὅτι ἐξοργιεῖν,] κᾀκ τούτου πρόφασιν τοῦ πολέμου λήψεσθαι. Ἐξορχησάμενος. ἀντὶ τοῦ φυγὼν καὶ ἀποδράς. οὕτως Δημοσθένης.</w:t>
      </w:r>
    </w:p>
    <w:p>
      <w:r>
        <w:rPr>
          <w:rFonts w:ascii="Courier New" w:hAnsi="Courier New"/>
          <w:color w:val="555555"/>
          <w:sz w:val="20"/>
        </w:rPr>
        <w:t>[10]</w:t>
      </w:r>
    </w:p>
    <w:p>
      <w:r>
        <w:rPr>
          <w:rFonts w:ascii="Gentium Plus" w:hAnsi="Gentium Plus"/>
          <w:sz w:val="24"/>
        </w:rPr>
        <w:t>Ἐξουθενῶ σε. ἀντὶ τοῦ οὐδενός σε λογίζομαι. Ἐξοχετευόμενα. ἐκρέοντα. Ἐξομόσασθαι. τὸ μεθ’ ὅρκου ἀπαρνήσασθαι πρᾶξιν τινὰ διὰ νόσον ἢ πρόφασιν ἑτέραν τινά. οὕτως Δημοσθένης.</w:t>
      </w:r>
    </w:p>
    <w:p>
      <w:r>
        <w:rPr>
          <w:rFonts w:ascii="Courier New" w:hAnsi="Courier New"/>
          <w:color w:val="555555"/>
          <w:sz w:val="20"/>
        </w:rPr>
        <w:t>[15]</w:t>
      </w:r>
    </w:p>
    <w:p>
      <w:r>
        <w:rPr>
          <w:rFonts w:ascii="Gentium Plus" w:hAnsi="Gentium Plus"/>
          <w:sz w:val="24"/>
        </w:rPr>
        <w:t>Ἐξοιστρουμένην. μανεῖσαν. καὶ ἐξοιστρηθεὶς ἀντὶ τοῦ μανεὶς καὶ παρορμήσας. Ἐξοίσουσιν. ἐκβάλλουσιν. Ἐξοιχνεῦσιν. ἀντὶ τοῦ ἐξοιχνεύουσιν. Ἐξυβρίζοντα. παρασπονδοῦντα. παραβαίνοντα</w:t>
      </w:r>
    </w:p>
    <w:p>
      <w:r>
        <w:rPr>
          <w:rFonts w:ascii="Courier New" w:hAnsi="Courier New"/>
          <w:color w:val="555555"/>
          <w:sz w:val="20"/>
        </w:rPr>
        <w:t>[20]</w:t>
      </w:r>
    </w:p>
    <w:p>
      <w:r>
        <w:rPr>
          <w:rFonts w:ascii="Gentium Plus" w:hAnsi="Gentium Plus"/>
          <w:sz w:val="24"/>
        </w:rPr>
        <w:t>τὰς συνθήκας, ἀδικοῦντα. ὥστε ἀναγκαῖον εἶναι</w:t>
      </w:r>
    </w:p>
    <w:p>
      <w:r>
        <w:rPr>
          <w:rFonts w:ascii="Courier New" w:hAnsi="Courier New"/>
          <w:color w:val="555555"/>
          <w:sz w:val="20"/>
        </w:rPr>
        <w:t>[epsilon 784]</w:t>
      </w:r>
    </w:p>
    <w:p>
      <w:r>
        <w:rPr>
          <w:rFonts w:ascii="Gentium Plus" w:hAnsi="Gentium Plus"/>
          <w:sz w:val="24"/>
        </w:rPr>
        <w:t>Ἐξυπτιάζειν. τὸ ἐπὶ νώτου φέρεσθαι. οἱ μεθυ‐ σθέντες οἴνῳ, ἐπὶ πρόσωπον πίπτουσιν, οἱ δὲ κρίθινον πεπωκότες ἐξυπτιάζονται τὴν κεφα‐ λήν.</w:t>
      </w:r>
    </w:p>
    <w:p>
      <w:r>
        <w:rPr>
          <w:rFonts w:ascii="Courier New" w:hAnsi="Courier New"/>
          <w:color w:val="555555"/>
          <w:sz w:val="20"/>
        </w:rPr>
        <w:t>[5]</w:t>
      </w:r>
    </w:p>
    <w:p>
      <w:r>
        <w:rPr>
          <w:rFonts w:ascii="Gentium Plus" w:hAnsi="Gentium Plus"/>
          <w:sz w:val="24"/>
        </w:rPr>
        <w:t>Ἐξυφήνας. κατασκευάσας. Ἐξώκειλεν. ἐξέκλινεν. Ἐξωλέκει. ἀπώλεσεν. Ἐξωλόθρευσας. ἠφάνισας. Ἐξωμμάτωται. ἐπιτεταμένως ὁρᾷ. ἡ γὰρ ἐξ</w:t>
      </w:r>
    </w:p>
    <w:p>
      <w:r>
        <w:rPr>
          <w:rFonts w:ascii="Courier New" w:hAnsi="Courier New"/>
          <w:color w:val="555555"/>
          <w:sz w:val="20"/>
        </w:rPr>
        <w:t>[10]</w:t>
      </w:r>
    </w:p>
    <w:p>
      <w:r>
        <w:rPr>
          <w:rFonts w:ascii="Gentium Plus" w:hAnsi="Gentium Plus"/>
          <w:sz w:val="24"/>
        </w:rPr>
        <w:t>πρόθεσις ἐπίτασιν δηλοῖ. Ἀριστοφάνης· ἐξωμμάτωται καὶ λελάμπρυται κόρας. Ἐξωμισάσαις. ἄχρι τῶν ὤμων γυμνωσάσαις. Ἐξωπτῆσθαι. ὠπτημένον ὑπάρχειν. Ἐξώργισεν. ἐξεθύμωσεν.</w:t>
      </w:r>
    </w:p>
    <w:p>
      <w:r>
        <w:rPr>
          <w:rFonts w:ascii="Courier New" w:hAnsi="Courier New"/>
          <w:color w:val="555555"/>
          <w:sz w:val="20"/>
        </w:rPr>
        <w:t>[15]</w:t>
      </w:r>
    </w:p>
    <w:p>
      <w:r>
        <w:rPr>
          <w:rFonts w:ascii="Gentium Plus" w:hAnsi="Gentium Plus"/>
          <w:sz w:val="24"/>
        </w:rPr>
        <w:t>Ἐξωρχησάμην. ἐξεφαύλισα. κατέπαιξα. πρὸς ὃν ἐξωρχησάμην. [καὶ αὖθις· ὁ δὲ μεθυ‐ σθεὶς τὰ μυστήρια ἐξωρχήσατο. ἀντὶ τοῦ ἐμυ‐ κτήρισε, καὶ ἔκπτυστα ἐποίησεν.] Ἐξωστρακίσθη. ἐξωρίσθη. ἐπειδὴ εἰς ὄστρακον</w:t>
      </w:r>
    </w:p>
    <w:p>
      <w:r>
        <w:rPr>
          <w:rFonts w:ascii="Courier New" w:hAnsi="Courier New"/>
          <w:color w:val="555555"/>
          <w:sz w:val="20"/>
        </w:rPr>
        <w:t>[20]</w:t>
      </w:r>
    </w:p>
    <w:p>
      <w:r>
        <w:rPr>
          <w:rFonts w:ascii="Gentium Plus" w:hAnsi="Gentium Plus"/>
          <w:sz w:val="24"/>
        </w:rPr>
        <w:t>ἔγραφον τὴν ἐξορίαν.</w:t>
      </w:r>
    </w:p>
    <w:p>
      <w:r>
        <w:rPr>
          <w:rFonts w:ascii="Courier New" w:hAnsi="Courier New"/>
          <w:color w:val="555555"/>
          <w:sz w:val="20"/>
        </w:rPr>
        <w:t>[epsilon 785]</w:t>
      </w:r>
    </w:p>
    <w:p>
      <w:r>
        <w:rPr>
          <w:rFonts w:ascii="Gentium Plus" w:hAnsi="Gentium Plus"/>
          <w:sz w:val="24"/>
        </w:rPr>
        <w:t>Ἔξωσον. ἀποδίωξον. Ἐξωστεισμένος. ἐξηρθρωμένος. Ἐξωφρυωμένοι. ἐπῃρμένοι. Ἐξώχοντο. ἐξεπορεύοντο.</w:t>
      </w:r>
    </w:p>
    <w:p>
      <w:r>
        <w:rPr>
          <w:rFonts w:ascii="Courier New" w:hAnsi="Courier New"/>
          <w:color w:val="555555"/>
          <w:sz w:val="20"/>
        </w:rPr>
        <w:t>[5]</w:t>
      </w:r>
    </w:p>
    <w:p>
      <w:r>
        <w:rPr>
          <w:rFonts w:ascii="Gentium Plus" w:hAnsi="Gentium Plus"/>
          <w:sz w:val="24"/>
        </w:rPr>
        <w:t>Ἐξῆχεν. ἀντὶ τοῦ δώσειν. [οὕτως Δημοσθένης.] Ἐξῄρηται. ὑπερβάλλει. Ἐξεκλείσθη. ἀντὶ τοῦ ἀπέκλεισε. αὐτὴν ἡ πί‐ στις. οὕτως παρὰ τῷ Ἀποστόλῳ. ποῦ οὖν ἡ καύχησις; ἐξεκλείσθη.</w:t>
      </w:r>
    </w:p>
    <w:p>
      <w:pPr>
        <w:jc w:val="center"/>
      </w:pPr>
      <w:r>
        <w:rPr>
          <w:rFonts w:ascii="Gentium Plus" w:hAnsi="Gentium Plus"/>
          <w:b/>
          <w:sz w:val="24"/>
        </w:rPr>
        <w:t>(Ἐπίῤῥημα.)</w:t>
      </w:r>
    </w:p>
    <w:p>
      <w:r>
        <w:rPr>
          <w:rFonts w:ascii="Courier New" w:hAnsi="Courier New"/>
          <w:color w:val="555555"/>
          <w:sz w:val="20"/>
        </w:rPr>
        <w:t>[11]</w:t>
      </w:r>
    </w:p>
    <w:p>
      <w:r>
        <w:rPr>
          <w:rFonts w:ascii="Gentium Plus" w:hAnsi="Gentium Plus"/>
          <w:sz w:val="24"/>
        </w:rPr>
        <w:t>Ἐξάλλως. κατ’ ἄλλον τρόπον, παραδόξως. καθ’ ὑπεροχήν. Ἐξαπίνης ἐξαίφνης. Ἐξεπίτηδες. ἐπιτηδευμένως.</w:t>
      </w:r>
    </w:p>
    <w:p>
      <w:r>
        <w:rPr>
          <w:rFonts w:ascii="Courier New" w:hAnsi="Courier New"/>
          <w:color w:val="555555"/>
          <w:sz w:val="20"/>
        </w:rPr>
        <w:t>[15]</w:t>
      </w:r>
    </w:p>
    <w:p>
      <w:r>
        <w:rPr>
          <w:rFonts w:ascii="Gentium Plus" w:hAnsi="Gentium Plus"/>
          <w:sz w:val="24"/>
        </w:rPr>
        <w:t>Ἐξείης. καθεξῆς· ὀρδιναίως. ἐπίῤῥημα τάξεως. ἐξῆς, καὶ πλεονασμῷ τῆς ει διφθόγγου ἐξείης. Ἐξόχως. ἀντὶ τοῦ πάνυ.</w:t>
      </w:r>
    </w:p>
    <w:p>
      <w:pPr>
        <w:jc w:val="center"/>
      </w:pPr>
      <w:r>
        <w:rPr>
          <w:rFonts w:ascii="Gentium Plus" w:hAnsi="Gentium Plus"/>
          <w:b/>
          <w:sz w:val="24"/>
        </w:rPr>
        <w:t>Τὸ Ε μετὰ τοῦ Ο.</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Ἐοχμός. καθὰ συνδέδεται ὁ τράχηλος. ἀπὸ τοῦ</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Ἐορδία. χώρα. Ἑορτή. χρόνος ἱερὸς κατὰ νόμους. ἑορτὴ πολλὰ ἔχουσα· ἀπὸ τῶν πολλῶν ἀποτιθεμένων φορ‐</w:t>
      </w:r>
    </w:p>
    <w:p>
      <w:r>
        <w:rPr>
          <w:rFonts w:ascii="Courier New" w:hAnsi="Courier New"/>
          <w:color w:val="555555"/>
          <w:sz w:val="20"/>
        </w:rPr>
        <w:t>[5]</w:t>
      </w:r>
    </w:p>
    <w:p>
      <w:r>
        <w:rPr>
          <w:rFonts w:ascii="Gentium Plus" w:hAnsi="Gentium Plus"/>
          <w:sz w:val="24"/>
        </w:rPr>
        <w:t>τία. εἴρηται δὲ [ἀπὸ] τῶν πρὸς τὰς ἑορτὰς ἐπειγομένων.</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Ἐοικός. πρέπον, ὅμοιον. Ἑόν. τὸ ἴδιον.</w:t>
      </w:r>
    </w:p>
    <w:p>
      <w:r>
        <w:rPr>
          <w:rFonts w:ascii="Courier New" w:hAnsi="Courier New"/>
          <w:color w:val="555555"/>
          <w:sz w:val="20"/>
        </w:rPr>
        <w:t>[10]</w:t>
      </w:r>
    </w:p>
    <w:p>
      <w:r>
        <w:rPr>
          <w:rFonts w:ascii="Gentium Plus" w:hAnsi="Gentium Plus"/>
          <w:sz w:val="24"/>
        </w:rPr>
        <w:t>Ἐοικότα. πρόσφορα. Ἐοικός. ἢ τὸ ὁμοιοῦσθαι ἢ τὸ πρέπον ἢ τὸ δοκοῦν. Ἐοίκασι τοῖς ἐκ Πύλου ληφθεῖσι. τοῖς Λακω‐ νικοῖς. [παροιμία ἐπὶ τῶν ὠχριώντων καὶ ἰσχνῶν. Πύλος δὲ χώρα τῆς Λακωνικῆς.] ἔνθα</w:t>
      </w:r>
    </w:p>
    <w:p>
      <w:r>
        <w:rPr>
          <w:rFonts w:ascii="Courier New" w:hAnsi="Courier New"/>
          <w:color w:val="555555"/>
          <w:sz w:val="20"/>
        </w:rPr>
        <w:t>[15]</w:t>
      </w:r>
    </w:p>
    <w:p>
      <w:r>
        <w:rPr>
          <w:rFonts w:ascii="Gentium Plus" w:hAnsi="Gentium Plus"/>
          <w:sz w:val="24"/>
        </w:rPr>
        <w:t>Κλέων στρατηγήσας τοὺς αἰχμαλώτους ἀπὸ Σφακτηρίας ἔλαβεν.</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Ἔοιγμεν. ἀντὶ τοῦ ἐοίκαμεν, κατὰ συγκοπὴν καὶ τροπήν. ὡς δεδοίκαμεν, δέδοιγμεν.</w:t>
      </w:r>
    </w:p>
    <w:p>
      <w:r>
        <w:rPr>
          <w:rFonts w:ascii="Courier New" w:hAnsi="Courier New"/>
          <w:color w:val="555555"/>
          <w:sz w:val="20"/>
        </w:rPr>
        <w:t>[20]</w:t>
      </w:r>
    </w:p>
    <w:p>
      <w:r>
        <w:rPr>
          <w:rFonts w:ascii="Gentium Plus" w:hAnsi="Gentium Plus"/>
          <w:sz w:val="24"/>
        </w:rPr>
        <w:t>Ἐόλητο. ἐκινεῖτο καὶ ἐτετάρακτο. Ἔολπα. ἤλπιζον. Ἔοργα. εἰργασάμην. Ἐοργώς. ἐργασάμενος. κατθ’ ὁμῶς ὅ, τ’ ἀεργὸς ἀνὴρ ὅ, τε πολλὰ</w:t>
      </w:r>
    </w:p>
    <w:p>
      <w:r>
        <w:rPr>
          <w:rFonts w:ascii="Courier New" w:hAnsi="Courier New"/>
          <w:color w:val="555555"/>
          <w:sz w:val="20"/>
        </w:rPr>
        <w:t>[25]</w:t>
      </w:r>
    </w:p>
    <w:p>
      <w:r>
        <w:rPr>
          <w:rFonts w:ascii="Gentium Plus" w:hAnsi="Gentium Plus"/>
          <w:sz w:val="24"/>
        </w:rPr>
        <w:t>ἐοργώς.</w:t>
      </w:r>
    </w:p>
    <w:p>
      <w:pPr>
        <w:jc w:val="center"/>
      </w:pPr>
      <w:r>
        <w:rPr>
          <w:rFonts w:ascii="Gentium Plus" w:hAnsi="Gentium Plus"/>
          <w:b/>
          <w:sz w:val="24"/>
        </w:rPr>
        <w:t>Τὸ Ε μετὰ τοῦ Π.</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Ἐπακτὸς ὅρκος. ὁ μὴ αὐθαίρετος, ἀλλ’ ἐφ’ ὃν ἕτερος ἄγει, ἢ ὃν ἄν τις αὐτὸς ἑκὼν ἑαυτοῦ</w:t>
      </w:r>
    </w:p>
    <w:p>
      <w:r>
        <w:rPr>
          <w:rFonts w:ascii="Courier New" w:hAnsi="Courier New"/>
          <w:color w:val="555555"/>
          <w:sz w:val="20"/>
        </w:rPr>
        <w:t>[5]</w:t>
      </w:r>
    </w:p>
    <w:p>
      <w:r>
        <w:rPr>
          <w:rFonts w:ascii="Gentium Plus" w:hAnsi="Gentium Plus"/>
          <w:sz w:val="24"/>
        </w:rPr>
        <w:t>ἐπάγηται. τουτέστιν ὃν ἀναιρεῖται. Ἐπακτήρ. ὁ κυνηγός. Ἐπακτροκέλης. πλοῖον λῃστρικὸν, μεταξὺ ἐπακτρίδος καὶ κέλητος, ἅπερ καὶ αὐτὰ πλοιά‐ ρια ἐστίν.</w:t>
      </w:r>
    </w:p>
    <w:p>
      <w:r>
        <w:rPr>
          <w:rFonts w:ascii="Courier New" w:hAnsi="Courier New"/>
          <w:color w:val="555555"/>
          <w:sz w:val="20"/>
        </w:rPr>
        <w:t>[10]</w:t>
      </w:r>
    </w:p>
    <w:p>
      <w:r>
        <w:rPr>
          <w:rFonts w:ascii="Gentium Plus" w:hAnsi="Gentium Plus"/>
          <w:sz w:val="24"/>
        </w:rPr>
        <w:t>Ἐπακτὸς ὄμβρος. σφοδρός. Ἐπάντους. ὑψηλοῦ. Θουκυδίδης· ὑπὸ πολλῶν ἀπὸ τοῦ λόφου ἐπάντους ὄντος. Ἔπαρχος πραιτωρίων. ὁ τῶν ἑῴων τῆς φορο‐ λογίας τὴν ἐπίστασιν ἔχων παρὰ Ῥωμαίοις.</w:t>
      </w:r>
    </w:p>
    <w:p>
      <w:r>
        <w:rPr>
          <w:rFonts w:ascii="Courier New" w:hAnsi="Courier New"/>
          <w:color w:val="555555"/>
          <w:sz w:val="20"/>
        </w:rPr>
        <w:t>[15]</w:t>
      </w:r>
    </w:p>
    <w:p>
      <w:r>
        <w:rPr>
          <w:rFonts w:ascii="Gentium Plus" w:hAnsi="Gentium Plus"/>
          <w:sz w:val="24"/>
        </w:rPr>
        <w:t>Ἐπάρατος. ἐπαγωγός· καὶ ἄξιος κατάρας. καὶ</w:t>
      </w:r>
    </w:p>
    <w:p>
      <w:r>
        <w:rPr>
          <w:rFonts w:ascii="Courier New" w:hAnsi="Courier New"/>
          <w:color w:val="555555"/>
          <w:sz w:val="20"/>
        </w:rPr>
        <w:t>[epsilon 788]</w:t>
      </w:r>
    </w:p>
    <w:p>
      <w:r>
        <w:rPr>
          <w:rFonts w:ascii="Gentium Plus" w:hAnsi="Gentium Plus"/>
          <w:sz w:val="24"/>
        </w:rPr>
        <w:t>Ἐπαυλόσυνος. ὁ εἰς τὴν ἔπαυλιν ἰών. Ἐπαφρόδιτος. ἡδὺς, ἐπίχαρις. Ἐπενδύτης. τὸ ἐσώτατον ἱμάτιον, ὃ καὶ ὑπο‐ κάμισον λέγεται.</w:t>
      </w:r>
    </w:p>
    <w:p>
      <w:r>
        <w:rPr>
          <w:rFonts w:ascii="Courier New" w:hAnsi="Courier New"/>
          <w:color w:val="555555"/>
          <w:sz w:val="20"/>
        </w:rPr>
        <w:t>[5]</w:t>
      </w:r>
    </w:p>
    <w:p>
      <w:r>
        <w:rPr>
          <w:rFonts w:ascii="Gentium Plus" w:hAnsi="Gentium Plus"/>
          <w:sz w:val="24"/>
        </w:rPr>
        <w:t>Ἐπέραστος. ὁ ἐπιθυμητὸς, ἐράσμιος, πολυπό‐ θητος. Ἑπέται. οἱ θεράποντες, παρὰ τὸ ἕπεσθαι. Ἐπέτειος καρπός. ὁ παρ’ ἔτος. Ἐπειός. ὄνομα ἐθνικόν. καὶ Ἐπειῶν, τῶν Ἠλείων.</w:t>
      </w:r>
    </w:p>
    <w:p>
      <w:r>
        <w:rPr>
          <w:rFonts w:ascii="Courier New" w:hAnsi="Courier New"/>
          <w:color w:val="555555"/>
          <w:sz w:val="20"/>
        </w:rPr>
        <w:t>[10]</w:t>
      </w:r>
    </w:p>
    <w:p>
      <w:r>
        <w:rPr>
          <w:rFonts w:ascii="Gentium Plus" w:hAnsi="Gentium Plus"/>
          <w:sz w:val="24"/>
        </w:rPr>
        <w:t>ἀπὸ Ἐπειοῦ τοῦ Ἡλίου βασιλέως αὐτῶν. Ἐπείκτης. σπουδαῖος. Ἐπαίτης. ὁ πτωχός. ἀπὸ τοῦ αἰτῶ, αἰτήσω, ἐπαιτήτης καὶ ἐπαίτης. Ἐπηετανός. αὐτάρκης.</w:t>
      </w:r>
    </w:p>
    <w:p>
      <w:r>
        <w:rPr>
          <w:rFonts w:ascii="Courier New" w:hAnsi="Courier New"/>
          <w:color w:val="555555"/>
          <w:sz w:val="20"/>
        </w:rPr>
        <w:t>[15]</w:t>
      </w:r>
    </w:p>
    <w:p>
      <w:r>
        <w:rPr>
          <w:rFonts w:ascii="Gentium Plus" w:hAnsi="Gentium Plus"/>
          <w:sz w:val="24"/>
        </w:rPr>
        <w:t>Ἔπηλυς. ὁ ξένος ὁ νεωστὶ ἐλθὼν ἀπὸ ξένης.</w:t>
      </w:r>
    </w:p>
    <w:p>
      <w:r>
        <w:rPr>
          <w:rFonts w:ascii="Courier New" w:hAnsi="Courier New"/>
          <w:color w:val="555555"/>
          <w:sz w:val="20"/>
        </w:rPr>
        <w:t>[epsilon 789]</w:t>
      </w:r>
    </w:p>
    <w:p>
      <w:r>
        <w:rPr>
          <w:rFonts w:ascii="Gentium Plus" w:hAnsi="Gentium Plus"/>
          <w:sz w:val="24"/>
        </w:rPr>
        <w:t>Ἐπημοιβοί. ἐπηλλαγμένοι, ὥστε τὸν μὲν ἔνθεν, τὸν δὲ ἔνθεν ἐφέλκεσθαι. Ἐπηνέμιος πλοῦτος. ὁ ψευδόμενος καὶ ὁ ἀθρόον φανείς. καὶ νῦν ἐπηνέμιον βλέπω σε.</w:t>
      </w:r>
    </w:p>
    <w:p>
      <w:r>
        <w:rPr>
          <w:rFonts w:ascii="Courier New" w:hAnsi="Courier New"/>
          <w:color w:val="555555"/>
          <w:sz w:val="20"/>
        </w:rPr>
        <w:t>[5]</w:t>
      </w:r>
    </w:p>
    <w:p>
      <w:r>
        <w:rPr>
          <w:rFonts w:ascii="Gentium Plus" w:hAnsi="Gentium Plus"/>
          <w:sz w:val="24"/>
        </w:rPr>
        <w:t>Ἐπηρεφέες. ἐπιρεφεῖς. ἐπὶ τὰ κάτω ἐστραμ‐ μένοι, κατωφερεῖς. ἢ ἐστεγασμένοι. ἀπὸ τοῦ ἐρέπω, τὸ στέγω. Ἐπήτης. ὁ λόγιος καὶ συνετός. καὶ ἐπητεία ἡ</w:t>
      </w:r>
    </w:p>
    <w:p>
      <w:r>
        <w:rPr>
          <w:rFonts w:ascii="Courier New" w:hAnsi="Courier New"/>
          <w:color w:val="555555"/>
          <w:sz w:val="20"/>
        </w:rPr>
        <w:t>[epsilon 790]</w:t>
      </w:r>
    </w:p>
    <w:p>
      <w:r>
        <w:rPr>
          <w:rFonts w:ascii="Gentium Plus" w:hAnsi="Gentium Plus"/>
          <w:sz w:val="24"/>
        </w:rPr>
        <w:t>Ἐπήτριμοι. πυκνοὶ, ἐπάλληλοι. Ἐπήβολος. ἐπιτευκτικὸς, ἐπιτυχής. ἢ ὁ μέτο‐ χος. *ἢ ὁ γνωστικός.* τινὲς ἐπιβόλος γρά‐ φουσιν.</w:t>
      </w:r>
    </w:p>
    <w:p>
      <w:r>
        <w:rPr>
          <w:rFonts w:ascii="Courier New" w:hAnsi="Courier New"/>
          <w:color w:val="555555"/>
          <w:sz w:val="20"/>
        </w:rPr>
        <w:t>[5]</w:t>
      </w:r>
    </w:p>
    <w:p>
      <w:r>
        <w:rPr>
          <w:rFonts w:ascii="Gentium Plus" w:hAnsi="Gentium Plus"/>
          <w:sz w:val="24"/>
        </w:rPr>
        <w:t>Ἐπιβλής. ὁ τῇ θύρᾳ ἐπιβαλλόμενος μοχλός. Ἐπιάλτην. Ὅμηρος καὶ Ἡσίοδος καὶ οἱ Ἀττικοὶ τὸν δαίμονα, διὰ δὲ τοῦ φ τὸν ἄνδρα Ἐφιάλ‐ την. καὶ τὸν ῥιγοπύρετον λεγόμενον.</w:t>
      </w:r>
    </w:p>
    <w:p>
      <w:r>
        <w:rPr>
          <w:rFonts w:ascii="Courier New" w:hAnsi="Courier New"/>
          <w:color w:val="555555"/>
          <w:sz w:val="20"/>
        </w:rPr>
        <w:t>[epsilon 791]</w:t>
      </w:r>
    </w:p>
    <w:p>
      <w:r>
        <w:rPr>
          <w:rFonts w:ascii="Gentium Plus" w:hAnsi="Gentium Plus"/>
          <w:sz w:val="24"/>
        </w:rPr>
        <w:t>Ἐπιβρόντητος. ὁ ἐμβρόντητος. Ἐπιγνώμονας. ἐπισκόπους. ἐπιγραφέας· τοὺς καθεστηκότας ἐπὶ τῷ γράφειν ἑκάστῳ, ὅσον εἰσφέρειν ὀφείλουσιν εἰς τὸ δημόσιον.</w:t>
      </w:r>
    </w:p>
    <w:p>
      <w:r>
        <w:rPr>
          <w:rFonts w:ascii="Courier New" w:hAnsi="Courier New"/>
          <w:color w:val="555555"/>
          <w:sz w:val="20"/>
        </w:rPr>
        <w:t>[5]</w:t>
      </w:r>
    </w:p>
    <w:p>
      <w:r>
        <w:rPr>
          <w:rFonts w:ascii="Gentium Plus" w:hAnsi="Gentium Plus"/>
          <w:sz w:val="24"/>
        </w:rPr>
        <w:t>Ἐπιγραφεῖς. οἱ τὰ δημόσια ἐπιγράφοντες. [ὁπό‐ τε δεήσει ἀργύριον εἰσφέρειν εἰς τὸ δημόσιον τοὺς ἀστοὺς ἢ τοὺς μετοίκους, οἱ ταῦτα διαγρά‐ φοντες ἐπιγραφεῖς ἐκαλοῦντο.] Ἐπίδαυρος. ὄνομα τοπικόν. ἐν ᾧ ὁ Ἀσκληπιὸς</w:t>
      </w:r>
    </w:p>
    <w:p>
      <w:r>
        <w:rPr>
          <w:rFonts w:ascii="Courier New" w:hAnsi="Courier New"/>
          <w:color w:val="555555"/>
          <w:sz w:val="20"/>
        </w:rPr>
        <w:t>[10]</w:t>
      </w:r>
    </w:p>
    <w:p>
      <w:r>
        <w:rPr>
          <w:rFonts w:ascii="Gentium Plus" w:hAnsi="Gentium Plus"/>
          <w:sz w:val="24"/>
        </w:rPr>
        <w:t>ἐτιμᾶτο. Ἐπιδαίσιος οἶκος. ὁ ἐπίκοινος καὶ οὐ μεριστὸς, ὁ ἐπίσης καταλειφθεὶς δύο τισίν. Ἐπίδεσμος. ὁ ἐπὶ τῇ πληγῇ δεσμός. Ἐπιδήμιος. ἐμφύλιος ἢ κοινὸς δημὸς, ὃ σημαίνει</w:t>
      </w:r>
    </w:p>
    <w:p>
      <w:r>
        <w:rPr>
          <w:rFonts w:ascii="Courier New" w:hAnsi="Courier New"/>
          <w:color w:val="555555"/>
          <w:sz w:val="20"/>
        </w:rPr>
        <w:t>[15]</w:t>
      </w:r>
    </w:p>
    <w:p>
      <w:r>
        <w:rPr>
          <w:rFonts w:ascii="Gentium Plus" w:hAnsi="Gentium Plus"/>
          <w:sz w:val="24"/>
        </w:rPr>
        <w:t>λῖπος. Ἐπίδοξος. ἐπιφανὴς καὶ ὁ προσδόκιμος, ὡς τό· ἐπίδοξος ἦν αὐταρχῆσαι. Ἐπιθανής. ἐγγίζων τῷ θανάτῳ. ἀνὴρ πρεσβύ‐ της νοσῶν καὶ ἐπιθανὴς ὤν.</w:t>
      </w:r>
    </w:p>
    <w:p>
      <w:r>
        <w:rPr>
          <w:rFonts w:ascii="Courier New" w:hAnsi="Courier New"/>
          <w:color w:val="555555"/>
          <w:sz w:val="20"/>
        </w:rPr>
        <w:t>[20]</w:t>
      </w:r>
    </w:p>
    <w:p>
      <w:r>
        <w:rPr>
          <w:rFonts w:ascii="Gentium Plus" w:hAnsi="Gentium Plus"/>
          <w:sz w:val="24"/>
        </w:rPr>
        <w:t>Ἐπιθυμηταί. πρόθυμοι. [οἱ δὲ ἐμεγαλοφρόνουν</w:t>
      </w:r>
    </w:p>
    <w:p>
      <w:r>
        <w:rPr>
          <w:rFonts w:ascii="Courier New" w:hAnsi="Courier New"/>
          <w:color w:val="555555"/>
          <w:sz w:val="20"/>
        </w:rPr>
        <w:t>[epsilon 792]</w:t>
      </w:r>
    </w:p>
    <w:p>
      <w:r>
        <w:rPr>
          <w:rFonts w:ascii="Gentium Plus" w:hAnsi="Gentium Plus"/>
          <w:sz w:val="24"/>
        </w:rPr>
        <w:t>Ἐπικαιρότατος. ἐπιτήδειος. ἐν τοῖς ἐπικαίροις τῶν χωρίων τόποις. καὶ ἐπὶ καιροῦ, εὐκαίρως, ἁρμοδίως. Ἐπίκλητος. ἔξωθεν ἐρχόμενος. [διὰ τῆς ἐπι‐</w:t>
      </w:r>
    </w:p>
    <w:p>
      <w:r>
        <w:rPr>
          <w:rFonts w:ascii="Courier New" w:hAnsi="Courier New"/>
          <w:color w:val="555555"/>
          <w:sz w:val="20"/>
        </w:rPr>
        <w:t>[5]</w:t>
      </w:r>
    </w:p>
    <w:p>
      <w:r>
        <w:rPr>
          <w:rFonts w:ascii="Gentium Plus" w:hAnsi="Gentium Plus"/>
          <w:sz w:val="24"/>
        </w:rPr>
        <w:t>κλήτου καὶ ἀλόγου λοιδορίας ὑπέλαβε πιστό‐ τερος φανήσεσθαι. καὶ ὁ ἐπί τινι καλούμενος ὑποθέσει. Ἰουδαῖοι ἐπίκλητον ἑαυτοῖς τύραννον παρεισήγαγον.] Ἐπικλίντης. σεισμός.</w:t>
      </w:r>
    </w:p>
    <w:p>
      <w:r>
        <w:rPr>
          <w:rFonts w:ascii="Courier New" w:hAnsi="Courier New"/>
          <w:color w:val="555555"/>
          <w:sz w:val="20"/>
        </w:rPr>
        <w:t>[10]</w:t>
      </w:r>
    </w:p>
    <w:p>
      <w:r>
        <w:rPr>
          <w:rFonts w:ascii="Gentium Plus" w:hAnsi="Gentium Plus"/>
          <w:sz w:val="24"/>
        </w:rPr>
        <w:t>Ἐπικλοπώτερος. παραλογιστικώτερος. Ἐπίκλοπος. κλέπτης, παραλογιστικὸς, ἢ ἀπα‐ τεὼν καὶ ἐπιθυμητὴς τῶν ἀλλοτρίων. [κλέπτειν γὰρ τὸ ἐπιθυμεῖν. ὅθεν καὶ κλέπτης ὁ ἀλλο‐ τρίων ἐπιθυμητής.]</w:t>
      </w:r>
    </w:p>
    <w:p>
      <w:r>
        <w:rPr>
          <w:rFonts w:ascii="Courier New" w:hAnsi="Courier New"/>
          <w:color w:val="555555"/>
          <w:sz w:val="20"/>
        </w:rPr>
        <w:t>[15]</w:t>
      </w:r>
    </w:p>
    <w:p>
      <w:r>
        <w:rPr>
          <w:rFonts w:ascii="Gentium Plus" w:hAnsi="Gentium Plus"/>
          <w:sz w:val="24"/>
        </w:rPr>
        <w:t>Ἐπικούρειοι. οἱ φιλόσοφοι. Ἐπίκουρος. βοηθός. κυρίως δὲ ἐπίκουροι οἱ ἀπὸ ξένης χώρας σύμμαχοι τῶν πολεμουμένων. Ἐπίκωμος. ὑβριστὴς, συγχαίρων, μέθυσος. Ἐπικωπητήρ. ὁ τροπωτὴρ ἱμᾶς.</w:t>
      </w:r>
    </w:p>
    <w:p>
      <w:r>
        <w:rPr>
          <w:rFonts w:ascii="Courier New" w:hAnsi="Courier New"/>
          <w:color w:val="555555"/>
          <w:sz w:val="20"/>
        </w:rPr>
        <w:t>[20]</w:t>
      </w:r>
    </w:p>
    <w:p>
      <w:r>
        <w:rPr>
          <w:rFonts w:ascii="Gentium Plus" w:hAnsi="Gentium Plus"/>
          <w:sz w:val="24"/>
        </w:rPr>
        <w:t>Ἐπίκωπος. ξιφήρης. κώπη γὰρ ἡ λαβὴ τοῦ ξίφους. ἐπίκωπος καὶ ὁ ἐπὶ τὴν κώπην καθή‐</w:t>
      </w:r>
    </w:p>
    <w:p>
      <w:r>
        <w:rPr>
          <w:rFonts w:ascii="Courier New" w:hAnsi="Courier New"/>
          <w:color w:val="555555"/>
          <w:sz w:val="20"/>
        </w:rPr>
        <w:t>[epsilon 793]</w:t>
      </w:r>
    </w:p>
    <w:p>
      <w:r>
        <w:rPr>
          <w:rFonts w:ascii="Gentium Plus" w:hAnsi="Gentium Plus"/>
          <w:sz w:val="24"/>
        </w:rPr>
        <w:t>Ἐπικριτής. σύμβουλος· δοκιμαστής. Ἐπικράτης. ὁ δημαγωγὸς, ὁ καὶ ἔφορος ἐπι‐ καλούμενος. Ἐπικυδέστερος. νικητικὸς ἢ ἐνδοξότερος. †κῦ‐</w:t>
      </w:r>
    </w:p>
    <w:p>
      <w:r>
        <w:rPr>
          <w:rFonts w:ascii="Courier New" w:hAnsi="Courier New"/>
          <w:color w:val="555555"/>
          <w:sz w:val="20"/>
        </w:rPr>
        <w:t>[5]</w:t>
      </w:r>
    </w:p>
    <w:p>
      <w:r>
        <w:rPr>
          <w:rFonts w:ascii="Gentium Plus" w:hAnsi="Gentium Plus"/>
          <w:sz w:val="24"/>
        </w:rPr>
        <w:t>δος γὰρ ἡ δόξα.† Ἐπιεικής. πραΰς. παρὰ τὸ εἴκειν καὶ ὑποχωρεῖν· καὶ γὰρ οἱ πραεῖς παραχωροῦσι καὶ οὐκ ἀντι‐ τείνουσι. καὶ ἐπιείκεια ἐκ τούτου. Ἐπίλαμπος. καταφανής. [οὕτως Ἡρόδοτος.]</w:t>
      </w:r>
    </w:p>
    <w:p>
      <w:r>
        <w:rPr>
          <w:rFonts w:ascii="Courier New" w:hAnsi="Courier New"/>
          <w:color w:val="555555"/>
          <w:sz w:val="20"/>
        </w:rPr>
        <w:t>[10]</w:t>
      </w:r>
    </w:p>
    <w:p>
      <w:r>
        <w:rPr>
          <w:rFonts w:ascii="Gentium Plus" w:hAnsi="Gentium Plus"/>
          <w:sz w:val="24"/>
        </w:rPr>
        <w:t>Ἐπιλογισμός. ὁ κατὰ τὸν πρῶτον λόγον ἀνελ‐ θὼν καὶ τοῖς ἔμπροσθεν ὑπερμαχῶν ἢ ἀνθι‐ στάμενος. Ἐπίμαργος. μεμῃνώς. Ἐπιμασθίδιος. ὁ θηλάζων. ὁ δὲ νεώτατος παῖς</w:t>
      </w:r>
    </w:p>
    <w:p>
      <w:r>
        <w:rPr>
          <w:rFonts w:ascii="Courier New" w:hAnsi="Courier New"/>
          <w:color w:val="555555"/>
          <w:sz w:val="20"/>
        </w:rPr>
        <w:t>[15]</w:t>
      </w:r>
    </w:p>
    <w:p>
      <w:r>
        <w:rPr>
          <w:rFonts w:ascii="Gentium Plus" w:hAnsi="Gentium Plus"/>
          <w:sz w:val="24"/>
        </w:rPr>
        <w:t>ἐπιμασθίδιος ἦν, οὗ ἡ μήτηρ ἀντείχετο. Ἐπιμελής. ὁ καθαρὸς ἄρτος, καὶ ὁ ἀγωνιστὴς, καὶ ὁ σπουδαῖος, ὁ ἐπιμέλειαν ἔχων. Ἐπινάστιος. ξένος, φυγὰς, μέτοικος. Ἐπίνειοι. οἱ παραθαλάσσιοι λιμένες, οἱ ἔχοντες</w:t>
      </w:r>
    </w:p>
    <w:p>
      <w:r>
        <w:rPr>
          <w:rFonts w:ascii="Courier New" w:hAnsi="Courier New"/>
          <w:color w:val="555555"/>
          <w:sz w:val="20"/>
        </w:rPr>
        <w:t>[20]</w:t>
      </w:r>
    </w:p>
    <w:p>
      <w:r>
        <w:rPr>
          <w:rFonts w:ascii="Gentium Plus" w:hAnsi="Gentium Plus"/>
          <w:sz w:val="24"/>
        </w:rPr>
        <w:t>οἰκήματα. [καὶ ἐπίνειον, παραθαλάσσιον χωρίον, ὁ λεγόμενος κατάβολος, παρὰ τὸ ἐν αὐτῷ νή‐ χεσθαι τὰς ὁλκάδας καὶ ὀκέλλειν. ἢ πόλισμα παραθαλάσσιον, ἔνθα τὰ νεώρια τῆς πόλεως</w:t>
      </w:r>
    </w:p>
    <w:p>
      <w:r>
        <w:rPr>
          <w:rFonts w:ascii="Courier New" w:hAnsi="Courier New"/>
          <w:color w:val="555555"/>
          <w:sz w:val="20"/>
        </w:rPr>
        <w:t>[epsilon 794]</w:t>
      </w:r>
    </w:p>
    <w:p>
      <w:r>
        <w:rPr>
          <w:rFonts w:ascii="Gentium Plus" w:hAnsi="Gentium Plus"/>
          <w:sz w:val="24"/>
        </w:rPr>
        <w:t>Ἐπίξηνος. ὁ μαγειρικὸς κορμὸς, ἐφ’ ᾧ τὰ κρέα συγκόπτουσιν. Ἀριστοφάνης· ὑπὲρ ἐπιξήνου θελήσω τὴν κεφαλὴν ἔχων λέγειν.</w:t>
      </w:r>
    </w:p>
    <w:p>
      <w:r>
        <w:rPr>
          <w:rFonts w:ascii="Courier New" w:hAnsi="Courier New"/>
          <w:color w:val="555555"/>
          <w:sz w:val="20"/>
        </w:rPr>
        <w:t>[5]</w:t>
      </w:r>
    </w:p>
    <w:p>
      <w:r>
        <w:rPr>
          <w:rFonts w:ascii="Gentium Plus" w:hAnsi="Gentium Plus"/>
          <w:sz w:val="24"/>
        </w:rPr>
        <w:t>[καὶ ἐπὶ οὐδετέρου, ἐπίξηνον, τὸ νῦν ἐπίκοπον.] Ἐπὶ ξυροῦ. ἐπὶ κινδύνου. ἐν αὐτῇ τῇ τοῦ πρά‐ γματος ἐπιτάσει. Ἐπ’ οὐδόν. ἐπὶ τὴν φλιὰν, ἐπὶ τὸ πρόθυρον. Ἐπιπόλαιος. ἀντὶ τοῦ οὐ βαθὺς τὸν τρόπον. ὁ</w:t>
      </w:r>
    </w:p>
    <w:p>
      <w:r>
        <w:rPr>
          <w:rFonts w:ascii="Courier New" w:hAnsi="Courier New"/>
          <w:color w:val="555555"/>
          <w:sz w:val="20"/>
        </w:rPr>
        <w:t>[10]</w:t>
      </w:r>
    </w:p>
    <w:p>
      <w:r>
        <w:rPr>
          <w:rFonts w:ascii="Gentium Plus" w:hAnsi="Gentium Plus"/>
          <w:sz w:val="24"/>
        </w:rPr>
        <w:t>δὲ Σιλουανὸς ἦν μὲν ἐπιεικὴς [τὸν τρόπον], ἁπλούστερος δὲ τὰ ἤθη καὶ ἐπιπόλαιος. Ἐπίπλους. τὸ λῖπος. ἀπὸ τοῦ ἐκπλεῖν καὶ ἐξεπιπολῆς, εἶναι. Ἐπιούσιος ἄρτος. ὁ τῇ ἑκάστῃ οὐσίᾳ ἡμῶν ἁρ‐</w:t>
      </w:r>
    </w:p>
    <w:p>
      <w:r>
        <w:rPr>
          <w:rFonts w:ascii="Courier New" w:hAnsi="Courier New"/>
          <w:color w:val="555555"/>
          <w:sz w:val="20"/>
        </w:rPr>
        <w:t>[15]</w:t>
      </w:r>
    </w:p>
    <w:p>
      <w:r>
        <w:rPr>
          <w:rFonts w:ascii="Gentium Plus" w:hAnsi="Gentium Plus"/>
          <w:sz w:val="24"/>
        </w:rPr>
        <w:t>μόζων, ἢ ὁ καθημερινός. Ἐπίῤῥητοι. αἰσχροὶ, καταγνώσεως ἄξιοι. ἐπί‐ ψογοι. Ἐπίῤῥοθος. βοηθὸς, ἢ καὶ ὁ ῥευματικός. ῥό‐ διον γὰρ τὸ ῥεῦμα. ὁ ποταμὸς ἐπίῤῥοθος ἦν.</w:t>
      </w:r>
    </w:p>
    <w:p>
      <w:r>
        <w:rPr>
          <w:rFonts w:ascii="Courier New" w:hAnsi="Courier New"/>
          <w:color w:val="555555"/>
          <w:sz w:val="20"/>
        </w:rPr>
        <w:t>[20]</w:t>
      </w:r>
    </w:p>
    <w:p>
      <w:r>
        <w:rPr>
          <w:rFonts w:ascii="Gentium Plus" w:hAnsi="Gentium Plus"/>
          <w:sz w:val="24"/>
        </w:rPr>
        <w:t>Ἐπίσαλος. ἀβέβαιος, εὐμετάπτωτος. [ἐπισάλων τὲ τῶν τῆς σωτηρίας ἐλπίδων γενομένων αὐτοῖς, ἐξεχώρουν τοῦ ἄστεως.] Ἐπίσιτος. ὁ τροφῆς χάριν ἐργαζόμενος. Ἐπισιτισμός. διάθρεψις. [τροφή.]</w:t>
      </w:r>
    </w:p>
    <w:p>
      <w:r>
        <w:rPr>
          <w:rFonts w:ascii="Courier New" w:hAnsi="Courier New"/>
          <w:color w:val="555555"/>
          <w:sz w:val="20"/>
        </w:rPr>
        <w:t>[25]</w:t>
      </w:r>
    </w:p>
    <w:p>
      <w:r>
        <w:rPr>
          <w:rFonts w:ascii="Gentium Plus" w:hAnsi="Gentium Plus"/>
          <w:sz w:val="24"/>
        </w:rPr>
        <w:t>Ἐπίσημος. ἔνδοξος, ἐπιφανής.</w:t>
      </w:r>
    </w:p>
    <w:p>
      <w:r>
        <w:rPr>
          <w:rFonts w:ascii="Courier New" w:hAnsi="Courier New"/>
          <w:color w:val="555555"/>
          <w:sz w:val="20"/>
        </w:rPr>
        <w:t>[epsilon 795]</w:t>
      </w:r>
    </w:p>
    <w:p>
      <w:r>
        <w:rPr>
          <w:rFonts w:ascii="Gentium Plus" w:hAnsi="Gentium Plus"/>
          <w:sz w:val="24"/>
        </w:rPr>
        <w:t>Ἐπισπαστῆρες τῶν θυρῶν. τὰ προσηλωμένα σιδήρια, δι’ ὧν ἀνακλίνεται καὶ ἐπιτίθεται ἡ πύλη. Ἐπιστάτης. ὁ τοῦ λόχου ὀπίσω τεταγμένος.</w:t>
      </w:r>
    </w:p>
    <w:p>
      <w:r>
        <w:rPr>
          <w:rFonts w:ascii="Courier New" w:hAnsi="Courier New"/>
          <w:color w:val="555555"/>
          <w:sz w:val="20"/>
        </w:rPr>
        <w:t>[5]</w:t>
      </w:r>
    </w:p>
    <w:p>
      <w:r>
        <w:rPr>
          <w:rFonts w:ascii="Gentium Plus" w:hAnsi="Gentium Plus"/>
          <w:sz w:val="24"/>
        </w:rPr>
        <w:t>ὁ δὲ μετ’ αὐτὸν πρωτοστάτης. καὶ ὁ εἰδήμων. Ἐπιστεφέας. ὑπερχειλεῖς. ἐπιστεφέας τιθέμε‐ νοι τοὺς κρατῆρας. Ἐπιστημονικώτατος. σοφὸς, ἀκριβής. Ἐπιστήμων. εἰδήμων, γνωστικός.</w:t>
      </w:r>
    </w:p>
    <w:p>
      <w:r>
        <w:rPr>
          <w:rFonts w:ascii="Courier New" w:hAnsi="Courier New"/>
          <w:color w:val="555555"/>
          <w:sz w:val="20"/>
        </w:rPr>
        <w:t>[10]</w:t>
      </w:r>
    </w:p>
    <w:p>
      <w:r>
        <w:rPr>
          <w:rFonts w:ascii="Gentium Plus" w:hAnsi="Gentium Plus"/>
          <w:sz w:val="24"/>
        </w:rPr>
        <w:t>Ἐπίστιος. ὁ ἔποικος. παρ’ Ἡροδότῳ. Ἐπιτακτοὶ στρατιῶται. οἱ προτεταγμένοι τὴν μάχην ἐφορᾷν καὶ τῷ πονοῦντι μέρει βοηθεῖν. [Θουκυδίδης· καὶ τοὺς σκευοφόρους ἐντὸς τού‐ των τῶν ἐπιτακτῶν ἐποιήσαντο.]</w:t>
      </w:r>
    </w:p>
    <w:p>
      <w:r>
        <w:rPr>
          <w:rFonts w:ascii="Courier New" w:hAnsi="Courier New"/>
          <w:color w:val="555555"/>
          <w:sz w:val="20"/>
        </w:rPr>
        <w:t>[15]</w:t>
      </w:r>
    </w:p>
    <w:p>
      <w:r>
        <w:rPr>
          <w:rFonts w:ascii="Gentium Plus" w:hAnsi="Gentium Plus"/>
          <w:sz w:val="24"/>
        </w:rPr>
        <w:t>Ἐπιτάῤῥοθος. βοηθός. [ἐκ τοῦ ἐπίῤῥοθος γί‐ νεται ἐπιτάῤῥοθος, πλεονασμῷ τῆς ταρ συλλα‐ βῆς. ὡς τὸ ἀτηρὴς, ἀταρτηρός.] Ἐπιτήδειος. παρὰ τὸ δέος, ὃ σημαίνει τὸν φό‐ βον, ἄδεος, πλεονασμῷ τοῦ ι, ἄδειος, ὁ ἐστε‐</w:t>
      </w:r>
    </w:p>
    <w:p>
      <w:r>
        <w:rPr>
          <w:rFonts w:ascii="Courier New" w:hAnsi="Courier New"/>
          <w:color w:val="555555"/>
          <w:sz w:val="20"/>
        </w:rPr>
        <w:t>[20]</w:t>
      </w:r>
    </w:p>
    <w:p>
      <w:r>
        <w:rPr>
          <w:rFonts w:ascii="Gentium Plus" w:hAnsi="Gentium Plus"/>
          <w:sz w:val="24"/>
        </w:rPr>
        <w:t>ρημένος τὸ φοβεῖσθαι, καὶ ἐκτάσει τοῦ α εἰς η καὶ πλεονασμῷ τοῦ τ, μετὰ τῆς ἐπὶ προθέ‐ σεως, ἐπιτήδειος. Ἐπιτιμητάς. τιμηταὶ μὲν οἱ πρῶτόν τι ἐκα‐ λοῦντο τιμώμενοι, ἐπιτιμηταὶ δὲ οἱ χρόνῳ ὕστε‐</w:t>
      </w:r>
    </w:p>
    <w:p>
      <w:r>
        <w:rPr>
          <w:rFonts w:ascii="Courier New" w:hAnsi="Courier New"/>
          <w:color w:val="555555"/>
          <w:sz w:val="20"/>
        </w:rPr>
        <w:t>[25]</w:t>
      </w:r>
    </w:p>
    <w:p>
      <w:r>
        <w:rPr>
          <w:rFonts w:ascii="Gentium Plus" w:hAnsi="Gentium Plus"/>
          <w:sz w:val="24"/>
        </w:rPr>
        <w:t>ρον τὰ αὐτὰ τιμώμενοι.</w:t>
      </w:r>
    </w:p>
    <w:p>
      <w:r>
        <w:rPr>
          <w:rFonts w:ascii="Courier New" w:hAnsi="Courier New"/>
          <w:color w:val="555555"/>
          <w:sz w:val="20"/>
        </w:rPr>
        <w:t>[epsilon 796]</w:t>
      </w:r>
    </w:p>
    <w:p>
      <w:r>
        <w:rPr>
          <w:rFonts w:ascii="Gentium Plus" w:hAnsi="Gentium Plus"/>
          <w:sz w:val="24"/>
        </w:rPr>
        <w:t>Ἐπίτιμον. πλούσιον. ἢ τὸν μὴ ἄτιμον. Ἐπίτονος. ὁ δεσμεύων ἱμᾶς πρὸς τὸν ἱστὸν τὸ κέρας. Ἐπίτριπτος. πονηρὸς, ἄξιος ἐπιτριβῆναι καὶ</w:t>
      </w:r>
    </w:p>
    <w:p>
      <w:r>
        <w:rPr>
          <w:rFonts w:ascii="Courier New" w:hAnsi="Courier New"/>
          <w:color w:val="555555"/>
          <w:sz w:val="20"/>
        </w:rPr>
        <w:t>[5]</w:t>
      </w:r>
    </w:p>
    <w:p>
      <w:r>
        <w:rPr>
          <w:rFonts w:ascii="Gentium Plus" w:hAnsi="Gentium Plus"/>
          <w:sz w:val="24"/>
        </w:rPr>
        <w:t>πληγωθῆναι. Ἐπίφορος. ὁρμητικός. [οὐδὲ πρὸς ἀδικίαν ἢ πλεονεξίαν ἐπίφορος ἦν.] Ἐπολιός. εἶδος ὀρνέου νυκτερινοῦ. Ἔποικος. μέτοικος ὁ ἐν πόλει, [παρὰ Θουκυδί‐</w:t>
      </w:r>
    </w:p>
    <w:p>
      <w:r>
        <w:rPr>
          <w:rFonts w:ascii="Courier New" w:hAnsi="Courier New"/>
          <w:color w:val="555555"/>
          <w:sz w:val="20"/>
        </w:rPr>
        <w:t>[10]</w:t>
      </w:r>
    </w:p>
    <w:p>
      <w:r>
        <w:rPr>
          <w:rFonts w:ascii="Gentium Plus" w:hAnsi="Gentium Plus"/>
          <w:sz w:val="24"/>
        </w:rPr>
        <w:t>δῃ· ἄποικος δὲ ὁ ἐν ἐρήμῳ τόπῳ πεμπόμε‐ νος οἰκῆσαι.] Ἐποίνιος. μέθυσος. Ἐπώμοτον. ἐγγυητὴν τοῦ ὅρκου. Ἐπώνυμοι. οἱ κατ’ ἀρετὴν διαπρέποντες. [ἐπώ‐</w:t>
      </w:r>
    </w:p>
    <w:p>
      <w:r>
        <w:rPr>
          <w:rFonts w:ascii="Courier New" w:hAnsi="Courier New"/>
          <w:color w:val="555555"/>
          <w:sz w:val="20"/>
        </w:rPr>
        <w:t>[15]</w:t>
      </w:r>
    </w:p>
    <w:p>
      <w:r>
        <w:rPr>
          <w:rFonts w:ascii="Gentium Plus" w:hAnsi="Gentium Plus"/>
          <w:sz w:val="24"/>
        </w:rPr>
        <w:t>νυμοι, οὐχὶ οἱ καλούμενοι ὑπό τινων, ὅτι μὴ σπανίως παρὰ τοῖς Ἀττικοῖς, ἀλλ’ ἀφ’ ὧν ὀνο‐ μάζονταί τινες. οὕτω τῶν φυλῶν ἐπωνύμους κα‐ λοῦσιν. οἱ δὲ Ἴωνες καὶ ἔμπαλιν χρῶνται. Ἡρόδοτος· αὐτοί τε οἱ ἄνθρωποι καὶ ἡ γῆ</w:t>
      </w:r>
    </w:p>
    <w:p>
      <w:r>
        <w:rPr>
          <w:rFonts w:ascii="Courier New" w:hAnsi="Courier New"/>
          <w:color w:val="555555"/>
          <w:sz w:val="20"/>
        </w:rPr>
        <w:t>[20]</w:t>
      </w:r>
    </w:p>
    <w:p>
      <w:r>
        <w:rPr>
          <w:rFonts w:ascii="Gentium Plus" w:hAnsi="Gentium Plus"/>
          <w:sz w:val="24"/>
        </w:rPr>
        <w:t>αὐτέων ἐπώνυμοι τοῦ καταστρεψαμένου καλέον‐ ται.] ἐπώνυμον δ’ ἄρχοντα οὐχ εὑρίσκω λεγό‐ μενον.</w:t>
      </w:r>
    </w:p>
    <w:p>
      <w:r>
        <w:rPr>
          <w:rFonts w:ascii="Courier New" w:hAnsi="Courier New"/>
          <w:color w:val="555555"/>
          <w:sz w:val="20"/>
        </w:rPr>
        <w:t>[epsilon 797]</w:t>
      </w:r>
    </w:p>
    <w:p>
      <w:r>
        <w:rPr>
          <w:rFonts w:ascii="Gentium Plus" w:hAnsi="Gentium Plus"/>
          <w:sz w:val="24"/>
        </w:rPr>
        <w:t>Ἐπ’ ἐμὲ τὴν χεῖρά σου. ἀπὸ μεταφορᾶς τῶν αἰκιζομένων. ὁρῶν τὴν χεῖρα σου κειμένην καὶ λίαν μαστιγοῦσαν. Ἐπηοί. οἱ κατ’ ἐπιγαμείαν συγγενεῖς.</w:t>
      </w:r>
    </w:p>
    <w:p>
      <w:r>
        <w:rPr>
          <w:rFonts w:ascii="Courier New" w:hAnsi="Courier New"/>
          <w:color w:val="555555"/>
          <w:sz w:val="20"/>
        </w:rPr>
        <w:t>[5]</w:t>
      </w:r>
    </w:p>
    <w:p>
      <w:r>
        <w:rPr>
          <w:rFonts w:ascii="Gentium Plus" w:hAnsi="Gentium Plus"/>
          <w:sz w:val="24"/>
        </w:rPr>
        <w:t>Ἐπώμαιος. τοῦ Ψελλοῦ· ἐπώμαιος ὁ τράχη‐ λος· ἔρσαιον τὸ δροσῶδες.</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Ἐπαύλειος. ἡ τῆς αὐλῆς ὁδός. Ἔπαυλις. ἡ κατοικία. ἢ μάνδρα βοῶν καὶ προ‐</w:t>
      </w:r>
    </w:p>
    <w:p>
      <w:r>
        <w:rPr>
          <w:rFonts w:ascii="Courier New" w:hAnsi="Courier New"/>
          <w:color w:val="555555"/>
          <w:sz w:val="20"/>
        </w:rPr>
        <w:t>[10]</w:t>
      </w:r>
    </w:p>
    <w:p>
      <w:r>
        <w:rPr>
          <w:rFonts w:ascii="Gentium Plus" w:hAnsi="Gentium Plus"/>
          <w:sz w:val="24"/>
        </w:rPr>
        <w:t>βάτων. Ἐπαγωγή. συμφορά. πειρασμός. ζημία, ἢ αἰχμαλωσία, ἤτοι τὸ ὁπωσοῦν ἐπαγόμενον κα‐ κόν. [ἢ ἀπὸ τῶν μερικῶν ἐπὶ τὰ καθόλου ἔφο‐ δος, ἢ λόγος διά τινων ἀληθῶν τὸ ὅμοιον αὐτῷ</w:t>
      </w:r>
    </w:p>
    <w:p>
      <w:r>
        <w:rPr>
          <w:rFonts w:ascii="Courier New" w:hAnsi="Courier New"/>
          <w:color w:val="555555"/>
          <w:sz w:val="20"/>
        </w:rPr>
        <w:t>[15]</w:t>
      </w:r>
    </w:p>
    <w:p>
      <w:r>
        <w:rPr>
          <w:rFonts w:ascii="Gentium Plus" w:hAnsi="Gentium Plus"/>
          <w:sz w:val="24"/>
        </w:rPr>
        <w:t>ἀληθὲς οἰκείως ἐπιφέρων.] Ἐπαγγελίαι. καθ’ ὧν μὴ εἰσὶ κολάσεις ὁρμώ‐ μεναι κατὰ τοὺς κειμένους ἤδη νόμους. Ἐπαναφορά. τὸ ἀναφέρειν τῷ ἀνακοινοῦσθαι τῷ πλήθει.</w:t>
      </w:r>
    </w:p>
    <w:p>
      <w:r>
        <w:rPr>
          <w:rFonts w:ascii="Courier New" w:hAnsi="Courier New"/>
          <w:color w:val="555555"/>
          <w:sz w:val="20"/>
        </w:rPr>
        <w:t>[20]</w:t>
      </w:r>
    </w:p>
    <w:p>
      <w:r>
        <w:rPr>
          <w:rFonts w:ascii="Gentium Plus" w:hAnsi="Gentium Plus"/>
          <w:sz w:val="24"/>
        </w:rPr>
        <w:t>Ἐπακτρίς. εἶδος πλοίου. ἐμβάντες δὲ εἰς τὰς</w:t>
      </w:r>
    </w:p>
    <w:p>
      <w:r>
        <w:rPr>
          <w:rFonts w:ascii="Courier New" w:hAnsi="Courier New"/>
          <w:color w:val="555555"/>
          <w:sz w:val="20"/>
        </w:rPr>
        <w:t>[epsilon 798]</w:t>
      </w:r>
    </w:p>
    <w:p>
      <w:r>
        <w:rPr>
          <w:rFonts w:ascii="Gentium Plus" w:hAnsi="Gentium Plus"/>
          <w:sz w:val="24"/>
        </w:rPr>
        <w:t>ἐπακτρίδας καὶ δρομάδας ὁλκάδας τὸν ὅρμον περιενόστησαν. Ἐπαλλάξεις. ἀντὶ τοῦ συναλλαγὰς ἢ μίξεις. [οὕτως Ἀντιφῶν.]</w:t>
      </w:r>
    </w:p>
    <w:p>
      <w:r>
        <w:rPr>
          <w:rFonts w:ascii="Courier New" w:hAnsi="Courier New"/>
          <w:color w:val="555555"/>
          <w:sz w:val="20"/>
        </w:rPr>
        <w:t>[5]</w:t>
      </w:r>
    </w:p>
    <w:p>
      <w:r>
        <w:rPr>
          <w:rFonts w:ascii="Gentium Plus" w:hAnsi="Gentium Plus"/>
          <w:sz w:val="24"/>
        </w:rPr>
        <w:t>Ἐπαφή. ἡ περίεργος ψηλάφησις, καὶ ἡ πρόσ‐ ψαυσις. Ἐπακτή. ἐκ τῆς λεπτῆς ψήφου τῆς σελήνης ἀριθμουμένη ἡμέρα. Ἐπάλξεις. οἱ τῶν πύργων καὶ τῶν τειχέων</w:t>
      </w:r>
    </w:p>
    <w:p>
      <w:r>
        <w:rPr>
          <w:rFonts w:ascii="Courier New" w:hAnsi="Courier New"/>
          <w:color w:val="555555"/>
          <w:sz w:val="20"/>
        </w:rPr>
        <w:t>[10]</w:t>
      </w:r>
    </w:p>
    <w:p>
      <w:r>
        <w:rPr>
          <w:rFonts w:ascii="Gentium Plus" w:hAnsi="Gentium Plus"/>
          <w:sz w:val="24"/>
        </w:rPr>
        <w:t>προμαχῶνες. Ἐπαρυστρίδες. αἱ ἀντλήτριαι. ἀπὸ τοῦ ἀρύω, τὸ ἀντλῶ. εἰσὶ δὲ καὶ μικρὰ τρουλία, ἐν ταῖς λυχναψίαις. Ἐπαπόρησις. πρότασις ἀπορίαν ἔχουσα.</w:t>
      </w:r>
    </w:p>
    <w:p>
      <w:r>
        <w:rPr>
          <w:rFonts w:ascii="Courier New" w:hAnsi="Courier New"/>
          <w:color w:val="555555"/>
          <w:sz w:val="20"/>
        </w:rPr>
        <w:t>[15]</w:t>
      </w:r>
    </w:p>
    <w:p>
      <w:r>
        <w:rPr>
          <w:rFonts w:ascii="Gentium Plus" w:hAnsi="Gentium Plus"/>
          <w:sz w:val="24"/>
        </w:rPr>
        <w:t>Ἐπαπορία. ἡ ἐκ διαφόρων λόγων νουνεχὴς σύνθεσις, τὸ νῖκος εἰς ἑαυτὴν ἀποδεῖξαι σπου‐ δάζουσα. *Ἐπίδαμνος. τὸ Διράχιον.* Ἐπέλευσις. [ὁρμή.] ἐπιδρομή· ἔφοδος.</w:t>
      </w:r>
    </w:p>
    <w:p>
      <w:r>
        <w:rPr>
          <w:rFonts w:ascii="Courier New" w:hAnsi="Courier New"/>
          <w:color w:val="555555"/>
          <w:sz w:val="20"/>
        </w:rPr>
        <w:t>[20]</w:t>
      </w:r>
    </w:p>
    <w:p>
      <w:r>
        <w:rPr>
          <w:rFonts w:ascii="Gentium Plus" w:hAnsi="Gentium Plus"/>
          <w:sz w:val="24"/>
        </w:rPr>
        <w:t>Ἐπεσβολίαις. λοιδορίαις. παρὰ τὸ ἔπεσι βάλ‐</w:t>
      </w:r>
    </w:p>
    <w:p>
      <w:r>
        <w:rPr>
          <w:rFonts w:ascii="Courier New" w:hAnsi="Courier New"/>
          <w:color w:val="555555"/>
          <w:sz w:val="20"/>
        </w:rPr>
        <w:t>[epsilon 799]</w:t>
      </w:r>
    </w:p>
    <w:p>
      <w:r>
        <w:rPr>
          <w:rFonts w:ascii="Gentium Plus" w:hAnsi="Gentium Plus"/>
          <w:sz w:val="24"/>
        </w:rPr>
        <w:t>Ἐπεξαγωγῇ. ἐμαστιγοῦτο ῥάβδοις, [εἶτα ἐπεξ‐ αγωγῇ ἐπιπράσκετο. δειλίας καὶ ἀποδράσεως τίμημα φερόμενος δοῦλος εἶναι.] Ἐπευκτή. ἐπιθυμητὴ, εὐχῆς ἀξία.</w:t>
      </w:r>
    </w:p>
    <w:p>
      <w:r>
        <w:rPr>
          <w:rFonts w:ascii="Courier New" w:hAnsi="Courier New"/>
          <w:color w:val="555555"/>
          <w:sz w:val="20"/>
        </w:rPr>
        <w:t>[5]</w:t>
      </w:r>
    </w:p>
    <w:p>
      <w:r>
        <w:rPr>
          <w:rFonts w:ascii="Gentium Plus" w:hAnsi="Gentium Plus"/>
          <w:sz w:val="24"/>
        </w:rPr>
        <w:t>Ἐπειγωλή. ἡ σπουδή. ἀπὸ τοῦ ἐπείγω, ἐπει‐ γωλή. Ἐπεισκύκλησις. ἡ ἀνακύκλησις, ἢ ἐπισύναξις. Ἐπεισφοραῖς. καταδίκαις. Ἐπηγκενίς. τὸ ἐπιμῆκες παρατεταμμένον ξύ‐</w:t>
      </w:r>
    </w:p>
    <w:p>
      <w:r>
        <w:rPr>
          <w:rFonts w:ascii="Courier New" w:hAnsi="Courier New"/>
          <w:color w:val="555555"/>
          <w:sz w:val="20"/>
        </w:rPr>
        <w:t>[10]</w:t>
      </w:r>
    </w:p>
    <w:p>
      <w:r>
        <w:rPr>
          <w:rFonts w:ascii="Gentium Plus" w:hAnsi="Gentium Plus"/>
          <w:sz w:val="24"/>
        </w:rPr>
        <w:t>λον, ἤγουν ἡ μακρὰ σανίς. [παρὰ τὸ ἐνέγκω ἢ ἐνέκω, πλεονασμῷ τοῦ γ, ἐνεγκὶς, καὶ τροπῇ τοῦ ε εἰς η ἐνηγκὶς, καὶ ἐν συνθέσει ἐπενηγ‐ κὶς, καὶ καθ’ ὑπερβιβασμὸν καὶ μετάθεσιν τοῦ ν εἰς γ ἐπηγκενίς. ἐκ δὲ τοῦ ἐνέγκω γέγονεν</w:t>
      </w:r>
    </w:p>
    <w:p>
      <w:r>
        <w:rPr>
          <w:rFonts w:ascii="Courier New" w:hAnsi="Courier New"/>
          <w:color w:val="555555"/>
          <w:sz w:val="20"/>
        </w:rPr>
        <w:t>[15]</w:t>
      </w:r>
    </w:p>
    <w:p>
      <w:r>
        <w:rPr>
          <w:rFonts w:ascii="Gentium Plus" w:hAnsi="Gentium Plus"/>
          <w:sz w:val="24"/>
        </w:rPr>
        <w:t>ἐνείκω κατὰ πλεονασμὸν τοῦ ἰῶτα. ἀλλά μ’ ὑπήνεικαν ταχέες πόδες.] Ἐπήλυσιν. ἄφιξιν, ἐπέλευσιν. [ἔκπεμψιν. μὴ πτερύγων τρομέοι τὶς ἐπήλυσιν— καὶ ἡ ἐπιδρομή.</w:t>
      </w:r>
    </w:p>
    <w:p>
      <w:r>
        <w:rPr>
          <w:rFonts w:ascii="Courier New" w:hAnsi="Courier New"/>
          <w:color w:val="555555"/>
          <w:sz w:val="20"/>
        </w:rPr>
        <w:t>[20]</w:t>
      </w:r>
    </w:p>
    <w:p>
      <w:r>
        <w:rPr>
          <w:rFonts w:ascii="Gentium Plus" w:hAnsi="Gentium Plus"/>
          <w:sz w:val="24"/>
        </w:rPr>
        <w:t>—ἐπήλυσιν ὄφρ’ ἀλέοιτο φώριον— ἤγουν λῃστρικήν.] Ἐπήρεια. βλάβη. [Θουκυδίδης· τοὺς δὲ φεύ‐ γοντας ἐκέλευον κατ’ ἐπήρειαν δέχεσθαι αὐ‐</w:t>
      </w:r>
    </w:p>
    <w:p>
      <w:r>
        <w:rPr>
          <w:rFonts w:ascii="Courier New" w:hAnsi="Courier New"/>
          <w:color w:val="555555"/>
          <w:sz w:val="20"/>
        </w:rPr>
        <w:t>[25]</w:t>
      </w:r>
    </w:p>
    <w:p>
      <w:r>
        <w:rPr>
          <w:rFonts w:ascii="Gentium Plus" w:hAnsi="Gentium Plus"/>
          <w:sz w:val="24"/>
        </w:rPr>
        <w:t>τούς.] Ἐπητεία. ἡ ἐπέλευσις, καὶ ἡ φρόνησις, ὡς</w:t>
      </w:r>
    </w:p>
    <w:p>
      <w:r>
        <w:rPr>
          <w:rFonts w:ascii="Courier New" w:hAnsi="Courier New"/>
          <w:color w:val="555555"/>
          <w:sz w:val="20"/>
        </w:rPr>
        <w:t>[epsilon 800]</w:t>
      </w:r>
    </w:p>
    <w:p>
      <w:r>
        <w:rPr>
          <w:rFonts w:ascii="Gentium Plus" w:hAnsi="Gentium Plus"/>
          <w:sz w:val="24"/>
        </w:rPr>
        <w:t>Ἐπιβάθρα. ἐπίβασις. οἱονεὶ ἐπιβάθραν αὐτῷ κατασκευάζουσα καὶ κατακόλπισιν. Ἐπιβολή. ἔννοια καὶ ἐπιχείρησις. [ἐπὶ θεωρη‐ μάτων γεωμετρικῶν. καὶ ἡ ἐγχείρησις.] καὶ ἡ</w:t>
      </w:r>
    </w:p>
    <w:p>
      <w:r>
        <w:rPr>
          <w:rFonts w:ascii="Courier New" w:hAnsi="Courier New"/>
          <w:color w:val="555555"/>
          <w:sz w:val="20"/>
        </w:rPr>
        <w:t>[5]</w:t>
      </w:r>
    </w:p>
    <w:p>
      <w:r>
        <w:rPr>
          <w:rFonts w:ascii="Gentium Plus" w:hAnsi="Gentium Plus"/>
          <w:sz w:val="24"/>
        </w:rPr>
        <w:t>προκάταρξις. καὶ παρὰ τοῖς ῥήτορσιν ἡ ζημία. [Ἀριστοφάνης· ταύτης ἐπιβολὴν ψηφιεῖ μίαν μόνην. καὶ ἡ εἰσφορά.] Ἐπὶ βύρσης ἐκαθέζοντο. τοῦτο παρὰ Σκύθαις</w:t>
      </w:r>
    </w:p>
    <w:p>
      <w:r>
        <w:rPr>
          <w:rFonts w:ascii="Courier New" w:hAnsi="Courier New"/>
          <w:color w:val="555555"/>
          <w:sz w:val="20"/>
        </w:rPr>
        <w:t>[10]</w:t>
      </w:r>
    </w:p>
    <w:p>
      <w:r>
        <w:rPr>
          <w:rFonts w:ascii="Gentium Plus" w:hAnsi="Gentium Plus"/>
          <w:sz w:val="24"/>
        </w:rPr>
        <w:t>ἐτελεῖτο. ἐπειδάν τις ἠδικεῖτο πρὸς ἑτέρου, ἀμύ‐ νασθαι δὲ βουλόμενος ἑαυτὸν οὐκ ἀξιόμαχον μόνον ᾤετο, βοῦν ἱερεύσας, τὰ μὲν κρέα κατα‐ κόψας ἥψει, αὐτὸς δὲ ἐκπετάσας χαμαὶ τὴν βύρσαν, ἐκάθητο ἐπ’ αὐτῆς εἰς τοὐπίσω, παρα‐</w:t>
      </w:r>
    </w:p>
    <w:p>
      <w:r>
        <w:rPr>
          <w:rFonts w:ascii="Courier New" w:hAnsi="Courier New"/>
          <w:color w:val="555555"/>
          <w:sz w:val="20"/>
        </w:rPr>
        <w:t>[15]</w:t>
      </w:r>
    </w:p>
    <w:p>
      <w:r>
        <w:rPr>
          <w:rFonts w:ascii="Gentium Plus" w:hAnsi="Gentium Plus"/>
          <w:sz w:val="24"/>
        </w:rPr>
        <w:t>γαγὼν τὼ χεῖρε. καὶ τοῦτο ἐστὶ Σκύθαις ἡ μεγίστη ἱκετηρία. τῶν δὲ κρεῶν τοῦ βοὸς ὁ βουλόμενος μοῖραν λαμβάνων καὶ ἐπιβαίνων †τῇ βύρσῃ† τὸν δεξιὸν πόδα, ὑπισχνεῖται κα‐ τὰ δύναμιν ἕκαστος συμμαχεῖν. καὶ ἔστιν αὐ‐</w:t>
      </w:r>
    </w:p>
    <w:p>
      <w:r>
        <w:rPr>
          <w:rFonts w:ascii="Courier New" w:hAnsi="Courier New"/>
          <w:color w:val="555555"/>
          <w:sz w:val="20"/>
        </w:rPr>
        <w:t>[20]</w:t>
      </w:r>
    </w:p>
    <w:p>
      <w:r>
        <w:rPr>
          <w:rFonts w:ascii="Gentium Plus" w:hAnsi="Gentium Plus"/>
          <w:sz w:val="24"/>
        </w:rPr>
        <w:t>τοῖς τοῦτο ὅρκων ὁ βεβαιότατος. Ἐπίβδαι. αἱ μεθέορτοι ἡμέραι. διὰ τὸ πρὸς ἐπί‐ δειξιν ταῖς πρότερον ἡμέραις [γενέσθαι,] ἄλλης ἐπιβαινούσης. Ἐπιγουνίδα. τὸ πρὸ τοῦ γόνατος ἄνω σαρκῶδες</w:t>
      </w:r>
    </w:p>
    <w:p>
      <w:r>
        <w:rPr>
          <w:rFonts w:ascii="Courier New" w:hAnsi="Courier New"/>
          <w:color w:val="555555"/>
          <w:sz w:val="20"/>
        </w:rPr>
        <w:t>[25]</w:t>
      </w:r>
    </w:p>
    <w:p>
      <w:r>
        <w:rPr>
          <w:rFonts w:ascii="Gentium Plus" w:hAnsi="Gentium Plus"/>
          <w:sz w:val="24"/>
        </w:rPr>
        <w:t>τοῦ μηροῦ. ἔνιοι δὲ τὴν ἐπωμίδα. Ἐπίγνωσις. ἡ μετὰ τὴν πρώτην γνῶσιν τοῦ πρά‐</w:t>
      </w:r>
    </w:p>
    <w:p>
      <w:r>
        <w:rPr>
          <w:rFonts w:ascii="Courier New" w:hAnsi="Courier New"/>
          <w:color w:val="555555"/>
          <w:sz w:val="20"/>
        </w:rPr>
        <w:t>[epsilon 801]</w:t>
      </w:r>
    </w:p>
    <w:p>
      <w:r>
        <w:rPr>
          <w:rFonts w:ascii="Gentium Plus" w:hAnsi="Gentium Plus"/>
          <w:sz w:val="24"/>
        </w:rPr>
        <w:t>Ἐπίδοσις. ἡ πρὸς τὸ καλὸν αὔξησις. καὶ ἡ προ‐ κοπὴ καὶ προσθήκη. λέγεται καὶ ἡ χάρις καὶ ἡ δωρεά. Ἐπιδορατίς. ὁ σίδηρος τοῦ ἀκοντίου.</w:t>
      </w:r>
    </w:p>
    <w:p>
      <w:r>
        <w:rPr>
          <w:rFonts w:ascii="Courier New" w:hAnsi="Courier New"/>
          <w:color w:val="555555"/>
          <w:sz w:val="20"/>
        </w:rPr>
        <w:t>[5]</w:t>
      </w:r>
    </w:p>
    <w:p>
      <w:r>
        <w:rPr>
          <w:rFonts w:ascii="Gentium Plus" w:hAnsi="Gentium Plus"/>
          <w:sz w:val="24"/>
        </w:rPr>
        <w:t>Ἐπιδημία. ἡ συγκατάβασις. Ἐπὶ Δηλίῳ μάχη. τὸ Δήλιον χωρίον ἐστὶ τῆς Βοιωτίας, ἐν ᾧ μαχόμενοι οἱ Ἀθηναῖοι ὑπὸ τῶν Βοιωτῶν ἐνικήθησαν. Ἐπιθυμία. δύναμις ψυχῆς, ὀργῆς ἀφανιστική· ἢ</w:t>
      </w:r>
    </w:p>
    <w:p>
      <w:r>
        <w:rPr>
          <w:rFonts w:ascii="Courier New" w:hAnsi="Courier New"/>
          <w:color w:val="555555"/>
          <w:sz w:val="20"/>
        </w:rPr>
        <w:t>[10]</w:t>
      </w:r>
    </w:p>
    <w:p>
      <w:r>
        <w:rPr>
          <w:rFonts w:ascii="Gentium Plus" w:hAnsi="Gentium Plus"/>
          <w:sz w:val="24"/>
        </w:rPr>
        <w:t>ἐμψύχου πρώτη ὁρμὴ πρός τι τῷ φιλουμένῳ. ἢ πόθον τῆς καθ’ ἡδονὴν ἀπολαύσεως· ἢ λύπην ἐπὶ τῷ μὴ κατ’ ἐξουσίαν ὄντι καταθυμίῳ· ἢ τινὰ σχέσιν οὗ μὴ πάρεστιν ἡ ἀπόλαυσις· ἢ νοερά τις τῶν θείων φύσεων ὀρεκτικὴ κίνησις.</w:t>
      </w:r>
    </w:p>
    <w:p>
      <w:r>
        <w:rPr>
          <w:rFonts w:ascii="Courier New" w:hAnsi="Courier New"/>
          <w:color w:val="555555"/>
          <w:sz w:val="20"/>
        </w:rPr>
        <w:t>[15]</w:t>
      </w:r>
    </w:p>
    <w:p>
      <w:r>
        <w:rPr>
          <w:rFonts w:ascii="Gentium Plus" w:hAnsi="Gentium Plus"/>
          <w:sz w:val="24"/>
        </w:rPr>
        <w:t>Ἐπίκληρος. ἡ ἐπὶ παντὶ τῷ κλήρῳ ὀρφανὴ κα‐ ταλελειμμένη, μὴ ὄντος αὐτῇ ἀδελφοῦ· ἡ δὲ αὐτὴ καὶ ἐπικληρίτης. Ἐπίπροικος. ἡ ἐπὶ μέρει τινὶ τοῦ κλήρου· ἥ τε προῖκα ἔχειν ἀδελφοὺς ἔχουσα.</w:t>
      </w:r>
    </w:p>
    <w:p>
      <w:r>
        <w:rPr>
          <w:rFonts w:ascii="Courier New" w:hAnsi="Courier New"/>
          <w:color w:val="555555"/>
          <w:sz w:val="20"/>
        </w:rPr>
        <w:t>[20]</w:t>
      </w:r>
    </w:p>
    <w:p>
      <w:r>
        <w:rPr>
          <w:rFonts w:ascii="Gentium Plus" w:hAnsi="Gentium Plus"/>
          <w:sz w:val="24"/>
        </w:rPr>
        <w:t>Ἐπίδικος. ἡ ἀμφισβητουμένη· ἐπίκληρος τίνι αὐτὴν χρὴ γαμηθῆναι. Ἐπίδοσιν. αὔξησιν, ἐπὶ ἀρετῆς, ἢ προσθήκην. [Προκόπιος· ὁ δὲ φιλοσοφῶν ἀνεμπόδιστος, εἰς ἐπίδοσιν διετέλει.]</w:t>
      </w:r>
    </w:p>
    <w:p>
      <w:r>
        <w:rPr>
          <w:rFonts w:ascii="Courier New" w:hAnsi="Courier New"/>
          <w:color w:val="555555"/>
          <w:sz w:val="20"/>
        </w:rPr>
        <w:t>[25]</w:t>
      </w:r>
    </w:p>
    <w:p>
      <w:r>
        <w:rPr>
          <w:rFonts w:ascii="Gentium Plus" w:hAnsi="Gentium Plus"/>
          <w:sz w:val="24"/>
        </w:rPr>
        <w:t>Ἐπιθέτους. μὴ πατρίους ἑορτάς. καὶ Λυσίας</w:t>
      </w:r>
    </w:p>
    <w:p>
      <w:r>
        <w:rPr>
          <w:rFonts w:ascii="Courier New" w:hAnsi="Courier New"/>
          <w:color w:val="555555"/>
          <w:sz w:val="20"/>
        </w:rPr>
        <w:t>[epsilon 802]</w:t>
      </w:r>
    </w:p>
    <w:p>
      <w:r>
        <w:rPr>
          <w:rFonts w:ascii="Gentium Plus" w:hAnsi="Gentium Plus"/>
          <w:sz w:val="24"/>
        </w:rPr>
        <w:t>ἐπιθέτους ἐπιστολὰς τὰς δοθείσας τισὶν, ὥστε διακομίσαι. Ἐπὶ καλάμῃ ἀροῦν. ἔθος ἐστὶ τοῖς γεωργοῖς παρ’ ἐνιαυτὸν ἀργὴν καταλείπειν τὴν γῆν, ὅπως</w:t>
      </w:r>
    </w:p>
    <w:p>
      <w:r>
        <w:rPr>
          <w:rFonts w:ascii="Courier New" w:hAnsi="Courier New"/>
          <w:color w:val="555555"/>
          <w:sz w:val="20"/>
        </w:rPr>
        <w:t>[5]</w:t>
      </w:r>
    </w:p>
    <w:p>
      <w:r>
        <w:rPr>
          <w:rFonts w:ascii="Gentium Plus" w:hAnsi="Gentium Plus"/>
          <w:sz w:val="24"/>
        </w:rPr>
        <w:t>ἀκεραίους ἐκτρέφῃ τοὺς καρπούς. Ἐπικαρπίας. τὰ κέρδη. Ἐπικαμπὴς τάξις. ἐπὰν τὰ μέσα τοῖς πολε‐ μίοις προσπίπτει, τὰ δὲ κέρατα ἐκ τῶν ὀπίσω μερῶν ὄρθια ἐφ’ ἑαυτὴν ἔχει τεταγμένα.</w:t>
      </w:r>
    </w:p>
    <w:p>
      <w:r>
        <w:rPr>
          <w:rFonts w:ascii="Courier New" w:hAnsi="Courier New"/>
          <w:color w:val="555555"/>
          <w:sz w:val="20"/>
        </w:rPr>
        <w:t>[10]</w:t>
      </w:r>
    </w:p>
    <w:p>
      <w:r>
        <w:rPr>
          <w:rFonts w:ascii="Gentium Plus" w:hAnsi="Gentium Plus"/>
          <w:sz w:val="24"/>
        </w:rPr>
        <w:t>Ἐπικηρυκεία. ἡ ἐκ τῶν πολεμίων φιλία, ἢ τὸ περὶ φιλίας καὶ διὰ λόγων κήρυκας πέμπειν. †καὶ ἐπικηρυκεύεται† διὰ κήρυκος τινὸς συνθή‐ κας τινὰς ἢ πρεσβείας ποιεῖται. Ἐπισύστασις. ἡ ἐπὶ δευτέρου ἐπανόρθωσις.</w:t>
      </w:r>
    </w:p>
    <w:p>
      <w:r>
        <w:rPr>
          <w:rFonts w:ascii="Courier New" w:hAnsi="Courier New"/>
          <w:color w:val="555555"/>
          <w:sz w:val="20"/>
        </w:rPr>
        <w:t>[15]</w:t>
      </w:r>
    </w:p>
    <w:p>
      <w:r>
        <w:rPr>
          <w:rFonts w:ascii="Gentium Plus" w:hAnsi="Gentium Plus"/>
          <w:sz w:val="24"/>
        </w:rPr>
        <w:t>Παῦλος ὁ Ἀπόστολος· ἡ ἐπισύστασίς μου ἡ καθημερινή. Ἐπίκλησιν. ἐπωνυμίαν. Ἐπικαγχάστρια. ἀντὶ τοῦ εἰωθυῖα γελᾷν. ἢ ἡ γελάστρια.</w:t>
      </w:r>
    </w:p>
    <w:p>
      <w:r>
        <w:rPr>
          <w:rFonts w:ascii="Courier New" w:hAnsi="Courier New"/>
          <w:color w:val="555555"/>
          <w:sz w:val="20"/>
        </w:rPr>
        <w:t>[20]</w:t>
      </w:r>
    </w:p>
    <w:p>
      <w:r>
        <w:rPr>
          <w:rFonts w:ascii="Gentium Plus" w:hAnsi="Gentium Plus"/>
          <w:sz w:val="24"/>
        </w:rPr>
        <w:t>Ἐπὶ κόῤῥης. ἐπὶ κεφαλῆς· ἐπὶ αὐχένος. βέλ‐ τιον δὲ ἐπὶ τῆς γνάθου ἐκλαμβάνειν, ὃ κατ’ ἔθος λέγομεν ῥάπισμα. [καὶ οἱ ῥήτορες, οὕτως γὰρ χρῶνται. εἴρηται δὲ ἀπὸ τῆς τριχώσεως τῆς ἀπὸ μήνιγγος κατιούσης. τινὲς δὲ τὴν ὅλην</w:t>
      </w:r>
    </w:p>
    <w:p>
      <w:r>
        <w:rPr>
          <w:rFonts w:ascii="Courier New" w:hAnsi="Courier New"/>
          <w:color w:val="555555"/>
          <w:sz w:val="20"/>
        </w:rPr>
        <w:t>[25]</w:t>
      </w:r>
    </w:p>
    <w:p>
      <w:r>
        <w:rPr>
          <w:rFonts w:ascii="Gentium Plus" w:hAnsi="Gentium Plus"/>
          <w:sz w:val="24"/>
        </w:rPr>
        <w:t>κεφαλὴν φασίν.]</w:t>
      </w:r>
    </w:p>
    <w:p>
      <w:r>
        <w:rPr>
          <w:rFonts w:ascii="Courier New" w:hAnsi="Courier New"/>
          <w:color w:val="555555"/>
          <w:sz w:val="20"/>
        </w:rPr>
        <w:t>[epsilon 803]</w:t>
      </w:r>
    </w:p>
    <w:p>
      <w:r>
        <w:rPr>
          <w:rFonts w:ascii="Gentium Plus" w:hAnsi="Gentium Plus"/>
          <w:sz w:val="24"/>
        </w:rPr>
        <w:t>ρεύοντο ἐπὶ χωρίον, ὃ ἐδόκει ἐπιμαχώτατον εἶναι. καὶ ἐπίμαχον. Ἐπιμέλεια. ἡ σπουδὴ, ἡ φροντίς. Ἐπινέμησις. ὁ τοῦ χρόνου μερισμός.</w:t>
      </w:r>
    </w:p>
    <w:p>
      <w:r>
        <w:rPr>
          <w:rFonts w:ascii="Courier New" w:hAnsi="Courier New"/>
          <w:color w:val="555555"/>
          <w:sz w:val="20"/>
        </w:rPr>
        <w:t>[5]</w:t>
      </w:r>
    </w:p>
    <w:p>
      <w:r>
        <w:rPr>
          <w:rFonts w:ascii="Gentium Plus" w:hAnsi="Gentium Plus"/>
          <w:sz w:val="24"/>
        </w:rPr>
        <w:t>Ἐπίνοια. ὅταν τις τὰ ὄντα ἐν τῇ διανοίᾳ θεωρῇ. Ἐπιωγαί. σκέπαι, καταδύσεις, σύγκλεισμοι, παραθαλάσσιοι τόποι, οἷς τὰ κύματα προά‐ γνυνται. ἀπὸ τοῦ ἐποῖσαι, ὅ ἐστι συγκλεῖσαι. Ἐπιπνοίας. ἐκπνεύσεως, ἐπιχορηγίας ἢ ἐνθου‐</w:t>
      </w:r>
    </w:p>
    <w:p>
      <w:r>
        <w:rPr>
          <w:rFonts w:ascii="Courier New" w:hAnsi="Courier New"/>
          <w:color w:val="555555"/>
          <w:sz w:val="20"/>
        </w:rPr>
        <w:t>[10]</w:t>
      </w:r>
    </w:p>
    <w:p>
      <w:r>
        <w:rPr>
          <w:rFonts w:ascii="Gentium Plus" w:hAnsi="Gentium Plus"/>
          <w:sz w:val="24"/>
        </w:rPr>
        <w:t>σιασμοῦ. οἱ δὲ Ῥωμαῖοι θείας ἐπιπνοίας τι‐ νὸς ἐπεπλήρωντο. Ἐπιποθία. ἡ ἀγάπη. Ἐπιπολάς. τὰ ὤνια. τοὺς Ῥωμαίους θαῤῥεῖν συνέβαινε κρατοῦντας τοῦ περὶ τὰς ἐπιπολὰς</w:t>
      </w:r>
    </w:p>
    <w:p>
      <w:r>
        <w:rPr>
          <w:rFonts w:ascii="Courier New" w:hAnsi="Courier New"/>
          <w:color w:val="555555"/>
          <w:sz w:val="20"/>
        </w:rPr>
        <w:t>[15]</w:t>
      </w:r>
    </w:p>
    <w:p>
      <w:r>
        <w:rPr>
          <w:rFonts w:ascii="Gentium Plus" w:hAnsi="Gentium Plus"/>
          <w:sz w:val="24"/>
        </w:rPr>
        <w:t>τόπου. Ἐπιπρεπείαις. στολαῖς εὐπρεπέσιν. [ὁ δὲ Ἀν‐ νίβας κατεσκευάσατο περιθετὰς τρίχας ἁρ‐ μοζούσας ταῖς τῶν ἡλικιῶν ἐπιπρεπείαις.] Ἐπίπληξις. ἡ ἐπιτίμησις.</w:t>
      </w:r>
    </w:p>
    <w:p>
      <w:r>
        <w:rPr>
          <w:rFonts w:ascii="Courier New" w:hAnsi="Courier New"/>
          <w:color w:val="555555"/>
          <w:sz w:val="20"/>
        </w:rPr>
        <w:t>[20]</w:t>
      </w:r>
    </w:p>
    <w:p>
      <w:r>
        <w:rPr>
          <w:rFonts w:ascii="Gentium Plus" w:hAnsi="Gentium Plus"/>
          <w:sz w:val="24"/>
        </w:rPr>
        <w:t>Ἐπίῤῥησις. ὁ ψόγος καὶ ἡ κατηγορία.</w:t>
      </w:r>
    </w:p>
    <w:p>
      <w:r>
        <w:rPr>
          <w:rFonts w:ascii="Courier New" w:hAnsi="Courier New"/>
          <w:color w:val="555555"/>
          <w:sz w:val="20"/>
        </w:rPr>
        <w:t>[epsilon 804]</w:t>
      </w:r>
    </w:p>
    <w:p>
      <w:r>
        <w:rPr>
          <w:rFonts w:ascii="Gentium Plus" w:hAnsi="Gentium Plus"/>
          <w:sz w:val="24"/>
        </w:rPr>
        <w:t>Ἐπίσαλος. ἀβέβαιος, εὐμετάπτωτος. ἐπισάλων δὲ [τῶν] τῆς σωτηρίας ἐλπίδων γενομένων αὐ‐ τοῖς ἐξεχώρουν τοῦ ἄστεος. Ἐπισίτισις. τὸ εἰς τὴν τροφὴν καὶ εἰς τὸ σι‐</w:t>
      </w:r>
    </w:p>
    <w:p>
      <w:r>
        <w:rPr>
          <w:rFonts w:ascii="Courier New" w:hAnsi="Courier New"/>
          <w:color w:val="555555"/>
          <w:sz w:val="20"/>
        </w:rPr>
        <w:t>[5]</w:t>
      </w:r>
    </w:p>
    <w:p>
      <w:r>
        <w:rPr>
          <w:rFonts w:ascii="Gentium Plus" w:hAnsi="Gentium Plus"/>
          <w:sz w:val="24"/>
        </w:rPr>
        <w:t>τεῖσθαι διδόμενον. Ἐπίσκηψις. δίκη καὶ ψευδομαρτυρούντων. καὶ ἡ πρόφασις. Ἐπισκότησις. τὸ ἐπικεῖσθαι τινί· καὶ ἀποτει‐ χίζειν τὸ φῶς.</w:t>
      </w:r>
    </w:p>
    <w:p>
      <w:r>
        <w:rPr>
          <w:rFonts w:ascii="Courier New" w:hAnsi="Courier New"/>
          <w:color w:val="555555"/>
          <w:sz w:val="20"/>
        </w:rPr>
        <w:t>[10]</w:t>
      </w:r>
    </w:p>
    <w:p>
      <w:r>
        <w:rPr>
          <w:rFonts w:ascii="Gentium Plus" w:hAnsi="Gentium Plus"/>
          <w:sz w:val="24"/>
        </w:rPr>
        <w:t>Ἐπίστασις. γνῶσις· καὶ ἡ προσοχὴ καὶ ἡ μίμη‐ σις. ὁ δὲ Ἀσδρούβας πέφυκεν ἡμῖν ἄξιος ἐπι‐ στάσεως εἶναι καὶ ζήλου. Ἐπιστασία. γνῶσις. καὶ ἡ προστασία. Ἐπισφαλής. βλαβερὰ, ἐπικίνδυνος.</w:t>
      </w:r>
    </w:p>
    <w:p>
      <w:r>
        <w:rPr>
          <w:rFonts w:ascii="Courier New" w:hAnsi="Courier New"/>
          <w:color w:val="555555"/>
          <w:sz w:val="20"/>
        </w:rPr>
        <w:t>[15]</w:t>
      </w:r>
    </w:p>
    <w:p>
      <w:r>
        <w:rPr>
          <w:rFonts w:ascii="Gentium Plus" w:hAnsi="Gentium Plus"/>
          <w:sz w:val="24"/>
        </w:rPr>
        <w:t>Ἐπιστήμη. ἡ γνῶσις τοῦ πράγματος. [Ἐπιστολή. ἐπίσκεψις, ἐντολή. ὁ δὲ τῷ ἱερεῖ ἐπιστολὰς λέγει καθεύδοντι. καὶ Κρατῖνος· ἄκουε νῦν καὶ τήνδε τὴν ἐπιστολήν. καὶ ὁ Πλάτων· μεμνημένοι τῆς τοῦ πατρὸς ἐπι‐</w:t>
      </w:r>
    </w:p>
    <w:p>
      <w:r>
        <w:rPr>
          <w:rFonts w:ascii="Courier New" w:hAnsi="Courier New"/>
          <w:color w:val="555555"/>
          <w:sz w:val="20"/>
        </w:rPr>
        <w:t>[20]</w:t>
      </w:r>
    </w:p>
    <w:p>
      <w:r>
        <w:rPr>
          <w:rFonts w:ascii="Gentium Plus" w:hAnsi="Gentium Plus"/>
          <w:sz w:val="24"/>
        </w:rPr>
        <w:t>στολῆς οἱ ξυστήσαντες ἡμᾶς.] Ἐπιστρέφεια. ἡ ἀγχίνοια. ἐπιστρεφὴς ὢν καὶ</w:t>
      </w:r>
    </w:p>
    <w:p>
      <w:r>
        <w:rPr>
          <w:rFonts w:ascii="Courier New" w:hAnsi="Courier New"/>
          <w:color w:val="555555"/>
          <w:sz w:val="20"/>
        </w:rPr>
        <w:t>[epsilon 805]</w:t>
      </w:r>
    </w:p>
    <w:p>
      <w:r>
        <w:rPr>
          <w:rFonts w:ascii="Gentium Plus" w:hAnsi="Gentium Plus"/>
          <w:sz w:val="24"/>
        </w:rPr>
        <w:t>Ἐπιστροφῆς. ἀμύνης. καὶ κοινῆς αὐτοὺς ἐπι‐ στροφῆς ἔφη τεύξεσθαι. καὶ ἡ συνέλευσις ἢ τὸ πλῆθος καὶ ἡ συνάθροισις. Ἀριστοφάνης· μυρίαι κακῶν ἀναστροφαί.</w:t>
      </w:r>
    </w:p>
    <w:p>
      <w:r>
        <w:rPr>
          <w:rFonts w:ascii="Courier New" w:hAnsi="Courier New"/>
          <w:color w:val="555555"/>
          <w:sz w:val="20"/>
        </w:rPr>
        <w:t>[5]</w:t>
      </w:r>
    </w:p>
    <w:p>
      <w:r>
        <w:rPr>
          <w:rFonts w:ascii="Gentium Plus" w:hAnsi="Gentium Plus"/>
          <w:sz w:val="24"/>
        </w:rPr>
        <w:t>Ἐπὶ σχολῆς. ἀπραγμόνως φιλοσοφεῖν. ἀντὶ τοῦ ἀπὸ εὐκαιρίας ἢ ἀργίας. Ἐπὶ τῇ καταπαύσει. ἤγουν τῇ ἀποθέσει. ἐπὶ τῇ καταπαύσει τῆς κιβωτοῦ. Ἐπιτολή. ἡ ἀνατολὴ ἢ φαῦσις τῶν ἀστέρων.</w:t>
      </w:r>
    </w:p>
    <w:p>
      <w:r>
        <w:rPr>
          <w:rFonts w:ascii="Courier New" w:hAnsi="Courier New"/>
          <w:color w:val="555555"/>
          <w:sz w:val="20"/>
        </w:rPr>
        <w:t>[10]</w:t>
      </w:r>
    </w:p>
    <w:p>
      <w:r>
        <w:rPr>
          <w:rFonts w:ascii="Gentium Plus" w:hAnsi="Gentium Plus"/>
          <w:sz w:val="24"/>
        </w:rPr>
        <w:t>Ἐπιτήδευσις. σπουδὴ, ἐργασία. ὁ δὲ ἦν εὐτελὴς τὴν ἐπιτήδευσιν. Ἐπιτηδειότης. ἰδιότης φυσικὴ διὰ μαθήσεως κι‐ νουμένη, ἐφ’ ἅ ἐστι δεκτική. Ἐπιτιμία. ἡ εὐπραγία, ἢ ἡ μὴ ἀτιμία. ὁσάκις</w:t>
      </w:r>
    </w:p>
    <w:p>
      <w:r>
        <w:rPr>
          <w:rFonts w:ascii="Courier New" w:hAnsi="Courier New"/>
          <w:color w:val="555555"/>
          <w:sz w:val="20"/>
        </w:rPr>
        <w:t>[15]</w:t>
      </w:r>
    </w:p>
    <w:p>
      <w:r>
        <w:rPr>
          <w:rFonts w:ascii="Gentium Plus" w:hAnsi="Gentium Plus"/>
          <w:sz w:val="24"/>
        </w:rPr>
        <w:t>αὐτὸν κινδυνεύοντα περὶ τῆς ἐπιτιμίας ἢ τῆς πατρίδος ἢ τοῦ βίου παντὸς διεσώσατε. Ἐπιτομή. συντομία, ἢ σύντομος τῶν κεφαλαίων παράδοσις. Ἐπὶ τῇ ὠδῖνι. ἐπὶ τῷ πόνῳ· ἐπὶ τῇ θλίψει.</w:t>
      </w:r>
    </w:p>
    <w:p>
      <w:r>
        <w:rPr>
          <w:rFonts w:ascii="Courier New" w:hAnsi="Courier New"/>
          <w:color w:val="555555"/>
          <w:sz w:val="20"/>
        </w:rPr>
        <w:t>[20]</w:t>
      </w:r>
    </w:p>
    <w:p>
      <w:r>
        <w:rPr>
          <w:rFonts w:ascii="Gentium Plus" w:hAnsi="Gentium Plus"/>
          <w:sz w:val="24"/>
        </w:rPr>
        <w:t>Ἐπιτροπή. παρατροπή. ὁ δὲ Λεύκιος προχει‐ ριζόμενος διαπέμπεσθαι πρὸς τοὺς Λαπατηνοὺς καὶ λαλεῖν ὑπὲρ ἐπιτροπῆς, ἀπαράσκευος ἦν εἰς τὸ μέλλον.</w:t>
      </w:r>
    </w:p>
    <w:p>
      <w:r>
        <w:rPr>
          <w:rFonts w:ascii="Courier New" w:hAnsi="Courier New"/>
          <w:color w:val="555555"/>
          <w:sz w:val="20"/>
        </w:rPr>
        <w:t>[epsilon 806]</w:t>
      </w:r>
    </w:p>
    <w:p>
      <w:r>
        <w:rPr>
          <w:rFonts w:ascii="Gentium Plus" w:hAnsi="Gentium Plus"/>
          <w:sz w:val="24"/>
        </w:rPr>
        <w:t>πλάτος μόνον ἔχον, βάθος δὲ οὔ. αὕτη δὲ κατ’ ἐπίνοιαν [καὶ οὐ] καθ’ ὑπόστασιν λέγεται. ἐπιφάνεια καὶ ἡ τοῦ κυρίου καὶ θεοῦ καὶ σω‐ τῆρος ἡμῶν Ἰησοῦ Χριστοῦ ἔνσαρκος οἰκονομία.</w:t>
      </w:r>
    </w:p>
    <w:p>
      <w:r>
        <w:rPr>
          <w:rFonts w:ascii="Courier New" w:hAnsi="Courier New"/>
          <w:color w:val="555555"/>
          <w:sz w:val="20"/>
        </w:rPr>
        <w:t>[5]</w:t>
      </w:r>
    </w:p>
    <w:p>
      <w:r>
        <w:rPr>
          <w:rFonts w:ascii="Gentium Plus" w:hAnsi="Gentium Plus"/>
          <w:sz w:val="24"/>
        </w:rPr>
        <w:t>ἐπιφάνια δὲ ἐπὶ οὐδετέρου, ι. Ἐπίφασις. δήλωσις, ἔνδειξις. [οἱ δὲ ἧκον μετὰ παιανισμοῦ καὶ στεφάνων καὶ τῆς τῶν νικών‐ των ἐπιφάσεως.] Ἐπιφοραῖς. καταδίκαις, ἐπελεύσεσιν. [οἱ δὲ</w:t>
      </w:r>
    </w:p>
    <w:p>
      <w:r>
        <w:rPr>
          <w:rFonts w:ascii="Courier New" w:hAnsi="Courier New"/>
          <w:color w:val="555555"/>
          <w:sz w:val="20"/>
        </w:rPr>
        <w:t>[10]</w:t>
      </w:r>
    </w:p>
    <w:p>
      <w:r>
        <w:rPr>
          <w:rFonts w:ascii="Gentium Plus" w:hAnsi="Gentium Plus"/>
          <w:sz w:val="24"/>
        </w:rPr>
        <w:t>πεισθέντες καὶ παραδόντες ἑαυτοὺς εἰς τὴν ἐπι‐ φορὰν τῶν πολεμίων, ἀπέθανον γενναίως.] Ἐπιφροσύνη. σύνεσις· φρόνησις. Ἐπιφοίτησις. ἐπέλευσις, παρουσία. Ἐπιφρίξ. ἡ ἐπανάστασις τῶν κυμάτων. ἢ φρίσ‐</w:t>
      </w:r>
    </w:p>
    <w:p>
      <w:r>
        <w:rPr>
          <w:rFonts w:ascii="Courier New" w:hAnsi="Courier New"/>
          <w:color w:val="555555"/>
          <w:sz w:val="20"/>
        </w:rPr>
        <w:t>[15]</w:t>
      </w:r>
    </w:p>
    <w:p>
      <w:r>
        <w:rPr>
          <w:rFonts w:ascii="Gentium Plus" w:hAnsi="Gentium Plus"/>
          <w:sz w:val="24"/>
        </w:rPr>
        <w:t>σει τὶς φόβῳ ἢ ψύχει ἢ ὀργῇ, περὶ ἐμψύχων. οὐ τὰς φαλάγγας φρίσσειν. [ἢ ἐπιφρὶξ ἐστὶν ἡ ἐξ ἐπιπολῆς τοῦ κύματος κίνησις.] Ἐπιφυλλίς. ἡ ἐν τῷ τρυγήτῳ λανθάνουσα στα‐ φυλὴ μικρὰ ἐν τοῖς φύλλοις.</w:t>
      </w:r>
    </w:p>
    <w:p>
      <w:r>
        <w:rPr>
          <w:rFonts w:ascii="Courier New" w:hAnsi="Courier New"/>
          <w:color w:val="555555"/>
          <w:sz w:val="20"/>
        </w:rPr>
        <w:t>[20]</w:t>
      </w:r>
    </w:p>
    <w:p>
      <w:r>
        <w:rPr>
          <w:rFonts w:ascii="Gentium Plus" w:hAnsi="Gentium Plus"/>
          <w:sz w:val="24"/>
        </w:rPr>
        <w:t>Ἐπιχειροτονία. ἡ τῶν χειροτονητῶν ἀπόστασις. Ἐπὶ χειρῶν ἀροῦσί σε. ἀντὶ τοῦ χειραγωγή‐ σουσιν. ποδηγήσουσιν. ὑπερείσουσιν ἀσθενοῦν‐</w:t>
      </w:r>
    </w:p>
    <w:p>
      <w:r>
        <w:rPr>
          <w:rFonts w:ascii="Courier New" w:hAnsi="Courier New"/>
          <w:color w:val="555555"/>
          <w:sz w:val="20"/>
        </w:rPr>
        <w:t>[epsilon 807]</w:t>
      </w:r>
    </w:p>
    <w:p>
      <w:r>
        <w:rPr>
          <w:rFonts w:ascii="Gentium Plus" w:hAnsi="Gentium Plus"/>
          <w:sz w:val="24"/>
        </w:rPr>
        <w:t>Ἐπιχώρησις. συμπάθεια, παραχώρησις. Ἐπὶ χώρας. ἐπὶ τόπου. Ἐποπτεία. ἡ ἐπίσκεψις. Ἐποποιΐα. ἡ διὰ ἡρωϊκοῦ μέτρου ἱστορία. καὶ γὰρ</w:t>
      </w:r>
    </w:p>
    <w:p>
      <w:r>
        <w:rPr>
          <w:rFonts w:ascii="Courier New" w:hAnsi="Courier New"/>
          <w:color w:val="555555"/>
          <w:sz w:val="20"/>
        </w:rPr>
        <w:t>[5]</w:t>
      </w:r>
    </w:p>
    <w:p>
      <w:r>
        <w:rPr>
          <w:rFonts w:ascii="Gentium Plus" w:hAnsi="Gentium Plus"/>
          <w:sz w:val="24"/>
        </w:rPr>
        <w:t>στερουμένη μύθου ποίησις ἐποποιΐα ἐστίν. Ἐποχή. κατοχὴ, ἢ δίκτυα ἀγρεύοντα τοὺς ἰχθύας. ἐποχὴ ἐστὶ καὶ ἡ μοῖρα, ἐν ᾗ κατα‐ λαμβάνεται ὅ, τε ἥλιος καὶ ἡ σελήνη καὶ ἕκα‐ στος τῶν πλανητῶν.</w:t>
      </w:r>
    </w:p>
    <w:p>
      <w:r>
        <w:rPr>
          <w:rFonts w:ascii="Courier New" w:hAnsi="Courier New"/>
          <w:color w:val="555555"/>
          <w:sz w:val="20"/>
        </w:rPr>
        <w:t>[10]</w:t>
      </w:r>
    </w:p>
    <w:p>
      <w:r>
        <w:rPr>
          <w:rFonts w:ascii="Gentium Plus" w:hAnsi="Gentium Plus"/>
          <w:sz w:val="24"/>
        </w:rPr>
        <w:t>Ἐπωβελίαν. ζημίαν. ὅ ἐστι τὸ ἕκτον μέρος τοῦ τιμήματος. [ἢ τὸ ἕκτον τίμημα τῆς δίκης. ἢ ἐπωβελία ἐστὶ τὸ κατὰ τῶν ἐγκαλούντων ἐκτείνειν ὀβολόν. ταύτην δὲ ζημίαν ἔταξαν Ἀθηναῖοι.]</w:t>
      </w:r>
    </w:p>
    <w:p>
      <w:r>
        <w:rPr>
          <w:rFonts w:ascii="Courier New" w:hAnsi="Courier New"/>
          <w:color w:val="555555"/>
          <w:sz w:val="20"/>
        </w:rPr>
        <w:t>[15]</w:t>
      </w:r>
    </w:p>
    <w:p>
      <w:r>
        <w:rPr>
          <w:rFonts w:ascii="Gentium Plus" w:hAnsi="Gentium Plus"/>
          <w:sz w:val="24"/>
        </w:rPr>
        <w:t>Ἐπωμίς. εἶδος περιβολαίου. Ἐπηγορία καὶ κατηγορία. ἀντὶ τοῦ μέμψις καὶ λοιδορία. Ἐπωτίδες. τὰ ἑκατέρωθεν πρώρας ἐξέχοντα ξύλα.</w:t>
      </w:r>
    </w:p>
    <w:p>
      <w:r>
        <w:rPr>
          <w:rFonts w:ascii="Courier New" w:hAnsi="Courier New"/>
          <w:color w:val="555555"/>
          <w:sz w:val="20"/>
        </w:rPr>
        <w:t>[20]</w:t>
      </w:r>
    </w:p>
    <w:p>
      <w:r>
        <w:rPr>
          <w:rFonts w:ascii="Gentium Plus" w:hAnsi="Gentium Plus"/>
          <w:sz w:val="24"/>
        </w:rPr>
        <w:t>Ἐπιλαρχίαι. δύο ἴλαι ἱππέων, ἀνδρῶν ρκη. Ἐπισυναγωγὴν τὴν συμφωνίαν ἐκάλεσεν ὁ Ἀπόστολος. μὴ ἐγκαταλιπόντες τὴν ἐπισυνα‐ γωγὴν ἑαυτῶν. Ἐπ’ εὐλογίαις. μετὰ δαψιλείας καὶ ἁδρότητος.</w:t>
      </w:r>
    </w:p>
    <w:p>
      <w:r>
        <w:rPr>
          <w:rFonts w:ascii="Courier New" w:hAnsi="Courier New"/>
          <w:color w:val="555555"/>
          <w:sz w:val="20"/>
        </w:rPr>
        <w:t>[25]</w:t>
      </w:r>
    </w:p>
    <w:p>
      <w:r>
        <w:rPr>
          <w:rFonts w:ascii="Gentium Plus" w:hAnsi="Gentium Plus"/>
          <w:sz w:val="24"/>
        </w:rPr>
        <w:t>ὁ σπείρων ἐπ’ εὐλογίαις.</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Ἐπαύλια. τὰ μετὰ τὴν ἐχομένην ἡμέραν τῶν γάμων παρὰ τοῦ τῆς νύμφης πατρὸς δῶρα φε‐ ρόμενα τῷ νυμφίῳ.</w:t>
      </w:r>
    </w:p>
    <w:p>
      <w:r>
        <w:rPr>
          <w:rFonts w:ascii="Courier New" w:hAnsi="Courier New"/>
          <w:color w:val="555555"/>
          <w:sz w:val="20"/>
        </w:rPr>
        <w:t>[5]</w:t>
      </w:r>
    </w:p>
    <w:p>
      <w:r>
        <w:rPr>
          <w:rFonts w:ascii="Gentium Plus" w:hAnsi="Gentium Plus"/>
          <w:sz w:val="24"/>
        </w:rPr>
        <w:t>Ἐπαγωγά. ἀπατηλά. Ἔπαθλον. νικητικὸν βραβεῖον, τὸ ἐπὶ τῇ νίκῃ διδόμενον. [Ἐπ’ αὐτόπτῳ.] Ἐπ’ αὐτοφώρῳ. *ἐπ’ ὀφθαλμοῖς, ἐπ’ αὐτῷ τῷ κλέμματι.*</w:t>
      </w:r>
    </w:p>
    <w:p>
      <w:r>
        <w:rPr>
          <w:rFonts w:ascii="Courier New" w:hAnsi="Courier New"/>
          <w:color w:val="555555"/>
          <w:sz w:val="20"/>
        </w:rPr>
        <w:t>[10]</w:t>
      </w:r>
    </w:p>
    <w:p>
      <w:r>
        <w:rPr>
          <w:rFonts w:ascii="Gentium Plus" w:hAnsi="Gentium Plus"/>
          <w:sz w:val="24"/>
        </w:rPr>
        <w:t>Ἐπακτόν. ξένον, ἐπαγόμενον, σφοδρόν. Ἐπᾴσματα. τὰ ὑπὸ τῶν γραῶν τοῖς νηπίοις ἐπᾳδόμενα· αἵτινες καὶ τὰ μέτωπα τῶν παί‐ δων ἀποπτύουσι καὶ ἀναλείχουσι, καὶ πρὸς ἀστέρας καὶ σελήνην βλέπουσιν.</w:t>
      </w:r>
    </w:p>
    <w:p>
      <w:r>
        <w:rPr>
          <w:rFonts w:ascii="Courier New" w:hAnsi="Courier New"/>
          <w:color w:val="555555"/>
          <w:sz w:val="20"/>
        </w:rPr>
        <w:t>[15]</w:t>
      </w:r>
    </w:p>
    <w:p>
      <w:r>
        <w:rPr>
          <w:rFonts w:ascii="Gentium Plus" w:hAnsi="Gentium Plus"/>
          <w:sz w:val="24"/>
        </w:rPr>
        <w:t>Ἐπασσύτερον. πυκνότερον. Ἐπάλληλον. συνεχὲς, ἢ ὅμοιον. *Ἐπ’ αὐτόπτῳ. ἐπ’ αὐτοφώρῳ.* Ἐπαισχές. αἰσχύνης παραίτιον. Ἔπεα. λόγοι. Ὅμηρος·</w:t>
      </w:r>
    </w:p>
    <w:p>
      <w:r>
        <w:rPr>
          <w:rFonts w:ascii="Courier New" w:hAnsi="Courier New"/>
          <w:color w:val="555555"/>
          <w:sz w:val="20"/>
        </w:rPr>
        <w:t>[20]</w:t>
      </w:r>
    </w:p>
    <w:p>
      <w:r>
        <w:rPr>
          <w:rFonts w:ascii="Gentium Plus" w:hAnsi="Gentium Plus"/>
          <w:sz w:val="24"/>
        </w:rPr>
        <w:t>ἔπεα πτερόεντα προσηύδα. ὅ ἐστι λόγους ἐπτερωμένους καὶ ταχεῖς. Ἐπείσακτον. ξένον. [ἐπίσακτον δὲ, τὸ ἐπὶ τοῦ σάγματος κείμενον, ἰῶτα.]</w:t>
      </w:r>
    </w:p>
    <w:p>
      <w:r>
        <w:rPr>
          <w:rFonts w:ascii="Courier New" w:hAnsi="Courier New"/>
          <w:color w:val="555555"/>
          <w:sz w:val="20"/>
        </w:rPr>
        <w:t>[epsilon 809]</w:t>
      </w:r>
    </w:p>
    <w:p>
      <w:r>
        <w:rPr>
          <w:rFonts w:ascii="Gentium Plus" w:hAnsi="Gentium Plus"/>
          <w:sz w:val="24"/>
        </w:rPr>
        <w:t>τος χάριν, ἔξω τῆς ὑποθέσεως ὄν. καταχρη‐ στικῶς δὲ τὸ ἐξαγώνιον ἅπαν πρᾶγμα. Ἐπέτειον. τὸ ἐπὶ τοῦ νῦν ἔτους. ἔπετος γὰρ δεῖ λέγειν τὸν ἐνεστῶτα καιρὸν, οὐ διὰ τοῦ φ,</w:t>
      </w:r>
    </w:p>
    <w:p>
      <w:r>
        <w:rPr>
          <w:rFonts w:ascii="Courier New" w:hAnsi="Courier New"/>
          <w:color w:val="555555"/>
          <w:sz w:val="20"/>
        </w:rPr>
        <w:t>[5]</w:t>
      </w:r>
    </w:p>
    <w:p>
      <w:r>
        <w:rPr>
          <w:rFonts w:ascii="Gentium Plus" w:hAnsi="Gentium Plus"/>
          <w:sz w:val="24"/>
        </w:rPr>
        <w:t>ἐφέτος. Ἐπ’ ἤματι. ἐν μιᾷ ἡμέρᾳ. ἐπ’ ἤματι σχεδόν τι ἐδάκρυσεν. Ἐπῆρες. παρεσκευασμένον, ἕτοιμον. [τὸ δὲ πλοῖον ἐπῆρες ἦν, εἰς ὃ τὸν ἄνθρωπον ἐμβάλλουσι,</w:t>
      </w:r>
    </w:p>
    <w:p>
      <w:r>
        <w:rPr>
          <w:rFonts w:ascii="Courier New" w:hAnsi="Courier New"/>
          <w:color w:val="555555"/>
          <w:sz w:val="20"/>
        </w:rPr>
        <w:t>[10]</w:t>
      </w:r>
    </w:p>
    <w:p>
      <w:r>
        <w:rPr>
          <w:rFonts w:ascii="Gentium Plus" w:hAnsi="Gentium Plus"/>
          <w:sz w:val="24"/>
        </w:rPr>
        <w:t>καὶ ἀποπλεῖ.] Ἐπίβοον. ἡ ἐκ βοὸς θυσία. Ἐπιγενήματα. τὰ ἐξύστερα τοῖς τραύμασιν ἀνα‐ φυόμενα. [μηδὲν ἧττον τῶν ἐπιγενημάτων ποι‐ εῖσθαι λόγον.]</w:t>
      </w:r>
    </w:p>
    <w:p>
      <w:r>
        <w:rPr>
          <w:rFonts w:ascii="Courier New" w:hAnsi="Courier New"/>
          <w:color w:val="555555"/>
          <w:sz w:val="20"/>
        </w:rPr>
        <w:t>[15]</w:t>
      </w:r>
    </w:p>
    <w:p>
      <w:r>
        <w:rPr>
          <w:rFonts w:ascii="Gentium Plus" w:hAnsi="Gentium Plus"/>
          <w:sz w:val="24"/>
        </w:rPr>
        <w:t>Ἐπιγράμματα. πάντα τὰ ἐπιγραφόμενά τισιν, κᾂν μὴ ἐν μέτροις εἰρημένα, ἐπιγράμματα λέ‐ γονται. Ἐπίγυια. τὰ πρυμνήσια. [τὴν δ’ ἀπὸ τοῦ ῥεύ‐ ματος πλευρὰν ἠσφαλίζοντο τοῖς ἀπὸ γῆς ἐπι‐</w:t>
      </w:r>
    </w:p>
    <w:p>
      <w:r>
        <w:rPr>
          <w:rFonts w:ascii="Courier New" w:hAnsi="Courier New"/>
          <w:color w:val="555555"/>
          <w:sz w:val="20"/>
        </w:rPr>
        <w:t>[20]</w:t>
      </w:r>
    </w:p>
    <w:p>
      <w:r>
        <w:rPr>
          <w:rFonts w:ascii="Gentium Plus" w:hAnsi="Gentium Plus"/>
          <w:sz w:val="24"/>
        </w:rPr>
        <w:t>γυίοις.] Ἐπίγεια. τὰ πρόσκαιρα. Ἐπὶ Δελφινίῳ. δικαστήριον Ἀθήνῃσιν. Ἐπιδεές. ἐνδεὲς, ἐλλεῖπον. Ἐπιδιετὲς ἡβῆσαι. ἀντὶ τοῦ ἕνδεκα ἐτῶν γε‐</w:t>
      </w:r>
    </w:p>
    <w:p>
      <w:r>
        <w:rPr>
          <w:rFonts w:ascii="Courier New" w:hAnsi="Courier New"/>
          <w:color w:val="555555"/>
          <w:sz w:val="20"/>
        </w:rPr>
        <w:t>[25]</w:t>
      </w:r>
    </w:p>
    <w:p>
      <w:r>
        <w:rPr>
          <w:rFonts w:ascii="Gentium Plus" w:hAnsi="Gentium Plus"/>
          <w:sz w:val="24"/>
        </w:rPr>
        <w:t>γονέναι· τὸ γὰρ ἡβῆσαι μέχρι ιδ ἐστίν. ἀλλ’</w:t>
      </w:r>
    </w:p>
    <w:p>
      <w:r>
        <w:rPr>
          <w:rFonts w:ascii="Courier New" w:hAnsi="Courier New"/>
          <w:color w:val="555555"/>
          <w:sz w:val="20"/>
        </w:rPr>
        <w:t>[epsilon 810]</w:t>
      </w:r>
    </w:p>
    <w:p>
      <w:r>
        <w:rPr>
          <w:rFonts w:ascii="Gentium Plus" w:hAnsi="Gentium Plus"/>
          <w:sz w:val="24"/>
        </w:rPr>
        <w:t>οἱ ἔφηβοι παρ’ Ἀθηναίοις ὀκτωκαιδεκαετεῖς γε‐ νόμενοι ἐλέγοντο. Ἐπίδικα. οἷς ἄν τις ἐπεδικάζετο ὡς προσήκου‐ σιν αὐτῷ κατὰ νόμους ἀγχιστείαν, εἰ μὴ εἶεν</w:t>
      </w:r>
    </w:p>
    <w:p>
      <w:r>
        <w:rPr>
          <w:rFonts w:ascii="Courier New" w:hAnsi="Courier New"/>
          <w:color w:val="555555"/>
          <w:sz w:val="20"/>
        </w:rPr>
        <w:t>[5]</w:t>
      </w:r>
    </w:p>
    <w:p>
      <w:r>
        <w:rPr>
          <w:rFonts w:ascii="Gentium Plus" w:hAnsi="Gentium Plus"/>
          <w:sz w:val="24"/>
        </w:rPr>
        <w:t>υἱεῖς ἢ υἱωνοὶ τῷ τετελευτηκότι, μήτε μὴν δια‐ θῆκαι, ταῦτα ἐπίδικα καλεῖται. Ἐπίζηλον. τὸ ἐπίφθονον. Ἐπίηρα. ἐπιθυμητὰ, ἢ ἐπίηρα ἡ μετ’ ἐπικου‐ ρίας χάρις. ἐκ τοῦ ἐρῶ, ἔρανον, [καὶ κατὰ συγ‐</w:t>
      </w:r>
    </w:p>
    <w:p>
      <w:r>
        <w:rPr>
          <w:rFonts w:ascii="Courier New" w:hAnsi="Courier New"/>
          <w:color w:val="555555"/>
          <w:sz w:val="20"/>
        </w:rPr>
        <w:t>[10]</w:t>
      </w:r>
    </w:p>
    <w:p>
      <w:r>
        <w:rPr>
          <w:rFonts w:ascii="Gentium Plus" w:hAnsi="Gentium Plus"/>
          <w:sz w:val="24"/>
        </w:rPr>
        <w:t>κοπὴν καὶ ἔκτασιν ἤρα. εἰς δὲ τὴν καθολικὴν εὗρον οὕτως· ἔστιν ἢρ, ἡ ἐπικουρία, καὶ ὀξύ‐ νεται· ἡ γενικὴ ἦρος, ἦρα, καὶ ἐν συνθέσει ἐπίηρα.] Ἐπίθετον. ὄνομα τὸ ἐπὶ κυρίων ἢ προσηγορικὸν</w:t>
      </w:r>
    </w:p>
    <w:p>
      <w:r>
        <w:rPr>
          <w:rFonts w:ascii="Courier New" w:hAnsi="Courier New"/>
          <w:color w:val="555555"/>
          <w:sz w:val="20"/>
        </w:rPr>
        <w:t>[15]</w:t>
      </w:r>
    </w:p>
    <w:p>
      <w:r>
        <w:rPr>
          <w:rFonts w:ascii="Gentium Plus" w:hAnsi="Gentium Plus"/>
          <w:sz w:val="24"/>
        </w:rPr>
        <w:t>ὁμωνύμως τιθέμενον, καὶ δηλοῦν ἔπαινον ἢ ψό‐ γον. λαμβάνεται δὲ τριχῶς· ἀπὸ ψυχῆς, [ἀπὸ σώματος,] ἀπὸ τῶν ἐκτός. [ἀπὸ μὲν ψυχῆς, ὡς σώφρων, ἀκόλαστος· ἀπὸ δὲ σώματος, ὡς ταχὺς, βραδύς· ἀπὸ δὲ τῶν ἐκτὸς,] ὡς πλού‐</w:t>
      </w:r>
    </w:p>
    <w:p>
      <w:r>
        <w:rPr>
          <w:rFonts w:ascii="Courier New" w:hAnsi="Courier New"/>
          <w:color w:val="555555"/>
          <w:sz w:val="20"/>
        </w:rPr>
        <w:t>[20]</w:t>
      </w:r>
    </w:p>
    <w:p>
      <w:r>
        <w:rPr>
          <w:rFonts w:ascii="Gentium Plus" w:hAnsi="Gentium Plus"/>
          <w:sz w:val="24"/>
        </w:rPr>
        <w:t>σιος, πένης. Ἐπιθυμητικόν. τὸ θελητικόν. Ἐπίκηρα. φθαρτὰ, θνητὰ, ἐπιθανάτια. κῆρ γὰρ ὁ θάνατος. Ἐπίκλοπον. δόλιον, παραλογιστικόν.</w:t>
      </w:r>
    </w:p>
    <w:p>
      <w:r>
        <w:rPr>
          <w:rFonts w:ascii="Courier New" w:hAnsi="Courier New"/>
          <w:color w:val="555555"/>
          <w:sz w:val="20"/>
        </w:rPr>
        <w:t>[25]</w:t>
      </w:r>
    </w:p>
    <w:p>
      <w:r>
        <w:rPr>
          <w:rFonts w:ascii="Gentium Plus" w:hAnsi="Gentium Plus"/>
          <w:sz w:val="24"/>
        </w:rPr>
        <w:t>Ἐπίκλην. ὀνομασίαν.</w:t>
      </w:r>
    </w:p>
    <w:p>
      <w:r>
        <w:rPr>
          <w:rFonts w:ascii="Courier New" w:hAnsi="Courier New"/>
          <w:color w:val="555555"/>
          <w:sz w:val="20"/>
        </w:rPr>
        <w:t>[epsilon 811]</w:t>
      </w:r>
    </w:p>
    <w:p>
      <w:r>
        <w:rPr>
          <w:rFonts w:ascii="Gentium Plus" w:hAnsi="Gentium Plus"/>
          <w:sz w:val="24"/>
        </w:rPr>
        <w:t>Ἐπικαιρότατον. ἐπικινδυνότατον. Ἐπικείμενα. ἀντὶ τοῦ ἐπιφέροντα. [καὶ κειμή‐ λια κάλλιστα στέλλουσιν ἐπικείμενα χρυσίου λίτρας δισχιλίας.]</w:t>
      </w:r>
    </w:p>
    <w:p>
      <w:r>
        <w:rPr>
          <w:rFonts w:ascii="Courier New" w:hAnsi="Courier New"/>
          <w:color w:val="555555"/>
          <w:sz w:val="20"/>
        </w:rPr>
        <w:t>[5]</w:t>
      </w:r>
    </w:p>
    <w:p>
      <w:r>
        <w:rPr>
          <w:rFonts w:ascii="Gentium Plus" w:hAnsi="Gentium Plus"/>
          <w:sz w:val="24"/>
        </w:rPr>
        <w:t>Ἐπίκλαυτον. γοερὸν, θρηνητικόν. [Ἀριστοφά‐ νης· κελαρίζει ἐπίκλαυτον ἀηδόνιον νόμον.] Ἐπίκλημα. ἔγκλημα. [Ἀγαθίας· εὐπρεπέ‐ στατα ᾤοντο ἀποσείσασθαι τὸ ἐπίκλημα.]</w:t>
      </w:r>
    </w:p>
    <w:p>
      <w:r>
        <w:rPr>
          <w:rFonts w:ascii="Courier New" w:hAnsi="Courier New"/>
          <w:color w:val="555555"/>
          <w:sz w:val="20"/>
        </w:rPr>
        <w:t>[10]</w:t>
      </w:r>
    </w:p>
    <w:p>
      <w:r>
        <w:rPr>
          <w:rFonts w:ascii="Gentium Plus" w:hAnsi="Gentium Plus"/>
          <w:sz w:val="24"/>
        </w:rPr>
        <w:t>Ἐπίκλιντρον. εἶδος κόσμου γυναικείου. [τοῦτ’ ἐπίκλιντρον ἀποβάλλον.] Ἐπιθήματα. σκεπάσματα. Ἐπίκοινον. ὃ τῷ μὲν εἴδει διαφέρεται, οὐ διαλ‐ λάττεται δέ. ἐπίκοινον γένος τὸ ἐν μιᾷ φωνῆ</w:t>
      </w:r>
    </w:p>
    <w:p>
      <w:r>
        <w:rPr>
          <w:rFonts w:ascii="Courier New" w:hAnsi="Courier New"/>
          <w:color w:val="555555"/>
          <w:sz w:val="20"/>
        </w:rPr>
        <w:t>[15]</w:t>
      </w:r>
    </w:p>
    <w:p>
      <w:r>
        <w:rPr>
          <w:rFonts w:ascii="Gentium Plus" w:hAnsi="Gentium Plus"/>
          <w:sz w:val="24"/>
        </w:rPr>
        <w:t>μετὰ ἑνὸς ἄρθρου, [ἢ μόνου ἀρσενικοῦ] ἢ μό‐ νου θηλυκοῦ, σημαῖνον τὸ γένος, οἷον· ὁ κόραξ, ὁ ἀετὸς, ὁ ἰχθὺς, ἡ κορώνη, ἡ χελιδών. Ἐπικόλλωμα. τὸ μετὰ τὴν τῶν ἄρτων διάτρη‐ σιν περισσευόμενον. κόλλιξ γὰρ ὁ ἄρτος, ὅθεν</w:t>
      </w:r>
    </w:p>
    <w:p>
      <w:r>
        <w:rPr>
          <w:rFonts w:ascii="Courier New" w:hAnsi="Courier New"/>
          <w:color w:val="555555"/>
          <w:sz w:val="20"/>
        </w:rPr>
        <w:t>[20]</w:t>
      </w:r>
    </w:p>
    <w:p>
      <w:r>
        <w:rPr>
          <w:rFonts w:ascii="Gentium Plus" w:hAnsi="Gentium Plus"/>
          <w:sz w:val="24"/>
        </w:rPr>
        <w:t>καὶ κολλούριον ἀπὸ τοῦ κολλοβόν.</w:t>
      </w:r>
    </w:p>
    <w:p>
      <w:r>
        <w:rPr>
          <w:rFonts w:ascii="Courier New" w:hAnsi="Courier New"/>
          <w:color w:val="555555"/>
          <w:sz w:val="20"/>
        </w:rPr>
        <w:t>[epsilon 812]</w:t>
      </w:r>
    </w:p>
    <w:p>
      <w:r>
        <w:rPr>
          <w:rFonts w:ascii="Gentium Plus" w:hAnsi="Gentium Plus"/>
          <w:sz w:val="24"/>
        </w:rPr>
        <w:t>Ἐπιμείλιον. τὸ ἐξώπροικον. καὶ ἐπιμειλίδες νύμφαι. Ἐπίνειον. ἀκρωτήριον, ἢ παραθαλάσσιον χω‐ ρίον, ὁ λεγόμενος κατάβολος. [παρὰ τὸ ἐν αὐτῷ</w:t>
      </w:r>
    </w:p>
    <w:p>
      <w:r>
        <w:rPr>
          <w:rFonts w:ascii="Courier New" w:hAnsi="Courier New"/>
          <w:color w:val="555555"/>
          <w:sz w:val="20"/>
        </w:rPr>
        <w:t>[5]</w:t>
      </w:r>
    </w:p>
    <w:p>
      <w:r>
        <w:rPr>
          <w:rFonts w:ascii="Gentium Plus" w:hAnsi="Gentium Plus"/>
          <w:sz w:val="24"/>
        </w:rPr>
        <w:t>νήχεσθαι τὰς ὁλκάδας, καὶ ὀκέλλειν. ἢ πό‐ λισμα παραθαλάσσιον, ἔνθα τὰ νεώρια τῆς πό‐ λεως εἰσίν.] Ἐπίνητρον. τὸ ἐπὶ τῶν γονάτων, ἐφ’ οὗ τὴν κρόκην ἔνηθον.</w:t>
      </w:r>
    </w:p>
    <w:p>
      <w:r>
        <w:rPr>
          <w:rFonts w:ascii="Courier New" w:hAnsi="Courier New"/>
          <w:color w:val="555555"/>
          <w:sz w:val="20"/>
        </w:rPr>
        <w:t>[10]</w:t>
      </w:r>
    </w:p>
    <w:p>
      <w:r>
        <w:rPr>
          <w:rFonts w:ascii="Gentium Plus" w:hAnsi="Gentium Plus"/>
          <w:sz w:val="24"/>
        </w:rPr>
        <w:t>Ἐπίξηνον. ξύλον, ἐφ’ οὗ κρέα ἔκοπτον, ἢ μᾶλ‐ λον κόπτουσι. [τὸ νῦν ἐπίκοπον. λέγει δὲ τὸν μακελλικὸν κορμόν.] Ἐπιπόρπημα. πόρπη μέν ἐστιν ἡ ἄνωθεν τῆς χλαμύδος σύνθεσις, ἐπιπόρπημα δὲ τὸ ἐπὶ τῇ</w:t>
      </w:r>
    </w:p>
    <w:p>
      <w:r>
        <w:rPr>
          <w:rFonts w:ascii="Courier New" w:hAnsi="Courier New"/>
          <w:color w:val="555555"/>
          <w:sz w:val="20"/>
        </w:rPr>
        <w:t>[15]</w:t>
      </w:r>
    </w:p>
    <w:p>
      <w:r>
        <w:rPr>
          <w:rFonts w:ascii="Gentium Plus" w:hAnsi="Gentium Plus"/>
          <w:sz w:val="24"/>
        </w:rPr>
        <w:t>πόρπῃ κόσμημα, λίθινον ἢ χρυσοῦν ἢ ἀργυροῦν. Ἐπὶ Παλλαδίῳ. δικαστήριον Ἀθήνῃσιν, ἐν ᾧ οἱ ἐφέται ἀκουσίου φόνου ἐδίκαζον. Ἐπιτίμιον. ἡ τιμή. καὶ ὁ θεόλογος· ἵν’ ἔχω τὸ</w:t>
      </w:r>
    </w:p>
    <w:p>
      <w:r>
        <w:rPr>
          <w:rFonts w:ascii="Courier New" w:hAnsi="Courier New"/>
          <w:color w:val="555555"/>
          <w:sz w:val="20"/>
        </w:rPr>
        <w:t>[epsilon 813]</w:t>
      </w:r>
    </w:p>
    <w:p>
      <w:r>
        <w:rPr>
          <w:rFonts w:ascii="Gentium Plus" w:hAnsi="Gentium Plus"/>
          <w:sz w:val="24"/>
        </w:rPr>
        <w:t>Ἐπίπαστα. τὰ ἐπιπλασσόμενα τῷ σώματι ἄλ‐ φιτα. ἔθος γὰρ εἶχον ποιεῖν πλακοῦντας ἢ ἄρ‐ τους, καὶ ἐπιπάσσειν τινὰ καρυκεύματα ἢ ἁλ‐ μυρά. καὶ ἐκ τούτου ἠναγκάζοντο πίνειν πολλά.</w:t>
      </w:r>
    </w:p>
    <w:p>
      <w:r>
        <w:rPr>
          <w:rFonts w:ascii="Courier New" w:hAnsi="Courier New"/>
          <w:color w:val="555555"/>
          <w:sz w:val="20"/>
        </w:rPr>
        <w:t>[5]</w:t>
      </w:r>
    </w:p>
    <w:p>
      <w:r>
        <w:rPr>
          <w:rFonts w:ascii="Gentium Plus" w:hAnsi="Gentium Plus"/>
          <w:sz w:val="24"/>
        </w:rPr>
        <w:t>Ἐπίπεμπτον. Λυσίας ἀντὶ τοῦ ἁπλοῦ τὸ πέμ‐ πτον εἶπεν. Ἔπιπλα. ἡ μὴ ἔγγειος κτῆσις, ἀλλ’ ἐπιπόλαιος. οἱ δὲ ἐπίπλεα αὐτὰ φασίν. Ἡρόδοτος· καὶ τράπεζαν ἐπιπλέην ἀγαθῶν παντοίων παρα‐</w:t>
      </w:r>
    </w:p>
    <w:p>
      <w:r>
        <w:rPr>
          <w:rFonts w:ascii="Courier New" w:hAnsi="Courier New"/>
          <w:color w:val="555555"/>
          <w:sz w:val="20"/>
        </w:rPr>
        <w:t>[10]</w:t>
      </w:r>
    </w:p>
    <w:p>
      <w:r>
        <w:rPr>
          <w:rFonts w:ascii="Gentium Plus" w:hAnsi="Gentium Plus"/>
          <w:sz w:val="24"/>
        </w:rPr>
        <w:t>θέντες. Ἐπίπονον. καματηρόν. Ἐπιπόλαιον. τὸ πλέον ἐπάνω. Ἐπίπεδον. τὸ ἰσόπεδον, ἢ ἐπιφάνεια ἐξ ἴσου ταῖς ἐφ’ ἑαυτῆς εὐθείαις κειμένη.</w:t>
      </w:r>
    </w:p>
    <w:p>
      <w:r>
        <w:rPr>
          <w:rFonts w:ascii="Courier New" w:hAnsi="Courier New"/>
          <w:color w:val="555555"/>
          <w:sz w:val="20"/>
        </w:rPr>
        <w:t>[15]</w:t>
      </w:r>
    </w:p>
    <w:p>
      <w:r>
        <w:rPr>
          <w:rFonts w:ascii="Gentium Plus" w:hAnsi="Gentium Plus"/>
          <w:sz w:val="24"/>
        </w:rPr>
        <w:t>Ἐπὶ Πρυτανείῳ. δικαστηρίῳ. [ὅταν τὸ ἀποκτεῖ‐ ναν βέλος ᾖ φανερὸν, ἢ λίθος ἢ τὶ τοιοῦτον, ὁ δὲ δράσας μὴ ᾖ. ἀρχαῖον γὰρ ἔθος τὸ καὶ ἄψυχα κρίνειν.] Ἐπὶ ῥητοῖς γέρασιν. ἐπὶ φανεραῖς τιμαῖς, ἐπὶ</w:t>
      </w:r>
    </w:p>
    <w:p>
      <w:r>
        <w:rPr>
          <w:rFonts w:ascii="Courier New" w:hAnsi="Courier New"/>
          <w:color w:val="555555"/>
          <w:sz w:val="20"/>
        </w:rPr>
        <w:t>[20]</w:t>
      </w:r>
    </w:p>
    <w:p>
      <w:r>
        <w:rPr>
          <w:rFonts w:ascii="Gentium Plus" w:hAnsi="Gentium Plus"/>
          <w:sz w:val="24"/>
        </w:rPr>
        <w:t>ὁμολογουμέναις. Ἐπίῤῥημα. λέξις ἄκλιτος, κατηγοροῦσα τῶν ῥη‐ ματικῶν ἐγκλίσεων.</w:t>
      </w:r>
    </w:p>
    <w:p>
      <w:r>
        <w:rPr>
          <w:rFonts w:ascii="Courier New" w:hAnsi="Courier New"/>
          <w:color w:val="555555"/>
          <w:sz w:val="20"/>
        </w:rPr>
        <w:t>[epsilon 814]</w:t>
      </w:r>
    </w:p>
    <w:p>
      <w:r>
        <w:rPr>
          <w:rFonts w:ascii="Gentium Plus" w:hAnsi="Gentium Plus"/>
          <w:sz w:val="24"/>
        </w:rPr>
        <w:t>Ἐπισίτια. τὰ εἰς τροφὴν καὶ εἰς τὸ σιτεῖσθαι διδόμενα. ταῦτα δὲ ἐνίοτε καὶ σιτίον ἐκάλουν. Ἐπίσκοπα. εὔστοχα. [τὴν ἄφεσιν τῶν βελῶν κατ’ ἶσον βιαίαν καὶ ἐπίσκοπα ἰέναι.] ἐπίῤ‐</w:t>
      </w:r>
    </w:p>
    <w:p>
      <w:r>
        <w:rPr>
          <w:rFonts w:ascii="Courier New" w:hAnsi="Courier New"/>
          <w:color w:val="555555"/>
          <w:sz w:val="20"/>
        </w:rPr>
        <w:t>[5]</w:t>
      </w:r>
    </w:p>
    <w:p>
      <w:r>
        <w:rPr>
          <w:rFonts w:ascii="Gentium Plus" w:hAnsi="Gentium Plus"/>
          <w:sz w:val="24"/>
        </w:rPr>
        <w:t>ῥημα δέ ἐστι τοῦτο. *Ἐπικάλυμμα προβλήματος διαφέρει. τὸ γὰρ ἐπικάλυμμα χάριν στέγης ἐπινενόηται, ὡς τὸ ἱμάτιον· τὸ δὲ πρόβλημα χάριν φυλακῆς, ὡς τὰ ὅπλα καὶ τὰ ἀμυντήρια ὄργανα.*</w:t>
      </w:r>
    </w:p>
    <w:p>
      <w:r>
        <w:rPr>
          <w:rFonts w:ascii="Courier New" w:hAnsi="Courier New"/>
          <w:color w:val="555555"/>
          <w:sz w:val="20"/>
        </w:rPr>
        <w:t>[10]</w:t>
      </w:r>
    </w:p>
    <w:p>
      <w:r>
        <w:rPr>
          <w:rFonts w:ascii="Gentium Plus" w:hAnsi="Gentium Plus"/>
          <w:sz w:val="24"/>
        </w:rPr>
        <w:t>Ἐπισκύνιον. τὸ ἐπικείμενον τῷ μετώπῳ, ἢ ἡ αἰδὼς, ἢ τὸ τοῖς ὀφθαλμοῖς δέρμα, τὸ ἐπάνω τῶν ὀφρύων. ἐπισκύνιον δὲ κατὰ μετάθεσιν τοῦ λ εἰς ν. σκύτος γὰρ λέγεται τὸ δέρμα, ὅθεν καὶ σκυτοδέψης.</w:t>
      </w:r>
    </w:p>
    <w:p>
      <w:r>
        <w:rPr>
          <w:rFonts w:ascii="Courier New" w:hAnsi="Courier New"/>
          <w:color w:val="555555"/>
          <w:sz w:val="20"/>
        </w:rPr>
        <w:t>[15]</w:t>
      </w:r>
    </w:p>
    <w:p>
      <w:r>
        <w:rPr>
          <w:rFonts w:ascii="Gentium Plus" w:hAnsi="Gentium Plus"/>
          <w:sz w:val="24"/>
        </w:rPr>
        <w:t>Ἐπίσημα. τὰ ὑπερέχοντα. *Ἐπιλήψιμον. ψεκτὸν καὶ διαβαλλόμενον.* Ἐπιτελεοῦν καὶ ἐπιτελέωμα. τὸ ἐπὶ πᾶσι θυόμενον. ὑπὲρ τοῦ τελείας γίνεσθαι τὰς πρό‐ τερον θυσίας.</w:t>
      </w:r>
    </w:p>
    <w:p>
      <w:r>
        <w:rPr>
          <w:rFonts w:ascii="Courier New" w:hAnsi="Courier New"/>
          <w:color w:val="555555"/>
          <w:sz w:val="20"/>
        </w:rPr>
        <w:t>[20]</w:t>
      </w:r>
    </w:p>
    <w:p>
      <w:r>
        <w:rPr>
          <w:rFonts w:ascii="Gentium Plus" w:hAnsi="Gentium Plus"/>
          <w:sz w:val="24"/>
        </w:rPr>
        <w:t>Ἐπιστήματα. στῆλαι ἐπιτάφιοι. σεμνῶς τὲ καὶ σοβαρῶς ἐπιστήματα ἐπέστησαν. Ἐπίστιον. στρατιωτικὸν κατάλυμα. [Ἡρόδοτος·</w:t>
      </w:r>
    </w:p>
    <w:p>
      <w:r>
        <w:rPr>
          <w:rFonts w:ascii="Courier New" w:hAnsi="Courier New"/>
          <w:color w:val="555555"/>
          <w:sz w:val="20"/>
        </w:rPr>
        <w:t>[epsilon 815]</w:t>
      </w:r>
    </w:p>
    <w:p>
      <w:r>
        <w:rPr>
          <w:rFonts w:ascii="Gentium Plus" w:hAnsi="Gentium Plus"/>
          <w:sz w:val="24"/>
        </w:rPr>
        <w:t>Ἐπίσταλμα. ἔνταλμα, ἐντολὴν ἢ ἐπιστολήν. [ἐπίσταλμα βάρβαρον ἐπιχωριάζον Ἀλεξαν‐ δρεῦσι. καίτοι οὐ μόνον τὸ ἐπιστεῖλαι καὶ ἐπε‐ σταλκέναι, ἀλλὰ καὶ τὸ ἐπεστάλθαι, ἔστι πα‐</w:t>
      </w:r>
    </w:p>
    <w:p>
      <w:r>
        <w:rPr>
          <w:rFonts w:ascii="Courier New" w:hAnsi="Courier New"/>
          <w:color w:val="555555"/>
          <w:sz w:val="20"/>
        </w:rPr>
        <w:t>[5]</w:t>
      </w:r>
    </w:p>
    <w:p>
      <w:r>
        <w:rPr>
          <w:rFonts w:ascii="Gentium Plus" w:hAnsi="Gentium Plus"/>
          <w:sz w:val="24"/>
        </w:rPr>
        <w:t>ρὰ τοῖς παλαιοῖς. Θουκυδίδης· καὶ οἱ μὲν Βοιωτοὶ καὶ οἱ Κορίνθιοι ταῦτ’ ἐπεσταλμένοι ὑπὸ τοῦ Ξελάρους καὶ Κλεοβούλου.] Ἐπίβοιον θῦμα. ὄϊς μετὰ βοός. Ἐπισφυρίοις. τοῖς ἐπὶ τῶν κνημίδων περιδε‐</w:t>
      </w:r>
    </w:p>
    <w:p>
      <w:r>
        <w:rPr>
          <w:rFonts w:ascii="Courier New" w:hAnsi="Courier New"/>
          <w:color w:val="555555"/>
          <w:sz w:val="20"/>
        </w:rPr>
        <w:t>[10]</w:t>
      </w:r>
    </w:p>
    <w:p>
      <w:r>
        <w:rPr>
          <w:rFonts w:ascii="Gentium Plus" w:hAnsi="Gentium Plus"/>
          <w:sz w:val="24"/>
        </w:rPr>
        <w:t>δεμένοις. Ἐπιτελῆ. τὰ εἰς πέρας ἀγόμενα. ὁ δὲ ὑπέσχε‐ το πάντα ἐπιτελῆ ποιήσειν. Ἐπίτευγμα. ἐπιτυχία. οἱ δὲ θαυμάσαντες τὰ πλήθη τῶν κατοικούντων τὴν Αἴγυπτον καὶ τὰ</w:t>
      </w:r>
    </w:p>
    <w:p>
      <w:r>
        <w:rPr>
          <w:rFonts w:ascii="Courier New" w:hAnsi="Courier New"/>
          <w:color w:val="555555"/>
          <w:sz w:val="20"/>
        </w:rPr>
        <w:t>[15]</w:t>
      </w:r>
    </w:p>
    <w:p>
      <w:r>
        <w:rPr>
          <w:rFonts w:ascii="Gentium Plus" w:hAnsi="Gentium Plus"/>
          <w:sz w:val="24"/>
        </w:rPr>
        <w:t>τούτων ἐπιτεύγματα.</w:t>
      </w:r>
    </w:p>
    <w:p>
      <w:r>
        <w:rPr>
          <w:rFonts w:ascii="Courier New" w:hAnsi="Courier New"/>
          <w:color w:val="555555"/>
          <w:sz w:val="20"/>
        </w:rPr>
        <w:t>[epsilon 816]</w:t>
      </w:r>
    </w:p>
    <w:p>
      <w:r>
        <w:rPr>
          <w:rFonts w:ascii="Gentium Plus" w:hAnsi="Gentium Plus"/>
          <w:sz w:val="24"/>
        </w:rPr>
        <w:t>Ἐπιτείχισμα. ἐποικοδόμημα. Ἐπίτηδες. ἐπιτήδειον, ἢ ἐκ σπουδῆς. οὔκουν ἐπί‐ τηδες ξυνελέγομεν. Ἐπιτήδευμα. ἄσκησις, μάθησις, καὶ ἡ τοῦ βίου</w:t>
      </w:r>
    </w:p>
    <w:p>
      <w:r>
        <w:rPr>
          <w:rFonts w:ascii="Courier New" w:hAnsi="Courier New"/>
          <w:color w:val="555555"/>
          <w:sz w:val="20"/>
        </w:rPr>
        <w:t>[5]</w:t>
      </w:r>
    </w:p>
    <w:p>
      <w:r>
        <w:rPr>
          <w:rFonts w:ascii="Gentium Plus" w:hAnsi="Gentium Plus"/>
          <w:sz w:val="24"/>
        </w:rPr>
        <w:t>διαγωγή. Ἐπιτίμιον. ἡ ἐντολή. ἢ ὁ μισθὸς, καὶ τὸ ἐπ’ ἀμοιβῇ ἀγαθοῦ ἕνεκα τιμῆς διδόμενον. Ἐπίτιτθον. ὑπομάζιον, ὑπὸ τὴν τροφήν. ἦν δὲ τὸ νήπιον ὑπότιτθον.</w:t>
      </w:r>
    </w:p>
    <w:p>
      <w:r>
        <w:rPr>
          <w:rFonts w:ascii="Courier New" w:hAnsi="Courier New"/>
          <w:color w:val="555555"/>
          <w:sz w:val="20"/>
        </w:rPr>
        <w:t>[10]</w:t>
      </w:r>
    </w:p>
    <w:p>
      <w:r>
        <w:rPr>
          <w:rFonts w:ascii="Gentium Plus" w:hAnsi="Gentium Plus"/>
          <w:sz w:val="24"/>
        </w:rPr>
        <w:t>Ἐπιτραπεζώματα. τὰ ἐπιτιθέμενα τῇ τρα‐ πέζῃ βρώματα. Ἐπίσσωστρα. οἱ ἐκτὸς τῶν τροχῶν σιδήρειοι κύκλοι, οἱ ἐπὶ τὴν γῆν κυλιόμενοι. σῶστρον δὲ καὶ ἐπίσσωστρον πλεονασμῷ τοῦ ς. εἴρηται δὲ</w:t>
      </w:r>
    </w:p>
    <w:p>
      <w:r>
        <w:rPr>
          <w:rFonts w:ascii="Courier New" w:hAnsi="Courier New"/>
          <w:color w:val="555555"/>
          <w:sz w:val="20"/>
        </w:rPr>
        <w:t>[15]</w:t>
      </w:r>
    </w:p>
    <w:p>
      <w:r>
        <w:rPr>
          <w:rFonts w:ascii="Gentium Plus" w:hAnsi="Gentium Plus"/>
          <w:sz w:val="24"/>
        </w:rPr>
        <w:t>ἀπὸ τοῦ σῶ τὸ ὁρμῶ.</w:t>
      </w:r>
    </w:p>
    <w:p>
      <w:r>
        <w:rPr>
          <w:rFonts w:ascii="Courier New" w:hAnsi="Courier New"/>
          <w:color w:val="555555"/>
          <w:sz w:val="20"/>
        </w:rPr>
        <w:t>[epsilon 817]</w:t>
      </w:r>
    </w:p>
    <w:p>
      <w:r>
        <w:rPr>
          <w:rFonts w:ascii="Gentium Plus" w:hAnsi="Gentium Plus"/>
          <w:sz w:val="24"/>
        </w:rPr>
        <w:t>Ἐπιφάνια. ἡ τοῦ σωτῆρος ἡμῶν Ἰησοῦ Χριστοῦ ἔνσαρκος οἰκονομία. Ἐπίφθονον, τὸ ἐπίζηλον. Ἐπιφορήματα. τὰ τραγήματα παρὰ Ἡροδότῳ.</w:t>
      </w:r>
    </w:p>
    <w:p>
      <w:r>
        <w:rPr>
          <w:rFonts w:ascii="Courier New" w:hAnsi="Courier New"/>
          <w:color w:val="555555"/>
          <w:sz w:val="20"/>
        </w:rPr>
        <w:t>[5]</w:t>
      </w:r>
    </w:p>
    <w:p>
      <w:r>
        <w:rPr>
          <w:rFonts w:ascii="Gentium Plus" w:hAnsi="Gentium Plus"/>
          <w:sz w:val="24"/>
        </w:rPr>
        <w:t>Ἐπιχειλές. τὸ μὴ πλῆρες μέτρον, ἀλλ’ ἀπολει‐ πόμενον. Ἀριστοφάνης· τὴν πόλιν ἡμῶν μεστὴν ἐποίησεν εὑρὼν ἐπι‐ χειλῆ. Ἐπίχειρα. τὰ διὰ τῶν χειρῶν κέρδη. κυρίως</w:t>
      </w:r>
    </w:p>
    <w:p>
      <w:r>
        <w:rPr>
          <w:rFonts w:ascii="Courier New" w:hAnsi="Courier New"/>
          <w:color w:val="555555"/>
          <w:sz w:val="20"/>
        </w:rPr>
        <w:t>[10]</w:t>
      </w:r>
    </w:p>
    <w:p>
      <w:r>
        <w:rPr>
          <w:rFonts w:ascii="Gentium Plus" w:hAnsi="Gentium Plus"/>
          <w:sz w:val="24"/>
        </w:rPr>
        <w:t>δὲ οἱ μισθοί. Ἐπουσιώδη. τὰ ἀχώριστα συμβεβηκότα οἱ φιλό‐ σοφοι καλοῦσιν. ἐπουσιῶδες ἐξ αὐτῆς τῆς τοῦ ὑποκειμένου οὐσίας ὑπάρχον, ἰδίοις δὲ διαλλάτ‐ τον συμβεβηκόσιν.</w:t>
      </w:r>
    </w:p>
    <w:p>
      <w:r>
        <w:rPr>
          <w:rFonts w:ascii="Courier New" w:hAnsi="Courier New"/>
          <w:color w:val="555555"/>
          <w:sz w:val="20"/>
        </w:rPr>
        <w:t>[15]</w:t>
      </w:r>
    </w:p>
    <w:p>
      <w:r>
        <w:rPr>
          <w:rFonts w:ascii="Gentium Plus" w:hAnsi="Gentium Plus"/>
          <w:sz w:val="24"/>
        </w:rPr>
        <w:t>Ἐπουσιῶδες. ὃ οὔτε παρὸν σώζει, οὔτε ἀπὸν φθείρει, ὡς ἐπὶ τοῦ λευκοῦ. Ἐπόγδοον. τὸ δεδανεισμένον, ὥστε τοῦ κεφα‐ λαίου τὸ ὄγδοον μέρος λαβεῖν τὸν δανειστὴν, οἷον τριώβολον τοῦ τετάρτου δραγμοῦ.</w:t>
      </w:r>
    </w:p>
    <w:p>
      <w:r>
        <w:rPr>
          <w:rFonts w:ascii="Courier New" w:hAnsi="Courier New"/>
          <w:color w:val="555555"/>
          <w:sz w:val="20"/>
        </w:rPr>
        <w:t>[20]</w:t>
      </w:r>
    </w:p>
    <w:p>
      <w:r>
        <w:rPr>
          <w:rFonts w:ascii="Gentium Plus" w:hAnsi="Gentium Plus"/>
          <w:sz w:val="24"/>
        </w:rPr>
        <w:t>Ἔπος. τὸ λόγιον. Ἔπος πρὸς ἔπος ἠρειδόμεθα. τουτέστιν ἀν‐ τεβάλλομεν, καὶ ἐφιλονεικοῦμεν. Ἑπταβόειον. ἑπτάβυρσον, ἑπτάπτυχον καὶ</w:t>
      </w:r>
    </w:p>
    <w:p>
      <w:r>
        <w:rPr>
          <w:rFonts w:ascii="Courier New" w:hAnsi="Courier New"/>
          <w:color w:val="555555"/>
          <w:sz w:val="20"/>
        </w:rPr>
        <w:t>[epsilon 818]</w:t>
      </w:r>
    </w:p>
    <w:p>
      <w:r>
        <w:rPr>
          <w:rFonts w:ascii="Gentium Plus" w:hAnsi="Gentium Plus"/>
          <w:sz w:val="24"/>
        </w:rPr>
        <w:t>Ἑπταπλασίονα. πολυπλασίονα. ὁ γὰρ ἑπτὰ ἀριθμὸς ἐπὶ πλήθει τάττεται. Ἐπύλλια. τὰ ἔπη, τὰ λόγια. ὑποκοριστικῶς. ἐπύλλια ξυλλέγω.</w:t>
      </w:r>
    </w:p>
    <w:p>
      <w:r>
        <w:rPr>
          <w:rFonts w:ascii="Courier New" w:hAnsi="Courier New"/>
          <w:color w:val="555555"/>
          <w:sz w:val="20"/>
        </w:rPr>
        <w:t>[5]</w:t>
      </w:r>
    </w:p>
    <w:p>
      <w:r>
        <w:rPr>
          <w:rFonts w:ascii="Gentium Plus" w:hAnsi="Gentium Plus"/>
          <w:sz w:val="24"/>
        </w:rPr>
        <w:t>Ἐπώνια. τέλος ἐστὶ τὸ ἐπὶ τῇ ὠνῇ διδόμενον. εἴη δ’ ἂν ἴσως ἡ πέμπτη. Ἐπώνυμον. τὸ μεθ’ ἑτέρου κυρίου καθ’ ἓν λε‐ γόμενον. ἐπωνυμίαν θέμενοι Μαρκίῳ Κόρβινον. Ἐπιβόημα. ἐπιφώνημα. Θουκυδίδης· ὁ δὲ, εἴτε</w:t>
      </w:r>
    </w:p>
    <w:p>
      <w:r>
        <w:rPr>
          <w:rFonts w:ascii="Courier New" w:hAnsi="Courier New"/>
          <w:color w:val="555555"/>
          <w:sz w:val="20"/>
        </w:rPr>
        <w:t>[10]</w:t>
      </w:r>
    </w:p>
    <w:p>
      <w:r>
        <w:rPr>
          <w:rFonts w:ascii="Gentium Plus" w:hAnsi="Gentium Plus"/>
          <w:sz w:val="24"/>
        </w:rPr>
        <w:t>τὸ ἐπιβόημα—. Ἐπίηρα. ἐπιθυμητά. ἢ ἡ μετ’ ἐπικουρίας χά‐ ρις. οἱ δὲ νεώτεροι ἀντὶ τοῦ ἕνεκα φασίν. Ἐπικάρσιον. πλάγιον, οὐκ εὐθύ. οὕτως Ἡρό‐ δοτος.</w:t>
      </w:r>
    </w:p>
    <w:p>
      <w:r>
        <w:rPr>
          <w:rFonts w:ascii="Courier New" w:hAnsi="Courier New"/>
          <w:color w:val="555555"/>
          <w:sz w:val="20"/>
        </w:rPr>
        <w:t>[15]</w:t>
      </w:r>
    </w:p>
    <w:p>
      <w:r>
        <w:rPr>
          <w:rFonts w:ascii="Gentium Plus" w:hAnsi="Gentium Plus"/>
          <w:sz w:val="24"/>
        </w:rPr>
        <w:t>Ἐπὶ κεφαλαίου. συντόμως, ταχέως. μνησθεὶς δὲ ἐπὶ κεφαλαίου τῶν γεγονότων αὐτοῖς ἐλατ‐ τωμάτων. Ἐπὶ τῶν ὑποκειμένων. ἐπὶ τῶν φθασάντων γενέσθαι.</w:t>
      </w:r>
    </w:p>
    <w:p>
      <w:r>
        <w:rPr>
          <w:rFonts w:ascii="Courier New" w:hAnsi="Courier New"/>
          <w:color w:val="555555"/>
          <w:sz w:val="20"/>
        </w:rPr>
        <w:t>[20]</w:t>
      </w:r>
    </w:p>
    <w:p>
      <w:r>
        <w:rPr>
          <w:rFonts w:ascii="Gentium Plus" w:hAnsi="Gentium Plus"/>
          <w:sz w:val="24"/>
        </w:rPr>
        <w:t>Ἐπιχειρημάτων. ἐννοιῶν. Ἐπιμέλεον. φροντίδος ἄξιον. [Ἡρόδοτος·] ὡς παρεξῄει ἡ γυνὴ, ἐπιμέλεον τῷ Δαρείῳ ἐγένετο. Ἐπίταγμα. δύο τέλη ἱππέων, ἀνδρῶν ἐννακισ‐</w:t>
      </w:r>
    </w:p>
    <w:p>
      <w:r>
        <w:rPr>
          <w:rFonts w:ascii="Courier New" w:hAnsi="Courier New"/>
          <w:color w:val="555555"/>
          <w:sz w:val="20"/>
        </w:rPr>
        <w:t>[epsilon 819]</w:t>
      </w:r>
    </w:p>
    <w:p>
      <w:r>
        <w:rPr>
          <w:rFonts w:ascii="Gentium Plus" w:hAnsi="Gentium Plus"/>
          <w:sz w:val="24"/>
        </w:rPr>
        <w:t>Ἐπαύκλια. τραγήματα. τοῦ Ψελλοῦ· ἐπαύ‐ κλια τραγήματα. ἐλεὸν τράπεζά τις.</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Ἐπαΐοι. ἀκούοιτο, αἰσθάνοιτο, ἀντιλαμβάνοι‐</w:t>
      </w:r>
    </w:p>
    <w:p>
      <w:r>
        <w:rPr>
          <w:rFonts w:ascii="Courier New" w:hAnsi="Courier New"/>
          <w:color w:val="555555"/>
          <w:sz w:val="20"/>
        </w:rPr>
        <w:t>[5]</w:t>
      </w:r>
    </w:p>
    <w:p>
      <w:r>
        <w:rPr>
          <w:rFonts w:ascii="Gentium Plus" w:hAnsi="Gentium Plus"/>
          <w:sz w:val="24"/>
        </w:rPr>
        <w:t>το, συγκατατίθοιτο. ἄρχειν δὲ αὐτῶν ἔταξε λοχαγοὺς, ἀμφοτέρων τῶν διαλέκτων ἐπαΐον‐ τας. Ἐπαναβάλεσθε. περιστολίσασθε. ἱμάτια τ’ ἀνδρεῖα ἐπαναβάλεσθε.</w:t>
      </w:r>
    </w:p>
    <w:p>
      <w:r>
        <w:rPr>
          <w:rFonts w:ascii="Courier New" w:hAnsi="Courier New"/>
          <w:color w:val="555555"/>
          <w:sz w:val="20"/>
        </w:rPr>
        <w:t>[10]</w:t>
      </w:r>
    </w:p>
    <w:p>
      <w:r>
        <w:rPr>
          <w:rFonts w:ascii="Gentium Plus" w:hAnsi="Gentium Plus"/>
          <w:sz w:val="24"/>
        </w:rPr>
        <w:t>Ἐπαναβαίνω. δοτικῇ συντάσσεται. οἱ δὲ ἐπα‐ νέβαινον τῷ ὄρει. Ἐπαρτωμένων. ἐπικρεμαμένων. ὥστε μεγίστων φόβων ἐπαρτωμένων. Ἐπαυλίζονται. ἐπισκιάζονται.</w:t>
      </w:r>
    </w:p>
    <w:p>
      <w:r>
        <w:rPr>
          <w:rFonts w:ascii="Courier New" w:hAnsi="Courier New"/>
          <w:color w:val="555555"/>
          <w:sz w:val="20"/>
        </w:rPr>
        <w:t>[15]</w:t>
      </w:r>
    </w:p>
    <w:p>
      <w:r>
        <w:rPr>
          <w:rFonts w:ascii="Gentium Plus" w:hAnsi="Gentium Plus"/>
          <w:sz w:val="24"/>
        </w:rPr>
        <w:t>Ἐπαυχῶ. βεβαίως οἶδα. Σοφοκλῆς· ὡς κᾄμ’ ἐπαυχῶ τῆσδε φήμης. καὶ ἐπαυχήσατο. καὶ ἐπαυχοῦσιν ἀντὶ τοῦ με‐</w:t>
      </w:r>
    </w:p>
    <w:p>
      <w:r>
        <w:rPr>
          <w:rFonts w:ascii="Courier New" w:hAnsi="Courier New"/>
          <w:color w:val="555555"/>
          <w:sz w:val="20"/>
        </w:rPr>
        <w:t>[epsilon 820]</w:t>
      </w:r>
    </w:p>
    <w:p>
      <w:r>
        <w:rPr>
          <w:rFonts w:ascii="Gentium Plus" w:hAnsi="Gentium Plus"/>
          <w:sz w:val="24"/>
        </w:rPr>
        <w:t>Ἐπαναλήψομαι. ἐπαναλάβω. ἄνωθεν καὶ ἐξ ἀρχῆς ἄρξομαι. Ἐπαρώμενοι. καταρώμενοι. Ἐπαμῦναι. βοηθῆσαι.</w:t>
      </w:r>
    </w:p>
    <w:p>
      <w:r>
        <w:rPr>
          <w:rFonts w:ascii="Courier New" w:hAnsi="Courier New"/>
          <w:color w:val="555555"/>
          <w:sz w:val="20"/>
        </w:rPr>
        <w:t>[5]</w:t>
      </w:r>
    </w:p>
    <w:p>
      <w:r>
        <w:rPr>
          <w:rFonts w:ascii="Gentium Plus" w:hAnsi="Gentium Plus"/>
          <w:sz w:val="24"/>
        </w:rPr>
        <w:t>Ἐπαρήγω. βοηθῶ. Ἐπαγωνιεῖται. προσκαρτερήσει, φιλονεικήσει. Ἐπαφαυάνθην. ἐξηράνθην. Ἀριστοφάνης· ὥστ’ ἐπαφαυάνθην Παναθηναίοισι γελῶν. Ἐπαναχθέντες. ἐπανακομισθέντες.</w:t>
      </w:r>
    </w:p>
    <w:p>
      <w:r>
        <w:rPr>
          <w:rFonts w:ascii="Courier New" w:hAnsi="Courier New"/>
          <w:color w:val="555555"/>
          <w:sz w:val="20"/>
        </w:rPr>
        <w:t>[10]</w:t>
      </w:r>
    </w:p>
    <w:p>
      <w:r>
        <w:rPr>
          <w:rFonts w:ascii="Gentium Plus" w:hAnsi="Gentium Plus"/>
          <w:sz w:val="24"/>
        </w:rPr>
        <w:t>Ἐπανιτέον. ἐπιστρεπτέον, ἐπανοδευτέον. Ἐπαλείφει. διεγείρει, γυμνάζει, [καὶ] ἀντὶ τοῦ χρίει. Ἐπαλήλιπτο. ἐχρίετο. κασσίτερον δὲ ἐπαλή‐ λιπτο τὰ κράνη αὐτῶν.</w:t>
      </w:r>
    </w:p>
    <w:p>
      <w:r>
        <w:rPr>
          <w:rFonts w:ascii="Courier New" w:hAnsi="Courier New"/>
          <w:color w:val="555555"/>
          <w:sz w:val="20"/>
        </w:rPr>
        <w:t>[15]</w:t>
      </w:r>
    </w:p>
    <w:p>
      <w:r>
        <w:rPr>
          <w:rFonts w:ascii="Gentium Plus" w:hAnsi="Gentium Plus"/>
          <w:sz w:val="24"/>
        </w:rPr>
        <w:t>Ἐπάσω. λέξω. Ἐπάνηκε. ὑπόστρεψον, ἐπάνελθε.</w:t>
      </w:r>
    </w:p>
    <w:p>
      <w:r>
        <w:rPr>
          <w:rFonts w:ascii="Courier New" w:hAnsi="Courier New"/>
          <w:color w:val="555555"/>
          <w:sz w:val="20"/>
        </w:rPr>
        <w:t>[epsilon 821]</w:t>
      </w:r>
    </w:p>
    <w:p>
      <w:r>
        <w:rPr>
          <w:rFonts w:ascii="Gentium Plus" w:hAnsi="Gentium Plus"/>
          <w:sz w:val="24"/>
        </w:rPr>
        <w:t>Ἐπαφώμενα. περιέργως ψηλαφώμενα. Ἐπανίστανται. κυρίως λέγεται ἐπανίστασθαι, [ὅταν] οἱ πρότερον ἐν ὑπηκόων τάξει τελοῦν‐ τες μετὰ ταῦτα πόλεμον τοῖς κυρίοις αὐτῶν αἴ‐</w:t>
      </w:r>
    </w:p>
    <w:p>
      <w:r>
        <w:rPr>
          <w:rFonts w:ascii="Courier New" w:hAnsi="Courier New"/>
          <w:color w:val="555555"/>
          <w:sz w:val="20"/>
        </w:rPr>
        <w:t>[5]</w:t>
      </w:r>
    </w:p>
    <w:p>
      <w:r>
        <w:rPr>
          <w:rFonts w:ascii="Gentium Plus" w:hAnsi="Gentium Plus"/>
          <w:sz w:val="24"/>
        </w:rPr>
        <w:t>ρωσιν. Ἐπάδοντος. φαρμακοῦ, γόητος. Δαβίδ· φω‐ νῆς ἐπᾳδόντων. Ἐπαυρίζω. τὸ φυσῶ. καὶ ἐπαυρίσκω ὁμοίως. Ἐπαύρασθαι. ἐπαπολαῦσαι.</w:t>
      </w:r>
    </w:p>
    <w:p>
      <w:r>
        <w:rPr>
          <w:rFonts w:ascii="Courier New" w:hAnsi="Courier New"/>
          <w:color w:val="555555"/>
          <w:sz w:val="20"/>
        </w:rPr>
        <w:t>[10]</w:t>
      </w:r>
    </w:p>
    <w:p>
      <w:r>
        <w:rPr>
          <w:rFonts w:ascii="Gentium Plus" w:hAnsi="Gentium Plus"/>
          <w:sz w:val="24"/>
        </w:rPr>
        <w:t>Ἐπαλαμᾶτο. ἐμηχανᾶτο. ἐτεχνάζετο. παλά‐ μαι γὰρ αἱ τέχναι. καὶ Ἀριστοφάνης· τί οὖν πρὸς τ’ ἄλφιτα ἐπαλαμήσατο. τουτέστιν ἐπενόησεν. Ἐπαλλάξαντες. ἀντὶ τοῦ ἐπιλέξαντες.</w:t>
      </w:r>
    </w:p>
    <w:p>
      <w:r>
        <w:rPr>
          <w:rFonts w:ascii="Courier New" w:hAnsi="Courier New"/>
          <w:color w:val="555555"/>
          <w:sz w:val="20"/>
        </w:rPr>
        <w:t>[15]</w:t>
      </w:r>
    </w:p>
    <w:p>
      <w:r>
        <w:rPr>
          <w:rFonts w:ascii="Gentium Plus" w:hAnsi="Gentium Plus"/>
          <w:sz w:val="24"/>
        </w:rPr>
        <w:t>Ἐπαλαιώθησαν. ἐγήρασαν. Ἐπάλξαντες. ἄλλο ἐπ’ ἄλλῳ ποιήσαντες. δῆ‐ λον δὲ τὴν συμπλοκὴν τῶν μαχομένων.</w:t>
      </w:r>
    </w:p>
    <w:p>
      <w:r>
        <w:rPr>
          <w:rFonts w:ascii="Courier New" w:hAnsi="Courier New"/>
          <w:color w:val="555555"/>
          <w:sz w:val="20"/>
        </w:rPr>
        <w:t>[epsilon 822]</w:t>
      </w:r>
    </w:p>
    <w:p>
      <w:r>
        <w:rPr>
          <w:rFonts w:ascii="Gentium Plus" w:hAnsi="Gentium Plus"/>
          <w:sz w:val="24"/>
        </w:rPr>
        <w:t>ἀπὸ τῆς πάχνης τῆς φθειρούσης καὶ λύπην ἐμ‐ ποιούσης τοῖς φυτοῖς. Ἡσίοδος· —τότ’ ἐπάχνωσεν φίλον ἦτορ. Ἐπαμφοτερίσαι. εἰς ἀμφιβολίαν ἀγαγεῖν τὸν</w:t>
      </w:r>
    </w:p>
    <w:p>
      <w:r>
        <w:rPr>
          <w:rFonts w:ascii="Courier New" w:hAnsi="Courier New"/>
          <w:color w:val="555555"/>
          <w:sz w:val="20"/>
        </w:rPr>
        <w:t>[5]</w:t>
      </w:r>
    </w:p>
    <w:p>
      <w:r>
        <w:rPr>
          <w:rFonts w:ascii="Gentium Plus" w:hAnsi="Gentium Plus"/>
          <w:sz w:val="24"/>
        </w:rPr>
        <w:t>λόγον, ὡς καθ’ ἑκάτερον ἐλέγχεσθαι. Ἐπάταξας. ἀντὶ τοῦ πατάξεις. Ἐπανάκρουσαι. ἀντὶ τοῦ ἐπανάκαμπτε. Ἀρι‐ στοφάνης· δεῦρ’ ἐπανάκρουσαι πάλιν.</w:t>
      </w:r>
    </w:p>
    <w:p>
      <w:r>
        <w:rPr>
          <w:rFonts w:ascii="Courier New" w:hAnsi="Courier New"/>
          <w:color w:val="555555"/>
          <w:sz w:val="20"/>
        </w:rPr>
        <w:t>[10]</w:t>
      </w:r>
    </w:p>
    <w:p>
      <w:r>
        <w:rPr>
          <w:rFonts w:ascii="Gentium Plus" w:hAnsi="Gentium Plus"/>
          <w:sz w:val="24"/>
        </w:rPr>
        <w:t>ἡ μεταφορὰ ἀπὸ τῶν τὰς ἡνίας ἢ τὰς ναῦς ἀνα‐ κρουομένων, ἢ ἀπὸ τῶν κωπηλατούντων, ὅταν ἀναστρέψαντες πρύμναν ἀνακρούωνται, ἵνα εἰς τοὐπίσω ἀναχωρήσῃ τὸ πλοῖον. Ἐπαγαγέσθαι. παραπεῖσαι, ἐφελκύσασθαι.</w:t>
      </w:r>
    </w:p>
    <w:p>
      <w:r>
        <w:rPr>
          <w:rFonts w:ascii="Courier New" w:hAnsi="Courier New"/>
          <w:color w:val="555555"/>
          <w:sz w:val="20"/>
        </w:rPr>
        <w:t>[15]</w:t>
      </w:r>
    </w:p>
    <w:p>
      <w:r>
        <w:rPr>
          <w:rFonts w:ascii="Gentium Plus" w:hAnsi="Gentium Plus"/>
          <w:sz w:val="24"/>
        </w:rPr>
        <w:t>Ἐπαγγέλλεται. παρακαλεῖ, ἀξιοῖ. οὕτως Ἡρό‐ δοτος. Ἐπαγγέλλει. ἀντὶ τοῦ ἐπιτάσσει, ἐντέλλεται,</w:t>
      </w:r>
    </w:p>
    <w:p>
      <w:r>
        <w:rPr>
          <w:rFonts w:ascii="Courier New" w:hAnsi="Courier New"/>
          <w:color w:val="555555"/>
          <w:sz w:val="20"/>
        </w:rPr>
        <w:t>[epsilon 823]</w:t>
      </w:r>
    </w:p>
    <w:p>
      <w:r>
        <w:rPr>
          <w:rFonts w:ascii="Gentium Plus" w:hAnsi="Gentium Plus"/>
          <w:sz w:val="24"/>
        </w:rPr>
        <w:t>Ἐπαγγείλαντας. ἐπικαλεσαμένους. Ἐπάειραν. ἐπῇραν. καὶ ἐπαείρας. Ἐπαμησάμενος. ἀνακινήσας, καὶ ἀντὶ τοῦ θε‐ ρίσας.</w:t>
      </w:r>
    </w:p>
    <w:p>
      <w:r>
        <w:rPr>
          <w:rFonts w:ascii="Courier New" w:hAnsi="Courier New"/>
          <w:color w:val="555555"/>
          <w:sz w:val="20"/>
        </w:rPr>
        <w:t>[5]</w:t>
      </w:r>
    </w:p>
    <w:p>
      <w:r>
        <w:rPr>
          <w:rFonts w:ascii="Gentium Plus" w:hAnsi="Gentium Plus"/>
          <w:sz w:val="24"/>
        </w:rPr>
        <w:t>Ἐπανεθήσεται. ἀντὶ τοῦ ἐπαφεθήσεται. Ἐπανέσχετο. ἐπανελάβετο. [ὁ δὲ τὸν πρὸς τοὺς Γέτας πόλεμον, ὡς μάλιστα ἐπείγοντα, ἐπα‐ νέσχετο.] Ἐπανετείνοντο. ἐν προσδοκίᾳ ἦσαν, ἢ ἐμεγαλύ‐</w:t>
      </w:r>
    </w:p>
    <w:p>
      <w:r>
        <w:rPr>
          <w:rFonts w:ascii="Courier New" w:hAnsi="Courier New"/>
          <w:color w:val="555555"/>
          <w:sz w:val="20"/>
        </w:rPr>
        <w:t>[10]</w:t>
      </w:r>
    </w:p>
    <w:p>
      <w:r>
        <w:rPr>
          <w:rFonts w:ascii="Gentium Plus" w:hAnsi="Gentium Plus"/>
          <w:sz w:val="24"/>
        </w:rPr>
        <w:t>νοντο καὶ ηὔξαντο. Ἐπανέχειν. οἰκείᾳ συνέσει χρῆσθαι, καὶ μὴ ταῖς βίβλοις ἐπανέχειν. ἔστι δὲ καὶ τὸ</w:t>
      </w:r>
    </w:p>
    <w:p>
      <w:r>
        <w:rPr>
          <w:rFonts w:ascii="Courier New" w:hAnsi="Courier New"/>
          <w:color w:val="555555"/>
          <w:sz w:val="20"/>
        </w:rPr>
        <w:t>[epsilon 824]</w:t>
      </w:r>
    </w:p>
    <w:p>
      <w:r>
        <w:rPr>
          <w:rFonts w:ascii="Gentium Plus" w:hAnsi="Gentium Plus"/>
          <w:sz w:val="24"/>
        </w:rPr>
        <w:t>Ἐπανεῖπον. ἐκήρυξαν. ἐπανεῖπον ἀργύριον τῷ ἀποκτείναντι. [Θουκυδίδης.] Ἐπανήρατο. ἐπειρᾶτο, εἵλετο. Ἐπαποδυώμεθα. ἀντὶ τοῦ ἐπιχειρήσωμεν.</w:t>
      </w:r>
    </w:p>
    <w:p>
      <w:r>
        <w:rPr>
          <w:rFonts w:ascii="Courier New" w:hAnsi="Courier New"/>
          <w:color w:val="555555"/>
          <w:sz w:val="20"/>
        </w:rPr>
        <w:t>[5]</w:t>
      </w:r>
    </w:p>
    <w:p>
      <w:r>
        <w:rPr>
          <w:rFonts w:ascii="Gentium Plus" w:hAnsi="Gentium Plus"/>
          <w:sz w:val="24"/>
        </w:rPr>
        <w:t>Ἐπάρας. ἀντὶ τοῦ πείσας. [θρασυτάτους ἄν‐ δρας ἐλπίσιν εὐεργεσιῶν ἐπάρας.] Ἐπάσαντο. ἐγεύσαντο. Ἐπαγομένοις. αἰχμαλωτιζομένοις ἢ ἐπιφερο‐ μένοις.</w:t>
      </w:r>
    </w:p>
    <w:p>
      <w:r>
        <w:rPr>
          <w:rFonts w:ascii="Courier New" w:hAnsi="Courier New"/>
          <w:color w:val="555555"/>
          <w:sz w:val="20"/>
        </w:rPr>
        <w:t>[10]</w:t>
      </w:r>
    </w:p>
    <w:p>
      <w:r>
        <w:rPr>
          <w:rFonts w:ascii="Gentium Plus" w:hAnsi="Gentium Plus"/>
          <w:sz w:val="24"/>
        </w:rPr>
        <w:t>Ἐπανέντες. ἀφέντες. Ἐπαινέσας. εὐχαρίστως ἀποδεξάμενος. Ἐπαινεῖσθε. ἀντὶ τοῦ καυχᾶσθε. Δαβίδ· ἐπαι‐ νεῖσθε ἐν τῷ ὀνόματι τῷ ἁγίῳ αὐτοῦ.</w:t>
      </w:r>
    </w:p>
    <w:p>
      <w:r>
        <w:rPr>
          <w:rFonts w:ascii="Courier New" w:hAnsi="Courier New"/>
          <w:color w:val="555555"/>
          <w:sz w:val="20"/>
        </w:rPr>
        <w:t>[epsilon 825]</w:t>
      </w:r>
    </w:p>
    <w:p>
      <w:r>
        <w:rPr>
          <w:rFonts w:ascii="Gentium Plus" w:hAnsi="Gentium Plus"/>
          <w:sz w:val="24"/>
        </w:rPr>
        <w:t>Ἐπεγράφου. ἀντὶ τοῦ ἐζωγράφεις. [Ἀριστο‐ φάνης· καὶ γὰρ σὺ μεγάλην ἐπεγράφου τὴν Γοργόνα.] Ἐπεγράψατο. ἀντὶ τοῦ ἀπεγράψατο, ἐχειρο‐</w:t>
      </w:r>
    </w:p>
    <w:p>
      <w:r>
        <w:rPr>
          <w:rFonts w:ascii="Courier New" w:hAnsi="Courier New"/>
          <w:color w:val="555555"/>
          <w:sz w:val="20"/>
        </w:rPr>
        <w:t>[5]</w:t>
      </w:r>
    </w:p>
    <w:p>
      <w:r>
        <w:rPr>
          <w:rFonts w:ascii="Gentium Plus" w:hAnsi="Gentium Plus"/>
          <w:sz w:val="24"/>
        </w:rPr>
        <w:t>τόνησεν, κατέστησεν. [ἡ μεταφορὰ ἀπὸ τῶν με‐ τοίκων τῶν προστάτας προγραφόντων ἑαυτοῖς.] Ἐπεγραψάμεθα. ἐσημειωσάμεθα. ὑπόσπονδοι ἐγενόμεθα. Ἐπεγχανών. καταγελάσας. [οὐ μὴν ἡ τιμωρὸς</w:t>
      </w:r>
    </w:p>
    <w:p>
      <w:r>
        <w:rPr>
          <w:rFonts w:ascii="Courier New" w:hAnsi="Courier New"/>
          <w:color w:val="555555"/>
          <w:sz w:val="20"/>
        </w:rPr>
        <w:t>[10]</w:t>
      </w:r>
    </w:p>
    <w:p>
      <w:r>
        <w:rPr>
          <w:rFonts w:ascii="Gentium Plus" w:hAnsi="Gentium Plus"/>
          <w:sz w:val="24"/>
        </w:rPr>
        <w:t>δίκη τὸν ὑβριστὴν καὶ ὑπερόπτην εἴασε τῷ τοῦ Μέλητος θανάτῳ ἐπεγχανεῖν.] Ἐπεδαψιλεύσατο. κατὰ κόρον ἐχρήσατο. [ἐπε‐ δαψιλεύσατο ταῖς ὑποθέσεσι τῆς ἀποκηρύξεως.] Ἐπεδίκασε, καὶ ἐπεδικάσαντο. Δημοσθένης·</w:t>
      </w:r>
    </w:p>
    <w:p>
      <w:r>
        <w:rPr>
          <w:rFonts w:ascii="Courier New" w:hAnsi="Courier New"/>
          <w:color w:val="555555"/>
          <w:sz w:val="20"/>
        </w:rPr>
        <w:t>[15]</w:t>
      </w:r>
    </w:p>
    <w:p>
      <w:r>
        <w:rPr>
          <w:rFonts w:ascii="Gentium Plus" w:hAnsi="Gentium Plus"/>
          <w:sz w:val="24"/>
        </w:rPr>
        <w:t>τὸ μὲν ἐπεδίκασεν, οἷον προέκρινε, τὸ δὲ ἐπε‐ δικάσατο, οἷον ἔπεισαν τοὺς δικαστὰς ἑαυτοῖς προσνεῖμαι τὸν κλῆρον. Ἐπέθεντο. ἐπανέστησαν. Δαβίδ· ἐπέθεντο ἐπ’</w:t>
      </w:r>
    </w:p>
    <w:p>
      <w:r>
        <w:rPr>
          <w:rFonts w:ascii="Courier New" w:hAnsi="Courier New"/>
          <w:color w:val="555555"/>
          <w:sz w:val="20"/>
        </w:rPr>
        <w:t>[epsilon 826]</w:t>
      </w:r>
    </w:p>
    <w:p>
      <w:r>
        <w:rPr>
          <w:rFonts w:ascii="Gentium Plus" w:hAnsi="Gentium Plus"/>
          <w:sz w:val="24"/>
        </w:rPr>
        <w:t>Ἐπέθετο. ἐλιχνεύσατο. οἷον ἐτέρφθη. οὔτε χρημάτων ἀφαιρέσει ἐπέθετο. Ἐπεθείαζε. μανικῶς διετέθη, ἢ διετίθετο. θεό‐ ληπτος ἐγένετο. [Μένανδρος· ὁ ἡγεμὼν ἐν</w:t>
      </w:r>
    </w:p>
    <w:p>
      <w:r>
        <w:rPr>
          <w:rFonts w:ascii="Courier New" w:hAnsi="Courier New"/>
          <w:color w:val="555555"/>
          <w:sz w:val="20"/>
        </w:rPr>
        <w:t>[5]</w:t>
      </w:r>
    </w:p>
    <w:p>
      <w:r>
        <w:rPr>
          <w:rFonts w:ascii="Gentium Plus" w:hAnsi="Gentium Plus"/>
          <w:sz w:val="24"/>
        </w:rPr>
        <w:t>ἑνὶ τῶν ἑπτὰ λόφων ἀνελθὼν, ἐπεθείαζε ῥή‐ μασι βαρβάροις. καὶ ἀντὶ τοῦ ἐθαύμαζεν,] ἢ ἀντὶ τοῦ ἐχόρευεν. Ἐπιθειάσας. θαυμάσας. Ἐπεκάλει. ἐμέμφετο, ὠνείδιζεν. [ὁ δὲ πολλοῖς</w:t>
      </w:r>
    </w:p>
    <w:p>
      <w:r>
        <w:rPr>
          <w:rFonts w:ascii="Courier New" w:hAnsi="Courier New"/>
          <w:color w:val="555555"/>
          <w:sz w:val="20"/>
        </w:rPr>
        <w:t>[10]</w:t>
      </w:r>
    </w:p>
    <w:p>
      <w:r>
        <w:rPr>
          <w:rFonts w:ascii="Gentium Plus" w:hAnsi="Gentium Plus"/>
          <w:sz w:val="24"/>
        </w:rPr>
        <w:t>ἐπεκάλει τῶν φίλων τὰ τοιαῦτα ἐγκλήματα.] Ἐπεγράψαντο. ἀντὶ τοῦ διϊσχυρίζοντο, ἐβε‐ βαίουν. [οἱ δὲ εἰς Θρᾴκην εὐδοκιμοῦντα αὐτὸν οἰκιστὴν ἀντὶ Ἄγνωνος ἐπεγράψαντο.] Ἐπεκήρυξαν. διασήμως καὶ διαπρυσίως ἐλάλη‐</w:t>
      </w:r>
    </w:p>
    <w:p>
      <w:r>
        <w:rPr>
          <w:rFonts w:ascii="Courier New" w:hAnsi="Courier New"/>
          <w:color w:val="555555"/>
          <w:sz w:val="20"/>
        </w:rPr>
        <w:t>[15]</w:t>
      </w:r>
    </w:p>
    <w:p>
      <w:r>
        <w:rPr>
          <w:rFonts w:ascii="Gentium Plus" w:hAnsi="Gentium Plus"/>
          <w:sz w:val="24"/>
        </w:rPr>
        <w:t>σαν. [ἐπεκήρυξαν δὲ τάλαντον δώσειν τῷ μηνύ‐ σαντι.] Ἐπελέξαντο. ἀντὶ τοῦ ἀνέγνωσαν. [Ἡρόδο‐ τος· ὁ δὲ γραμματεὺς ἐπελέγετο τὰ γράμ‐</w:t>
      </w:r>
    </w:p>
    <w:p>
      <w:r>
        <w:rPr>
          <w:rFonts w:ascii="Courier New" w:hAnsi="Courier New"/>
          <w:color w:val="555555"/>
          <w:sz w:val="20"/>
        </w:rPr>
        <w:t>[epsilon 827]</w:t>
      </w:r>
    </w:p>
    <w:p>
      <w:r>
        <w:rPr>
          <w:rFonts w:ascii="Gentium Plus" w:hAnsi="Gentium Plus"/>
          <w:sz w:val="24"/>
        </w:rPr>
        <w:t>Ἐπελήσθην. ἐν λήθῃ γέγονα. Ἐπελήφθη. ἐπήρξατο. ἤδη δὲ ἐπελήφθη νὺξ τῆς τρίτης φυλακῆς, [καὶ] ὁ ἡγεμὼν τοὺς λό‐ χους καθίστατο.</w:t>
      </w:r>
    </w:p>
    <w:p>
      <w:r>
        <w:rPr>
          <w:rFonts w:ascii="Courier New" w:hAnsi="Courier New"/>
          <w:color w:val="555555"/>
          <w:sz w:val="20"/>
        </w:rPr>
        <w:t>[5]</w:t>
      </w:r>
    </w:p>
    <w:p>
      <w:r>
        <w:rPr>
          <w:rFonts w:ascii="Gentium Plus" w:hAnsi="Gentium Plus"/>
          <w:sz w:val="24"/>
        </w:rPr>
        <w:t>Ἐπελπίζων. εἰς ἐλπίδας ἄγων. τὰ μὲν αὐτοὺς ἐπελπίζων ὑποσχέσεσιν. Ἐπελήκεον. ἐπεβόων, ἐψόφουν. ἐπεκρότουν. ἴσως ἀπὸ τοῦ ληκῶ, ληκεῖς. Ἐπεμαρτύραντο. μάρτυσιν ἐχρήσαντο. [οἱ δὲ</w:t>
      </w:r>
    </w:p>
    <w:p>
      <w:r>
        <w:rPr>
          <w:rFonts w:ascii="Courier New" w:hAnsi="Courier New"/>
          <w:color w:val="555555"/>
          <w:sz w:val="20"/>
        </w:rPr>
        <w:t>[10]</w:t>
      </w:r>
    </w:p>
    <w:p>
      <w:r>
        <w:rPr>
          <w:rFonts w:ascii="Gentium Plus" w:hAnsi="Gentium Plus"/>
          <w:sz w:val="24"/>
        </w:rPr>
        <w:t>πιστὰ δόντες καὶ λαβόντες, ἐπεμαρτύραντο τοὺς θεούς. οὕτω Ξενοφῶν.] Ἐπεμβαίνων. ἐπιχλευάζων, καὶ ἐπικερτομῶν. [ὁ δὲ ἐπεμβαίνων τῇ τύχῃ αὐτῶν σφόδρα ἀμα‐ θῶς, καὶ ἀνθρωπίνως ἥκιστα.]</w:t>
      </w:r>
    </w:p>
    <w:p>
      <w:r>
        <w:rPr>
          <w:rFonts w:ascii="Courier New" w:hAnsi="Courier New"/>
          <w:color w:val="555555"/>
          <w:sz w:val="20"/>
        </w:rPr>
        <w:t>[15]</w:t>
      </w:r>
    </w:p>
    <w:p>
      <w:r>
        <w:rPr>
          <w:rFonts w:ascii="Gentium Plus" w:hAnsi="Gentium Plus"/>
          <w:sz w:val="24"/>
        </w:rPr>
        <w:t>Ἐπέμυξεν. ἐξεμυκτήρισεν. ἦχον διὰ τῶν ῥινῶν ἐποίησεν. Ἐπενεγκών. καταδικάσας. [Προκόπιος· ἐπε‐ νεγκὼν δὲ αὐτῷ, ὅτι δὴ ὡς ἥκιστα ἀληθίζεται, ἄμφω τὼ χεῖρε ἀπέκοψεν.]</w:t>
      </w:r>
    </w:p>
    <w:p>
      <w:r>
        <w:rPr>
          <w:rFonts w:ascii="Courier New" w:hAnsi="Courier New"/>
          <w:color w:val="555555"/>
          <w:sz w:val="20"/>
        </w:rPr>
        <w:t>[20]</w:t>
      </w:r>
    </w:p>
    <w:p>
      <w:r>
        <w:rPr>
          <w:rFonts w:ascii="Gentium Plus" w:hAnsi="Gentium Plus"/>
          <w:sz w:val="24"/>
        </w:rPr>
        <w:t>Ἐπενήνεον. συγκατετίθεντο, καὶ ἀντὶ τοῦ ἐπε‐ σώρευον. [ἀπὸ τοῦ εἷς, ἑνὸς, ἤγουν τὸ τὰ διῃ‐ ρημένα εἰς ἓν συνάγειν. ἤνεον, ἐνήνεον καὶ</w:t>
      </w:r>
    </w:p>
    <w:p>
      <w:r>
        <w:rPr>
          <w:rFonts w:ascii="Courier New" w:hAnsi="Courier New"/>
          <w:color w:val="555555"/>
          <w:sz w:val="20"/>
        </w:rPr>
        <w:t>[epsilon 828]</w:t>
      </w:r>
    </w:p>
    <w:p>
      <w:r>
        <w:rPr>
          <w:rFonts w:ascii="Gentium Plus" w:hAnsi="Gentium Plus"/>
          <w:sz w:val="24"/>
        </w:rPr>
        <w:t>Ἐπενήνοθεν. ἐπήνθει, ἐπέκειτο, καὶ ἀντὶ τοῦ ὑπῆρχεν. [ἐκ τοῦ ἔω, τὸ ὑπάρχω. ἐκ τούτου ἐέθω, ὡς φλεγέθω. εἶτα κατὰ συναίρεσιν τῶν δύο εε εἰς ἦτα καὶ ἐν συνθέσει ἐνήθω. τούτου</w:t>
      </w:r>
    </w:p>
    <w:p>
      <w:r>
        <w:rPr>
          <w:rFonts w:ascii="Courier New" w:hAnsi="Courier New"/>
          <w:color w:val="555555"/>
          <w:sz w:val="20"/>
        </w:rPr>
        <w:t>[5]</w:t>
      </w:r>
    </w:p>
    <w:p>
      <w:r>
        <w:rPr>
          <w:rFonts w:ascii="Gentium Plus" w:hAnsi="Gentium Plus"/>
          <w:sz w:val="24"/>
        </w:rPr>
        <w:t>ὁ μέσος παρακείμενος ἔνηθα, καὶ ὁ Ἀττικὸς ἐνένηθα. εἶτα ἐπειδὴ ὁ Ἀττικὸς παρακείμενος τρίτου ἀπὸ τέλους βραχεῖαν ἔχει ὑπέρθεσιν, γίνεται τὸ η εἰς ε καὶ τὸ ε εἰς η, καὶ γίνε‐ ται ἐνένηθα, καὶ τροπῇ τοῦ ε εἰς ο, ἐνήνοθα</w:t>
      </w:r>
    </w:p>
    <w:p>
      <w:r>
        <w:rPr>
          <w:rFonts w:ascii="Courier New" w:hAnsi="Courier New"/>
          <w:color w:val="555555"/>
          <w:sz w:val="20"/>
        </w:rPr>
        <w:t>[10]</w:t>
      </w:r>
    </w:p>
    <w:p>
      <w:r>
        <w:rPr>
          <w:rFonts w:ascii="Gentium Plus" w:hAnsi="Gentium Plus"/>
          <w:sz w:val="24"/>
        </w:rPr>
        <w:t>καὶ ἐπενήνοθα. εἰ γὰρ τὴν ἐψιλωμένην καὶ μαδῶσαν καὶ ὀλιγότριχον σημαίνει μᾶλλον τὸ δασύ· κάλλιον δέ ἐστι τὸ ἐπενήνοθεν ἀντὶ τοῦ ὑπῆρχεν, ἐκ τοῦ ἔω τὸ ὑπάρχω.] Ἐπεντρυφήσαντος. καταπολαύσαντος. [καταυ‐</w:t>
      </w:r>
    </w:p>
    <w:p>
      <w:r>
        <w:rPr>
          <w:rFonts w:ascii="Courier New" w:hAnsi="Courier New"/>
          <w:color w:val="555555"/>
          <w:sz w:val="20"/>
        </w:rPr>
        <w:t>[15]</w:t>
      </w:r>
    </w:p>
    <w:p>
      <w:r>
        <w:rPr>
          <w:rFonts w:ascii="Gentium Plus" w:hAnsi="Gentium Plus"/>
          <w:sz w:val="24"/>
        </w:rPr>
        <w:t>θαδιασμένου τὲ καὶ ἐπεντρυφήσαντος αὐτοῖς.] Ἐπεπάμεθα. κεκτήμεθα. πάνθ’ ὅσα καὶ ἐν ζώοις ἐπεπάμεθα. Ἐπεπαίχειν. ἀντὶ τοῦ ἐνεπαίχθην. [ἔστι δὲ ὑπερσυντέλικος. ἐπεπέχειν δὲ, ἀντὶ τοῦ ἐπε‐</w:t>
      </w:r>
    </w:p>
    <w:p>
      <w:r>
        <w:rPr>
          <w:rFonts w:ascii="Courier New" w:hAnsi="Courier New"/>
          <w:color w:val="555555"/>
          <w:sz w:val="20"/>
        </w:rPr>
        <w:t>[20]</w:t>
      </w:r>
    </w:p>
    <w:p>
      <w:r>
        <w:rPr>
          <w:rFonts w:ascii="Gentium Plus" w:hAnsi="Gentium Plus"/>
          <w:sz w:val="24"/>
        </w:rPr>
        <w:t>πέχεισαν, ἐκ τοῦ πέκω, τὸ κτενίζω, ψιλόν.] Ἐπέῤῥαξεν. ἐπέπεσε, συνεπλάκη. [ὁ δὲ πολ‐</w:t>
      </w:r>
    </w:p>
    <w:p>
      <w:r>
        <w:rPr>
          <w:rFonts w:ascii="Courier New" w:hAnsi="Courier New"/>
          <w:color w:val="555555"/>
          <w:sz w:val="20"/>
        </w:rPr>
        <w:t>[epsilon 829]</w:t>
      </w:r>
    </w:p>
    <w:p>
      <w:r>
        <w:rPr>
          <w:rFonts w:ascii="Gentium Plus" w:hAnsi="Gentium Plus"/>
          <w:sz w:val="24"/>
        </w:rPr>
        <w:t>Ἐπερειδόμενος. ἐπιστηριζόμενος. Ἐπερατώθη. ἐτελειώθη. Ἐπεπολεῖτο. ἐπεπορεύετο. Ἐπεῤῥώσατο. ἐσείσθη. ἔστι ῥῆμα ῥώω, ὃ ση‐</w:t>
      </w:r>
    </w:p>
    <w:p>
      <w:r>
        <w:rPr>
          <w:rFonts w:ascii="Courier New" w:hAnsi="Courier New"/>
          <w:color w:val="555555"/>
          <w:sz w:val="20"/>
        </w:rPr>
        <w:t>[5]</w:t>
      </w:r>
    </w:p>
    <w:p>
      <w:r>
        <w:rPr>
          <w:rFonts w:ascii="Gentium Plus" w:hAnsi="Gentium Plus"/>
          <w:sz w:val="24"/>
        </w:rPr>
        <w:t>μαίνει τὸ κινῶ καὶ σείω. [ὁ μέλλων ῥώσω, ἔῤῥω‐ σα, ἐῤῥωσάμην, ἐῤῥώσαντο καὶ ἐπεῤῥώσαντο.] Ἐπέσβη. ἐπεισῆλθεν. Ἐπέσειεν. ἐπανετείνετο. αὐτοῖς δ’ ἐπέσειε φό‐ βον ὡς αὐτίκα τεθνήξοντος.</w:t>
      </w:r>
    </w:p>
    <w:p>
      <w:r>
        <w:rPr>
          <w:rFonts w:ascii="Courier New" w:hAnsi="Courier New"/>
          <w:color w:val="555555"/>
          <w:sz w:val="20"/>
        </w:rPr>
        <w:t>[10]</w:t>
      </w:r>
    </w:p>
    <w:p>
      <w:r>
        <w:rPr>
          <w:rFonts w:ascii="Gentium Plus" w:hAnsi="Gentium Plus"/>
          <w:sz w:val="24"/>
        </w:rPr>
        <w:t>Ἐπεσημῄναμεν. ἐξεπλάγημεν, ἐθαυμάσαμεν. [τίς οὐκ ἂν ἐπισημῄναιτο καὶ θαυμάσειε τὸν προειρημένον ἐπὶ τούτοις ἡγεμόνα.] Ἐπέσκηψεν. ἐπέπληξεν. Ἐπέσπερχεν. ἀντὶ τοῦ διήγειρε καὶ παρέθηγεν.</w:t>
      </w:r>
    </w:p>
    <w:p>
      <w:r>
        <w:rPr>
          <w:rFonts w:ascii="Courier New" w:hAnsi="Courier New"/>
          <w:color w:val="555555"/>
          <w:sz w:val="20"/>
        </w:rPr>
        <w:t>[15]</w:t>
      </w:r>
    </w:p>
    <w:p>
      <w:r>
        <w:rPr>
          <w:rFonts w:ascii="Gentium Plus" w:hAnsi="Gentium Plus"/>
          <w:sz w:val="24"/>
        </w:rPr>
        <w:t>ὃς δὴ μάλιστα ἐπέσπερχεν αὐτόν.</w:t>
      </w:r>
    </w:p>
    <w:p>
      <w:r>
        <w:rPr>
          <w:rFonts w:ascii="Courier New" w:hAnsi="Courier New"/>
          <w:color w:val="555555"/>
          <w:sz w:val="20"/>
        </w:rPr>
        <w:t>[epsilon 830]</w:t>
      </w:r>
    </w:p>
    <w:p>
      <w:r>
        <w:rPr>
          <w:rFonts w:ascii="Gentium Plus" w:hAnsi="Gentium Plus"/>
          <w:sz w:val="24"/>
        </w:rPr>
        <w:t>ταῦθα ἦν Κλέαρχον καταμαθεῖν, ὡς ἐπεστά‐ τει.] Ἔπεστί μοι. βούλομαι, θέλω, δύναμαι. ἢ ἐπί‐ κειταί μοι.</w:t>
      </w:r>
    </w:p>
    <w:p>
      <w:r>
        <w:rPr>
          <w:rFonts w:ascii="Courier New" w:hAnsi="Courier New"/>
          <w:color w:val="555555"/>
          <w:sz w:val="20"/>
        </w:rPr>
        <w:t>[5]</w:t>
      </w:r>
    </w:p>
    <w:p>
      <w:r>
        <w:rPr>
          <w:rFonts w:ascii="Gentium Plus" w:hAnsi="Gentium Plus"/>
          <w:sz w:val="24"/>
        </w:rPr>
        <w:t>[Ἐπεσφάλακεν. οἱ μὲν ἐπεσπάσθη, οἱ δὲ ἐσάπη, ἢ παρὰ καιρὸν ἀτροφήσαν ἐμαράνθη.] Ἐπεστράτευσαν. ἐπέδραμον. Ἐπέσαξεν. ἔστρωσεν. Ἐπεστάτει. ἐπέβλεπεν.</w:t>
      </w:r>
    </w:p>
    <w:p>
      <w:r>
        <w:rPr>
          <w:rFonts w:ascii="Courier New" w:hAnsi="Courier New"/>
          <w:color w:val="555555"/>
          <w:sz w:val="20"/>
        </w:rPr>
        <w:t>[10]</w:t>
      </w:r>
    </w:p>
    <w:p>
      <w:r>
        <w:rPr>
          <w:rFonts w:ascii="Gentium Plus" w:hAnsi="Gentium Plus"/>
          <w:sz w:val="24"/>
        </w:rPr>
        <w:t>Ἐπεσβολῶν. λοιδορῶν. Ἐπέσευον. μεθ’ ὁρμῆς ὑπέστρεφον. Ἐπέτηξεν. ἐλέανεν. λεῖον ἐποίησεν. [δελτίον δί‐ πτυχον λαβὼν, τὸν κηρὸν αὐτοῦ ἐπέτηξεν.] Ἐπετίλησεν. ἐξεκένωσεν. [Ἀριστοφάνης·</w:t>
      </w:r>
    </w:p>
    <w:p>
      <w:r>
        <w:rPr>
          <w:rFonts w:ascii="Courier New" w:hAnsi="Courier New"/>
          <w:color w:val="555555"/>
          <w:sz w:val="20"/>
        </w:rPr>
        <w:t>[15]</w:t>
      </w:r>
    </w:p>
    <w:p>
      <w:r>
        <w:rPr>
          <w:rFonts w:ascii="Gentium Plus" w:hAnsi="Gentium Plus"/>
          <w:sz w:val="24"/>
        </w:rPr>
        <w:t>ἐπετίλησε συχνήν.</w:t>
      </w:r>
    </w:p>
    <w:p>
      <w:r>
        <w:rPr>
          <w:rFonts w:ascii="Courier New" w:hAnsi="Courier New"/>
          <w:color w:val="555555"/>
          <w:sz w:val="20"/>
        </w:rPr>
        <w:t>[epsilon 831]</w:t>
      </w:r>
    </w:p>
    <w:p>
      <w:r>
        <w:rPr>
          <w:rFonts w:ascii="Gentium Plus" w:hAnsi="Gentium Plus"/>
          <w:sz w:val="24"/>
        </w:rPr>
        <w:t>Ἐπετίμα. ἐπηύξει τὴν τιμήν. οἱ δὲ κερδαίνειν οἰόμενοι ἐπετίμων ὡς λιμώττοντι τὸν σῖτον. Ἐπετοξάζοντο. ἐτόξευον. Ἕπεται. ἀκολουθεῖ.</w:t>
      </w:r>
    </w:p>
    <w:p>
      <w:r>
        <w:rPr>
          <w:rFonts w:ascii="Courier New" w:hAnsi="Courier New"/>
          <w:color w:val="555555"/>
          <w:sz w:val="20"/>
        </w:rPr>
        <w:t>[5]</w:t>
      </w:r>
    </w:p>
    <w:p>
      <w:r>
        <w:rPr>
          <w:rFonts w:ascii="Gentium Plus" w:hAnsi="Gentium Plus"/>
          <w:sz w:val="24"/>
        </w:rPr>
        <w:t>Ἐπέπλως. τινὲς λέγουσιν ἀπὸ τοῦ πλῶμι. [ὅπερ ἐν χρήσει οὐχ εὕρηται. οὐκ ἔστι δὲ ἀλη‐ θές· ἀλλ’ ἔστιν ἀπὸ τοῦ θέματος τοῦ πλώω, πλώσω, ὁ δεύτερος ἀόριστος ἔπλων, ἔπλως. εἶτα τοῦ πρώτου ἀορίστου τὸ δεύτερον πρόσ‐</w:t>
      </w:r>
    </w:p>
    <w:p>
      <w:r>
        <w:rPr>
          <w:rFonts w:ascii="Courier New" w:hAnsi="Courier New"/>
          <w:color w:val="555555"/>
          <w:sz w:val="20"/>
        </w:rPr>
        <w:t>[10]</w:t>
      </w:r>
    </w:p>
    <w:p>
      <w:r>
        <w:rPr>
          <w:rFonts w:ascii="Gentium Plus" w:hAnsi="Gentium Plus"/>
          <w:sz w:val="24"/>
        </w:rPr>
        <w:t>ωπον ἔπλωσας, καὶ ἐν συνθέσει ἐπέπλωσας, καὶ κατὰ συγκοπὴν ἐπέπλως.] Ἐπέπιθον. ἐκ τοῦ πείθω. ὁ δεύτερος ἀόριστος ἔπιθον, καὶ κατὰ ἀναδιπλασιασμὸν ἐπέπιθον. [τὸ πρῶτον τῶν πληθυντικῶν ἐπεπίθομεν, καὶ</w:t>
      </w:r>
    </w:p>
    <w:p>
      <w:r>
        <w:rPr>
          <w:rFonts w:ascii="Courier New" w:hAnsi="Courier New"/>
          <w:color w:val="555555"/>
          <w:sz w:val="20"/>
        </w:rPr>
        <w:t>[15]</w:t>
      </w:r>
    </w:p>
    <w:p>
      <w:r>
        <w:rPr>
          <w:rFonts w:ascii="Gentium Plus" w:hAnsi="Gentium Plus"/>
          <w:sz w:val="24"/>
        </w:rPr>
        <w:t>κατὰ συγκοπὴν ἐπέπιθμεν. καὶ δεξιαὶ, αἷς ἐπέπιθμεν.] Ἐπεμαίετο. ἐπεζήτει, ἐπεθύμει. [μαίω γὰρ καὶ μῶ τὸ ζητῶ.] Ἐπευωνίζων. κερδαίνων.</w:t>
      </w:r>
    </w:p>
    <w:p>
      <w:r>
        <w:rPr>
          <w:rFonts w:ascii="Courier New" w:hAnsi="Courier New"/>
          <w:color w:val="555555"/>
          <w:sz w:val="20"/>
        </w:rPr>
        <w:t>[20]</w:t>
      </w:r>
    </w:p>
    <w:p>
      <w:r>
        <w:rPr>
          <w:rFonts w:ascii="Gentium Plus" w:hAnsi="Gentium Plus"/>
          <w:sz w:val="24"/>
        </w:rPr>
        <w:t>Ἐπεφάνη. διὰ τοῦτο εἶπεν ἐπεφάνη, ἵνα τὴν ἄνωθεν ὕπαρξιν μηνύσῃ. εἰ γὰρ εἶπεν ἐφάνη, ἀρχὴν ἐσηγεῖτο τοῦ ἀεὶ ὄντος. Παῦλος ὁ Ἀπό‐ στολος· ἐπεφάνη ἡ χάρις τοῦ θεοῦ ἡ σωτή‐ ριος. ἐπειδὴ ὁ ὢν ἐφάνη.</w:t>
      </w:r>
    </w:p>
    <w:p>
      <w:r>
        <w:rPr>
          <w:rFonts w:ascii="Courier New" w:hAnsi="Courier New"/>
          <w:color w:val="555555"/>
          <w:sz w:val="20"/>
        </w:rPr>
        <w:t>[25]</w:t>
      </w:r>
    </w:p>
    <w:p>
      <w:r>
        <w:rPr>
          <w:rFonts w:ascii="Gentium Plus" w:hAnsi="Gentium Plus"/>
          <w:sz w:val="24"/>
        </w:rPr>
        <w:t>Ἐπεφόρησεν. ἐπεσώρευσεν.</w:t>
      </w:r>
    </w:p>
    <w:p>
      <w:r>
        <w:rPr>
          <w:rFonts w:ascii="Courier New" w:hAnsi="Courier New"/>
          <w:color w:val="555555"/>
          <w:sz w:val="20"/>
        </w:rPr>
        <w:t>[epsilon 832]</w:t>
      </w:r>
    </w:p>
    <w:p>
      <w:r>
        <w:rPr>
          <w:rFonts w:ascii="Gentium Plus" w:hAnsi="Gentium Plus"/>
          <w:sz w:val="24"/>
        </w:rPr>
        <w:t>Ἐπεφωρᾶτο. ἀντὶ τοῦ ἐφανεροῦτο, εὑρίσκετο, ἠλέγχετο. Ἐπεφράσατο. ἐθεώρησεν. Ἐπέφο. ἐκράτησεν. ἀλλὰ τὸ δὴ λεγόμενον ἀμ‐</w:t>
      </w:r>
    </w:p>
    <w:p>
      <w:r>
        <w:rPr>
          <w:rFonts w:ascii="Courier New" w:hAnsi="Courier New"/>
          <w:color w:val="555555"/>
          <w:sz w:val="20"/>
        </w:rPr>
        <w:t>[5]</w:t>
      </w:r>
    </w:p>
    <w:p>
      <w:r>
        <w:rPr>
          <w:rFonts w:ascii="Gentium Plus" w:hAnsi="Gentium Plus"/>
          <w:sz w:val="24"/>
        </w:rPr>
        <w:t>φοῖν ταῖν χεροῖν ἐπέφυ. Ἐπεφύκει. περιεπλάκει. Ἐπεφύοντο. ἐπήρχοντο. καὶ ἐπέφυσαν οἱ συ‐ κοφάνται. Ἔπεφνεν. ἀνεῖλεν, ἐφόνευσεν. ἔστι φῶ, οὗ</w:t>
      </w:r>
    </w:p>
    <w:p>
      <w:r>
        <w:rPr>
          <w:rFonts w:ascii="Courier New" w:hAnsi="Courier New"/>
          <w:color w:val="555555"/>
          <w:sz w:val="20"/>
        </w:rPr>
        <w:t>[10]</w:t>
      </w:r>
    </w:p>
    <w:p>
      <w:r>
        <w:rPr>
          <w:rFonts w:ascii="Gentium Plus" w:hAnsi="Gentium Plus"/>
          <w:sz w:val="24"/>
        </w:rPr>
        <w:t>παράγωγον ῥῆμα φένω τὸ φονεύω. καὶ ἐν συγ‐ κοπῇ φνῶ καὶ κατὰ ἀναδιπλασιασμὸν πρώτης συζυγίας τῶν περισπωμένων [πεφνῶ. τινὲς δὲ παρατατικὸν αὐτὸν νομίζουσιν, ἀγνοοῦντες τὴν φυσικὴν κλίσιν αὐτοῦ· οὐ γὰρ τὸ πέφνω, ὡς</w:t>
      </w:r>
    </w:p>
    <w:p>
      <w:r>
        <w:rPr>
          <w:rFonts w:ascii="Courier New" w:hAnsi="Courier New"/>
          <w:color w:val="555555"/>
          <w:sz w:val="20"/>
        </w:rPr>
        <w:t>[15]</w:t>
      </w:r>
    </w:p>
    <w:p>
      <w:r>
        <w:rPr>
          <w:rFonts w:ascii="Gentium Plus" w:hAnsi="Gentium Plus"/>
          <w:sz w:val="24"/>
        </w:rPr>
        <w:t>ἔμαθον, ἐὰν μάθω, διὰ μετοχῆς αὐτοῦ· ἐπει‐ δὴ αἱ εἰς ων μετοχαὶ μετ’ ἐπιπλοκῆς συμφώ‐ νου ἢ βαρύνονται ἢ περισπῶνται· οἷον τέμνω, τέμνων, κάμνων. οὕτως Ἡρωδιανός.] Ἐπέφραδε. διεσῄμανεν, εἶπεν.</w:t>
      </w:r>
    </w:p>
    <w:p>
      <w:r>
        <w:rPr>
          <w:rFonts w:ascii="Courier New" w:hAnsi="Courier New"/>
          <w:color w:val="555555"/>
          <w:sz w:val="20"/>
        </w:rPr>
        <w:t>[20]</w:t>
      </w:r>
    </w:p>
    <w:p>
      <w:r>
        <w:rPr>
          <w:rFonts w:ascii="Gentium Plus" w:hAnsi="Gentium Plus"/>
          <w:sz w:val="24"/>
        </w:rPr>
        <w:t>Ἔπεχε. ἐπίκεισο, ἐπίμενε, φύλασσε. οὕτως Πλά‐ των· περὶ τῶν ἀδήλων ἐπέχει. Ἐπεχώρησεν. ἀντὶ τοῦ συνεχώρησεν. Ἀῤῥια‐ νός· ἐπεχωρήθη. καὶ τὰ ὅμοια. Ἐπείγω. τὸ σπεύδω, διὰ τῆς ει διφθόγγου.</w:t>
      </w:r>
    </w:p>
    <w:p>
      <w:r>
        <w:rPr>
          <w:rFonts w:ascii="Courier New" w:hAnsi="Courier New"/>
          <w:color w:val="555555"/>
          <w:sz w:val="20"/>
        </w:rPr>
        <w:t>[25]</w:t>
      </w:r>
    </w:p>
    <w:p>
      <w:r>
        <w:rPr>
          <w:rFonts w:ascii="Gentium Plus" w:hAnsi="Gentium Plus"/>
          <w:sz w:val="24"/>
        </w:rPr>
        <w:t>[παράκειται γὰρ αὐτῷ οἴγω, ὁ γὰρ κατεπείγων</w:t>
      </w:r>
    </w:p>
    <w:p>
      <w:r>
        <w:rPr>
          <w:rFonts w:ascii="Courier New" w:hAnsi="Courier New"/>
          <w:color w:val="555555"/>
          <w:sz w:val="20"/>
        </w:rPr>
        <w:t>[epsilon 833]</w:t>
      </w:r>
    </w:p>
    <w:p>
      <w:r>
        <w:rPr>
          <w:rFonts w:ascii="Gentium Plus" w:hAnsi="Gentium Plus"/>
          <w:sz w:val="24"/>
        </w:rPr>
        <w:t>Ἐπεικάζω. στοχάζομαι. [ἢ καὶ δάμαρτα τήνδ’ ἐπεικάζων κυρῶ.] Ἐπειλέγη. κατειλέγη, [συνειλέγη,] καὶ ἐπειλε‐ γμένος. ἐπιλελεγμένος δὲ, ι.</w:t>
      </w:r>
    </w:p>
    <w:p>
      <w:r>
        <w:rPr>
          <w:rFonts w:ascii="Courier New" w:hAnsi="Courier New"/>
          <w:color w:val="555555"/>
          <w:sz w:val="20"/>
        </w:rPr>
        <w:t>[5]</w:t>
      </w:r>
    </w:p>
    <w:p>
      <w:r>
        <w:rPr>
          <w:rFonts w:ascii="Gentium Plus" w:hAnsi="Gentium Plus"/>
          <w:sz w:val="24"/>
        </w:rPr>
        <w:t>Ἐπειλημμένη. δραξαμένη, ἀντιλαμβάνουσα. Ἐπεισκυκλείσθω. ἐπιφερέσθω, συναπτέσθω. [καὶ ἐπεισκυκλοῖ, ἀντὶ τοῦ εἰσφέρει καὶ ἐπι‐ συνάπτει.] Ἐπεισοίσας. κομίσας.</w:t>
      </w:r>
    </w:p>
    <w:p>
      <w:r>
        <w:rPr>
          <w:rFonts w:ascii="Courier New" w:hAnsi="Courier New"/>
          <w:color w:val="555555"/>
          <w:sz w:val="20"/>
        </w:rPr>
        <w:t>[10]</w:t>
      </w:r>
    </w:p>
    <w:p>
      <w:r>
        <w:rPr>
          <w:rFonts w:ascii="Gentium Plus" w:hAnsi="Gentium Plus"/>
          <w:sz w:val="24"/>
        </w:rPr>
        <w:t>Ἔπεισιν. ἐπέρχεται. Ἐπεισπέπαικεν. εἰσεπήδησεν, εἰσῆλθεν. κυ‐ ρίως δὲ ἐπὶ στρατιᾶς πολεμίων. Ἐπεισοίσας. ἐπεισβαλών. [Ἐπεισφρήσας. ἐπεισελθών.]</w:t>
      </w:r>
    </w:p>
    <w:p>
      <w:r>
        <w:rPr>
          <w:rFonts w:ascii="Courier New" w:hAnsi="Courier New"/>
          <w:color w:val="555555"/>
          <w:sz w:val="20"/>
        </w:rPr>
        <w:t>[15]</w:t>
      </w:r>
    </w:p>
    <w:p>
      <w:r>
        <w:rPr>
          <w:rFonts w:ascii="Gentium Plus" w:hAnsi="Gentium Plus"/>
          <w:sz w:val="24"/>
        </w:rPr>
        <w:t>Ἐπήγετο. ἐπεφέρετο. Ἐπηγάγετο. προσῳκειώσατο, ἰδιοποιήσατο. [τοὺς δὲ οἰκήτορας τῆς πόλεως, μηδὲν βίαιον δράσας, ἐπηγάγετο.] Ἐπήγγελλεν. ἀντὶ τοῦ προσέτασσεν. [ὁ δὲ Μί‐</w:t>
      </w:r>
    </w:p>
    <w:p>
      <w:r>
        <w:rPr>
          <w:rFonts w:ascii="Courier New" w:hAnsi="Courier New"/>
          <w:color w:val="555555"/>
          <w:sz w:val="20"/>
        </w:rPr>
        <w:t>[20]</w:t>
      </w:r>
    </w:p>
    <w:p>
      <w:r>
        <w:rPr>
          <w:rFonts w:ascii="Gentium Plus" w:hAnsi="Gentium Plus"/>
          <w:sz w:val="24"/>
        </w:rPr>
        <w:t>νως πανταχόσε ἐπέπλει καὶ πολλοῖς ξενίοις</w:t>
      </w:r>
    </w:p>
    <w:p>
      <w:r>
        <w:rPr>
          <w:rFonts w:ascii="Courier New" w:hAnsi="Courier New"/>
          <w:color w:val="555555"/>
          <w:sz w:val="20"/>
        </w:rPr>
        <w:t>[epsilon 834]</w:t>
      </w:r>
    </w:p>
    <w:p>
      <w:r>
        <w:rPr>
          <w:rFonts w:ascii="Gentium Plus" w:hAnsi="Gentium Plus"/>
          <w:sz w:val="24"/>
        </w:rPr>
        <w:t>Ἐπήγγειλα. παρήγγειλα. [καὶ εἰς τετάρτην ἥκειν ἐπήγγειλα.] Ἐπηγκυλημένα. τὰ κεκαμμένα ξύλα εἰς χρῆ‐ σιν ὅπλων.</w:t>
      </w:r>
    </w:p>
    <w:p>
      <w:r>
        <w:rPr>
          <w:rFonts w:ascii="Courier New" w:hAnsi="Courier New"/>
          <w:color w:val="555555"/>
          <w:sz w:val="20"/>
        </w:rPr>
        <w:t>[5]</w:t>
      </w:r>
    </w:p>
    <w:p>
      <w:r>
        <w:rPr>
          <w:rFonts w:ascii="Gentium Plus" w:hAnsi="Gentium Plus"/>
          <w:sz w:val="24"/>
        </w:rPr>
        <w:t>Ἐπῄει μοι. ἐπήρχετό μοι. Ἐπηθρηκυῖα. ἰδοῦσα. ἀπὸ τοῦ ἀθρῶ, τὸ βλέπω. Ἐπήμῃναν. ἔβλαψαν. ἀπὸ τοῦ πημαίνω τὸ βλάπτω. Ἐπῄνεον. συγκατετίθεντο. [εὐμενῶς ἐδέχοντο.</w:t>
      </w:r>
    </w:p>
    <w:p>
      <w:r>
        <w:rPr>
          <w:rFonts w:ascii="Courier New" w:hAnsi="Courier New"/>
          <w:color w:val="555555"/>
          <w:sz w:val="20"/>
        </w:rPr>
        <w:t>[10]</w:t>
      </w:r>
    </w:p>
    <w:p>
      <w:r>
        <w:rPr>
          <w:rFonts w:ascii="Gentium Plus" w:hAnsi="Gentium Plus"/>
          <w:sz w:val="24"/>
        </w:rPr>
        <w:t>τὸ δὲ θεῖον οὐκ ἐπῄνει τὰ ὑπὸ τοῦ βασιλέως πραττόμενα.] [Ἐπῃνηκέναι. ἀντὶ τοῦ ἐπαινέσαι. ὁ παρακείμε‐ νος ἐπῄνεκα.] [Ἐπηνήκιζεν. ἐξηπάτα. οὕτως Κρατῖνος.]</w:t>
      </w:r>
    </w:p>
    <w:p>
      <w:r>
        <w:rPr>
          <w:rFonts w:ascii="Courier New" w:hAnsi="Courier New"/>
          <w:color w:val="555555"/>
          <w:sz w:val="20"/>
        </w:rPr>
        <w:t>[15]</w:t>
      </w:r>
    </w:p>
    <w:p>
      <w:r>
        <w:rPr>
          <w:rFonts w:ascii="Gentium Plus" w:hAnsi="Gentium Plus"/>
          <w:sz w:val="24"/>
        </w:rPr>
        <w:t>[Ἐπῄνουν. συγκατετίθεντο.] Ἐπηπείλησα καὶ κατώμοσα. ἀντὶ τοῦ ἐπαγ‐ γειλάμενος ὤμοσα. Ἐπήπυον. ἐβόων. ἀπὸ τοῦ ἀπύω τὸ φωνῶ. Ἐπηλυγάζονται. σκεπάζονται, ἢ ἐπισκευά‐</w:t>
      </w:r>
    </w:p>
    <w:p>
      <w:r>
        <w:rPr>
          <w:rFonts w:ascii="Courier New" w:hAnsi="Courier New"/>
          <w:color w:val="555555"/>
          <w:sz w:val="20"/>
        </w:rPr>
        <w:t>[20]</w:t>
      </w:r>
    </w:p>
    <w:p>
      <w:r>
        <w:rPr>
          <w:rFonts w:ascii="Gentium Plus" w:hAnsi="Gentium Plus"/>
          <w:sz w:val="24"/>
        </w:rPr>
        <w:t>ζονται, ἢ ἐπικρύπτονται. ἠλύγην γὰρ καλοῦσιν</w:t>
      </w:r>
    </w:p>
    <w:p>
      <w:r>
        <w:rPr>
          <w:rFonts w:ascii="Courier New" w:hAnsi="Courier New"/>
          <w:color w:val="555555"/>
          <w:sz w:val="20"/>
        </w:rPr>
        <w:t>[epsilon 835]</w:t>
      </w:r>
    </w:p>
    <w:p>
      <w:r>
        <w:rPr>
          <w:rFonts w:ascii="Gentium Plus" w:hAnsi="Gentium Plus"/>
          <w:sz w:val="24"/>
        </w:rPr>
        <w:t>κτα. τινὲς δὲ ἀπὸ τῶν λύγων· διὰ γὰρ τῶν λύγων τοὺς σχοίνους πλέκουσιν. Ἐπῃρμένοι. ὑπερηφανευόμενοι. [καὶ ἀντὶ τοῦ πρόχειροι καὶ εὐτρεπεῖς. Θουκυδίδης· οἱ οὖν</w:t>
      </w:r>
    </w:p>
    <w:p>
      <w:r>
        <w:rPr>
          <w:rFonts w:ascii="Courier New" w:hAnsi="Courier New"/>
          <w:color w:val="555555"/>
          <w:sz w:val="20"/>
        </w:rPr>
        <w:t>[5]</w:t>
      </w:r>
    </w:p>
    <w:p>
      <w:r>
        <w:rPr>
          <w:rFonts w:ascii="Gentium Plus" w:hAnsi="Gentium Plus"/>
          <w:sz w:val="24"/>
        </w:rPr>
        <w:t>Ἕλληνες ἐπῃρμένοι ἦσαν διὰ τὴν τῶν Ἀθη‐ ναίων κακοπραγίαν.] Ἐπηρτημένην. ἐπικειμένην, καὶ ἀντὶ τοῦ κρεμα‐ μένην. Ἐπήρτησεν. ἐπέθηκεν, ἐπέφερεν. οὐ μικρὸν φό‐</w:t>
      </w:r>
    </w:p>
    <w:p>
      <w:r>
        <w:rPr>
          <w:rFonts w:ascii="Courier New" w:hAnsi="Courier New"/>
          <w:color w:val="555555"/>
          <w:sz w:val="20"/>
        </w:rPr>
        <w:t>[10]</w:t>
      </w:r>
    </w:p>
    <w:p>
      <w:r>
        <w:rPr>
          <w:rFonts w:ascii="Gentium Plus" w:hAnsi="Gentium Plus"/>
          <w:sz w:val="24"/>
        </w:rPr>
        <w:t>βον ἐπήρτησε τοῖς ἐν [τῇ] πόλει. Ἐπίασιν. ἐπέρχονται. Ἐπιβατεῦσαι. ἐπιβῆναι, κατασχεῖν. [ὧνπερ Θευδίβερτος οὐ δέον ἐπιβατεῦσαι, διὰ σπουδῆς εἶχεν.]</w:t>
      </w:r>
    </w:p>
    <w:p>
      <w:r>
        <w:rPr>
          <w:rFonts w:ascii="Courier New" w:hAnsi="Courier New"/>
          <w:color w:val="555555"/>
          <w:sz w:val="20"/>
        </w:rPr>
        <w:t>[15]</w:t>
      </w:r>
    </w:p>
    <w:p>
      <w:r>
        <w:rPr>
          <w:rFonts w:ascii="Gentium Plus" w:hAnsi="Gentium Plus"/>
          <w:sz w:val="24"/>
        </w:rPr>
        <w:t>Ἐπιβαλεῖ. ἐπιθήσει. Ἐπιβοώμενοι. ἐπικαλούμενοι. καὶ τοὺς θεοὺς ἐπιβοώμενοι. Ἐπιβωσάμενος. ἐπικαλεσάμενος. [ἐπιβοησά‐ μενος. καὶ ἐπιβωσόμεθα.]</w:t>
      </w:r>
    </w:p>
    <w:p>
      <w:r>
        <w:rPr>
          <w:rFonts w:ascii="Courier New" w:hAnsi="Courier New"/>
          <w:color w:val="555555"/>
          <w:sz w:val="20"/>
        </w:rPr>
        <w:t>[20]</w:t>
      </w:r>
    </w:p>
    <w:p>
      <w:r>
        <w:rPr>
          <w:rFonts w:ascii="Gentium Plus" w:hAnsi="Gentium Plus"/>
          <w:sz w:val="24"/>
        </w:rPr>
        <w:t>Ἐπιβρίθω. τὸ ἐπιβαρῶ.</w:t>
      </w:r>
    </w:p>
    <w:p>
      <w:r>
        <w:rPr>
          <w:rFonts w:ascii="Courier New" w:hAnsi="Courier New"/>
          <w:color w:val="555555"/>
          <w:sz w:val="20"/>
        </w:rPr>
        <w:t>[epsilon 836]</w:t>
      </w:r>
    </w:p>
    <w:p>
      <w:r>
        <w:rPr>
          <w:rFonts w:ascii="Gentium Plus" w:hAnsi="Gentium Plus"/>
          <w:sz w:val="24"/>
        </w:rPr>
        <w:t>[Ἐπιβρίσουσιν ὀδόντας. παρόσον οἱ θυμούμενοι τρίζουσιν τοὺς ὀδόντας.] Ἐπιβύσαντες. ἐπικαλύψαντες, σκεπάσαντες. [Προκόπιος· ἐπιβύσαντες τοὺς ῥωχμοὺς ὕδα‐</w:t>
      </w:r>
    </w:p>
    <w:p>
      <w:r>
        <w:rPr>
          <w:rFonts w:ascii="Courier New" w:hAnsi="Courier New"/>
          <w:color w:val="555555"/>
          <w:sz w:val="20"/>
        </w:rPr>
        <w:t>[5]</w:t>
      </w:r>
    </w:p>
    <w:p>
      <w:r>
        <w:rPr>
          <w:rFonts w:ascii="Gentium Plus" w:hAnsi="Gentium Plus"/>
          <w:sz w:val="24"/>
        </w:rPr>
        <w:t>τι, τὸ ὕδωρ μετοχετεύουσιν.] Ἐπιγαυρωθείς. ἀνδρωθεὶς, θρασυνθείς. [Ξενο‐ φῶν· καὶ ἐπιγαυρωθεὶς τῇ ἐντολῇ τοῦ Κύ‐ ρου, ἐπορεύετο.] Ἐπιγλωττήσομαι. φλυαρήσω, βλασφημήσω. πε‐</w:t>
      </w:r>
    </w:p>
    <w:p>
      <w:r>
        <w:rPr>
          <w:rFonts w:ascii="Courier New" w:hAnsi="Courier New"/>
          <w:color w:val="555555"/>
          <w:sz w:val="20"/>
        </w:rPr>
        <w:t>[10]</w:t>
      </w:r>
    </w:p>
    <w:p>
      <w:r>
        <w:rPr>
          <w:rFonts w:ascii="Gentium Plus" w:hAnsi="Gentium Plus"/>
          <w:sz w:val="24"/>
        </w:rPr>
        <w:t>ρὶ τῶν Ἀθηναίων οὐκ ἐπιγλωττήσομαι. Ἐπιγραφομένῳ. ἰδιοποιουμένῳ, οἰκειουμένῳ. [εἰ καὶ δόξαν ἔμελλε φέρειν, τὰ ὑπ’ ἀλλήλων εὑρημένα ἐπιγραφομένῳ.] Ἐπιγράφων. βεβαιῶν, διϊσχυριζόμενος. [ὁ δὲ</w:t>
      </w:r>
    </w:p>
    <w:p>
      <w:r>
        <w:rPr>
          <w:rFonts w:ascii="Courier New" w:hAnsi="Courier New"/>
          <w:color w:val="555555"/>
          <w:sz w:val="20"/>
        </w:rPr>
        <w:t>[15]</w:t>
      </w:r>
    </w:p>
    <w:p>
      <w:r>
        <w:rPr>
          <w:rFonts w:ascii="Gentium Plus" w:hAnsi="Gentium Plus"/>
          <w:sz w:val="24"/>
        </w:rPr>
        <w:t>Ψευδοφίλιππος ἐπέγραφεν ἑαυτὸν Φίλιππον τὸν Μακεδόνα.] Ἐπιδαψιλευσάμενος. πολυτελῶς διαπραξάμε‐ νος. [Ἡρόδοτος· τάς τε μητέρας καὶ ἀδελ‐ φὰς ἐπιδαψιλευσάμεθα ὑμῖν.]</w:t>
      </w:r>
    </w:p>
    <w:p>
      <w:r>
        <w:rPr>
          <w:rFonts w:ascii="Courier New" w:hAnsi="Courier New"/>
          <w:color w:val="555555"/>
          <w:sz w:val="20"/>
        </w:rPr>
        <w:t>[20]</w:t>
      </w:r>
    </w:p>
    <w:p>
      <w:r>
        <w:rPr>
          <w:rFonts w:ascii="Gentium Plus" w:hAnsi="Gentium Plus"/>
          <w:sz w:val="24"/>
        </w:rPr>
        <w:t>Ἐπὶ δ ἐγδούπησεν. ἐπεκτύπησεν. [παρέλκον τὸ γ, καὶ ἐν τῷ ἐρίγδουπος ὁμοίως.] δοῦπος γὰρ</w:t>
      </w:r>
    </w:p>
    <w:p>
      <w:r>
        <w:rPr>
          <w:rFonts w:ascii="Courier New" w:hAnsi="Courier New"/>
          <w:color w:val="555555"/>
          <w:sz w:val="20"/>
        </w:rPr>
        <w:t>[epsilon 837]</w:t>
      </w:r>
    </w:p>
    <w:p>
      <w:r>
        <w:rPr>
          <w:rFonts w:ascii="Gentium Plus" w:hAnsi="Gentium Plus"/>
          <w:sz w:val="24"/>
        </w:rPr>
        <w:t>Ἐπίδειξον. ἀντὶ τοῦ εἰπέ. [Ἀριστοφάνης· ἔχεις τινὰ γνώμην, ἐπίδειξον αὐτήν.] καὶ ἀντὶ τοῦ φανέρωσον. Ἐπιδεικτιῶν. κενοδοξῶν.</w:t>
      </w:r>
    </w:p>
    <w:p>
      <w:r>
        <w:rPr>
          <w:rFonts w:ascii="Courier New" w:hAnsi="Courier New"/>
          <w:color w:val="555555"/>
          <w:sz w:val="20"/>
        </w:rPr>
        <w:t>[5]</w:t>
      </w:r>
    </w:p>
    <w:p>
      <w:r>
        <w:rPr>
          <w:rFonts w:ascii="Gentium Plus" w:hAnsi="Gentium Plus"/>
          <w:sz w:val="24"/>
        </w:rPr>
        <w:t>Ἐπιδειπνεῖν. τὸ ἐκ δευτέρου δειπνεῖν. [ἵν’ ἐπι‐ δειπνῇς, κόνισαι ἰσχυρῶς.] Ἐπιδιατίθεσθαι. τὸ συνθήκας τινὰς ποιεῖσθαι, [κατατιθεμένους ῥητόν τι ἀργύριον παρά τινι τῶν μεταξὺ γινομένων, ὅπερ ἐγγυᾶται, ὥστε</w:t>
      </w:r>
    </w:p>
    <w:p>
      <w:r>
        <w:rPr>
          <w:rFonts w:ascii="Courier New" w:hAnsi="Courier New"/>
          <w:color w:val="555555"/>
          <w:sz w:val="20"/>
        </w:rPr>
        <w:t>[10]</w:t>
      </w:r>
    </w:p>
    <w:p>
      <w:r>
        <w:rPr>
          <w:rFonts w:ascii="Gentium Plus" w:hAnsi="Gentium Plus"/>
          <w:sz w:val="24"/>
        </w:rPr>
        <w:t>εἰ πρᾶξις γίνοιτο θατέρῳ πάντως τὸ ὡμολογη‐ μένον ἀργύριον ἀποδοῦναι.] Ἐπιδικάζεται. ἀντιποιεῖται. Ἐπίδοσαν. ἀντὶ τοῦ εἶδον. Ἐπιθαυμάζειν. ἀντὶ τοῦ δώροις τιμᾷν.</w:t>
      </w:r>
    </w:p>
    <w:p>
      <w:r>
        <w:rPr>
          <w:rFonts w:ascii="Courier New" w:hAnsi="Courier New"/>
          <w:color w:val="555555"/>
          <w:sz w:val="20"/>
        </w:rPr>
        <w:t>[15]</w:t>
      </w:r>
    </w:p>
    <w:p>
      <w:r>
        <w:rPr>
          <w:rFonts w:ascii="Gentium Plus" w:hAnsi="Gentium Plus"/>
          <w:sz w:val="24"/>
        </w:rPr>
        <w:t>[δεῖ γὰρ ἐπιθαυμάζειν τὶ τὸν διδάσκαλον.] Ἐπιθέντες. ἀποστείλαντες. [οἱ δὲ ἀποπέμπου‐ σι τὸν ἰατρὸν ἐπιθέντες γράμματα πρὸς τὸν τελώνην.] [Ἐπιθεραπεύων. διορθούμενος, προμηθούμε‐</w:t>
      </w:r>
    </w:p>
    <w:p>
      <w:r>
        <w:rPr>
          <w:rFonts w:ascii="Courier New" w:hAnsi="Courier New"/>
          <w:color w:val="555555"/>
          <w:sz w:val="20"/>
        </w:rPr>
        <w:t>[20]</w:t>
      </w:r>
    </w:p>
    <w:p>
      <w:r>
        <w:rPr>
          <w:rFonts w:ascii="Gentium Plus" w:hAnsi="Gentium Plus"/>
          <w:sz w:val="24"/>
        </w:rPr>
        <w:t>νος. ὁ δὲ Ἀλκιβιάδης ἐπιθεραπεύων τὴν ἑαυ‐ τοῦ κάθοδον εἰς τὴν πατρίδα, εἰδὼς, εἰ μὴ</w:t>
      </w:r>
    </w:p>
    <w:p>
      <w:r>
        <w:rPr>
          <w:rFonts w:ascii="Courier New" w:hAnsi="Courier New"/>
          <w:color w:val="555555"/>
          <w:sz w:val="20"/>
        </w:rPr>
        <w:t>[epsilon 838]</w:t>
      </w:r>
    </w:p>
    <w:p>
      <w:r>
        <w:rPr>
          <w:rFonts w:ascii="Gentium Plus" w:hAnsi="Gentium Plus"/>
          <w:sz w:val="24"/>
        </w:rPr>
        <w:t>Ἐπιθυμῶν. προαιρετικῶς ἔχων. [τοὺς δὲ ἦγεν ζῶντας, ἐπιθυμῶν Λακεδαιμονίοις ἀγαγεῖν.] Ἐπιθύνων. ἐπανορθούμενος. ἀπὸ τοῦ ἰθύνω. Ἐπιθρέξαντος. ἐπιδραμόντος.</w:t>
      </w:r>
    </w:p>
    <w:p>
      <w:r>
        <w:rPr>
          <w:rFonts w:ascii="Courier New" w:hAnsi="Courier New"/>
          <w:color w:val="555555"/>
          <w:sz w:val="20"/>
        </w:rPr>
        <w:t>[5]</w:t>
      </w:r>
    </w:p>
    <w:p>
      <w:r>
        <w:rPr>
          <w:rFonts w:ascii="Gentium Plus" w:hAnsi="Gentium Plus"/>
          <w:sz w:val="24"/>
        </w:rPr>
        <w:t>Ἐπιθολοῖ. ἐκταράττει, ἐπισκοτεῖ. Ἐπικάθηται. ἐπικρέμαται. [ἵνα μηδεὶς φόβος ἐπικάθηται τοῖς Ταραντίνοις.] Ἐπικαθέζεσθαι. τὸ βαροῦν λέγομεν. καὶ ἐπι‐ καθέζηται. ἀπὸ μεταφορᾶς τῶν ζυγῶν.</w:t>
      </w:r>
    </w:p>
    <w:p>
      <w:r>
        <w:rPr>
          <w:rFonts w:ascii="Courier New" w:hAnsi="Courier New"/>
          <w:color w:val="555555"/>
          <w:sz w:val="20"/>
        </w:rPr>
        <w:t>[10]</w:t>
      </w:r>
    </w:p>
    <w:p>
      <w:r>
        <w:rPr>
          <w:rFonts w:ascii="Gentium Plus" w:hAnsi="Gentium Plus"/>
          <w:sz w:val="24"/>
        </w:rPr>
        <w:t>Ἐπικαλέσας. μεμψάμενος. Ἐπικαλουμένων. κατηγορουμένων. Ἐπικαλῶν. ἀντὶ τοῦ κατηγορῶν· ἐγκαλῶν. [ἀνεῖ‐ λε δὲ τοὺς ἄνδρας, ἄλλο μὲν οὐδὲν ἐπικαλῶν, πλὴν ὅτι σοφώ τε καὶ ἀρίστω τὼ ἄνδρε γε‐</w:t>
      </w:r>
    </w:p>
    <w:p>
      <w:r>
        <w:rPr>
          <w:rFonts w:ascii="Courier New" w:hAnsi="Courier New"/>
          <w:color w:val="555555"/>
          <w:sz w:val="20"/>
        </w:rPr>
        <w:t>[15]</w:t>
      </w:r>
    </w:p>
    <w:p>
      <w:r>
        <w:rPr>
          <w:rFonts w:ascii="Gentium Plus" w:hAnsi="Gentium Plus"/>
          <w:sz w:val="24"/>
        </w:rPr>
        <w:t>νέσθην.] Ἐπικέκληται. ἐπικαλεῖται. †Ἐπικηρυκεύεται. διὰ κήρυκος συνθήκας τι‐ νὰς ἢ πρεσβείας ποιεῖται.† Ἐπικαγχάζειν. ἀκόσμως γελᾷν.</w:t>
      </w:r>
    </w:p>
    <w:p>
      <w:r>
        <w:rPr>
          <w:rFonts w:ascii="Courier New" w:hAnsi="Courier New"/>
          <w:color w:val="555555"/>
          <w:sz w:val="20"/>
        </w:rPr>
        <w:t>[20]</w:t>
      </w:r>
    </w:p>
    <w:p>
      <w:r>
        <w:rPr>
          <w:rFonts w:ascii="Gentium Plus" w:hAnsi="Gentium Plus"/>
          <w:sz w:val="24"/>
        </w:rPr>
        <w:t>Ἐπικερτομῶ. ὑβρίζω, ἐπισκώπτω. ἡ γὰρ ὕβρις τὸ κέαρ καὶ τὴν ψυχὴν τέμνει καὶ κόπτει. κέαρ</w:t>
      </w:r>
    </w:p>
    <w:p>
      <w:r>
        <w:rPr>
          <w:rFonts w:ascii="Courier New" w:hAnsi="Courier New"/>
          <w:color w:val="555555"/>
          <w:sz w:val="20"/>
        </w:rPr>
        <w:t>[epsilon 839]</w:t>
      </w:r>
    </w:p>
    <w:p>
      <w:r>
        <w:rPr>
          <w:rFonts w:ascii="Gentium Plus" w:hAnsi="Gentium Plus"/>
          <w:sz w:val="24"/>
        </w:rPr>
        <w:t>Ἐπικειμένου. φαινομένου. ὁ δὲ ᾔτει τιμὴν τοὺς κεκτημένους τοῦ ἐπικειμένου καρποῦ. Ἐπικλαύσωσιν. ἐπ’ οἶκτον ἀγάγωσιν. Ἐπικλύσασα. ἐπιδαψιλεύσασα. καταβαλοῦσα.</w:t>
      </w:r>
    </w:p>
    <w:p>
      <w:r>
        <w:rPr>
          <w:rFonts w:ascii="Courier New" w:hAnsi="Courier New"/>
          <w:color w:val="555555"/>
          <w:sz w:val="20"/>
        </w:rPr>
        <w:t>[5]</w:t>
      </w:r>
    </w:p>
    <w:p>
      <w:r>
        <w:rPr>
          <w:rFonts w:ascii="Gentium Plus" w:hAnsi="Gentium Plus"/>
          <w:sz w:val="24"/>
        </w:rPr>
        <w:t>[ἡ οὖν Κλεοπάτρα πολλῷ χρυσῷ ἐπικλύσασα τὸ ἄγαλμα τοῦ Διὸς πρίασθαι.] Ἐπικνῶ. ἀντὶ τοῦ ἐπίβαλε. [Ἀριστοφάνης· ἀλλ’ ἐπικνῶ τὸ σίλφιον.] Ἐπικωμᾶσαι. ὀρχεῖσθαι, ἢ λαλῆσαι αἰσχρῶς.</w:t>
      </w:r>
    </w:p>
    <w:p>
      <w:r>
        <w:rPr>
          <w:rFonts w:ascii="Courier New" w:hAnsi="Courier New"/>
          <w:color w:val="555555"/>
          <w:sz w:val="20"/>
        </w:rPr>
        <w:t>[10]</w:t>
      </w:r>
    </w:p>
    <w:p>
      <w:r>
        <w:rPr>
          <w:rFonts w:ascii="Gentium Plus" w:hAnsi="Gentium Plus"/>
          <w:sz w:val="24"/>
        </w:rPr>
        <w:t>πολλαὶ ταῖς ἐκκλησίαις ἐπεκώμασαν ταραχαί. Ἐπικράναι. τῇ κεφαλῇ κατανεῦσαι. καὶ ἀντὶ τοῦ τελειῶσαι. Ἐπικρεμάσας. [ἐπενεγκών. οἷς δ’ ἅμα ἀνατα‐ θεὶς καὶ τὸν ἐξ αὐτοῦ φόβον ἐπικρεμάσας.]</w:t>
      </w:r>
    </w:p>
    <w:p>
      <w:r>
        <w:rPr>
          <w:rFonts w:ascii="Courier New" w:hAnsi="Courier New"/>
          <w:color w:val="555555"/>
          <w:sz w:val="20"/>
        </w:rPr>
        <w:t>[15]</w:t>
      </w:r>
    </w:p>
    <w:p>
      <w:r>
        <w:rPr>
          <w:rFonts w:ascii="Gentium Plus" w:hAnsi="Gentium Plus"/>
          <w:sz w:val="24"/>
        </w:rPr>
        <w:t>Ἐπικυκλῆσαι. ἐπεισαγαγεῖν. Ἐπιλαμβάνεσθαι. μέμφεσθαι. μὴ ὀνειδιστι‐ κῶς ἐπιλαμβάνεσθαι [τῶν βάρβαρον ἢ σόλοι‐ κον ἢ ἀπηχές τι προσενεγκαμένων.] Ἐπιλέγει. πρὸς τοῖς προειρημένοις φησίν.</w:t>
      </w:r>
    </w:p>
    <w:p>
      <w:r>
        <w:rPr>
          <w:rFonts w:ascii="Courier New" w:hAnsi="Courier New"/>
          <w:color w:val="555555"/>
          <w:sz w:val="20"/>
        </w:rPr>
        <w:t>[20]</w:t>
      </w:r>
    </w:p>
    <w:p>
      <w:r>
        <w:rPr>
          <w:rFonts w:ascii="Gentium Plus" w:hAnsi="Gentium Plus"/>
          <w:sz w:val="24"/>
        </w:rPr>
        <w:t>Ἐπιλεξάμενος. ἀντὶ τοῦ ἀναμετρήσας, ἀναλο‐ γισάμενος. [ὁ δὲ Ἡρακλῆς τὸν ἀριθμὸν τῶν</w:t>
      </w:r>
    </w:p>
    <w:p>
      <w:r>
        <w:rPr>
          <w:rFonts w:ascii="Courier New" w:hAnsi="Courier New"/>
          <w:color w:val="555555"/>
          <w:sz w:val="20"/>
        </w:rPr>
        <w:t>[epsilon 840]</w:t>
      </w:r>
    </w:p>
    <w:p>
      <w:r>
        <w:rPr>
          <w:rFonts w:ascii="Gentium Plus" w:hAnsi="Gentium Plus"/>
          <w:sz w:val="24"/>
        </w:rPr>
        <w:t>Ἐπιλλίζω. τὸ διανεύω. [οὐκ ἀΐεις, ὥς μοι ἐπιλλίζουσιν Ἀχαιοί. ἀπὸ τοῦ τοὺς ὀφθαλμοὺς ἐπιλλεῖν διανεύοντας. ἐξ οὗ καὶ ἰλλάδες οἱ συνεστραμμένοι ἱμάντες.</w:t>
      </w:r>
    </w:p>
    <w:p>
      <w:r>
        <w:rPr>
          <w:rFonts w:ascii="Courier New" w:hAnsi="Courier New"/>
          <w:color w:val="555555"/>
          <w:sz w:val="20"/>
        </w:rPr>
        <w:t>[5]</w:t>
      </w:r>
    </w:p>
    <w:p>
      <w:r>
        <w:rPr>
          <w:rFonts w:ascii="Gentium Plus" w:hAnsi="Gentium Plus"/>
          <w:sz w:val="24"/>
        </w:rPr>
        <w:t>καὶ ἐπιλλίζουσα ἀντὶ τοῦ ἐπεγγελῶσα ἢ ἐπι‐ μύουσα τοὺς ὀφθαλμούς· ὅπερ ἴδιον ἐστὶ τῶν γλαυκῶν διὰ τὸ μὴ ἐπιβλέπειν δι’ ἡμέρας.] Ἐπιλυομένου. συγχωροῦντος. Ἐπιμαχεῖν. δυνάμενος πολεμεῖν, ἢ βοηθεῖν.</w:t>
      </w:r>
    </w:p>
    <w:p>
      <w:r>
        <w:rPr>
          <w:rFonts w:ascii="Courier New" w:hAnsi="Courier New"/>
          <w:color w:val="555555"/>
          <w:sz w:val="20"/>
        </w:rPr>
        <w:t>[10]</w:t>
      </w:r>
    </w:p>
    <w:p>
      <w:r>
        <w:rPr>
          <w:rFonts w:ascii="Gentium Plus" w:hAnsi="Gentium Plus"/>
          <w:sz w:val="24"/>
        </w:rPr>
        <w:t>Ἐπιμελόμενος καὶ ἐπιμελούμενος. φροντίδος καὶ σπουδῆς ἀξιῶν. Ἐπιμετρούσης. ἐπιχορηγούσης. [ὡς ἐπιμετρού‐ σης καὶ συναγωνιζομένης τοῖς γεγονόσι τῆς τύχης.]</w:t>
      </w:r>
    </w:p>
    <w:p>
      <w:r>
        <w:rPr>
          <w:rFonts w:ascii="Courier New" w:hAnsi="Courier New"/>
          <w:color w:val="555555"/>
          <w:sz w:val="20"/>
        </w:rPr>
        <w:t>[15]</w:t>
      </w:r>
    </w:p>
    <w:p>
      <w:r>
        <w:rPr>
          <w:rFonts w:ascii="Gentium Plus" w:hAnsi="Gentium Plus"/>
          <w:sz w:val="24"/>
        </w:rPr>
        <w:t>Ἐπινενασμέναι. πεπληρωμέναι. [Ἀριστοφάνης· ὡς αἱ τράπεζαί γ’ εἰσὶν ἐπινενασμέναι ἀγαθῶν πάντων καὶ παρασκευασμέναι.] Ἐπινενησμένον. κεκλωσμένον. [καὶ ἐπινησθεῖ‐ σαν διαλύσω.]</w:t>
      </w:r>
    </w:p>
    <w:p>
      <w:r>
        <w:rPr>
          <w:rFonts w:ascii="Courier New" w:hAnsi="Courier New"/>
          <w:color w:val="555555"/>
          <w:sz w:val="20"/>
        </w:rPr>
        <w:t>[20]</w:t>
      </w:r>
    </w:p>
    <w:p>
      <w:r>
        <w:rPr>
          <w:rFonts w:ascii="Gentium Plus" w:hAnsi="Gentium Plus"/>
          <w:sz w:val="24"/>
        </w:rPr>
        <w:t>Ἐπινήσαντες. σωρεύσαντες. [φρύγανα πρὸ τοῦ τείχους συγκομισάμενοι καὶ παντοδαπὸν φορυ‐</w:t>
      </w:r>
    </w:p>
    <w:p>
      <w:r>
        <w:rPr>
          <w:rFonts w:ascii="Courier New" w:hAnsi="Courier New"/>
          <w:color w:val="555555"/>
          <w:sz w:val="20"/>
        </w:rPr>
        <w:t>[epsilon 841]</w:t>
      </w:r>
    </w:p>
    <w:p>
      <w:r>
        <w:rPr>
          <w:rFonts w:ascii="Gentium Plus" w:hAnsi="Gentium Plus"/>
          <w:sz w:val="24"/>
        </w:rPr>
        <w:t>Ἐπιώρκει. ὑπερσυντέλικος. Ἐπιώψατο. κατέλεξεν, ἐξελέξατο. [ἔστι δὲ ἀτ‐ τικόν. ὁ δὲ βασιλεὺς ἐπιώψατο ἀῤῥηφόρους.] Ἐπιπαρένησαν. ἀντὶ τοῦ ἐσώρευσαν. [Θουκυδί‐</w:t>
      </w:r>
    </w:p>
    <w:p>
      <w:r>
        <w:rPr>
          <w:rFonts w:ascii="Courier New" w:hAnsi="Courier New"/>
          <w:color w:val="555555"/>
          <w:sz w:val="20"/>
        </w:rPr>
        <w:t>[5]</w:t>
      </w:r>
    </w:p>
    <w:p>
      <w:r>
        <w:rPr>
          <w:rFonts w:ascii="Gentium Plus" w:hAnsi="Gentium Plus"/>
          <w:sz w:val="24"/>
        </w:rPr>
        <w:t>δης· ταχὺ δὲ πλήρους γενομένου διὰ πολυχει‐ ρίαν ἐπιπαρένησαν.] Ἐπιπλώσας. ἀντὶ τοῦ ἐπιπλεύσας. [καὶ ἐπι‐ πλὼς παρ’ Ὁμήρῳ. παρὰ τὸ πλέω, πλώω, πλώσω, πλώσας, καὶ ἐν συγκοπῇ πλὼς, καὶ ἐπι‐</w:t>
      </w:r>
    </w:p>
    <w:p>
      <w:r>
        <w:rPr>
          <w:rFonts w:ascii="Courier New" w:hAnsi="Courier New"/>
          <w:color w:val="555555"/>
          <w:sz w:val="20"/>
        </w:rPr>
        <w:t>[10]</w:t>
      </w:r>
    </w:p>
    <w:p>
      <w:r>
        <w:rPr>
          <w:rFonts w:ascii="Gentium Plus" w:hAnsi="Gentium Plus"/>
          <w:sz w:val="24"/>
        </w:rPr>
        <w:t>πλώς. ἔστι δὲ ἄκλιτον, διότι ἡ φωνὴ αὐτοῦ ἀόρι‐ στός ἐστι· τὸ δὲ σημαινόμενον παρακείμενος.] Ἐπιπολάζει. ἐπιπόλαιον πλέει. Ἐπιπροσθεῖ. ἐμποδίζει, ἐπίκειται. Ἐπιπραξάμενοι. ἐπὶ τοῖς προτέροις ἐπιπρα‐</w:t>
      </w:r>
    </w:p>
    <w:p>
      <w:r>
        <w:rPr>
          <w:rFonts w:ascii="Courier New" w:hAnsi="Courier New"/>
          <w:color w:val="555555"/>
          <w:sz w:val="20"/>
        </w:rPr>
        <w:t>[15]</w:t>
      </w:r>
    </w:p>
    <w:p>
      <w:r>
        <w:rPr>
          <w:rFonts w:ascii="Gentium Plus" w:hAnsi="Gentium Plus"/>
          <w:sz w:val="24"/>
        </w:rPr>
        <w:t>ξάμενοι σπονδὰς ἀνενεώσαντο. Ἐπιῤῥαπίζων. κωλύων. [καὶ τὸ ὑφ’ ἑαυτοῦ βού‐ λεσθαι τὴν πρᾶξιν, ἐπιῤῥαπίζων ἄρα ἐκεῖνος.] Ἐπιῤῥέξει. θύσει. [Καί σοι ἐπιῤῥέξει Γόργος χιμάροιο νομαίης</w:t>
      </w:r>
    </w:p>
    <w:p>
      <w:r>
        <w:rPr>
          <w:rFonts w:ascii="Courier New" w:hAnsi="Courier New"/>
          <w:color w:val="555555"/>
          <w:sz w:val="20"/>
        </w:rPr>
        <w:t>[20]</w:t>
      </w:r>
    </w:p>
    <w:p>
      <w:r>
        <w:rPr>
          <w:rFonts w:ascii="Gentium Plus" w:hAnsi="Gentium Plus"/>
          <w:sz w:val="24"/>
        </w:rPr>
        <w:t>αἷμα.]</w:t>
      </w:r>
    </w:p>
    <w:p>
      <w:r>
        <w:rPr>
          <w:rFonts w:ascii="Courier New" w:hAnsi="Courier New"/>
          <w:color w:val="555555"/>
          <w:sz w:val="20"/>
        </w:rPr>
        <w:t>[epsilon 842]</w:t>
      </w:r>
    </w:p>
    <w:p>
      <w:r>
        <w:rPr>
          <w:rFonts w:ascii="Gentium Plus" w:hAnsi="Gentium Plus"/>
          <w:sz w:val="24"/>
        </w:rPr>
        <w:t>Ἐπισεῖσαι. ἐπενεγκεῖν. [παρεκάλουν μὴ χαλε‐ πώτερον αὐτοῖς ἐπισεῖσαι τὸν κίνδυνον.] Ἐπισημαίνεσθαι. ἀντὶ τοῦ ἐπαινεῖν μὲν καὶ ἐπιφωνεῖν Ἰσοκράτης· Ἰσαῖος δὲ ἀντὶ τοῦ ἐπι‐</w:t>
      </w:r>
    </w:p>
    <w:p>
      <w:r>
        <w:rPr>
          <w:rFonts w:ascii="Courier New" w:hAnsi="Courier New"/>
          <w:color w:val="555555"/>
          <w:sz w:val="20"/>
        </w:rPr>
        <w:t>[5]</w:t>
      </w:r>
    </w:p>
    <w:p>
      <w:r>
        <w:rPr>
          <w:rFonts w:ascii="Gentium Plus" w:hAnsi="Gentium Plus"/>
          <w:sz w:val="24"/>
        </w:rPr>
        <w:t>σφραγίσαι. Ἐπισημῄνασθαι. βεβαιῶσαι, κυρῶσαι. [ἐπιση‐ μῃναμένων δὲ τῶν ἐκ τῆς Ἑλλάδος πρεσβευ‐ τῶν.] Ἐπισιτίζω ἀεὶ, καὶ ἐπισίτισις, καὶ ἐπίσιτος,</w:t>
      </w:r>
    </w:p>
    <w:p>
      <w:r>
        <w:rPr>
          <w:rFonts w:ascii="Courier New" w:hAnsi="Courier New"/>
          <w:color w:val="555555"/>
          <w:sz w:val="20"/>
        </w:rPr>
        <w:t>[10]</w:t>
      </w:r>
    </w:p>
    <w:p>
      <w:r>
        <w:rPr>
          <w:rFonts w:ascii="Gentium Plus" w:hAnsi="Gentium Plus"/>
          <w:sz w:val="24"/>
        </w:rPr>
        <w:t>ὁ τροφῆς χάριν ἐργαζόμενος. Ἐπισκευάσασθαι. ἐπιφορτίσασθαι. Ἐπισκοπήσας. ἐποπτεύσας. Ἐπισκήψω. παραγγείλω, καὶ ἀντὶ τοῦ σημειώ‐ σομαι, καὶ ἐπιστήσω τὸν νοῦν.</w:t>
      </w:r>
    </w:p>
    <w:p>
      <w:r>
        <w:rPr>
          <w:rFonts w:ascii="Courier New" w:hAnsi="Courier New"/>
          <w:color w:val="555555"/>
          <w:sz w:val="20"/>
        </w:rPr>
        <w:t>[15]</w:t>
      </w:r>
    </w:p>
    <w:p>
      <w:r>
        <w:rPr>
          <w:rFonts w:ascii="Gentium Plus" w:hAnsi="Gentium Plus"/>
          <w:sz w:val="24"/>
        </w:rPr>
        <w:t>[ὑμῖν δὲ κοινὴν τήνδ’ ἐπισκήπτω χάριν.] Ἐπισκοτῶ καὶ ἐπισκοτεῖν. τὸ ἐπικεῖσθαι τινὶ καὶ ἀποτειχίζειν τὸ φῶς. Ἐπισπασάμενος. ἐφελκύσας. ὁ δὲ ἐπισπασάμε‐ νος τῆς κόμης τοῦτον κτείνειν ἔμελλεν.</w:t>
      </w:r>
    </w:p>
    <w:p>
      <w:r>
        <w:rPr>
          <w:rFonts w:ascii="Courier New" w:hAnsi="Courier New"/>
          <w:color w:val="555555"/>
          <w:sz w:val="20"/>
        </w:rPr>
        <w:t>[20]</w:t>
      </w:r>
    </w:p>
    <w:p>
      <w:r>
        <w:rPr>
          <w:rFonts w:ascii="Gentium Plus" w:hAnsi="Gentium Plus"/>
          <w:sz w:val="24"/>
        </w:rPr>
        <w:t>Ἐπισταθμευόμενοι. εἰς τοὺς ἑαυτῶν οἴκους δε‐</w:t>
      </w:r>
    </w:p>
    <w:p>
      <w:r>
        <w:rPr>
          <w:rFonts w:ascii="Courier New" w:hAnsi="Courier New"/>
          <w:color w:val="555555"/>
          <w:sz w:val="20"/>
        </w:rPr>
        <w:t>[epsilon 843]</w:t>
      </w:r>
    </w:p>
    <w:p>
      <w:r>
        <w:rPr>
          <w:rFonts w:ascii="Gentium Plus" w:hAnsi="Gentium Plus"/>
          <w:sz w:val="24"/>
        </w:rPr>
        <w:t>καὶ διαρπαζομένους. καὶ ἀντὶ τοῦ κρίνοντες καὶ ὑπονοοῦντες. Ἐπίστασαι. γινώσκεις. Ἐπισίξει. ποιόν τινα ἦχον ἀναβοήσει. [ἐκ τοῦ</w:t>
      </w:r>
    </w:p>
    <w:p>
      <w:r>
        <w:rPr>
          <w:rFonts w:ascii="Courier New" w:hAnsi="Courier New"/>
          <w:color w:val="555555"/>
          <w:sz w:val="20"/>
        </w:rPr>
        <w:t>[5]</w:t>
      </w:r>
    </w:p>
    <w:p>
      <w:r>
        <w:rPr>
          <w:rFonts w:ascii="Gentium Plus" w:hAnsi="Gentium Plus"/>
          <w:sz w:val="24"/>
        </w:rPr>
        <w:t>σίζω, σίσω, σίξω.] Ἐπίσπῃ. ἕψεται. Ἐπισπόμενος. ἐπακολουθῶν. ἐπισπώμενος δὲ ὁ προσλαμβάνων καὶ ἐπισύρων, μέγα. *καὶ ἐπισπασάμενοι δὲ οἱ συνείροντες· τῷ προτέρῳ</w:t>
      </w:r>
    </w:p>
    <w:p>
      <w:r>
        <w:rPr>
          <w:rFonts w:ascii="Courier New" w:hAnsi="Courier New"/>
          <w:color w:val="555555"/>
          <w:sz w:val="20"/>
        </w:rPr>
        <w:t>[10]</w:t>
      </w:r>
    </w:p>
    <w:p>
      <w:r>
        <w:rPr>
          <w:rFonts w:ascii="Gentium Plus" w:hAnsi="Gentium Plus"/>
          <w:sz w:val="24"/>
        </w:rPr>
        <w:t>πταίσματι δεύτερα καὶ τρία.* Ἐπισπέρχει. ἐπισπουδάζει. Ἐπιστέλλει. ἐντέλλεται, ὑποτίθεται. [νῦν ἐπι‐ στέλλει σαφῶς τοὺς αὐτοέντας χειρὶ τιμωρεῖν.] Ἐπίστη. ἀντὶ τοῦ ἐπίστασαι. δεύτερος ἀόρι‐</w:t>
      </w:r>
    </w:p>
    <w:p>
      <w:r>
        <w:rPr>
          <w:rFonts w:ascii="Courier New" w:hAnsi="Courier New"/>
          <w:color w:val="555555"/>
          <w:sz w:val="20"/>
        </w:rPr>
        <w:t>[15]</w:t>
      </w:r>
    </w:p>
    <w:p>
      <w:r>
        <w:rPr>
          <w:rFonts w:ascii="Gentium Plus" w:hAnsi="Gentium Plus"/>
          <w:sz w:val="24"/>
        </w:rPr>
        <w:t>στος. ἢ ἀντὶ τοῦ ἐπιτίθει. Ἐπίστηθι. [ἐπενέχθητι.] ἐπιτέχθητι. Ἀπόστο‐</w:t>
      </w:r>
    </w:p>
    <w:p>
      <w:r>
        <w:rPr>
          <w:rFonts w:ascii="Courier New" w:hAnsi="Courier New"/>
          <w:color w:val="555555"/>
          <w:sz w:val="20"/>
        </w:rPr>
        <w:t>[epsilon 844]</w:t>
      </w:r>
    </w:p>
    <w:p>
      <w:r>
        <w:rPr>
          <w:rFonts w:ascii="Gentium Plus" w:hAnsi="Gentium Plus"/>
          <w:sz w:val="24"/>
        </w:rPr>
        <w:t>Ἐπιστομιεῖν. ἐμποδίσαι, κατασχεῖν. Ἐπίστω. γίνωσκε. [εὖ νῦν ἐπίστω ταῦθ’ ὅταν ζητῇς ἐμοὶ ζητῶν ὄλεθρον.] Ἐπιστεῖλαι. τὸ ἐντείλασθαι. [Θουκυδίδης· ἐπι‐</w:t>
      </w:r>
    </w:p>
    <w:p>
      <w:r>
        <w:rPr>
          <w:rFonts w:ascii="Courier New" w:hAnsi="Courier New"/>
          <w:color w:val="555555"/>
          <w:sz w:val="20"/>
        </w:rPr>
        <w:t>[5]</w:t>
      </w:r>
    </w:p>
    <w:p>
      <w:r>
        <w:rPr>
          <w:rFonts w:ascii="Gentium Plus" w:hAnsi="Gentium Plus"/>
          <w:sz w:val="24"/>
        </w:rPr>
        <w:t>στείλαντες τὰ πρέποντα εἰπεῖν.] Ἐπιστροφόωσιν. [ἐπιστροφόωσι πόληας.] ἐπι‐ στρωφῶσι δὲ τὰ δύο μεγάλα. Ἐπισυνῄεσαν. συνηθροίζοντο. [οἱ ἐξόπισθεν ἐπι‐ λελυμένοι ἐπισυνῄεσαν.]</w:t>
      </w:r>
    </w:p>
    <w:p>
      <w:r>
        <w:rPr>
          <w:rFonts w:ascii="Courier New" w:hAnsi="Courier New"/>
          <w:color w:val="555555"/>
          <w:sz w:val="20"/>
        </w:rPr>
        <w:t>[10]</w:t>
      </w:r>
    </w:p>
    <w:p>
      <w:r>
        <w:rPr>
          <w:rFonts w:ascii="Gentium Plus" w:hAnsi="Gentium Plus"/>
          <w:sz w:val="24"/>
        </w:rPr>
        <w:t>Ἐπισύρεται. ἐφέλκεται. Ἐπιτέλλεται. ἐντέλλεται, παραγγέλλει. Ἐπισχών. κρατήσας. Ἐπισύρων. χλευάζων, γελῶν. Ἐπισκήπτει. μέμφεται, ἐπιτιμᾷ.</w:t>
      </w:r>
    </w:p>
    <w:p>
      <w:r>
        <w:rPr>
          <w:rFonts w:ascii="Courier New" w:hAnsi="Courier New"/>
          <w:color w:val="555555"/>
          <w:sz w:val="20"/>
        </w:rPr>
        <w:t>[15]</w:t>
      </w:r>
    </w:p>
    <w:p>
      <w:r>
        <w:rPr>
          <w:rFonts w:ascii="Gentium Plus" w:hAnsi="Gentium Plus"/>
          <w:sz w:val="24"/>
        </w:rPr>
        <w:t>Ἐπισκύζονται. ὀργίζονται. Ἐπισπάσθω. τὸ δέρμα ἑλκυέτω. ἀποστολικὴ ἡ</w:t>
      </w:r>
    </w:p>
    <w:p>
      <w:r>
        <w:rPr>
          <w:rFonts w:ascii="Courier New" w:hAnsi="Courier New"/>
          <w:color w:val="555555"/>
          <w:sz w:val="20"/>
        </w:rPr>
        <w:t>[epsilon 845]</w:t>
      </w:r>
    </w:p>
    <w:p>
      <w:r>
        <w:rPr>
          <w:rFonts w:ascii="Gentium Plus" w:hAnsi="Gentium Plus"/>
          <w:sz w:val="24"/>
        </w:rPr>
        <w:t>Ἐπίσχες. πρόσεχε ἢ κράτησον. Ἐπισχὼν τῷ στόματι. προσενεγκὼν ἢ κωλύων. Ἐπισφραγίζων. βεβαιῶν. Ἐπιορκῶν. ἡ ἐπὶ πρόθεσις κεῖται [καὶ ἀντὶ</w:t>
      </w:r>
    </w:p>
    <w:p>
      <w:r>
        <w:rPr>
          <w:rFonts w:ascii="Courier New" w:hAnsi="Courier New"/>
          <w:color w:val="555555"/>
          <w:sz w:val="20"/>
        </w:rPr>
        <w:t>[5]</w:t>
      </w:r>
    </w:p>
    <w:p>
      <w:r>
        <w:rPr>
          <w:rFonts w:ascii="Gentium Plus" w:hAnsi="Gentium Plus"/>
          <w:sz w:val="24"/>
        </w:rPr>
        <w:t>τῆς] ὑπέρ. καὶ ὑπεράνω τῶν ὅρκων γίνεσθαι. καὶ ὑπερβαίνειν αὐτούς. ἐπιορκεῖ δὲ ὁ ἀνὴρ τὰ πολλά. Ἐπιέναι. ἐπελθεῖν. Ἐπιθειάσας. θαυμάσας.</w:t>
      </w:r>
    </w:p>
    <w:p>
      <w:r>
        <w:rPr>
          <w:rFonts w:ascii="Courier New" w:hAnsi="Courier New"/>
          <w:color w:val="555555"/>
          <w:sz w:val="20"/>
        </w:rPr>
        <w:t>[10]</w:t>
      </w:r>
    </w:p>
    <w:p>
      <w:r>
        <w:rPr>
          <w:rFonts w:ascii="Gentium Plus" w:hAnsi="Gentium Plus"/>
          <w:sz w:val="24"/>
        </w:rPr>
        <w:t>Ἐπιειμένοι. περιβεβλημένοι, ἐνδεδυμένοι. Ἐπιόντι. ἐρχομένῳ. Ἐπιτέλλῃ. ἀντὶ τοῦ παραγγέλλῃ. παραγγέλλω. Ἐπιτεμόμενος. παρακόψας. κέλευσόν μοι ἀπο‐ θνήσκειν ἐπιτεμόμενος τοῦ σταυροῦ τὴν πε‐</w:t>
      </w:r>
    </w:p>
    <w:p>
      <w:r>
        <w:rPr>
          <w:rFonts w:ascii="Courier New" w:hAnsi="Courier New"/>
          <w:color w:val="555555"/>
          <w:sz w:val="20"/>
        </w:rPr>
        <w:t>[15]</w:t>
      </w:r>
    </w:p>
    <w:p>
      <w:r>
        <w:rPr>
          <w:rFonts w:ascii="Gentium Plus" w:hAnsi="Gentium Plus"/>
          <w:sz w:val="24"/>
        </w:rPr>
        <w:t>ρίοδον. Ἐπιτεύξη. ἐπιτύχης. Ἐπιτεχνάζειν. πανουργεύειν. Ἐπιτίθεσθε. ἐνεδρεύετε. Ἐπιτέτραπται. ἀπονενέμεται.</w:t>
      </w:r>
    </w:p>
    <w:p>
      <w:r>
        <w:rPr>
          <w:rFonts w:ascii="Courier New" w:hAnsi="Courier New"/>
          <w:color w:val="555555"/>
          <w:sz w:val="20"/>
        </w:rPr>
        <w:t>[20]</w:t>
      </w:r>
    </w:p>
    <w:p>
      <w:r>
        <w:rPr>
          <w:rFonts w:ascii="Gentium Plus" w:hAnsi="Gentium Plus"/>
          <w:sz w:val="24"/>
        </w:rPr>
        <w:t>Ἐπιτέτριψαι. ποτὲ μὲν ἐπὶ ὑπερηφανίας τάτ‐ τεται, ποτὲ δὲ ἐπὶ ἑκατέρας. καὶ μὴν ἐπιτέ‐</w:t>
      </w:r>
    </w:p>
    <w:p>
      <w:r>
        <w:rPr>
          <w:rFonts w:ascii="Courier New" w:hAnsi="Courier New"/>
          <w:color w:val="555555"/>
          <w:sz w:val="20"/>
        </w:rPr>
        <w:t>[epsilon 846]</w:t>
      </w:r>
    </w:p>
    <w:p>
      <w:r>
        <w:rPr>
          <w:rFonts w:ascii="Gentium Plus" w:hAnsi="Gentium Plus"/>
          <w:sz w:val="24"/>
        </w:rPr>
        <w:t>Ἐπιτετράφαται. ἐπιτετραμμένοι εἰσὶν ἢ ὑπο‐ τεταγμένοι. [ᾧ λαοὶ ἐπιτετράφαται. ἰστέον, ὅτι τὰ δισύλλαβα τῆς πρώτης συζυ‐</w:t>
      </w:r>
    </w:p>
    <w:p>
      <w:r>
        <w:rPr>
          <w:rFonts w:ascii="Courier New" w:hAnsi="Courier New"/>
          <w:color w:val="555555"/>
          <w:sz w:val="20"/>
        </w:rPr>
        <w:t>[5]</w:t>
      </w:r>
    </w:p>
    <w:p>
      <w:r>
        <w:rPr>
          <w:rFonts w:ascii="Gentium Plus" w:hAnsi="Gentium Plus"/>
          <w:sz w:val="24"/>
        </w:rPr>
        <w:t>γίας τῶν βαρυτόνων τὰ τρέποντα τὸ ε εἰς ο κατὰ τὸν ἐνεργητικὸν παρακείμενον, ἐν τοῖς παθητικοῖς παρακειμένοις ἀναδέχεται τὴν τοῦ ἐνεστῶτος παραλήγουσαν. οἷον λέγω, λέλοχα καὶ λέλεχμαι, κέκλοφα, κέκλεμμαι. εὑρέθη δὲ</w:t>
      </w:r>
    </w:p>
    <w:p>
      <w:r>
        <w:rPr>
          <w:rFonts w:ascii="Courier New" w:hAnsi="Courier New"/>
          <w:color w:val="555555"/>
          <w:sz w:val="20"/>
        </w:rPr>
        <w:t>[10]</w:t>
      </w:r>
    </w:p>
    <w:p>
      <w:r>
        <w:rPr>
          <w:rFonts w:ascii="Gentium Plus" w:hAnsi="Gentium Plus"/>
          <w:sz w:val="24"/>
        </w:rPr>
        <w:t>καὶ τὸ κέκλαμμαι. χωρὶς τῶν ἐχόντων τὸ ρ μετ’ ἐπιπλοκῆς συμφώνου. ἐκεῖνα γὰρ τρέπει τὸ ε εἰς α κατὰ τὸν παρακείμενον. οἷον στρέ‐ φω, ἔστροφα, ἔστραμμαι. οὕτως οὖν καὶ τρέ‐ πω, τέτροφα, τέτραμμαι, τετράφαται καὶ ἐπι‐</w:t>
      </w:r>
    </w:p>
    <w:p>
      <w:r>
        <w:rPr>
          <w:rFonts w:ascii="Courier New" w:hAnsi="Courier New"/>
          <w:color w:val="555555"/>
          <w:sz w:val="20"/>
        </w:rPr>
        <w:t>[15]</w:t>
      </w:r>
    </w:p>
    <w:p>
      <w:r>
        <w:rPr>
          <w:rFonts w:ascii="Gentium Plus" w:hAnsi="Gentium Plus"/>
          <w:sz w:val="24"/>
        </w:rPr>
        <w:t>τετράφαται.] Ἐπιτέλλων. ἀνατέλλων. Ἐπιτείλας. ἀνατείλας. νενικηκότας αὐτοὺς ὁ ἥλιος ἐπιτείλας ἴδῃ. Ἐπίτειλον. πρόσταξον.</w:t>
      </w:r>
    </w:p>
    <w:p>
      <w:r>
        <w:rPr>
          <w:rFonts w:ascii="Courier New" w:hAnsi="Courier New"/>
          <w:color w:val="555555"/>
          <w:sz w:val="20"/>
        </w:rPr>
        <w:t>[20]</w:t>
      </w:r>
    </w:p>
    <w:p>
      <w:r>
        <w:rPr>
          <w:rFonts w:ascii="Gentium Plus" w:hAnsi="Gentium Plus"/>
          <w:sz w:val="24"/>
        </w:rPr>
        <w:t>Ἐπιτειχίζει. ἐποικοδομεῖ. Ἐπιτειχισάντων. ἐπελθόντων. Ἐπιτίθης. περαίνεις. ἐπεὶ καὶ σὺ τῶν σῶν</w:t>
      </w:r>
    </w:p>
    <w:p>
      <w:r>
        <w:rPr>
          <w:rFonts w:ascii="Courier New" w:hAnsi="Courier New"/>
          <w:color w:val="555555"/>
          <w:sz w:val="20"/>
        </w:rPr>
        <w:t>[epsilon 847]</w:t>
      </w:r>
    </w:p>
    <w:p>
      <w:r>
        <w:rPr>
          <w:rFonts w:ascii="Gentium Plus" w:hAnsi="Gentium Plus"/>
          <w:sz w:val="24"/>
        </w:rPr>
        <w:t>Ἐπιτίθησιν. ἀποπέμπει. καὶ δὴ γραψάμενος τὴν δίκην ἐπιστολὴν πρὸς τοὺς ἐν Καρίᾳ δύο φιλο‐ σόφους ἐπιτίθησιν. Ἐπίττουν. ἠσέλγουν, κατεφίλουν. πιττοῦν δέ</w:t>
      </w:r>
    </w:p>
    <w:p>
      <w:r>
        <w:rPr>
          <w:rFonts w:ascii="Courier New" w:hAnsi="Courier New"/>
          <w:color w:val="555555"/>
          <w:sz w:val="20"/>
        </w:rPr>
        <w:t>[5]</w:t>
      </w:r>
    </w:p>
    <w:p>
      <w:r>
        <w:rPr>
          <w:rFonts w:ascii="Gentium Plus" w:hAnsi="Gentium Plus"/>
          <w:sz w:val="24"/>
        </w:rPr>
        <w:t>ἐστι κυρίως τὸ τὰς πλατείας ναῦς πίττῃ χρίειν. [Ἀριστοφάνης· ἱκανὸν γὰρ αὐτὴν πρότερον ἐπίττουν χρό‐ νον.] Ἐπιτολμῆσαι. ἐπιβουλεύσασθαι. καὶ ἀναπείθει</w:t>
      </w:r>
    </w:p>
    <w:p>
      <w:r>
        <w:rPr>
          <w:rFonts w:ascii="Courier New" w:hAnsi="Courier New"/>
          <w:color w:val="555555"/>
          <w:sz w:val="20"/>
        </w:rPr>
        <w:t>[10]</w:t>
      </w:r>
    </w:p>
    <w:p>
      <w:r>
        <w:rPr>
          <w:rFonts w:ascii="Gentium Plus" w:hAnsi="Gentium Plus"/>
          <w:sz w:val="24"/>
        </w:rPr>
        <w:t>ἐπιτολμῆσαι τῷ Λυκίδῃ καὶ τῷ σώσιν. Ἐπιτωθάζων. ἐπιλοιδορούμενος, ἢ ἐπεμβαίνων, ἢ καυχώμενος. [ἢ χλευάζων.] Ἐπιτρέπει. χαρίζεται, παραδίδωσιν. [ὁ δὲ τῆς ἐμῆς σατραπείας φυγάδα ἐλαύνει καὶ τοῦτο</w:t>
      </w:r>
    </w:p>
    <w:p>
      <w:r>
        <w:rPr>
          <w:rFonts w:ascii="Courier New" w:hAnsi="Courier New"/>
          <w:color w:val="555555"/>
          <w:sz w:val="20"/>
        </w:rPr>
        <w:t>[15]</w:t>
      </w:r>
    </w:p>
    <w:p>
      <w:r>
        <w:rPr>
          <w:rFonts w:ascii="Gentium Plus" w:hAnsi="Gentium Plus"/>
          <w:sz w:val="24"/>
        </w:rPr>
        <w:t>ἐπιτρέπει.] Ἐπιτρέπει Δημοσθένης, ἀντὶ τοῦ δικαστὰς αὐτοὺς αἱρεῖσθαι. Λυσίας δὲ ἐπέτρεψαν ἀν‐</w:t>
      </w:r>
    </w:p>
    <w:p>
      <w:r>
        <w:rPr>
          <w:rFonts w:ascii="Courier New" w:hAnsi="Courier New"/>
          <w:color w:val="555555"/>
          <w:sz w:val="20"/>
        </w:rPr>
        <w:t>[epsilon 848]</w:t>
      </w:r>
    </w:p>
    <w:p>
      <w:r>
        <w:rPr>
          <w:rFonts w:ascii="Gentium Plus" w:hAnsi="Gentium Plus"/>
          <w:sz w:val="24"/>
        </w:rPr>
        <w:t>Ἐπιτρέχειν τοῦ ἐπιδιώκειν διαφέρει. ἐπιτρέ‐ χει μὲν γάρ τις τῷ μὴ φεύγοντι· διώκει δὲ τὸν φεύγοντα. ἔστι δὲ τὸ διώκειν οἷον ἐλαύνειν ἔν‐ θεν καὶ ἔνθεν. καὶ ὑποδιώκειν λέγεται.</w:t>
      </w:r>
    </w:p>
    <w:p>
      <w:r>
        <w:rPr>
          <w:rFonts w:ascii="Courier New" w:hAnsi="Courier New"/>
          <w:color w:val="555555"/>
          <w:sz w:val="20"/>
        </w:rPr>
        <w:t>[5]</w:t>
      </w:r>
    </w:p>
    <w:p>
      <w:r>
        <w:rPr>
          <w:rFonts w:ascii="Gentium Plus" w:hAnsi="Gentium Plus"/>
          <w:sz w:val="24"/>
        </w:rPr>
        <w:t>Ἐπιτριβείη. ἐντριβὴς γένοιτο, ἔμπειρος ὑπάρξοι. [ἢ παρορμηθείη. σημαίνει δὲ καὶ τὸ ἀπολε‐ σθείη.] Ἐπιτριβόμενοι. ἐπερχόμενοι. Ἐπιτυφῇ. ἐκπυρωθῇ. [ἐπικαῇ. Ἀριστοφάνης·</w:t>
      </w:r>
    </w:p>
    <w:p>
      <w:r>
        <w:rPr>
          <w:rFonts w:ascii="Courier New" w:hAnsi="Courier New"/>
          <w:color w:val="555555"/>
          <w:sz w:val="20"/>
        </w:rPr>
        <w:t>[10]</w:t>
      </w:r>
    </w:p>
    <w:p>
      <w:r>
        <w:rPr>
          <w:rFonts w:ascii="Gentium Plus" w:hAnsi="Gentium Plus"/>
          <w:sz w:val="24"/>
        </w:rPr>
        <w:t>ὅπως ἀνὴρ ἐπιτυφῇ μάλιστά μου.] Ἐπιφέρειν. κατηγορεῖν. διασύρειν. [ἄλλο μὲν οὐδὲν ἐπιφέρειν ἔχων, ὅτι δὲ εὔνους εἴη Ῥω‐ μαίοις.] Ἐπιφοιτᾷ. παραγίνεται.</w:t>
      </w:r>
    </w:p>
    <w:p>
      <w:r>
        <w:rPr>
          <w:rFonts w:ascii="Courier New" w:hAnsi="Courier New"/>
          <w:color w:val="555555"/>
          <w:sz w:val="20"/>
        </w:rPr>
        <w:t>[15]</w:t>
      </w:r>
    </w:p>
    <w:p>
      <w:r>
        <w:rPr>
          <w:rFonts w:ascii="Gentium Plus" w:hAnsi="Gentium Plus"/>
          <w:sz w:val="24"/>
        </w:rPr>
        <w:t>Ἐπιφρασθείς. ἐνθυμηθεὶς, διαλογισάμενος. [ὁ δὲ Νέαρχος ἐπιφρασθεὶς, ὅτι σπείρεσθαι τὴν χώ‐</w:t>
      </w:r>
    </w:p>
    <w:p>
      <w:r>
        <w:rPr>
          <w:rFonts w:ascii="Courier New" w:hAnsi="Courier New"/>
          <w:color w:val="555555"/>
          <w:sz w:val="20"/>
        </w:rPr>
        <w:t>[epsilon 849]</w:t>
      </w:r>
    </w:p>
    <w:p>
      <w:r>
        <w:rPr>
          <w:rFonts w:ascii="Gentium Plus" w:hAnsi="Gentium Plus"/>
          <w:sz w:val="24"/>
        </w:rPr>
        <w:t>Ἐπεγχάνῃ. ἐπιγελάσοι. [εἶτα μέντοι ζῶν ἀπέλ‐ θοι καὶ ἐπεγχάνῃ.] Ἐπιχειρεῖν. τὸ ἐρωτᾷν καὶ συλλογίζεσθαι. τὸ γὰρ ἐπιχείρημα διαλεκτικός ἐστι συλλογισμός.</w:t>
      </w:r>
    </w:p>
    <w:p>
      <w:r>
        <w:rPr>
          <w:rFonts w:ascii="Courier New" w:hAnsi="Courier New"/>
          <w:color w:val="555555"/>
          <w:sz w:val="20"/>
        </w:rPr>
        <w:t>[5]</w:t>
      </w:r>
    </w:p>
    <w:p>
      <w:r>
        <w:rPr>
          <w:rFonts w:ascii="Gentium Plus" w:hAnsi="Gentium Plus"/>
          <w:sz w:val="24"/>
        </w:rPr>
        <w:t>ἐπιχειρῶ σοι ἀεί. Ἐπιχειρήσειν. ἐπιβαλέσθαι. [ἔγραφεν ἐπιχειρή‐ σειν μέλλει τοῖς Σιγγάροις.] Ἐπιχειρητέα. ἀντὶ τοῦ ἐπιχειρητέον, ὡς τὸ τολμητέα. [φιλεῖ γὰρ ὁ Θουκυδίδης τὰ τοι‐</w:t>
      </w:r>
    </w:p>
    <w:p>
      <w:r>
        <w:rPr>
          <w:rFonts w:ascii="Courier New" w:hAnsi="Courier New"/>
          <w:color w:val="555555"/>
          <w:sz w:val="20"/>
        </w:rPr>
        <w:t>[10]</w:t>
      </w:r>
    </w:p>
    <w:p>
      <w:r>
        <w:rPr>
          <w:rFonts w:ascii="Gentium Plus" w:hAnsi="Gentium Plus"/>
          <w:sz w:val="24"/>
        </w:rPr>
        <w:t>αῦτα.] Ἐπιχωρήσας. συμπαθήσας, παραχωρήσας. [ἐθέ‐ λω σοι τὰ δυνατὰ ἐπιχωρήσας.] Ἐπιχρῆσθαι. παρὰ Θουκυδίδῃ τὸ πολλάκις κε‐ χρῆσθαι.</w:t>
      </w:r>
    </w:p>
    <w:p>
      <w:r>
        <w:rPr>
          <w:rFonts w:ascii="Courier New" w:hAnsi="Courier New"/>
          <w:color w:val="555555"/>
          <w:sz w:val="20"/>
        </w:rPr>
        <w:t>[15]</w:t>
      </w:r>
    </w:p>
    <w:p>
      <w:r>
        <w:rPr>
          <w:rFonts w:ascii="Gentium Plus" w:hAnsi="Gentium Plus"/>
          <w:sz w:val="24"/>
        </w:rPr>
        <w:t>Ἐπιψηφιζόμενος. ἐπικρίνων. καὶ ἐπιψηφίζων ἀντὶ τοῦ ἐπικυρῶν. Ἐπλαστολόγει. ἐψεύδετο, ἐπλάττετο, ὑπε‐ κρίνετο. Ἐπλημμέλησαν. ἠτάκτησαν, ἐραθύμησαν.</w:t>
      </w:r>
    </w:p>
    <w:p>
      <w:r>
        <w:rPr>
          <w:rFonts w:ascii="Courier New" w:hAnsi="Courier New"/>
          <w:color w:val="555555"/>
          <w:sz w:val="20"/>
        </w:rPr>
        <w:t>[20]</w:t>
      </w:r>
    </w:p>
    <w:p>
      <w:r>
        <w:rPr>
          <w:rFonts w:ascii="Gentium Plus" w:hAnsi="Gentium Plus"/>
          <w:sz w:val="24"/>
        </w:rPr>
        <w:t>πλημμελὲς γὰρ τὸ ῥάθυμον καὶ ἀπαίδευτον. Ἔπλην. ἐπλησίαζον. πλῶ τὸ πλησιάζω. [πα‐ ράγωγον πλῆμι. ὁ δεύτερος ἀόριστος ἔπλην.]</w:t>
      </w:r>
    </w:p>
    <w:p>
      <w:r>
        <w:rPr>
          <w:rFonts w:ascii="Courier New" w:hAnsi="Courier New"/>
          <w:color w:val="555555"/>
          <w:sz w:val="20"/>
        </w:rPr>
        <w:t>[epsilon 850]</w:t>
      </w:r>
    </w:p>
    <w:p>
      <w:r>
        <w:rPr>
          <w:rFonts w:ascii="Gentium Plus" w:hAnsi="Gentium Plus"/>
          <w:sz w:val="24"/>
        </w:rPr>
        <w:t>Ἔπλετο. ἐγένετο. Ἔπλεο. ἐγένου. ἐκ τοῦ πέλω, καὶ ὑπερβιβασμῷ πλέω. [καὶ πλέομαι. ἐπλεόμην, ἐπλέου. καὶ κατὰ διάλυσιν Ἰωνικὴν ἔπλεο. καὶ ἔπλετο.]</w:t>
      </w:r>
    </w:p>
    <w:p>
      <w:r>
        <w:rPr>
          <w:rFonts w:ascii="Courier New" w:hAnsi="Courier New"/>
          <w:color w:val="555555"/>
          <w:sz w:val="20"/>
        </w:rPr>
        <w:t>[5]</w:t>
      </w:r>
    </w:p>
    <w:p>
      <w:r>
        <w:rPr>
          <w:rFonts w:ascii="Gentium Plus" w:hAnsi="Gentium Plus"/>
          <w:sz w:val="24"/>
        </w:rPr>
        <w:t>Ἔπλει. τὸ παρεληλυθὸς οὐχὶ ἔπλεε. καὶ ἔῤῥει καὶ ἔπνει. τὰ δὲ διῃρημένα ἰακά. Ἔπληντο. ἐπλησίαζον. ἔπληντ’ ἀλλήλοισιν. [ἐκ τοῦ πλῶ, τοῦ σημαίνοντος τὸ πλησιάζω,</w:t>
      </w:r>
    </w:p>
    <w:p>
      <w:r>
        <w:rPr>
          <w:rFonts w:ascii="Courier New" w:hAnsi="Courier New"/>
          <w:color w:val="555555"/>
          <w:sz w:val="20"/>
        </w:rPr>
        <w:t>[10]</w:t>
      </w:r>
    </w:p>
    <w:p>
      <w:r>
        <w:rPr>
          <w:rFonts w:ascii="Gentium Plus" w:hAnsi="Gentium Plus"/>
          <w:sz w:val="24"/>
        </w:rPr>
        <w:t>ὁ παρακείμενος πέπληκα. λέγεται δὲ καὶ πέ‐ πλακα. ὁ παθητικὸς παρακείμενος πέπλημαι, πέπληται. ὁ μέσος ἀόριστος δεύτερος ἐπλήμην. καὶ τὸ τρίτον τῶν πληθυντικῶν ἔπληντο.] Ἐπλινθεύθησαν. τὸ κατακλεισθῆναι περὶ οἰ‐</w:t>
      </w:r>
    </w:p>
    <w:p>
      <w:r>
        <w:rPr>
          <w:rFonts w:ascii="Courier New" w:hAnsi="Courier New"/>
          <w:color w:val="555555"/>
          <w:sz w:val="20"/>
        </w:rPr>
        <w:t>[15]</w:t>
      </w:r>
    </w:p>
    <w:p>
      <w:r>
        <w:rPr>
          <w:rFonts w:ascii="Gentium Plus" w:hAnsi="Gentium Plus"/>
          <w:sz w:val="24"/>
        </w:rPr>
        <w:t>κοδόμημα μόνον, ὥστε ἔξοδον μὴ εἶναι καὶ οὕτω παντελῶς ἀπορίᾳ ποτοῦ καὶ τροφῆς τεθνάναι, πλινθευθῆναι λέγεται. ἢ τὸ ἐπλινθεύθησαν [τέσσαρα σημαίνει, ἢ ὅτι εἰς πλίνθους μετε‐ πλάσθησαν, ἢ ὅτι πλίνθοις ἀπετειχίσθησαν,</w:t>
      </w:r>
    </w:p>
    <w:p>
      <w:r>
        <w:rPr>
          <w:rFonts w:ascii="Courier New" w:hAnsi="Courier New"/>
          <w:color w:val="555555"/>
          <w:sz w:val="20"/>
        </w:rPr>
        <w:t>[20]</w:t>
      </w:r>
    </w:p>
    <w:p>
      <w:r>
        <w:rPr>
          <w:rFonts w:ascii="Gentium Plus" w:hAnsi="Gentium Plus"/>
          <w:sz w:val="24"/>
        </w:rPr>
        <w:t>ἢ ὅτι ὑβρίσθησαν·] ἔστι γὰρ καὶ ὄργανον βα‐ σανιστικόν· ἢ ὅτι ἠχμαλωτίσθησαν· ἐπειδὴ οἱ αἰχμάλωτοι πιπρασκόμενοι εἰς πλίνθους ἐβάλ‐</w:t>
      </w:r>
    </w:p>
    <w:p>
      <w:r>
        <w:rPr>
          <w:rFonts w:ascii="Courier New" w:hAnsi="Courier New"/>
          <w:color w:val="555555"/>
          <w:sz w:val="20"/>
        </w:rPr>
        <w:t>[epsilon 851]</w:t>
      </w:r>
    </w:p>
    <w:p>
      <w:r>
        <w:rPr>
          <w:rFonts w:ascii="Gentium Plus" w:hAnsi="Gentium Plus"/>
          <w:sz w:val="24"/>
        </w:rPr>
        <w:t>Ἐπόθησεν. ἠθέλησεν, [ἠβουλήθη. ἐπόθησε τοὺς ἱππέας ἀποφῇναι.] [Ἐποίησεν. ἀντὶ τοῦ ἔπλασεν. ἀμφοτέρους δὲ ὁ κύριος ἐποίησεν.]</w:t>
      </w:r>
    </w:p>
    <w:p>
      <w:r>
        <w:rPr>
          <w:rFonts w:ascii="Courier New" w:hAnsi="Courier New"/>
          <w:color w:val="555555"/>
          <w:sz w:val="20"/>
        </w:rPr>
        <w:t>[5]</w:t>
      </w:r>
    </w:p>
    <w:p>
      <w:r>
        <w:rPr>
          <w:rFonts w:ascii="Gentium Plus" w:hAnsi="Gentium Plus"/>
          <w:sz w:val="24"/>
        </w:rPr>
        <w:t>Ἐποκέλλουσιν. ἐγγίζουσιν, ἐπικαθίζουσιν. Ἐπολιάρχει. τῆς πόλεως ἦρχεν. Ἐπόλισεν. ἔκτισεν. Ἐπομοσάμενος. εὐξάμενος. Ἐποτρύνει. παροξύνει.</w:t>
      </w:r>
    </w:p>
    <w:p>
      <w:r>
        <w:rPr>
          <w:rFonts w:ascii="Courier New" w:hAnsi="Courier New"/>
          <w:color w:val="555555"/>
          <w:sz w:val="20"/>
        </w:rPr>
        <w:t>[10]</w:t>
      </w:r>
    </w:p>
    <w:p>
      <w:r>
        <w:rPr>
          <w:rFonts w:ascii="Gentium Plus" w:hAnsi="Gentium Plus"/>
          <w:sz w:val="24"/>
        </w:rPr>
        <w:t>Ἐποργῶσα. μηνιῶσα, καὶ ἀντὶ τοῦ ὁρμῶσα. Ἔπορεν. ἔδωκε, παρέσχεν. Ἐποφθαλμίσας. φθονήσας ἢ ἐπιθυμητικῶς ἐπι‐ βαλών. [Ἰώσηπος· ἀπέκτεινε δὲ αὐτὸν ὁ παν‐ δοκεὺς ἐποφθαλμίσας.]</w:t>
      </w:r>
    </w:p>
    <w:p>
      <w:r>
        <w:rPr>
          <w:rFonts w:ascii="Courier New" w:hAnsi="Courier New"/>
          <w:color w:val="555555"/>
          <w:sz w:val="20"/>
        </w:rPr>
        <w:t>[15]</w:t>
      </w:r>
    </w:p>
    <w:p>
      <w:r>
        <w:rPr>
          <w:rFonts w:ascii="Gentium Plus" w:hAnsi="Gentium Plus"/>
          <w:sz w:val="24"/>
        </w:rPr>
        <w:t>Ἐποχούμενος. βασταζόμενος. Ἐποχετεῦσαι. ἐπιῤῥεῦσαι. Ἐποιχομένην ἱστόν. ἐπὶ τὸν ἱστὸν πορευομέ‐ νην, ἢ πορευομένην, ἤγουν ἱστουργοῦσαν καὶ</w:t>
      </w:r>
    </w:p>
    <w:p>
      <w:r>
        <w:rPr>
          <w:rFonts w:ascii="Courier New" w:hAnsi="Courier New"/>
          <w:color w:val="555555"/>
          <w:sz w:val="20"/>
        </w:rPr>
        <w:t>[epsilon 852]</w:t>
      </w:r>
    </w:p>
    <w:p>
      <w:r>
        <w:rPr>
          <w:rFonts w:ascii="Gentium Plus" w:hAnsi="Gentium Plus"/>
          <w:sz w:val="24"/>
        </w:rPr>
        <w:t>Ἐπορθρεῦσαι. τοῦ ὄρθρου ἐπεγερθῆναι ἢ ἀφε‐ σπερεῦσαι. Ἐπράξατο. ἀπῄτησε. τοὺς Βυζαντίους καὶ τινὰς ἄλλους ἐπράξαντο.</w:t>
      </w:r>
    </w:p>
    <w:p>
      <w:r>
        <w:rPr>
          <w:rFonts w:ascii="Courier New" w:hAnsi="Courier New"/>
          <w:color w:val="555555"/>
          <w:sz w:val="20"/>
        </w:rPr>
        <w:t>[5]</w:t>
      </w:r>
    </w:p>
    <w:p>
      <w:r>
        <w:rPr>
          <w:rFonts w:ascii="Gentium Plus" w:hAnsi="Gentium Plus"/>
          <w:sz w:val="24"/>
        </w:rPr>
        <w:t>Ἔπρασσον. ἐβουλεύοντο. [ἀλλήλοις συγγινόμενοι ἔπρασσον.] Ἐπραττόμην. ἀπῄτουν. Ἔπραττον. ἐπεβούλευον. [προεδίδοσαν. ἐπεσπῶν‐ το τοὺς Αἰτωλοὺς καὶ τούτοις ἔπραττον τὴν</w:t>
      </w:r>
    </w:p>
    <w:p>
      <w:r>
        <w:rPr>
          <w:rFonts w:ascii="Courier New" w:hAnsi="Courier New"/>
          <w:color w:val="555555"/>
          <w:sz w:val="20"/>
        </w:rPr>
        <w:t>[10]</w:t>
      </w:r>
    </w:p>
    <w:p>
      <w:r>
        <w:rPr>
          <w:rFonts w:ascii="Gentium Plus" w:hAnsi="Gentium Plus"/>
          <w:sz w:val="24"/>
        </w:rPr>
        <w:t>πόλιν.] Ἐπρέσβευεν. ἐτίμα. [ὁ δὲ Σωκράτης τὴν ἠθικὴν φιλοσοφίαν ἐπρέσβευεν.] Ἔπρηξας. ἀντὶ τοῦ ἔπραξας. Ἐπρυτάνευσε. παρέσχε, διῳκήσατο. ἣν Τρυγαῖος</w:t>
      </w:r>
    </w:p>
    <w:p>
      <w:r>
        <w:rPr>
          <w:rFonts w:ascii="Courier New" w:hAnsi="Courier New"/>
          <w:color w:val="555555"/>
          <w:sz w:val="20"/>
        </w:rPr>
        <w:t>[15]</w:t>
      </w:r>
    </w:p>
    <w:p>
      <w:r>
        <w:rPr>
          <w:rFonts w:ascii="Gentium Plus" w:hAnsi="Gentium Plus"/>
          <w:sz w:val="24"/>
        </w:rPr>
        <w:t>ἐπρυτάνευσεν. Ἔπταρον. ᾐσθόμην. [πταρμὸς γὰρ κεφαλῆς αἴσθησις, ἐπεὶ οἱ θίγοντες τοῦ μυκτῆρος λεπτῷ</w:t>
      </w:r>
    </w:p>
    <w:p>
      <w:r>
        <w:rPr>
          <w:rFonts w:ascii="Courier New" w:hAnsi="Courier New"/>
          <w:color w:val="555555"/>
          <w:sz w:val="20"/>
        </w:rPr>
        <w:t>[epsilon 853]</w:t>
      </w:r>
    </w:p>
    <w:p>
      <w:r>
        <w:rPr>
          <w:rFonts w:ascii="Gentium Plus" w:hAnsi="Gentium Plus"/>
          <w:sz w:val="24"/>
        </w:rPr>
        <w:t>Ἐπτοημένος. θαυμάζων, ἢ πεφοβημένος. Ἔπτη. ἐπετάσθη. Ἐπτέρνισεν. ἠπάτησεν. ἢ ἐνίκησεν. Ἐποισθήσεται. ἐπενεχθήσεται.</w:t>
      </w:r>
    </w:p>
    <w:p>
      <w:r>
        <w:rPr>
          <w:rFonts w:ascii="Courier New" w:hAnsi="Courier New"/>
          <w:color w:val="555555"/>
          <w:sz w:val="20"/>
        </w:rPr>
        <w:t>[5]</w:t>
      </w:r>
    </w:p>
    <w:p>
      <w:r>
        <w:rPr>
          <w:rFonts w:ascii="Gentium Plus" w:hAnsi="Gentium Plus"/>
          <w:sz w:val="24"/>
        </w:rPr>
        <w:t>Ἐποιχόμεθα. ἐπερχόμεθα. Ἐποστρακίζειν. παιδιὰ τὶς, ἣν παίζουσιν οἱ παῖδες ὄστρακα ἀφιέντες εἰς θάλασσαν. Ἐπυρώθη. ὡς ἐν χωνείᾳ ἐδοκιμάσθη. Ἐπυράκτεον. πῦρ, πυρὸς, πυράζω, πυρακτῶ,</w:t>
      </w:r>
    </w:p>
    <w:p>
      <w:r>
        <w:rPr>
          <w:rFonts w:ascii="Courier New" w:hAnsi="Courier New"/>
          <w:color w:val="555555"/>
          <w:sz w:val="20"/>
        </w:rPr>
        <w:t>[10]</w:t>
      </w:r>
    </w:p>
    <w:p>
      <w:r>
        <w:rPr>
          <w:rFonts w:ascii="Gentium Plus" w:hAnsi="Gentium Plus"/>
          <w:sz w:val="24"/>
        </w:rPr>
        <w:t>ἐπυράκτεον. [Ἐπύρσευσε. πυρκαϊὰν ἐποίησεν.] [Ἐπέθηκε. παρέδωκεν.] Ἐπηρώτησαν. ἐκέλευσαν ᾆσαι. Δαβίδ· ἐκεῖ ἐπηρώτησαν ἡμᾶς οἱ αἰχμαλωτεύσαντες ἡμᾶς</w:t>
      </w:r>
    </w:p>
    <w:p>
      <w:r>
        <w:rPr>
          <w:rFonts w:ascii="Courier New" w:hAnsi="Courier New"/>
          <w:color w:val="555555"/>
          <w:sz w:val="20"/>
        </w:rPr>
        <w:t>[15]</w:t>
      </w:r>
    </w:p>
    <w:p>
      <w:r>
        <w:rPr>
          <w:rFonts w:ascii="Gentium Plus" w:hAnsi="Gentium Plus"/>
          <w:sz w:val="24"/>
        </w:rPr>
        <w:t>λόγους ᾠδῶν. Ἐπιλησθείη. πάρετος γενοίμην. ὡς τό· ἐπι‐ λησθείη ἡ δεξιά μου. Ἐπώκειλαν. εἰς λιμένα ἤγαγον. ἐπώκειλαν τὴν ναῦν.</w:t>
      </w:r>
    </w:p>
    <w:p>
      <w:r>
        <w:rPr>
          <w:rFonts w:ascii="Courier New" w:hAnsi="Courier New"/>
          <w:color w:val="555555"/>
          <w:sz w:val="20"/>
        </w:rPr>
        <w:t>[20]</w:t>
      </w:r>
    </w:p>
    <w:p>
      <w:r>
        <w:rPr>
          <w:rFonts w:ascii="Gentium Plus" w:hAnsi="Gentium Plus"/>
          <w:sz w:val="24"/>
        </w:rPr>
        <w:t>Ἔπω. τὸ λέγω, ὡς τό· ἄνδρα μοι ἔννεπε, Μοῦσα—</w:t>
      </w:r>
    </w:p>
    <w:p>
      <w:r>
        <w:rPr>
          <w:rFonts w:ascii="Courier New" w:hAnsi="Courier New"/>
          <w:color w:val="555555"/>
          <w:sz w:val="20"/>
        </w:rPr>
        <w:t>[epsilon 854]</w:t>
      </w:r>
    </w:p>
    <w:p>
      <w:r>
        <w:rPr>
          <w:rFonts w:ascii="Gentium Plus" w:hAnsi="Gentium Plus"/>
          <w:sz w:val="24"/>
        </w:rPr>
        <w:t>ἦ οὐχ ἑπέσθην Λακεδαίμονα. τὸ εὐτρεπίζω· περικαλλέα τεύχε’ ἕποντα. καὶ τὸ διοικῶ, ὡς τό·</w:t>
      </w:r>
    </w:p>
    <w:p>
      <w:r>
        <w:rPr>
          <w:rFonts w:ascii="Courier New" w:hAnsi="Courier New"/>
          <w:color w:val="555555"/>
          <w:sz w:val="20"/>
        </w:rPr>
        <w:t>[5]</w:t>
      </w:r>
    </w:p>
    <w:p>
      <w:r>
        <w:rPr>
          <w:rFonts w:ascii="Gentium Plus" w:hAnsi="Gentium Plus"/>
          <w:sz w:val="24"/>
        </w:rPr>
        <w:t>αἱ χεῖρες ἐμαὶ διέπουσι. καί· δίεπε στρατόν—.]</w:t>
      </w:r>
    </w:p>
    <w:p>
      <w:pPr>
        <w:jc w:val="center"/>
      </w:pPr>
      <w:r>
        <w:rPr>
          <w:rFonts w:ascii="Gentium Plus" w:hAnsi="Gentium Plus"/>
          <w:b/>
          <w:sz w:val="24"/>
        </w:rPr>
        <w:t>(Ἐπίῤῥημα.)</w:t>
      </w:r>
    </w:p>
    <w:p>
      <w:r>
        <w:rPr>
          <w:rFonts w:ascii="Courier New" w:hAnsi="Courier New"/>
          <w:color w:val="555555"/>
          <w:sz w:val="20"/>
        </w:rPr>
        <w:t>[9]</w:t>
      </w:r>
    </w:p>
    <w:p>
      <w:r>
        <w:rPr>
          <w:rFonts w:ascii="Gentium Plus" w:hAnsi="Gentium Plus"/>
          <w:sz w:val="24"/>
        </w:rPr>
        <w:t>Ἐπέκεινα. ὑπεράνω.</w:t>
      </w:r>
    </w:p>
    <w:p>
      <w:r>
        <w:rPr>
          <w:rFonts w:ascii="Courier New" w:hAnsi="Courier New"/>
          <w:color w:val="555555"/>
          <w:sz w:val="20"/>
        </w:rPr>
        <w:t>[10]</w:t>
      </w:r>
    </w:p>
    <w:p>
      <w:r>
        <w:rPr>
          <w:rFonts w:ascii="Gentium Plus" w:hAnsi="Gentium Plus"/>
          <w:sz w:val="24"/>
        </w:rPr>
        <w:t>Ἐπειδή. σύνδεσμος παρασυναπτικός. λαμβάνε‐ ται δὲ καὶ ἀντὶ τοῦ ἀφ’ οὗ· ὡς καὶ Θουκυδί‐ δης πολλάκις ἐχρήσατο. καὶ Ὅμηρος· —ἐπειδὴ πρῶτα τομὴν ἐν ὄρεσσι λέλοιπεν. Ἔπειτα. μετὰ ταῦτα. Ὅμηρος δὲ κέχρηται καὶ</w:t>
      </w:r>
    </w:p>
    <w:p>
      <w:r>
        <w:rPr>
          <w:rFonts w:ascii="Courier New" w:hAnsi="Courier New"/>
          <w:color w:val="555555"/>
          <w:sz w:val="20"/>
        </w:rPr>
        <w:t>[15]</w:t>
      </w:r>
    </w:p>
    <w:p>
      <w:r>
        <w:rPr>
          <w:rFonts w:ascii="Gentium Plus" w:hAnsi="Gentium Plus"/>
          <w:sz w:val="24"/>
        </w:rPr>
        <w:t>ἀντὶ τοῦ [δή· αὐτὰρ ἔπειτ’ Αἴας τε μέγας καὶ δῖος Ὀδυσ‐ σεύς.] Ἐπειή. ἀντὶ τοῦ ἐπειδή. Ἐπεί. ἀντὶ τοῦ ἐπειδή. [ἀπὸ τοῦ εἰ γέγονε καὶ</w:t>
      </w:r>
    </w:p>
    <w:p>
      <w:r>
        <w:rPr>
          <w:rFonts w:ascii="Courier New" w:hAnsi="Courier New"/>
          <w:color w:val="555555"/>
          <w:sz w:val="20"/>
        </w:rPr>
        <w:t>[20]</w:t>
      </w:r>
    </w:p>
    <w:p>
      <w:r>
        <w:rPr>
          <w:rFonts w:ascii="Gentium Plus" w:hAnsi="Gentium Plus"/>
          <w:sz w:val="24"/>
        </w:rPr>
        <w:t>τῆς ἐπὶ προθέσεως. ἰστέον, ὅτι τὸ ἐπεὶ, ἡνίκα ἐστὶ χρονικὸν ἐπίῤῥημα, οἷον·</w:t>
      </w:r>
    </w:p>
    <w:p>
      <w:r>
        <w:rPr>
          <w:rFonts w:ascii="Courier New" w:hAnsi="Courier New"/>
          <w:color w:val="555555"/>
          <w:sz w:val="20"/>
        </w:rPr>
        <w:t>[epsilon 855]</w:t>
      </w:r>
    </w:p>
    <w:p>
      <w:r>
        <w:rPr>
          <w:rFonts w:ascii="Gentium Plus" w:hAnsi="Gentium Plus"/>
          <w:sz w:val="24"/>
        </w:rPr>
        <w:t>ἀντὶ τοῦ ἀφ’ οὗ ἐστί. καὶ πάλιν· αὐτὰρ ἐπεὶ κόσμηθι. Νίκανδρος δὲ αἰτιολογικὸν παραλαμβάνει σύν‐ δεσμον. ἐπεὶ ἡμέρα φῶς ἐστιν.]</w:t>
      </w:r>
    </w:p>
    <w:p>
      <w:r>
        <w:rPr>
          <w:rFonts w:ascii="Courier New" w:hAnsi="Courier New"/>
          <w:color w:val="555555"/>
          <w:sz w:val="20"/>
        </w:rPr>
        <w:t>[5]</w:t>
      </w:r>
    </w:p>
    <w:p>
      <w:r>
        <w:rPr>
          <w:rFonts w:ascii="Gentium Plus" w:hAnsi="Gentium Plus"/>
          <w:sz w:val="24"/>
        </w:rPr>
        <w:t>Ἐπιγράβδην. ἄχρι τοῦ ἐπιξύσαι μόνον τὸ δέρμα. Ἐπιεικῶς. πάνυ, πρεπόντως, προσηκόντως, κα‐ θηκόντως· παραδόξως· παρ’ ἐλπίδα, μετὰ ἐπιεικείας καὶ χρηστότητος, μετρίως, συμμέ‐</w:t>
      </w:r>
    </w:p>
    <w:p>
      <w:r>
        <w:rPr>
          <w:rFonts w:ascii="Courier New" w:hAnsi="Courier New"/>
          <w:color w:val="555555"/>
          <w:sz w:val="20"/>
        </w:rPr>
        <w:t>[10]</w:t>
      </w:r>
    </w:p>
    <w:p>
      <w:r>
        <w:rPr>
          <w:rFonts w:ascii="Gentium Plus" w:hAnsi="Gentium Plus"/>
          <w:sz w:val="24"/>
        </w:rPr>
        <w:t>τρως ἢ ἱκανῶς. Ἐπικάρ. ἐπὶ τὰ κάτω, ἐπὶ κεφαλὴν καὶ οἷον ἐπὶ τὰ κατωφερῆ. ἐξ ὀρέων ἐπικάρ—. [ἀπὸ τοῦ κάρη, ἀποκοπῇ τοῦ η· καὶ οὐκ ἀπὸ</w:t>
      </w:r>
    </w:p>
    <w:p>
      <w:r>
        <w:rPr>
          <w:rFonts w:ascii="Courier New" w:hAnsi="Courier New"/>
          <w:color w:val="555555"/>
          <w:sz w:val="20"/>
        </w:rPr>
        <w:t>[15]</w:t>
      </w:r>
    </w:p>
    <w:p>
      <w:r>
        <w:rPr>
          <w:rFonts w:ascii="Gentium Plus" w:hAnsi="Gentium Plus"/>
          <w:sz w:val="24"/>
        </w:rPr>
        <w:t>τοῦ κάρα. τοῦ δὲ κάρη τὸ κάρηνόν ἐστιν ἀπο‐ κοπή.] Ἐπικῶς. λογίως, ἀπὸ τοῦ ἔπω, τὸ λέγω. Ἐπιμᾶλλον. περισσοτέρως. καὶ ἐπιμᾶλλον ἐξῆ‐ πτον εἰς ὀργήν. καὶ ἀντὶ τοῦ προθυμοτέρως.</w:t>
      </w:r>
    </w:p>
    <w:p>
      <w:r>
        <w:rPr>
          <w:rFonts w:ascii="Courier New" w:hAnsi="Courier New"/>
          <w:color w:val="555555"/>
          <w:sz w:val="20"/>
        </w:rPr>
        <w:t>[20]</w:t>
      </w:r>
    </w:p>
    <w:p>
      <w:r>
        <w:rPr>
          <w:rFonts w:ascii="Gentium Plus" w:hAnsi="Gentium Plus"/>
          <w:sz w:val="24"/>
        </w:rPr>
        <w:t>[τῶν δέ τινων τοῖς Ὑπερίδου λόγοις ἐπὶ μᾶλλον</w:t>
      </w:r>
    </w:p>
    <w:p>
      <w:r>
        <w:rPr>
          <w:rFonts w:ascii="Courier New" w:hAnsi="Courier New"/>
          <w:color w:val="555555"/>
          <w:sz w:val="20"/>
        </w:rPr>
        <w:t>[epsilon 856]</w:t>
      </w:r>
    </w:p>
    <w:p>
      <w:r>
        <w:rPr>
          <w:rFonts w:ascii="Gentium Plus" w:hAnsi="Gentium Plus"/>
          <w:sz w:val="24"/>
        </w:rPr>
        <w:t>Ἐπὶ μέγα. ἀντὶ τοῦ μεγάλως. [ἐπὶ μέγα τρυ‐ φῆς ἀρθέντες οἱ Συβαρίται.] Ἐπιμίξ. ἀναμεμιγμένως. Ἐπινῶς. λίαν. αἰπεινῶς δὲ ἀντὶ τοῦ ὑψηλοῦ,</w:t>
      </w:r>
    </w:p>
    <w:p>
      <w:r>
        <w:rPr>
          <w:rFonts w:ascii="Courier New" w:hAnsi="Courier New"/>
          <w:color w:val="555555"/>
          <w:sz w:val="20"/>
        </w:rPr>
        <w:t>[5]</w:t>
      </w:r>
    </w:p>
    <w:p>
      <w:r>
        <w:rPr>
          <w:rFonts w:ascii="Gentium Plus" w:hAnsi="Gentium Plus"/>
          <w:sz w:val="24"/>
        </w:rPr>
        <w:t>τὰ δύο δίφθογγα. Ἐπὶ πολλῶ. ἀντὶ τοῦ πολυπλασίως. καὶ ἐπι‐ πολῆς λέγουσιν. οὐκ ἐξ ἐπιπολῆς δέ. τοὺς ἐπιπολῆς οὖν ἀφελεῖν ἔργον ἦν μέγα. Ἐπιπόνως. κοπηρῶς ἢ χαλεπῶς.</w:t>
      </w:r>
    </w:p>
    <w:p>
      <w:r>
        <w:rPr>
          <w:rFonts w:ascii="Courier New" w:hAnsi="Courier New"/>
          <w:color w:val="555555"/>
          <w:sz w:val="20"/>
        </w:rPr>
        <w:t>[10]</w:t>
      </w:r>
    </w:p>
    <w:p>
      <w:r>
        <w:rPr>
          <w:rFonts w:ascii="Gentium Plus" w:hAnsi="Gentium Plus"/>
          <w:sz w:val="24"/>
        </w:rPr>
        <w:t>Ἐπιπολαίως. ἐπάνω. ἀῤῥίζως. Ἐπιῤῥεπῶς. ἐπικλινῶς. Ἐπίσκοπα. εὔστοχα. τὴν ἄφεσιν τῶν βελῶν κατ’ ἶσον βιαίαν καὶ ἐπίσκοπα ἰέναι. Ἐπιστρεφέως. ἐπιμελῶς, παρὰ Ἡροδότῳ. καὶ</w:t>
      </w:r>
    </w:p>
    <w:p>
      <w:r>
        <w:rPr>
          <w:rFonts w:ascii="Courier New" w:hAnsi="Courier New"/>
          <w:color w:val="555555"/>
          <w:sz w:val="20"/>
        </w:rPr>
        <w:t>[15]</w:t>
      </w:r>
    </w:p>
    <w:p>
      <w:r>
        <w:rPr>
          <w:rFonts w:ascii="Gentium Plus" w:hAnsi="Gentium Plus"/>
          <w:sz w:val="24"/>
        </w:rPr>
        <w:t>ἀπατητικῶς. Ἐπιστροφάδην. μετ’ ἐπιστροφῆς. ἐφ’ ἑκάτερα τὰ μέρη στρεφόμενος. Ἐπισφαλῶς. ἐπικινδύνως. Ἐπιτροχάδην. συντόμως, ταχέως.</w:t>
      </w:r>
    </w:p>
    <w:p>
      <w:r>
        <w:rPr>
          <w:rFonts w:ascii="Courier New" w:hAnsi="Courier New"/>
          <w:color w:val="555555"/>
          <w:sz w:val="20"/>
        </w:rPr>
        <w:t>[20]</w:t>
      </w:r>
    </w:p>
    <w:p>
      <w:r>
        <w:rPr>
          <w:rFonts w:ascii="Gentium Plus" w:hAnsi="Gentium Plus"/>
          <w:sz w:val="24"/>
        </w:rPr>
        <w:t>Ἐπὶ τὸ αὐτό. ἀντὶ τοῦ ὁμοῦ.</w:t>
      </w:r>
    </w:p>
    <w:p>
      <w:r>
        <w:rPr>
          <w:rFonts w:ascii="Courier New" w:hAnsi="Courier New"/>
          <w:color w:val="555555"/>
          <w:sz w:val="20"/>
        </w:rPr>
        <w:t>[epsilon 857]</w:t>
      </w:r>
    </w:p>
    <w:p>
      <w:r>
        <w:rPr>
          <w:rFonts w:ascii="Gentium Plus" w:hAnsi="Gentium Plus"/>
          <w:sz w:val="24"/>
        </w:rPr>
        <w:t>Ἐποποῖ. ἀντὶ τοῦ ἐποπιστί. προφαίνει δὲ ἦχον ὀρνέου κατὰ μίμησιν. Ἐπωμαδόν. ἐπὶ τῶν ὤμων. καὶ ἐπωμάδιος. Ἐπίπροσθεν. ἔμπροσθεν. ἐπίπροσθεν τοῦ θυ‐</w:t>
      </w:r>
    </w:p>
    <w:p>
      <w:r>
        <w:rPr>
          <w:rFonts w:ascii="Courier New" w:hAnsi="Courier New"/>
          <w:color w:val="555555"/>
          <w:sz w:val="20"/>
        </w:rPr>
        <w:t>[5]</w:t>
      </w:r>
    </w:p>
    <w:p>
      <w:r>
        <w:rPr>
          <w:rFonts w:ascii="Gentium Plus" w:hAnsi="Gentium Plus"/>
          <w:sz w:val="24"/>
        </w:rPr>
        <w:t>σιαστηρίου. Ἐπεγνωσμένως. ᾠκειωμένως. καὶ ὁ Ἀπόστο‐ λος· καθὼς καὶ ἐπεγνώσθην.</w:t>
      </w:r>
    </w:p>
    <w:p>
      <w:pPr>
        <w:jc w:val="center"/>
      </w:pPr>
      <w:r>
        <w:rPr>
          <w:rFonts w:ascii="Gentium Plus" w:hAnsi="Gentium Plus"/>
          <w:b/>
          <w:sz w:val="24"/>
        </w:rPr>
        <w:t>Τὸ Ε μετὰ τοῦ Ῥ.</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Ἐρανεμπόλοις. τοῖς ἐκ τῶν ἐράνων ἐμπολῶσιν ἀπὸ τῶν ἀρχῶν. Ἔρανος. ἡ εἰσφορὰ, ἡ συλλογὴ, τὸ ἐκ διαφό‐ ρων συναγόμενον. Ἐραστής. ἐπιθυμητής.</w:t>
      </w:r>
    </w:p>
    <w:p>
      <w:r>
        <w:rPr>
          <w:rFonts w:ascii="Courier New" w:hAnsi="Courier New"/>
          <w:color w:val="555555"/>
          <w:sz w:val="20"/>
        </w:rPr>
        <w:t>[15]</w:t>
      </w:r>
    </w:p>
    <w:p>
      <w:r>
        <w:rPr>
          <w:rFonts w:ascii="Gentium Plus" w:hAnsi="Gentium Plus"/>
          <w:sz w:val="24"/>
        </w:rPr>
        <w:t>Ἐρατεινός. ἐπέραστος. Ἐργαστῆρας. ἐργάτας. [ὁ δὲ ἐνελόχα τινὰς ἐργαστῆρας ἐκ τῶν ἀγρῶν ἐπανιόντας.] Ἐργολάβους. τοὺς ὑπέρ τινων ἔργων μισθὸν λαμβάνοντας.</w:t>
      </w:r>
    </w:p>
    <w:p>
      <w:r>
        <w:rPr>
          <w:rFonts w:ascii="Courier New" w:hAnsi="Courier New"/>
          <w:color w:val="555555"/>
          <w:sz w:val="20"/>
        </w:rPr>
        <w:t>[20]</w:t>
      </w:r>
    </w:p>
    <w:p>
      <w:r>
        <w:rPr>
          <w:rFonts w:ascii="Gentium Plus" w:hAnsi="Gentium Plus"/>
          <w:sz w:val="24"/>
        </w:rPr>
        <w:t>Ἐρεβησαῖοι. ἔθνος. τὴν τῶν Ἐρεβησαίων πόλιν</w:t>
      </w:r>
    </w:p>
    <w:p>
      <w:r>
        <w:rPr>
          <w:rFonts w:ascii="Courier New" w:hAnsi="Courier New"/>
          <w:color w:val="555555"/>
          <w:sz w:val="20"/>
        </w:rPr>
        <w:t>[epsilon 858]</w:t>
      </w:r>
    </w:p>
    <w:p>
      <w:r>
        <w:rPr>
          <w:rFonts w:ascii="Gentium Plus" w:hAnsi="Gentium Plus"/>
          <w:sz w:val="24"/>
        </w:rPr>
        <w:t>Ἐρέβινθος. τὸ τοῦ ἀνδρὸς αἰδοῖον. καὶ ὃν ἐσθί‐ ομεν ἐρέβινθον. Ἔρεβος. τὸ ὑπὸ τὴν γῆν σκότος, ὁ πρὸ τοῦ ταρτάρου τόπος. παρὰ τὸ ἐρέφω. τὸ καταστε‐</w:t>
      </w:r>
    </w:p>
    <w:p>
      <w:r>
        <w:rPr>
          <w:rFonts w:ascii="Courier New" w:hAnsi="Courier New"/>
          <w:color w:val="555555"/>
          <w:sz w:val="20"/>
        </w:rPr>
        <w:t>[5]</w:t>
      </w:r>
    </w:p>
    <w:p>
      <w:r>
        <w:rPr>
          <w:rFonts w:ascii="Gentium Plus" w:hAnsi="Gentium Plus"/>
          <w:sz w:val="24"/>
        </w:rPr>
        <w:t>γασμένον ὑπὸ τῆς γῆς. ἢ παρὰ τὴν ἔραν βαῖ‐ νον. Ἐρέτης. ὁ κωπηλάτης καὶ ἐρετικός. Ἐρετμός. ἡ κωπηλασία. Ἐρετριεύς. κύριον. καὶ Ἐρέτρια, πόλις.</w:t>
      </w:r>
    </w:p>
    <w:p>
      <w:r>
        <w:rPr>
          <w:rFonts w:ascii="Courier New" w:hAnsi="Courier New"/>
          <w:color w:val="555555"/>
          <w:sz w:val="20"/>
        </w:rPr>
        <w:t>[10]</w:t>
      </w:r>
    </w:p>
    <w:p>
      <w:r>
        <w:rPr>
          <w:rFonts w:ascii="Gentium Plus" w:hAnsi="Gentium Plus"/>
          <w:sz w:val="24"/>
        </w:rPr>
        <w:t>Ἐρεγμός. ὁ διασχιζόμενος κύαμος. ἐκ τούτου δὲ καὶ τὸ ἐρείκω, τὸ σχίζω. Ἐρεχθεύς. ὁ Ἐριχθόνιος λεγόμενος. ἀπὸ τοῦ ἐσπάρθαι εἰς τὴν ἔραν· ἢ ἀπὸ τῆς ὀρέξεως τοῦ Ἡφαίστου.</w:t>
      </w:r>
    </w:p>
    <w:p>
      <w:r>
        <w:rPr>
          <w:rFonts w:ascii="Courier New" w:hAnsi="Courier New"/>
          <w:color w:val="555555"/>
          <w:sz w:val="20"/>
        </w:rPr>
        <w:t>[15]</w:t>
      </w:r>
    </w:p>
    <w:p>
      <w:r>
        <w:rPr>
          <w:rFonts w:ascii="Gentium Plus" w:hAnsi="Gentium Plus"/>
          <w:sz w:val="24"/>
        </w:rPr>
        <w:t>Ἐρημαῖος. ὁ ἔρημος λόφος. Ἐρημοσκόποι. οἱ ῥαθυμοφύλακες. ἔρημον γὰρ καὶ τὸ ἀκίνητον καὶ νωθρόν. Ἐριβρεμέτας. μεγαλοκτύπους. ἀπὸ τοῦ ἔρι ἐπι‐ τατικοῦ μορίου, καὶ τοῦ βρέμω, τὸ ἠχῶ.</w:t>
      </w:r>
    </w:p>
    <w:p>
      <w:r>
        <w:rPr>
          <w:rFonts w:ascii="Courier New" w:hAnsi="Courier New"/>
          <w:color w:val="555555"/>
          <w:sz w:val="20"/>
        </w:rPr>
        <w:t>[20]</w:t>
      </w:r>
    </w:p>
    <w:p>
      <w:r>
        <w:rPr>
          <w:rFonts w:ascii="Gentium Plus" w:hAnsi="Gentium Plus"/>
          <w:sz w:val="24"/>
        </w:rPr>
        <w:t>Ἐριαύχενας. μεγαλοτραχήλους. Ἐρίγδουπος. ὁ μεγάλους κτύπους ποιῶν διὰ τῶν</w:t>
      </w:r>
    </w:p>
    <w:p>
      <w:r>
        <w:rPr>
          <w:rFonts w:ascii="Courier New" w:hAnsi="Courier New"/>
          <w:color w:val="555555"/>
          <w:sz w:val="20"/>
        </w:rPr>
        <w:t>[epsilon 859]</w:t>
      </w:r>
    </w:p>
    <w:p>
      <w:r>
        <w:rPr>
          <w:rFonts w:ascii="Gentium Plus" w:hAnsi="Gentium Plus"/>
          <w:sz w:val="24"/>
        </w:rPr>
        <w:t>Ἐρίηρες. εὐάρμοστοι ἢ ἐπιθυμητοί. Ἐρίθακος. ὄρνεον μονῆρες καὶ μονότροπον. Ἐριθηλές. ὁ μεγάλως θάλλων. Ἔριθος. ὁ ἐργάτης. σημαίνει καὶ τὴν γυναῖκα</w:t>
      </w:r>
    </w:p>
    <w:p>
      <w:r>
        <w:rPr>
          <w:rFonts w:ascii="Courier New" w:hAnsi="Courier New"/>
          <w:color w:val="555555"/>
          <w:sz w:val="20"/>
        </w:rPr>
        <w:t>[5]</w:t>
      </w:r>
    </w:p>
    <w:p>
      <w:r>
        <w:rPr>
          <w:rFonts w:ascii="Gentium Plus" w:hAnsi="Gentium Plus"/>
          <w:sz w:val="24"/>
        </w:rPr>
        <w:t>τὴν ἐργαζομένην τὰ ἔρια. καὶ ἐπὶ μὲν τοῦ ἐρ‐ γάτου ἀπὸ τοῦ ἔρα, ὅ ἐστιν ἡ γῆ, κατὰ μετά‐ θεσιν τοῦ α εἰς ι· ἐπὶ δὲ τῆς γυναικὸς ἀπὸ τοῦ ἔριον γέγονεν ἔριθος. Ἐρινεός. ἡ ἀγρία συκῆ, καὶ ὁ ἐκ ταύτης καρ‐</w:t>
      </w:r>
    </w:p>
    <w:p>
      <w:r>
        <w:rPr>
          <w:rFonts w:ascii="Courier New" w:hAnsi="Courier New"/>
          <w:color w:val="555555"/>
          <w:sz w:val="20"/>
        </w:rPr>
        <w:t>[10]</w:t>
      </w:r>
    </w:p>
    <w:p>
      <w:r>
        <w:rPr>
          <w:rFonts w:ascii="Gentium Plus" w:hAnsi="Gentium Plus"/>
          <w:sz w:val="24"/>
        </w:rPr>
        <w:t>πὸς, ὃν ἀπαρτῶσι ταῖς ἡμέραις συκαῖς. Ἐριούνιος. εἰρηνικὸς, ὠφέλιμος. Ἐρικνώδης. διεῤῥηγμένος. Ἐρισμάραγος. βαρύηχος. Ἐρίσχηλος. λοίδορος. ἀπὸ τοῦ ἐρίζειν διὰ τῶν</w:t>
      </w:r>
    </w:p>
    <w:p>
      <w:r>
        <w:rPr>
          <w:rFonts w:ascii="Courier New" w:hAnsi="Courier New"/>
          <w:color w:val="555555"/>
          <w:sz w:val="20"/>
        </w:rPr>
        <w:t>[15]</w:t>
      </w:r>
    </w:p>
    <w:p>
      <w:r>
        <w:rPr>
          <w:rFonts w:ascii="Gentium Plus" w:hAnsi="Gentium Plus"/>
          <w:sz w:val="24"/>
        </w:rPr>
        <w:t>χειλέων. ἐρίλεσχος τὶς ὢν, ὁ ἐξ ἔριδος λεσχαί‐ νων. Ἐρίτιμος. ὁ μεγαλότιμος, καὶ μεγάλως ἔντι‐ μος. καὶ ἐριτιμώτατος.</w:t>
      </w:r>
    </w:p>
    <w:p>
      <w:r>
        <w:rPr>
          <w:rFonts w:ascii="Courier New" w:hAnsi="Courier New"/>
          <w:color w:val="555555"/>
          <w:sz w:val="20"/>
        </w:rPr>
        <w:t>[epsilon 860]</w:t>
      </w:r>
    </w:p>
    <w:p>
      <w:r>
        <w:rPr>
          <w:rFonts w:ascii="Gentium Plus" w:hAnsi="Gentium Plus"/>
          <w:sz w:val="24"/>
        </w:rPr>
        <w:t>ξις. ὥσπερ γὰρ λέγομεν φθινόπωρον καὶ μετό‐ πωρον καὶ πάλιν φθινομετόπωρον, οὕτω ἐριού‐ νιος Ἑρμῆς καὶ χθόνιος καὶ ἐριχθόνιος Ἑρμῆς. Ἑρικούδιον. τὸν φύλακα τοῦ οἴκου Ἀθηναῖοι</w:t>
      </w:r>
    </w:p>
    <w:p>
      <w:r>
        <w:rPr>
          <w:rFonts w:ascii="Courier New" w:hAnsi="Courier New"/>
          <w:color w:val="555555"/>
          <w:sz w:val="20"/>
        </w:rPr>
        <w:t>[5]</w:t>
      </w:r>
    </w:p>
    <w:p>
      <w:r>
        <w:rPr>
          <w:rFonts w:ascii="Gentium Plus" w:hAnsi="Gentium Plus"/>
          <w:sz w:val="24"/>
        </w:rPr>
        <w:t>καλοῦσιν. ἕρκιον γὰρ τὸν οἶκον ἐκάλουν. Ἑρκίτης. ὁ φύλαξ. Ἑρμᾶν. ὕφαλος πέτρα. οὕτως Ἀντιφῶν καὶ Ἀνακρέων [καὶ Ἀριστοφάνης.] Ἑρμαφρόδιτον. τὸν αἰσχρῶς ποιοῦντα καὶ πά‐</w:t>
      </w:r>
    </w:p>
    <w:p>
      <w:r>
        <w:rPr>
          <w:rFonts w:ascii="Courier New" w:hAnsi="Courier New"/>
          <w:color w:val="555555"/>
          <w:sz w:val="20"/>
        </w:rPr>
        <w:t>[10]</w:t>
      </w:r>
    </w:p>
    <w:p>
      <w:r>
        <w:rPr>
          <w:rFonts w:ascii="Gentium Plus" w:hAnsi="Gentium Plus"/>
          <w:sz w:val="24"/>
        </w:rPr>
        <w:t>σχοντα. Ἑρμαῖος. ὁ τετράγωνος λίθος. Ἑρμῆς. οὗτος ἦν Αἰγύπτιος σοφὸς, ἤκμαζε δὲ πρὸ τοῦ Φαραώ. Ἑρμῆς ὁ τρισμέγιστος. Ἑρμιονεῖς. ὄνομα ἔθνους.</w:t>
      </w:r>
    </w:p>
    <w:p>
      <w:r>
        <w:rPr>
          <w:rFonts w:ascii="Courier New" w:hAnsi="Courier New"/>
          <w:color w:val="555555"/>
          <w:sz w:val="20"/>
        </w:rPr>
        <w:t>[15]</w:t>
      </w:r>
    </w:p>
    <w:p>
      <w:r>
        <w:rPr>
          <w:rFonts w:ascii="Gentium Plus" w:hAnsi="Gentium Plus"/>
          <w:sz w:val="24"/>
        </w:rPr>
        <w:t>Ἑρμείας. κύριον. Ἑρμοκοπίδαι. οὗτοι ἠκρωτηρίασαν τοὺς Ἑρμᾶς, ὅτε ἔμελλον πλεῖν ἐν Σικελίᾳ. Ἑρμῖνες. οἱ τῆς κλίνης πόδες.</w:t>
      </w:r>
    </w:p>
    <w:p>
      <w:r>
        <w:rPr>
          <w:rFonts w:ascii="Courier New" w:hAnsi="Courier New"/>
          <w:color w:val="555555"/>
          <w:sz w:val="20"/>
        </w:rPr>
        <w:t>[epsilon 861]</w:t>
      </w:r>
    </w:p>
    <w:p>
      <w:r>
        <w:rPr>
          <w:rFonts w:ascii="Gentium Plus" w:hAnsi="Gentium Plus"/>
          <w:sz w:val="24"/>
        </w:rPr>
        <w:t>Ἑρμονιείμ. τὸ ὄρος τοῦ Ἀερμών. Ἔρον. τὸν ἔρωτα. ἔρον σμίκρυνε· τὸν γέλων μέγα γράφε. Ἔρουλοι. ὄνομα ἔθνους.</w:t>
      </w:r>
    </w:p>
    <w:p>
      <w:r>
        <w:rPr>
          <w:rFonts w:ascii="Courier New" w:hAnsi="Courier New"/>
          <w:color w:val="555555"/>
          <w:sz w:val="20"/>
        </w:rPr>
        <w:t>[5]</w:t>
      </w:r>
    </w:p>
    <w:p>
      <w:r>
        <w:rPr>
          <w:rFonts w:ascii="Gentium Plus" w:hAnsi="Gentium Plus"/>
          <w:sz w:val="24"/>
        </w:rPr>
        <w:t>Ἑρπηστικός. ὁ ἕρπων. καὶ ἑρπησμὸς καὶ ἑρπη‐ στής. Ἔρπυλος. εἶδος φυτοῦ εὐώδους, σαμψύχῳ ὅμοιον, [ὃ μάλιστα ἐν τοῖς ὕδασι θάλλει. παρὰ τὸ ἕρ‐ πειν ἐν τῷ αὔξεσθαι.]</w:t>
      </w:r>
    </w:p>
    <w:p>
      <w:r>
        <w:rPr>
          <w:rFonts w:ascii="Courier New" w:hAnsi="Courier New"/>
          <w:color w:val="555555"/>
          <w:sz w:val="20"/>
        </w:rPr>
        <w:t>[10]</w:t>
      </w:r>
    </w:p>
    <w:p>
      <w:r>
        <w:rPr>
          <w:rFonts w:ascii="Gentium Plus" w:hAnsi="Gentium Plus"/>
          <w:sz w:val="24"/>
        </w:rPr>
        <w:t>Ἑρσαῖος. δροσώδης. Ἐρύγμηλος. μεγαλόφωνος. ταῦρον ἐρύγμηλον. ἐρύγμηλος [ὡς βέβηλος. τὰ γὰρ διὰ τοῦ ηλος ὑπὲρ δύο συλλαβὰς προσηγορικὰ ἢ κύρια προ‐ παροξύνονται. οἷον· κάμηλος, φάσηλος. τὰ μέν‐</w:t>
      </w:r>
    </w:p>
    <w:p>
      <w:r>
        <w:rPr>
          <w:rFonts w:ascii="Courier New" w:hAnsi="Courier New"/>
          <w:color w:val="555555"/>
          <w:sz w:val="20"/>
        </w:rPr>
        <w:t>[15]</w:t>
      </w:r>
    </w:p>
    <w:p>
      <w:r>
        <w:rPr>
          <w:rFonts w:ascii="Gentium Plus" w:hAnsi="Gentium Plus"/>
          <w:sz w:val="24"/>
        </w:rPr>
        <w:t>τοι ἐπιθετὰ ὀξύνονται, ὅτε ἔχει παρασχήματα θηλυκά. οἷον· σιγηλὸς, ὑψηλὸς, μιμηλός. τὰ δὲ μὴ οὕτως ἔχοντα προπαροξύνονται. οἷον· κά‐ πηλος, βέβηλος. οὕτως οὖν ἐρύγμηλος.] Ἐρυθραῖοι. οἱ ἀπὸ πόλεως τῆς ἐν Ἰωνίᾳ Ἐρυ‐</w:t>
      </w:r>
    </w:p>
    <w:p>
      <w:r>
        <w:rPr>
          <w:rFonts w:ascii="Courier New" w:hAnsi="Courier New"/>
          <w:color w:val="555555"/>
          <w:sz w:val="20"/>
        </w:rPr>
        <w:t>[20]</w:t>
      </w:r>
    </w:p>
    <w:p>
      <w:r>
        <w:rPr>
          <w:rFonts w:ascii="Gentium Plus" w:hAnsi="Gentium Plus"/>
          <w:sz w:val="24"/>
        </w:rPr>
        <w:t>θρᾶς καλουμένης. Ἐρύπειος. τόπος οὕτω καλούμενος.</w:t>
      </w:r>
    </w:p>
    <w:p>
      <w:r>
        <w:rPr>
          <w:rFonts w:ascii="Courier New" w:hAnsi="Courier New"/>
          <w:color w:val="555555"/>
          <w:sz w:val="20"/>
        </w:rPr>
        <w:t>[epsilon 862]</w:t>
      </w:r>
    </w:p>
    <w:p>
      <w:r>
        <w:rPr>
          <w:rFonts w:ascii="Gentium Plus" w:hAnsi="Gentium Plus"/>
          <w:sz w:val="24"/>
        </w:rPr>
        <w:t>τὴν εἰσφορὰν, ἣν ἑκάστου μηνὸς ἔδει καταβάλ‐ λειν, εἰσφέρων. [Ἀριστοφάνης·] ὁλκὰς πρώην ἐρανιστὰς ἐσθίων ἕψημα ἔτνος. Ἔρως. ὁ στέφανος παρὰ Νικαεῦσιν, ὁ ἐκ [τῆς]</w:t>
      </w:r>
    </w:p>
    <w:p>
      <w:r>
        <w:rPr>
          <w:rFonts w:ascii="Courier New" w:hAnsi="Courier New"/>
          <w:color w:val="555555"/>
          <w:sz w:val="20"/>
        </w:rPr>
        <w:t>[5]</w:t>
      </w:r>
    </w:p>
    <w:p>
      <w:r>
        <w:rPr>
          <w:rFonts w:ascii="Gentium Plus" w:hAnsi="Gentium Plus"/>
          <w:sz w:val="24"/>
        </w:rPr>
        <w:t>γῆς ἠρανισμένος. Ἐρωτομανής. ὁ μανικῶς καὶ ἐπιθυμητικῶς ἔχων τοῦ πορνεύειν. Ἐρώεις. ὁ ὑποχωρῶν. ἢ καὶ ὁ ἐπιθυμητικός. Ἐρωδιός. ὄρνεον ὅμοιον πελαργῷ. Δαβίδ· τοῦ</w:t>
      </w:r>
    </w:p>
    <w:p>
      <w:r>
        <w:rPr>
          <w:rFonts w:ascii="Courier New" w:hAnsi="Courier New"/>
          <w:color w:val="555555"/>
          <w:sz w:val="20"/>
        </w:rPr>
        <w:t>[10]</w:t>
      </w:r>
    </w:p>
    <w:p>
      <w:r>
        <w:rPr>
          <w:rFonts w:ascii="Gentium Plus" w:hAnsi="Gentium Plus"/>
          <w:sz w:val="24"/>
        </w:rPr>
        <w:t>ἐρωδιοῦ ἡ κατοικία ἡγεῖται αὐτῶν. αὐτῶν μέν‐ τοι τῶν στρουθίων ἡγεῖσθαι φασὶν τὴν οἰκίαν ἤτοι τὴν καλιὰν τοῦ ἐρωδιοῦ. διὰ τί τοῦτο; τὰ ὑψηλότατα τῶν δένδρων καταλαμβάνοντες οἱ ἐρωδιοὶ νεοττεύουσιν, ὡς ἐπίπαν ἐν ἐλάταις ταῖς</w:t>
      </w:r>
    </w:p>
    <w:p>
      <w:r>
        <w:rPr>
          <w:rFonts w:ascii="Courier New" w:hAnsi="Courier New"/>
          <w:color w:val="555555"/>
          <w:sz w:val="20"/>
        </w:rPr>
        <w:t>[15]</w:t>
      </w:r>
    </w:p>
    <w:p>
      <w:r>
        <w:rPr>
          <w:rFonts w:ascii="Gentium Plus" w:hAnsi="Gentium Plus"/>
          <w:sz w:val="24"/>
        </w:rPr>
        <w:t>πασῶν ὑψηλοτάταις τῶν δένδρων. καὶ Ἀκύ‐ λας. φησίν· ἐρωδιῷ ἐλάται οἶκος αὐτῷ· τῷ δὲ ἰκτίνῳ βόρατον οἴκησις. οὐδὲ τοῦτο μάτην προσ‐ έθηκεν ὁ Δαβὶδ, ἀλλ’ ἵνα δηλώσῃ, πόσην καὶ τοῖς ἔξω ζώοις ὁ δημιουργὸς ἐνέθηκε σύνεσιν.</w:t>
      </w:r>
    </w:p>
    <w:p>
      <w:r>
        <w:rPr>
          <w:rFonts w:ascii="Courier New" w:hAnsi="Courier New"/>
          <w:color w:val="555555"/>
          <w:sz w:val="20"/>
        </w:rPr>
        <w:t>[20]</w:t>
      </w:r>
    </w:p>
    <w:p>
      <w:r>
        <w:rPr>
          <w:rFonts w:ascii="Gentium Plus" w:hAnsi="Gentium Plus"/>
          <w:sz w:val="24"/>
        </w:rPr>
        <w:t>ὥστε εἰδέναι τοῖς συνετωτέροις [τὴν] ἡγεμονίαν πτήσεώς τε καὶ κατοικίας χρήσασθαι· ἐπειδὴ συνετὸς εἶναι ὁ ἐρωδιὸς λέγεται, ὥστε καὶ σφό‐</w:t>
      </w:r>
    </w:p>
    <w:p>
      <w:r>
        <w:rPr>
          <w:rFonts w:ascii="Courier New" w:hAnsi="Courier New"/>
          <w:color w:val="555555"/>
          <w:sz w:val="20"/>
        </w:rPr>
        <w:t>[epsilon 863]</w:t>
      </w:r>
    </w:p>
    <w:p>
      <w:r>
        <w:rPr>
          <w:rFonts w:ascii="Gentium Plus" w:hAnsi="Gentium Plus"/>
          <w:sz w:val="24"/>
        </w:rPr>
        <w:t>πρὸς τὸν κεκτημένον ἡδέως ἔχειν, ὅπέρ ἐστι συν‐ έσεως ἴδιον. ὅπως δέ ἐστι συνετὸν, καὶ Ἱερε‐ μίας ἐδήλωσε. φασὶ γάρ· ἡ ἀσίδα ἐν τῷ οὐρανῷ ἔγνω τὸν καιρὸν αὐτῆς· τὸν ἐρωδιὸν</w:t>
      </w:r>
    </w:p>
    <w:p>
      <w:r>
        <w:rPr>
          <w:rFonts w:ascii="Courier New" w:hAnsi="Courier New"/>
          <w:color w:val="555555"/>
          <w:sz w:val="20"/>
        </w:rPr>
        <w:t>[5]</w:t>
      </w:r>
    </w:p>
    <w:p>
      <w:r>
        <w:rPr>
          <w:rFonts w:ascii="Gentium Plus" w:hAnsi="Gentium Plus"/>
          <w:sz w:val="24"/>
        </w:rPr>
        <w:t>λέγων. Γρηγόριος δὲ ὁ Νυσσῆς λέγει ἀπεχθῶς περὶ τὰς μίξεις τῶν ἐρωδιῶν, καί τινι φύσεως [ἀνάγκῃ] πρὸς ἄλληλα συνδυάζεσθαι, ὀκλά‐ ζοντά τε καὶ δυσανασχετοῦντα καὶ τὴν ἀηδίαν ἐπισημαίνοντα. ὅθεν μοι δοκεῖ τὴν καθαρότητα</w:t>
      </w:r>
    </w:p>
    <w:p>
      <w:r>
        <w:rPr>
          <w:rFonts w:ascii="Courier New" w:hAnsi="Courier New"/>
          <w:color w:val="555555"/>
          <w:sz w:val="20"/>
        </w:rPr>
        <w:t>[10]</w:t>
      </w:r>
    </w:p>
    <w:p>
      <w:r>
        <w:rPr>
          <w:rFonts w:ascii="Gentium Plus" w:hAnsi="Gentium Plus"/>
          <w:sz w:val="24"/>
        </w:rPr>
        <w:t>ἐναινίγματον διὰ τοῦ ὀνόματος τούτου σημαί‐ νειν ὁ λόγος. Ἀναστάσιος δὲ ὁ μητροπολίτης Νικαίας φησὶν, ἐπειδὴ ἁπλῶς εἶπεν· ἐκεῖ στρου‐ θία ἐννοσσεύουσι, τῷ ὕψει τῶν κέδρων ἐπή‐ γαγε καὶ αὐτὸ τὸ γένος. λέγει δὲ, ὅτι ἡγεῖται</w:t>
      </w:r>
    </w:p>
    <w:p>
      <w:r>
        <w:rPr>
          <w:rFonts w:ascii="Courier New" w:hAnsi="Courier New"/>
          <w:color w:val="555555"/>
          <w:sz w:val="20"/>
        </w:rPr>
        <w:t>[15]</w:t>
      </w:r>
    </w:p>
    <w:p>
      <w:r>
        <w:rPr>
          <w:rFonts w:ascii="Gentium Plus" w:hAnsi="Gentium Plus"/>
          <w:sz w:val="24"/>
        </w:rPr>
        <w:t>τῶν τοιούτων στρουθίων ὁ ἐρωδιός. αἰνίττεται δὲ ὀρνίθων φιλέρημον γένος, εἴτε ὁμωνύμως τοῦ συνοικοῦντος ἀνθρώποις ἐρωδιοῦ κᾀκεῖνα καλεῖ· εἴτε καὶ [ἴδιον ἄλλο] γένος ἀγριωτέρων πετει‐ νῶν αἰνίττεται, καθόλου ἐκεῖνο σημαίνει, ὅτι</w:t>
      </w:r>
    </w:p>
    <w:p>
      <w:r>
        <w:rPr>
          <w:rFonts w:ascii="Courier New" w:hAnsi="Courier New"/>
          <w:color w:val="555555"/>
          <w:sz w:val="20"/>
        </w:rPr>
        <w:t>[20]</w:t>
      </w:r>
    </w:p>
    <w:p>
      <w:r>
        <w:rPr>
          <w:rFonts w:ascii="Gentium Plus" w:hAnsi="Gentium Plus"/>
          <w:sz w:val="24"/>
        </w:rPr>
        <w:t>τὰ ὕψη τῶν δένδρων πετεινοῖς τισὶν ἔκκειται πρὸς νεοττείαν τὲ καὶ οἴκησιν. Ἐρυσιπέλας. πάθος πλανώμενον καὶ σῆπον καὶ τὰ πλησίον ἐπινεμόμενον. Ἔρως. ἡ ἐπιθυμία. παρὰ τὸ ὁρῶ τὸ βλέπω.</w:t>
      </w:r>
    </w:p>
    <w:p>
      <w:r>
        <w:rPr>
          <w:rFonts w:ascii="Courier New" w:hAnsi="Courier New"/>
          <w:color w:val="555555"/>
          <w:sz w:val="20"/>
        </w:rPr>
        <w:t>[25]</w:t>
      </w:r>
    </w:p>
    <w:p>
      <w:r>
        <w:rPr>
          <w:rFonts w:ascii="Gentium Plus" w:hAnsi="Gentium Plus"/>
          <w:sz w:val="24"/>
        </w:rPr>
        <w:t>ὁ διὰ τῆς αἰσθητῆς ὁράσεως γινόμενος πόθος. ἢ παρὰ τὸ ἐρῶ τὸ ἐπιθυμῶ. Ἑρμείας. κύριον. παρὰ τὸ ἐρῶ, τὸ λέγω, ἢ παρὰ τὸ ἑρμηνεύω. Ἑρμείας γὰρ καὶ Ἑρμῆς λέγεται</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Ἔρα. ἡ γῆ, ὅτι ἐνεῤῥίζωται. καὶ οὕτως καλοῦ‐ σιν ἐρίσαι τὸ παρὰ ἴσης γῆς φιλονεικῆσαι. Ὅμη‐ ρος·</w:t>
      </w:r>
    </w:p>
    <w:p>
      <w:r>
        <w:rPr>
          <w:rFonts w:ascii="Courier New" w:hAnsi="Courier New"/>
          <w:color w:val="555555"/>
          <w:sz w:val="20"/>
        </w:rPr>
        <w:t>[5]</w:t>
      </w:r>
    </w:p>
    <w:p>
      <w:r>
        <w:rPr>
          <w:rFonts w:ascii="Gentium Plus" w:hAnsi="Gentium Plus"/>
          <w:sz w:val="24"/>
        </w:rPr>
        <w:t>ὥτ’ ὀλίγῳ ἐνὶ χώρῳ ἐρίζητον περὶ ἴσης— ἔνθεν καὶ τὸ ἔραζε τὸ σημαῖνον τὴν γῆν. αἶρα δὲ ἡ τοῦ σίτου, δίφθογγον. Ἐργάνη. ἡ Ἀθηνᾶ, παρόσον ἔφορός ἐστι τῆς τῶν γυναικῶν ἐργασίας. σημαίνει δὲ καὶ τὴν</w:t>
      </w:r>
    </w:p>
    <w:p>
      <w:r>
        <w:rPr>
          <w:rFonts w:ascii="Courier New" w:hAnsi="Courier New"/>
          <w:color w:val="555555"/>
          <w:sz w:val="20"/>
        </w:rPr>
        <w:t>[10]</w:t>
      </w:r>
    </w:p>
    <w:p>
      <w:r>
        <w:rPr>
          <w:rFonts w:ascii="Gentium Plus" w:hAnsi="Gentium Plus"/>
          <w:sz w:val="24"/>
        </w:rPr>
        <w:t>ἐργασίαν. Ἐργάτιδες. αἱ ἐργαζομέναι γυναῖκες τὰ τῶν ἀνδρῶν ἔργα. Ἐργίσκη. πόλις ἐν Θράκῃ, ἀπὸ Ἐργίσκου τοῦ Ποσειδῶνος.</w:t>
      </w:r>
    </w:p>
    <w:p>
      <w:r>
        <w:rPr>
          <w:rFonts w:ascii="Courier New" w:hAnsi="Courier New"/>
          <w:color w:val="555555"/>
          <w:sz w:val="20"/>
        </w:rPr>
        <w:t>[15]</w:t>
      </w:r>
    </w:p>
    <w:p>
      <w:r>
        <w:rPr>
          <w:rFonts w:ascii="Gentium Plus" w:hAnsi="Gentium Plus"/>
          <w:sz w:val="24"/>
        </w:rPr>
        <w:t>Ἐρετρία. ὄνομα πόλεως. Ἐρεσχελία. ἡ φλυαρία, φιλονεικία. ἐξ οὗ καὶ ἐρεσχελεῖται, ὅ ἐστι διαπαίζεται καὶ χλευά‐ ζεται. Ἐρεβενὴ νύξ. [ἡ] σκοτεινή.</w:t>
      </w:r>
    </w:p>
    <w:p>
      <w:r>
        <w:rPr>
          <w:rFonts w:ascii="Courier New" w:hAnsi="Courier New"/>
          <w:color w:val="555555"/>
          <w:sz w:val="20"/>
        </w:rPr>
        <w:t>[20]</w:t>
      </w:r>
    </w:p>
    <w:p>
      <w:r>
        <w:rPr>
          <w:rFonts w:ascii="Gentium Plus" w:hAnsi="Gentium Plus"/>
          <w:sz w:val="24"/>
        </w:rPr>
        <w:t>Ἐρεμνή. σκοτεινή. παρὰ τὸ ἔρεβος. ἐρεβένη καὶ ἐρέμνη κατὰ συγκοπήν. καὶ ἐρεμνός. Ἐρείκη. εἶδος φυτοῦ σχιστοῦ. ἢ εὐσχιδὲς ξύλον. ἀπὸ τοῦ ἐρείκω, τὸ σχίζω. [Ἡσίοδος ἐν Ἀσπίδι·</w:t>
      </w:r>
    </w:p>
    <w:p>
      <w:r>
        <w:rPr>
          <w:rFonts w:ascii="Courier New" w:hAnsi="Courier New"/>
          <w:color w:val="555555"/>
          <w:sz w:val="20"/>
        </w:rPr>
        <w:t>[25]</w:t>
      </w:r>
    </w:p>
    <w:p>
      <w:r>
        <w:rPr>
          <w:rFonts w:ascii="Gentium Plus" w:hAnsi="Gentium Plus"/>
          <w:sz w:val="24"/>
        </w:rPr>
        <w:t>διήρεικον χθόνα δῖαν. καὶ ἔρειξις ἡ διεσχισμένη γῆ.] Ἐρείπιος. ἡ χέρσος γῆ.</w:t>
      </w:r>
    </w:p>
    <w:p>
      <w:r>
        <w:rPr>
          <w:rFonts w:ascii="Courier New" w:hAnsi="Courier New"/>
          <w:color w:val="555555"/>
          <w:sz w:val="20"/>
        </w:rPr>
        <w:t>[epsilon 865]</w:t>
      </w:r>
    </w:p>
    <w:p>
      <w:r>
        <w:rPr>
          <w:rFonts w:ascii="Gentium Plus" w:hAnsi="Gentium Plus"/>
          <w:sz w:val="24"/>
        </w:rPr>
        <w:t>Ἐραία. ὁ κλάδος. σημαίνει δὲ καὶ τῆς ἐλαίας τὸ σκυβαλῶδες ἢ καὶ μαλλίον. Ἐρήμη δίκη. ὅταν μὴ παρόντων τῶν μερῶν ὁ δικαστὴς τὴν ψῆφον ἐξενέγκῃ.</w:t>
      </w:r>
    </w:p>
    <w:p>
      <w:r>
        <w:rPr>
          <w:rFonts w:ascii="Courier New" w:hAnsi="Courier New"/>
          <w:color w:val="555555"/>
          <w:sz w:val="20"/>
        </w:rPr>
        <w:t>[5]</w:t>
      </w:r>
    </w:p>
    <w:p>
      <w:r>
        <w:rPr>
          <w:rFonts w:ascii="Gentium Plus" w:hAnsi="Gentium Plus"/>
          <w:sz w:val="24"/>
        </w:rPr>
        <w:t>Ἐρήμη νίκη. ἡ μονομερῶς ζητηθεῖσα, καὶ μὴ δεξαμένη ἐκ τινῶν ἐμποδίων τὸ πέρας. Ἐρημία. ἀπορία, σπάνις. Ἔρημος. κυρίως ἡ μονωθεῖσα τῶν ἐνοικούντων τῇ γῇ. ἀπὸ τοῦ ἤρεμος κατὰ ἐναλλαγὴν τῶν</w:t>
      </w:r>
    </w:p>
    <w:p>
      <w:r>
        <w:rPr>
          <w:rFonts w:ascii="Courier New" w:hAnsi="Courier New"/>
          <w:color w:val="555555"/>
          <w:sz w:val="20"/>
        </w:rPr>
        <w:t>[10]</w:t>
      </w:r>
    </w:p>
    <w:p>
      <w:r>
        <w:rPr>
          <w:rFonts w:ascii="Gentium Plus" w:hAnsi="Gentium Plus"/>
          <w:sz w:val="24"/>
        </w:rPr>
        <w:t>στοιχείων. ἢ ἀπὸ τοῦ ἔραν μόνον ἔχειν, ὅ ἐστι τὴν γῆν. Ἐρίθεια. ὁ ζῆλος, ἢ καταλαλιὰ, ἢ κακολογία, ἢ διὰ τῶν λόγων φιλονεικία. λέγεται καὶ ἡ δου‐ λεία, καὶ ἡ μισθαρνία. ἢ ἐρίθειά ἐστιν ἐξ</w:t>
      </w:r>
    </w:p>
    <w:p>
      <w:r>
        <w:rPr>
          <w:rFonts w:ascii="Courier New" w:hAnsi="Courier New"/>
          <w:color w:val="555555"/>
          <w:sz w:val="20"/>
        </w:rPr>
        <w:t>[15]</w:t>
      </w:r>
    </w:p>
    <w:p>
      <w:r>
        <w:rPr>
          <w:rFonts w:ascii="Gentium Plus" w:hAnsi="Gentium Plus"/>
          <w:sz w:val="24"/>
        </w:rPr>
        <w:t>ὧν ποιεῖ τὶς ἐπιδεικτικῶς ἢ κενοδόξως. προσ‐ καλεῖσθαι καὶ ἐρεθίζειν ἄλλους πρὸς τὰ ὅμοια. Ἔρις. ὅταν τις ὑπὲρ τοῦ μὴ ἐλάττων φανῆναί τινος σπουδάζῃ τι ποιεῖν. ἔρις παρὰ τῷ Ἀπο‐ στόλῳ ἡ διὰ λόγων ἐπίψογος φιλονεικία. ἐκ</w:t>
      </w:r>
    </w:p>
    <w:p>
      <w:r>
        <w:rPr>
          <w:rFonts w:ascii="Courier New" w:hAnsi="Courier New"/>
          <w:color w:val="555555"/>
          <w:sz w:val="20"/>
        </w:rPr>
        <w:t>[20]</w:t>
      </w:r>
    </w:p>
    <w:p>
      <w:r>
        <w:rPr>
          <w:rFonts w:ascii="Gentium Plus" w:hAnsi="Gentium Plus"/>
          <w:sz w:val="24"/>
        </w:rPr>
        <w:t>τοῦ ἔρω τὸ λέγω. Ἐρίπναι. οἱ σηραγγώδεις τόποι, καὶ παρα‐</w:t>
      </w:r>
    </w:p>
    <w:p>
      <w:r>
        <w:rPr>
          <w:rFonts w:ascii="Courier New" w:hAnsi="Courier New"/>
          <w:color w:val="555555"/>
          <w:sz w:val="20"/>
        </w:rPr>
        <w:t>[epsilon 866]</w:t>
      </w:r>
    </w:p>
    <w:p>
      <w:r>
        <w:rPr>
          <w:rFonts w:ascii="Gentium Plus" w:hAnsi="Gentium Plus"/>
          <w:sz w:val="24"/>
        </w:rPr>
        <w:t>γάλαι πνοαὶ εἰσδύνουσιν. ἐριπνοαὶ, ἐρίπναι, ἀντὶ τοῦ μεγάλαι καὶ ὑψηλαί. Ἐριννύς. δαίμων ὑποχθόνιος ἢ τιμωρητική. Ἐριώλη. πνοὴ σφοδρὰ, ἢ ἀνέμου συστροφὴ, ἢ</w:t>
      </w:r>
    </w:p>
    <w:p>
      <w:r>
        <w:rPr>
          <w:rFonts w:ascii="Courier New" w:hAnsi="Courier New"/>
          <w:color w:val="555555"/>
          <w:sz w:val="20"/>
        </w:rPr>
        <w:t>[5]</w:t>
      </w:r>
    </w:p>
    <w:p>
      <w:r>
        <w:rPr>
          <w:rFonts w:ascii="Gentium Plus" w:hAnsi="Gentium Plus"/>
          <w:sz w:val="24"/>
        </w:rPr>
        <w:t>πυρὸς, καὶ ἡ τῆς ἀναθυμιάσεως συστροφὴ, πρὶν ἐκπυρωθῆναι τὸν ἀέρα. Ἐριβώλαξ. ἡ εὔγειος γῆ καὶ λιπαρά. Ἔρση καὶ ἔρσος. ἡ δρόσος. θηλείας ἔρσης ἰκμάδα γευόμενος.</w:t>
      </w:r>
    </w:p>
    <w:p>
      <w:r>
        <w:rPr>
          <w:rFonts w:ascii="Courier New" w:hAnsi="Courier New"/>
          <w:color w:val="555555"/>
          <w:sz w:val="20"/>
        </w:rPr>
        <w:t>[10]</w:t>
      </w:r>
    </w:p>
    <w:p>
      <w:r>
        <w:rPr>
          <w:rFonts w:ascii="Gentium Plus" w:hAnsi="Gentium Plus"/>
          <w:sz w:val="24"/>
        </w:rPr>
        <w:t>οἱ γὰρ τέττιγες δρόσον σιτίζονται. παρὰ τὸ ἄρδω ἄρση καὶ ἔρση. ποτίζεται γὰρ ὑπ’ αὐτῆς πάντα τὰ φυτὰ καὶ κατάρδεται. Ἔρσις. τὸ πλεξείδιον. παρὰ τὸ εἴρω τὸ συμ‐ πλέκω.</w:t>
      </w:r>
    </w:p>
    <w:p>
      <w:r>
        <w:rPr>
          <w:rFonts w:ascii="Courier New" w:hAnsi="Courier New"/>
          <w:color w:val="555555"/>
          <w:sz w:val="20"/>
        </w:rPr>
        <w:t>[15]</w:t>
      </w:r>
    </w:p>
    <w:p>
      <w:r>
        <w:rPr>
          <w:rFonts w:ascii="Gentium Plus" w:hAnsi="Gentium Plus"/>
          <w:sz w:val="24"/>
        </w:rPr>
        <w:t>Ἐρσεφορία. δροσοφορία. Ἐρσηλία. κύριον. Ἐρυγή. πνεύματος ἀναπομπὴ ἐκ τοῦ στομάχου. ἔνθεν καὶ τὸ ἐξερεύξατο. ἢ πνεῦμα κρύφιον κατὰ τὴν ζέσιν τῆς τροφῆς ἀποῤῥηγνυμένων</w:t>
      </w:r>
    </w:p>
    <w:p>
      <w:r>
        <w:rPr>
          <w:rFonts w:ascii="Courier New" w:hAnsi="Courier New"/>
          <w:color w:val="555555"/>
          <w:sz w:val="20"/>
        </w:rPr>
        <w:t>[20]</w:t>
      </w:r>
    </w:p>
    <w:p>
      <w:r>
        <w:rPr>
          <w:rFonts w:ascii="Gentium Plus" w:hAnsi="Gentium Plus"/>
          <w:sz w:val="24"/>
        </w:rPr>
        <w:t>τῶν πομφολύγων ἐπὶ τὸ ἄνω διαπνεόμενον. ἐρυ‐ γὴ καὶ ἡ κραυγή.</w:t>
      </w:r>
    </w:p>
    <w:p>
      <w:r>
        <w:rPr>
          <w:rFonts w:ascii="Courier New" w:hAnsi="Courier New"/>
          <w:color w:val="555555"/>
          <w:sz w:val="20"/>
        </w:rPr>
        <w:t>[epsilon 867]</w:t>
      </w:r>
    </w:p>
    <w:p>
      <w:r>
        <w:rPr>
          <w:rFonts w:ascii="Gentium Plus" w:hAnsi="Gentium Plus"/>
          <w:sz w:val="24"/>
        </w:rPr>
        <w:t>Ἐρυθρὰ θάλασσα. ἀπὸ τοῦ Ἐρυθροῦ βασι‐ λέως πεσόντος ἐκεῖ καὶ πνιγέντος, οὗ ἐν τῷ τάφῳ ἐπιγέγραπται· ἐνθάδε τάφος ἁλὸς παμμεδέοντος Ἐρυθροῦ.</w:t>
      </w:r>
    </w:p>
    <w:p>
      <w:r>
        <w:rPr>
          <w:rFonts w:ascii="Courier New" w:hAnsi="Courier New"/>
          <w:color w:val="555555"/>
          <w:sz w:val="20"/>
        </w:rPr>
        <w:t>[5]</w:t>
      </w:r>
    </w:p>
    <w:p>
      <w:r>
        <w:rPr>
          <w:rFonts w:ascii="Gentium Plus" w:hAnsi="Gentium Plus"/>
          <w:sz w:val="24"/>
        </w:rPr>
        <w:t>ἢ παρὰ τὸ τὰ παρακείμενα ὄρη εἶναι ἐρυθρά. Ἐρυσίβη. ἡ κονιορτώδης φθορὰ τοῦ σίτου, ἢ τὸ ἐκ τοῦ ἀέρος καὶ τῆς πάχνης γινόμενον φθαρτικόν. ἀπὸ τοῦ ἐρύω, τὸ κωλύω, καὶ τοῦ βῶ, τὸ τρέφω.</w:t>
      </w:r>
    </w:p>
    <w:p>
      <w:r>
        <w:rPr>
          <w:rFonts w:ascii="Courier New" w:hAnsi="Courier New"/>
          <w:color w:val="555555"/>
          <w:sz w:val="20"/>
        </w:rPr>
        <w:t>[10]</w:t>
      </w:r>
    </w:p>
    <w:p>
      <w:r>
        <w:rPr>
          <w:rFonts w:ascii="Gentium Plus" w:hAnsi="Gentium Plus"/>
          <w:sz w:val="24"/>
        </w:rPr>
        <w:t>Ἐρχία. δῆμος τῆς Ἀττικῆς. Ἐρωή. ὑποχώρησις ἢ ὁρμή. Ἐρώτησις. ἔνδοξος πρότασις διαλεκτική. [ἐρώ‐ τησις διαλεκτική.] ἀποκρίσεως αἴτησις, ἢ τῆς προτάσεως, ἢ θατέρου μορίου τῆς ἀντι‐</w:t>
      </w:r>
    </w:p>
    <w:p>
      <w:r>
        <w:rPr>
          <w:rFonts w:ascii="Courier New" w:hAnsi="Courier New"/>
          <w:color w:val="555555"/>
          <w:sz w:val="20"/>
        </w:rPr>
        <w:t>[15]</w:t>
      </w:r>
    </w:p>
    <w:p>
      <w:r>
        <w:rPr>
          <w:rFonts w:ascii="Gentium Plus" w:hAnsi="Gentium Plus"/>
          <w:sz w:val="24"/>
        </w:rPr>
        <w:t>φάσεως. Ἐρίῳ στέψαντες. ἀντὶ τοῦ στέμμα παραθέν‐ τες. Ἑρκτή. παρὰ τὸ ἕρκος. Ἔριδι. μάχῃ. οὕτως ὁ Ἀπόστολος· μὴ ἔριδι καὶ</w:t>
      </w:r>
    </w:p>
    <w:p>
      <w:r>
        <w:rPr>
          <w:rFonts w:ascii="Courier New" w:hAnsi="Courier New"/>
          <w:color w:val="555555"/>
          <w:sz w:val="20"/>
        </w:rPr>
        <w:t>[20]</w:t>
      </w:r>
    </w:p>
    <w:p>
      <w:r>
        <w:rPr>
          <w:rFonts w:ascii="Gentium Plus" w:hAnsi="Gentium Plus"/>
          <w:sz w:val="24"/>
        </w:rPr>
        <w:t>ζήλῳ. [τὸ ζήλοις] περὶ βασκανίας λέγει. [πα‐ ρὰ τὸ ἐρῶ τὸ λέγω. ἢ παρὰ τὸ ἐρίζω τὸ φι‐</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Ἐράνιον. ἐκ συνεισφορᾶς δῶρον. Ἔργον. ἡ παρασκευὴ τοῦ πολέμου. [ἔνθα κεν οὐκέτι ἔργον ἀνὴρ ὀνόσαιτο—</w:t>
      </w:r>
    </w:p>
    <w:p>
      <w:r>
        <w:rPr>
          <w:rFonts w:ascii="Courier New" w:hAnsi="Courier New"/>
          <w:color w:val="555555"/>
          <w:sz w:val="20"/>
        </w:rPr>
        <w:t>[5]</w:t>
      </w:r>
    </w:p>
    <w:p>
      <w:r>
        <w:rPr>
          <w:rFonts w:ascii="Gentium Plus" w:hAnsi="Gentium Plus"/>
          <w:sz w:val="24"/>
        </w:rPr>
        <w:t>τὰ γεώργια. πολλὰ δ’ ὑπ’ αὐτοῦ ἔργα κατήριπε κάλ’ αἰ‐ ζηῶν.] καὶ τὸ κυρίως ἔργον. ἀλλ’ ἐς οἶκον ἰοῦσα τὰ σαυτῆς ἔργα κόμι‐</w:t>
      </w:r>
    </w:p>
    <w:p>
      <w:r>
        <w:rPr>
          <w:rFonts w:ascii="Courier New" w:hAnsi="Courier New"/>
          <w:color w:val="555555"/>
          <w:sz w:val="20"/>
        </w:rPr>
        <w:t>[10]</w:t>
      </w:r>
    </w:p>
    <w:p>
      <w:r>
        <w:rPr>
          <w:rFonts w:ascii="Gentium Plus" w:hAnsi="Gentium Plus"/>
          <w:sz w:val="24"/>
        </w:rPr>
        <w:t>σον. Ἔργον εἰπεῖν. χαλεπὸν εἰπεῖν. Ἐργωδέστερον. δυσκολώτερον, ἢ δυσκαταλη‐ πτότερον. Ἐργῶδες. μετὰ πόνου γινόμενον, δυσχερές.</w:t>
      </w:r>
    </w:p>
    <w:p>
      <w:r>
        <w:rPr>
          <w:rFonts w:ascii="Courier New" w:hAnsi="Courier New"/>
          <w:color w:val="555555"/>
          <w:sz w:val="20"/>
        </w:rPr>
        <w:t>[15]</w:t>
      </w:r>
    </w:p>
    <w:p>
      <w:r>
        <w:rPr>
          <w:rFonts w:ascii="Gentium Plus" w:hAnsi="Gentium Plus"/>
          <w:sz w:val="24"/>
        </w:rPr>
        <w:t>Ἔρεβος. τὸ σκότος. Ἐρέθισμα. διέγερσις καὶ ἡ ὕβρις. μετὰ δὲ οὐ φέρων ἔτι τὸ ἐρέθισμα, ἀντήλασε τὸν ἵππον. Ἐρέσσιον. πόλις Βοιωτίας. Ἐρέψιμον. εἶδος πόας. σημαίνει δὲ καὶ τὸ ἄκαρ‐</w:t>
      </w:r>
    </w:p>
    <w:p>
      <w:r>
        <w:rPr>
          <w:rFonts w:ascii="Courier New" w:hAnsi="Courier New"/>
          <w:color w:val="555555"/>
          <w:sz w:val="20"/>
        </w:rPr>
        <w:t>[20]</w:t>
      </w:r>
    </w:p>
    <w:p>
      <w:r>
        <w:rPr>
          <w:rFonts w:ascii="Gentium Plus" w:hAnsi="Gentium Plus"/>
          <w:sz w:val="24"/>
        </w:rPr>
        <w:t>πον φυτόν. Ἐρεοῦν κλῶσμα. τὸ μαλλίον. ἐρεοῦν καὶ λι‐ νοῦν περισπᾶται. τὰ πληθυντικὰ τούτων συ‐</w:t>
      </w:r>
    </w:p>
    <w:p>
      <w:r>
        <w:rPr>
          <w:rFonts w:ascii="Courier New" w:hAnsi="Courier New"/>
          <w:color w:val="555555"/>
          <w:sz w:val="20"/>
        </w:rPr>
        <w:t>[epsilon 869]</w:t>
      </w:r>
    </w:p>
    <w:p>
      <w:r>
        <w:rPr>
          <w:rFonts w:ascii="Gentium Plus" w:hAnsi="Gentium Plus"/>
          <w:sz w:val="24"/>
        </w:rPr>
        <w:t>οὐδέτερα πληθυντικὰ ὁμοίως τοῖς ἑνικοῖς περι‐ σπῶσι. τὰ ἀργυρᾶ· τὰ πορφυρᾶ· τὰ χαλκᾶ· τὰ χρυσᾶ. Ἐρειπίοις. ἐν τοῖς πτώμασι τῶν νεκρῶν.</w:t>
      </w:r>
    </w:p>
    <w:p>
      <w:r>
        <w:rPr>
          <w:rFonts w:ascii="Courier New" w:hAnsi="Courier New"/>
          <w:color w:val="555555"/>
          <w:sz w:val="20"/>
        </w:rPr>
        <w:t>[5]</w:t>
      </w:r>
    </w:p>
    <w:p>
      <w:r>
        <w:rPr>
          <w:rFonts w:ascii="Gentium Plus" w:hAnsi="Gentium Plus"/>
          <w:sz w:val="24"/>
        </w:rPr>
        <w:t>ἐν δ’ ἐρειπίοις νεκρῶν ἐῤῥιφθείς. Ἐρεικτά. σχιστὰ, ἄλευρα ἢ κεκομμένα ὄσπρια. ἢ τὰ σχιζόμενα ξύλα. Ἀριστοφάνης· ἧψε κατ’ ἐρεικτῶν χύτρας. Ἔρεισμα. στήριγμα. ἔρισμα δὲ ἡ ἔρις, ι.</w:t>
      </w:r>
    </w:p>
    <w:p>
      <w:r>
        <w:rPr>
          <w:rFonts w:ascii="Courier New" w:hAnsi="Courier New"/>
          <w:color w:val="555555"/>
          <w:sz w:val="20"/>
        </w:rPr>
        <w:t>[10]</w:t>
      </w:r>
    </w:p>
    <w:p>
      <w:r>
        <w:rPr>
          <w:rFonts w:ascii="Gentium Plus" w:hAnsi="Gentium Plus"/>
          <w:sz w:val="24"/>
        </w:rPr>
        <w:t>Ἐρείπιον. τὸ ἡμίπτωτον οἴκημα. καὶ ἐρείπιος γῆ, ἡ χέρσος. Ἔρημον. τὸ ἀκίνητον καὶ νωθρόν. Ἐρήματα. τὰ θρέμματα. καὶ ἔρημα ποιητικῶς. Ἔριον. τὸ μαλλίον. καὶ εἶρος ὁ πόκος. [οἷον·</w:t>
      </w:r>
    </w:p>
    <w:p>
      <w:r>
        <w:rPr>
          <w:rFonts w:ascii="Courier New" w:hAnsi="Courier New"/>
          <w:color w:val="555555"/>
          <w:sz w:val="20"/>
        </w:rPr>
        <w:t>[15]</w:t>
      </w:r>
    </w:p>
    <w:p>
      <w:r>
        <w:rPr>
          <w:rFonts w:ascii="Gentium Plus" w:hAnsi="Gentium Plus"/>
          <w:sz w:val="24"/>
        </w:rPr>
        <w:t>ἰοδνεφὲς εἶρος ἔχουσα. παρὰ τὸ ἔῤῥω, τὸ φθείρω, περὶ ὃ ταλαιπω‐ ροῦσιν αἱ ἐργαζόμεναι.] ἢ ὅτι ἔαρι κείρεται τὰ</w:t>
      </w:r>
    </w:p>
    <w:p>
      <w:r>
        <w:rPr>
          <w:rFonts w:ascii="Courier New" w:hAnsi="Courier New"/>
          <w:color w:val="555555"/>
          <w:sz w:val="20"/>
        </w:rPr>
        <w:t>[epsilon 870]</w:t>
      </w:r>
    </w:p>
    <w:p>
      <w:r>
        <w:rPr>
          <w:rFonts w:ascii="Gentium Plus" w:hAnsi="Gentium Plus"/>
          <w:sz w:val="24"/>
        </w:rPr>
        <w:t>Ἐριβρύχων. πολυήχων. ἐριβρύχων ὑδάτων. Ἕρκος. περίφραγμα, τείχισμα. ἕρκος περιθέντες. Ἕρμα. λίθος μέγιστος. ἕρμα τὲ εἰς τὴν πρύ‐ μναν ἐνθέντες τοῦ ἐξᾶραι εἰς ὕψος τὴν πρώ‐</w:t>
      </w:r>
    </w:p>
    <w:p>
      <w:r>
        <w:rPr>
          <w:rFonts w:ascii="Courier New" w:hAnsi="Courier New"/>
          <w:color w:val="555555"/>
          <w:sz w:val="20"/>
        </w:rPr>
        <w:t>[5]</w:t>
      </w:r>
    </w:p>
    <w:p>
      <w:r>
        <w:rPr>
          <w:rFonts w:ascii="Gentium Plus" w:hAnsi="Gentium Plus"/>
          <w:sz w:val="24"/>
        </w:rPr>
        <w:t>ραν πιεζομένης κατὰ πρύμναν τῆς νηός. Ἑρμάδιον. τὸ τοῦ Ἑρμοῦ. Ἑρμωνιείμ. ὄρος μικρὸν ἐγγὺς τοῦ Ἰορδάνου, ἐν ᾧ Ἠλίας ἀνελήφθη. ἑρμηνεύεται καὶ ὁδὸς λύ‐ χνου, ὡς τοῦ ἁγίου βαπτίσματος ὁδὸν ἀνοίγον‐</w:t>
      </w:r>
    </w:p>
    <w:p>
      <w:r>
        <w:rPr>
          <w:rFonts w:ascii="Courier New" w:hAnsi="Courier New"/>
          <w:color w:val="555555"/>
          <w:sz w:val="20"/>
        </w:rPr>
        <w:t>[10]</w:t>
      </w:r>
    </w:p>
    <w:p>
      <w:r>
        <w:rPr>
          <w:rFonts w:ascii="Gentium Plus" w:hAnsi="Gentium Plus"/>
          <w:sz w:val="24"/>
        </w:rPr>
        <w:t>τος φωτισμοῦ. Ἕρμαιον. εὕρημα ἐπικερδές. Ἔρνος. ὁ κλάδος, τὸ ἐκ τῆς ἔρας νεόμενον καὶ αὐξούμενον. Ἐρσήεντα. δροσώδη, νεαρά. [καὶ ὁ ἐρσήεις ἐπὶ</w:t>
      </w:r>
    </w:p>
    <w:p>
      <w:r>
        <w:rPr>
          <w:rFonts w:ascii="Courier New" w:hAnsi="Courier New"/>
          <w:color w:val="555555"/>
          <w:sz w:val="20"/>
        </w:rPr>
        <w:t>[15]</w:t>
      </w:r>
    </w:p>
    <w:p>
      <w:r>
        <w:rPr>
          <w:rFonts w:ascii="Gentium Plus" w:hAnsi="Gentium Plus"/>
          <w:sz w:val="24"/>
        </w:rPr>
        <w:t>ἀρσενικοῦ.] Ἐρυθρόν. μέλαν, κόκκινον, πυῤῥόν. παρὰ τὸ ἐρύω, ἐρύσω, ἐρυτρὸν καὶ ἐρυθρόν. [ἐρυθρὸν δὲ λέγεται τὸ ἐρύον καὶ κωλύον. ἢ παρὰ τὸ</w:t>
      </w:r>
    </w:p>
    <w:p>
      <w:r>
        <w:rPr>
          <w:rFonts w:ascii="Courier New" w:hAnsi="Courier New"/>
          <w:color w:val="555555"/>
          <w:sz w:val="20"/>
        </w:rPr>
        <w:t>[epsilon 871]</w:t>
      </w:r>
    </w:p>
    <w:p>
      <w:r>
        <w:rPr>
          <w:rFonts w:ascii="Gentium Plus" w:hAnsi="Gentium Plus"/>
          <w:sz w:val="24"/>
        </w:rPr>
        <w:t>Ἐρύθημα. βάμμα κόκκινον ἢ πυῤῥὸν ἢ μέλαν, ἢ ἡ ῥίζα ἡ λεγομένη ἐρυθροδάνη. λέγεται καὶ ἐρυθρόδανον. Ἔρυμα. φύλαγμα, ἀσφάλεια.</w:t>
      </w:r>
    </w:p>
    <w:p>
      <w:r>
        <w:rPr>
          <w:rFonts w:ascii="Courier New" w:hAnsi="Courier New"/>
          <w:color w:val="555555"/>
          <w:sz w:val="20"/>
        </w:rPr>
        <w:t>[5]</w:t>
      </w:r>
    </w:p>
    <w:p>
      <w:r>
        <w:rPr>
          <w:rFonts w:ascii="Gentium Plus" w:hAnsi="Gentium Plus"/>
          <w:sz w:val="24"/>
        </w:rPr>
        <w:t>Ἐρυμνόν. ἰσχυρὸν, στερεόν. Ἐρυμβόνα τὰ τιμιώτατα εἰς ἀσωτίαν ἀφειδε‐ στάτην. ἀπὸ τοῦ ῥυμβονῶ ῥήματος. Ἐῤῥωμενέστερον. ὑγιεινότερον, γενναιότερον.</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Ἐρανίζειν. [παρὰ] τὸ συλλέγειν ἔρανον παρὰ τῶν φυλῶν. οὐχὶ ἐρανίζεσθαι. Αἰσχίνης· ἐρα‐ νίζειν στεφάνους κηρύγματα ψευδῆ φιλοτιμίαν κτᾶται. Ἐρᾷ. ἐπιθυμεῖ.</w:t>
      </w:r>
    </w:p>
    <w:p>
      <w:r>
        <w:rPr>
          <w:rFonts w:ascii="Courier New" w:hAnsi="Courier New"/>
          <w:color w:val="555555"/>
          <w:sz w:val="20"/>
        </w:rPr>
        <w:t>[15]</w:t>
      </w:r>
    </w:p>
    <w:p>
      <w:r>
        <w:rPr>
          <w:rFonts w:ascii="Gentium Plus" w:hAnsi="Gentium Plus"/>
          <w:sz w:val="24"/>
        </w:rPr>
        <w:t>Ἐράσθην. οὐκ ἀπὸ τοῦ ἐρῶ· ἦν γὰρ ἠράσθην, ὡς μακρᾶς οὔσης τῆς παραληγούσης· ἀλλ’ ἀπὸ τοῦ ἐρῶ γίνεται ἐράζω, τετάρτης συζυγίας τῶν βαρυτόνων. Ἔρδει. πράττει.</w:t>
      </w:r>
    </w:p>
    <w:p>
      <w:r>
        <w:rPr>
          <w:rFonts w:ascii="Courier New" w:hAnsi="Courier New"/>
          <w:color w:val="555555"/>
          <w:sz w:val="20"/>
        </w:rPr>
        <w:t>[20]</w:t>
      </w:r>
    </w:p>
    <w:p>
      <w:r>
        <w:rPr>
          <w:rFonts w:ascii="Gentium Plus" w:hAnsi="Gentium Plus"/>
          <w:sz w:val="24"/>
        </w:rPr>
        <w:t>Ἐρεσχελεῖται. διαπαίζεται, χλευάζεται. ἐρι‐ στικῶς ἐρωτᾶται. Ἐρεπτόμενοι. κυρίως τὸ ἐπὶ ἀλόγων ἐσθίειν. [οἷον·</w:t>
      </w:r>
    </w:p>
    <w:p>
      <w:r>
        <w:rPr>
          <w:rFonts w:ascii="Courier New" w:hAnsi="Courier New"/>
          <w:color w:val="555555"/>
          <w:sz w:val="20"/>
        </w:rPr>
        <w:t>[epsilon 872]</w:t>
      </w:r>
    </w:p>
    <w:p>
      <w:r>
        <w:rPr>
          <w:rFonts w:ascii="Gentium Plus" w:hAnsi="Gentium Plus"/>
          <w:sz w:val="24"/>
        </w:rPr>
        <w:t>παρὰ τὸ ἀπὸ τῆς ἔρας, ὅ ἐστι τῆς γῆς, ἔχειν τὴν τροφήν.] Ἐρέσσειν. κωπηλατεῖν. [ἔστιν ἐλῶ, τὸ ἐλαύ‐ νω. γίνεται ἐλέσσω καὶ ἐρέσσω, καὶ τὸ ἀπα‐</w:t>
      </w:r>
    </w:p>
    <w:p>
      <w:r>
        <w:rPr>
          <w:rFonts w:ascii="Courier New" w:hAnsi="Courier New"/>
          <w:color w:val="555555"/>
          <w:sz w:val="20"/>
        </w:rPr>
        <w:t>[5]</w:t>
      </w:r>
    </w:p>
    <w:p>
      <w:r>
        <w:rPr>
          <w:rFonts w:ascii="Gentium Plus" w:hAnsi="Gentium Plus"/>
          <w:sz w:val="24"/>
        </w:rPr>
        <w:t>ρέμφατον ἐρέσσειν.] Ἐρεύω. οἱ μὲν ἀπὸ τοῦ ἐρέσσω, ἐρεύω, ὃ ση‐ μαίνει τὸ ἐλαύνω. [ἐρευνωμένης ἁλὸς ἔξω.] Ἐρέφω καὶ ἔρεψα. ἀντὶ τοῦ ἐκόσμησα καὶ</w:t>
      </w:r>
    </w:p>
    <w:p>
      <w:r>
        <w:rPr>
          <w:rFonts w:ascii="Courier New" w:hAnsi="Courier New"/>
          <w:color w:val="555555"/>
          <w:sz w:val="20"/>
        </w:rPr>
        <w:t>[10]</w:t>
      </w:r>
    </w:p>
    <w:p>
      <w:r>
        <w:rPr>
          <w:rFonts w:ascii="Gentium Plus" w:hAnsi="Gentium Plus"/>
          <w:sz w:val="24"/>
        </w:rPr>
        <w:t>ἐστεφάνωσα. τὸ θέμα ἐρέφω. [οἱ μὲν, ὅτι πρω‐ τότυπον· οἱ δὲ ἀπὸ τῆς ἔρας, ὅ ἐστι τῆς γῆς.] Ἐρέπω. σκέπω. Ἔρεσθαι. ἐρωτᾷν. Ἐρεθίζει. παρορμᾷ, παροξύνει, παραθήγει,</w:t>
      </w:r>
    </w:p>
    <w:p>
      <w:r>
        <w:rPr>
          <w:rFonts w:ascii="Courier New" w:hAnsi="Courier New"/>
          <w:color w:val="555555"/>
          <w:sz w:val="20"/>
        </w:rPr>
        <w:t>[15]</w:t>
      </w:r>
    </w:p>
    <w:p>
      <w:r>
        <w:rPr>
          <w:rFonts w:ascii="Gentium Plus" w:hAnsi="Gentium Plus"/>
          <w:sz w:val="24"/>
        </w:rPr>
        <w:t>ἀνάπτει. τῇ ῥιπίδι τὸ πῦρ ἐρεθίζει. Ἐῤῥέτω. φευγέτω, οἰμωζέτω. Ἐρεβοδιφῶντες καὶ ἐρεβοδιφῶσι. τὰ ὑπὸ τὸ σκότος ψηλαφῶσι καὶ τὰ ὑπὸ τὸν Τάρταρον. Ἐρεείνω. ἐρωτῶ.</w:t>
      </w:r>
    </w:p>
    <w:p>
      <w:r>
        <w:rPr>
          <w:rFonts w:ascii="Courier New" w:hAnsi="Courier New"/>
          <w:color w:val="555555"/>
          <w:sz w:val="20"/>
        </w:rPr>
        <w:t>[20]</w:t>
      </w:r>
    </w:p>
    <w:p>
      <w:r>
        <w:rPr>
          <w:rFonts w:ascii="Gentium Plus" w:hAnsi="Gentium Plus"/>
          <w:sz w:val="24"/>
        </w:rPr>
        <w:t>Ἐρέμβοντο. ἀπεπλανῶντο. Ἐρέσσουσι. κινοῦσι. τοίας ἐρέσσουσιν ἀπειλάς.</w:t>
      </w:r>
    </w:p>
    <w:p>
      <w:r>
        <w:rPr>
          <w:rFonts w:ascii="Courier New" w:hAnsi="Courier New"/>
          <w:color w:val="555555"/>
          <w:sz w:val="20"/>
        </w:rPr>
        <w:t>[epsilon 873]</w:t>
      </w:r>
    </w:p>
    <w:p>
      <w:r>
        <w:rPr>
          <w:rFonts w:ascii="Gentium Plus" w:hAnsi="Gentium Plus"/>
          <w:sz w:val="24"/>
        </w:rPr>
        <w:t>Ἐρέψεις. καλύψεις. σκεπάσεις. *κοσμήσεις.* Ἐῤῥέθη. ἐλέχθη. ἀπὸ τοῦ ῥῶ, ῥήσω, ἔρηκα, ἔρημαι, ἐῤῥέθη. Ἐρείδειν. ἀκκουμβίζειν καὶ τὸ συνουσιάζειν.</w:t>
      </w:r>
    </w:p>
    <w:p>
      <w:r>
        <w:rPr>
          <w:rFonts w:ascii="Courier New" w:hAnsi="Courier New"/>
          <w:color w:val="555555"/>
          <w:sz w:val="20"/>
        </w:rPr>
        <w:t>[5]</w:t>
      </w:r>
    </w:p>
    <w:p>
      <w:r>
        <w:rPr>
          <w:rFonts w:ascii="Gentium Plus" w:hAnsi="Gentium Plus"/>
          <w:sz w:val="24"/>
        </w:rPr>
        <w:t>Ἐρείομαι. ἐρωτήσω. Ἐρεῖτε. λέγετε. Ἐρείπω. τὸ καταβάλλω. Ἔῤῥει. ἀντὶ τοῦ ἔῤῥεε, καὶ ἀφθόνως ἐχορηγεῖτο. ἔῤῥει γάρ οἱ κατὰ πρύμναν τὰ ἐκ τῆς τύχης.</w:t>
      </w:r>
    </w:p>
    <w:p>
      <w:r>
        <w:rPr>
          <w:rFonts w:ascii="Courier New" w:hAnsi="Courier New"/>
          <w:color w:val="555555"/>
          <w:sz w:val="20"/>
        </w:rPr>
        <w:t>[10]</w:t>
      </w:r>
    </w:p>
    <w:p>
      <w:r>
        <w:rPr>
          <w:rFonts w:ascii="Gentium Plus" w:hAnsi="Gentium Plus"/>
          <w:sz w:val="24"/>
        </w:rPr>
        <w:t>Ἐρήρειστο. ἥδραστο, ἥρμοστο, ἐπέπηκτο. [φυ‐ λάσσει τὴν ει δίφθογγον πρὸς ἀντιδιαστολὴν τοῦ ἐρήρισται, ὅπερ σημαίνει τὸ φιλονεικῶ. ἔστι δ’ ὅτε οἱ Δωριεῖς φυλάττουσι φύσει μα‐ κρὰ, οἷον ὀρῶ, ὀρήσω, ὤρηκα, καὶ ἀττικῶς ὀρώ‐</w:t>
      </w:r>
    </w:p>
    <w:p>
      <w:r>
        <w:rPr>
          <w:rFonts w:ascii="Courier New" w:hAnsi="Courier New"/>
          <w:color w:val="555555"/>
          <w:sz w:val="20"/>
        </w:rPr>
        <w:t>[15]</w:t>
      </w:r>
    </w:p>
    <w:p>
      <w:r>
        <w:rPr>
          <w:rFonts w:ascii="Gentium Plus" w:hAnsi="Gentium Plus"/>
          <w:sz w:val="24"/>
        </w:rPr>
        <w:t>ρηκα. καὶ φυλάττεται παρὰ Δωριεῦσιν ἡ φύσει μακρά. ἡνίκα δὲ ἔχει τὴν ει δίφθογγον ἢ τὴν ευ ἐν τῷ Ἀττικῷ παρακειμένῳ, τότε καὶ τὸ ε ἀποβάλλει.] Ἐρηρεισμένος. ὁ ἡδρασμένος. ἐρηρισμένος δὲ ὁ</w:t>
      </w:r>
    </w:p>
    <w:p>
      <w:r>
        <w:rPr>
          <w:rFonts w:ascii="Courier New" w:hAnsi="Courier New"/>
          <w:color w:val="555555"/>
          <w:sz w:val="20"/>
        </w:rPr>
        <w:t>[20]</w:t>
      </w:r>
    </w:p>
    <w:p>
      <w:r>
        <w:rPr>
          <w:rFonts w:ascii="Gentium Plus" w:hAnsi="Gentium Plus"/>
          <w:sz w:val="24"/>
        </w:rPr>
        <w:t>πεφιλονεικημένος, ι. Ἐρηρωτηκώς. ἤδη ἐρωτήσας. Ἐῤῥήσετε. ἀντὶ τοῦ μετὰ φθορᾶς βαδίζετε. [ἐπὶ κατάρας· οὐκ ἐς κόρακας ἐῤῥήσετε.]</w:t>
      </w:r>
    </w:p>
    <w:p>
      <w:r>
        <w:rPr>
          <w:rFonts w:ascii="Courier New" w:hAnsi="Courier New"/>
          <w:color w:val="555555"/>
          <w:sz w:val="20"/>
        </w:rPr>
        <w:t>[epsilon 874]</w:t>
      </w:r>
    </w:p>
    <w:p>
      <w:r>
        <w:rPr>
          <w:rFonts w:ascii="Gentium Plus" w:hAnsi="Gentium Plus"/>
          <w:sz w:val="24"/>
        </w:rPr>
        <w:t>ἤρεισται, καὶ ἰακῶς ἐρηρέδαται, τῆς τρίτης συλλαβῆς συσταλείσης. Ἐρήριπτο. ἐπεπτώκει. Ἐρήτυθεν. ἀντὶ τοῦ κατέσχεν.</w:t>
      </w:r>
    </w:p>
    <w:p>
      <w:r>
        <w:rPr>
          <w:rFonts w:ascii="Courier New" w:hAnsi="Courier New"/>
          <w:color w:val="555555"/>
          <w:sz w:val="20"/>
        </w:rPr>
        <w:t>[5]</w:t>
      </w:r>
    </w:p>
    <w:p>
      <w:r>
        <w:rPr>
          <w:rFonts w:ascii="Gentium Plus" w:hAnsi="Gentium Plus"/>
          <w:sz w:val="24"/>
        </w:rPr>
        <w:t>Ἐρητύω. τὸ κωλύω. Ἐριδαίνεται. φιλονεικεῖ. Ἐῤῥίφθων. ἀποῤῥιφθήτωσαν. Ἐριθευόμενος. διὰ λόγων φιλονεικῶν. καὶ ὅσα νοῶ ἐριθευόμενος.</w:t>
      </w:r>
    </w:p>
    <w:p>
      <w:r>
        <w:rPr>
          <w:rFonts w:ascii="Courier New" w:hAnsi="Courier New"/>
          <w:color w:val="555555"/>
          <w:sz w:val="20"/>
        </w:rPr>
        <w:t>[10]</w:t>
      </w:r>
    </w:p>
    <w:p>
      <w:r>
        <w:rPr>
          <w:rFonts w:ascii="Gentium Plus" w:hAnsi="Gentium Plus"/>
          <w:sz w:val="24"/>
        </w:rPr>
        <w:t>Ἐριποῦσα. πεσοῦσα. [ἐριπῶ γὰρ τὸ καταπίπτω, περισπωμένως.] Ἐῤῥιπτασμένον. γεγυμνασμένον. εὑρημένον. [πολλαῖσί τ’ ἀγρυπνίαις ἐῤῥιπτασμένον.] Ἐῤῥικνωμένον. ἔχον ῥυτίδας, ἢ πεπαλαιωμένον</w:t>
      </w:r>
    </w:p>
    <w:p>
      <w:r>
        <w:rPr>
          <w:rFonts w:ascii="Courier New" w:hAnsi="Courier New"/>
          <w:color w:val="555555"/>
          <w:sz w:val="20"/>
        </w:rPr>
        <w:t>[15]</w:t>
      </w:r>
    </w:p>
    <w:p>
      <w:r>
        <w:rPr>
          <w:rFonts w:ascii="Gentium Plus" w:hAnsi="Gentium Plus"/>
          <w:sz w:val="24"/>
        </w:rPr>
        <w:t>καὶ διεῤῥηγμένον. Ἐρισχελεῖν. τὸ λοιδορεῖν καὶ εἰς ἔριν προσκα‐ λεῖσθαι. καὶ ἐρίσχηλος ὁ λοίδορος. Ἐρομένῳ. ἐρωτῶντι. ἐρωμένῳ δὲ τὸ ἐπιθυμοῦν‐ τι, μέγα. [ἀπὸ τοῦ ἐράω, ἐρῶ, τὸ ἐπιθυμῶ.]</w:t>
      </w:r>
    </w:p>
    <w:p>
      <w:r>
        <w:rPr>
          <w:rFonts w:ascii="Courier New" w:hAnsi="Courier New"/>
          <w:color w:val="555555"/>
          <w:sz w:val="20"/>
        </w:rPr>
        <w:t>[20]</w:t>
      </w:r>
    </w:p>
    <w:p>
      <w:r>
        <w:rPr>
          <w:rFonts w:ascii="Gentium Plus" w:hAnsi="Gentium Plus"/>
          <w:sz w:val="24"/>
        </w:rPr>
        <w:t>Ἔρομαι. ἐρωτῶ. Ἐρόγευον. δι’ ἑνὸς ρ ὡς σεσημειωμένον. Ἐῤῥόντων. φθειρέσθωσαν. Ἔρσαι. δροσίσαι. [γίνεται παρὰ τὸ εἴρω. ὁ μέλ‐</w:t>
      </w:r>
    </w:p>
    <w:p>
      <w:r>
        <w:rPr>
          <w:rFonts w:ascii="Courier New" w:hAnsi="Courier New"/>
          <w:color w:val="555555"/>
          <w:sz w:val="20"/>
        </w:rPr>
        <w:t>[epsilon 875]</w:t>
      </w:r>
    </w:p>
    <w:p>
      <w:r>
        <w:rPr>
          <w:rFonts w:ascii="Gentium Plus" w:hAnsi="Gentium Plus"/>
          <w:sz w:val="24"/>
        </w:rPr>
        <w:t>κατέχειν τὴν ἀναπνοὴν, ὅθεν καὶ εἱρκτὴ παρὰ τὸ ἕρκος.] Ἑρπύζω. βαδίζω. καὶ ἑρπυσμός. Ἐρυγγάνειν. ἐρεύγεσθαι. καὶ εἰ περίβλεπτον</w:t>
      </w:r>
    </w:p>
    <w:p>
      <w:r>
        <w:rPr>
          <w:rFonts w:ascii="Courier New" w:hAnsi="Courier New"/>
          <w:color w:val="555555"/>
          <w:sz w:val="20"/>
        </w:rPr>
        <w:t>[5]</w:t>
      </w:r>
    </w:p>
    <w:p>
      <w:r>
        <w:rPr>
          <w:rFonts w:ascii="Gentium Plus" w:hAnsi="Gentium Plus"/>
          <w:sz w:val="24"/>
        </w:rPr>
        <w:t>καὶ δόκιμον ἠρύγγανε γένος, δοῦλος ἐπιπράσκετο. Ἐρυθαίνει. πυῤῥὸν ποιεῖ ἢ κόκκινον ἢ μέλαν. [ὅθεν καὶ ἐρύθημα ἡ ῥίζα ἡ λεγομένη ἐρυθρό‐ δανον ἢ ἐρυθροδάνη. καὶ ἐρυθαίνεται.] [Ἐῤῥύθμισεν. ἐκανόνισε. διετύπωσεν.]</w:t>
      </w:r>
    </w:p>
    <w:p>
      <w:r>
        <w:rPr>
          <w:rFonts w:ascii="Courier New" w:hAnsi="Courier New"/>
          <w:color w:val="555555"/>
          <w:sz w:val="20"/>
        </w:rPr>
        <w:t>[10]</w:t>
      </w:r>
    </w:p>
    <w:p>
      <w:r>
        <w:rPr>
          <w:rFonts w:ascii="Gentium Plus" w:hAnsi="Gentium Plus"/>
          <w:sz w:val="24"/>
        </w:rPr>
        <w:t>[Ἐρυθροδανωμένον. κόκκινον, πυρὸν ἢ μέλαν.] τοιοῦτον γὰρ ἡ ῥίζα τῆς ἐρυθροδάνης. Ἐρυκέμεναι καὶ ἐρυκέμεν. ἀντὶ τοῦ κατέχειν ἢ κωλύειν. Ἐρύω. τὸ ἑλκύω.</w:t>
      </w:r>
    </w:p>
    <w:p>
      <w:r>
        <w:rPr>
          <w:rFonts w:ascii="Courier New" w:hAnsi="Courier New"/>
          <w:color w:val="555555"/>
          <w:sz w:val="20"/>
        </w:rPr>
        <w:t>[15]</w:t>
      </w:r>
    </w:p>
    <w:p>
      <w:r>
        <w:rPr>
          <w:rFonts w:ascii="Gentium Plus" w:hAnsi="Gentium Plus"/>
          <w:sz w:val="24"/>
        </w:rPr>
        <w:t>Ἐρυσάμενος. ἑλκύσας. Ἐρύσαντας. ἑλκύσαντας. ἐκδείραντας. ἐρύσαν‐ τας τὸ δέρμα σὺν τῷ χάσματι φυλάττειν. Ἐρχθέντα. ἐν ὕδασιν ἀποπνιγέντα. Ἔῤῥω. τὸ φθείρω, ὡς τό·</w:t>
      </w:r>
    </w:p>
    <w:p>
      <w:r>
        <w:rPr>
          <w:rFonts w:ascii="Courier New" w:hAnsi="Courier New"/>
          <w:color w:val="555555"/>
          <w:sz w:val="20"/>
        </w:rPr>
        <w:t>[20]</w:t>
      </w:r>
    </w:p>
    <w:p>
      <w:r>
        <w:rPr>
          <w:rFonts w:ascii="Gentium Plus" w:hAnsi="Gentium Plus"/>
          <w:sz w:val="24"/>
        </w:rPr>
        <w:t>ἔῤῥε, κακὴ γλήνη— παρὰ τὸ ῥῶ, φθείρω, ἐν συνθέσει τοῦ ἔρι κατὰ</w:t>
      </w:r>
    </w:p>
    <w:p>
      <w:r>
        <w:rPr>
          <w:rFonts w:ascii="Courier New" w:hAnsi="Courier New"/>
          <w:color w:val="555555"/>
          <w:sz w:val="20"/>
        </w:rPr>
        <w:t>[epsilon 876]</w:t>
      </w:r>
    </w:p>
    <w:p>
      <w:r>
        <w:rPr>
          <w:rFonts w:ascii="Gentium Plus" w:hAnsi="Gentium Plus"/>
          <w:sz w:val="24"/>
        </w:rPr>
        <w:t>Ἔῤῥων. μετὰ φθορᾶς παραγενόμενος, ἢ πορευ‐ όμενος. Ἐῤῥῶσθαι φράσας. οἰμώζειν εἰπών· κατε‐ γνωκώς.</w:t>
      </w:r>
    </w:p>
    <w:p>
      <w:r>
        <w:rPr>
          <w:rFonts w:ascii="Courier New" w:hAnsi="Courier New"/>
          <w:color w:val="555555"/>
          <w:sz w:val="20"/>
        </w:rPr>
        <w:t>[5]</w:t>
      </w:r>
    </w:p>
    <w:p>
      <w:r>
        <w:rPr>
          <w:rFonts w:ascii="Gentium Plus" w:hAnsi="Gentium Plus"/>
          <w:sz w:val="24"/>
        </w:rPr>
        <w:t>Ἐρωήσας. ἀντὶ τοῦ μειώσας, κατεάξας· ἢ ὁρ‐ μήσας ἢ ὑποχωρήσας. Ἐῤῥώγασιν. ἐσχίσθησαν. Ἔῤῥωσο. ὑγιαίνοις. ἔῤῥωσο ἐν θεῷ. Ἐρωτῶ σε. παρακαλῶ σε, ἱκετεύω σε. ἐλθεῖν</w:t>
      </w:r>
    </w:p>
    <w:p>
      <w:r>
        <w:rPr>
          <w:rFonts w:ascii="Courier New" w:hAnsi="Courier New"/>
          <w:color w:val="555555"/>
          <w:sz w:val="20"/>
        </w:rPr>
        <w:t>[10]</w:t>
      </w:r>
    </w:p>
    <w:p>
      <w:r>
        <w:rPr>
          <w:rFonts w:ascii="Gentium Plus" w:hAnsi="Gentium Plus"/>
          <w:sz w:val="24"/>
        </w:rPr>
        <w:t>πρὸς αὐτὸν ἐπὶ τὸ δεῖπνον ἠρώτα· ἀντὶ τοῦ παρεκάλει. παρὰ τοῦ ἔρωτος γενικὴν γέγονεν ἐρωτῶ. οἱ γὰρ ἐρωτῶντες ὃ εὔχονται μαθεῖν τοῖς ἐρῶσιν ἐοίκασιν. Ἐῤῥήθησαν. ἀντὶ τοῦ παρηγγέλθησαν. ὁ Ἀπό‐</w:t>
      </w:r>
    </w:p>
    <w:p>
      <w:r>
        <w:rPr>
          <w:rFonts w:ascii="Courier New" w:hAnsi="Courier New"/>
          <w:color w:val="555555"/>
          <w:sz w:val="20"/>
        </w:rPr>
        <w:t>[15]</w:t>
      </w:r>
    </w:p>
    <w:p>
      <w:r>
        <w:rPr>
          <w:rFonts w:ascii="Gentium Plus" w:hAnsi="Gentium Plus"/>
          <w:sz w:val="24"/>
        </w:rPr>
        <w:t>στολος· τῷ δὲ Ἀβραὰμ ἐῤῥήθησαν αἱ ἐπαγ‐ γελίαι. Ἐργαζομένῳ. κατορθοῦντι. οὕτως ὁ Ἀπόστολος· τῷ δὲ ἐργαζομένῳ ὁ μισθὸς οὐ λογίζεται κα‐ τὰ χάριν, ἀλλὰ κατὰ ὀφείλημα.</w:t>
      </w:r>
    </w:p>
    <w:p>
      <w:pPr>
        <w:jc w:val="center"/>
      </w:pPr>
      <w:r>
        <w:rPr>
          <w:rFonts w:ascii="Gentium Plus" w:hAnsi="Gentium Plus"/>
          <w:b/>
          <w:sz w:val="24"/>
        </w:rPr>
        <w:t>(Ἐπίῤῥημα.)</w:t>
      </w:r>
    </w:p>
    <w:p>
      <w:r>
        <w:rPr>
          <w:rFonts w:ascii="Courier New" w:hAnsi="Courier New"/>
          <w:color w:val="555555"/>
          <w:sz w:val="20"/>
        </w:rPr>
        <w:t>[21]</w:t>
      </w:r>
    </w:p>
    <w:p>
      <w:r>
        <w:rPr>
          <w:rFonts w:ascii="Gentium Plus" w:hAnsi="Gentium Plus"/>
          <w:sz w:val="24"/>
        </w:rPr>
        <w:t>Ἔραζε. χαμαὶ, εἰς τὴν γῆν.</w:t>
      </w:r>
    </w:p>
    <w:p>
      <w:r>
        <w:rPr>
          <w:rFonts w:ascii="Courier New" w:hAnsi="Courier New"/>
          <w:color w:val="555555"/>
          <w:sz w:val="20"/>
        </w:rPr>
        <w:t>[epsilon 877]</w:t>
      </w:r>
    </w:p>
    <w:p>
      <w:r>
        <w:rPr>
          <w:rFonts w:ascii="Gentium Plus" w:hAnsi="Gentium Plus"/>
          <w:sz w:val="24"/>
        </w:rPr>
        <w:t>Ἐῤῥωμένως. ὑγιῶς. Ἐρωτικῶς. ἐπιθυμητικῶς. Ἐρωμανῶς καὶ ἐρωτομανῶς. ὁ ἐν τῷ ἔρωτι μαινόμενος.</w:t>
      </w:r>
    </w:p>
    <w:p>
      <w:pPr>
        <w:jc w:val="center"/>
      </w:pPr>
      <w:r>
        <w:rPr>
          <w:rFonts w:ascii="Gentium Plus" w:hAnsi="Gentium Plus"/>
          <w:b/>
          <w:sz w:val="24"/>
        </w:rPr>
        <w:t>Τὸ Ε μετὰ τοῦ Σ.</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Ἐσσαῖοι. οὗτοι ὑπέρτεροι σφόδρα καὶ λίαν ὑπερ‐ κείμενοι τῶν Φαρισαίων κατὰ τὴν πολιτείαν. στιβαρὸν γὰρ γένος ἑρμηνεύονται, διὰ τῆς τοῦ</w:t>
      </w:r>
    </w:p>
    <w:p>
      <w:r>
        <w:rPr>
          <w:rFonts w:ascii="Courier New" w:hAnsi="Courier New"/>
          <w:color w:val="555555"/>
          <w:sz w:val="20"/>
        </w:rPr>
        <w:t>[10]</w:t>
      </w:r>
    </w:p>
    <w:p>
      <w:r>
        <w:rPr>
          <w:rFonts w:ascii="Gentium Plus" w:hAnsi="Gentium Plus"/>
          <w:sz w:val="24"/>
        </w:rPr>
        <w:t>ὀνόματος ἐκδόσεως. ὑπαγορεύουσι δὲ τὰς βί‐ βλους ὁμοίως τοῖς Νασσαραίοις· τὴν οἰκείαν δὲ πίστιν ἀρνοῦνται στόματι. καὶ τοῦτο ποιοῦντες φασὶ μὴ ἔχειν ἁμαρτίαν. μισοῦσι δὲ τὴν ἐγκρά‐ τειαν καὶ κατὰ ἀνατολὰς οὐκ εὔχονται. τινὲς</w:t>
      </w:r>
    </w:p>
    <w:p>
      <w:r>
        <w:rPr>
          <w:rFonts w:ascii="Courier New" w:hAnsi="Courier New"/>
          <w:color w:val="555555"/>
          <w:sz w:val="20"/>
        </w:rPr>
        <w:t>[15]</w:t>
      </w:r>
    </w:p>
    <w:p>
      <w:r>
        <w:rPr>
          <w:rFonts w:ascii="Gentium Plus" w:hAnsi="Gentium Plus"/>
          <w:sz w:val="24"/>
        </w:rPr>
        <w:t>Ὀσσαῖοι γράφουσιν. †Ἐσσηρός. ὁ μάντις.† Ἐσσεβών. ὁ ἀῤῥαβὼν, ἑβραϊστί. καὶ ἀντὶ τοῦ ἔσωθεν. Ἐσσήν. ὁ βασιλεὺς τῶν μελισσῶν. ἡ γενικὴ</w:t>
      </w:r>
    </w:p>
    <w:p>
      <w:r>
        <w:rPr>
          <w:rFonts w:ascii="Courier New" w:hAnsi="Courier New"/>
          <w:color w:val="555555"/>
          <w:sz w:val="20"/>
        </w:rPr>
        <w:t>[20]</w:t>
      </w:r>
    </w:p>
    <w:p>
      <w:r>
        <w:rPr>
          <w:rFonts w:ascii="Gentium Plus" w:hAnsi="Gentium Plus"/>
          <w:sz w:val="24"/>
        </w:rPr>
        <w:t>τοῦ ἐσσῆνος.</w:t>
      </w:r>
    </w:p>
    <w:p>
      <w:r>
        <w:rPr>
          <w:rFonts w:ascii="Courier New" w:hAnsi="Courier New"/>
          <w:color w:val="555555"/>
          <w:sz w:val="20"/>
        </w:rPr>
        <w:t>[epsilon 878]</w:t>
      </w:r>
    </w:p>
    <w:p>
      <w:r>
        <w:rPr>
          <w:rFonts w:ascii="Gentium Plus" w:hAnsi="Gentium Plus"/>
          <w:sz w:val="24"/>
        </w:rPr>
        <w:t>Ἐς κόρακας. εἰς σκότος. εἰς ὄλεθρον. Ἐσμός. κυρίως τὸ πλῆθος, καὶ ὁ ὄχλος τῶν μελισσῶν. παρὰ τὸ ἅμα πετομένας ἴεσθαι. Ἑσπέριοι. οἱ ἐπὶ τὴν δύσιν οἰκοῦντες.</w:t>
      </w:r>
    </w:p>
    <w:p>
      <w:r>
        <w:rPr>
          <w:rFonts w:ascii="Courier New" w:hAnsi="Courier New"/>
          <w:color w:val="555555"/>
          <w:sz w:val="20"/>
        </w:rPr>
        <w:t>[5]</w:t>
      </w:r>
    </w:p>
    <w:p>
      <w:r>
        <w:rPr>
          <w:rFonts w:ascii="Gentium Plus" w:hAnsi="Gentium Plus"/>
          <w:sz w:val="24"/>
        </w:rPr>
        <w:t>Ἕσπερος. [ἀστὴρ,] ὃς [κάλλιστος] ἐν οὐρανῷ ἵστα‐ ται. εἴτε καὶ ὁ καιρὸς, εἴτε καὶ ὁ ἀστήρ. ἀπὸ τοῦ ἔσω ποιεῖν τὰ ζῶα περᾷν ἀναπαυσόμενα. ἢ ὁ πέρας τῆς ἑῴας φέρων. Ἑστιαιεύς. κύριον. καὶ Ἑστιαῖος.</w:t>
      </w:r>
    </w:p>
    <w:p>
      <w:r>
        <w:rPr>
          <w:rFonts w:ascii="Courier New" w:hAnsi="Courier New"/>
          <w:color w:val="555555"/>
          <w:sz w:val="20"/>
        </w:rPr>
        <w:t>[10]</w:t>
      </w:r>
    </w:p>
    <w:p>
      <w:r>
        <w:rPr>
          <w:rFonts w:ascii="Gentium Plus" w:hAnsi="Gentium Plus"/>
          <w:sz w:val="24"/>
        </w:rPr>
        <w:t>Ἑστιάτωρ. ὁ δειπνοκλήτωρ. Ἐσχαρίτης. ἄρτος ὁ ἀπὸ κλιβάνου. Ἔσχατος. ὁ τελευταῖος. ἀπὸ τοῦ ἔχω. [ἔχα‐ τος καὶ ἔσχατος.] περὶ τὰ τέλη γινόμενοι, [ἐν‐ εχόμεθα ἢ βαδίζειν ἢ ἀριθμεῖν, ἢ ὅ, τι ποιεῖν</w:t>
      </w:r>
    </w:p>
    <w:p>
      <w:r>
        <w:rPr>
          <w:rFonts w:ascii="Courier New" w:hAnsi="Courier New"/>
          <w:color w:val="555555"/>
          <w:sz w:val="20"/>
        </w:rPr>
        <w:t>[15]</w:t>
      </w:r>
    </w:p>
    <w:p>
      <w:r>
        <w:rPr>
          <w:rFonts w:ascii="Gentium Plus" w:hAnsi="Gentium Plus"/>
          <w:sz w:val="24"/>
        </w:rPr>
        <w:t>οὐκ ἔτι προβῆναι δύναται. ἀλλὰ ὕστερος κεῖται τοῦ πρώτου.]</w:t>
      </w:r>
    </w:p>
    <w:p>
      <w:pPr>
        <w:jc w:val="center"/>
      </w:pPr>
      <w:r>
        <w:rPr>
          <w:rFonts w:ascii="Gentium Plus" w:hAnsi="Gentium Plus"/>
          <w:b/>
          <w:sz w:val="24"/>
        </w:rPr>
        <w:t>(Θηλυκόν.)</w:t>
      </w:r>
    </w:p>
    <w:p>
      <w:r>
        <w:rPr>
          <w:rFonts w:ascii="Courier New" w:hAnsi="Courier New"/>
          <w:color w:val="555555"/>
          <w:sz w:val="20"/>
        </w:rPr>
        <w:t>[18]</w:t>
      </w:r>
    </w:p>
    <w:p>
      <w:r>
        <w:rPr>
          <w:rFonts w:ascii="Gentium Plus" w:hAnsi="Gentium Plus"/>
          <w:sz w:val="24"/>
        </w:rPr>
        <w:t>Ἐς ἀώ. εἰς μίαν ἡμέραν. Ἐσαώρας. εἰς καιρούς.</w:t>
      </w:r>
    </w:p>
    <w:p>
      <w:r>
        <w:rPr>
          <w:rFonts w:ascii="Courier New" w:hAnsi="Courier New"/>
          <w:color w:val="555555"/>
          <w:sz w:val="20"/>
        </w:rPr>
        <w:t>[20]</w:t>
      </w:r>
    </w:p>
    <w:p>
      <w:r>
        <w:rPr>
          <w:rFonts w:ascii="Gentium Plus" w:hAnsi="Gentium Plus"/>
          <w:sz w:val="24"/>
        </w:rPr>
        <w:t>Ἔσσα. ὄνομα πόλεως.</w:t>
      </w:r>
    </w:p>
    <w:p>
      <w:r>
        <w:rPr>
          <w:rFonts w:ascii="Courier New" w:hAnsi="Courier New"/>
          <w:color w:val="555555"/>
          <w:sz w:val="20"/>
        </w:rPr>
        <w:t>[epsilon 879]</w:t>
      </w:r>
    </w:p>
    <w:p>
      <w:r>
        <w:rPr>
          <w:rFonts w:ascii="Gentium Plus" w:hAnsi="Gentium Plus"/>
          <w:sz w:val="24"/>
        </w:rPr>
        <w:t>Ἐσθήσεσιν. ἱματίοις. ἐσθήσεσιν ἀστραπτούσαις. Ἐσθής. τὸ ἱμάτιον. παρὰ τὸ ἕω, τὸ ἐνδύομαι, ἑστής. [ὥσπερ παρὰ τὸ ἀργὸς ἀργὴς, ἀφ’ οὗ τό· —ἀργῆτα κεραυνόν.</w:t>
      </w:r>
    </w:p>
    <w:p>
      <w:r>
        <w:rPr>
          <w:rFonts w:ascii="Courier New" w:hAnsi="Courier New"/>
          <w:color w:val="555555"/>
          <w:sz w:val="20"/>
        </w:rPr>
        <w:t>[5]</w:t>
      </w:r>
    </w:p>
    <w:p>
      <w:r>
        <w:rPr>
          <w:rFonts w:ascii="Gentium Plus" w:hAnsi="Gentium Plus"/>
          <w:sz w:val="24"/>
        </w:rPr>
        <w:t>καὶ γυμνὸς γυμνής· οὕτως καὶ ἐστὸς ἐστὴς καὶ ἐσθής.] Ἑσία. ἡ πρεσβεία. αἰσία δὲ ἡ δικαία καὶ ἡ πρέπουσα, δίφθογγον. Ἐσκουπονδία. στρατιωτικὰ ἐφόδια κατὰ Ῥω‐</w:t>
      </w:r>
    </w:p>
    <w:p>
      <w:r>
        <w:rPr>
          <w:rFonts w:ascii="Courier New" w:hAnsi="Courier New"/>
          <w:color w:val="555555"/>
          <w:sz w:val="20"/>
        </w:rPr>
        <w:t>[10]</w:t>
      </w:r>
    </w:p>
    <w:p>
      <w:r>
        <w:rPr>
          <w:rFonts w:ascii="Gentium Plus" w:hAnsi="Gentium Plus"/>
          <w:sz w:val="24"/>
        </w:rPr>
        <w:t>μαίους. Ἑσπέρα. ἡλίου στέρησις ἢ πέρας τῆς ἡμέρας· ἕως γὰρ ἡ ἡμέρα. Ἐς ἠῶ. εἰς ἡμέραν. Ἑστιάδες. αἱ ἱέρειαι.</w:t>
      </w:r>
    </w:p>
    <w:p>
      <w:r>
        <w:rPr>
          <w:rFonts w:ascii="Courier New" w:hAnsi="Courier New"/>
          <w:color w:val="555555"/>
          <w:sz w:val="20"/>
        </w:rPr>
        <w:t>[15]</w:t>
      </w:r>
    </w:p>
    <w:p>
      <w:r>
        <w:rPr>
          <w:rFonts w:ascii="Gentium Plus" w:hAnsi="Gentium Plus"/>
          <w:sz w:val="24"/>
        </w:rPr>
        <w:t>Ἑστία. ἡ οἰκία, δίαιτα, οἴκησις, [βωμὸς,] χυτρό‐ πους, ἐσχάρα. Ἑστιατορία. ἡ ἑστίασις. Ἐσχατιά. τὸ ἔσχατον μέρος τῆς ἐρημίας, ἢ ὁ ἔσχατος τόπος τῆς γῆς, ἢ τὰ νομὰς ἔχοντα χω‐</w:t>
      </w:r>
    </w:p>
    <w:p>
      <w:r>
        <w:rPr>
          <w:rFonts w:ascii="Courier New" w:hAnsi="Courier New"/>
          <w:color w:val="555555"/>
          <w:sz w:val="20"/>
        </w:rPr>
        <w:t>[20]</w:t>
      </w:r>
    </w:p>
    <w:p>
      <w:r>
        <w:rPr>
          <w:rFonts w:ascii="Gentium Plus" w:hAnsi="Gentium Plus"/>
          <w:sz w:val="24"/>
        </w:rPr>
        <w:t>ρία. καὶ τὰ πρὸς τοῖς τέρμασι τῶν χωρίων ἐσχατιὰς ἔλεγον, οἷς γειτνιᾷ ὄρος εἴτε θά‐</w:t>
      </w:r>
    </w:p>
    <w:p>
      <w:r>
        <w:rPr>
          <w:rFonts w:ascii="Courier New" w:hAnsi="Courier New"/>
          <w:color w:val="555555"/>
          <w:sz w:val="20"/>
        </w:rPr>
        <w:t>[epsilon 880]</w:t>
      </w:r>
    </w:p>
    <w:p>
      <w:r>
        <w:rPr>
          <w:rFonts w:ascii="Gentium Plus" w:hAnsi="Gentium Plus"/>
          <w:sz w:val="24"/>
        </w:rPr>
        <w:t>Ἐσχάτη ἀδικία. ἄκρα καὶ τελεία. Ἐσχατόωσαν. ἐσχάτην κειμένην. Ἐσχάρα. Λυκοῦργος καὶ Ἀμμώνιος τὴν ἑστίαν λέγουσι τὴν μὴ ἔχουσαν ὕψος, ἀλλ’ ἐπὶ γῆς</w:t>
      </w:r>
    </w:p>
    <w:p>
      <w:r>
        <w:rPr>
          <w:rFonts w:ascii="Courier New" w:hAnsi="Courier New"/>
          <w:color w:val="555555"/>
          <w:sz w:val="20"/>
        </w:rPr>
        <w:t>[5]</w:t>
      </w:r>
    </w:p>
    <w:p>
      <w:r>
        <w:rPr>
          <w:rFonts w:ascii="Gentium Plus" w:hAnsi="Gentium Plus"/>
          <w:sz w:val="24"/>
        </w:rPr>
        <w:t>ἱδρυμένην ἢ κοίλην. παρὸ καὶ τοὺς ἰατροὺς τὰ ἐν σώματι κοῖλα ἕλκη λέγουσι καλεῖν ἐσχάρας. Ἐσχάραι καὶ αἱ ἐπ’ ἐδάφους ἀνθρακίαι. ὅσσαι γὰρ Τρώων πυρὸς ἐσχάραι. Ἐσχάτη γαστήρ. τὸ κοιλοέντερον λέγει ὁ</w:t>
      </w:r>
    </w:p>
    <w:p>
      <w:r>
        <w:rPr>
          <w:rFonts w:ascii="Courier New" w:hAnsi="Courier New"/>
          <w:color w:val="555555"/>
          <w:sz w:val="20"/>
        </w:rPr>
        <w:t>[10]</w:t>
      </w:r>
    </w:p>
    <w:p>
      <w:r>
        <w:rPr>
          <w:rFonts w:ascii="Gentium Plus" w:hAnsi="Gentium Plus"/>
          <w:sz w:val="24"/>
        </w:rPr>
        <w:t>Ἱπποκράτης. [καὶ ὁ Ψελλός·] τὸν θώρακα δὲ κίθαρον, κρατῆρας τοὺς ὀδόντας. τὸ κῶλον καὶ τὸ ἔντερον ἐσχάτην τῆς γαστέρος. ἔστι δ’ ὅπου τὸν τράχηλον στόμαχον τῆς γαστέρος.</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Ἐσθημάτων. ἱματίων. Ἔσθος. τὸ ἱμάτιον.</w:t>
      </w:r>
    </w:p>
    <w:p>
      <w:r>
        <w:rPr>
          <w:rFonts w:ascii="Courier New" w:hAnsi="Courier New"/>
          <w:color w:val="555555"/>
          <w:sz w:val="20"/>
        </w:rPr>
        <w:t>[20]</w:t>
      </w:r>
    </w:p>
    <w:p>
      <w:r>
        <w:rPr>
          <w:rFonts w:ascii="Gentium Plus" w:hAnsi="Gentium Plus"/>
          <w:sz w:val="24"/>
        </w:rPr>
        <w:t>Ἐσθλά. ἀγαθά. ἐσθλὸς ἐὼν ἄλλου κρείττονος ἀντέτυχεν. Ἑσπέρια. τὰ δυτικά. Ἔσοπτρον. κάτοπτρον. ἐσόπτρῳ ἐνορῶντες.</w:t>
      </w:r>
    </w:p>
    <w:p>
      <w:r>
        <w:rPr>
          <w:rFonts w:ascii="Courier New" w:hAnsi="Courier New"/>
          <w:color w:val="555555"/>
          <w:sz w:val="20"/>
        </w:rPr>
        <w:t>[epsilon 881]</w:t>
      </w:r>
    </w:p>
    <w:p>
      <w:r>
        <w:rPr>
          <w:rFonts w:ascii="Gentium Plus" w:hAnsi="Gentium Plus"/>
          <w:sz w:val="24"/>
        </w:rPr>
        <w:t>Ἐς τάχος γράφει. ἀττικῶς οὕτω λέγει. καὶ ἐς κάλλος γράφει, ἀλλ’ οὐ καλλιγραφεῖ. Ἐσχαρίου πυρός. τοῦ ἐπὶ τῆς ἐσχάρας. Ἤριπεν ἐσχαρίου λάβρον ἐπ’ ἆσθμα πυ‐</w:t>
      </w:r>
    </w:p>
    <w:p>
      <w:r>
        <w:rPr>
          <w:rFonts w:ascii="Courier New" w:hAnsi="Courier New"/>
          <w:color w:val="555555"/>
          <w:sz w:val="20"/>
        </w:rPr>
        <w:t>[5]</w:t>
      </w:r>
    </w:p>
    <w:p>
      <w:r>
        <w:rPr>
          <w:rFonts w:ascii="Gentium Plus" w:hAnsi="Gentium Plus"/>
          <w:sz w:val="24"/>
        </w:rPr>
        <w:t>ρός. Ἔσχατα κακά. τὰ μεγάλα παθεῖν. μὴ τὰ ἔσχα‐ τα αὐτὸν περιϊδεῖν παθόντα. ἀντὶ τοῦ λίαν, μέγα. Ἐσχάριον. τὸ θυμιατήριον. τοῦ Ψελλοῦ· τὸ</w:t>
      </w:r>
    </w:p>
    <w:p>
      <w:r>
        <w:rPr>
          <w:rFonts w:ascii="Courier New" w:hAnsi="Courier New"/>
          <w:color w:val="555555"/>
          <w:sz w:val="20"/>
        </w:rPr>
        <w:t>[10]</w:t>
      </w:r>
    </w:p>
    <w:p>
      <w:r>
        <w:rPr>
          <w:rFonts w:ascii="Gentium Plus" w:hAnsi="Gentium Plus"/>
          <w:sz w:val="24"/>
        </w:rPr>
        <w:t>δὲ θυμιατήριον ἐσχάριόν μοι κάλει. Ἐσάλευε καὶ ἀπεσάλευε. τοῦτο ἐπὶ νεῶν λέ‐ γεται καὶ ἐπὶ ἀνθρώπων. σημαίνει δὲ ἡ λέξις τὰς ἐλπίδας ἐπὶ τούτοις εἶχεν. Ἔσσατο. περιεβάλλετο.</w:t>
      </w:r>
    </w:p>
    <w:p>
      <w:r>
        <w:rPr>
          <w:rFonts w:ascii="Courier New" w:hAnsi="Courier New"/>
          <w:color w:val="555555"/>
          <w:sz w:val="20"/>
        </w:rPr>
        <w:t>[15]</w:t>
      </w:r>
    </w:p>
    <w:p>
      <w:r>
        <w:rPr>
          <w:rFonts w:ascii="Gentium Plus" w:hAnsi="Gentium Plus"/>
          <w:sz w:val="24"/>
        </w:rPr>
        <w:t>ἕσσατο Δαμαρέτου θυγάτηρ. Ἔσαν. ὑπῆρχον. [ἔστι παρατατικὸς τρίτου προσ‐ ώπου τῶν πληθυντικῶν τῶν εἰς μι. τοίοι ἔσαν κήρυκες καὶ ὀτρυρώ—.] Ἐσέφθη. ἐσεβάσθη, ἐτίμησε, καὶ ἀντὶ τοῦ</w:t>
      </w:r>
    </w:p>
    <w:p>
      <w:r>
        <w:rPr>
          <w:rFonts w:ascii="Courier New" w:hAnsi="Courier New"/>
          <w:color w:val="555555"/>
          <w:sz w:val="20"/>
        </w:rPr>
        <w:t>[20]</w:t>
      </w:r>
    </w:p>
    <w:p>
      <w:r>
        <w:rPr>
          <w:rFonts w:ascii="Gentium Plus" w:hAnsi="Gentium Plus"/>
          <w:sz w:val="24"/>
        </w:rPr>
        <w:t>ἐθαύμασε καὶ ἐξεπλάγη, καὶ ἀντὶ τοῦ ἐμαν‐ τεύθη. Ἐσεσήρεσαν. ἀντὶ τοῦ ἐκεχήνεσαν. ἡ μεταφο‐</w:t>
      </w:r>
    </w:p>
    <w:p>
      <w:r>
        <w:rPr>
          <w:rFonts w:ascii="Courier New" w:hAnsi="Courier New"/>
          <w:color w:val="555555"/>
          <w:sz w:val="20"/>
        </w:rPr>
        <w:t>[epsilon 882]</w:t>
      </w:r>
    </w:p>
    <w:p>
      <w:r>
        <w:rPr>
          <w:rFonts w:ascii="Gentium Plus" w:hAnsi="Gentium Plus"/>
          <w:sz w:val="24"/>
        </w:rPr>
        <w:t>ἐσεσήρεσαν ἡμιμανές τε καὶ ἄγριον [οἱ Σκύ‐ θαι.] Ἐσεσήρει. ὠργίζετο. λίαν γὰρ εἰς αὐτὴν ἡ Θεο‐ δώρα [ἠγριαίνετο καὶ ἐσεσήρει. ἢ ἐσεσήρει] ἀν‐</w:t>
      </w:r>
    </w:p>
    <w:p>
      <w:r>
        <w:rPr>
          <w:rFonts w:ascii="Courier New" w:hAnsi="Courier New"/>
          <w:color w:val="555555"/>
          <w:sz w:val="20"/>
        </w:rPr>
        <w:t>[5]</w:t>
      </w:r>
    </w:p>
    <w:p>
      <w:r>
        <w:rPr>
          <w:rFonts w:ascii="Gentium Plus" w:hAnsi="Gentium Plus"/>
          <w:sz w:val="24"/>
        </w:rPr>
        <w:t>τὶ τοῦ ἐδυσχέραινεν. Ἔσεισεν. ἀντὶ τοῦ ἐλύπησεν. ἔσεισέ μου τὴν καρ‐ δίαν. καὶ ἀντὶ τοῦ ἐτάραξεν. ἐσείσθησαν λαοί. Ἐσήλατο. εἰσῆλθεν, εἰσέφρησεν, ἐπεισῆλθεν,</w:t>
      </w:r>
    </w:p>
    <w:p>
      <w:r>
        <w:rPr>
          <w:rFonts w:ascii="Courier New" w:hAnsi="Courier New"/>
          <w:color w:val="555555"/>
          <w:sz w:val="20"/>
        </w:rPr>
        <w:t>[10]</w:t>
      </w:r>
    </w:p>
    <w:p>
      <w:r>
        <w:rPr>
          <w:rFonts w:ascii="Gentium Plus" w:hAnsi="Gentium Plus"/>
          <w:sz w:val="24"/>
        </w:rPr>
        <w:t>εἰσεπήδησεν. Ἐσήμαινε. προσέτασσεν. ὁρῶν τὸ πρόθυμον τῶν Ῥωμαίων, ἐσήμαινε τοῖς ἑαυτῷ ἑπομένοις ἐπι‐ κουρεῖν. Ἔσθενε. σθένους καὶ δυνάμεως μετεῖχεν. ἔστε‐</w:t>
      </w:r>
    </w:p>
    <w:p>
      <w:r>
        <w:rPr>
          <w:rFonts w:ascii="Courier New" w:hAnsi="Courier New"/>
          <w:color w:val="555555"/>
          <w:sz w:val="20"/>
        </w:rPr>
        <w:t>[15]</w:t>
      </w:r>
    </w:p>
    <w:p>
      <w:r>
        <w:rPr>
          <w:rFonts w:ascii="Gentium Plus" w:hAnsi="Gentium Plus"/>
          <w:sz w:val="24"/>
        </w:rPr>
        <w:t>νε δὲ, ἀντὶ τοῦ ἐστέναζεν. Ἐσθίειν λέγεται. ἔσθειν δὲ σπανίως καὶ εἴπερ ἄρα οἱ ποιηταί. Ἔσθε. τρῶγε. Ἔσθω. τρώγω. ἀφ’ οὗ παράγωγον ἐσθίω. καὶ</w:t>
      </w:r>
    </w:p>
    <w:p>
      <w:r>
        <w:rPr>
          <w:rFonts w:ascii="Courier New" w:hAnsi="Courier New"/>
          <w:color w:val="555555"/>
          <w:sz w:val="20"/>
        </w:rPr>
        <w:t>[20]</w:t>
      </w:r>
    </w:p>
    <w:p>
      <w:r>
        <w:rPr>
          <w:rFonts w:ascii="Gentium Plus" w:hAnsi="Gentium Plus"/>
          <w:sz w:val="24"/>
        </w:rPr>
        <w:t>ἡ μετοχὴ ὁ ἔσθων. ἔσθων καὶ πίνων. παρὰ τὸ ἔδος ἐστός. [ὡς βάζω, βιβαστὸς, ἐγείρω, ἐγερτός· καὶ ἀπὸ τοῦ βιβαστὸς βιβάσθω καὶ</w:t>
      </w:r>
    </w:p>
    <w:p>
      <w:r>
        <w:rPr>
          <w:rFonts w:ascii="Courier New" w:hAnsi="Courier New"/>
          <w:color w:val="555555"/>
          <w:sz w:val="20"/>
        </w:rPr>
        <w:t>[epsilon 883]</w:t>
      </w:r>
    </w:p>
    <w:p>
      <w:r>
        <w:rPr>
          <w:rFonts w:ascii="Gentium Plus" w:hAnsi="Gentium Plus"/>
          <w:sz w:val="24"/>
        </w:rPr>
        <w:t>Ἐσθεῖν καὶ ἐστρέχειν. Ἐσσί. καὶ ὑπάρχεις. ἔστιν ἔω, ἔσω. [οἱ δὲ Σι‐ κελοὶ τὰ ἐπὶ μελλόντων βραχέα φωνήεντα, δι‐ πλάζοντες τὸ ς διπλάσσω λέγουσιν. ὁμοίως τὸ</w:t>
      </w:r>
    </w:p>
    <w:p>
      <w:r>
        <w:rPr>
          <w:rFonts w:ascii="Courier New" w:hAnsi="Courier New"/>
          <w:color w:val="555555"/>
          <w:sz w:val="20"/>
        </w:rPr>
        <w:t>[5]</w:t>
      </w:r>
    </w:p>
    <w:p>
      <w:r>
        <w:rPr>
          <w:rFonts w:ascii="Gentium Plus" w:hAnsi="Gentium Plus"/>
          <w:sz w:val="24"/>
        </w:rPr>
        <w:t>ἔσσω, ἔσσομαι, ἔσσεται. οἱ δὲ Δωριεῖς καὶ ἐν τῷ μέσῳ παθητικῷ περισπῶσι προστιθέντες τὸ ἰῶτα, πλεύσεται, πλευσεῖται, ἔσσεται, ἐσσεῖ‐ ται.] Ἐσκληκότα. προσλιπαροῦντα. μετῆκται δὲ ἀπὸ</w:t>
      </w:r>
    </w:p>
    <w:p>
      <w:r>
        <w:rPr>
          <w:rFonts w:ascii="Courier New" w:hAnsi="Courier New"/>
          <w:color w:val="555555"/>
          <w:sz w:val="20"/>
        </w:rPr>
        <w:t>[10]</w:t>
      </w:r>
    </w:p>
    <w:p>
      <w:r>
        <w:rPr>
          <w:rFonts w:ascii="Gentium Plus" w:hAnsi="Gentium Plus"/>
          <w:sz w:val="24"/>
        </w:rPr>
        <w:t>τῶν προσξηραινομένων. Ἐσκοπίαζε. περιέβλεπεν. Ἔσκαζεν. ἐνεδοίαζεν, ἀμφέβαλεν. ὁ δὲ ἔσκα‐ ζεν, ὅπως ἔχει γνώμης τὰ Ῥωμαίων συντά‐ γματα.</w:t>
      </w:r>
    </w:p>
    <w:p>
      <w:r>
        <w:rPr>
          <w:rFonts w:ascii="Courier New" w:hAnsi="Courier New"/>
          <w:color w:val="555555"/>
          <w:sz w:val="20"/>
        </w:rPr>
        <w:t>[15]</w:t>
      </w:r>
    </w:p>
    <w:p>
      <w:r>
        <w:rPr>
          <w:rFonts w:ascii="Gentium Plus" w:hAnsi="Gentium Plus"/>
          <w:sz w:val="24"/>
        </w:rPr>
        <w:t>Ἔσκαλεν. ἐσκάλευεν, ἠρεύνα, ἀνεζήτει. καὶ ἔσκα‐ λε τὸ πνεῦμά μου. Ἐσκευώρησεν. ἐπεβούλευσεν. ἐξ οὗ καὶ σκευω‐ ρία ἡ ἐπιβουλή. Ἐσκιμάλισεν. ἐνύβρισε, κατεδακτύλισε. σκυ‐</w:t>
      </w:r>
    </w:p>
    <w:p>
      <w:r>
        <w:rPr>
          <w:rFonts w:ascii="Courier New" w:hAnsi="Courier New"/>
          <w:color w:val="555555"/>
          <w:sz w:val="20"/>
        </w:rPr>
        <w:t>[20]</w:t>
      </w:r>
    </w:p>
    <w:p>
      <w:r>
        <w:rPr>
          <w:rFonts w:ascii="Gentium Plus" w:hAnsi="Gentium Plus"/>
          <w:sz w:val="24"/>
        </w:rPr>
        <w:t>μαλίσαι γάρ ἐστι κυρίως τὸ μέσον τὸν δάκτυ‐ λον εἰς τὸν τρωκτὸν τοῦ ὀρνέου ἐμβαλεῖν. Ἔσκεν. ὑπῆρχεν. *Ἔστρεψεν. ἀντὶ τοῦ στρέψας ἐξ ἄλλου εἰς</w:t>
      </w:r>
    </w:p>
    <w:p>
      <w:r>
        <w:rPr>
          <w:rFonts w:ascii="Courier New" w:hAnsi="Courier New"/>
          <w:color w:val="555555"/>
          <w:sz w:val="20"/>
        </w:rPr>
        <w:t>[epsilon 884]</w:t>
      </w:r>
    </w:p>
    <w:p>
      <w:r>
        <w:rPr>
          <w:rFonts w:ascii="Gentium Plus" w:hAnsi="Gentium Plus"/>
          <w:sz w:val="24"/>
        </w:rPr>
        <w:t>Ἐσκορόδισας. κλαῦσαι ἐποίησας, ἐδρίμυξας. ἀπὸ τῶν τὰ σκόροδα τριβόντων. καὶ τοῖς ἀλεκτρυό‐ σι γὰρ διδόασι σκόροδα ἐσθίειν, ἵνα ὦσι δριμύ‐ τεροι ἐν τῇ μάχῃ.</w:t>
      </w:r>
    </w:p>
    <w:p>
      <w:r>
        <w:rPr>
          <w:rFonts w:ascii="Courier New" w:hAnsi="Courier New"/>
          <w:color w:val="555555"/>
          <w:sz w:val="20"/>
        </w:rPr>
        <w:t>[5]</w:t>
      </w:r>
    </w:p>
    <w:p>
      <w:r>
        <w:rPr>
          <w:rFonts w:ascii="Gentium Plus" w:hAnsi="Gentium Plus"/>
          <w:sz w:val="24"/>
        </w:rPr>
        <w:t>Ἐσθόμενος. ἐσθίων. ἔσθω γὰρ τὸ ῥῆμα. Ἐσμέν. ὑπάρχομεν. ἀπὸ τοῦ εἰμὶ τοῦ σημαίνον‐ τος τὸ ὑπάρχω. [τὸ πληθυντικὸν ἐμὲν, καὶ πλεονασμῷ τοῦ ς ἐσμέν.] [Ἐσμύρνισεν. ἤλειψεν.]</w:t>
      </w:r>
    </w:p>
    <w:p>
      <w:r>
        <w:rPr>
          <w:rFonts w:ascii="Courier New" w:hAnsi="Courier New"/>
          <w:color w:val="555555"/>
          <w:sz w:val="20"/>
        </w:rPr>
        <w:t>[10]</w:t>
      </w:r>
    </w:p>
    <w:p>
      <w:r>
        <w:rPr>
          <w:rFonts w:ascii="Gentium Plus" w:hAnsi="Gentium Plus"/>
          <w:sz w:val="24"/>
        </w:rPr>
        <w:t>[Ἐσομένους. γενησομένους.] [Ἔσο. ἔνδυσο. σημαίνει καὶ τὸ ὕπαρχε.] Ἐσπαρμένη παράταξις. ὅταν εἰς ὄγκους πλείονας διαλύηται τῶν πραγμάτων. Ἐσπόδει. κονιορτοῦ ἐπλήρου.</w:t>
      </w:r>
    </w:p>
    <w:p>
      <w:r>
        <w:rPr>
          <w:rFonts w:ascii="Courier New" w:hAnsi="Courier New"/>
          <w:color w:val="555555"/>
          <w:sz w:val="20"/>
        </w:rPr>
        <w:t>[15]</w:t>
      </w:r>
    </w:p>
    <w:p>
      <w:r>
        <w:rPr>
          <w:rFonts w:ascii="Gentium Plus" w:hAnsi="Gentium Plus"/>
          <w:sz w:val="24"/>
        </w:rPr>
        <w:t>Ἐσπάθα. κατανήλισκε, κατήσθιε. σπαθᾷν γὰρ καὶ τὸ ἀφειδῶς ἀναλίσκειν, καὶ παρὰ τοῖς ῥήτορσιν εἴρηται. Ἐσπαθημένος. πεπυκνωμένος. ἀπὸ τῶν κατα‐ κρουσάντων σπαθῶν τὴν κρόκην.</w:t>
      </w:r>
    </w:p>
    <w:p>
      <w:r>
        <w:rPr>
          <w:rFonts w:ascii="Courier New" w:hAnsi="Courier New"/>
          <w:color w:val="555555"/>
          <w:sz w:val="20"/>
        </w:rPr>
        <w:t>[20]</w:t>
      </w:r>
    </w:p>
    <w:p>
      <w:r>
        <w:rPr>
          <w:rFonts w:ascii="Gentium Plus" w:hAnsi="Gentium Plus"/>
          <w:sz w:val="24"/>
        </w:rPr>
        <w:t>Ἔσπω. τὸ λέγω. Ἔσπετε. εἰπεῖν ποιήσατε. ἐξ οὗ καὶ ἔπος ὁ λόγος. [καὶ τὸ τοιόνδε μέτρον καὶ πᾶν μέτρον. τοῦ ἔπω τὸ παθητικὸν ἔπετε καὶ πλεονασμῷ τοῦ ς ἔσπετε.]</w:t>
      </w:r>
    </w:p>
    <w:p>
      <w:r>
        <w:rPr>
          <w:rFonts w:ascii="Courier New" w:hAnsi="Courier New"/>
          <w:color w:val="555555"/>
          <w:sz w:val="20"/>
        </w:rPr>
        <w:t>[25]</w:t>
      </w:r>
    </w:p>
    <w:p>
      <w:r>
        <w:rPr>
          <w:rFonts w:ascii="Gentium Plus" w:hAnsi="Gentium Plus"/>
          <w:sz w:val="24"/>
        </w:rPr>
        <w:t>Ἐσπάρασσεν. ἠρέθιζεν.</w:t>
      </w:r>
    </w:p>
    <w:p>
      <w:r>
        <w:rPr>
          <w:rFonts w:ascii="Courier New" w:hAnsi="Courier New"/>
          <w:color w:val="555555"/>
          <w:sz w:val="20"/>
        </w:rPr>
        <w:t>[epsilon 885]</w:t>
      </w:r>
    </w:p>
    <w:p>
      <w:r>
        <w:rPr>
          <w:rFonts w:ascii="Gentium Plus" w:hAnsi="Gentium Plus"/>
          <w:sz w:val="24"/>
        </w:rPr>
        <w:t>Ἔσπασας. ἔπιες. εἵλκυσας. [Ἀρκεσίλαε, τί μοι τόσον ἄκρατον ἀφειδῶς Ἔσπασας, ὥστε φρενῶν ἐκτὸς ὤλισθες ἑῶν.]</w:t>
      </w:r>
    </w:p>
    <w:p>
      <w:r>
        <w:rPr>
          <w:rFonts w:ascii="Courier New" w:hAnsi="Courier New"/>
          <w:color w:val="555555"/>
          <w:sz w:val="20"/>
        </w:rPr>
        <w:t>[5]</w:t>
      </w:r>
    </w:p>
    <w:p>
      <w:r>
        <w:rPr>
          <w:rFonts w:ascii="Gentium Plus" w:hAnsi="Gentium Plus"/>
          <w:sz w:val="24"/>
        </w:rPr>
        <w:t>Ἐσπείσατο. διηλλάγη. Ἔσπεισεν. ἀντὶ τοῦ ἔθυσεν. [ἐσπείσαντο, θυ‐ σίαν ἐποιήσαντο.] Ἐσταλμένοι. ἐσκευασμένοι. νεανίαι χωρητικῶς ἐσταλμένοι.</w:t>
      </w:r>
    </w:p>
    <w:p>
      <w:r>
        <w:rPr>
          <w:rFonts w:ascii="Courier New" w:hAnsi="Courier New"/>
          <w:color w:val="555555"/>
          <w:sz w:val="20"/>
        </w:rPr>
        <w:t>[10]</w:t>
      </w:r>
    </w:p>
    <w:p>
      <w:r>
        <w:rPr>
          <w:rFonts w:ascii="Gentium Plus" w:hAnsi="Gentium Plus"/>
          <w:sz w:val="24"/>
        </w:rPr>
        <w:t>Ἐσταθευμέναις. ἐξεπιπολῆς ὀπτηθείσαις, ἢ χλιανθείσαις πυρί. σταθεύειν γὰρ τὸ μὴ λίαν ὀπτῆσαι. Ἔσται. τοῦτο τετραχῶς εἴρηται παρ’ Ὁμήρῳ. [ἔσσεται, ἐσσεῖται, ἔσται.]</w:t>
      </w:r>
    </w:p>
    <w:p>
      <w:r>
        <w:rPr>
          <w:rFonts w:ascii="Courier New" w:hAnsi="Courier New"/>
          <w:color w:val="555555"/>
          <w:sz w:val="20"/>
        </w:rPr>
        <w:t>[15]</w:t>
      </w:r>
    </w:p>
    <w:p>
      <w:r>
        <w:rPr>
          <w:rFonts w:ascii="Gentium Plus" w:hAnsi="Gentium Plus"/>
          <w:sz w:val="24"/>
        </w:rPr>
        <w:t>†Ἑστηκώς. ἵστημι, ἕστακα, ἑστηκὼς καὶ ἑστηώς.† Ἑστήκει. ἀντὶ τοῦ ἵσταται. ἔστησα ψιλοῦται, διότι πέφυκεν ἀόριστος αʹ ἀποβάλλειν τὸ ε, οἷον ἔστησα, στῆσα. καὶ διὰ τὴν τοῦ παρακειμένου</w:t>
      </w:r>
    </w:p>
    <w:p>
      <w:r>
        <w:rPr>
          <w:rFonts w:ascii="Courier New" w:hAnsi="Courier New"/>
          <w:color w:val="555555"/>
          <w:sz w:val="20"/>
        </w:rPr>
        <w:t>[20]</w:t>
      </w:r>
    </w:p>
    <w:p>
      <w:r>
        <w:rPr>
          <w:rFonts w:ascii="Gentium Plus" w:hAnsi="Gentium Plus"/>
          <w:sz w:val="24"/>
        </w:rPr>
        <w:t>δασεῖαν ὁ δεύτερος ἀόριστος οὐ δασύνεται. Ἐστηλιτευμένον. ἀναγεγραμμένον. Ἔστιν. ὑπάρχει. ἔσθειν δὲ ἀντὶ τοῦ τρώγειν δί‐</w:t>
      </w:r>
    </w:p>
    <w:p>
      <w:r>
        <w:rPr>
          <w:rFonts w:ascii="Courier New" w:hAnsi="Courier New"/>
          <w:color w:val="555555"/>
          <w:sz w:val="20"/>
        </w:rPr>
        <w:t>[epsilon 886]</w:t>
      </w:r>
    </w:p>
    <w:p>
      <w:r>
        <w:rPr>
          <w:rFonts w:ascii="Gentium Plus" w:hAnsi="Gentium Plus"/>
          <w:sz w:val="24"/>
        </w:rPr>
        <w:t>Ἑστιᾶται. εὐωχεῖται. Ἔστενεν. ἐστέναζε. καὶ ἔστονεν. Ἐστορέσθη. κατεκοιμίσθη, ἐπραΰνθη, ὡμα‐ λίσθη.</w:t>
      </w:r>
    </w:p>
    <w:p>
      <w:r>
        <w:rPr>
          <w:rFonts w:ascii="Courier New" w:hAnsi="Courier New"/>
          <w:color w:val="555555"/>
          <w:sz w:val="20"/>
        </w:rPr>
        <w:t>[5]</w:t>
      </w:r>
    </w:p>
    <w:p>
      <w:r>
        <w:rPr>
          <w:rFonts w:ascii="Gentium Plus" w:hAnsi="Gentium Plus"/>
          <w:sz w:val="24"/>
        </w:rPr>
        <w:t>Ἐστομώθη. ἠνοίχθη. οἱ δὲ ὤρυττον καὶ ταχέως τὸ χωρίον ἐστομώθη. Ἐστόβεον. ἐλοιδόρουν, ὕβριζον, διὰ τοῦ στό‐ ματος ἔλεγον. στομῶ γὰρ τὸ στοβῶ, κατὰ ἐναλλαγήν.</w:t>
      </w:r>
    </w:p>
    <w:p>
      <w:r>
        <w:rPr>
          <w:rFonts w:ascii="Courier New" w:hAnsi="Courier New"/>
          <w:color w:val="555555"/>
          <w:sz w:val="20"/>
        </w:rPr>
        <w:t>[10]</w:t>
      </w:r>
    </w:p>
    <w:p>
      <w:r>
        <w:rPr>
          <w:rFonts w:ascii="Gentium Plus" w:hAnsi="Gentium Plus"/>
          <w:sz w:val="24"/>
        </w:rPr>
        <w:t>Ἑστιᾷν. ἀριστοποιεῖν. τρέφειν. Ἐστρέβλου. ἐκάκου. Ἐστωμυλάμην. ἐφλυάρησα. Ἔστω. ὑπαρχέτω. εἷς δέ τις ἀνὴρ βουληφόρος ἔστω.</w:t>
      </w:r>
    </w:p>
    <w:p>
      <w:r>
        <w:rPr>
          <w:rFonts w:ascii="Courier New" w:hAnsi="Courier New"/>
          <w:color w:val="555555"/>
          <w:sz w:val="20"/>
        </w:rPr>
        <w:t>[15]</w:t>
      </w:r>
    </w:p>
    <w:p>
      <w:r>
        <w:rPr>
          <w:rFonts w:ascii="Gentium Plus" w:hAnsi="Gentium Plus"/>
          <w:sz w:val="24"/>
        </w:rPr>
        <w:t>[ἐκ τοῦ ἔω εἰμὶ γίνεται παράγωγον ῥῆμα. τὸ παθητικὸν ἐμὲν, ὅπερ μετὰ τοῦ ς ἐσμὲν γέ‐ γονε. τὰ προστακτικὸν ἔθι καὶ ἐπενθέσει τοῦ ς καὶ τροπῇ τοῦ ε εἰς τὸ ι ἴσθι. τὸ γὰρ ε, ἡνίκα πλεονάζει σύμφωνον, τρέπεται εἰς ἰῶτα.</w:t>
      </w:r>
    </w:p>
    <w:p>
      <w:r>
        <w:rPr>
          <w:rFonts w:ascii="Courier New" w:hAnsi="Courier New"/>
          <w:color w:val="555555"/>
          <w:sz w:val="20"/>
        </w:rPr>
        <w:t>[20]</w:t>
      </w:r>
    </w:p>
    <w:p>
      <w:r>
        <w:rPr>
          <w:rFonts w:ascii="Gentium Plus" w:hAnsi="Gentium Plus"/>
          <w:sz w:val="24"/>
        </w:rPr>
        <w:t>ἔπω, ἔσπω καὶ ἐνίσπω. καὶ τὸ τρίτον ἔστω.] Ἔστυγεν. ἐστύγνασεν. ἀπὸ τῆς τοῦ προσώπου στυγνότητος. Ὅμηρος·</w:t>
      </w:r>
    </w:p>
    <w:p>
      <w:r>
        <w:rPr>
          <w:rFonts w:ascii="Courier New" w:hAnsi="Courier New"/>
          <w:color w:val="555555"/>
          <w:sz w:val="20"/>
        </w:rPr>
        <w:t>[epsilon 887]</w:t>
      </w:r>
    </w:p>
    <w:p>
      <w:r>
        <w:rPr>
          <w:rFonts w:ascii="Gentium Plus" w:hAnsi="Gentium Plus"/>
          <w:sz w:val="24"/>
        </w:rPr>
        <w:t>Ἐσφαδάζετο. διηγείρετο. διεπρίετο, ἐνεπίμ‐ πρατο ἢ ἐλυπεῖτο. Ἐσφηκόωντο καὶ ἐσφήκωτο καὶ ἐσφηκῶσθαι, ἀντὶ τοῦ δεδέσθαι.</w:t>
      </w:r>
    </w:p>
    <w:p>
      <w:r>
        <w:rPr>
          <w:rFonts w:ascii="Courier New" w:hAnsi="Courier New"/>
          <w:color w:val="555555"/>
          <w:sz w:val="20"/>
        </w:rPr>
        <w:t>[5]</w:t>
      </w:r>
    </w:p>
    <w:p>
      <w:r>
        <w:rPr>
          <w:rFonts w:ascii="Gentium Plus" w:hAnsi="Gentium Plus"/>
          <w:sz w:val="24"/>
        </w:rPr>
        <w:t>Ἔσφηλε. κατέβαλεν ἢ σφαλῆναι ἐποίησεν. Ἐσχεδίασε. χωρὶς διασκέψεως ἐξεδόθη. Ἐσχεδίαζον. ἡτοίμαζον. ἢ ἐκ τοῦ παρατυχόντος ἔλεγον. Ἰώσηπος· τοῖς δὲ τὸν πόλεμον ἐξάψα‐ σιν ἐσχεδίαζον τὰ πρὸς ἡδονήν.</w:t>
      </w:r>
    </w:p>
    <w:p>
      <w:r>
        <w:rPr>
          <w:rFonts w:ascii="Courier New" w:hAnsi="Courier New"/>
          <w:color w:val="555555"/>
          <w:sz w:val="20"/>
        </w:rPr>
        <w:t>[10]</w:t>
      </w:r>
    </w:p>
    <w:p>
      <w:r>
        <w:rPr>
          <w:rFonts w:ascii="Gentium Plus" w:hAnsi="Gentium Plus"/>
          <w:sz w:val="24"/>
        </w:rPr>
        <w:t>Ἔσχετο. ἐπεσχέθη. Ἔσχεν. ἀντὶ τοῦ ἔλαβεν. καὶ ἀντὶ τοῦ κατέ‐ παυσεν. αἱ δὲ τριήρεις ἔσχον κατὰ τὸ Μενδή‐ σιον κέρας. Ἐσχηματισμένος. ὁ προσποίητον κόσμον ἔχων</w:t>
      </w:r>
    </w:p>
    <w:p>
      <w:r>
        <w:rPr>
          <w:rFonts w:ascii="Courier New" w:hAnsi="Courier New"/>
          <w:color w:val="555555"/>
          <w:sz w:val="20"/>
        </w:rPr>
        <w:t>[15]</w:t>
      </w:r>
    </w:p>
    <w:p>
      <w:r>
        <w:rPr>
          <w:rFonts w:ascii="Gentium Plus" w:hAnsi="Gentium Plus"/>
          <w:sz w:val="24"/>
        </w:rPr>
        <w:t>καὶ δοκῶν εἶναι κόσμιος. ὡς παρὰ Λυσίᾳ. Ἐσχολάρχησεν. ἦρχε σχολῆς καὶ ἐδίδαξεν. Ἐσωκράτουν. ἀντὶ τοῦ ἐκόμων, ἐῤῥύπουν, ἐπεί‐ νων. Ἐσωματοποίει. ἔπλαττε. καὶ τύχη τις ἐσωμα‐</w:t>
      </w:r>
    </w:p>
    <w:p>
      <w:r>
        <w:rPr>
          <w:rFonts w:ascii="Courier New" w:hAnsi="Courier New"/>
          <w:color w:val="555555"/>
          <w:sz w:val="20"/>
        </w:rPr>
        <w:t>[20]</w:t>
      </w:r>
    </w:p>
    <w:p>
      <w:r>
        <w:rPr>
          <w:rFonts w:ascii="Gentium Plus" w:hAnsi="Gentium Plus"/>
          <w:sz w:val="24"/>
        </w:rPr>
        <w:t>τοποίει τοῦ Σκιπίωνος πράξεις.</w:t>
      </w:r>
    </w:p>
    <w:p>
      <w:r>
        <w:rPr>
          <w:rFonts w:ascii="Courier New" w:hAnsi="Courier New"/>
          <w:color w:val="555555"/>
          <w:sz w:val="20"/>
        </w:rPr>
        <w:t>[epsilon 888]</w:t>
      </w:r>
    </w:p>
    <w:p>
      <w:r>
        <w:rPr>
          <w:rFonts w:ascii="Gentium Plus" w:hAnsi="Gentium Plus"/>
          <w:sz w:val="24"/>
        </w:rPr>
        <w:t>Ἐσωμάσκει. συνεκρότει, ηὐτρέπιζεν, ὤδινεν, ἡτοίμαζεν. ὁ δὲ πολλοὺς δεκάζων τῶν Ἰσαύρων τὰ κατὰ τὸν πόλεμον ἐσωμάσκει.</w:t>
      </w:r>
    </w:p>
    <w:p>
      <w:pPr>
        <w:jc w:val="center"/>
      </w:pPr>
      <w:r>
        <w:rPr>
          <w:rFonts w:ascii="Gentium Plus" w:hAnsi="Gentium Plus"/>
          <w:b/>
          <w:sz w:val="24"/>
        </w:rPr>
        <w:t>(Ἐπίῤῥημα.)</w:t>
      </w:r>
    </w:p>
    <w:p>
      <w:r>
        <w:rPr>
          <w:rFonts w:ascii="Courier New" w:hAnsi="Courier New"/>
          <w:color w:val="555555"/>
          <w:sz w:val="20"/>
        </w:rPr>
        <w:t>[5]</w:t>
      </w:r>
    </w:p>
    <w:p>
      <w:r>
        <w:rPr>
          <w:rFonts w:ascii="Gentium Plus" w:hAnsi="Gentium Plus"/>
          <w:sz w:val="24"/>
        </w:rPr>
        <w:t>Ἐσαεί. διὰ παντός. Ἐς νέωτα. ἐς τ’ αὔριον, εἰς τὸ μέλλον. Ἐς ὅ. ἀντὶ τοῦ μέχρι τούτου. εἰς ὃ ἐξεῖλεν αὐ‐ τήν. Ἐς ὅτι μάλιστα. ἀντὶ τοῦ λίαν. καλάμους ἐς</w:t>
      </w:r>
    </w:p>
    <w:p>
      <w:r>
        <w:rPr>
          <w:rFonts w:ascii="Courier New" w:hAnsi="Courier New"/>
          <w:color w:val="555555"/>
          <w:sz w:val="20"/>
        </w:rPr>
        <w:t>[10]</w:t>
      </w:r>
    </w:p>
    <w:p>
      <w:r>
        <w:rPr>
          <w:rFonts w:ascii="Gentium Plus" w:hAnsi="Gentium Plus"/>
          <w:sz w:val="24"/>
        </w:rPr>
        <w:t>ὅτι μάλιστα στεῤῥοὺς καὶ παχίστους. Ἐς τ’ ἄν. ἕως οὗ. Ἐσχάτως. ἄκρως. Μένανδρος· φοβοῦμαί σε ἐσχάτως. *Ἐς σύμνως. ἐσπουδασμένως. πορευτικῶς, διερ‐</w:t>
      </w:r>
    </w:p>
    <w:p>
      <w:r>
        <w:rPr>
          <w:rFonts w:ascii="Courier New" w:hAnsi="Courier New"/>
          <w:color w:val="555555"/>
          <w:sz w:val="20"/>
        </w:rPr>
        <w:t>[15]</w:t>
      </w:r>
    </w:p>
    <w:p>
      <w:r>
        <w:rPr>
          <w:rFonts w:ascii="Gentium Plus" w:hAnsi="Gentium Plus"/>
          <w:sz w:val="24"/>
        </w:rPr>
        <w:t>χομένως.*</w:t>
      </w:r>
    </w:p>
    <w:p>
      <w:pPr>
        <w:jc w:val="center"/>
      </w:pPr>
      <w:r>
        <w:rPr>
          <w:rFonts w:ascii="Gentium Plus" w:hAnsi="Gentium Plus"/>
          <w:b/>
          <w:sz w:val="24"/>
        </w:rPr>
        <w:t>Τὸ Ε μετὰ τοῦ Τ.</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Ἔται. οἱ πολῖται. πηοὶ δὲ οἱ κατ’ ἐπιγαμίαν</w:t>
      </w:r>
    </w:p>
    <w:p>
      <w:r>
        <w:rPr>
          <w:rFonts w:ascii="Courier New" w:hAnsi="Courier New"/>
          <w:color w:val="555555"/>
          <w:sz w:val="20"/>
        </w:rPr>
        <w:t>[epsilon 889]</w:t>
      </w:r>
    </w:p>
    <w:p>
      <w:r>
        <w:rPr>
          <w:rFonts w:ascii="Gentium Plus" w:hAnsi="Gentium Plus"/>
          <w:sz w:val="24"/>
        </w:rPr>
        <w:t>Ἑταῖρος. ὁ φίλος. Πλάτων καὶ οἱ ἄλλοι φι‐ λόσοφοι τοὺς γνησίους ἐραστὰς τῶν λόγων ἑταί‐ ρους ἐκάλουν. Ἑταιρειάρχης. ἀξίωμα.</w:t>
      </w:r>
    </w:p>
    <w:p>
      <w:r>
        <w:rPr>
          <w:rFonts w:ascii="Courier New" w:hAnsi="Courier New"/>
          <w:color w:val="555555"/>
          <w:sz w:val="20"/>
        </w:rPr>
        <w:t>[5]</w:t>
      </w:r>
    </w:p>
    <w:p>
      <w:r>
        <w:rPr>
          <w:rFonts w:ascii="Gentium Plus" w:hAnsi="Gentium Plus"/>
          <w:sz w:val="24"/>
        </w:rPr>
        <w:t>Ἑταιρεῖος. ὁ Ζεὺς παρὰ Κρησί. σημαίνει δὲ καὶ τὸν φίλον. Ἑτερόχροιος. ἀλλοῖος κατὰ χροιάν. Ἑτερόφθαλμος. στραβὸς, ἀλλοθεώρης. Ἑτερόγναθος. ἀπειθής. ἢ ἄπληστος. ἀμφο‐</w:t>
      </w:r>
    </w:p>
    <w:p>
      <w:r>
        <w:rPr>
          <w:rFonts w:ascii="Courier New" w:hAnsi="Courier New"/>
          <w:color w:val="555555"/>
          <w:sz w:val="20"/>
        </w:rPr>
        <w:t>[10]</w:t>
      </w:r>
    </w:p>
    <w:p>
      <w:r>
        <w:rPr>
          <w:rFonts w:ascii="Gentium Plus" w:hAnsi="Gentium Plus"/>
          <w:sz w:val="24"/>
        </w:rPr>
        <w:t>τέραις ταῖς γνάθοις ἐσθίων. Ἐτερομάσχαλος. χιτὼν, ἣν ἐξωμίδα λέγουσιν. Ἐτεοβουτάδαι. γένος Ἀθηναίοις πολὺ καὶ λαμ‐ πρόν. ἀπὸ Βούτου, ἀφ’ οὗ οἱ ἱερεῖς καθίστανται Ἀθήνῃσιν.</w:t>
      </w:r>
    </w:p>
    <w:p>
      <w:r>
        <w:rPr>
          <w:rFonts w:ascii="Courier New" w:hAnsi="Courier New"/>
          <w:color w:val="555555"/>
          <w:sz w:val="20"/>
        </w:rPr>
        <w:t>[15]</w:t>
      </w:r>
    </w:p>
    <w:p>
      <w:r>
        <w:rPr>
          <w:rFonts w:ascii="Gentium Plus" w:hAnsi="Gentium Plus"/>
          <w:sz w:val="24"/>
        </w:rPr>
        <w:t>Ἐτεόκρητες. οἱ ἀληθινοὶ Κρῆτες, οἱ αὐτόχθο‐ νος. ἐτεὸν γὰρ τὸ ἀληθές. Ἐτεὸς καὶ ἐτὸς ὁ ἀληθής. [ἐκ τοῦ εἰμὶ ἔσω, ἐτὸς ὑπάρχων. ὡς θήσω, θετὸς, καὶ δώσω, δοτὸς, δοτέος, καὶ θετὸς θετέος.]</w:t>
      </w:r>
    </w:p>
    <w:p>
      <w:r>
        <w:rPr>
          <w:rFonts w:ascii="Courier New" w:hAnsi="Courier New"/>
          <w:color w:val="555555"/>
          <w:sz w:val="20"/>
        </w:rPr>
        <w:t>[20]</w:t>
      </w:r>
    </w:p>
    <w:p>
      <w:r>
        <w:rPr>
          <w:rFonts w:ascii="Gentium Plus" w:hAnsi="Gentium Plus"/>
          <w:sz w:val="24"/>
        </w:rPr>
        <w:t>[Ἔτης. κασίγνητοί τε ἔται τε. παρὰ τὸ ἔτος, ὁ τῶν αὐτῶν ἐνιαυτῶν ὤν. οἷον ὁμοέτης. εἰρόμεναι παῖδάς τε κασιγνήτους τε ἔτας τε.</w:t>
      </w:r>
    </w:p>
    <w:p>
      <w:r>
        <w:rPr>
          <w:rFonts w:ascii="Courier New" w:hAnsi="Courier New"/>
          <w:color w:val="555555"/>
          <w:sz w:val="20"/>
        </w:rPr>
        <w:t>[25]</w:t>
      </w:r>
    </w:p>
    <w:p>
      <w:r>
        <w:rPr>
          <w:rFonts w:ascii="Gentium Plus" w:hAnsi="Gentium Plus"/>
          <w:sz w:val="24"/>
        </w:rPr>
        <w:t>ἢ παρὰ τὸ ἔθος ἑταῖρος, ἔθης τὶς ὤν. παρὰ</w:t>
      </w:r>
    </w:p>
    <w:p>
      <w:r>
        <w:rPr>
          <w:rFonts w:ascii="Courier New" w:hAnsi="Courier New"/>
          <w:color w:val="555555"/>
          <w:sz w:val="20"/>
        </w:rPr>
        <w:t>[epsilon 890]</w:t>
      </w:r>
    </w:p>
    <w:p>
      <w:r>
        <w:rPr>
          <w:rFonts w:ascii="Gentium Plus" w:hAnsi="Gentium Plus"/>
          <w:sz w:val="24"/>
        </w:rPr>
        <w:t>τὸ ἔθος ὁ συνήθης λέγεται. καὶ ἔτης ὁ συνη‐ λικιώτης. ἢ καὶ ὁ πολίτης.] Ἐτήσιος. ὁ κατ’ ἔτος. Ἐτησίαι. ἄνεμοι οἱ κατ’ ἔτος πνέοντες. πνέου‐</w:t>
      </w:r>
    </w:p>
    <w:p>
      <w:r>
        <w:rPr>
          <w:rFonts w:ascii="Courier New" w:hAnsi="Courier New"/>
          <w:color w:val="555555"/>
          <w:sz w:val="20"/>
        </w:rPr>
        <w:t>[5]</w:t>
      </w:r>
    </w:p>
    <w:p>
      <w:r>
        <w:rPr>
          <w:rFonts w:ascii="Gentium Plus" w:hAnsi="Gentium Plus"/>
          <w:sz w:val="24"/>
        </w:rPr>
        <w:t>σι δὲ ἐν ἀκμῇ τοῦ θέρους. διότι ὁ ἥλιος μετεω‐ ρότερος καὶ ἀπὸ τῶν μεσημβρινῶν τόπων ἀρ‐ κτικώτερος γενόμενος λύει τὰ ὑγρὰ τὰ ἐν τοῖς ἄρκτοις· λυόμενα δὲ ταῦτα, ἐξαεροῦται καὶ πνευματοῦται. καὶ ἐκ τούτων γίνονται καὶ</w:t>
      </w:r>
    </w:p>
    <w:p>
      <w:r>
        <w:rPr>
          <w:rFonts w:ascii="Courier New" w:hAnsi="Courier New"/>
          <w:color w:val="555555"/>
          <w:sz w:val="20"/>
        </w:rPr>
        <w:t>[10]</w:t>
      </w:r>
    </w:p>
    <w:p>
      <w:r>
        <w:rPr>
          <w:rFonts w:ascii="Gentium Plus" w:hAnsi="Gentium Plus"/>
          <w:sz w:val="24"/>
        </w:rPr>
        <w:t>ἀπὸ τῶν ἀρκτώων τόπων φέρονται ἐπὶ τοὺς μεσημβρινοὺς, ἃ προσπίπτει τοῖς ὑψηλοτέροις ὄρεσι τῆς Αἰθιοπίας καὶ πολλὰ καὶ ἀθρόα γι‐ νόμενα ἀπεργάζονται ὑετοὺς καὶ ἐκ τῶν ὑετῶν τούτων πληθωρεῖται ὁ Νεῖλος.</w:t>
      </w:r>
    </w:p>
    <w:p>
      <w:r>
        <w:rPr>
          <w:rFonts w:ascii="Courier New" w:hAnsi="Courier New"/>
          <w:color w:val="555555"/>
          <w:sz w:val="20"/>
        </w:rPr>
        <w:t>[15]</w:t>
      </w:r>
    </w:p>
    <w:p>
      <w:r>
        <w:rPr>
          <w:rFonts w:ascii="Gentium Plus" w:hAnsi="Gentium Plus"/>
          <w:sz w:val="24"/>
        </w:rPr>
        <w:t>Ἔτυμος. ὁ ἀληθής. παρὰ τὸ ἐτὸς, ὃ σημαίνει τὸν ἀληθῆ, γίνεται ἔτυμος. [ὡς ἔλος, ἐλυμὸς, τὸ σπέρμα τὸ ἐν ἔλεσι χαῖρον.] †καὶ πλεο‐ νασμῷ ἐτεήτυμος καὶ ἐτήτυμος.† Ἑτεροῖος. ἀλλοῖος.</w:t>
      </w:r>
    </w:p>
    <w:p>
      <w:r>
        <w:rPr>
          <w:rFonts w:ascii="Courier New" w:hAnsi="Courier New"/>
          <w:color w:val="555555"/>
          <w:sz w:val="20"/>
        </w:rPr>
        <w:t>[20]</w:t>
      </w:r>
    </w:p>
    <w:p>
      <w:r>
        <w:rPr>
          <w:rFonts w:ascii="Gentium Plus" w:hAnsi="Gentium Plus"/>
          <w:sz w:val="24"/>
        </w:rPr>
        <w:t>Ἔτῃσιν. συγγενέσιν. [Ὅμηρος· τὸν δ’ εὗρον δαινύντα γάμον πολλοῖσιν ἔτῃσιν.]</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Ἑταίρα. ἡ πόρνη. καὶ ἑταιρίς. Ἑταιρεία. τὸ ἀξίωμα καὶ ἡ συνήθης ὁμόνοια.</w:t>
      </w:r>
    </w:p>
    <w:p>
      <w:r>
        <w:rPr>
          <w:rFonts w:ascii="Courier New" w:hAnsi="Courier New"/>
          <w:color w:val="555555"/>
          <w:sz w:val="20"/>
        </w:rPr>
        <w:t>[25]</w:t>
      </w:r>
    </w:p>
    <w:p>
      <w:r>
        <w:rPr>
          <w:rFonts w:ascii="Gentium Plus" w:hAnsi="Gentium Plus"/>
          <w:sz w:val="24"/>
        </w:rPr>
        <w:t>ἑταιρία δὲ ἡ φιλία, ι.</w:t>
      </w:r>
    </w:p>
    <w:p>
      <w:r>
        <w:rPr>
          <w:rFonts w:ascii="Courier New" w:hAnsi="Courier New"/>
          <w:color w:val="555555"/>
          <w:sz w:val="20"/>
        </w:rPr>
        <w:t>[epsilon 891]</w:t>
      </w:r>
    </w:p>
    <w:p>
      <w:r>
        <w:rPr>
          <w:rFonts w:ascii="Gentium Plus" w:hAnsi="Gentium Plus"/>
          <w:sz w:val="24"/>
        </w:rPr>
        <w:t>Ἑτεροδοξία. τὸ ἄλλως δοξάζειν. Ἑτεραλκέα. ἑτεροδύναμον. Ἐτερομόλιος δίκη. εἰς ἣν ἀντίδικοι οὐκ ἦλθον. Ἑτερόστομος φάλαγξ. ἡ ἔχουσα τὸν ἡγού‐</w:t>
      </w:r>
    </w:p>
    <w:p>
      <w:r>
        <w:rPr>
          <w:rFonts w:ascii="Courier New" w:hAnsi="Courier New"/>
          <w:color w:val="555555"/>
          <w:sz w:val="20"/>
        </w:rPr>
        <w:t>[5]</w:t>
      </w:r>
    </w:p>
    <w:p>
      <w:r>
        <w:rPr>
          <w:rFonts w:ascii="Gentium Plus" w:hAnsi="Gentium Plus"/>
          <w:sz w:val="24"/>
        </w:rPr>
        <w:t>μενον ἐν εὐωνύμῳ παραγωγῇ, τοὺς δὲ ἡγεμόνας ἐν δεξιᾷ παραγωγῇ. Ἐτνήρυσις. τὸ κοχλιάριον. καὶ ἀθάρα μετὰ γάλακτος. Ἐτυμολογία. ἀνάπτυξις λέξεων ἁρμόζουσα τὴν</w:t>
      </w:r>
    </w:p>
    <w:p>
      <w:r>
        <w:rPr>
          <w:rFonts w:ascii="Courier New" w:hAnsi="Courier New"/>
          <w:color w:val="555555"/>
          <w:sz w:val="20"/>
        </w:rPr>
        <w:t>[10]</w:t>
      </w:r>
    </w:p>
    <w:p>
      <w:r>
        <w:rPr>
          <w:rFonts w:ascii="Gentium Plus" w:hAnsi="Gentium Plus"/>
          <w:sz w:val="24"/>
        </w:rPr>
        <w:t>φωνὴν πρὸς τὸ τοῦ ὑποκειμένου πιθανώτατον· ἢ ἡ τῆς δυνάμεως τοῦ ὀνόματος ὀρθότης, ἐξ αὐτοῦ τοῦ ὀνόματος ἑρμηνευομένη. οἷον· τί εἰ‐ ρήνη; κατὰ τὸ ἠρεμεῖν τὸν νοῦν. γίνεται δὲ ἐτυμολογία ἐκ τοῦ εἰμὶ τὸ ὑπάρχω, †ἐτὸς†</w:t>
      </w:r>
    </w:p>
    <w:p>
      <w:r>
        <w:rPr>
          <w:rFonts w:ascii="Courier New" w:hAnsi="Courier New"/>
          <w:color w:val="555555"/>
          <w:sz w:val="20"/>
        </w:rPr>
        <w:t>[15]</w:t>
      </w:r>
    </w:p>
    <w:p>
      <w:r>
        <w:rPr>
          <w:rFonts w:ascii="Gentium Plus" w:hAnsi="Gentium Plus"/>
          <w:sz w:val="24"/>
        </w:rPr>
        <w:t>ὁ ὑπάρχων. καὶ ὥσπερ ἀπὸ τοῦ ἔλος ἔλυμος, καὶ ἐτὸς ἔτυμος. οἱονεὶ ὑπάρχων καὶ ἀληθής· τὸ γὰρ ἀληθὲς καὶ ὑπάρχει. ἐκ τοῦ οὖν ἔτυ‐ μος καὶ τοῦ λόγου γίνεται ἐτυμολογία, οἱονεὶ ἀληθολογία τὶς οὖσα. δεῖ δὲ γινώσκειν, ὅτι</w:t>
      </w:r>
    </w:p>
    <w:p>
      <w:r>
        <w:rPr>
          <w:rFonts w:ascii="Courier New" w:hAnsi="Courier New"/>
          <w:color w:val="555555"/>
          <w:sz w:val="20"/>
        </w:rPr>
        <w:t>[20]</w:t>
      </w:r>
    </w:p>
    <w:p>
      <w:r>
        <w:rPr>
          <w:rFonts w:ascii="Gentium Plus" w:hAnsi="Gentium Plus"/>
          <w:sz w:val="24"/>
        </w:rPr>
        <w:t>αἱ ἐτυμολογίαι ἐοίκασιν ἰατρικαῖς καλουμέναις ἀνατομαῖς. ὥσπερ γὰρ ἡ ἀνατομὴ διαίρεσίν τινα τῶν μορίων ποιεῖται, οὕτως καὶ ἡ ἐτυμολογία τρόπον τινὰ διαίρεσιν τῶν λέξεων ἀπεργάζεται. Ἑτεραλκὴς νίκη. ἐπὶ τοῦ ἵππου, ὅταν οἱ ἡτ‐</w:t>
      </w:r>
    </w:p>
    <w:p>
      <w:r>
        <w:rPr>
          <w:rFonts w:ascii="Courier New" w:hAnsi="Courier New"/>
          <w:color w:val="555555"/>
          <w:sz w:val="20"/>
        </w:rPr>
        <w:t>[25]</w:t>
      </w:r>
    </w:p>
    <w:p>
      <w:r>
        <w:rPr>
          <w:rFonts w:ascii="Gentium Plus" w:hAnsi="Gentium Plus"/>
          <w:sz w:val="24"/>
        </w:rPr>
        <w:t>τηθέντες νικήσωσιν.</w:t>
      </w:r>
    </w:p>
    <w:p>
      <w:pPr>
        <w:jc w:val="center"/>
      </w:pPr>
      <w:r>
        <w:rPr>
          <w:rFonts w:ascii="Gentium Plus" w:hAnsi="Gentium Plus"/>
          <w:b/>
          <w:sz w:val="24"/>
        </w:rPr>
        <w:t>(Οὐδέτερον.)</w:t>
      </w:r>
    </w:p>
    <w:p>
      <w:r>
        <w:rPr>
          <w:rFonts w:ascii="Courier New" w:hAnsi="Courier New"/>
          <w:color w:val="555555"/>
          <w:sz w:val="20"/>
        </w:rPr>
        <w:t>[27]</w:t>
      </w:r>
    </w:p>
    <w:p>
      <w:r>
        <w:rPr>
          <w:rFonts w:ascii="Gentium Plus" w:hAnsi="Gentium Plus"/>
          <w:sz w:val="24"/>
        </w:rPr>
        <w:t>Ἑτεροῖον. ἀλλοῖον.</w:t>
      </w:r>
    </w:p>
    <w:p>
      <w:r>
        <w:rPr>
          <w:rFonts w:ascii="Courier New" w:hAnsi="Courier New"/>
          <w:color w:val="555555"/>
          <w:sz w:val="20"/>
        </w:rPr>
        <w:t>[epsilon 892]</w:t>
      </w:r>
    </w:p>
    <w:p>
      <w:r>
        <w:rPr>
          <w:rFonts w:ascii="Gentium Plus" w:hAnsi="Gentium Plus"/>
          <w:sz w:val="24"/>
        </w:rPr>
        <w:t>ἀνόμοιον, ὡς πῦρ καὶ ὕδωρ, καὶ ἄγγελος καὶ ἄνθρωπος, καὶ πηλὸς καὶ ἥλιος πρὸς χλόην. †Ἐτεόν. ἀληθές.† Ἔτα. τὰ ἔτη. παρ’ Ὁμήρῳ.</w:t>
      </w:r>
    </w:p>
    <w:p>
      <w:r>
        <w:rPr>
          <w:rFonts w:ascii="Courier New" w:hAnsi="Courier New"/>
          <w:color w:val="555555"/>
          <w:sz w:val="20"/>
        </w:rPr>
        <w:t>[5]</w:t>
      </w:r>
    </w:p>
    <w:p>
      <w:r>
        <w:rPr>
          <w:rFonts w:ascii="Gentium Plus" w:hAnsi="Gentium Plus"/>
          <w:sz w:val="24"/>
        </w:rPr>
        <w:t>Ἔτειον. χρόνιον ἢ ἐνιαύσιον. Ἐτήτυμον. ἀληθές. Ἔτνος. εἶδος ὀσπρίου κυάμου ἢ ἕψημα ἀθυρῶ‐ δες. παρὰ τὸ ἔω τὸ ἀπολύω, ἀφ’ οὗ ἕως, ἡ ἡμέρα, ἐν ᾗ πάντα ἐφίενται. [ἔτος] πλεονα‐</w:t>
      </w:r>
    </w:p>
    <w:p>
      <w:r>
        <w:rPr>
          <w:rFonts w:ascii="Courier New" w:hAnsi="Courier New"/>
          <w:color w:val="555555"/>
          <w:sz w:val="20"/>
        </w:rPr>
        <w:t>[10]</w:t>
      </w:r>
    </w:p>
    <w:p>
      <w:r>
        <w:rPr>
          <w:rFonts w:ascii="Gentium Plus" w:hAnsi="Gentium Plus"/>
          <w:sz w:val="24"/>
        </w:rPr>
        <w:t>σμῷ τοῦ ν ἔτνος τὸ διαλελυμένον ἀπὸ τῆς ἑψή‐ σεως καὶ τῆς τορύνης, ὅ ἐστι χυτρόπους. Ἕτοιμον. πρόχειρον. †ὃ σημαίνει τὸν ἄνεμον.† Ἐτώσιον. τὸ μάταιον. ἀπὸ τοῦ ἀήτης, ἡ γενικὴ ἀητῶν, καὶ ἐτῶν, ἀποβολῇ τοῦ α καὶ συστολῇ</w:t>
      </w:r>
    </w:p>
    <w:p>
      <w:r>
        <w:rPr>
          <w:rFonts w:ascii="Courier New" w:hAnsi="Courier New"/>
          <w:color w:val="555555"/>
          <w:sz w:val="20"/>
        </w:rPr>
        <w:t>[15]</w:t>
      </w:r>
    </w:p>
    <w:p>
      <w:r>
        <w:rPr>
          <w:rFonts w:ascii="Gentium Plus" w:hAnsi="Gentium Plus"/>
          <w:sz w:val="24"/>
        </w:rPr>
        <w:t>τοῦ η. ἐξ οὗ κατὰ παραγωγὴν ἐτώσιον. αἱ γὰρ παραγωγαὶ γίνονται καὶ ἀπὸ τῆς γενικῆς τῶν πληθυντικῶν. ὡς τὸ ἀνέμων ἀνεμώλιος. οὕ‐ τως οὖν ἐκ τοῦ ἐτὸς ὀνόματος, ὃ σημαίνει τὸ ἀληθὲς, γέγονεν ἐτώσιον τὸ μάταιον, κατὰ ἀν‐</w:t>
      </w:r>
    </w:p>
    <w:p>
      <w:r>
        <w:rPr>
          <w:rFonts w:ascii="Courier New" w:hAnsi="Courier New"/>
          <w:color w:val="555555"/>
          <w:sz w:val="20"/>
        </w:rPr>
        <w:t>[20]</w:t>
      </w:r>
    </w:p>
    <w:p>
      <w:r>
        <w:rPr>
          <w:rFonts w:ascii="Gentium Plus" w:hAnsi="Gentium Plus"/>
          <w:sz w:val="24"/>
        </w:rPr>
        <w:t>τίφρασιν. Ἑτερόστοιχον. τὸ ἀσύμφωνον. τοῦ Ψελλοῦ· καὶ πάλιν τὸ ἀσύμφωνον ἑτερόστοιχον λέγε. Ἔτνος. τοῦ Ψελλοῦ· ἔτνος δὲ ῥόφημα ἐστὶν ἐξ ἀλεύρων παντοίων.</w:t>
      </w:r>
    </w:p>
    <w:p>
      <w:pPr>
        <w:jc w:val="center"/>
      </w:pPr>
      <w:r>
        <w:rPr>
          <w:rFonts w:ascii="Gentium Plus" w:hAnsi="Gentium Plus"/>
          <w:b/>
          <w:sz w:val="24"/>
        </w:rPr>
        <w:t>(Ῥῆμα.)</w:t>
      </w:r>
    </w:p>
    <w:p>
      <w:r>
        <w:rPr>
          <w:rFonts w:ascii="Courier New" w:hAnsi="Courier New"/>
          <w:color w:val="555555"/>
          <w:sz w:val="20"/>
        </w:rPr>
        <w:t>[26]</w:t>
      </w:r>
    </w:p>
    <w:p>
      <w:r>
        <w:rPr>
          <w:rFonts w:ascii="Gentium Plus" w:hAnsi="Gentium Plus"/>
          <w:sz w:val="24"/>
        </w:rPr>
        <w:t>Ἑταιριζομένη. ἐρεθιζομένη. προσηνωμένη. πορ‐ νικῶς βλέπουσα.</w:t>
      </w:r>
    </w:p>
    <w:p>
      <w:r>
        <w:rPr>
          <w:rFonts w:ascii="Courier New" w:hAnsi="Courier New"/>
          <w:color w:val="555555"/>
          <w:sz w:val="20"/>
        </w:rPr>
        <w:t>[epsilon 893]</w:t>
      </w:r>
    </w:p>
    <w:p>
      <w:r>
        <w:rPr>
          <w:rFonts w:ascii="Gentium Plus" w:hAnsi="Gentium Plus"/>
          <w:sz w:val="24"/>
        </w:rPr>
        <w:t>Ἑταιρισάμενος. συνεργήσας ἢ φιλιωθείς. Ἐταινίωσε. περιείλησε, συνέσφιγξεν. ὁ δὲ κατε‐ ταινίωσε τὸ τραῦμα τῇ ζώνῃ. καὶ ἐταινίωσεν ἀντὶ τοῦ ἐστεφάνωσεν. ταινία γὰρ ὁ στέ‐</w:t>
      </w:r>
    </w:p>
    <w:p>
      <w:r>
        <w:rPr>
          <w:rFonts w:ascii="Courier New" w:hAnsi="Courier New"/>
          <w:color w:val="555555"/>
          <w:sz w:val="20"/>
        </w:rPr>
        <w:t>[5]</w:t>
      </w:r>
    </w:p>
    <w:p>
      <w:r>
        <w:rPr>
          <w:rFonts w:ascii="Gentium Plus" w:hAnsi="Gentium Plus"/>
          <w:sz w:val="24"/>
        </w:rPr>
        <w:t>φανος. Ἐτέθησαν. ὑπέκυψαν, ἐπείσθησαν. οἱ δὲ τῇ τοῦ βασιλέως ἐτέθησαν βουλῇ. Ἐτελέσθησαν. ἐμιάνθησαν, μετέσχον τῆς μια‐ ρᾶς θυσίας, ἐκοινώνησαν. Δαβίδ· ἐτελέσθη‐</w:t>
      </w:r>
    </w:p>
    <w:p>
      <w:r>
        <w:rPr>
          <w:rFonts w:ascii="Courier New" w:hAnsi="Courier New"/>
          <w:color w:val="555555"/>
          <w:sz w:val="20"/>
        </w:rPr>
        <w:t>[10]</w:t>
      </w:r>
    </w:p>
    <w:p>
      <w:r>
        <w:rPr>
          <w:rFonts w:ascii="Gentium Plus" w:hAnsi="Gentium Plus"/>
          <w:sz w:val="24"/>
        </w:rPr>
        <w:t>σαν τῷ [Βεελφεγώρ.] Ἑτεροιῶ. τὸ μεταβάλλω. Ἔτελλεν. ἔλεγεν. Ἐτεχνίτευε. μετὰ τέχνης καὶ δόλου ἠρεύνα. Ἰώ‐ σηπος· ἐτεχνίτευε μαθεῖν, τίνι τρόπῳ τοσοῦ‐</w:t>
      </w:r>
    </w:p>
    <w:p>
      <w:r>
        <w:rPr>
          <w:rFonts w:ascii="Courier New" w:hAnsi="Courier New"/>
          <w:color w:val="555555"/>
          <w:sz w:val="20"/>
        </w:rPr>
        <w:t>[15]</w:t>
      </w:r>
    </w:p>
    <w:p>
      <w:r>
        <w:rPr>
          <w:rFonts w:ascii="Gentium Plus" w:hAnsi="Gentium Plus"/>
          <w:sz w:val="24"/>
        </w:rPr>
        <w:t>τον προέχει κατ’ ἀρετήν. Ἐτετρήχει. ἐτετράχυτο. Ἔτειρε. κατεπόνησεν, ἐδάμασεν. Ἐτειχηροῦντο. τοῖς τείχεσι περιετειχίζοντο. περιεκλείοντο. ἐντὸς δὲ τοῦ τάφρου καὶ τοῦ ἐρύ‐</w:t>
      </w:r>
    </w:p>
    <w:p>
      <w:r>
        <w:rPr>
          <w:rFonts w:ascii="Courier New" w:hAnsi="Courier New"/>
          <w:color w:val="555555"/>
          <w:sz w:val="20"/>
        </w:rPr>
        <w:t>[20]</w:t>
      </w:r>
    </w:p>
    <w:p>
      <w:r>
        <w:rPr>
          <w:rFonts w:ascii="Gentium Plus" w:hAnsi="Gentium Plus"/>
          <w:sz w:val="24"/>
        </w:rPr>
        <w:t>ματος ἐτειχηροῦντο.</w:t>
      </w:r>
    </w:p>
    <w:p>
      <w:r>
        <w:rPr>
          <w:rFonts w:ascii="Courier New" w:hAnsi="Courier New"/>
          <w:color w:val="555555"/>
          <w:sz w:val="20"/>
        </w:rPr>
        <w:t>[epsilon 894]</w:t>
      </w:r>
    </w:p>
    <w:p>
      <w:r>
        <w:rPr>
          <w:rFonts w:ascii="Gentium Plus" w:hAnsi="Gentium Plus"/>
          <w:sz w:val="24"/>
        </w:rPr>
        <w:t>Ἔτασον. ἐρεύνησον. Ἐταλάνισα. ἄθλιον ἀπεκάλεσα. ἐθρήνησα. Ἐτίθετο. προσέκειτο, προσεῖχεν. [οὐδὲ τῇ ὄψει τῶν ὀνείρων προσέκειτο ἢ ἐτίθετο.]</w:t>
      </w:r>
    </w:p>
    <w:p>
      <w:r>
        <w:rPr>
          <w:rFonts w:ascii="Courier New" w:hAnsi="Courier New"/>
          <w:color w:val="555555"/>
          <w:sz w:val="20"/>
        </w:rPr>
        <w:t>[5]</w:t>
      </w:r>
    </w:p>
    <w:p>
      <w:r>
        <w:rPr>
          <w:rFonts w:ascii="Gentium Plus" w:hAnsi="Gentium Plus"/>
          <w:sz w:val="24"/>
        </w:rPr>
        <w:t>Ἐτιμήσατο. ἐξηριθμήσατο. ἐτιμήσατο δὲ τὴν ζωὴν αὐτοῦ ὁ βάρβαρος λιτρῶν τριακοσίων. Ἐτιμήσαντο. ἀντὶ τοῦ ἐζημίωσαν ἢ κατεδίκα‐ σαν. τίμημα γὰρ ἡ ζημία καὶ ἡ καταδίκη. Ἐτιμήσασθε. ἠγοράσασθε. Θουκυδίδης· ἣν</w:t>
      </w:r>
    </w:p>
    <w:p>
      <w:r>
        <w:rPr>
          <w:rFonts w:ascii="Courier New" w:hAnsi="Courier New"/>
          <w:color w:val="555555"/>
          <w:sz w:val="20"/>
        </w:rPr>
        <w:t>[10]</w:t>
      </w:r>
    </w:p>
    <w:p>
      <w:r>
        <w:rPr>
          <w:rFonts w:ascii="Gentium Plus" w:hAnsi="Gentium Plus"/>
          <w:sz w:val="24"/>
        </w:rPr>
        <w:t>ὑμεῖς πολλῶν χρημάτων ἐτιμήσασθε. Ἐτιθηνήσατο. ἐγαλούχησεν, ἔθρεψεν. Ἐτισάμην. ἐτιμωρησάμην. Ἔτισαν. ἔδωκαν. ἀνθ’ ὧν οἱ Φωκεῖς ἔτισαν δί‐ κας βαρυτάτας.</w:t>
      </w:r>
    </w:p>
    <w:p>
      <w:r>
        <w:rPr>
          <w:rFonts w:ascii="Courier New" w:hAnsi="Courier New"/>
          <w:color w:val="555555"/>
          <w:sz w:val="20"/>
        </w:rPr>
        <w:t>[15]</w:t>
      </w:r>
    </w:p>
    <w:p>
      <w:r>
        <w:rPr>
          <w:rFonts w:ascii="Gentium Plus" w:hAnsi="Gentium Plus"/>
          <w:sz w:val="24"/>
        </w:rPr>
        <w:t>Ἔτλης. ὑπέμεινας. Ἑτοιμάσατε. εὐτρεπίσατε. γέγονε παρὰ τὸ ἕτοιμος. Ἔτορεν. ἐτρύπησεν.</w:t>
      </w:r>
    </w:p>
    <w:p>
      <w:r>
        <w:rPr>
          <w:rFonts w:ascii="Courier New" w:hAnsi="Courier New"/>
          <w:color w:val="555555"/>
          <w:sz w:val="20"/>
        </w:rPr>
        <w:t>[epsilon 895]</w:t>
      </w:r>
    </w:p>
    <w:p>
      <w:r>
        <w:rPr>
          <w:rFonts w:ascii="Gentium Plus" w:hAnsi="Gentium Plus"/>
          <w:sz w:val="24"/>
        </w:rPr>
        <w:t>Ἐτραχηλίασεν. ἀντὶ τοῦ κατισχυρεύσατο. ἢ ἐγαυρίασεν. ἀπὸ τῶν βοῶν τῶν ἀποβαλλόντων ἀπὸ τοῦ τραχήλου τὸν ζυγόν. Ἰώβ· ἔναντι κυρίου παντοκράτορος ἐτραχηλίασεν.</w:t>
      </w:r>
    </w:p>
    <w:p>
      <w:r>
        <w:rPr>
          <w:rFonts w:ascii="Courier New" w:hAnsi="Courier New"/>
          <w:color w:val="555555"/>
          <w:sz w:val="20"/>
        </w:rPr>
        <w:t>[5]</w:t>
      </w:r>
    </w:p>
    <w:p>
      <w:r>
        <w:rPr>
          <w:rFonts w:ascii="Gentium Plus" w:hAnsi="Gentium Plus"/>
          <w:sz w:val="24"/>
        </w:rPr>
        <w:t>Ἐτρίβετο. ὑπερετίθετο, ἀνεβάλλετο. μέχρι πολ‐ λοῦ διαφερομένων ἐτρίβετο ἡ προσβολή. Ἔτρυχεν. ἐδάμαζεν. Ἐτρύχωσεν. ἐξέτριψεν. ἡ δὲ γῆ ἀγονίαις κα‐ τειλημμένη ἐτρύχωσεν αὐτοὺς ἀλγεινότατα. ἢ</w:t>
      </w:r>
    </w:p>
    <w:p>
      <w:r>
        <w:rPr>
          <w:rFonts w:ascii="Courier New" w:hAnsi="Courier New"/>
          <w:color w:val="555555"/>
          <w:sz w:val="20"/>
        </w:rPr>
        <w:t>[10]</w:t>
      </w:r>
    </w:p>
    <w:p>
      <w:r>
        <w:rPr>
          <w:rFonts w:ascii="Gentium Plus" w:hAnsi="Gentium Plus"/>
          <w:sz w:val="24"/>
        </w:rPr>
        <w:t>ἔτρυχεν. Ἐτύγχανε. χωρὶς τῆς μετοχῆς σπανίως εὑρε‐ θείη. Ἐτυρώθη. ἐσκληρύνθη. Δαβίδ· ἐτυρώθη ὡς γάλα ἡ καρδία [αὐτῶν].</w:t>
      </w:r>
    </w:p>
    <w:p>
      <w:r>
        <w:rPr>
          <w:rFonts w:ascii="Courier New" w:hAnsi="Courier New"/>
          <w:color w:val="555555"/>
          <w:sz w:val="20"/>
        </w:rPr>
        <w:t>[15]</w:t>
      </w:r>
    </w:p>
    <w:p>
      <w:r>
        <w:rPr>
          <w:rFonts w:ascii="Gentium Plus" w:hAnsi="Gentium Plus"/>
          <w:sz w:val="24"/>
        </w:rPr>
        <w:t>Ἐτύθη. ἐσφαγιάσθη. Ἐτύχθη. κατεσκευάσθη. ὑπέρμορα νόστος ἐτύχθη. [ἀπὸ τοῦ τεύχω, κατ’ ἔλλειψιν τοῦ ε. ὡς καὶ τό·</w:t>
      </w:r>
    </w:p>
    <w:p>
      <w:r>
        <w:rPr>
          <w:rFonts w:ascii="Courier New" w:hAnsi="Courier New"/>
          <w:color w:val="555555"/>
          <w:sz w:val="20"/>
        </w:rPr>
        <w:t>[20]</w:t>
      </w:r>
    </w:p>
    <w:p>
      <w:r>
        <w:rPr>
          <w:rFonts w:ascii="Gentium Plus" w:hAnsi="Gentium Plus"/>
          <w:sz w:val="24"/>
        </w:rPr>
        <w:t>τυκτὸν κακὸν ἀλλοπροσάλληλον. καὶ τό· γυναικὸς ἄρ’ ἂν τέτυξο. τὸ δὲ ῥῆμα τὸ τεύχω ἀποβολῇ πολλάκις τοῦ υ, τοῦ ε μό‐</w:t>
      </w:r>
    </w:p>
    <w:p>
      <w:r>
        <w:rPr>
          <w:rFonts w:ascii="Courier New" w:hAnsi="Courier New"/>
          <w:color w:val="555555"/>
          <w:sz w:val="20"/>
        </w:rPr>
        <w:t>[epsilon 896]</w:t>
      </w:r>
    </w:p>
    <w:p>
      <w:r>
        <w:rPr>
          <w:rFonts w:ascii="Gentium Plus" w:hAnsi="Gentium Plus"/>
          <w:sz w:val="24"/>
        </w:rPr>
        <w:t>Ἐτώθαζον. ἔσκωπτον, ἐχλεύαζον. καὶ ἐτώθα‐ σαν ἀντὶ τοῦ ἐκαυχήσαντο. Ἔταξαν. ἀντὶ τοῦ οἷον ἀφώρισαν. τοῦτον τὸν βίον εἵλοντο. οὕτως ὁ Ἀπόστολος· καὶ εἰς</w:t>
      </w:r>
    </w:p>
    <w:p>
      <w:r>
        <w:rPr>
          <w:rFonts w:ascii="Courier New" w:hAnsi="Courier New"/>
          <w:color w:val="555555"/>
          <w:sz w:val="20"/>
        </w:rPr>
        <w:t>[5]</w:t>
      </w:r>
    </w:p>
    <w:p>
      <w:r>
        <w:rPr>
          <w:rFonts w:ascii="Gentium Plus" w:hAnsi="Gentium Plus"/>
          <w:sz w:val="24"/>
        </w:rPr>
        <w:t>διακονίαν τοῖς ἁγίοις ἔταξαν ἑαυτούς. Ἐτυμπανίσθησαν. [ἀπετμήθησαν.] ἢ εἰς ῥόπα‐ λον ἀπέθανον. ὁ Ἀπόστολος· ἄλλοι δὲ ἐτυμπανίσθησαν.</w:t>
      </w:r>
    </w:p>
    <w:p>
      <w:pPr>
        <w:jc w:val="center"/>
      </w:pPr>
      <w:r>
        <w:rPr>
          <w:rFonts w:ascii="Gentium Plus" w:hAnsi="Gentium Plus"/>
          <w:b/>
          <w:sz w:val="24"/>
        </w:rPr>
        <w:t>(Ἐπίῤῥημα.)</w:t>
      </w:r>
    </w:p>
    <w:p>
      <w:r>
        <w:rPr>
          <w:rFonts w:ascii="Courier New" w:hAnsi="Courier New"/>
          <w:color w:val="555555"/>
          <w:sz w:val="20"/>
        </w:rPr>
        <w:t>[10]</w:t>
      </w:r>
    </w:p>
    <w:p>
      <w:r>
        <w:rPr>
          <w:rFonts w:ascii="Gentium Plus" w:hAnsi="Gentium Plus"/>
          <w:sz w:val="24"/>
        </w:rPr>
        <w:t>Ἑτέρωθεν. ἀλλαχόθεν, ἐν ἑτέρῳ τόπῳ. τὸ προτέρωθεν καὶ ἑτέρωθεν διὰ τοῦ ω μεγάλου. δεῖ γινώσκειν, τὸ ἔκτοσθε καὶ προτέρωθε [καὶ τὰ ὅμοια] χωρὶς τοῦ ν γράφεται, εἰ μὴ φωνῆεν ἐπιφέρει.</w:t>
      </w:r>
    </w:p>
    <w:p>
      <w:r>
        <w:rPr>
          <w:rFonts w:ascii="Courier New" w:hAnsi="Courier New"/>
          <w:color w:val="555555"/>
          <w:sz w:val="20"/>
        </w:rPr>
        <w:t>[15]</w:t>
      </w:r>
    </w:p>
    <w:p>
      <w:r>
        <w:rPr>
          <w:rFonts w:ascii="Gentium Plus" w:hAnsi="Gentium Plus"/>
          <w:sz w:val="24"/>
        </w:rPr>
        <w:t>Ἑτέρωσε. ἀλλαχόθεν ἢ εἰς ἕτερον μέρος. Ἑτεροίως. ἀλλοίως. Ἑτεραλκέως. ἑτεροκλινῶς. Ἔτι. σὺν τούτοις, ἢ ἀκμήν. παρέλκει ἀεὶ παρὰ τοῖς Ἀττικοῖς. Ἀριστοφάνης·</w:t>
      </w:r>
    </w:p>
    <w:p>
      <w:r>
        <w:rPr>
          <w:rFonts w:ascii="Courier New" w:hAnsi="Courier New"/>
          <w:color w:val="555555"/>
          <w:sz w:val="20"/>
        </w:rPr>
        <w:t>[20]</w:t>
      </w:r>
    </w:p>
    <w:p>
      <w:r>
        <w:rPr>
          <w:rFonts w:ascii="Gentium Plus" w:hAnsi="Gentium Plus"/>
          <w:sz w:val="24"/>
        </w:rPr>
        <w:t>ἢν οὖν ἐμοὶ πείθεσθε, σωθήσεσθ’ ἔτι. [Ἑτοίμως. προχείρως. ἐτύμως δὲ, ἀντὶ τοῦ ἀληθῶς, ψιλόν.]</w:t>
      </w:r>
    </w:p>
    <w:p>
      <w:pPr>
        <w:jc w:val="center"/>
      </w:pPr>
      <w:r>
        <w:rPr>
          <w:rFonts w:ascii="Gentium Plus" w:hAnsi="Gentium Plus"/>
          <w:b/>
          <w:sz w:val="24"/>
        </w:rPr>
        <w:t>Τὸ Ε μετὰ τοῦ Υ.</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Εὐάγριας. κύριον. οὗτος ἔγραψε διάφορα καὶ ὑπομνήματα εἰς τὰς παροιμίας Σολομῶντος.</w:t>
      </w:r>
    </w:p>
    <w:p>
      <w:r>
        <w:rPr>
          <w:rFonts w:ascii="Courier New" w:hAnsi="Courier New"/>
          <w:color w:val="555555"/>
          <w:sz w:val="20"/>
        </w:rPr>
        <w:t>[5]</w:t>
      </w:r>
    </w:p>
    <w:p>
      <w:r>
        <w:rPr>
          <w:rFonts w:ascii="Gentium Plus" w:hAnsi="Gentium Plus"/>
          <w:sz w:val="24"/>
        </w:rPr>
        <w:t>Εὐαγής. καλῶς περιηγμένος, ἢ μεταφορικὸς, κύκλος. Εὐαγῶν. μεγάλων. Εὐαρίθμητοι. ὀλίγοι. Εὔγνωστος. καλῶς γινωσκόμενος.</w:t>
      </w:r>
    </w:p>
    <w:p>
      <w:r>
        <w:rPr>
          <w:rFonts w:ascii="Courier New" w:hAnsi="Courier New"/>
          <w:color w:val="555555"/>
          <w:sz w:val="20"/>
        </w:rPr>
        <w:t>[10]</w:t>
      </w:r>
    </w:p>
    <w:p>
      <w:r>
        <w:rPr>
          <w:rFonts w:ascii="Gentium Plus" w:hAnsi="Gentium Plus"/>
          <w:sz w:val="24"/>
        </w:rPr>
        <w:t>Εὐγηρότατος. ἔντιμος, καλὸς, γέρων. ἀξιό‐ τιμος. Εὔγνωστος. φανερός. Εὐδαίμων. ὁ κατ’ ἀρετὴν ἐνεργῶν, εὐτυχὴς, ὁ μακαριστός.</w:t>
      </w:r>
    </w:p>
    <w:p>
      <w:r>
        <w:rPr>
          <w:rFonts w:ascii="Courier New" w:hAnsi="Courier New"/>
          <w:color w:val="555555"/>
          <w:sz w:val="20"/>
        </w:rPr>
        <w:t>[15]</w:t>
      </w:r>
    </w:p>
    <w:p>
      <w:r>
        <w:rPr>
          <w:rFonts w:ascii="Gentium Plus" w:hAnsi="Gentium Plus"/>
          <w:sz w:val="24"/>
        </w:rPr>
        <w:t>Εὐδιαῖος. χειμάῤῥους, καὶ τρῆμα τῆς νεὼς, δι’ οὗ ἡ ἀντλία ἐκρεῖ. Εὐδοκιμώτατος. γενναῖος. Εὐδιάλογος. ὁ εὐόμιλος. Εὐδινὸς καιρός. ὁ εὐδίαν ἔχων. εὐδιεινὸς δὲ</w:t>
      </w:r>
    </w:p>
    <w:p>
      <w:r>
        <w:rPr>
          <w:rFonts w:ascii="Courier New" w:hAnsi="Courier New"/>
          <w:color w:val="555555"/>
          <w:sz w:val="20"/>
        </w:rPr>
        <w:t>[20]</w:t>
      </w:r>
    </w:p>
    <w:p>
      <w:r>
        <w:rPr>
          <w:rFonts w:ascii="Gentium Plus" w:hAnsi="Gentium Plus"/>
          <w:sz w:val="24"/>
        </w:rPr>
        <w:t>δίφθογγον. Εὔδηλος. φανερός. Εὐάγκαλον. ἐλαφρόν. ὁ δὲ Αἰνείας τὸν πα‐ τέρα τοῖς ὤμοις ἐπιθέμενος, ἐξῆγε φόρτον ὡς</w:t>
      </w:r>
    </w:p>
    <w:p>
      <w:r>
        <w:rPr>
          <w:rFonts w:ascii="Courier New" w:hAnsi="Courier New"/>
          <w:color w:val="555555"/>
          <w:sz w:val="20"/>
        </w:rPr>
        <w:t>[epsilon 898]</w:t>
      </w:r>
    </w:p>
    <w:p>
      <w:r>
        <w:rPr>
          <w:rFonts w:ascii="Gentium Plus" w:hAnsi="Gentium Plus"/>
          <w:sz w:val="24"/>
        </w:rPr>
        <w:t>Εὐερνής. εὐθαλὴς, βλαστός. ἔρνος γὰρ ὁ κλάδος. Εὐεργητικός. φιλότιμος, ἀγαθοποιός. Εὐεργέος. καλῶς καὶ ἐπιμελῶς κατεσκευασμένου. —εὐεργέος ἔκπεσε δίφρου.</w:t>
      </w:r>
    </w:p>
    <w:p>
      <w:r>
        <w:rPr>
          <w:rFonts w:ascii="Courier New" w:hAnsi="Courier New"/>
          <w:color w:val="555555"/>
          <w:sz w:val="20"/>
        </w:rPr>
        <w:t>[5]</w:t>
      </w:r>
    </w:p>
    <w:p>
      <w:r>
        <w:rPr>
          <w:rFonts w:ascii="Gentium Plus" w:hAnsi="Gentium Plus"/>
          <w:sz w:val="24"/>
        </w:rPr>
        <w:t>Εὐέκτης. ὁ ἐν ὑγείᾳ διαζῶν. ἐπεμελεῖτο καὶ σωμασκίας καὶ ἦν εὐέκτης. [Εὐεπήβολος. ὁ καλῶς ἐπιβάλλων. καὶ εὐεπη‐ βόλως ἀντὶ τοῦ σαφῶς καὶ ὀρθῶς.] Εὐεπίβολος. κακός.</w:t>
      </w:r>
    </w:p>
    <w:p>
      <w:r>
        <w:rPr>
          <w:rFonts w:ascii="Courier New" w:hAnsi="Courier New"/>
          <w:color w:val="555555"/>
          <w:sz w:val="20"/>
        </w:rPr>
        <w:t>[10]</w:t>
      </w:r>
    </w:p>
    <w:p>
      <w:r>
        <w:rPr>
          <w:rFonts w:ascii="Gentium Plus" w:hAnsi="Gentium Plus"/>
          <w:sz w:val="24"/>
        </w:rPr>
        <w:t>Εὐερκεῖ. καλῶς ἠσφαλισμένῳ καὶ πεφραγμένῳ. [ὄφρά μοι εὐερκεῖ καναχὰν δόμῳ ἔνδοθι θείη.] Εὔειλος. ὁ θερμὸς τόπος. Εὐήλιος. καθαρός.</w:t>
      </w:r>
    </w:p>
    <w:p>
      <w:r>
        <w:rPr>
          <w:rFonts w:ascii="Courier New" w:hAnsi="Courier New"/>
          <w:color w:val="555555"/>
          <w:sz w:val="20"/>
        </w:rPr>
        <w:t>[15]</w:t>
      </w:r>
    </w:p>
    <w:p>
      <w:r>
        <w:rPr>
          <w:rFonts w:ascii="Gentium Plus" w:hAnsi="Gentium Plus"/>
          <w:sz w:val="24"/>
        </w:rPr>
        <w:t>Εὐηνέμους. ἀχειμάστους. εὐδιεινούς. Εὐήνορα. ἀνδρεῖον. Εὐηγενέων. εὐγενῶν, πλεονασμῷ τοῦ ι, ἢ [τῶν εὐαρχουμένων.] παρὰ τὸν ἀγὸν, ὃ σημαίνει τὸν ἡγεμόνα.</w:t>
      </w:r>
    </w:p>
    <w:p>
      <w:r>
        <w:rPr>
          <w:rFonts w:ascii="Courier New" w:hAnsi="Courier New"/>
          <w:color w:val="555555"/>
          <w:sz w:val="20"/>
        </w:rPr>
        <w:t>[20]</w:t>
      </w:r>
    </w:p>
    <w:p>
      <w:r>
        <w:rPr>
          <w:rFonts w:ascii="Gentium Plus" w:hAnsi="Gentium Plus"/>
          <w:sz w:val="24"/>
        </w:rPr>
        <w:t>Εὐήθης. ἀνόητος, μωρός. Εὐηκής. καλῶς ἠκονημένος. καὶ κλίνεται εὐηκέος. Εὔζωνοι. ἔνοπλοι, ἢ εὔζωνοι καὶ μονόζωνοι. οἱ εὐσταλεῖς καὶ κοῦφοι στρατιῶται καὶ μὴ κατά‐ φρακτοι. οὕτω Ξενοφῶν φησίν· οἱ ἑνί τινι</w:t>
      </w:r>
    </w:p>
    <w:p>
      <w:r>
        <w:rPr>
          <w:rFonts w:ascii="Courier New" w:hAnsi="Courier New"/>
          <w:color w:val="555555"/>
          <w:sz w:val="20"/>
        </w:rPr>
        <w:t>[25]</w:t>
      </w:r>
    </w:p>
    <w:p>
      <w:r>
        <w:rPr>
          <w:rFonts w:ascii="Gentium Plus" w:hAnsi="Gentium Plus"/>
          <w:sz w:val="24"/>
        </w:rPr>
        <w:t>χρώμενοι καὶ διαζωνευμένοι ὅπλῳ.</w:t>
      </w:r>
    </w:p>
    <w:p>
      <w:r>
        <w:rPr>
          <w:rFonts w:ascii="Courier New" w:hAnsi="Courier New"/>
          <w:color w:val="555555"/>
          <w:sz w:val="20"/>
        </w:rPr>
        <w:t>[epsilon 899]</w:t>
      </w:r>
    </w:p>
    <w:p>
      <w:r>
        <w:rPr>
          <w:rFonts w:ascii="Gentium Plus" w:hAnsi="Gentium Plus"/>
          <w:sz w:val="24"/>
        </w:rPr>
        <w:t>Εὔζωτος. καλοζώης. Εὐθυγενής. ἶσα καὶ πρὸς τὸ εὐθὲς τεταγμένος. Εὐθύγλωττος. ἦν δὲ καὶ εὐθύγλωττος πέρα τοῦ δέοντος.</w:t>
      </w:r>
    </w:p>
    <w:p>
      <w:r>
        <w:rPr>
          <w:rFonts w:ascii="Courier New" w:hAnsi="Courier New"/>
          <w:color w:val="555555"/>
          <w:sz w:val="20"/>
        </w:rPr>
        <w:t>[5]</w:t>
      </w:r>
    </w:p>
    <w:p>
      <w:r>
        <w:rPr>
          <w:rFonts w:ascii="Gentium Plus" w:hAnsi="Gentium Plus"/>
          <w:sz w:val="24"/>
        </w:rPr>
        <w:t>Εὐθυλήπτων. εὐχερῶς κρατουμένων. οὐκ εὐ‐ θυλήπτων ὄντων τῶν ἐπιθυμουμένων. Εὐθυῤῥήμων. ἐτυμολόγος. καὶ εὐθυῤῥημονῶ. Εὔθυμος. εὔψυχος, περιχαρής. Εὐθυβόλῳ. ἐπ’ εὐθείας βάλλοντι ἢ πλέοντι. ἢ</w:t>
      </w:r>
    </w:p>
    <w:p>
      <w:r>
        <w:rPr>
          <w:rFonts w:ascii="Courier New" w:hAnsi="Courier New"/>
          <w:color w:val="555555"/>
          <w:sz w:val="20"/>
        </w:rPr>
        <w:t>[10]</w:t>
      </w:r>
    </w:p>
    <w:p>
      <w:r>
        <w:rPr>
          <w:rFonts w:ascii="Gentium Plus" w:hAnsi="Gentium Plus"/>
          <w:sz w:val="24"/>
        </w:rPr>
        <w:t>εὐθυβόλῳ, ἀντὶ τοῦ συνετῷ. Εὔθυνοι. δικασταί. εὐθυνταί. παρὰ τὸ εὐθύναι τὸ ἐξετάσαι, οὓς ἡμεῖς λογιστὰς λέγομεν νόμων δώδεκα. δι’ ὧν δεῖ πάντας τοὺς εὐθύνους θαυ‐ μαστῶς πᾶσαν ἀρετὴν μετιέναι. ἐκ τοῦ ῥητορι‐</w:t>
      </w:r>
    </w:p>
    <w:p>
      <w:r>
        <w:rPr>
          <w:rFonts w:ascii="Courier New" w:hAnsi="Courier New"/>
          <w:color w:val="555555"/>
          <w:sz w:val="20"/>
        </w:rPr>
        <w:t>[15]</w:t>
      </w:r>
    </w:p>
    <w:p>
      <w:r>
        <w:rPr>
          <w:rFonts w:ascii="Gentium Plus" w:hAnsi="Gentium Plus"/>
          <w:sz w:val="24"/>
        </w:rPr>
        <w:t>κοῦ ἡ λέξις. Εὔκηλος. ἥσυχος. παρὰ τὸ εἴκω, τὸ ὑποχωρῶ, γίνεται ἔκηλος, καὶ πλεονασμῷ τοῦ υ εὔκηλος· ἢ εἴκηλος καὶ τροπῇ τοῦ ι εἰς υ εὔκηλος. Εὔκολος. ἁπλοϊκὸς τὸν τρόπον καὶ ἐλευθέριος,</w:t>
      </w:r>
    </w:p>
    <w:p>
      <w:r>
        <w:rPr>
          <w:rFonts w:ascii="Courier New" w:hAnsi="Courier New"/>
          <w:color w:val="555555"/>
          <w:sz w:val="20"/>
        </w:rPr>
        <w:t>[20]</w:t>
      </w:r>
    </w:p>
    <w:p>
      <w:r>
        <w:rPr>
          <w:rFonts w:ascii="Gentium Plus" w:hAnsi="Gentium Plus"/>
          <w:sz w:val="24"/>
        </w:rPr>
        <w:t>καὶ ὁ ἐναντιούμενος τῷ δυσκόλῳ. ὁ δὲ ἁπλοῦς ἦν καὶ μάλα εὔκολος. Εὔκρας. εὔκρατος. Εὐκρινής. συνήθως ὁ ἐξ ἀῤῥωστίας ὑγιάνας· λέγεται δὲ διὰ τὸ εὖ κεκρίσθαι. οὗτοι δὲ ἐπὶ</w:t>
      </w:r>
    </w:p>
    <w:p>
      <w:r>
        <w:rPr>
          <w:rFonts w:ascii="Courier New" w:hAnsi="Courier New"/>
          <w:color w:val="555555"/>
          <w:sz w:val="20"/>
        </w:rPr>
        <w:t>[25]</w:t>
      </w:r>
    </w:p>
    <w:p>
      <w:r>
        <w:rPr>
          <w:rFonts w:ascii="Gentium Plus" w:hAnsi="Gentium Plus"/>
          <w:sz w:val="24"/>
        </w:rPr>
        <w:t>τοῦ νεκροῦ τίθενται κατὰ ἀντίφρασιν. σημαί‐</w:t>
      </w:r>
    </w:p>
    <w:p>
      <w:r>
        <w:rPr>
          <w:rFonts w:ascii="Courier New" w:hAnsi="Courier New"/>
          <w:color w:val="555555"/>
          <w:sz w:val="20"/>
        </w:rPr>
        <w:t>[epsilon 900]</w:t>
      </w:r>
    </w:p>
    <w:p>
      <w:r>
        <w:rPr>
          <w:rFonts w:ascii="Gentium Plus" w:hAnsi="Gentium Plus"/>
          <w:sz w:val="24"/>
        </w:rPr>
        <w:t>Εὔκηλος. ὁ καλῶς θελγόμενος. Εὐθεῖος. ὁ εὐόμιλος, καὶ ὁ καλοσύντυχος ἤτοι ὁ ὀρθολεκτῶν τοὺς λόγχους αὐτοῦ. Εὐλαβής. ὁ εὖ τῶν πραγμάτων ἐπιλαβόμενος. ὁ</w:t>
      </w:r>
    </w:p>
    <w:p>
      <w:r>
        <w:rPr>
          <w:rFonts w:ascii="Courier New" w:hAnsi="Courier New"/>
          <w:color w:val="555555"/>
          <w:sz w:val="20"/>
        </w:rPr>
        <w:t>[5]</w:t>
      </w:r>
    </w:p>
    <w:p>
      <w:r>
        <w:rPr>
          <w:rFonts w:ascii="Gentium Plus" w:hAnsi="Gentium Plus"/>
          <w:sz w:val="24"/>
        </w:rPr>
        <w:t>μὴ προχείρως τὶ ποιῶν. [ἢ καὶ ὁ εἰς λαβὴν ἐπι‐ τήδειος. οἷον εὐλαβὴς μάχαιρα. ἢ ὁ εὖ προσ‐ λαμβάνων τὸ μέλλον. δύσληπτος δὲ, ὁ δυσχε‐ ρὴς, ἀπὸ τῶν χειρῶν.] Εὐμαρής. εὔληπτος, δῆλος, εὐχερής. παρὰ τὸ</w:t>
      </w:r>
    </w:p>
    <w:p>
      <w:r>
        <w:rPr>
          <w:rFonts w:ascii="Courier New" w:hAnsi="Courier New"/>
          <w:color w:val="555555"/>
          <w:sz w:val="20"/>
        </w:rPr>
        <w:t>[10]</w:t>
      </w:r>
    </w:p>
    <w:p>
      <w:r>
        <w:rPr>
          <w:rFonts w:ascii="Gentium Plus" w:hAnsi="Gentium Plus"/>
          <w:sz w:val="24"/>
        </w:rPr>
        <w:t>μαίρω τὸ λάμπω, ἐξ οὗ καὶ τὸ μαρμαίρω καὶ μάρμαρον, γίνεται μαρὴς καὶ εὐμαρὴς, ὁ μὴ ὑπὸ σκότει κείμενος. Εὔμαιος. ὁ Ὀδυσσέως δοῦλος, ἀπὸ τῆς πρὸς αὐτὸν εὐμενείας, ὡς καὶ Φιλοίτιος ἀπὸ τῆς πρὸς</w:t>
      </w:r>
    </w:p>
    <w:p>
      <w:r>
        <w:rPr>
          <w:rFonts w:ascii="Courier New" w:hAnsi="Courier New"/>
          <w:color w:val="555555"/>
          <w:sz w:val="20"/>
        </w:rPr>
        <w:t>[15]</w:t>
      </w:r>
    </w:p>
    <w:p>
      <w:r>
        <w:rPr>
          <w:rFonts w:ascii="Gentium Plus" w:hAnsi="Gentium Plus"/>
          <w:sz w:val="24"/>
        </w:rPr>
        <w:t>αὐτὸν φιλίας. Εὐμενής. ὁ εὖ τισὶ διὰ ψυχῆς διακείμενος. ὅπέρ ἐστι μένος. ἀντίκειται δὲ αὐτῷ δυσμενής. Εὐμελίῳ. τῷ καλῶς τῇ μελίᾳ χρωμένῳ. μελία δέ ἐστι εἶδος δένδρου, ἐξ οὗ τὰ δόρατα ποιοῦσι</w:t>
      </w:r>
    </w:p>
    <w:p>
      <w:r>
        <w:rPr>
          <w:rFonts w:ascii="Courier New" w:hAnsi="Courier New"/>
          <w:color w:val="555555"/>
          <w:sz w:val="20"/>
        </w:rPr>
        <w:t>[20]</w:t>
      </w:r>
    </w:p>
    <w:p>
      <w:r>
        <w:rPr>
          <w:rFonts w:ascii="Gentium Plus" w:hAnsi="Gentium Plus"/>
          <w:sz w:val="24"/>
        </w:rPr>
        <w:t>τὰ πολεμικά. [ὁ εὐμελίας, τοῦ εὐμελίαο, τοῦ εὐμελίεω. οὕτω γὰρ τὸ ὁλόκληρον. ἔστι δὲ πά‐ θος Ἰωνικόν.] Εὐνοῦχος. ἀπὸ τοῦ τὴν εὐνὴν ἔχειν ἤγουν φυλάσ‐ σειν. ἔχειν γὰρ τὸ ἐπιμελεῖσθαι φασὶ καὶ φυ‐</w:t>
      </w:r>
    </w:p>
    <w:p>
      <w:r>
        <w:rPr>
          <w:rFonts w:ascii="Courier New" w:hAnsi="Courier New"/>
          <w:color w:val="555555"/>
          <w:sz w:val="20"/>
        </w:rPr>
        <w:t>[25]</w:t>
      </w:r>
    </w:p>
    <w:p>
      <w:r>
        <w:rPr>
          <w:rFonts w:ascii="Gentium Plus" w:hAnsi="Gentium Plus"/>
          <w:sz w:val="24"/>
        </w:rPr>
        <w:t>λάσσειν.</w:t>
      </w:r>
    </w:p>
    <w:p>
      <w:r>
        <w:rPr>
          <w:rFonts w:ascii="Courier New" w:hAnsi="Courier New"/>
          <w:color w:val="555555"/>
          <w:sz w:val="20"/>
        </w:rPr>
        <w:t>[epsilon 901]</w:t>
      </w:r>
    </w:p>
    <w:p>
      <w:r>
        <w:rPr>
          <w:rFonts w:ascii="Gentium Plus" w:hAnsi="Gentium Plus"/>
          <w:sz w:val="24"/>
        </w:rPr>
        <w:t>τινὲς δὲ φασὶ παρὰ τὸ εὖ νοῦν ἔχειν, καὶ ἀπηλ‐ λάχθαι τῶν ἀφροδισίων. οἱ δὲ ἀρχαῖοι τὰ ἀφρο‐ δίσια ἀνόητα ἐκάλουν, ὡς παρ’ Ἀριστοφάνει· ὕπνου τὲ ἀνέχεσθαι καὶ τῶν ἀνοήτων πάν‐</w:t>
      </w:r>
    </w:p>
    <w:p>
      <w:r>
        <w:rPr>
          <w:rFonts w:ascii="Courier New" w:hAnsi="Courier New"/>
          <w:color w:val="555555"/>
          <w:sz w:val="20"/>
        </w:rPr>
        <w:t>[5]</w:t>
      </w:r>
    </w:p>
    <w:p>
      <w:r>
        <w:rPr>
          <w:rFonts w:ascii="Gentium Plus" w:hAnsi="Gentium Plus"/>
          <w:sz w:val="24"/>
        </w:rPr>
        <w:t>των. Εὔξεινος. πέλαγος. ἐνδότως τοῦ πόντου, ἢ αὐ‐ τὸς ὁ πόντος. οὗτος τὸ πρῶτον ἄξεινος ἐκα‐ λεῖτο διὰ τὸ ὑπὸ λῃστῶν οἰκεῖσθαι, καὶ μηδέ‐ να ἐκεῖ παραβαλεῖν τῶν ξένων. κατὰ ἀντίφρα‐</w:t>
      </w:r>
    </w:p>
    <w:p>
      <w:r>
        <w:rPr>
          <w:rFonts w:ascii="Courier New" w:hAnsi="Courier New"/>
          <w:color w:val="555555"/>
          <w:sz w:val="20"/>
        </w:rPr>
        <w:t>[10]</w:t>
      </w:r>
    </w:p>
    <w:p>
      <w:r>
        <w:rPr>
          <w:rFonts w:ascii="Gentium Plus" w:hAnsi="Gentium Plus"/>
          <w:sz w:val="24"/>
        </w:rPr>
        <w:t>σιν δὲ εὔξεινος ἐκλήθη, ὅτι Ἡρακλῆς ἐκβαλὼν τοὺς λῃστὰς φιλοξένους κατῴκισεν. Εὔοδμος. εὐώδης. Εὐόρκου. εὐσεβοῦς. Ἡσίοδος· ἀνδρὸς εὐόρκου γενεὴ μετόπισθεν—.</w:t>
      </w:r>
    </w:p>
    <w:p>
      <w:r>
        <w:rPr>
          <w:rFonts w:ascii="Courier New" w:hAnsi="Courier New"/>
          <w:color w:val="555555"/>
          <w:sz w:val="20"/>
        </w:rPr>
        <w:t>[15]</w:t>
      </w:r>
    </w:p>
    <w:p>
      <w:r>
        <w:rPr>
          <w:rFonts w:ascii="Gentium Plus" w:hAnsi="Gentium Plus"/>
          <w:sz w:val="24"/>
        </w:rPr>
        <w:t>Εὐόφθαλμον. εὔοπτον. καὶ εὐοφθάλμως ἀντὶ τοῦ εὐπρεπῶς. Εὐπαλάμων ὕμνων. ἀντὶ τοῦ εὖ διακεχωρι‐ σμένων, ἢ συντεταγμένων. τέκτονες εὐπαλάμων ὕμνων.</w:t>
      </w:r>
    </w:p>
    <w:p>
      <w:r>
        <w:rPr>
          <w:rFonts w:ascii="Courier New" w:hAnsi="Courier New"/>
          <w:color w:val="555555"/>
          <w:sz w:val="20"/>
        </w:rPr>
        <w:t>[20]</w:t>
      </w:r>
    </w:p>
    <w:p>
      <w:r>
        <w:rPr>
          <w:rFonts w:ascii="Gentium Plus" w:hAnsi="Gentium Plus"/>
          <w:sz w:val="24"/>
        </w:rPr>
        <w:t>Εὐπαράγωγος. εὐπειθής. Ἀριστοφάνης· ἀλλ’ εὐπαράγωγος εἶ θωπευόμενός τε χαί‐ ρεις. Εὐπάροιστοι. οἱ εὐπαράγωγοι. Εὐπατρίδαι. εὐγενεῖς, ἢ ἀπὸ χώρας καλῆς.</w:t>
      </w:r>
    </w:p>
    <w:p>
      <w:r>
        <w:rPr>
          <w:rFonts w:ascii="Courier New" w:hAnsi="Courier New"/>
          <w:color w:val="555555"/>
          <w:sz w:val="20"/>
        </w:rPr>
        <w:t>[25]</w:t>
      </w:r>
    </w:p>
    <w:p>
      <w:r>
        <w:rPr>
          <w:rFonts w:ascii="Gentium Plus" w:hAnsi="Gentium Plus"/>
          <w:sz w:val="24"/>
        </w:rPr>
        <w:t>Εὔπακτος. καλῶς πεπηγμένος. Εὑρεσιεπής. καινολόγος. Εὑρεσιλόγος. φλύαρος.</w:t>
      </w:r>
    </w:p>
    <w:p>
      <w:r>
        <w:rPr>
          <w:rFonts w:ascii="Courier New" w:hAnsi="Courier New"/>
          <w:color w:val="555555"/>
          <w:sz w:val="20"/>
        </w:rPr>
        <w:t>[epsilon 902]</w:t>
      </w:r>
    </w:p>
    <w:p>
      <w:r>
        <w:rPr>
          <w:rFonts w:ascii="Gentium Plus" w:hAnsi="Gentium Plus"/>
          <w:sz w:val="24"/>
        </w:rPr>
        <w:t>Εὔριπος. πέλαγος στενόν. ἢ τὸ ὑδατῶδες καὶ με‐ ταξὺ δύο γαιῶν. Εὔριπος. ὁ μεταξὺ Βοιωτίας καὶ Ἀττικῆς. ἑπτά‐ κις δὲ τῆς ἡμέρας τὸ ὕδωρ ἐκεῖσε τρέπεται.</w:t>
      </w:r>
    </w:p>
    <w:p>
      <w:r>
        <w:rPr>
          <w:rFonts w:ascii="Courier New" w:hAnsi="Courier New"/>
          <w:color w:val="555555"/>
          <w:sz w:val="20"/>
        </w:rPr>
        <w:t>[5]</w:t>
      </w:r>
    </w:p>
    <w:p>
      <w:r>
        <w:rPr>
          <w:rFonts w:ascii="Gentium Plus" w:hAnsi="Gentium Plus"/>
          <w:sz w:val="24"/>
        </w:rPr>
        <w:t>Εὐρυκρείων. μεγάλως βασιλεύων. [Εὐρύοπα. μεγαλόφωνον.] Εὐρύωπα δὲ, μεγαλόφθαλμον, μέγα. Εὐρυσθενοῦς. μεγαλοδυνάμου. Εὐρώς. ὑγρότης σεσηπυῖα. σηπεδών. παρὰ τὸ</w:t>
      </w:r>
    </w:p>
    <w:p>
      <w:r>
        <w:rPr>
          <w:rFonts w:ascii="Courier New" w:hAnsi="Courier New"/>
          <w:color w:val="555555"/>
          <w:sz w:val="20"/>
        </w:rPr>
        <w:t>[10]</w:t>
      </w:r>
    </w:p>
    <w:p>
      <w:r>
        <w:rPr>
          <w:rFonts w:ascii="Gentium Plus" w:hAnsi="Gentium Plus"/>
          <w:sz w:val="24"/>
        </w:rPr>
        <w:t>αὖρα, αὐρὼς, καὶ τροπῇ [εὐρὼς, τοῦ] εὐρῶτος, τῷ εὐρῶτι. καὶ εὐρωτιῶ. Εὐρώεις. πλατύς. Εὐριπίδης. κύριον. καὶ γὰρ ἐν τῷ Εὐρίπῳ φασὶ γεννηθῆναι αὐτόν. [τὰ διὰ τοῦ ιδης ἀπὸ τῶν</w:t>
      </w:r>
    </w:p>
    <w:p>
      <w:r>
        <w:rPr>
          <w:rFonts w:ascii="Courier New" w:hAnsi="Courier New"/>
          <w:color w:val="555555"/>
          <w:sz w:val="20"/>
        </w:rPr>
        <w:t>[15]</w:t>
      </w:r>
    </w:p>
    <w:p>
      <w:r>
        <w:rPr>
          <w:rFonts w:ascii="Gentium Plus" w:hAnsi="Gentium Plus"/>
          <w:sz w:val="24"/>
        </w:rPr>
        <w:t>εἰς ος διὰ τοῦ ἰῶτα γράφεται. οἷον Κρόνος, Κρονίδης, Πρίαμος, Πριαμίδης, Εὔριπος, Εὐ‐ ριπίδης. χωρὶς τοῦ Κύθνος, Κυθνείδης, ὄνομα κύριον.] [Εὐρύς. ὁ πλατύς. παρωνύμως. παρὰ τὸ εὖρος</w:t>
      </w:r>
    </w:p>
    <w:p>
      <w:r>
        <w:rPr>
          <w:rFonts w:ascii="Courier New" w:hAnsi="Courier New"/>
          <w:color w:val="555555"/>
          <w:sz w:val="20"/>
        </w:rPr>
        <w:t>[20]</w:t>
      </w:r>
    </w:p>
    <w:p>
      <w:r>
        <w:rPr>
          <w:rFonts w:ascii="Gentium Plus" w:hAnsi="Gentium Plus"/>
          <w:sz w:val="24"/>
        </w:rPr>
        <w:t>εὐρὺς, ὡς θράσος θρασὺς, κότος κοτὺς καὶ ἵππος ἱππύς.] Εὐρύπυλος. ἀπὸ τοῦ εὐρὺς καὶ τοῦ πύλη. [τὰ δὲ εἰς υς ὀξύτονα σύνθετα ἀποβάλλει τὸ ς, οἷον· ὠκὺς, ὠκύμορος, ταχὺς, ταχυθάνατος.</w:t>
      </w:r>
    </w:p>
    <w:p>
      <w:r>
        <w:rPr>
          <w:rFonts w:ascii="Courier New" w:hAnsi="Courier New"/>
          <w:color w:val="555555"/>
          <w:sz w:val="20"/>
        </w:rPr>
        <w:t>[25]</w:t>
      </w:r>
    </w:p>
    <w:p>
      <w:r>
        <w:rPr>
          <w:rFonts w:ascii="Gentium Plus" w:hAnsi="Gentium Plus"/>
          <w:sz w:val="24"/>
        </w:rPr>
        <w:t>σεσημείωται τὸ Πολύμνια ἀπὸ τοῦ Πολυύμνια ἀποβολῇ τοῦ υ. καὶ δεῖ γινώσκειν, ὅτι τὰ εἰς ἦτα λήγοντα θηλυκὰ ἐν τῇ συνθέσει ἢ φυλάσ‐ σει τὸ τέλος, ὡς μάχη, Ἀνδρομάχη, ἢ τρέπει</w:t>
      </w:r>
    </w:p>
    <w:p>
      <w:r>
        <w:rPr>
          <w:rFonts w:ascii="Courier New" w:hAnsi="Courier New"/>
          <w:color w:val="555555"/>
          <w:sz w:val="20"/>
        </w:rPr>
        <w:t>[epsilon 903]</w:t>
      </w:r>
    </w:p>
    <w:p>
      <w:r>
        <w:rPr>
          <w:rFonts w:ascii="Gentium Plus" w:hAnsi="Gentium Plus"/>
          <w:sz w:val="24"/>
        </w:rPr>
        <w:t>τρίπυλον, ἢ τὸ ς προσλαμβάνει, ὡς γυνὴ μι‐ σογύνης. οὕτως οὖν καὶ πύλη Εὐρύπυλος.] Εὐρυτίων. κύριον. παρὰ τὸ Εὔρυτος Εὐρυτίων, ὡς Ἥφαιστος, Ἡφαιστίων.</w:t>
      </w:r>
    </w:p>
    <w:p>
      <w:r>
        <w:rPr>
          <w:rFonts w:ascii="Courier New" w:hAnsi="Courier New"/>
          <w:color w:val="555555"/>
          <w:sz w:val="20"/>
        </w:rPr>
        <w:t>[5]</w:t>
      </w:r>
    </w:p>
    <w:p>
      <w:r>
        <w:rPr>
          <w:rFonts w:ascii="Gentium Plus" w:hAnsi="Gentium Plus"/>
          <w:sz w:val="24"/>
        </w:rPr>
        <w:t>Εὔσημος. περιφανής· λαμπρός· καλός· ἀγαθός. Εὔσκαρφος. εὐκίνητος. ταχύς. Εὐσταλής. καλῶς ἐστολισμένος, ἢ κοῦφος. Εὔστομον. εὐπρόσωπον, ἀπὸ μέρους. Εὐσύνοπτον. εὐεπίγνωστον.</w:t>
      </w:r>
    </w:p>
    <w:p>
      <w:r>
        <w:rPr>
          <w:rFonts w:ascii="Courier New" w:hAnsi="Courier New"/>
          <w:color w:val="555555"/>
          <w:sz w:val="20"/>
        </w:rPr>
        <w:t>[10]</w:t>
      </w:r>
    </w:p>
    <w:p>
      <w:r>
        <w:rPr>
          <w:rFonts w:ascii="Gentium Plus" w:hAnsi="Gentium Plus"/>
          <w:sz w:val="24"/>
        </w:rPr>
        <w:t>Εὐτειχεῖ. καλῶς τετειχισμένῳ. εὐτειχεῖ πάγῳ, καὶ εὐτειχεῖ θαλάμῳ. Εὐτρεπισμός. ἡ ἑτοιμασία. Εὔτμητος. εὐκόλως ἢ μετὰ τέχνης τεμνόμενος. Εὔτονος. γενναῖος.</w:t>
      </w:r>
    </w:p>
    <w:p>
      <w:r>
        <w:rPr>
          <w:rFonts w:ascii="Courier New" w:hAnsi="Courier New"/>
          <w:color w:val="555555"/>
          <w:sz w:val="20"/>
        </w:rPr>
        <w:t>[15]</w:t>
      </w:r>
    </w:p>
    <w:p>
      <w:r>
        <w:rPr>
          <w:rFonts w:ascii="Gentium Plus" w:hAnsi="Gentium Plus"/>
          <w:sz w:val="24"/>
        </w:rPr>
        <w:t>Εὐτράπελος. ὁ ἐπιμελῶς παίζων, ἢ ὁ κοῦφος καὶ μωρὸς καὶ ἀπαίδευτος. κυρίως δὲ ὁ μιμο‐ λόγος, ὁ γελωτοποιός. ἢ ὁ εὐχερῶς καὶ εὐκόλως τρεπόμενος κατὰ τὸν βίον, καὶ πάσας συμφο‐ ρὰς ὑπομένων. ὥσπερ παρὰ τὸ εἴκω, τὸ ὁμοιῶ,</w:t>
      </w:r>
    </w:p>
    <w:p>
      <w:r>
        <w:rPr>
          <w:rFonts w:ascii="Courier New" w:hAnsi="Courier New"/>
          <w:color w:val="555555"/>
          <w:sz w:val="20"/>
        </w:rPr>
        <w:t>[20]</w:t>
      </w:r>
    </w:p>
    <w:p>
      <w:r>
        <w:rPr>
          <w:rFonts w:ascii="Gentium Plus" w:hAnsi="Gentium Plus"/>
          <w:sz w:val="24"/>
        </w:rPr>
        <w:t>γίνεται εἴκελος, οὕτως καὶ παρὰ τὸ τρέπω, ἔτρα‐ πον, τράπελος καὶ εὐτράπελος. Εὐτελεῖς. τὸ τέλος πολλὰ σημαίνει. σημαίνει γὰρ καὶ δαπάνην. ἀφ’ οὗ τὴν πολυτέλειαν φασίν. καὶ εὐτελεῖς τινὲς τοὺς μὴ ἐπιπολὺ χωροῦν‐</w:t>
      </w:r>
    </w:p>
    <w:p>
      <w:r>
        <w:rPr>
          <w:rFonts w:ascii="Courier New" w:hAnsi="Courier New"/>
          <w:color w:val="555555"/>
          <w:sz w:val="20"/>
        </w:rPr>
        <w:t>[25]</w:t>
      </w:r>
    </w:p>
    <w:p>
      <w:r>
        <w:rPr>
          <w:rFonts w:ascii="Gentium Plus" w:hAnsi="Gentium Plus"/>
          <w:sz w:val="24"/>
        </w:rPr>
        <w:t>τας. Ἐΰς. ἀγαθός. ὡς παρὰ τὸ ἥδω ἡδὺς καὶ βρί‐</w:t>
      </w:r>
    </w:p>
    <w:p>
      <w:r>
        <w:rPr>
          <w:rFonts w:ascii="Courier New" w:hAnsi="Courier New"/>
          <w:color w:val="555555"/>
          <w:sz w:val="20"/>
        </w:rPr>
        <w:t>[epsilon 904]</w:t>
      </w:r>
    </w:p>
    <w:p>
      <w:r>
        <w:rPr>
          <w:rFonts w:ascii="Gentium Plus" w:hAnsi="Gentium Plus"/>
          <w:sz w:val="24"/>
        </w:rPr>
        <w:t>ἐΰς. τὸ γὰρ ἀγαθὸν καὶ βέβαιον καὶ ἑδραῖον ὑπάρχει. [ἢ παρὰ τὸ ἐῶ, τὸ εὐφραίνομαι καὶ ἥδομαι. οἷον· —ἐπεί με πρῶτον ἔασας.</w:t>
      </w:r>
    </w:p>
    <w:p>
      <w:r>
        <w:rPr>
          <w:rFonts w:ascii="Courier New" w:hAnsi="Courier New"/>
          <w:color w:val="555555"/>
          <w:sz w:val="20"/>
        </w:rPr>
        <w:t>[5]</w:t>
      </w:r>
    </w:p>
    <w:p>
      <w:r>
        <w:rPr>
          <w:rFonts w:ascii="Gentium Plus" w:hAnsi="Gentium Plus"/>
          <w:sz w:val="24"/>
        </w:rPr>
        <w:t>ἀντὶ τοῦ ἥδυνας. ὁ δὲ Ἡρωδιανὸς λέγει, παρὰ τὸ ἐῶ γίνεται ἐὸς καὶ ἐξ αὐτοῦ ἐῢς, ὡς ἵππος, ἱππύς.] †Εὔφωρος. ὁ καλῶς κλέπτων.† Εὔφορος. κοῦφος, ἐλαφρός. ὁ δὲ θυρεὸς τῶν</w:t>
      </w:r>
    </w:p>
    <w:p>
      <w:r>
        <w:rPr>
          <w:rFonts w:ascii="Courier New" w:hAnsi="Courier New"/>
          <w:color w:val="555555"/>
          <w:sz w:val="20"/>
        </w:rPr>
        <w:t>[10]</w:t>
      </w:r>
    </w:p>
    <w:p>
      <w:r>
        <w:rPr>
          <w:rFonts w:ascii="Gentium Plus" w:hAnsi="Gentium Plus"/>
          <w:sz w:val="24"/>
        </w:rPr>
        <w:t>Ἰβήρων εὔφορος. Εὔφρος. ὁ εὔθυμος. Εὐχερής. κυρίως ὁ εὐκαταπάλαιστος ἢ ὁ εὐκα‐ ταγώνιστος. καὶ εὐκατάγνωστος. ἀπὸ μεταφο‐ ρᾶς τῶν παλαιστῶν, ἢ τῶν πολεμιστῶν, παρὰ</w:t>
      </w:r>
    </w:p>
    <w:p>
      <w:r>
        <w:rPr>
          <w:rFonts w:ascii="Courier New" w:hAnsi="Courier New"/>
          <w:color w:val="555555"/>
          <w:sz w:val="20"/>
        </w:rPr>
        <w:t>[15]</w:t>
      </w:r>
    </w:p>
    <w:p>
      <w:r>
        <w:rPr>
          <w:rFonts w:ascii="Gentium Plus" w:hAnsi="Gentium Plus"/>
          <w:sz w:val="24"/>
        </w:rPr>
        <w:t>τὸ χεῖρα. καταχρηστικῶς δὲ ὁ ἐπιεικὴς καὶ μὴ ἀντιπαλαίων. Εὐχαίτης. ὁ καλόθριξ. εὐχετὴς δὲ ὁ εὐχὴν ποιῶν, ψιλόν. Εὐχίδης καὶ Ἄσσαπος καὶ Χρυσόμαζος καὶ</w:t>
      </w:r>
    </w:p>
    <w:p>
      <w:r>
        <w:rPr>
          <w:rFonts w:ascii="Courier New" w:hAnsi="Courier New"/>
          <w:color w:val="555555"/>
          <w:sz w:val="20"/>
        </w:rPr>
        <w:t>[20]</w:t>
      </w:r>
    </w:p>
    <w:p>
      <w:r>
        <w:rPr>
          <w:rFonts w:ascii="Gentium Plus" w:hAnsi="Gentium Plus"/>
          <w:sz w:val="24"/>
        </w:rPr>
        <w:t>Ἐχίων. ὀνόματα κύρια. ὑπῆρχον οὗτοι ὠκύ‐ τατοι τοῖς ποσίν. Εὐχυλότερος. ὁ ταχέως πεττόμενος. Εὔωπος. ὁ εὐόφθαλμος. Εὐώνυμος. ὁ ἀριστερός.</w:t>
      </w:r>
    </w:p>
    <w:p>
      <w:r>
        <w:rPr>
          <w:rFonts w:ascii="Courier New" w:hAnsi="Courier New"/>
          <w:color w:val="555555"/>
          <w:sz w:val="20"/>
        </w:rPr>
        <w:t>[25]</w:t>
      </w:r>
    </w:p>
    <w:p>
      <w:r>
        <w:rPr>
          <w:rFonts w:ascii="Gentium Plus" w:hAnsi="Gentium Plus"/>
          <w:sz w:val="24"/>
        </w:rPr>
        <w:t>Εὐώδης. ἔστιν ἄω τὸ πνέω· μετὰ τοῦ δυς μορίου καὶ τοῦ εὖ γέγονε δυσαὴς καὶ εὐαής· ἡ γενικὴ</w:t>
      </w:r>
    </w:p>
    <w:p>
      <w:r>
        <w:rPr>
          <w:rFonts w:ascii="Courier New" w:hAnsi="Courier New"/>
          <w:color w:val="555555"/>
          <w:sz w:val="20"/>
        </w:rPr>
        <w:t>[epsilon 905]</w:t>
      </w:r>
    </w:p>
    <w:p>
      <w:r>
        <w:rPr>
          <w:rFonts w:ascii="Gentium Plus" w:hAnsi="Gentium Plus"/>
          <w:sz w:val="24"/>
        </w:rPr>
        <w:t>αὐτοῦ δυσαώδης καὶ εὐαώδης, καὶ κατὰ συγκο‐ πὴν δυσώδης καὶ εὐώδης. Εὔωροι. ἀπαραφύλακτοι. [Εὐφορίων· οὐ δέ τι εὔωροι θυέων. παρὰ τὸ εὖ ὠρεῖν καὶ φυλάσσειν.</w:t>
      </w:r>
    </w:p>
    <w:p>
      <w:r>
        <w:rPr>
          <w:rFonts w:ascii="Courier New" w:hAnsi="Courier New"/>
          <w:color w:val="555555"/>
          <w:sz w:val="20"/>
        </w:rPr>
        <w:t>[5]</w:t>
      </w:r>
    </w:p>
    <w:p>
      <w:r>
        <w:rPr>
          <w:rFonts w:ascii="Gentium Plus" w:hAnsi="Gentium Plus"/>
          <w:sz w:val="24"/>
        </w:rPr>
        <w:t>κατὰ ἀντίφρασιν.] Εὔψυχος. εὔθυμος. καρτερικός. [ἱλαρός.] Εὔρηνος. ὁ καλλιπρόβατος. πάμπαν εὔρηνός τε καὶ εὔβοτος. Εὐσπειρῆ. καλῶς συνεσπειραμένον. [τὸν εὐσπει‐</w:t>
      </w:r>
    </w:p>
    <w:p>
      <w:r>
        <w:rPr>
          <w:rFonts w:ascii="Courier New" w:hAnsi="Courier New"/>
          <w:color w:val="555555"/>
          <w:sz w:val="20"/>
        </w:rPr>
        <w:t>[10]</w:t>
      </w:r>
    </w:p>
    <w:p>
      <w:r>
        <w:rPr>
          <w:rFonts w:ascii="Gentium Plus" w:hAnsi="Gentium Plus"/>
          <w:sz w:val="24"/>
        </w:rPr>
        <w:t>ρῆ δὲ δράκοντα.] Εὐθὺς καὶ εὐθύ. καὶ ὡς ὄνομα καὶ ἐπίῤῥημα. παρὰ τὸ εὖ μόριον, καὶ τοῦ θύω τὸ ὁρμῶ. ὁ μέλλων θύσω, ὡς δώσω, δώς. τὸ εὐθὺ σημαίνει τὸ καλῶς ὁρμῶ· καὶ τὸ παραχρῆμα καὶ ταχύ.</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Εὖα. μήτηρ πάντων καὶ ζωή. Εὐάγητον. καθαράν. λαμπράν. Ἀριστοφάνης· δροσερὰν εὐάγητον φύσιν. Εὐανθὴς γλῶσσα. ἡ ἄκρως ἠττικισμένη ὁμι‐</w:t>
      </w:r>
    </w:p>
    <w:p>
      <w:r>
        <w:rPr>
          <w:rFonts w:ascii="Courier New" w:hAnsi="Courier New"/>
          <w:color w:val="555555"/>
          <w:sz w:val="20"/>
        </w:rPr>
        <w:t>[20]</w:t>
      </w:r>
    </w:p>
    <w:p>
      <w:r>
        <w:rPr>
          <w:rFonts w:ascii="Gentium Plus" w:hAnsi="Gentium Plus"/>
          <w:sz w:val="24"/>
        </w:rPr>
        <w:t>λίαν. εὐανθὴς γλῶσσα καὶ πολλῶν γέμουσα χαρίτων καὶ μουσικῶν ἀπηχημάτων ἀπόζουσα. Εὐανδρία. γενναιότης. Εὐαριθμήτοις. ὀλίγαις. εὐαριθμήτοις ἡμέραις</w:t>
      </w:r>
    </w:p>
    <w:p>
      <w:r>
        <w:rPr>
          <w:rFonts w:ascii="Courier New" w:hAnsi="Courier New"/>
          <w:color w:val="555555"/>
          <w:sz w:val="20"/>
        </w:rPr>
        <w:t>[epsilon 906]</w:t>
      </w:r>
    </w:p>
    <w:p>
      <w:r>
        <w:rPr>
          <w:rFonts w:ascii="Gentium Plus" w:hAnsi="Gentium Plus"/>
          <w:sz w:val="24"/>
        </w:rPr>
        <w:t>Εὐβουλία. ἐπιστήμη τοῦ σκοπεῖσθαι, ποῖα καὶ πῶς πράξαντες πράξομεν συμφερόντως. Εὔβοτος γῆ. εὔτροφος, καλὰ βοσκήματα ἔχουσα.</w:t>
      </w:r>
    </w:p>
    <w:p>
      <w:r>
        <w:rPr>
          <w:rFonts w:ascii="Courier New" w:hAnsi="Courier New"/>
          <w:color w:val="555555"/>
          <w:sz w:val="20"/>
        </w:rPr>
        <w:t>[5]</w:t>
      </w:r>
    </w:p>
    <w:p>
      <w:r>
        <w:rPr>
          <w:rFonts w:ascii="Gentium Plus" w:hAnsi="Gentium Plus"/>
          <w:sz w:val="24"/>
        </w:rPr>
        <w:t>Εὔβοια. ὁ Εὔριπος καὶ νῆσος. Εὐβουλίας. φρονήσεως. Εὐγνωμοσύνη. ἡ εὐχαριστία. Εὐγένεια. δόξα ἐκ γένους. Εὐδαιμονία. εὔῤῥοια βίου.</w:t>
      </w:r>
    </w:p>
    <w:p>
      <w:r>
        <w:rPr>
          <w:rFonts w:ascii="Courier New" w:hAnsi="Courier New"/>
          <w:color w:val="555555"/>
          <w:sz w:val="20"/>
        </w:rPr>
        <w:t>[10]</w:t>
      </w:r>
    </w:p>
    <w:p>
      <w:r>
        <w:rPr>
          <w:rFonts w:ascii="Gentium Plus" w:hAnsi="Gentium Plus"/>
          <w:sz w:val="24"/>
        </w:rPr>
        <w:t>Εὐδικία. δικαιοσύνη. εὐδικία ἦν πεπορισμένος. Εὐδοκία. ἡ θέλησις καὶ ἡ ἀρέσκεια. εὐδοκία τὸ ἀγαθὸν θέλημα τοῦ θεοῦ, παρὰ τὸ καλῶς δεδόχθαι. Εὐδία καὶ εὔδιος. ἡ τοῦ ἀέρος ἠρεμία. κυρίως δὲ</w:t>
      </w:r>
    </w:p>
    <w:p>
      <w:r>
        <w:rPr>
          <w:rFonts w:ascii="Courier New" w:hAnsi="Courier New"/>
          <w:color w:val="555555"/>
          <w:sz w:val="20"/>
        </w:rPr>
        <w:t>[15]</w:t>
      </w:r>
    </w:p>
    <w:p>
      <w:r>
        <w:rPr>
          <w:rFonts w:ascii="Gentium Plus" w:hAnsi="Gentium Plus"/>
          <w:sz w:val="24"/>
        </w:rPr>
        <w:t>ἡ ἀβροχία. [παρὰ τὸ δεύω, τὸ βρέχω, δευΐα καὶ κατὰ μετάθεσιν εὐδία. —ὄφρ’ εὕδῃσι μένος Βορέαο καὶ ἄλλων ζαχρείων ἀνέμων.] Εὐδίοδον. βάσιμον, εὐπορέστατον. ἐσώρευον δὲ τὰ</w:t>
      </w:r>
    </w:p>
    <w:p>
      <w:r>
        <w:rPr>
          <w:rFonts w:ascii="Courier New" w:hAnsi="Courier New"/>
          <w:color w:val="555555"/>
          <w:sz w:val="20"/>
        </w:rPr>
        <w:t>[20]</w:t>
      </w:r>
    </w:p>
    <w:p>
      <w:r>
        <w:rPr>
          <w:rFonts w:ascii="Gentium Plus" w:hAnsi="Gentium Plus"/>
          <w:sz w:val="24"/>
        </w:rPr>
        <w:t>τεμνόμενα ξύλα ἐπὶ τῆς μεταξὺ χώρας, ὡς εὐ‐ δίοδος ἦν. Εὐεστοῖ. εὐθηνίᾳ, καταστάσει. Εὐετηρία. ἡ ὑγεία. Εὐέπεια. ἡ καλὴ φράσις.</w:t>
      </w:r>
    </w:p>
    <w:p>
      <w:r>
        <w:rPr>
          <w:rFonts w:ascii="Courier New" w:hAnsi="Courier New"/>
          <w:color w:val="555555"/>
          <w:sz w:val="20"/>
        </w:rPr>
        <w:t>[25]</w:t>
      </w:r>
    </w:p>
    <w:p>
      <w:r>
        <w:rPr>
          <w:rFonts w:ascii="Gentium Plus" w:hAnsi="Gentium Plus"/>
          <w:sz w:val="24"/>
        </w:rPr>
        <w:t>Εὐεργὴς γῆ. εὔφορος, καλοέργαστος.</w:t>
      </w:r>
    </w:p>
    <w:p>
      <w:r>
        <w:rPr>
          <w:rFonts w:ascii="Courier New" w:hAnsi="Courier New"/>
          <w:color w:val="555555"/>
          <w:sz w:val="20"/>
        </w:rPr>
        <w:t>[epsilon 907]</w:t>
      </w:r>
    </w:p>
    <w:p>
      <w:r>
        <w:rPr>
          <w:rFonts w:ascii="Gentium Plus" w:hAnsi="Gentium Plus"/>
          <w:sz w:val="24"/>
        </w:rPr>
        <w:t>Εὐερμία. ἐπιτυχία, εὐτυχία. Εὐεξία. ἀκρότης ὑγείας. ἐπὶ καχεξίᾳ γὰρ γίνε‐ ται νόσος· ὡς καὶ ἡ εὐεξία ἐπὶ τῇ ὑγείᾳ. Εὔερον. εὐάερον. ὥσπερ σισύραν εὔερον.</w:t>
      </w:r>
    </w:p>
    <w:p>
      <w:r>
        <w:rPr>
          <w:rFonts w:ascii="Courier New" w:hAnsi="Courier New"/>
          <w:color w:val="555555"/>
          <w:sz w:val="20"/>
        </w:rPr>
        <w:t>[5]</w:t>
      </w:r>
    </w:p>
    <w:p>
      <w:r>
        <w:rPr>
          <w:rFonts w:ascii="Gentium Plus" w:hAnsi="Gentium Plus"/>
          <w:sz w:val="24"/>
        </w:rPr>
        <w:t>Εὔεδρον. ἀσφαλῆ. βεβαίαν. ὁ δὲ ἐπὶ νώτοις ἐκάθισε καθέδραν εὔεδρον καὶ ὀχυρὰν, ὅ ἐστιν ἀσφαλῆ καὶ στερεάν. τοῦτο γὰρ σημαίνει τὸ ὀχυράν. Εὐηγορία. ἡ καλλιέπεια.</w:t>
      </w:r>
    </w:p>
    <w:p>
      <w:r>
        <w:rPr>
          <w:rFonts w:ascii="Courier New" w:hAnsi="Courier New"/>
          <w:color w:val="555555"/>
          <w:sz w:val="20"/>
        </w:rPr>
        <w:t>[10]</w:t>
      </w:r>
    </w:p>
    <w:p>
      <w:r>
        <w:rPr>
          <w:rFonts w:ascii="Gentium Plus" w:hAnsi="Gentium Plus"/>
          <w:sz w:val="24"/>
        </w:rPr>
        <w:t>Εὐηθείας. μωρίας, ἀνοίας. ἔτι δὲ ἀπολαύων τοῦ καιροῦ καὶ τῆς εὐηθείας τῶν ἐπιχωρίων. Εὐθιξία. ἀκρίβεια, εὐφυΐα. ἔχων τὸν νοῦν εὐθι‐ ξίᾳ πρὸς τὴν θεραπείαν εὐθυβολοῦντα. Εὐθυδικία. ὅταν εἰσάγηταί τις κριθησόμενος</w:t>
      </w:r>
    </w:p>
    <w:p>
      <w:r>
        <w:rPr>
          <w:rFonts w:ascii="Courier New" w:hAnsi="Courier New"/>
          <w:color w:val="555555"/>
          <w:sz w:val="20"/>
        </w:rPr>
        <w:t>[15]</w:t>
      </w:r>
    </w:p>
    <w:p>
      <w:r>
        <w:rPr>
          <w:rFonts w:ascii="Gentium Plus" w:hAnsi="Gentium Plus"/>
          <w:sz w:val="24"/>
        </w:rPr>
        <w:t>περὶ ὧν μηδέπω γνῶσις ἐγένετο δικαστηρίου, εὐθυδικία καλεῖται. Εὐθυεπείαις. ὀρθολογίαις. Εὐθύναι. τιμωρίαι καὶ δίκαι. Εὐθηνίαι. αἱ εὐφορίαι.</w:t>
      </w:r>
    </w:p>
    <w:p>
      <w:r>
        <w:rPr>
          <w:rFonts w:ascii="Courier New" w:hAnsi="Courier New"/>
          <w:color w:val="555555"/>
          <w:sz w:val="20"/>
        </w:rPr>
        <w:t>[20]</w:t>
      </w:r>
    </w:p>
    <w:p>
      <w:r>
        <w:rPr>
          <w:rFonts w:ascii="Gentium Plus" w:hAnsi="Gentium Plus"/>
          <w:sz w:val="24"/>
        </w:rPr>
        <w:t>Εὐθημοσύνη. τάξις. παρὰ τὸ θημὸς θημοσύνη καὶ εὐθημοσύνη, ὡς ἱπποσύνη καὶ δικαιοσύνη. Εὐκατεργάστου. εὐχειρώτου, εὐδιαλύτου. τῆς</w:t>
      </w:r>
    </w:p>
    <w:p>
      <w:r>
        <w:rPr>
          <w:rFonts w:ascii="Courier New" w:hAnsi="Courier New"/>
          <w:color w:val="555555"/>
          <w:sz w:val="20"/>
        </w:rPr>
        <w:t>[epsilon 908]</w:t>
      </w:r>
    </w:p>
    <w:p>
      <w:r>
        <w:rPr>
          <w:rFonts w:ascii="Gentium Plus" w:hAnsi="Gentium Plus"/>
          <w:sz w:val="24"/>
        </w:rPr>
        <w:t>Εὐκατάπρηστος ὕλη. ἡ εὐχερῶς καιομένη. Εὐκαιρία. χρόνου ἐπίτευξις, ἐν ᾧ χρὴ παθεῖν τὶ ἢ ποιῆσαι. εὐκαιρία καὶ ὁ πλοῦτος. [ὁ δὲ θαυ‐ μάσας τὴν τῆς ἀκροπόλεως εὐκαιρίαν.]</w:t>
      </w:r>
    </w:p>
    <w:p>
      <w:r>
        <w:rPr>
          <w:rFonts w:ascii="Courier New" w:hAnsi="Courier New"/>
          <w:color w:val="555555"/>
          <w:sz w:val="20"/>
        </w:rPr>
        <w:t>[5]</w:t>
      </w:r>
    </w:p>
    <w:p>
      <w:r>
        <w:rPr>
          <w:rFonts w:ascii="Gentium Plus" w:hAnsi="Gentium Plus"/>
          <w:sz w:val="24"/>
        </w:rPr>
        <w:t>[Εὐκλείας. δόξης. ἐνδοξότητος.] τὰς εὐκλεῖας δὲ περισπῶμεν. Δὸς δὲ πάλιν ἐπὶ νῆας ἐϋκλείας— προπερισπωμένως. ἐκ γὰρ τοῦ εὐκλέας κατ’ ἐπένθεσιν τοῦ ι. ἢ εὐκλεέας καὶ κατὰ συναίρε‐</w:t>
      </w:r>
    </w:p>
    <w:p>
      <w:r>
        <w:rPr>
          <w:rFonts w:ascii="Courier New" w:hAnsi="Courier New"/>
          <w:color w:val="555555"/>
          <w:sz w:val="20"/>
        </w:rPr>
        <w:t>[10]</w:t>
      </w:r>
    </w:p>
    <w:p>
      <w:r>
        <w:rPr>
          <w:rFonts w:ascii="Gentium Plus" w:hAnsi="Gentium Plus"/>
          <w:sz w:val="24"/>
        </w:rPr>
        <w:t>σιν εὐκλείας. Εὐκληρίας. εὐτυχίας. Εὐκρίνεια. ἡ καθαρότης. Εὔλαχα. τὸ ἄροτρον παρὰ Θουκυδίδῃ. Δώρειος δὲ ἡ λέξις.</w:t>
      </w:r>
    </w:p>
    <w:p>
      <w:r>
        <w:rPr>
          <w:rFonts w:ascii="Courier New" w:hAnsi="Courier New"/>
          <w:color w:val="555555"/>
          <w:sz w:val="20"/>
        </w:rPr>
        <w:t>[15]</w:t>
      </w:r>
    </w:p>
    <w:p>
      <w:r>
        <w:rPr>
          <w:rFonts w:ascii="Gentium Plus" w:hAnsi="Gentium Plus"/>
          <w:sz w:val="24"/>
        </w:rPr>
        <w:t>Εὐλαί. σκώληκες οἱ ἐν τοῖς τραύμασι γινόμενοι. καὶ εὐλαίων, σκωλήκων. ζῶσα γὰρ ἐξέζεσεν εὐλαίων. Εὐλογία. πληθυσμὸς ἀγαθῶν ἐξ ἑκουσιότητος δι‐ δόμενος. εὐλογία δὲ καὶ ἡ εἰρήνη.</w:t>
      </w:r>
    </w:p>
    <w:p>
      <w:r>
        <w:rPr>
          <w:rFonts w:ascii="Courier New" w:hAnsi="Courier New"/>
          <w:color w:val="555555"/>
          <w:sz w:val="20"/>
        </w:rPr>
        <w:t>[20]</w:t>
      </w:r>
    </w:p>
    <w:p>
      <w:r>
        <w:rPr>
          <w:rFonts w:ascii="Gentium Plus" w:hAnsi="Gentium Plus"/>
          <w:sz w:val="24"/>
        </w:rPr>
        <w:t>Εὐλάβεια. φυλακὴ ἡ ἀπὸ κακοῦ, ἢ ἐπιμέλεια φυλακῆς. Εὐμαρέη. ἀπόπατα. παρὰ Ἡροδότῳ.</w:t>
      </w:r>
    </w:p>
    <w:p>
      <w:r>
        <w:rPr>
          <w:rFonts w:ascii="Courier New" w:hAnsi="Courier New"/>
          <w:color w:val="555555"/>
          <w:sz w:val="20"/>
        </w:rPr>
        <w:t>[epsilon 909]</w:t>
      </w:r>
    </w:p>
    <w:p>
      <w:r>
        <w:rPr>
          <w:rFonts w:ascii="Gentium Plus" w:hAnsi="Gentium Plus"/>
          <w:sz w:val="24"/>
        </w:rPr>
        <w:t>οὐ βαθύπεπλος εὔμαρις. καὶ ἡ ἡσυχία. Ἡρό‐ δοτος. τοῦτο φυγῆς τῷ Ἀννίβᾳ πλείονα εὐ‐ μάρειαν παρέσχεν. Εὐμολπία. ἡ εὐφωνία, καὶ ὁ καλὸς ὕμνος.</w:t>
      </w:r>
    </w:p>
    <w:p>
      <w:r>
        <w:rPr>
          <w:rFonts w:ascii="Courier New" w:hAnsi="Courier New"/>
          <w:color w:val="555555"/>
          <w:sz w:val="20"/>
        </w:rPr>
        <w:t>[5]</w:t>
      </w:r>
    </w:p>
    <w:p>
      <w:r>
        <w:rPr>
          <w:rFonts w:ascii="Gentium Plus" w:hAnsi="Gentium Plus"/>
          <w:sz w:val="24"/>
        </w:rPr>
        <w:t>Εὐμοιρία. ἡ εὐτυχία, ἡ εὐκληρία. Εὐνοίας. φιλίας. ἐλθεῖν αὐτὸν παρακαλοῦσι δι’ εὐνοίας εἶναι τῷ θεῷ. Εὐνὴ καὶ εὐνάς. ἡ ἄγκυρα. οἷον· —εὐνάς τ’ ἐβάλλοντο.</w:t>
      </w:r>
    </w:p>
    <w:p>
      <w:r>
        <w:rPr>
          <w:rFonts w:ascii="Courier New" w:hAnsi="Courier New"/>
          <w:color w:val="555555"/>
          <w:sz w:val="20"/>
        </w:rPr>
        <w:t>[10]</w:t>
      </w:r>
    </w:p>
    <w:p>
      <w:r>
        <w:rPr>
          <w:rFonts w:ascii="Gentium Plus" w:hAnsi="Gentium Plus"/>
          <w:sz w:val="24"/>
        </w:rPr>
        <w:t>καί· ἔκ τ’ εὐνὰς ἔβαλον—. παρὰ τὸ εὐνάζειν καὶ ἐν ἡσυχίᾳ ποιεῖν τὴν ναῦν, ὅπερ ἡμῖν ἐν τῇ εὐνῇ ἤγουν τῇ κοίτῃ συμ‐ βαίνει. εὐνὴ γὰρ ἡ κοίτη. παρὰ τὸ εὕδω εὐθί‐</w:t>
      </w:r>
    </w:p>
    <w:p>
      <w:r>
        <w:rPr>
          <w:rFonts w:ascii="Courier New" w:hAnsi="Courier New"/>
          <w:color w:val="555555"/>
          <w:sz w:val="20"/>
        </w:rPr>
        <w:t>[15]</w:t>
      </w:r>
    </w:p>
    <w:p>
      <w:r>
        <w:rPr>
          <w:rFonts w:ascii="Gentium Plus" w:hAnsi="Gentium Plus"/>
          <w:sz w:val="24"/>
        </w:rPr>
        <w:t>νη καὶ ἐν συγκοπῇ εὐνὴ, ἐφ’ ᾗ καθεύδουσιν. [ἢ παρὰ τὸ νῶ, τὸ σωρεύω, καὶ τὸ εὖ γίνεται εὐνὴ, οἱονεὶ τὰ καλῶς νενησμένα καὶ σεσωρευ‐ μένα στρώματα ἐν τῇ κοίτῃ. εὐνῇ ἐνὶ μαλακῇ—</w:t>
      </w:r>
    </w:p>
    <w:p>
      <w:r>
        <w:rPr>
          <w:rFonts w:ascii="Courier New" w:hAnsi="Courier New"/>
          <w:color w:val="555555"/>
          <w:sz w:val="20"/>
        </w:rPr>
        <w:t>[20]</w:t>
      </w:r>
    </w:p>
    <w:p>
      <w:r>
        <w:rPr>
          <w:rFonts w:ascii="Gentium Plus" w:hAnsi="Gentium Plus"/>
          <w:sz w:val="24"/>
        </w:rPr>
        <w:t>σημαίνει καὶ τὴν διατριβήν. ὅθι φασὶ Τυφωέως ἔμμεναι εὐνάς.]</w:t>
      </w:r>
    </w:p>
    <w:p>
      <w:r>
        <w:rPr>
          <w:rFonts w:ascii="Courier New" w:hAnsi="Courier New"/>
          <w:color w:val="555555"/>
          <w:sz w:val="20"/>
        </w:rPr>
        <w:t>[epsilon 910]</w:t>
      </w:r>
    </w:p>
    <w:p>
      <w:r>
        <w:rPr>
          <w:rFonts w:ascii="Gentium Plus" w:hAnsi="Gentium Plus"/>
          <w:sz w:val="24"/>
        </w:rPr>
        <w:t>Εὐορκία. τὸ καλῶς ὀμνύειν. Εὔοπτον. εὐόφθαλμον. ἦν δὲ καὶ ἡ κόρη εὔο‐ πτος. Εὐπάθεια. διάχυσις καὶ ἄνεσις τῆς ψυχῆς καὶ</w:t>
      </w:r>
    </w:p>
    <w:p>
      <w:r>
        <w:rPr>
          <w:rFonts w:ascii="Courier New" w:hAnsi="Courier New"/>
          <w:color w:val="555555"/>
          <w:sz w:val="20"/>
        </w:rPr>
        <w:t>[5]</w:t>
      </w:r>
    </w:p>
    <w:p>
      <w:r>
        <w:rPr>
          <w:rFonts w:ascii="Gentium Plus" w:hAnsi="Gentium Plus"/>
          <w:sz w:val="24"/>
        </w:rPr>
        <w:t>τρυφή. διαιρεῖται δὲ εἰς χαρὰν, εὐλάβειαν καὶ βούλησιν. καὶ φαμὲν τὴν χαρὰν ἐναντίαν εἶναι τῇ λύπῃ· τὴν δὲ εὐλάβειαν τῷ θυμῷ· τὴν δὲ ἐπιθυμίαν τῇ βουλήσει. Εὐπερίοπτον. εὐκαταφρόνητον. ᾐσθάνετο γὰρ τὴν</w:t>
      </w:r>
    </w:p>
    <w:p>
      <w:r>
        <w:rPr>
          <w:rFonts w:ascii="Courier New" w:hAnsi="Courier New"/>
          <w:color w:val="555555"/>
          <w:sz w:val="20"/>
        </w:rPr>
        <w:t>[10]</w:t>
      </w:r>
    </w:p>
    <w:p>
      <w:r>
        <w:rPr>
          <w:rFonts w:ascii="Gentium Plus" w:hAnsi="Gentium Plus"/>
          <w:sz w:val="24"/>
        </w:rPr>
        <w:t>τῶν Μακεδόνων ἀρχὴν εὐπερίοπτον ἐσομένην. Εὐπήληκος. καλὴν περικεφαλαίαν ἐχούσης. Εὐποτμία. εὐτυχία. ζηλῶ τοῦτον τῆς εὐπο‐ τμίας. ὅ ἐστι τοῦ καλοῦ θανάτου. πότμος γὰρ ὁ θάνατος.</w:t>
      </w:r>
    </w:p>
    <w:p>
      <w:r>
        <w:rPr>
          <w:rFonts w:ascii="Courier New" w:hAnsi="Courier New"/>
          <w:color w:val="555555"/>
          <w:sz w:val="20"/>
        </w:rPr>
        <w:t>[15]</w:t>
      </w:r>
    </w:p>
    <w:p>
      <w:r>
        <w:rPr>
          <w:rFonts w:ascii="Gentium Plus" w:hAnsi="Gentium Plus"/>
          <w:sz w:val="24"/>
        </w:rPr>
        <w:t>†Εὐπάτειραν. πατέρα καλὸν ἔχουσαν.† Εὐπλόκαμος. καλλίπλοκος. Εὐπερίστατον. τὴν εὐκόλως περιτρεπομένην. Εὐπραγία. ἡ εὐτυχία. Εὐπραξία. εὐημερία, εὐτυχία. ὁ δὲ Ὀζίας</w:t>
      </w:r>
    </w:p>
    <w:p>
      <w:r>
        <w:rPr>
          <w:rFonts w:ascii="Courier New" w:hAnsi="Courier New"/>
          <w:color w:val="555555"/>
          <w:sz w:val="20"/>
        </w:rPr>
        <w:t>[20]</w:t>
      </w:r>
    </w:p>
    <w:p>
      <w:r>
        <w:rPr>
          <w:rFonts w:ascii="Gentium Plus" w:hAnsi="Gentium Plus"/>
          <w:sz w:val="24"/>
        </w:rPr>
        <w:t>ὤλισθεν ἐπ’ εὐπραξίας καὶ κατηνέχθη πρὸς τὰ</w:t>
      </w:r>
    </w:p>
    <w:p>
      <w:r>
        <w:rPr>
          <w:rFonts w:ascii="Courier New" w:hAnsi="Courier New"/>
          <w:color w:val="555555"/>
          <w:sz w:val="20"/>
        </w:rPr>
        <w:t>[epsilon 911]</w:t>
      </w:r>
    </w:p>
    <w:p>
      <w:r>
        <w:rPr>
          <w:rFonts w:ascii="Gentium Plus" w:hAnsi="Gentium Plus"/>
          <w:sz w:val="24"/>
        </w:rPr>
        <w:t>Εὐρυπρωκτίαν. μαλακίαν. Ἀριστοφάνης· τὴν εὐρυπρωκτίαν σοι ἐναποψήσεται. ὅ ἐστιν ἀπομάξει. Εὐρυοδείας. μέγα τὸ εἶδος ἐχούσης, ὅ ἐστιν</w:t>
      </w:r>
    </w:p>
    <w:p>
      <w:r>
        <w:rPr>
          <w:rFonts w:ascii="Courier New" w:hAnsi="Courier New"/>
          <w:color w:val="555555"/>
          <w:sz w:val="20"/>
        </w:rPr>
        <w:t>[5]</w:t>
      </w:r>
    </w:p>
    <w:p>
      <w:r>
        <w:rPr>
          <w:rFonts w:ascii="Gentium Plus" w:hAnsi="Gentium Plus"/>
          <w:sz w:val="24"/>
        </w:rPr>
        <w:t>ἕδρασμα. ἔστι δὲ, ὡς λέγει ὁ Ὦρος ὁ Μιλήσιος, ἐπίθετον τῆς γῆς. [ἡ εὐθεῖα εὐρυοδεία, παρο‐ ξυτόνως, ἡ μεγάλη καὶ πλατεῖα ἄμφοδος. ὣς τῶν ὤρνυτο δοῦπος ἀπὸ χθονὸς εὐρυο‐ δείης.</w:t>
      </w:r>
    </w:p>
    <w:p>
      <w:r>
        <w:rPr>
          <w:rFonts w:ascii="Courier New" w:hAnsi="Courier New"/>
          <w:color w:val="555555"/>
          <w:sz w:val="20"/>
        </w:rPr>
        <w:t>[10]</w:t>
      </w:r>
    </w:p>
    <w:p>
      <w:r>
        <w:rPr>
          <w:rFonts w:ascii="Gentium Plus" w:hAnsi="Gentium Plus"/>
          <w:sz w:val="24"/>
        </w:rPr>
        <w:t>τινὲς εὐρυόδεια λέγουσι προπαροξυτόνως.] Εὑρεσιεπίαις. λογοποιΐαις. Εὐρώπη. χώρα, ἐξ ἧς καὶ ὁ Ὀδυσσεύς. Εὐστάθεια. παγιότης. Εὐσθενείας. δυνάμεως.</w:t>
      </w:r>
    </w:p>
    <w:p>
      <w:r>
        <w:rPr>
          <w:rFonts w:ascii="Courier New" w:hAnsi="Courier New"/>
          <w:color w:val="555555"/>
          <w:sz w:val="20"/>
        </w:rPr>
        <w:t>[15]</w:t>
      </w:r>
    </w:p>
    <w:p>
      <w:r>
        <w:rPr>
          <w:rFonts w:ascii="Gentium Plus" w:hAnsi="Gentium Plus"/>
          <w:sz w:val="24"/>
        </w:rPr>
        <w:t>Εὐσέβεια. δικαιοσύνη περὶ τὸ θεῖον. ἀσέβεια δὲ τὸ ἐναντίον. Εὔσκαρθμοι νῆες. εὐκίνητοι, ταχεῖαι. ἢ ταχύ‐ ποδες. σκαρθμὸς γὰρ ὁ ποῦς.</w:t>
      </w:r>
    </w:p>
    <w:p>
      <w:r>
        <w:rPr>
          <w:rFonts w:ascii="Courier New" w:hAnsi="Courier New"/>
          <w:color w:val="555555"/>
          <w:sz w:val="20"/>
        </w:rPr>
        <w:t>[epsilon 912]</w:t>
      </w:r>
    </w:p>
    <w:p>
      <w:r>
        <w:rPr>
          <w:rFonts w:ascii="Gentium Plus" w:hAnsi="Gentium Plus"/>
          <w:sz w:val="24"/>
        </w:rPr>
        <w:t>Εὐστιβῆ. τετριμμένην. εὐστιβῆ ὁδὸν πορευόμε‐ νοι. στίβος γὰρ ἡ ὁδός. Εὐσήμῳ. ἀγαθῇ, καλῇ. [ἐν] εὐσήμῳ ἡμέρᾳ. Εὔστολον. εὔκοσμον. ὁ δὲ προῆγε ποιήσας εὔ‐</w:t>
      </w:r>
    </w:p>
    <w:p>
      <w:r>
        <w:rPr>
          <w:rFonts w:ascii="Courier New" w:hAnsi="Courier New"/>
          <w:color w:val="555555"/>
          <w:sz w:val="20"/>
        </w:rPr>
        <w:t>[5]</w:t>
      </w:r>
    </w:p>
    <w:p>
      <w:r>
        <w:rPr>
          <w:rFonts w:ascii="Gentium Plus" w:hAnsi="Gentium Plus"/>
          <w:sz w:val="24"/>
        </w:rPr>
        <w:t>στολον τὴν ἀκολουθίαν. Εὔσοια. εὐσθένεια. ζῶντά τ’ εὐσοίας χάριν. Εὔστρα. τὸ βαδιστήριον, ἢ φλογίστρα. Ἀριστο‐ φάνης· ἐν ταῖσιν εὔστραις κονδύλοις ἡρμοττόμην.</w:t>
      </w:r>
    </w:p>
    <w:p>
      <w:r>
        <w:rPr>
          <w:rFonts w:ascii="Courier New" w:hAnsi="Courier New"/>
          <w:color w:val="555555"/>
          <w:sz w:val="20"/>
        </w:rPr>
        <w:t>[10]</w:t>
      </w:r>
    </w:p>
    <w:p>
      <w:r>
        <w:rPr>
          <w:rFonts w:ascii="Gentium Plus" w:hAnsi="Gentium Plus"/>
          <w:sz w:val="24"/>
        </w:rPr>
        <w:t>ἀντὶ τοῦ ἐπαιδευόμην ἀπὸ τῆς μουσικῆς. Εὐτραπελία. κουφότης, μωρολογία. Εὐτρόχαλον. περιφερῆ. εἶναι δὲ τὴν ἀσπίδα μικρὰν καὶ εὐτρόχαλον. Εὐοιώνιστον. εὔφημον, καλὰ προσημαίνουσαν.</w:t>
      </w:r>
    </w:p>
    <w:p>
      <w:r>
        <w:rPr>
          <w:rFonts w:ascii="Courier New" w:hAnsi="Courier New"/>
          <w:color w:val="555555"/>
          <w:sz w:val="20"/>
        </w:rPr>
        <w:t>[15]</w:t>
      </w:r>
    </w:p>
    <w:p>
      <w:r>
        <w:rPr>
          <w:rFonts w:ascii="Gentium Plus" w:hAnsi="Gentium Plus"/>
          <w:sz w:val="24"/>
        </w:rPr>
        <w:t>Εὐφορία. ἡ εὐκαρπία. ἐφορεία δὲ ἡ ἐπιτήρησις, δίφθογγον. Εὐφυΐα. ἀγαθὴ ἀρετή. ἐν φύσει πρὸς τάχος μα‐ θήσεως. Εὐφροσύνη. ἀφορισμὸς λύπης ἐν ἐπιδημίᾳ κα‐</w:t>
      </w:r>
    </w:p>
    <w:p>
      <w:r>
        <w:rPr>
          <w:rFonts w:ascii="Courier New" w:hAnsi="Courier New"/>
          <w:color w:val="555555"/>
          <w:sz w:val="20"/>
        </w:rPr>
        <w:t>[20]</w:t>
      </w:r>
    </w:p>
    <w:p>
      <w:r>
        <w:rPr>
          <w:rFonts w:ascii="Gentium Plus" w:hAnsi="Gentium Plus"/>
          <w:sz w:val="24"/>
        </w:rPr>
        <w:t>λῶν.</w:t>
      </w:r>
    </w:p>
    <w:p>
      <w:r>
        <w:rPr>
          <w:rFonts w:ascii="Courier New" w:hAnsi="Courier New"/>
          <w:color w:val="555555"/>
          <w:sz w:val="20"/>
        </w:rPr>
        <w:t>[epsilon 913]</w:t>
      </w:r>
    </w:p>
    <w:p>
      <w:r>
        <w:rPr>
          <w:rFonts w:ascii="Gentium Plus" w:hAnsi="Gentium Plus"/>
          <w:sz w:val="24"/>
        </w:rPr>
        <w:t>Εὐφρόνη. ἡ νύξ. παρὰ τὸ εὐφρονεῖν ἡμᾶς ἐν αὐτῇ· καὶ γὰρ ὁ λογισμὸς, ὅτε ἀσχολεῖται, κριτὴς γίνεται τῶν πραγμάτων· ἢ παρὰ τὸ εὐ‐ φραίνειν τὸ σῶμα διὰ τῆς ἀναπαύσεως. [παρ‐</w:t>
      </w:r>
    </w:p>
    <w:p>
      <w:r>
        <w:rPr>
          <w:rFonts w:ascii="Courier New" w:hAnsi="Courier New"/>
          <w:color w:val="555555"/>
          <w:sz w:val="20"/>
        </w:rPr>
        <w:t>[5]</w:t>
      </w:r>
    </w:p>
    <w:p>
      <w:r>
        <w:rPr>
          <w:rFonts w:ascii="Gentium Plus" w:hAnsi="Gentium Plus"/>
          <w:sz w:val="24"/>
        </w:rPr>
        <w:t>ώνυμόν ἐστιν. ὥσπερ γὰρ παρὰ τὸ ἀνακὸς γί‐ νεται ἀνάγκη πλεονασμῷ τοῦ γ, καὶ ἀμύμονος, ἀμυμόνη καὶ ἀμυμώνη διὰ τοῦ ω, οὕτως καὶ παρὰ τὸ εὔφρων, εὔφρονος, εὐφρόνη.] Εὐχαί. αἱ ὑποσχέσεις. τὰς εὐχάς μου τῷ κυρίῳ</w:t>
      </w:r>
    </w:p>
    <w:p>
      <w:r>
        <w:rPr>
          <w:rFonts w:ascii="Courier New" w:hAnsi="Courier New"/>
          <w:color w:val="555555"/>
          <w:sz w:val="20"/>
        </w:rPr>
        <w:t>[10]</w:t>
      </w:r>
    </w:p>
    <w:p>
      <w:r>
        <w:rPr>
          <w:rFonts w:ascii="Gentium Plus" w:hAnsi="Gentium Plus"/>
          <w:sz w:val="24"/>
        </w:rPr>
        <w:t>ἀποδώσω. Εὐχή. ἐπαγγελία καὶ ὑπόσχεσις, ὡς ἐξ ἀνθρώ‐ που θεοῦ ἀφιερουμένη· ἢ σύστασις δώρου πρὸς θεὸν, ἡ παρὰ τῶν δούλων αὐτοῦ γινομένη ἑκού‐ σιος. εὐχὴ ἡ τοῦ εὖ ἔχειν αἴτησις.</w:t>
      </w:r>
    </w:p>
    <w:p>
      <w:r>
        <w:rPr>
          <w:rFonts w:ascii="Courier New" w:hAnsi="Courier New"/>
          <w:color w:val="555555"/>
          <w:sz w:val="20"/>
        </w:rPr>
        <w:t>[15]</w:t>
      </w:r>
    </w:p>
    <w:p>
      <w:r>
        <w:rPr>
          <w:rFonts w:ascii="Gentium Plus" w:hAnsi="Gentium Plus"/>
          <w:sz w:val="24"/>
        </w:rPr>
        <w:t>Εὐχαριστία, δέησις καὶ προσευχὴ διαφέρει. οἷς γὰρ ἔτι ἐνδεῖ τινὰ, τοῦτό ἐστιν ἡ δέησις. ὅταν δὲ τὸ ἀξίωμα τοῦ θεοῦ νοήσας αἰτῶ τι αὐτοῦ, τότε προσεύχομαι. ὅτε δὲ φίλος ἐπὶ πλέον γέ‐ νωμαι, τότε εὐχαριστῶ. φησὶ καὶ ὁ μακάριος</w:t>
      </w:r>
    </w:p>
    <w:p>
      <w:r>
        <w:rPr>
          <w:rFonts w:ascii="Courier New" w:hAnsi="Courier New"/>
          <w:color w:val="555555"/>
          <w:sz w:val="20"/>
        </w:rPr>
        <w:t>[20]</w:t>
      </w:r>
    </w:p>
    <w:p>
      <w:r>
        <w:rPr>
          <w:rFonts w:ascii="Gentium Plus" w:hAnsi="Gentium Plus"/>
          <w:sz w:val="24"/>
        </w:rPr>
        <w:t>Παῦλος· πρῶτον πάντων ποιεῖσθαι δεήσεις, προσευχὰς, ἐντεύξεις, εὐχαριστίας· ἀπὸ τῶν ἡττόνων ἐπὶ τὰ μείζω προβαίνων. Εὐχέρεια. εὐκολία, συντομία, ἐπιδεξιότης. Εὐχειρία. ἡ διὰ χειρῶν εὐκινησία. οἱ δὲ Μακε‐</w:t>
      </w:r>
    </w:p>
    <w:p>
      <w:r>
        <w:rPr>
          <w:rFonts w:ascii="Courier New" w:hAnsi="Courier New"/>
          <w:color w:val="555555"/>
          <w:sz w:val="20"/>
        </w:rPr>
        <w:t>[25]</w:t>
      </w:r>
    </w:p>
    <w:p>
      <w:r>
        <w:rPr>
          <w:rFonts w:ascii="Gentium Plus" w:hAnsi="Gentium Plus"/>
          <w:sz w:val="24"/>
        </w:rPr>
        <w:t>δόνες ταῖς εὐχειρίαις πολλοὶ περιῆσαν. Εὐχρηστία. ἡ καλὴ χρῆσις. Εὐχωλή. εὐχὴ ἢ καύχημα. παρὰ τὸ εὔχω εὐ‐ χωλή. [κατ’ ἔκτασιν τῆς συλλαβῆς. καὶ ἔμεινε τὸ χω, μέγα, ὡς παύσω, παυσωλή.</w:t>
      </w:r>
    </w:p>
    <w:p>
      <w:r>
        <w:rPr>
          <w:rFonts w:ascii="Courier New" w:hAnsi="Courier New"/>
          <w:color w:val="555555"/>
          <w:sz w:val="20"/>
        </w:rPr>
        <w:t>[30]</w:t>
      </w:r>
    </w:p>
    <w:p>
      <w:r>
        <w:rPr>
          <w:rFonts w:ascii="Gentium Plus" w:hAnsi="Gentium Plus"/>
          <w:sz w:val="24"/>
        </w:rPr>
        <w:t>κὰδ δέ κεν εὐχωλὴν Πριάμου—</w:t>
      </w:r>
    </w:p>
    <w:p>
      <w:r>
        <w:rPr>
          <w:rFonts w:ascii="Courier New" w:hAnsi="Courier New"/>
          <w:color w:val="555555"/>
          <w:sz w:val="20"/>
        </w:rPr>
        <w:t>[epsilon 914]</w:t>
      </w:r>
    </w:p>
    <w:p>
      <w:r>
        <w:rPr>
          <w:rFonts w:ascii="Gentium Plus" w:hAnsi="Gentium Plus"/>
          <w:sz w:val="24"/>
        </w:rPr>
        <w:t>Εὐωδία. ἡ μυρωδία. εὐοδία δὲ ἡ καλὴ ὁδὸς, μι‐ κρόν. Εὐώνυμος. κατ’ εὐφημισμὸν τὴν ἀριστερὰν κα‐ λουμένην, τὴν οὐκ οὖσαν ἀρίστην, ἀλλὰ τῇ ἑτέ‐</w:t>
      </w:r>
    </w:p>
    <w:p>
      <w:r>
        <w:rPr>
          <w:rFonts w:ascii="Courier New" w:hAnsi="Courier New"/>
          <w:color w:val="555555"/>
          <w:sz w:val="20"/>
        </w:rPr>
        <w:t>[5]</w:t>
      </w:r>
    </w:p>
    <w:p>
      <w:r>
        <w:rPr>
          <w:rFonts w:ascii="Gentium Plus" w:hAnsi="Gentium Plus"/>
          <w:sz w:val="24"/>
        </w:rPr>
        <w:t>ρᾳ ὑπηρετοῦσαν. παρὰ τὸ ἄριστος ἀριστερὸς, ὡς φόβος, φοβερός. Εὐωχία. παρὰ τὸ εὖ ἔχειν, ὅτι ἐπὶ τὰς τῶν θεῶν παραγίνεται τιμάς. βέλτιον δὲ ἀπὸ τοῦ τῶν τροφῶν ἡμῖν [εὖ] ἔχειν. καὶ γὰρ ἡ παροχὴ,</w:t>
      </w:r>
    </w:p>
    <w:p>
      <w:r>
        <w:rPr>
          <w:rFonts w:ascii="Courier New" w:hAnsi="Courier New"/>
          <w:color w:val="555555"/>
          <w:sz w:val="20"/>
        </w:rPr>
        <w:t>[10]</w:t>
      </w:r>
    </w:p>
    <w:p>
      <w:r>
        <w:rPr>
          <w:rFonts w:ascii="Gentium Plus" w:hAnsi="Gentium Plus"/>
          <w:sz w:val="24"/>
        </w:rPr>
        <w:t>ὅτι πολλὴ ὀχὴ πρόκειται. Εὐκηλήτειρα. ἡσυχάστρια. Εὐδοκίαν τὴν ἐπ’ εὐεργεσίαν βούλησιν ἔθος τῇ θείᾳ καλεῖν γραφῇ. ὁ Ἀπόστολος· κατὰ τὴν εὐδοκίαν τοῦ θελήματος αὐτοῦ. εὐδοκία γὰρ ἡ</w:t>
      </w:r>
    </w:p>
    <w:p>
      <w:r>
        <w:rPr>
          <w:rFonts w:ascii="Courier New" w:hAnsi="Courier New"/>
          <w:color w:val="555555"/>
          <w:sz w:val="20"/>
        </w:rPr>
        <w:t>[15]</w:t>
      </w:r>
    </w:p>
    <w:p>
      <w:r>
        <w:rPr>
          <w:rFonts w:ascii="Gentium Plus" w:hAnsi="Gentium Plus"/>
          <w:sz w:val="24"/>
        </w:rPr>
        <w:t>σφοδρὰ ἐπιθυμία. ἡ μὲν εὐδοκία τῆς ἐμῆς καρδίας. Εὐθυμία. ἡ εὐψυχία. ὁ Ἀπόστολος· ἵνα κᾀγὼ εὐψυχῶ, γνούς.</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Εὐάγωγον. εὐχερές. καλῶς ἀναγόμενον. ἢ εὐθή‐ ρατον ἢ εὔληπτον. Εὐαγές. ἁγνόν. εὐσεβές· ὅσιον· θειότατον. γέ‐ νους δὲ ἦν εὐαγοῦς. Εὐαγγέλιον. τὸ τὰ κάλλιστα ἀπαγγέλλον. τὸ</w:t>
      </w:r>
    </w:p>
    <w:p>
      <w:r>
        <w:rPr>
          <w:rFonts w:ascii="Courier New" w:hAnsi="Courier New"/>
          <w:color w:val="555555"/>
          <w:sz w:val="20"/>
        </w:rPr>
        <w:t>[25]</w:t>
      </w:r>
    </w:p>
    <w:p>
      <w:r>
        <w:rPr>
          <w:rFonts w:ascii="Gentium Plus" w:hAnsi="Gentium Plus"/>
          <w:sz w:val="24"/>
        </w:rPr>
        <w:t>ἀγαθὰς ἀγγελίας [φέρον.] παρὰ τὸ εὖ μόριον καὶ τὸ ἀγγελία. Εὐαφές. εὐμάλακτον. εὐψηλάφητον. Εὐάφορα. εὐθεώρητα. εὔσκοπα. [κολωνὸν ἐπιλε‐ ξάμενος, ὑφ’ οὗ τά τε ἔμπροσθεν καὶ τὰ κα‐</w:t>
      </w:r>
    </w:p>
    <w:p>
      <w:r>
        <w:rPr>
          <w:rFonts w:ascii="Courier New" w:hAnsi="Courier New"/>
          <w:color w:val="555555"/>
          <w:sz w:val="20"/>
        </w:rPr>
        <w:t>[30]</w:t>
      </w:r>
    </w:p>
    <w:p>
      <w:r>
        <w:rPr>
          <w:rFonts w:ascii="Gentium Plus" w:hAnsi="Gentium Plus"/>
          <w:sz w:val="24"/>
        </w:rPr>
        <w:t>τόπιν εὐάφορα ἦν, λόχον ἐπ’ αὐτοῦ ἔστησεν.] Εὐάλωτον. εὐκόλως χειρούμενον.</w:t>
      </w:r>
    </w:p>
    <w:p>
      <w:r>
        <w:rPr>
          <w:rFonts w:ascii="Courier New" w:hAnsi="Courier New"/>
          <w:color w:val="555555"/>
          <w:sz w:val="20"/>
        </w:rPr>
        <w:t>[epsilon 915]</w:t>
      </w:r>
    </w:p>
    <w:p>
      <w:r>
        <w:rPr>
          <w:rFonts w:ascii="Gentium Plus" w:hAnsi="Gentium Plus"/>
          <w:sz w:val="24"/>
        </w:rPr>
        <w:t>Εὔβοτα. εὐτραφῆ. καλὰ βοσκήματα ἔχοντα. βο‐ τὰ γὰρ τὰ πρόβατα. Εὐδείελον. τὸ εὐπεριόριστον, τὸ κυκλοτερές. Εὐδίνητα. εὔστροφα, εὐκίνητα.</w:t>
      </w:r>
    </w:p>
    <w:p>
      <w:r>
        <w:rPr>
          <w:rFonts w:ascii="Courier New" w:hAnsi="Courier New"/>
          <w:color w:val="555555"/>
          <w:sz w:val="20"/>
        </w:rPr>
        <w:t>[5]</w:t>
      </w:r>
    </w:p>
    <w:p>
      <w:r>
        <w:rPr>
          <w:rFonts w:ascii="Gentium Plus" w:hAnsi="Gentium Plus"/>
          <w:sz w:val="24"/>
        </w:rPr>
        <w:t>τρύπανά τ’ εὐδίνητα καὶ ὠκήεντα τέρετρα. ὅ ἐστι τρύπανα ἢ ἀρίδες. Εὔδμητον. καλῶς ᾠκοδομημένον. Εὐεπές. εὔλαλον, καλὴν ἔχον φράσιν. Εὐήνυστα. εὐκατόρθωτα.</w:t>
      </w:r>
    </w:p>
    <w:p>
      <w:r>
        <w:rPr>
          <w:rFonts w:ascii="Courier New" w:hAnsi="Courier New"/>
          <w:color w:val="555555"/>
          <w:sz w:val="20"/>
        </w:rPr>
        <w:t>[10]</w:t>
      </w:r>
    </w:p>
    <w:p>
      <w:r>
        <w:rPr>
          <w:rFonts w:ascii="Gentium Plus" w:hAnsi="Gentium Plus"/>
          <w:sz w:val="24"/>
        </w:rPr>
        <w:t>Εὐήνιον. εὐπειθές. καλῶς ἡνιοχούμενον. Εὔηθες. ἐπὶ τοῦ βελτίονος. Εὐῆρες. εὐάγωγον. ἀπὸ τῆς εἰρεσίας. Εὐήτριον. ἱμάτιον καλοΰφαντον.</w:t>
      </w:r>
    </w:p>
    <w:p>
      <w:r>
        <w:rPr>
          <w:rFonts w:ascii="Courier New" w:hAnsi="Courier New"/>
          <w:color w:val="555555"/>
          <w:sz w:val="20"/>
        </w:rPr>
        <w:t>[epsilon 916]</w:t>
      </w:r>
    </w:p>
    <w:p>
      <w:r>
        <w:rPr>
          <w:rFonts w:ascii="Gentium Plus" w:hAnsi="Gentium Plus"/>
          <w:sz w:val="24"/>
        </w:rPr>
        <w:t>ἦν ὕπτιον καὶ εὐήλατον καὶ ἐπιτήδειον ἵππῳ ἐμμάχεσθαι. Εὔθικτον. εὐαφὲς, εὐψηλάφητον. καὶ εὐθίκτως. εὔθηκτον δὲ τὸ καλῶς ἠκονημένον, ἦτα.</w:t>
      </w:r>
    </w:p>
    <w:p>
      <w:r>
        <w:rPr>
          <w:rFonts w:ascii="Courier New" w:hAnsi="Courier New"/>
          <w:color w:val="555555"/>
          <w:sz w:val="20"/>
        </w:rPr>
        <w:t>[5]</w:t>
      </w:r>
    </w:p>
    <w:p>
      <w:r>
        <w:rPr>
          <w:rFonts w:ascii="Gentium Plus" w:hAnsi="Gentium Plus"/>
          <w:sz w:val="24"/>
        </w:rPr>
        <w:t>Εὐθύωρον. Ἀντιφῶν ἀντὶ τοῦ κατ’ εὐθεῖαν. καὶ Ξενοφῶν αὐτῇ τῇ ὥρᾳ. καὶ δὴ εὐθύωρον ἀπεβίω. Εὔθρυπτα. σαθρά. Εὔθραυστα. ἀσθενῆ. εὔθλαστα.</w:t>
      </w:r>
    </w:p>
    <w:p>
      <w:r>
        <w:rPr>
          <w:rFonts w:ascii="Courier New" w:hAnsi="Courier New"/>
          <w:color w:val="555555"/>
          <w:sz w:val="20"/>
        </w:rPr>
        <w:t>[10]</w:t>
      </w:r>
    </w:p>
    <w:p>
      <w:r>
        <w:rPr>
          <w:rFonts w:ascii="Gentium Plus" w:hAnsi="Gentium Plus"/>
          <w:sz w:val="24"/>
        </w:rPr>
        <w:t>Εὔζωρον. καλοκέραστον. ζωρὸν γὰρ τὸ ἄμι‐ κτον ποτὸν καὶ ἄδολον. Εὐκέατον. τὸ εὔσχιστον. Εὐκρινές. εὐχερές· καθαρόν· σαφές· εὐδιάλυτον.</w:t>
      </w:r>
    </w:p>
    <w:p>
      <w:r>
        <w:rPr>
          <w:rFonts w:ascii="Courier New" w:hAnsi="Courier New"/>
          <w:color w:val="555555"/>
          <w:sz w:val="20"/>
        </w:rPr>
        <w:t>[epsilon 917]</w:t>
      </w:r>
    </w:p>
    <w:p>
      <w:r>
        <w:rPr>
          <w:rFonts w:ascii="Gentium Plus" w:hAnsi="Gentium Plus"/>
          <w:sz w:val="24"/>
        </w:rPr>
        <w:t>Εὐκτόν. ἐπιθυμητόν. πέρας εὐκτὸν ἐπιθήσαντες ἅπαντι τῷ πολέμῳ. εὐκτὸν λέγεται, οὐχὶ εὐ‐ κταῖον. οὕτως Δημοσθένης καὶ Ξενοφῶν. [καὶ Εὔπολις· εὐκτότατον γάμον. τὸ δὲ εὐ‐</w:t>
      </w:r>
    </w:p>
    <w:p>
      <w:r>
        <w:rPr>
          <w:rFonts w:ascii="Courier New" w:hAnsi="Courier New"/>
          <w:color w:val="555555"/>
          <w:sz w:val="20"/>
        </w:rPr>
        <w:t>[5]</w:t>
      </w:r>
    </w:p>
    <w:p>
      <w:r>
        <w:rPr>
          <w:rFonts w:ascii="Gentium Plus" w:hAnsi="Gentium Plus"/>
          <w:sz w:val="24"/>
        </w:rPr>
        <w:t>κταῖον ἐν Νόμοις Πλάτωνος ἐπὶ τοῦ κατευγμέ‐ νου καὶ οἷον κατ’ εὐχὴν ἀποδιδομένου, καὶ ἀξίου εὐχῆς.] Εὐκοπώτερον. ῥᾴδιον. Εὔληπτον. τὸ εὔκολον.</w:t>
      </w:r>
    </w:p>
    <w:p>
      <w:r>
        <w:rPr>
          <w:rFonts w:ascii="Courier New" w:hAnsi="Courier New"/>
          <w:color w:val="555555"/>
          <w:sz w:val="20"/>
        </w:rPr>
        <w:t>[10]</w:t>
      </w:r>
    </w:p>
    <w:p>
      <w:r>
        <w:rPr>
          <w:rFonts w:ascii="Gentium Plus" w:hAnsi="Gentium Plus"/>
          <w:sz w:val="24"/>
        </w:rPr>
        <w:t>Εὔληρα. τὰ ἡνία. —ἐν δ’ αὐτὸς ἔχων εὔληρα βεβήκει. παρὰ τὸ εἰλῶ εἴληρα [καὶ εὔληρα,] τὰ εἰλοῦντα καὶ συνέχοντα τὰ ὑποζύγια. παρ’ Ἐπιχάρμῳ καὶ αὔληρα εἴρηται. [παρὰ τὸν αὐλὸν καὶ τὸ</w:t>
      </w:r>
    </w:p>
    <w:p>
      <w:r>
        <w:rPr>
          <w:rFonts w:ascii="Courier New" w:hAnsi="Courier New"/>
          <w:color w:val="555555"/>
          <w:sz w:val="20"/>
        </w:rPr>
        <w:t>[15]</w:t>
      </w:r>
    </w:p>
    <w:p>
      <w:r>
        <w:rPr>
          <w:rFonts w:ascii="Gentium Plus" w:hAnsi="Gentium Plus"/>
          <w:sz w:val="24"/>
        </w:rPr>
        <w:t>ἐπίμηκες, ἵν’ ᾖ τὰ ἐπιμήκη.] Εὔλογον. τὸ πλείονας ἀφορμὰς ἔχον. εὔλογον ἀξίωμα. Εὐνούστατα. φίλια. καὶ ἀντὶ τοῦ φιλίως. Εὔξοον. καλῶς ἐξεσμένον, καὶ κατεσκευασμένον.</w:t>
      </w:r>
    </w:p>
    <w:p>
      <w:r>
        <w:rPr>
          <w:rFonts w:ascii="Courier New" w:hAnsi="Courier New"/>
          <w:color w:val="555555"/>
          <w:sz w:val="20"/>
        </w:rPr>
        <w:t>[20]</w:t>
      </w:r>
    </w:p>
    <w:p>
      <w:r>
        <w:rPr>
          <w:rFonts w:ascii="Gentium Plus" w:hAnsi="Gentium Plus"/>
          <w:sz w:val="24"/>
        </w:rPr>
        <w:t>Εὐόριστον. τὸ ψηλαφώμενον καὶ φθειρόμενον. οἷον ὁ ἄρτος καὶ τὰ ὅμοια.</w:t>
      </w:r>
    </w:p>
    <w:p>
      <w:r>
        <w:rPr>
          <w:rFonts w:ascii="Courier New" w:hAnsi="Courier New"/>
          <w:color w:val="555555"/>
          <w:sz w:val="20"/>
        </w:rPr>
        <w:t>[epsilon 918]</w:t>
      </w:r>
    </w:p>
    <w:p>
      <w:r>
        <w:rPr>
          <w:rFonts w:ascii="Gentium Plus" w:hAnsi="Gentium Plus"/>
          <w:sz w:val="24"/>
        </w:rPr>
        <w:t>Εὐπόριστον. εὐχερῶς ποριζόμενον. λέγεται γὰρ, ὡς παρὰ Τούρκοις οὐκ εὐπόριστον χρῆμα ὁ σί‐ δηρος. Εὔπρεμνα. τὰ καλοὺς κλάδους ἔχοντα. πρέμνος</w:t>
      </w:r>
    </w:p>
    <w:p>
      <w:r>
        <w:rPr>
          <w:rFonts w:ascii="Courier New" w:hAnsi="Courier New"/>
          <w:color w:val="555555"/>
          <w:sz w:val="20"/>
        </w:rPr>
        <w:t>[5]</w:t>
      </w:r>
    </w:p>
    <w:p>
      <w:r>
        <w:rPr>
          <w:rFonts w:ascii="Gentium Plus" w:hAnsi="Gentium Plus"/>
          <w:sz w:val="24"/>
        </w:rPr>
        <w:t>γὰρ ὁ κλάδος. Εὐπάρυφα. τὰ εὐκατέργαστα. ἢ πλούσια. †Εὐπάρεδρα. τὰ καλῶς παραμένοντα.† Εὐρίζῳ. ἐπιμόνῳ, καλῶς ἐῤῥιζωμένῳ καὶ βεβαίως πεπηγμένῳ.</w:t>
      </w:r>
    </w:p>
    <w:p>
      <w:r>
        <w:rPr>
          <w:rFonts w:ascii="Courier New" w:hAnsi="Courier New"/>
          <w:color w:val="555555"/>
          <w:sz w:val="20"/>
        </w:rPr>
        <w:t>[10]</w:t>
      </w:r>
    </w:p>
    <w:p>
      <w:r>
        <w:rPr>
          <w:rFonts w:ascii="Gentium Plus" w:hAnsi="Gentium Plus"/>
          <w:sz w:val="24"/>
        </w:rPr>
        <w:t>Εὑρήματα. βουλεύματα. Εὐρύτερον. πλατύτερον. Εὖρος. τὸ πλάτος, δι’ οὗ ἐστὶν εὑρεῖν καὶ φέ‐ ρεσθαι. σημαίνει καὶ τὸν ἄνεμον [τὸν ἀφη‐ λιώτην.] παρὰ τὴν αὔραν, τὴν πνοήν.</w:t>
      </w:r>
    </w:p>
    <w:p>
      <w:r>
        <w:rPr>
          <w:rFonts w:ascii="Courier New" w:hAnsi="Courier New"/>
          <w:color w:val="555555"/>
          <w:sz w:val="20"/>
        </w:rPr>
        <w:t>[15]</w:t>
      </w:r>
    </w:p>
    <w:p>
      <w:r>
        <w:rPr>
          <w:rFonts w:ascii="Gentium Plus" w:hAnsi="Gentium Plus"/>
          <w:sz w:val="24"/>
        </w:rPr>
        <w:t>Εὐσύνοπτον. εὐθεώρητον, σαφὲς, εὐεπίγνωστον. Εὐσταθές. εὐτάραχον, βεβηκὸς, μὴ σεσοβη‐ μένον. Εὖχος. καύχημα. Εὔωνον. καλοαγόραστον, εὐτελές.</w:t>
      </w:r>
    </w:p>
    <w:p>
      <w:r>
        <w:rPr>
          <w:rFonts w:ascii="Courier New" w:hAnsi="Courier New"/>
          <w:color w:val="555555"/>
          <w:sz w:val="20"/>
        </w:rPr>
        <w:t>[20]</w:t>
      </w:r>
    </w:p>
    <w:p>
      <w:r>
        <w:rPr>
          <w:rFonts w:ascii="Gentium Plus" w:hAnsi="Gentium Plus"/>
          <w:sz w:val="24"/>
        </w:rPr>
        <w:t>Εὐτρόχαλον. ὁμαλόν.</w:t>
      </w:r>
    </w:p>
    <w:p>
      <w:pPr>
        <w:jc w:val="center"/>
      </w:pPr>
      <w:r>
        <w:rPr>
          <w:rFonts w:ascii="Gentium Plus" w:hAnsi="Gentium Plus"/>
          <w:b/>
          <w:sz w:val="24"/>
        </w:rPr>
        <w:t>(Ῥῆμα.)</w:t>
      </w:r>
    </w:p>
    <w:p>
      <w:r>
        <w:rPr>
          <w:rFonts w:ascii="Courier New" w:hAnsi="Courier New"/>
          <w:color w:val="555555"/>
          <w:sz w:val="20"/>
        </w:rPr>
        <w:t>[22]</w:t>
      </w:r>
    </w:p>
    <w:p>
      <w:r>
        <w:rPr>
          <w:rFonts w:ascii="Gentium Plus" w:hAnsi="Gentium Plus"/>
          <w:sz w:val="24"/>
        </w:rPr>
        <w:t>Εὐδαιμονεῖ. εὐτυχεῖ, καλῶς πράττει.</w:t>
      </w:r>
    </w:p>
    <w:p>
      <w:r>
        <w:rPr>
          <w:rFonts w:ascii="Courier New" w:hAnsi="Courier New"/>
          <w:color w:val="555555"/>
          <w:sz w:val="20"/>
        </w:rPr>
        <w:t>[epsilon 919]</w:t>
      </w:r>
    </w:p>
    <w:p>
      <w:r>
        <w:rPr>
          <w:rFonts w:ascii="Gentium Plus" w:hAnsi="Gentium Plus"/>
          <w:sz w:val="24"/>
        </w:rPr>
        <w:t>Εὕδοντι. καθεύδοντι, κοιμωμένῳ. Εὐδοκουμένην. καλῶς προσδοκουμένην· ἀρέσκου‐ σαν. πίστιν ἔφην ποιήσειν εὐδοκουμένην. Εὐδοκεῖν. συγκατατίθεσθαι. [ὁ δὲ ἔφη εὐδοκεῖν</w:t>
      </w:r>
    </w:p>
    <w:p>
      <w:r>
        <w:rPr>
          <w:rFonts w:ascii="Courier New" w:hAnsi="Courier New"/>
          <w:color w:val="555555"/>
          <w:sz w:val="20"/>
        </w:rPr>
        <w:t>[5]</w:t>
      </w:r>
    </w:p>
    <w:p>
      <w:r>
        <w:rPr>
          <w:rFonts w:ascii="Gentium Plus" w:hAnsi="Gentium Plus"/>
          <w:sz w:val="24"/>
        </w:rPr>
        <w:t>τοῖς λεγομένοις.] Εὐδόκησας. σῆς ἠξίωσας οἰκειότητος. εὐδόκησα καὶ τὸ ἠθέλησα. εὐδόκησα καὶ τὸ ἀναπαύομαι καὶ τὸ ἀρέσκομαι, ὡς τό· ἐν ᾧ εὐδόκησα ἐν τῷ εὐαγγελίῳ.</w:t>
      </w:r>
    </w:p>
    <w:p>
      <w:r>
        <w:rPr>
          <w:rFonts w:ascii="Courier New" w:hAnsi="Courier New"/>
          <w:color w:val="555555"/>
          <w:sz w:val="20"/>
        </w:rPr>
        <w:t>[10]</w:t>
      </w:r>
    </w:p>
    <w:p>
      <w:r>
        <w:rPr>
          <w:rFonts w:ascii="Gentium Plus" w:hAnsi="Gentium Plus"/>
          <w:sz w:val="24"/>
        </w:rPr>
        <w:t>Εὐεκτεῖ. ὑγιαίνει. Εὐηθίζω. τὸ μωραίνω. Εὐθύναι. ἐξετάσαι, ὀρθῶσαι. Εὐθύνοντας. ὁρμῶντας. Εὐθύνουσιν. ἐρωτῶσιν. καὶ ἀντὶ τοῦ εἰσπράττου‐</w:t>
      </w:r>
    </w:p>
    <w:p>
      <w:r>
        <w:rPr>
          <w:rFonts w:ascii="Courier New" w:hAnsi="Courier New"/>
          <w:color w:val="555555"/>
          <w:sz w:val="20"/>
        </w:rPr>
        <w:t>[15]</w:t>
      </w:r>
    </w:p>
    <w:p>
      <w:r>
        <w:rPr>
          <w:rFonts w:ascii="Gentium Plus" w:hAnsi="Gentium Plus"/>
          <w:sz w:val="24"/>
        </w:rPr>
        <w:t>σιν. εὐθύνουσι δίκας. Εὐθετίζω. ἀλήθειαν λέγω. Εὐθηνούμενοι. ἐπὶ τὸ βέλτιον προκόπτοντες. [καὶ κατ’ ὀλίγον εὐθηνούμενοι δυνατώτεροι γίνον‐ ται.] καὶ εὐθηνεῖν τὸ πλουτεῖν.</w:t>
      </w:r>
    </w:p>
    <w:p>
      <w:r>
        <w:rPr>
          <w:rFonts w:ascii="Courier New" w:hAnsi="Courier New"/>
          <w:color w:val="555555"/>
          <w:sz w:val="20"/>
        </w:rPr>
        <w:t>[20]</w:t>
      </w:r>
    </w:p>
    <w:p>
      <w:r>
        <w:rPr>
          <w:rFonts w:ascii="Gentium Plus" w:hAnsi="Gentium Plus"/>
          <w:sz w:val="24"/>
        </w:rPr>
        <w:t>[Εὐθενεῖν οἱ Ἀττικοί· οἱ δὲ Ἴωνες εὐθηνεῖν. Κρατῖνος· ἀλλὰ τάδ’ ἔστ’ ἀνακτέον.</w:t>
      </w:r>
    </w:p>
    <w:p>
      <w:r>
        <w:rPr>
          <w:rFonts w:ascii="Courier New" w:hAnsi="Courier New"/>
          <w:color w:val="555555"/>
          <w:sz w:val="20"/>
        </w:rPr>
        <w:t>[epsilon 920]</w:t>
      </w:r>
    </w:p>
    <w:p>
      <w:r>
        <w:rPr>
          <w:rFonts w:ascii="Gentium Plus" w:hAnsi="Gentium Plus"/>
          <w:sz w:val="24"/>
        </w:rPr>
        <w:t>Ἡρόδοτος· εὐθενέειν πᾶσαν Αἴγυπτον. ἡ δὲ εὐθενία παρ’ οὐδενὶ τῶν Ἀττικῶν.] Εὐϊλατεύοντα. εὐμενῆ ὄντα, εὐσυμπάθητον, ἐλεοῦντα. καὶ εὐϊλατεύειν ἀντὶ τοῦ εὐμενίζειν.</w:t>
      </w:r>
    </w:p>
    <w:p>
      <w:r>
        <w:rPr>
          <w:rFonts w:ascii="Courier New" w:hAnsi="Courier New"/>
          <w:color w:val="555555"/>
          <w:sz w:val="20"/>
        </w:rPr>
        <w:t>[5]</w:t>
      </w:r>
    </w:p>
    <w:p>
      <w:r>
        <w:rPr>
          <w:rFonts w:ascii="Gentium Plus" w:hAnsi="Gentium Plus"/>
          <w:sz w:val="24"/>
        </w:rPr>
        <w:t>Εὐκαιρεῖν. πλουτεῖν. ὁ δὲ ἐκάλει τῶν πολιτῶν τοὺς δοκοῦντας εὐκαιρεῖν τοῖς βίοις. Εὔκλεισον. ἀντὶ τοῦ δόξης καὶ ἀξίας ἀξίωσον. πρόφρων ἁμετέραν εὔκλεισον γενεάν. Εὐλαβεῖσθαι. φοβεῖσθαι. φυλάττεσθαι.</w:t>
      </w:r>
    </w:p>
    <w:p>
      <w:r>
        <w:rPr>
          <w:rFonts w:ascii="Courier New" w:hAnsi="Courier New"/>
          <w:color w:val="555555"/>
          <w:sz w:val="20"/>
        </w:rPr>
        <w:t>[10]</w:t>
      </w:r>
    </w:p>
    <w:p>
      <w:r>
        <w:rPr>
          <w:rFonts w:ascii="Gentium Plus" w:hAnsi="Gentium Plus"/>
          <w:sz w:val="24"/>
        </w:rPr>
        <w:t>Εὐλογήσατε. ὑμνήσατε. Εὐλογῆσαι. ὑμνῆσαι. ἐπαινέσαι. Δαβίδ· ἡ ψυ‐ χὴ αὐτοῦ ἐν τῇ ζωῇ αὐτοῦ εὐλογηθήσεται. Εὐλόγηκεν. ἐβλασφήμησεν. [ἐπὶ τοῦ] Ἰώβ· εὐλογῶν εὐλογήσει σε.</w:t>
      </w:r>
    </w:p>
    <w:p>
      <w:r>
        <w:rPr>
          <w:rFonts w:ascii="Courier New" w:hAnsi="Courier New"/>
          <w:color w:val="555555"/>
          <w:sz w:val="20"/>
        </w:rPr>
        <w:t>[15]</w:t>
      </w:r>
    </w:p>
    <w:p>
      <w:r>
        <w:rPr>
          <w:rFonts w:ascii="Gentium Plus" w:hAnsi="Gentium Plus"/>
          <w:sz w:val="24"/>
        </w:rPr>
        <w:t>Εὐμοίρησε. καλῶς ἐκληρώσατο. Εὐνηθέντες. κοιμηθέντες. Εὐνοουμένη. εἰρηνεύουσα. καλῶς διακειμένη. [καὶ ἐν εὐαγγελίῳ· ἴσθι εὐνοῶν τῷ ἀντιδίκῳ σου. ἢ ὅτι καταδέχου μᾶλλον ἀδικεῖσθαι. ἢ οὕτως·</w:t>
      </w:r>
    </w:p>
    <w:p>
      <w:r>
        <w:rPr>
          <w:rFonts w:ascii="Courier New" w:hAnsi="Courier New"/>
          <w:color w:val="555555"/>
          <w:sz w:val="20"/>
        </w:rPr>
        <w:t>[20]</w:t>
      </w:r>
    </w:p>
    <w:p>
      <w:r>
        <w:rPr>
          <w:rFonts w:ascii="Gentium Plus" w:hAnsi="Gentium Plus"/>
          <w:sz w:val="24"/>
        </w:rPr>
        <w:t>δίκασον τῇ δίκῃ ὡσανεὶ τὴν ἐκείνου τάξιν ἔχων.] Εὐοδώσω. ὁδηγήσω.</w:t>
      </w:r>
    </w:p>
    <w:p>
      <w:r>
        <w:rPr>
          <w:rFonts w:ascii="Courier New" w:hAnsi="Courier New"/>
          <w:color w:val="555555"/>
          <w:sz w:val="20"/>
        </w:rPr>
        <w:t>[epsilon 921]</w:t>
      </w:r>
    </w:p>
    <w:p>
      <w:r>
        <w:rPr>
          <w:rFonts w:ascii="Gentium Plus" w:hAnsi="Gentium Plus"/>
          <w:sz w:val="24"/>
        </w:rPr>
        <w:t>πος· ἀλλ’ εἰ δοκεῖ, χρὴ ταῦτα δρᾷν, εὐοδεῖν πορεύομαι. [τὸ δ’ ὁδεύειν οὐδὲ παρ’ ἑνὶ τῶν ἐλ‐ λογίμων.] Εὐόμενος. φλογιζόμενος. εὑόμενος δὲ ὁ φωτι‐</w:t>
      </w:r>
    </w:p>
    <w:p>
      <w:r>
        <w:rPr>
          <w:rFonts w:ascii="Courier New" w:hAnsi="Courier New"/>
          <w:color w:val="555555"/>
          <w:sz w:val="20"/>
        </w:rPr>
        <w:t>[5]</w:t>
      </w:r>
    </w:p>
    <w:p>
      <w:r>
        <w:rPr>
          <w:rFonts w:ascii="Gentium Plus" w:hAnsi="Gentium Plus"/>
          <w:sz w:val="24"/>
        </w:rPr>
        <w:t>ζόμενος, δασεῖαν. Εὐπλοῦν. τὸ εὐημερεῖν. Εὐπλοῆσαι. τὸ καλῶς πλεῦσαι. Εὐριζῶν. πλατύνων, ἢ καλὰς ῥίζας ἔχων. Εὐρωτιῶντες. ἠφανισμένοι.</w:t>
      </w:r>
    </w:p>
    <w:p>
      <w:r>
        <w:rPr>
          <w:rFonts w:ascii="Courier New" w:hAnsi="Courier New"/>
          <w:color w:val="555555"/>
          <w:sz w:val="20"/>
        </w:rPr>
        <w:t>[10]</w:t>
      </w:r>
    </w:p>
    <w:p>
      <w:r>
        <w:rPr>
          <w:rFonts w:ascii="Gentium Plus" w:hAnsi="Gentium Plus"/>
          <w:sz w:val="24"/>
        </w:rPr>
        <w:t>Εὐρύνω. πλατύνω. *εὑρίσκω. ἐπαινῶ.* Εὐρυβατεύεσθαι. πονηρεύεσθαι. φασὶ γὰρ τὸν Εὐρύβατον τὸν ἑνὰ τῶν Κερκώπων τοιχωρύχον εἶναι· οἱ δὲ προδότην παρὰ τοὺς χρόνους τοὺς πρὸ Κροίσου. Εὐρύβατον ἄνδρα φασὶ τοῦτον</w:t>
      </w:r>
    </w:p>
    <w:p>
      <w:r>
        <w:rPr>
          <w:rFonts w:ascii="Courier New" w:hAnsi="Courier New"/>
          <w:color w:val="555555"/>
          <w:sz w:val="20"/>
        </w:rPr>
        <w:t>[15]</w:t>
      </w:r>
    </w:p>
    <w:p>
      <w:r>
        <w:rPr>
          <w:rFonts w:ascii="Gentium Plus" w:hAnsi="Gentium Plus"/>
          <w:sz w:val="24"/>
        </w:rPr>
        <w:t>Ἐφέσιον εἶναι καὶ λαβόντα χρήματα παρὰ τοῦ</w:t>
      </w:r>
    </w:p>
    <w:p>
      <w:r>
        <w:rPr>
          <w:rFonts w:ascii="Courier New" w:hAnsi="Courier New"/>
          <w:color w:val="555555"/>
          <w:sz w:val="20"/>
        </w:rPr>
        <w:t>[epsilon 922]</w:t>
      </w:r>
    </w:p>
    <w:p>
      <w:r>
        <w:rPr>
          <w:rFonts w:ascii="Gentium Plus" w:hAnsi="Gentium Plus"/>
          <w:sz w:val="24"/>
        </w:rPr>
        <w:t>πόλεμον τὸν εἰς τοὺς Πέρσας, προδότην γενό‐ μενον, ἐγχειρίσαι τῷ Κύρῳ τὰ χρήματα τοῦ Κροίσου. καὶ ἐντεῦθεν τοὺς πονηροὺς Εὐρυβά‐ τας καλεῖσθαι.</w:t>
      </w:r>
    </w:p>
    <w:p>
      <w:r>
        <w:rPr>
          <w:rFonts w:ascii="Courier New" w:hAnsi="Courier New"/>
          <w:color w:val="555555"/>
          <w:sz w:val="20"/>
        </w:rPr>
        <w:t>[5]</w:t>
      </w:r>
    </w:p>
    <w:p>
      <w:r>
        <w:rPr>
          <w:rFonts w:ascii="Gentium Plus" w:hAnsi="Gentium Plus"/>
          <w:sz w:val="24"/>
        </w:rPr>
        <w:t>Εὐσκευοῦμεν. καλῶς παρεσκευασάμεθα· πρὸς θά‐ νατον. οὕτω μὲν εὐσκευοῦμεν. Εὐστομεῖν. τὸ εὐφημεῖν. καὶ οἱ Ἴωνες εὔστομα κείσθω φασίν. Εὐσυνθετεῖν. εὐνοϊκῶς ἔχειν. [Μασσαγέται ἐβου‐</w:t>
      </w:r>
    </w:p>
    <w:p>
      <w:r>
        <w:rPr>
          <w:rFonts w:ascii="Courier New" w:hAnsi="Courier New"/>
          <w:color w:val="555555"/>
          <w:sz w:val="20"/>
        </w:rPr>
        <w:t>[10]</w:t>
      </w:r>
    </w:p>
    <w:p>
      <w:r>
        <w:rPr>
          <w:rFonts w:ascii="Gentium Plus" w:hAnsi="Gentium Plus"/>
          <w:sz w:val="24"/>
        </w:rPr>
        <w:t>λεύσαντο εὐσυνθετεῖν πρός τε Γελίμερα καὶ Βελισάριον.] Εὐφημεῖ. καλῶς λαλεῖ. ἐπαινεῖ. Εὔχεται. παρακαλεῖ. Εὔχομαι. ἐπὶ τοῦ λέγειν τάττει Ὅμηρος.</w:t>
      </w:r>
    </w:p>
    <w:p>
      <w:r>
        <w:rPr>
          <w:rFonts w:ascii="Courier New" w:hAnsi="Courier New"/>
          <w:color w:val="555555"/>
          <w:sz w:val="20"/>
        </w:rPr>
        <w:t>[15]</w:t>
      </w:r>
    </w:p>
    <w:p>
      <w:r>
        <w:rPr>
          <w:rFonts w:ascii="Gentium Plus" w:hAnsi="Gentium Plus"/>
          <w:sz w:val="24"/>
        </w:rPr>
        <w:t>[Μέντης Αἰγιάλοιο δαΐφρονος εὔχομαι εἶναι.]</w:t>
      </w:r>
    </w:p>
    <w:p>
      <w:r>
        <w:rPr>
          <w:rFonts w:ascii="Courier New" w:hAnsi="Courier New"/>
          <w:color w:val="555555"/>
          <w:sz w:val="20"/>
        </w:rPr>
        <w:t>[epsilon 923]</w:t>
      </w:r>
    </w:p>
    <w:p>
      <w:r>
        <w:rPr>
          <w:rFonts w:ascii="Gentium Plus" w:hAnsi="Gentium Plus"/>
          <w:sz w:val="24"/>
        </w:rPr>
        <w:t>Εὔχομαι. ἀντὶ τοῦ καταρῶμαι παρὰ Ἀριστοφά‐ νει. Εὐχροεῖς. εὐσωματεῖς. Εὐωρεῖ. παίζει.</w:t>
      </w:r>
    </w:p>
    <w:p>
      <w:r>
        <w:rPr>
          <w:rFonts w:ascii="Courier New" w:hAnsi="Courier New"/>
          <w:color w:val="555555"/>
          <w:sz w:val="20"/>
        </w:rPr>
        <w:t>[5]</w:t>
      </w:r>
    </w:p>
    <w:p>
      <w:r>
        <w:rPr>
          <w:rFonts w:ascii="Gentium Plus" w:hAnsi="Gentium Plus"/>
          <w:sz w:val="24"/>
        </w:rPr>
        <w:t>Εὐδοκῶ. ἐπιθυμῶ, εὐφραίνομαι. καὶ ὁ Ἀπόστο‐ λος· διὸ εὐδοκῶ ἐν ἀσθενείαις, ἐν ὕβρεσιν. ὅ ἐστιν ἐπιθυμῶ εἶναι ἐν τούτοις. Εὐπροσωπῆσαι. εὐδοκιμεῖν. ὅσοι θέλουσιν εὐπροσ‐ ωπῆσαι ἐν σαρκὶ, ἤτοι παρ’ ἀνθρώποις.</w:t>
      </w:r>
    </w:p>
    <w:p>
      <w:pPr>
        <w:jc w:val="center"/>
      </w:pPr>
      <w:r>
        <w:rPr>
          <w:rFonts w:ascii="Gentium Plus" w:hAnsi="Gentium Plus"/>
          <w:b/>
          <w:sz w:val="24"/>
        </w:rPr>
        <w:t>(Ἐπίῤῥημα.)</w:t>
      </w:r>
    </w:p>
    <w:p>
      <w:r>
        <w:rPr>
          <w:rFonts w:ascii="Courier New" w:hAnsi="Courier New"/>
          <w:color w:val="555555"/>
          <w:sz w:val="20"/>
        </w:rPr>
        <w:t>[11]</w:t>
      </w:r>
    </w:p>
    <w:p>
      <w:r>
        <w:rPr>
          <w:rFonts w:ascii="Gentium Plus" w:hAnsi="Gentium Plus"/>
          <w:sz w:val="24"/>
        </w:rPr>
        <w:t>Εὖγε. καλῶς, ὁσίως. λέγεται καὶ ἐπὶ εἰρωνείας πολλάκις. Εὖ σημαίνει τὸ καλόν. παρὰ τὸ ἐῢς, ὃ σημαί‐ νει τὸν θεράποντα ἢ τὸν ἀγαθόν. [ὡς γὰρ ἀπὸ</w:t>
      </w:r>
    </w:p>
    <w:p>
      <w:r>
        <w:rPr>
          <w:rFonts w:ascii="Courier New" w:hAnsi="Courier New"/>
          <w:color w:val="555555"/>
          <w:sz w:val="20"/>
        </w:rPr>
        <w:t>[15]</w:t>
      </w:r>
    </w:p>
    <w:p>
      <w:r>
        <w:rPr>
          <w:rFonts w:ascii="Gentium Plus" w:hAnsi="Gentium Plus"/>
          <w:sz w:val="24"/>
        </w:rPr>
        <w:t>τοῦ τάχα γέγονεν ἐπίῤῥημα ταχὺ, καὶ ὄνομα ταχὺ παιδίον, εὐρὺς εὐρὺ, οὕτως καὶ παρὰ τὸ ἐῢς ἐῢ καὶ ἐν συναιρέσει εὖ. ὤφειλε δὲ ὀξύνε‐ σθαι, ἀλλὰ πᾶσα δίφθογγος τελικὴ εἰς υ λή‐ γουσα, ἐφ’ ἑαυτῆς ἔχουσα τὸν τόνον, περι‐</w:t>
      </w:r>
    </w:p>
    <w:p>
      <w:r>
        <w:rPr>
          <w:rFonts w:ascii="Courier New" w:hAnsi="Courier New"/>
          <w:color w:val="555555"/>
          <w:sz w:val="20"/>
        </w:rPr>
        <w:t>[20]</w:t>
      </w:r>
    </w:p>
    <w:p>
      <w:r>
        <w:rPr>
          <w:rFonts w:ascii="Gentium Plus" w:hAnsi="Gentium Plus"/>
          <w:sz w:val="24"/>
        </w:rPr>
        <w:t>σπᾶται.] Εὐεκτῶς. ὑγιῶς. Εὐεκτικῶς. σχετικῶς.</w:t>
      </w:r>
    </w:p>
    <w:p>
      <w:r>
        <w:rPr>
          <w:rFonts w:ascii="Courier New" w:hAnsi="Courier New"/>
          <w:color w:val="555555"/>
          <w:sz w:val="20"/>
        </w:rPr>
        <w:t>[epsilon 924]</w:t>
      </w:r>
    </w:p>
    <w:p>
      <w:r>
        <w:rPr>
          <w:rFonts w:ascii="Gentium Plus" w:hAnsi="Gentium Plus"/>
          <w:sz w:val="24"/>
        </w:rPr>
        <w:t>Εὐείκτως. εὐπειθῶς. Εὐθίκτως. εὐαφῶς, εὐψηλαφήτως. Εὐθύ. κατεναντίον. σημαίνει καὶ τὸ ἕως. καὶ εἰς οἷον καὶ εὐθὺ ὁρμῶ ἀντὶ τοῦ καλῶς. καὶ</w:t>
      </w:r>
    </w:p>
    <w:p>
      <w:r>
        <w:rPr>
          <w:rFonts w:ascii="Courier New" w:hAnsi="Courier New"/>
          <w:color w:val="555555"/>
          <w:sz w:val="20"/>
        </w:rPr>
        <w:t>[5]</w:t>
      </w:r>
    </w:p>
    <w:p>
      <w:r>
        <w:rPr>
          <w:rFonts w:ascii="Gentium Plus" w:hAnsi="Gentium Plus"/>
          <w:sz w:val="24"/>
        </w:rPr>
        <w:t>παρὰ Θουκυδίδῃ τὸ παραχρῆμα καὶ ταχέως καὶ τὸ ἐξ εὐθείας καὶ ἀσκόπως. Εὐθύς. ἀντὶ τοῦ ἐν ἀρχῇ. καὶ εὐθέως, παραυτί‐ κα. ἀμφότερα Ἑλληνικά. Ἀριστοφάνης· εὐθὺς γάρ ς’ ἔχω μέσον.</w:t>
      </w:r>
    </w:p>
    <w:p>
      <w:r>
        <w:rPr>
          <w:rFonts w:ascii="Courier New" w:hAnsi="Courier New"/>
          <w:color w:val="555555"/>
          <w:sz w:val="20"/>
        </w:rPr>
        <w:t>[10]</w:t>
      </w:r>
    </w:p>
    <w:p>
      <w:r>
        <w:rPr>
          <w:rFonts w:ascii="Gentium Plus" w:hAnsi="Gentium Plus"/>
          <w:sz w:val="24"/>
        </w:rPr>
        <w:t>Εὐθύωρον. ἀντὶ τοῦ κατ’ εὐθείας Ἀντιφῶν. καὶ Ξενοφῶν αὐτῇ τῇ ὥρᾳ. [καὶ δὴ εὐθυωρὸν ἀπε‐ βίω.] Εὐκτῶς. μετὰ εὐχῆς, ἢ εὐχερῶς. Εὐκρινῶς. σαφῶς, καθαρῶς.</w:t>
      </w:r>
    </w:p>
    <w:p>
      <w:r>
        <w:rPr>
          <w:rFonts w:ascii="Courier New" w:hAnsi="Courier New"/>
          <w:color w:val="555555"/>
          <w:sz w:val="20"/>
        </w:rPr>
        <w:t>[15]</w:t>
      </w:r>
    </w:p>
    <w:p>
      <w:r>
        <w:rPr>
          <w:rFonts w:ascii="Gentium Plus" w:hAnsi="Gentium Plus"/>
          <w:sz w:val="24"/>
        </w:rPr>
        <w:t>Εὐκαρδίως. προαιρετικῶς. ἡ δὲ κόρη ὑπακούει τὲ εὐπροθύμως καὶ εὐκαρδίως. Εὐλόφως. γενναίως. ὁ δὲ πρὸς τοὺς ἐπαναστάν‐ τας εὐλόφως ἀγωνισάμενος. [καὶ αὖθις· ὁ δὲ εὐλόφῳ αὐχένι τὴν ἄσκησιν ὑπομένων ἐφαί‐</w:t>
      </w:r>
    </w:p>
    <w:p>
      <w:r>
        <w:rPr>
          <w:rFonts w:ascii="Courier New" w:hAnsi="Courier New"/>
          <w:color w:val="555555"/>
          <w:sz w:val="20"/>
        </w:rPr>
        <w:t>[20]</w:t>
      </w:r>
    </w:p>
    <w:p>
      <w:r>
        <w:rPr>
          <w:rFonts w:ascii="Gentium Plus" w:hAnsi="Gentium Plus"/>
          <w:sz w:val="24"/>
        </w:rPr>
        <w:t>νετο.] Εὐμαρῶς. ὑγιῶς. εὐχερῶς· εὐκόλως· εὐμαρῶς· πρᾴως· ἱλαρῶς. Εὐνούστατα. φιλίως.</w:t>
      </w:r>
    </w:p>
    <w:p>
      <w:r>
        <w:rPr>
          <w:rFonts w:ascii="Courier New" w:hAnsi="Courier New"/>
          <w:color w:val="555555"/>
          <w:sz w:val="20"/>
        </w:rPr>
        <w:t>[epsilon 925]</w:t>
      </w:r>
    </w:p>
    <w:p>
      <w:r>
        <w:rPr>
          <w:rFonts w:ascii="Gentium Plus" w:hAnsi="Gentium Plus"/>
          <w:sz w:val="24"/>
        </w:rPr>
        <w:t>Εὐοργήτως. ἀντὶ τοῦ εὐτρόπως. ὀργὴ γὰρ ὁ τρόπος παρὰ Θουκυδίδῃ. Εὐοφθάλμως. ἀντὶ τοῦ εὐπρεπῶς, καὶ ἀντὶ τοῦ εὐόπτως.</w:t>
      </w:r>
    </w:p>
    <w:p>
      <w:r>
        <w:rPr>
          <w:rFonts w:ascii="Courier New" w:hAnsi="Courier New"/>
          <w:color w:val="555555"/>
          <w:sz w:val="20"/>
        </w:rPr>
        <w:t>[5]</w:t>
      </w:r>
    </w:p>
    <w:p>
      <w:r>
        <w:rPr>
          <w:rFonts w:ascii="Gentium Plus" w:hAnsi="Gentium Plus"/>
          <w:sz w:val="24"/>
        </w:rPr>
        <w:t>Εὐπετῶς. εὐχερῶς. εὐκόλως. Εὐπρεπῶς. κοσμίως. ὡραίως. Εὐπότμως. εὐτυχῶς. Εὖ πράττειν. οὕτως ἡ ἐπιγραφὴ τῶν ἐπιστολῶν. εἰσὶ τοῦ ἠθικοῦ εἴδους. εὖ διάγειν. οὕτως Ἐπί‐</w:t>
      </w:r>
    </w:p>
    <w:p>
      <w:r>
        <w:rPr>
          <w:rFonts w:ascii="Courier New" w:hAnsi="Courier New"/>
          <w:color w:val="555555"/>
          <w:sz w:val="20"/>
        </w:rPr>
        <w:t>[10]</w:t>
      </w:r>
    </w:p>
    <w:p>
      <w:r>
        <w:rPr>
          <w:rFonts w:ascii="Gentium Plus" w:hAnsi="Gentium Plus"/>
          <w:sz w:val="24"/>
        </w:rPr>
        <w:t>κουρος ἔγραφε. χαίρειν δὲ ὁ Κλέων. Εὐράξ. ἐκ πλαγίου. Εὐσυναλλάκτως. εὐμεταδότως. Εὐσχημόνως. εὐλαβῶς. σεμνῶς. Εὐσταθῶς. βεβαίως, ἀσφαλῶς. [ὁ δὲ ἐστρατο‐</w:t>
      </w:r>
    </w:p>
    <w:p>
      <w:r>
        <w:rPr>
          <w:rFonts w:ascii="Courier New" w:hAnsi="Courier New"/>
          <w:color w:val="555555"/>
          <w:sz w:val="20"/>
        </w:rPr>
        <w:t>[15]</w:t>
      </w:r>
    </w:p>
    <w:p>
      <w:r>
        <w:rPr>
          <w:rFonts w:ascii="Gentium Plus" w:hAnsi="Gentium Plus"/>
          <w:sz w:val="24"/>
        </w:rPr>
        <w:t>πέδευσεν εὐσταθῶς, ᾗπερ ἐβούλετο.] Εὐσταλῶς. κούφως. Εὐφραδέως. πεφρασμένως καὶ συνετῶς. παρὰ τὸ φράδην. ἢ εὐπρεπῶς καὶ κοσμίως. ἀπὸ τοῦ</w:t>
      </w:r>
    </w:p>
    <w:p>
      <w:r>
        <w:rPr>
          <w:rFonts w:ascii="Courier New" w:hAnsi="Courier New"/>
          <w:color w:val="555555"/>
          <w:sz w:val="20"/>
        </w:rPr>
        <w:t>[epsilon 926]</w:t>
      </w:r>
    </w:p>
    <w:p>
      <w:r>
        <w:rPr>
          <w:rFonts w:ascii="Gentium Plus" w:hAnsi="Gentium Plus"/>
          <w:sz w:val="24"/>
        </w:rPr>
        <w:t>Εὐοὶ σαβοί. βακχικὸν ἐπίφθεγμα. τῇ δὲ φωνῇ τῶν Φρυγῶν τοὺς μύστας δηλοῖ. ἀφ’ οὗ καὶ ὁ Σαβάζιος Διόνυσος. Εὐανακλήτως. συμπαθῶς. εὐαναδιδάκτως.</w:t>
      </w:r>
    </w:p>
    <w:p>
      <w:r>
        <w:rPr>
          <w:rFonts w:ascii="Courier New" w:hAnsi="Courier New"/>
          <w:color w:val="555555"/>
          <w:sz w:val="20"/>
        </w:rPr>
        <w:t>[5]</w:t>
      </w:r>
    </w:p>
    <w:p>
      <w:r>
        <w:rPr>
          <w:rFonts w:ascii="Gentium Plus" w:hAnsi="Gentium Plus"/>
          <w:sz w:val="24"/>
        </w:rPr>
        <w:t>Εὐέδρως. βεβαίως.</w:t>
      </w:r>
    </w:p>
    <w:p>
      <w:pPr>
        <w:jc w:val="center"/>
      </w:pPr>
      <w:r>
        <w:rPr>
          <w:rFonts w:ascii="Gentium Plus" w:hAnsi="Gentium Plus"/>
          <w:b/>
          <w:sz w:val="24"/>
        </w:rPr>
        <w:t>Τὸ Ε μετὰ τοῦ Φ.</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Ἔφεδρος. ἐγκάτοικος ἢ ἐνεδρεύων. Ἐφέστιοι. σύνοικοι.</w:t>
      </w:r>
    </w:p>
    <w:p>
      <w:r>
        <w:rPr>
          <w:rFonts w:ascii="Courier New" w:hAnsi="Courier New"/>
          <w:color w:val="555555"/>
          <w:sz w:val="20"/>
        </w:rPr>
        <w:t>[10]</w:t>
      </w:r>
    </w:p>
    <w:p>
      <w:r>
        <w:rPr>
          <w:rFonts w:ascii="Gentium Plus" w:hAnsi="Gentium Plus"/>
          <w:sz w:val="24"/>
        </w:rPr>
        <w:t>Ἐφελκυστής. βοηθός. Ἐφεκτικοί. φιλόσοφοί τινες. παρὰ τὸ ἐπέχειν περὶ τῶν πραγμάτων, καὶ δογματίζειν αὐτὰ ἀκατάληπτα. Ἐφέται. ἄνδρες, οἵτινες ὀγδοήκοντα ὄντες ἐδί‐</w:t>
      </w:r>
    </w:p>
    <w:p>
      <w:r>
        <w:rPr>
          <w:rFonts w:ascii="Courier New" w:hAnsi="Courier New"/>
          <w:color w:val="555555"/>
          <w:sz w:val="20"/>
        </w:rPr>
        <w:t>[15]</w:t>
      </w:r>
    </w:p>
    <w:p>
      <w:r>
        <w:rPr>
          <w:rFonts w:ascii="Gentium Plus" w:hAnsi="Gentium Plus"/>
          <w:sz w:val="24"/>
        </w:rPr>
        <w:t>καζον. ἐφέται δὲ ἐκλήθησαν, ὅτι ἐπὶ αἵματι δικάζουσι. [ἢ ὅτι ἔφεσις παρ’ αὐτῶν οὐ δύναται εἰς ἄλλο δικαστήριον γενέσθαι.] Ἔφεκτος τόκος. ὁ ἐπὶ τὸ ἕκτον τοῦ κεφαλαίου.</w:t>
      </w:r>
    </w:p>
    <w:p>
      <w:r>
        <w:rPr>
          <w:rFonts w:ascii="Courier New" w:hAnsi="Courier New"/>
          <w:color w:val="555555"/>
          <w:sz w:val="20"/>
        </w:rPr>
        <w:t>[epsilon 927]</w:t>
      </w:r>
    </w:p>
    <w:p>
      <w:r>
        <w:rPr>
          <w:rFonts w:ascii="Gentium Plus" w:hAnsi="Gentium Plus"/>
          <w:sz w:val="24"/>
        </w:rPr>
        <w:t>Ἐφευρετὰς κακῶν. τοὺς ἐπὶ τοῖς παλαιοῖς κα‐ κοῖς ἕτερα καινοτομοῦντας κακά. Ἐφάμιλλος. ἶσος, ὅμοιος. Ἔφηβος. παῖς νέος ἤτοι ἐτῶν ιδ ἢ ιη.</w:t>
      </w:r>
    </w:p>
    <w:p>
      <w:r>
        <w:rPr>
          <w:rFonts w:ascii="Courier New" w:hAnsi="Courier New"/>
          <w:color w:val="555555"/>
          <w:sz w:val="20"/>
        </w:rPr>
        <w:t>[5]</w:t>
      </w:r>
    </w:p>
    <w:p>
      <w:r>
        <w:rPr>
          <w:rFonts w:ascii="Gentium Plus" w:hAnsi="Gentium Plus"/>
          <w:sz w:val="24"/>
        </w:rPr>
        <w:t>Ἔφηλος. ὁ ἐφηλίδας ἔχων εἰς τὴν ὄψιν. [Ἐφιάλτης. κύριον. καὶ ὁ παρὰ πολλοῖς λε‐ γόμενος Βαβουτζικάρης. παρὰ τὸ ἰάλλω, τὸ ἐμβάλλω.] Ἐφιζόμενος. ὁ ἐπάνω ἵππου καθεζόμενος.</w:t>
      </w:r>
    </w:p>
    <w:p>
      <w:r>
        <w:rPr>
          <w:rFonts w:ascii="Courier New" w:hAnsi="Courier New"/>
          <w:color w:val="555555"/>
          <w:sz w:val="20"/>
        </w:rPr>
        <w:t>[10]</w:t>
      </w:r>
    </w:p>
    <w:p>
      <w:r>
        <w:rPr>
          <w:rFonts w:ascii="Gentium Plus" w:hAnsi="Gentium Plus"/>
          <w:sz w:val="24"/>
        </w:rPr>
        <w:t>Ἐφίππων ὀνόματα. ἴλη ἱππέων ἀνδρῶν ξδ. ἐπι‐ λαρχία δύο ἴλαι ἱππέων ἀνδρῶν ρκη. ταραν‐ τιναρχία δύο ἴλαι [ἱππέων ἀνδρῶν διακοσίων πεντήκοντα ἕξ. ἱππαρχία δύο ταραντιναὶ] ἱπ‐ πέων ἀνδρῶν δώδεκα. ἐφιππαρχία δύο ἱππαρ‐</w:t>
      </w:r>
    </w:p>
    <w:p>
      <w:r>
        <w:rPr>
          <w:rFonts w:ascii="Courier New" w:hAnsi="Courier New"/>
          <w:color w:val="555555"/>
          <w:sz w:val="20"/>
        </w:rPr>
        <w:t>[15]</w:t>
      </w:r>
    </w:p>
    <w:p>
      <w:r>
        <w:rPr>
          <w:rFonts w:ascii="Gentium Plus" w:hAnsi="Gentium Plus"/>
          <w:sz w:val="24"/>
        </w:rPr>
        <w:t>χίαι ἱππέων ἀνδρῶν ͵ακδ. τέλος δύο ἐφιππαρ‐</w:t>
      </w:r>
    </w:p>
    <w:p>
      <w:r>
        <w:rPr>
          <w:rFonts w:ascii="Courier New" w:hAnsi="Courier New"/>
          <w:color w:val="555555"/>
          <w:sz w:val="20"/>
        </w:rPr>
        <w:t>[epsilon 928]</w:t>
      </w:r>
    </w:p>
    <w:p>
      <w:r>
        <w:rPr>
          <w:rFonts w:ascii="Gentium Plus" w:hAnsi="Gentium Plus"/>
          <w:sz w:val="24"/>
        </w:rPr>
        <w:t>χίαι ἱππέων ͵βμη. ἐπίταγμα δύο τέλη ἱππέων ἀνδρῶν ͵θεϛ. Ἑφθαλέου. ἑφθοῦ. καὶ ἑφθοῦν τὸ ὀπτᾷν, ἤτοι τὸ δι’ ὕδατος ἕψειν.</w:t>
      </w:r>
    </w:p>
    <w:p>
      <w:r>
        <w:rPr>
          <w:rFonts w:ascii="Courier New" w:hAnsi="Courier New"/>
          <w:color w:val="555555"/>
          <w:sz w:val="20"/>
        </w:rPr>
        <w:t>[5]</w:t>
      </w:r>
    </w:p>
    <w:p>
      <w:r>
        <w:rPr>
          <w:rFonts w:ascii="Gentium Plus" w:hAnsi="Gentium Plus"/>
          <w:sz w:val="24"/>
        </w:rPr>
        <w:t>Ἑφθοὶ πυροί. διεγερτικοί εἰσὶ πρὸς συνουσίαν. Ἔφορος. ὁ πάντων ἐπόπτης καὶ θεωρὸς θεός. καλοῦνται δὲ ἔφοροι καὶ οἱ τὰ πόλεων ὤνια ἐπι‐ σκεπτόμενοι. Ἐφραΐμ. κύριον. κυρίως δὲ ἑρμηνεύεται πλατυ‐</w:t>
      </w:r>
    </w:p>
    <w:p>
      <w:r>
        <w:rPr>
          <w:rFonts w:ascii="Courier New" w:hAnsi="Courier New"/>
          <w:color w:val="555555"/>
          <w:sz w:val="20"/>
        </w:rPr>
        <w:t>[10]</w:t>
      </w:r>
    </w:p>
    <w:p>
      <w:r>
        <w:rPr>
          <w:rFonts w:ascii="Gentium Plus" w:hAnsi="Gentium Plus"/>
          <w:sz w:val="24"/>
        </w:rPr>
        <w:t>σμὸς ἢ καρποφορία. Ἐφραθά. ὅ ἐστι Βηθλεέμ. παρ’ Ἑβραίοις δὲ σημαίνει μαρία τὸ ἐφραθά. Ἔφυδρος. ὕδωρ ἐπάγων. ἐφύδρους δὲ ἁλύσεις</w:t>
      </w:r>
    </w:p>
    <w:p>
      <w:r>
        <w:rPr>
          <w:rFonts w:ascii="Courier New" w:hAnsi="Courier New"/>
          <w:color w:val="555555"/>
          <w:sz w:val="20"/>
        </w:rPr>
        <w:t>[epsilon 929]</w:t>
      </w:r>
    </w:p>
    <w:p>
      <w:r>
        <w:rPr>
          <w:rFonts w:ascii="Gentium Plus" w:hAnsi="Gentium Plus"/>
          <w:sz w:val="24"/>
        </w:rPr>
        <w:t>Ἐφ’ ᾧ πάρει. ἐπὶ τίνι παραγέγονας. ἐφ’ ᾧ καὶ ἐφ’ ᾧτε ἑκάτερον αὐτῶν. καὶ ὁριστικῷ συντάσσεται ῥήματι καὶ ἀπαρεμφάτῳ. Θουκυ‐ δίδης· ἐν δ’ ἐφ’ ᾧ φυλακῇ τῇ μετρίᾳ τηρή‐</w:t>
      </w:r>
    </w:p>
    <w:p>
      <w:r>
        <w:rPr>
          <w:rFonts w:ascii="Courier New" w:hAnsi="Courier New"/>
          <w:color w:val="555555"/>
          <w:sz w:val="20"/>
        </w:rPr>
        <w:t>[5]</w:t>
      </w:r>
    </w:p>
    <w:p>
      <w:r>
        <w:rPr>
          <w:rFonts w:ascii="Gentium Plus" w:hAnsi="Gentium Plus"/>
          <w:sz w:val="24"/>
        </w:rPr>
        <w:t>σονται. καὶ Κρατῖνος· [ἐφ’ ᾧτ’ ἐμαυτὴν συγ‐ καθεύδειν τῷ πατρί.]</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†Ἐφέστριδες. αἱ ἄγαμοι παρθένοι.† Ἐφαπτίδας. ..... οἱ δὲ ψιλοὶ τῶν Ῥω‐</w:t>
      </w:r>
    </w:p>
    <w:p>
      <w:r>
        <w:rPr>
          <w:rFonts w:ascii="Courier New" w:hAnsi="Courier New"/>
          <w:color w:val="555555"/>
          <w:sz w:val="20"/>
        </w:rPr>
        <w:t>[10]</w:t>
      </w:r>
    </w:p>
    <w:p>
      <w:r>
        <w:rPr>
          <w:rFonts w:ascii="Gentium Plus" w:hAnsi="Gentium Plus"/>
          <w:sz w:val="24"/>
        </w:rPr>
        <w:t>μαίων ἕκαστος αὐτῶν εἶχον ἐφαπτίδας, καὶ κνη‐ δυΐδας, καὶ λοχάστην καὶ ἀκόντιον δι’ ὅλου [σιδήρου] πεποιημένον. Ἔφεσος. πόλις τῆς Ἀσίας. ἐκλήθη δὲ οὕτως ἀπὸ Ἐφέσου τινὸς ἐκεῖσε καπηλεύοντος καὶ</w:t>
      </w:r>
    </w:p>
    <w:p>
      <w:r>
        <w:rPr>
          <w:rFonts w:ascii="Courier New" w:hAnsi="Courier New"/>
          <w:color w:val="555555"/>
          <w:sz w:val="20"/>
        </w:rPr>
        <w:t>[15]</w:t>
      </w:r>
    </w:p>
    <w:p>
      <w:r>
        <w:rPr>
          <w:rFonts w:ascii="Gentium Plus" w:hAnsi="Gentium Plus"/>
          <w:sz w:val="24"/>
        </w:rPr>
        <w:t>πάντας λέγοντος πρὸς Ἔφεσον στέλλεσθαι, ἢ ἀπὸ τῆς Ἐφέσου, Λύδης Ἀμαζόνος, ἣ πρώτη Ἄρτεμιν ἐτίμησε καὶ ὠνόμασεν Ἐφεσίαν. ἀπὸ δὲ τῆς Ἀρτέμιδος καὶ οἱ οἰκοῦντες ἐκλήθησαν.</w:t>
      </w:r>
    </w:p>
    <w:p>
      <w:r>
        <w:rPr>
          <w:rFonts w:ascii="Courier New" w:hAnsi="Courier New"/>
          <w:color w:val="555555"/>
          <w:sz w:val="20"/>
        </w:rPr>
        <w:t>[epsilon 930]</w:t>
      </w:r>
    </w:p>
    <w:p>
      <w:r>
        <w:rPr>
          <w:rFonts w:ascii="Gentium Plus" w:hAnsi="Gentium Plus"/>
          <w:sz w:val="24"/>
        </w:rPr>
        <w:t>πολύτης ζωστῆρα ἐδίωξε τὰς Ἀμαζόνας μέχρι Λυδίας, κᾀκεῖ καταφυγούσας ἐπί τινα ναὸν Ἀρ‐ τέμιδος δεῖσθαι σωτηρίας τυχεῖν· τὴν δὲ ἐφεῖ‐ ναι αὐταῖς τὴν σωτηρίαν, ὅθεν Ἔφεσος κλη‐</w:t>
      </w:r>
    </w:p>
    <w:p>
      <w:r>
        <w:rPr>
          <w:rFonts w:ascii="Courier New" w:hAnsi="Courier New"/>
          <w:color w:val="555555"/>
          <w:sz w:val="20"/>
        </w:rPr>
        <w:t>[5]</w:t>
      </w:r>
    </w:p>
    <w:p>
      <w:r>
        <w:rPr>
          <w:rFonts w:ascii="Gentium Plus" w:hAnsi="Gentium Plus"/>
          <w:sz w:val="24"/>
        </w:rPr>
        <w:t>θεῖσα καὶ τὴν Ἄρτεμιν Ἐφεσίαν ἐκάλεσαν. Ἔφεσις. ἐπιθυμία, ἢ ἐπίτασις θελήσεως ἤγουν ἐπιτεταμένη θέλησις. ἔφεσις καὶ ἡ ὁρμή. ἀπὸ δὲ τῆς [τῶν] στρατηγῶν γνώμης λαβὼν ἔφε‐ σιν παρὰ τοῦ στρατηγοῦ ξένην καὶ παράδοξον</w:t>
      </w:r>
    </w:p>
    <w:p>
      <w:r>
        <w:rPr>
          <w:rFonts w:ascii="Courier New" w:hAnsi="Courier New"/>
          <w:color w:val="555555"/>
          <w:sz w:val="20"/>
        </w:rPr>
        <w:t>[10]</w:t>
      </w:r>
    </w:p>
    <w:p>
      <w:r>
        <w:rPr>
          <w:rFonts w:ascii="Gentium Plus" w:hAnsi="Gentium Plus"/>
          <w:sz w:val="24"/>
        </w:rPr>
        <w:t>βοήθειαν ἐπορίσατο πρὸς τὴν ἐπικειμένην πε‐ ρίστασιν. ἔφεσις καὶ ἡ ἐξ ἑκατέρου δικαστη‐ ρίου εἰς ἕτερον μεταγωγή. τὸ δ’ αὐτὸ καὶ ἔκκλητος καλεῖται. Ἐφεσπερεία. ἡ τῆς ἑσπέρας.</w:t>
      </w:r>
    </w:p>
    <w:p>
      <w:r>
        <w:rPr>
          <w:rFonts w:ascii="Courier New" w:hAnsi="Courier New"/>
          <w:color w:val="555555"/>
          <w:sz w:val="20"/>
        </w:rPr>
        <w:t>[15]</w:t>
      </w:r>
    </w:p>
    <w:p>
      <w:r>
        <w:rPr>
          <w:rFonts w:ascii="Gentium Plus" w:hAnsi="Gentium Plus"/>
          <w:sz w:val="24"/>
        </w:rPr>
        <w:t>Ἐφετμή. ἡ ἐντολή. Ἐφεστρίδες. Ῥωμαϊκὰ ἱμάτια λέγονται καὶ ὁ μανδύας καὶ βίῤῥον. Ἐφεδρία. ἡ ἐπίκληρος παραμονή.</w:t>
      </w:r>
    </w:p>
    <w:p>
      <w:r>
        <w:rPr>
          <w:rFonts w:ascii="Courier New" w:hAnsi="Courier New"/>
          <w:color w:val="555555"/>
          <w:sz w:val="20"/>
        </w:rPr>
        <w:t>[epsilon 931]</w:t>
      </w:r>
    </w:p>
    <w:p>
      <w:r>
        <w:rPr>
          <w:rFonts w:ascii="Gentium Plus" w:hAnsi="Gentium Plus"/>
          <w:sz w:val="24"/>
        </w:rPr>
        <w:t>Ἐφήγησις. δίκη εἰσαγομένη ἀπὸ τῶν ὑποδεξα‐ μένων τὸν εἰργόμενον ὑπὸ τῶν νόμων ἐπιβαί‐ νειν τῆς χώρας, οἷον φυγάδα ἢ ἀνδροφόνον· ἢ ὅταν τῶν δημοσίων τὶ κατέχει τὶς κρύφα.</w:t>
      </w:r>
    </w:p>
    <w:p>
      <w:r>
        <w:rPr>
          <w:rFonts w:ascii="Courier New" w:hAnsi="Courier New"/>
          <w:color w:val="555555"/>
          <w:sz w:val="20"/>
        </w:rPr>
        <w:t>[5]</w:t>
      </w:r>
    </w:p>
    <w:p>
      <w:r>
        <w:rPr>
          <w:rFonts w:ascii="Gentium Plus" w:hAnsi="Gentium Plus"/>
          <w:sz w:val="24"/>
        </w:rPr>
        <w:t>Ἐφημερία. ἡ πατριά. λέγεται καὶ ἡ τῆς ἡμέρας λειτουργία καὶ ἑβδομάδος. Ἐφημερίς. ἡ τῶν ἐφ’ ἑκάστης ἡμέρας συμπι‐ πτόντων ὑπογραφή. Ἐφημοσύνη. ἡ ἐντολή. παρὰ τὸ εἰς αὐτὰ συμ‐</w:t>
      </w:r>
    </w:p>
    <w:p>
      <w:r>
        <w:rPr>
          <w:rFonts w:ascii="Courier New" w:hAnsi="Courier New"/>
          <w:color w:val="555555"/>
          <w:sz w:val="20"/>
        </w:rPr>
        <w:t>[10]</w:t>
      </w:r>
    </w:p>
    <w:p>
      <w:r>
        <w:rPr>
          <w:rFonts w:ascii="Gentium Plus" w:hAnsi="Gentium Plus"/>
          <w:sz w:val="24"/>
        </w:rPr>
        <w:t>βάλλειν τὸν ἀμφότερον λόγον. Ἐφηλίς. ἡ ἐκ τοῦ ἡλίου περὶ τὸ πρόσωπον γι‐ νομένη ἔκκαυσις καὶ μελανία. καὶ πάθος περὶ τὸ πρόσωπον γινόμενον. εἴρηται ἀπὸ τοῦ ἡλίου. γράφεται καὶ ἔφηλος.</w:t>
      </w:r>
    </w:p>
    <w:p>
      <w:r>
        <w:rPr>
          <w:rFonts w:ascii="Courier New" w:hAnsi="Courier New"/>
          <w:color w:val="555555"/>
          <w:sz w:val="20"/>
        </w:rPr>
        <w:t>[15]</w:t>
      </w:r>
    </w:p>
    <w:p>
      <w:r>
        <w:rPr>
          <w:rFonts w:ascii="Gentium Plus" w:hAnsi="Gentium Plus"/>
          <w:sz w:val="24"/>
        </w:rPr>
        <w:t>Ἔφοδος. ὁρμή. ἐπέλευσις. Ἐφετμῆς. ἐντολῆς. Ἡσίοδος· —μεμνημένος αἰὲν ἐφετμῆς ἐργάζευ, Πέρση—.</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Ἐφάλια. παραθαλάσσια. Ἔφαμμα. τὸ περίβλημα. οἱ δὲ διὰ τὸ βατώδη εἶναι τὸν τόπον καὶ μὴ ἐμπλέκεσθαι τοῖς ἐφάμμασι, ταῦτα ἀπέῤῥιπτον, γυμνοὶ μετὰ τῶν ὅπλων στάντες.</w:t>
      </w:r>
    </w:p>
    <w:p>
      <w:r>
        <w:rPr>
          <w:rFonts w:ascii="Courier New" w:hAnsi="Courier New"/>
          <w:color w:val="555555"/>
          <w:sz w:val="20"/>
        </w:rPr>
        <w:t>[25]</w:t>
      </w:r>
    </w:p>
    <w:p>
      <w:r>
        <w:rPr>
          <w:rFonts w:ascii="Gentium Plus" w:hAnsi="Gentium Plus"/>
          <w:sz w:val="24"/>
        </w:rPr>
        <w:t>Ἐφικτόν. δυνατόν. κατάληπτον. Ἐφίερον. Δημοσθένης ἐν τῷ περὶ τοῦ τριηραρχή‐</w:t>
      </w:r>
    </w:p>
    <w:p>
      <w:r>
        <w:rPr>
          <w:rFonts w:ascii="Courier New" w:hAnsi="Courier New"/>
          <w:color w:val="555555"/>
          <w:sz w:val="20"/>
        </w:rPr>
        <w:t>[epsilon 932]</w:t>
      </w:r>
    </w:p>
    <w:p>
      <w:r>
        <w:rPr>
          <w:rFonts w:ascii="Gentium Plus" w:hAnsi="Gentium Plus"/>
          <w:sz w:val="24"/>
        </w:rPr>
        <w:t>Ἐφίππιον. ἀγώνισμα ἐφ’ ἵππων τρεχόντων. Ἐφόλκια. τὰ μικρὰ πλοῖα. Ἐφόδια. τὰ ἁρμόζοντα τῇ ὁδῷ ἀναλώματα. Ἐφούδ. τὸ μὲν [ὄνομα αὐτοῦ] ἑρμηνευόμενον</w:t>
      </w:r>
    </w:p>
    <w:p>
      <w:r>
        <w:rPr>
          <w:rFonts w:ascii="Courier New" w:hAnsi="Courier New"/>
          <w:color w:val="555555"/>
          <w:sz w:val="20"/>
        </w:rPr>
        <w:t>[5]</w:t>
      </w:r>
    </w:p>
    <w:p>
      <w:r>
        <w:rPr>
          <w:rFonts w:ascii="Gentium Plus" w:hAnsi="Gentium Plus"/>
          <w:sz w:val="24"/>
        </w:rPr>
        <w:t>δήλωσιν ἢ λύτρωσιν σημαίνει, τὸ δὲ εἶδος αὐ‐ τοῦ σπιθαμιαῖον ἦν ὕφασμα, δίκην περιστη‐ θίου ἐκ χρυσονήμου τέχνης ποικίλης πεποιη‐ μένον· καὶ ἐν μὲν τῷ μέσῳ εἶχεν ὥσπερ ἀστέρα ὁλόχρυσον, ἑκατέρωθεν δὲ αὐτοῦ δύο σμαράγ‐</w:t>
      </w:r>
    </w:p>
    <w:p>
      <w:r>
        <w:rPr>
          <w:rFonts w:ascii="Courier New" w:hAnsi="Courier New"/>
          <w:color w:val="555555"/>
          <w:sz w:val="20"/>
        </w:rPr>
        <w:t>[10]</w:t>
      </w:r>
    </w:p>
    <w:p>
      <w:r>
        <w:rPr>
          <w:rFonts w:ascii="Gentium Plus" w:hAnsi="Gentium Plus"/>
          <w:sz w:val="24"/>
        </w:rPr>
        <w:t>δους ἔχοντας ἀνὰ ἓξ τοὺς δώδεκα φυλὰς τοῦ Ἰσραὴλ, ἐν δὲ τῷ μεταξὺ τῶν σμαράγδων λί‐ θον ἀδάμαντα. ἡνίκα γοῦν ἔμελλεν ὁ ἱερεὺς ἐρωτᾷν τὸν θεὸν περὶ τινὸς κεφαλαίου, ἐδέσμει αὐτὸ ἐν τῇ ἐπωμίδι κατὰ τὸ μέσον τοῦ στέρ‐</w:t>
      </w:r>
    </w:p>
    <w:p>
      <w:r>
        <w:rPr>
          <w:rFonts w:ascii="Courier New" w:hAnsi="Courier New"/>
          <w:color w:val="555555"/>
          <w:sz w:val="20"/>
        </w:rPr>
        <w:t>[15]</w:t>
      </w:r>
    </w:p>
    <w:p>
      <w:r>
        <w:rPr>
          <w:rFonts w:ascii="Gentium Plus" w:hAnsi="Gentium Plus"/>
          <w:sz w:val="24"/>
        </w:rPr>
        <w:t>νου καὶ ὑπετίθει τὰς χεῖρας αὐτοῦ ὑποκάτω‐ θεν, καὶ εὑρίσκετο ἐν ταῖς παλάμαις αὐτοῦ ἐξηπλωμένον ὥσπερ πυξίον, καὶ ἀποβλέπων εἰς τὸν ἐφοὺδ ἠρώτα τὸν θεὸν τὸ ἐρώτημα. καὶ εἰ μὲν ἀρεστὸν ἦν τῷ θεῷ τὸ ἐρώτημα, εὐθέως</w:t>
      </w:r>
    </w:p>
    <w:p>
      <w:r>
        <w:rPr>
          <w:rFonts w:ascii="Courier New" w:hAnsi="Courier New"/>
          <w:color w:val="555555"/>
          <w:sz w:val="20"/>
        </w:rPr>
        <w:t>[20]</w:t>
      </w:r>
    </w:p>
    <w:p>
      <w:r>
        <w:rPr>
          <w:rFonts w:ascii="Gentium Plus" w:hAnsi="Gentium Plus"/>
          <w:sz w:val="24"/>
        </w:rPr>
        <w:t>ἔστραπτεν ὁ ἀδάμας λίθος καὶ ἐφεγγοβόλει ἀκτῖνας ἐκπέμπων· εἰ δὲ οὐκ ἦν εὐάρεστον, ἔμε‐ νεν ἐν τῇ ἰδίᾳ τάξει ὁ λίθος. εἰ δὲ ἔμελλεν ὁ θεὸς εἰς μάχαιραν παραδιδόναι τὸν λαὸν, ἐγέ‐ νετο αἱματώδης. εἰ δὲ θανατικὸν ἔμελλε, ἐγέ‐</w:t>
      </w:r>
    </w:p>
    <w:p>
      <w:r>
        <w:rPr>
          <w:rFonts w:ascii="Courier New" w:hAnsi="Courier New"/>
          <w:color w:val="555555"/>
          <w:sz w:val="20"/>
        </w:rPr>
        <w:t>[25]</w:t>
      </w:r>
    </w:p>
    <w:p>
      <w:r>
        <w:rPr>
          <w:rFonts w:ascii="Gentium Plus" w:hAnsi="Gentium Plus"/>
          <w:sz w:val="24"/>
        </w:rPr>
        <w:t>νετο μέλας.</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Ἐφαύλιζον. ηὐτέλιζον. οἱ δὲ ἐφαύλιζον αὐτὸν οὐδαμῆ σπουδαῖον ὄντα· μικρὸς γὰρ ἦν τὸ σῶμα. Ἔφασκεν. ἔλεγεν.</w:t>
      </w:r>
    </w:p>
    <w:p>
      <w:r>
        <w:rPr>
          <w:rFonts w:ascii="Courier New" w:hAnsi="Courier New"/>
          <w:color w:val="555555"/>
          <w:sz w:val="20"/>
        </w:rPr>
        <w:t>[5]</w:t>
      </w:r>
    </w:p>
    <w:p>
      <w:r>
        <w:rPr>
          <w:rFonts w:ascii="Gentium Plus" w:hAnsi="Gentium Plus"/>
          <w:sz w:val="24"/>
        </w:rPr>
        <w:t>Ἐφάψασθαι. ἄρξασθαι, ἢ ψηλαφῆσαι. Ἐφάμην. εἶπα. Ἔφατο. εἶπε. φημὶ, φήσω, ὁ μέσος ἀόριστος δεύ‐ τερος ἐφάμην, ἔφασο, ἔφατο. Ἐφεθέν. ὁρισθὲν, παρασχεθέν. ὁ δὲ βασιλεὺς</w:t>
      </w:r>
    </w:p>
    <w:p>
      <w:r>
        <w:rPr>
          <w:rFonts w:ascii="Courier New" w:hAnsi="Courier New"/>
          <w:color w:val="555555"/>
          <w:sz w:val="20"/>
        </w:rPr>
        <w:t>[10]</w:t>
      </w:r>
    </w:p>
    <w:p>
      <w:r>
        <w:rPr>
          <w:rFonts w:ascii="Gentium Plus" w:hAnsi="Gentium Plus"/>
          <w:sz w:val="24"/>
        </w:rPr>
        <w:t>Ἀντίγονος, ἐφεθέν οἱ δικάσαι, προσέταξε κλή‐ ρῳ διακριθῆναι. Ἐφεδρεύοντες. ἐπιτηροῦντες, ἐπικαθήμενοι. συν‐ τάσσεται δὲ μετὰ δοτικῆς. Ἐφέντες. ἐνδόντες, ὑποχαλάσαντες.</w:t>
      </w:r>
    </w:p>
    <w:p>
      <w:r>
        <w:rPr>
          <w:rFonts w:ascii="Courier New" w:hAnsi="Courier New"/>
          <w:color w:val="555555"/>
          <w:sz w:val="20"/>
        </w:rPr>
        <w:t>[15]</w:t>
      </w:r>
    </w:p>
    <w:p>
      <w:r>
        <w:rPr>
          <w:rFonts w:ascii="Gentium Plus" w:hAnsi="Gentium Plus"/>
          <w:sz w:val="24"/>
        </w:rPr>
        <w:t>Ἐφέξει. σταθῇ. ἐφελκύσει. καὶ ἐφέξειν ἀντὶ τοῦ κωλύσειν. Ἔφες. ἐπίπεμψον. Ἐφεσπόμενος. ἐπακολουθῶν. καὶ ἐφεσπόμε‐ να.</w:t>
      </w:r>
    </w:p>
    <w:p>
      <w:r>
        <w:rPr>
          <w:rFonts w:ascii="Courier New" w:hAnsi="Courier New"/>
          <w:color w:val="555555"/>
          <w:sz w:val="20"/>
        </w:rPr>
        <w:t>[20]</w:t>
      </w:r>
    </w:p>
    <w:p>
      <w:r>
        <w:rPr>
          <w:rFonts w:ascii="Gentium Plus" w:hAnsi="Gentium Plus"/>
          <w:sz w:val="24"/>
        </w:rPr>
        <w:t>Ἐφεστιασάμενος. εὐωχηθείς. Ἐφειμένον. συγκεχωρημένον. Ἐφείω. τὸ ἐπιβάλλω, τὸ ἐπενέγκω. [ἔστιν εἴω</w:t>
      </w:r>
    </w:p>
    <w:p>
      <w:r>
        <w:rPr>
          <w:rFonts w:ascii="Courier New" w:hAnsi="Courier New"/>
          <w:color w:val="555555"/>
          <w:sz w:val="20"/>
        </w:rPr>
        <w:t>[epsilon 934]</w:t>
      </w:r>
    </w:p>
    <w:p>
      <w:r>
        <w:rPr>
          <w:rFonts w:ascii="Gentium Plus" w:hAnsi="Gentium Plus"/>
          <w:sz w:val="24"/>
        </w:rPr>
        <w:t>[Ἐφείσθω τούτοις ἐξονυχίζειν. ἀντὶ τοῦ συγκεχωρήσθω ἀκριβολογεῖσθαι.] Ἐφεῖτο. τὸ συνεχωρεῖτο. γράφεται καὶ ἀντὶ τοῦ ἐνετέλλετο.</w:t>
      </w:r>
    </w:p>
    <w:p>
      <w:r>
        <w:rPr>
          <w:rFonts w:ascii="Courier New" w:hAnsi="Courier New"/>
          <w:color w:val="555555"/>
          <w:sz w:val="20"/>
        </w:rPr>
        <w:t>[5]</w:t>
      </w:r>
    </w:p>
    <w:p>
      <w:r>
        <w:rPr>
          <w:rFonts w:ascii="Gentium Plus" w:hAnsi="Gentium Plus"/>
          <w:sz w:val="24"/>
        </w:rPr>
        <w:t>Ἐφείλιξαν. ἀντὶ τοῦ ἔφυραν. σχοινίον τὲ ἐφεί‐ λιξαν. Ἐφενάκιζον. ἠπάτων. Ἐφήδεσθαι. χαίρειν. ἐπιτέρπεσθαι. Ἐφῆκα. ἔπεμψα.</w:t>
      </w:r>
    </w:p>
    <w:p>
      <w:r>
        <w:rPr>
          <w:rFonts w:ascii="Courier New" w:hAnsi="Courier New"/>
          <w:color w:val="555555"/>
          <w:sz w:val="20"/>
        </w:rPr>
        <w:t>[10]</w:t>
      </w:r>
    </w:p>
    <w:p>
      <w:r>
        <w:rPr>
          <w:rFonts w:ascii="Gentium Plus" w:hAnsi="Gentium Plus"/>
          <w:sz w:val="24"/>
        </w:rPr>
        <w:t>Ἐφήλαντο. ἐπεπήδησαν. Ἔφῃνεν. ἔδειξεν. Ἐφῆπτο. ἐπεκρέματο, ἐπέκειτο. Ἐφίκοντο. ἐφήψοντο. Ἔφθη. προέλαβεν. ἔφθασεν ἢ ἔβλαψεν. οἷον·</w:t>
      </w:r>
    </w:p>
    <w:p>
      <w:r>
        <w:rPr>
          <w:rFonts w:ascii="Courier New" w:hAnsi="Courier New"/>
          <w:color w:val="555555"/>
          <w:sz w:val="20"/>
        </w:rPr>
        <w:t>[15]</w:t>
      </w:r>
    </w:p>
    <w:p>
      <w:r>
        <w:rPr>
          <w:rFonts w:ascii="Gentium Plus" w:hAnsi="Gentium Plus"/>
          <w:sz w:val="24"/>
        </w:rPr>
        <w:t>ἔφθη ὀρεξάμενος πρυμνὸν σκέλος—. Ἐφθίατο. φθίω [ὅπερ] ἀπὸ τοῦ φθίνω γίνε‐ ται κατὰ ἀποβολὴν τοῦ ν. ἔνθεν καὶ φθίσις, καὶ φθινόπωρον. ὁ παθητικὸς παρακείμενος ἔφθιμαι, ὁ ὑπερσυντελικὸς ἐφθίμην, τὸ τρίτον</w:t>
      </w:r>
    </w:p>
    <w:p>
      <w:r>
        <w:rPr>
          <w:rFonts w:ascii="Courier New" w:hAnsi="Courier New"/>
          <w:color w:val="555555"/>
          <w:sz w:val="20"/>
        </w:rPr>
        <w:t>[20]</w:t>
      </w:r>
    </w:p>
    <w:p>
      <w:r>
        <w:rPr>
          <w:rFonts w:ascii="Gentium Plus" w:hAnsi="Gentium Plus"/>
          <w:sz w:val="24"/>
        </w:rPr>
        <w:t>πρόσωπον ἔφθιτο, καὶ καθ’ ὑποστολὴν τοῦ ι καὶ πλεονασμῷ τοῦ α ἐφθίατο. Ἐφιᾶσι. συγχωροῦσιν. ἐφιᾶσιν, ὅπη τὶς ἐθέλει,</w:t>
      </w:r>
    </w:p>
    <w:p>
      <w:r>
        <w:rPr>
          <w:rFonts w:ascii="Courier New" w:hAnsi="Courier New"/>
          <w:color w:val="555555"/>
          <w:sz w:val="20"/>
        </w:rPr>
        <w:t>[epsilon 935]</w:t>
      </w:r>
    </w:p>
    <w:p>
      <w:r>
        <w:rPr>
          <w:rFonts w:ascii="Gentium Plus" w:hAnsi="Gentium Plus"/>
          <w:sz w:val="24"/>
        </w:rPr>
        <w:t>Ἐφιείς. ἀντὶ τοῦ ἐκπέμπων. ἐκ τοῦ ἵημι, ἥσω· ἡ μετοχὴ ἱεὶς καὶ ἐφιείς. Ἐφιέτω. ἀνείτω. Ἐφίει. ἐπέτρεπεν. ὁ δὲ Καῖσαρ δῃοῦν τὰ πρὸ</w:t>
      </w:r>
    </w:p>
    <w:p>
      <w:r>
        <w:rPr>
          <w:rFonts w:ascii="Courier New" w:hAnsi="Courier New"/>
          <w:color w:val="555555"/>
          <w:sz w:val="20"/>
        </w:rPr>
        <w:t>[5]</w:t>
      </w:r>
    </w:p>
    <w:p>
      <w:r>
        <w:rPr>
          <w:rFonts w:ascii="Gentium Plus" w:hAnsi="Gentium Plus"/>
          <w:sz w:val="24"/>
        </w:rPr>
        <w:t>τῆς πόλεως ἐφίει. καὶ ἐφίει ἀντὶ τοῦ πέμπει. Ἐφίῃ. ἐπιθυμεῖς. τί μοι τῶν δυσφόρων ἐφίῃ. Ἐφίησιν. ἐπιπέμπει, ἀνατρέπει. Ἐφικνούμενοι. ἐγγίζοντες.</w:t>
      </w:r>
    </w:p>
    <w:p>
      <w:r>
        <w:rPr>
          <w:rFonts w:ascii="Courier New" w:hAnsi="Courier New"/>
          <w:color w:val="555555"/>
          <w:sz w:val="20"/>
        </w:rPr>
        <w:t>[10]</w:t>
      </w:r>
    </w:p>
    <w:p>
      <w:r>
        <w:rPr>
          <w:rFonts w:ascii="Gentium Plus" w:hAnsi="Gentium Plus"/>
          <w:sz w:val="24"/>
        </w:rPr>
        <w:t>Ἐφικνεῖσθαι. εἰς κατάληψιν ἐλθεῖν. Ἐφίκοιτο. νοήσαι. καταλάβοι. Ἐφίεμαι. ἐπιθυμῶ. Ἐφιζάνει. ἐπικαθέζεται. Ἐφιστάμενος. ἀναμένων. σχολαίως βαδίζων. ὁ</w:t>
      </w:r>
    </w:p>
    <w:p>
      <w:r>
        <w:rPr>
          <w:rFonts w:ascii="Courier New" w:hAnsi="Courier New"/>
          <w:color w:val="555555"/>
          <w:sz w:val="20"/>
        </w:rPr>
        <w:t>[15]</w:t>
      </w:r>
    </w:p>
    <w:p>
      <w:r>
        <w:rPr>
          <w:rFonts w:ascii="Gentium Plus" w:hAnsi="Gentium Plus"/>
          <w:sz w:val="24"/>
        </w:rPr>
        <w:t>δὲ ἐπορεύετο ἄλλοτε καὶ ἄλλοτε ἐφιστάμενος. Ἐφίστη. ἔταττεν, ὥριζεν. ὁ δὲ ἄρχοντας ἐφίστη τούτοις. Ἐφίλατο. ἠγάπησεν. εἰς λυκάβαντας διπλοῦς</w:t>
      </w:r>
    </w:p>
    <w:p>
      <w:r>
        <w:rPr>
          <w:rFonts w:ascii="Courier New" w:hAnsi="Courier New"/>
          <w:color w:val="555555"/>
          <w:sz w:val="20"/>
        </w:rPr>
        <w:t>[epsilon 936]</w:t>
      </w:r>
    </w:p>
    <w:p>
      <w:r>
        <w:rPr>
          <w:rFonts w:ascii="Gentium Plus" w:hAnsi="Gentium Plus"/>
          <w:sz w:val="24"/>
        </w:rPr>
        <w:t>Ἐφλεγμάνθη οὐ δεῖ λέγειν, ἀλλ’ ἐφλέγμῃνεν. Ἀριστοφάνης· εἶτ’ ἐφλέγμῃνεν αὐτοῦ τὸ σφυρὸν γέροντος ὄντος.</w:t>
      </w:r>
    </w:p>
    <w:p>
      <w:r>
        <w:rPr>
          <w:rFonts w:ascii="Courier New" w:hAnsi="Courier New"/>
          <w:color w:val="555555"/>
          <w:sz w:val="20"/>
        </w:rPr>
        <w:t>[5]</w:t>
      </w:r>
    </w:p>
    <w:p>
      <w:r>
        <w:rPr>
          <w:rFonts w:ascii="Gentium Plus" w:hAnsi="Gentium Plus"/>
          <w:sz w:val="24"/>
        </w:rPr>
        <w:t>Ἔφλαδον. τὸ ἐσχίσθη ἢ ἐθλάσθη. ἀπὸ τοῦ θλῶ, φλῶ, κατὰ τροπήν· παραγώγως φλάζω, καὶ ἔφλαδον. Ἔφλα με. ἔτυπτέ με. Ἑφθοῦν. τὸ ὀπτᾷν. ἢ τὸ δι’ ὕδατος ἕψειν.</w:t>
      </w:r>
    </w:p>
    <w:p>
      <w:r>
        <w:rPr>
          <w:rFonts w:ascii="Courier New" w:hAnsi="Courier New"/>
          <w:color w:val="555555"/>
          <w:sz w:val="20"/>
        </w:rPr>
        <w:t>[10]</w:t>
      </w:r>
    </w:p>
    <w:p>
      <w:r>
        <w:rPr>
          <w:rFonts w:ascii="Gentium Plus" w:hAnsi="Gentium Plus"/>
          <w:sz w:val="24"/>
        </w:rPr>
        <w:t>Ἐφλέγετο. ἐν ἐπιθυμίᾳ ἦν. ὁ δὲ Ἰάσων Θετ‐ ταλὸς ἐπὶ τοῖς ἀναθήμασιν ἐν Δελφοῖς ἐφλέ‐ γετο. Ἐφονοκτονήθη. ἐμιάνθη. Ἐφορεύειν. ἐποπτεύειν.</w:t>
      </w:r>
    </w:p>
    <w:p>
      <w:r>
        <w:rPr>
          <w:rFonts w:ascii="Courier New" w:hAnsi="Courier New"/>
          <w:color w:val="555555"/>
          <w:sz w:val="20"/>
        </w:rPr>
        <w:t>[15]</w:t>
      </w:r>
    </w:p>
    <w:p>
      <w:r>
        <w:rPr>
          <w:rFonts w:ascii="Gentium Plus" w:hAnsi="Gentium Plus"/>
          <w:sz w:val="24"/>
        </w:rPr>
        <w:t>Ἐφορμεῖν. ἐφεδρεύειν. οὕτως Δημοσθένης. ἐνεδρεύειν ἐν πλοίοις. Ἐφοινίσσετο. ἐρυθραίνετο. τὸ πρόσωπον ἐφοινίτ‐ τετο.</w:t>
      </w:r>
    </w:p>
    <w:p>
      <w:r>
        <w:rPr>
          <w:rFonts w:ascii="Courier New" w:hAnsi="Courier New"/>
          <w:color w:val="555555"/>
          <w:sz w:val="20"/>
        </w:rPr>
        <w:t>[epsilon 937]</w:t>
      </w:r>
    </w:p>
    <w:p>
      <w:r>
        <w:rPr>
          <w:rFonts w:ascii="Gentium Plus" w:hAnsi="Gentium Plus"/>
          <w:sz w:val="24"/>
        </w:rPr>
        <w:t>Ἐφοδευσάτωσαν. κατασκοπευσάτωσαν. Ἐφοδεύεται. διοδεύεται. Ἐφόρουν. ἐκόμιζον. Θουκυδίδης· ἐφόρουν τὴν ὕλην εἰς αὐτόν.</w:t>
      </w:r>
    </w:p>
    <w:p>
      <w:r>
        <w:rPr>
          <w:rFonts w:ascii="Courier New" w:hAnsi="Courier New"/>
          <w:color w:val="555555"/>
          <w:sz w:val="20"/>
        </w:rPr>
        <w:t>[5]</w:t>
      </w:r>
    </w:p>
    <w:p>
      <w:r>
        <w:rPr>
          <w:rFonts w:ascii="Gentium Plus" w:hAnsi="Gentium Plus"/>
          <w:sz w:val="24"/>
        </w:rPr>
        <w:t>Ἐφρύαξαν. ἐταράχθησαν. ἵνα τί ἐφρύαξαν ἔθνη. ὁ δὲ Ἀκύλας ἐθορυβήθησαν, ὁ δὲ Σύμ‐ μαχος ἠναισχύντησαν ἡρμηνεύκασιν. Ἔφριξα. τὰς τρίχας ὠρθώθην. [ἐπυκνώθη.] καὶ Ὅμηρος·</w:t>
      </w:r>
    </w:p>
    <w:p>
      <w:r>
        <w:rPr>
          <w:rFonts w:ascii="Courier New" w:hAnsi="Courier New"/>
          <w:color w:val="555555"/>
          <w:sz w:val="20"/>
        </w:rPr>
        <w:t>[10]</w:t>
      </w:r>
    </w:p>
    <w:p>
      <w:r>
        <w:rPr>
          <w:rFonts w:ascii="Gentium Plus" w:hAnsi="Gentium Plus"/>
          <w:sz w:val="24"/>
        </w:rPr>
        <w:t>ἔφριξε δὲ μάχη—. Ἔφυρον. ἔβρεχον ἢ ἔπλυνον. Ἔφυ. ἐγένετο ἢ ἐγεννήθη. Ἐφυλάξατο. ἐξέκλινεν, εἴασεν. ἐφυλάξατο δὲ τὰ μαλακὰ καὶ ψαμμώδη.</w:t>
      </w:r>
    </w:p>
    <w:p>
      <w:r>
        <w:rPr>
          <w:rFonts w:ascii="Courier New" w:hAnsi="Courier New"/>
          <w:color w:val="555555"/>
          <w:sz w:val="20"/>
        </w:rPr>
        <w:t>[15]</w:t>
      </w:r>
    </w:p>
    <w:p>
      <w:r>
        <w:rPr>
          <w:rFonts w:ascii="Gentium Plus" w:hAnsi="Gentium Plus"/>
          <w:sz w:val="24"/>
        </w:rPr>
        <w:t>Ἔφυντο. ἐνέφυσαν, σφόδρα ἐπεβάλλοντο, ὥστε δοκεῖν συμπεφυκέναι. Ἐφώδευσαν. ἐπέτρεχον. Ἐφιλοτιμεῖτο. ἐνηβρύνετο, ἐλαμπρύνετο. τοῦ Θεολόγου· καὶ γὰρ ἐφιλοτιμεῖτο τοῖς ἐμοῖς λόγοις.</w:t>
      </w:r>
    </w:p>
    <w:p>
      <w:r>
        <w:rPr>
          <w:rFonts w:ascii="Courier New" w:hAnsi="Courier New"/>
          <w:color w:val="555555"/>
          <w:sz w:val="20"/>
        </w:rPr>
        <w:t>[20]</w:t>
      </w:r>
    </w:p>
    <w:p>
      <w:r>
        <w:rPr>
          <w:rFonts w:ascii="Gentium Plus" w:hAnsi="Gentium Plus"/>
          <w:sz w:val="24"/>
        </w:rPr>
        <w:t>Ἔφεπε. ἐδίωκε. τοῦ Θεολόγου· ἔφεπε κλονέων. Ἐφόρεις. ἔφερες. Ἡσίοδος· —ἄλλα τε πολλὰ ἁρπάζων ἐφόρεις—.</w:t>
      </w:r>
    </w:p>
    <w:p>
      <w:pPr>
        <w:jc w:val="center"/>
      </w:pPr>
      <w:r>
        <w:rPr>
          <w:rFonts w:ascii="Gentium Plus" w:hAnsi="Gentium Plus"/>
          <w:b/>
          <w:sz w:val="24"/>
        </w:rPr>
        <w:t>(Ἐπίῤῥημα.)</w:t>
      </w:r>
    </w:p>
    <w:p>
      <w:r>
        <w:rPr>
          <w:rFonts w:ascii="Courier New" w:hAnsi="Courier New"/>
          <w:color w:val="555555"/>
          <w:sz w:val="20"/>
        </w:rPr>
        <w:t>[25]</w:t>
      </w:r>
    </w:p>
    <w:p>
      <w:r>
        <w:rPr>
          <w:rFonts w:ascii="Gentium Plus" w:hAnsi="Gentium Plus"/>
          <w:sz w:val="24"/>
        </w:rPr>
        <w:t>*Ἐφφαθᾶ. διανοίχθητι.*</w:t>
      </w:r>
    </w:p>
    <w:p>
      <w:r>
        <w:rPr>
          <w:rFonts w:ascii="Courier New" w:hAnsi="Courier New"/>
          <w:color w:val="555555"/>
          <w:sz w:val="20"/>
        </w:rPr>
        <w:t>[epsilon 938]</w:t>
      </w:r>
    </w:p>
    <w:p>
      <w:r>
        <w:rPr>
          <w:rFonts w:ascii="Gentium Plus" w:hAnsi="Gentium Plus"/>
          <w:sz w:val="24"/>
        </w:rPr>
        <w:t>Ἐφεξῆς. ἐπίσης, κατὰ τάξιν. Ἐφύπερθεν. ὑπεράνωθεν.</w:t>
      </w:r>
    </w:p>
    <w:p>
      <w:pPr>
        <w:jc w:val="center"/>
      </w:pPr>
      <w:r>
        <w:rPr>
          <w:rFonts w:ascii="Gentium Plus" w:hAnsi="Gentium Plus"/>
          <w:b/>
          <w:sz w:val="24"/>
        </w:rPr>
        <w:t>Τὸ Ε μετὰ τοῦ Χ.</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Ἐχέφρων. φρόνιμος. Ἐχέμυθος καὶ ἐχεμυθότατος. ὁ φρόνιμος. Ἐχέγγυος. ὁ ἀσφαλὴς ἐγγυητής. ὁ διὰ πίστεως ἄξιος. παρὰ Θουκυδίδῃ. ἰσχυρὸν, ἐγγυῆσαι δυνάμενον.</w:t>
      </w:r>
    </w:p>
    <w:p>
      <w:r>
        <w:rPr>
          <w:rFonts w:ascii="Courier New" w:hAnsi="Courier New"/>
          <w:color w:val="555555"/>
          <w:sz w:val="20"/>
        </w:rPr>
        <w:t>[10]</w:t>
      </w:r>
    </w:p>
    <w:p>
      <w:r>
        <w:rPr>
          <w:rFonts w:ascii="Gentium Plus" w:hAnsi="Gentium Plus"/>
          <w:sz w:val="24"/>
        </w:rPr>
        <w:t>*Ἔχθιστος. μισητός.* Ἔχης. ὁ πλούσιος. καὶ κλίνεται ἔχητος. Ἐχθρός. ἀντικειμένη ἐπὶ τὸ βλάπτειν πρό‐ θεσις. Ἐχθοδοπός. ὁ ἐχθροποιός.</w:t>
      </w:r>
    </w:p>
    <w:p>
      <w:r>
        <w:rPr>
          <w:rFonts w:ascii="Courier New" w:hAnsi="Courier New"/>
          <w:color w:val="555555"/>
          <w:sz w:val="20"/>
        </w:rPr>
        <w:t>[15]</w:t>
      </w:r>
    </w:p>
    <w:p>
      <w:r>
        <w:rPr>
          <w:rFonts w:ascii="Gentium Plus" w:hAnsi="Gentium Plus"/>
          <w:sz w:val="24"/>
        </w:rPr>
        <w:t>Ἔχις. ὁ ὄφις. †Ἐχέτης. ὄνομα κύριον.† Ἐχῖνος. ὁ ἀκανθόχοιρος, παρὰ τὸ συνέχειν ἑαυ‐ τὸν στρογγυλούμενον. ἐν γὰρ τῷ ἀλέξασθαι τὸν ἐπερχόμενον, συνειλούμενος, τὸν τῶν ἀκανθῶν</w:t>
      </w:r>
    </w:p>
    <w:p>
      <w:r>
        <w:rPr>
          <w:rFonts w:ascii="Courier New" w:hAnsi="Courier New"/>
          <w:color w:val="555555"/>
          <w:sz w:val="20"/>
        </w:rPr>
        <w:t>[20]</w:t>
      </w:r>
    </w:p>
    <w:p>
      <w:r>
        <w:rPr>
          <w:rFonts w:ascii="Gentium Plus" w:hAnsi="Gentium Plus"/>
          <w:sz w:val="24"/>
        </w:rPr>
        <w:t>περίβολον προβάλλεται εἰς ἔρυμα. ἐχῖνος καὶ τοῦ βοὸς ὁ γαστὴρ, παρὰ τὸ ἐπέχειν ἐν ἑαυτῇ τὴν τροφήν. ἐχῖνος καὶ ὁ λέβης, ὁμοίως.</w:t>
      </w:r>
    </w:p>
    <w:p>
      <w:r>
        <w:rPr>
          <w:rFonts w:ascii="Courier New" w:hAnsi="Courier New"/>
          <w:color w:val="555555"/>
          <w:sz w:val="20"/>
        </w:rPr>
        <w:t>[epsilon 939]</w:t>
      </w:r>
    </w:p>
    <w:p>
      <w:r>
        <w:rPr>
          <w:rFonts w:ascii="Gentium Plus" w:hAnsi="Gentium Plus"/>
          <w:sz w:val="24"/>
        </w:rPr>
        <w:t>τὰς δίκας ἐτίθεντο. καὶ πόλις Θετταλίας οὕ‐ τω καλουμένη, ἀπὸ Ἐχίνου ἑνὸς τοῦ τὴν Σπάρ‐ την ἐνοικήσαντος. σημαίνει καὶ μέρος ἀστέρος. εἴρηται δὲ ἐχῖνος ὁ θαλάσσιος καὶ ἄλλος ἀπὸ</w:t>
      </w:r>
    </w:p>
    <w:p>
      <w:r>
        <w:rPr>
          <w:rFonts w:ascii="Courier New" w:hAnsi="Courier New"/>
          <w:color w:val="555555"/>
          <w:sz w:val="20"/>
        </w:rPr>
        <w:t>[5]</w:t>
      </w:r>
    </w:p>
    <w:p>
      <w:r>
        <w:rPr>
          <w:rFonts w:ascii="Gentium Plus" w:hAnsi="Gentium Plus"/>
          <w:sz w:val="24"/>
        </w:rPr>
        <w:t>τοῦ ἔχειν ἑαυτὸν τῶν σαρκῶν ἀφανῶν οὐσῶν. ἢ ἐχῖνος κατὰ ἀντίφρασιν ἀπὸ τοῦ μὴ δύνα‐ σθαι ἔχεσθαι διὰ τὰς ἀκάνθας ὡς ἀγρόπτος. γράφεται δὲ διὰ τοῦ ἰῶτα, ὡς Ἀκραγαντῖνος. Ἐχινόπους. ἀκάνθης εἶδος. παρὰ τὸ ἐπέχειν</w:t>
      </w:r>
    </w:p>
    <w:p>
      <w:r>
        <w:rPr>
          <w:rFonts w:ascii="Courier New" w:hAnsi="Courier New"/>
          <w:color w:val="555555"/>
          <w:sz w:val="20"/>
        </w:rPr>
        <w:t>[10]</w:t>
      </w:r>
    </w:p>
    <w:p>
      <w:r>
        <w:rPr>
          <w:rFonts w:ascii="Gentium Plus" w:hAnsi="Gentium Plus"/>
          <w:sz w:val="24"/>
        </w:rPr>
        <w:t>τοὺς πόδας τῶν βαδιζόντων ἐπ’ αὐτῆς. ἢ ὅτι ἐχίνου θαλασσίου ποσὶν ἔοικεν. Ἐχυρόφρονες. οἱ τῇ φρονήσει ἀσφαλεῖς. Ἐχυρός. ὁ ἀσφαλής. παρὰ τὸ ἔχειν ἐχυρὸς, ὅθεν καὶ ἐνέχυρον, ἀείχυρόν τι ὄν· καὶ κατὰ</w:t>
      </w:r>
    </w:p>
    <w:p>
      <w:r>
        <w:rPr>
          <w:rFonts w:ascii="Courier New" w:hAnsi="Courier New"/>
          <w:color w:val="555555"/>
          <w:sz w:val="20"/>
        </w:rPr>
        <w:t>[15]</w:t>
      </w:r>
    </w:p>
    <w:p>
      <w:r>
        <w:rPr>
          <w:rFonts w:ascii="Gentium Plus" w:hAnsi="Gentium Plus"/>
          <w:sz w:val="24"/>
        </w:rPr>
        <w:t>στέρησιν τοῦ α ἐχυρόν.</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Ἐχενηΐς. εἶδος ἰχθύος. εἴρηται δὲ ἀπὸ τοῦ α ἔχειν καὶ κρατεῖν τὴν ναῦν. ἐχενηῒς καὶ ἡ κρατοῦσα τὴν ναῦν ἄγκυρα.</w:t>
      </w:r>
    </w:p>
    <w:p>
      <w:r>
        <w:rPr>
          <w:rFonts w:ascii="Courier New" w:hAnsi="Courier New"/>
          <w:color w:val="555555"/>
          <w:sz w:val="20"/>
        </w:rPr>
        <w:t>[20]</w:t>
      </w:r>
    </w:p>
    <w:p>
      <w:r>
        <w:rPr>
          <w:rFonts w:ascii="Gentium Plus" w:hAnsi="Gentium Plus"/>
          <w:sz w:val="24"/>
        </w:rPr>
        <w:t>ἄγκυράν τ’ ἐπὶ τοῖς ἐχενηΐδα δεσμὸν ἀέλλης. Ἐχινάς. ὄνομα νήσου. Ἐχεμυθία. σιωπή. μυστήριον. Ἐχέτλη. τοῦ ἀρότρου τὸ κράτημα, οὗ ἔχεται τῇ χειρὶ ὁ ἀροτριῶν. ὡς παρὰ τὸ ἔξυσται ξύ‐</w:t>
      </w:r>
    </w:p>
    <w:p>
      <w:r>
        <w:rPr>
          <w:rFonts w:ascii="Courier New" w:hAnsi="Courier New"/>
          <w:color w:val="555555"/>
          <w:sz w:val="20"/>
        </w:rPr>
        <w:t>[25]</w:t>
      </w:r>
    </w:p>
    <w:p>
      <w:r>
        <w:rPr>
          <w:rFonts w:ascii="Gentium Plus" w:hAnsi="Gentium Plus"/>
          <w:sz w:val="24"/>
        </w:rPr>
        <w:t>στρα, οὕτως ἔχεται ἐχέτλη κατὰ συγκοπήν.</w:t>
      </w:r>
    </w:p>
    <w:p>
      <w:r>
        <w:rPr>
          <w:rFonts w:ascii="Courier New" w:hAnsi="Courier New"/>
          <w:color w:val="555555"/>
          <w:sz w:val="20"/>
        </w:rPr>
        <w:t>[epsilon 940]</w:t>
      </w:r>
    </w:p>
    <w:p>
      <w:r>
        <w:rPr>
          <w:rFonts w:ascii="Gentium Plus" w:hAnsi="Gentium Plus"/>
          <w:sz w:val="24"/>
        </w:rPr>
        <w:t>Ἐχθραντέα. μισητή. Ἔχιδνα. ὄφις. Ἐχυρά. ἀσφαλής.</w:t>
      </w:r>
    </w:p>
    <w:p>
      <w:pPr>
        <w:jc w:val="center"/>
      </w:pPr>
      <w:r>
        <w:rPr>
          <w:rFonts w:ascii="Gentium Plus" w:hAnsi="Gentium Plus"/>
          <w:b/>
          <w:sz w:val="24"/>
        </w:rPr>
        <w:t>(Οὐδέτερα.)</w:t>
      </w:r>
    </w:p>
    <w:p>
      <w:r>
        <w:rPr>
          <w:rFonts w:ascii="Courier New" w:hAnsi="Courier New"/>
          <w:color w:val="555555"/>
          <w:sz w:val="20"/>
        </w:rPr>
        <w:t>[5]</w:t>
      </w:r>
    </w:p>
    <w:p>
      <w:r>
        <w:rPr>
          <w:rFonts w:ascii="Gentium Plus" w:hAnsi="Gentium Plus"/>
          <w:sz w:val="24"/>
        </w:rPr>
        <w:t>Ἐχέγγυον. ἀσφαλές. Ἐχέμυθον. μυστήριον, κρυπτὸν ἢ φρόνιμον. ἦν δὲ ἐχέμυθος ἐς τὰ μάλιστα καὶ κρυψίνους. καὶ ἐχεμυθότατον, τὸ φρονιμώτατον. Ἔχθιον. ἐχθρότατον. μισητότατον. Σοφοκλῆς·</w:t>
      </w:r>
    </w:p>
    <w:p>
      <w:r>
        <w:rPr>
          <w:rFonts w:ascii="Courier New" w:hAnsi="Courier New"/>
          <w:color w:val="555555"/>
          <w:sz w:val="20"/>
        </w:rPr>
        <w:t>[10]</w:t>
      </w:r>
    </w:p>
    <w:p>
      <w:r>
        <w:rPr>
          <w:rFonts w:ascii="Gentium Plus" w:hAnsi="Gentium Plus"/>
          <w:sz w:val="24"/>
        </w:rPr>
        <w:t>βουλῆς γὰρ οὐδέν ἐστιν ἔχθιον κακῆς. Ἔχθος. τὸ μῖσος. καὶ ἔχθημα, τὸ μίσημα. Ἐχθοδοπόν. τὸ ἐχθροποιόν. Ἐχείδιον. ὀφείδιον. Ἔχμα. τὸ στήριγμα.</w:t>
      </w:r>
    </w:p>
    <w:p>
      <w:r>
        <w:rPr>
          <w:rFonts w:ascii="Courier New" w:hAnsi="Courier New"/>
          <w:color w:val="555555"/>
          <w:sz w:val="20"/>
        </w:rPr>
        <w:t>[15]</w:t>
      </w:r>
    </w:p>
    <w:p>
      <w:r>
        <w:rPr>
          <w:rFonts w:ascii="Gentium Plus" w:hAnsi="Gentium Plus"/>
          <w:sz w:val="24"/>
        </w:rPr>
        <w:t>Ἐχύρωμα. ἡ ἀσφάλεια. ὁ δὲ σκόλοπας ὀξεῖς ἐπιφερόμενος ἐνάλλεται τῷ ἐχυρώματι καὶ με‐ τεωροπορεῖ.</w:t>
      </w:r>
    </w:p>
    <w:p>
      <w:pPr>
        <w:jc w:val="center"/>
      </w:pPr>
      <w:r>
        <w:rPr>
          <w:rFonts w:ascii="Gentium Plus" w:hAnsi="Gentium Plus"/>
          <w:b/>
          <w:sz w:val="24"/>
        </w:rPr>
        <w:t>(Ῥήματα.)</w:t>
      </w:r>
    </w:p>
    <w:p>
      <w:r>
        <w:rPr>
          <w:rFonts w:ascii="Courier New" w:hAnsi="Courier New"/>
          <w:color w:val="555555"/>
          <w:sz w:val="20"/>
        </w:rPr>
        <w:t>[19]</w:t>
      </w:r>
    </w:p>
    <w:p>
      <w:r>
        <w:rPr>
          <w:rFonts w:ascii="Gentium Plus" w:hAnsi="Gentium Plus"/>
          <w:sz w:val="24"/>
        </w:rPr>
        <w:t>Ἐχάτιζεν. ἔχρῃζεν.</w:t>
      </w:r>
    </w:p>
    <w:p>
      <w:r>
        <w:rPr>
          <w:rFonts w:ascii="Courier New" w:hAnsi="Courier New"/>
          <w:color w:val="555555"/>
          <w:sz w:val="20"/>
        </w:rPr>
        <w:t>[20]</w:t>
      </w:r>
    </w:p>
    <w:p>
      <w:r>
        <w:rPr>
          <w:rFonts w:ascii="Gentium Plus" w:hAnsi="Gentium Plus"/>
          <w:sz w:val="24"/>
        </w:rPr>
        <w:t>Ἔχε δή. ἀντὶ τοῦ ἄγε δή. ἢ ἄρα δὴ πρόσεχε. ἢ τὶ τοιοῦτον. Ἔχεεν. ἔχωσεν. Ἐχεμυθεῖ. ἔχει καὶ κρύπτει ἐν ἑαυτῷ τὸν</w:t>
      </w:r>
    </w:p>
    <w:p>
      <w:r>
        <w:rPr>
          <w:rFonts w:ascii="Courier New" w:hAnsi="Courier New"/>
          <w:color w:val="555555"/>
          <w:sz w:val="20"/>
        </w:rPr>
        <w:t>[epsilon 941]</w:t>
      </w:r>
    </w:p>
    <w:p>
      <w:r>
        <w:rPr>
          <w:rFonts w:ascii="Gentium Plus" w:hAnsi="Gentium Plus"/>
          <w:sz w:val="24"/>
        </w:rPr>
        <w:t>Ἔχετον. ἀντὶ τοῦ ἐχέτωσαν. καὶ ἐχέτην ἀντὶ τοῦ εἶχον. δυϊκά. Ἐχέτω. κρατείτω. Ἀριστοφάνης· Ἐχέτω δὲ πνοὰς νήνεμος αἰθήρ·</w:t>
      </w:r>
    </w:p>
    <w:p>
      <w:r>
        <w:rPr>
          <w:rFonts w:ascii="Courier New" w:hAnsi="Courier New"/>
          <w:color w:val="555555"/>
          <w:sz w:val="20"/>
        </w:rPr>
        <w:t>[5]</w:t>
      </w:r>
    </w:p>
    <w:p>
      <w:r>
        <w:rPr>
          <w:rFonts w:ascii="Gentium Plus" w:hAnsi="Gentium Plus"/>
          <w:sz w:val="24"/>
        </w:rPr>
        <w:t>Κῦμα δὲ πόντου μὴ κελαδείτω Γλαυκόν. Ἐχειρώθη. ἐκρατήθη. Ἔχει. ἀντὶ τοῦ τέθνηκεν. ἔχει αὐτὸν ὁ τοῦ θανάτου ζόφος χαλινώσας.</w:t>
      </w:r>
    </w:p>
    <w:p>
      <w:r>
        <w:rPr>
          <w:rFonts w:ascii="Courier New" w:hAnsi="Courier New"/>
          <w:color w:val="555555"/>
          <w:sz w:val="20"/>
        </w:rPr>
        <w:t>[10]</w:t>
      </w:r>
    </w:p>
    <w:p>
      <w:r>
        <w:rPr>
          <w:rFonts w:ascii="Gentium Plus" w:hAnsi="Gentium Plus"/>
          <w:sz w:val="24"/>
        </w:rPr>
        <w:t>Ἐχεῖτο. ἐξεκέχυτο. Ἐχηρώθησαν. ἀνδρῶν ἐστερήθησαν. ἐχήρευσαν. Ἔχῃρα. ἐχάρην. Ἰωνικῶς. Ἐχθόμενος. μισούμενος. Ἐχθρεῦσαι. ἐχθροὺς γενέσθαι. ἐχθρεῦσαι φα‐</w:t>
      </w:r>
    </w:p>
    <w:p>
      <w:r>
        <w:rPr>
          <w:rFonts w:ascii="Courier New" w:hAnsi="Courier New"/>
          <w:color w:val="555555"/>
          <w:sz w:val="20"/>
        </w:rPr>
        <w:t>[15]</w:t>
      </w:r>
    </w:p>
    <w:p>
      <w:r>
        <w:rPr>
          <w:rFonts w:ascii="Gentium Plus" w:hAnsi="Gentium Plus"/>
          <w:sz w:val="24"/>
        </w:rPr>
        <w:t>σὶν αἰετὸν καὶ κάνθαρον ἐκ τοῦ ἑκάτερον αὐ‐ τῶν τὰ ὠὰ θατέρου διασπᾷν. Ἐχθραίνει. μισεῖ. Ἐχιλιώθη. χίλια ἐζημιώθη. Ἐχόμενα. ἐγγύθεν, πλησίον.</w:t>
      </w:r>
    </w:p>
    <w:p>
      <w:r>
        <w:rPr>
          <w:rFonts w:ascii="Courier New" w:hAnsi="Courier New"/>
          <w:color w:val="555555"/>
          <w:sz w:val="20"/>
        </w:rPr>
        <w:t>[20]</w:t>
      </w:r>
    </w:p>
    <w:p>
      <w:r>
        <w:rPr>
          <w:rFonts w:ascii="Gentium Plus" w:hAnsi="Gentium Plus"/>
          <w:sz w:val="24"/>
        </w:rPr>
        <w:t>Ἔχοντες. οἰκοῦντες. Ἐχόντων ἀντὶ τοῦ ἐχέτωσαν. Ἔχουν. ἀντὶ τοῦ ἐχώννυον. κᾀκ τούτου οἱ μὲν ἔχουν, οἱ δὲ τοῖς συμβάλλουσιν ἀντεμάχοντο. Ἐχολώθησαν. ὠργίσθησαν.</w:t>
      </w:r>
    </w:p>
    <w:p>
      <w:r>
        <w:rPr>
          <w:rFonts w:ascii="Courier New" w:hAnsi="Courier New"/>
          <w:color w:val="555555"/>
          <w:sz w:val="20"/>
        </w:rPr>
        <w:t>[25]</w:t>
      </w:r>
    </w:p>
    <w:p>
      <w:r>
        <w:rPr>
          <w:rFonts w:ascii="Gentium Plus" w:hAnsi="Gentium Plus"/>
          <w:sz w:val="24"/>
        </w:rPr>
        <w:t>Ἐχθοδοπῆσαι. ἐχθροποιῆσαι. καὶ κατὰ πλεο‐</w:t>
      </w:r>
    </w:p>
    <w:p>
      <w:r>
        <w:rPr>
          <w:rFonts w:ascii="Courier New" w:hAnsi="Courier New"/>
          <w:color w:val="555555"/>
          <w:sz w:val="20"/>
        </w:rPr>
        <w:t>[epsilon 942]</w:t>
      </w:r>
    </w:p>
    <w:p>
      <w:r>
        <w:rPr>
          <w:rFonts w:ascii="Gentium Plus" w:hAnsi="Gentium Plus"/>
          <w:sz w:val="24"/>
        </w:rPr>
        <w:t>νασμὸν τοῦ δ, καὶ κατὰ ἀποβολὴν τοῦ ρ, ἐχθο‐ δοπῆσαι. Ἐχρυσοῦ. ἀπὸ τρίτου προσώπου τῶν ἑνικῶν, οἷον ἐχρυσοῦτο, γίνεται ὑποστολῇ τοῦ τ ἐχρυσοῦο</w:t>
      </w:r>
    </w:p>
    <w:p>
      <w:r>
        <w:rPr>
          <w:rFonts w:ascii="Courier New" w:hAnsi="Courier New"/>
          <w:color w:val="555555"/>
          <w:sz w:val="20"/>
        </w:rPr>
        <w:t>[5]</w:t>
      </w:r>
    </w:p>
    <w:p>
      <w:r>
        <w:rPr>
          <w:rFonts w:ascii="Gentium Plus" w:hAnsi="Gentium Plus"/>
          <w:sz w:val="24"/>
        </w:rPr>
        <w:t>καὶ κατὰ κρᾶσιν ἐχρυσοῦ. Ἔχραον. μετὰ βλάβης ἐπῆλθον. Ἐχρηματίσθη. χρηματισμὸν ἐδέξατο. καὶ ἐχρήσθη ὁμοίως. Ἐχρῆν. ἥρμοζεν, ἔπρεπεν.</w:t>
      </w:r>
    </w:p>
    <w:p>
      <w:r>
        <w:rPr>
          <w:rFonts w:ascii="Courier New" w:hAnsi="Courier New"/>
          <w:color w:val="555555"/>
          <w:sz w:val="20"/>
        </w:rPr>
        <w:t>[10]</w:t>
      </w:r>
    </w:p>
    <w:p>
      <w:r>
        <w:rPr>
          <w:rFonts w:ascii="Gentium Plus" w:hAnsi="Gentium Plus"/>
          <w:sz w:val="24"/>
        </w:rPr>
        <w:t>[Ἔχριμπτ’ ἀεί. ἐπλησίαζεν.] [Ἔχριμψαν. ὁμοίως.] Ἐχρίπτοντο. ἐπλησίαζον, προσετρίβοντο. Ἔχρησε. χρησμὸν ἔδωκε. καὶ ἀντὶ τοῦ ἐδάνεισεν. Ἔχρειεν. ἐμαντεύετο.</w:t>
      </w:r>
    </w:p>
    <w:p>
      <w:r>
        <w:rPr>
          <w:rFonts w:ascii="Courier New" w:hAnsi="Courier New"/>
          <w:color w:val="555555"/>
          <w:sz w:val="20"/>
        </w:rPr>
        <w:t>[15]</w:t>
      </w:r>
    </w:p>
    <w:p>
      <w:r>
        <w:rPr>
          <w:rFonts w:ascii="Gentium Plus" w:hAnsi="Gentium Plus"/>
          <w:sz w:val="24"/>
        </w:rPr>
        <w:t>Ἐχύμισαν. ἀντὶ τοῦ ἔγχυμον ἐποίησαν. οἵπερ ἁρμονίαν ἐχύμισαν. Ἐχύρωσεν. ἰσχυρὰν ἐποίησεν. Ἐχώσατο. ὠργίσθη. Ἔχει. ἐπιμελεῖται. [καί μοι κῆπον ἔχει πολυ‐</w:t>
      </w:r>
    </w:p>
    <w:p>
      <w:r>
        <w:rPr>
          <w:rFonts w:ascii="Courier New" w:hAnsi="Courier New"/>
          <w:color w:val="555555"/>
          <w:sz w:val="20"/>
        </w:rPr>
        <w:t>[20]</w:t>
      </w:r>
    </w:p>
    <w:p>
      <w:r>
        <w:rPr>
          <w:rFonts w:ascii="Gentium Plus" w:hAnsi="Gentium Plus"/>
          <w:sz w:val="24"/>
        </w:rPr>
        <w:t>δένδρεον.]</w:t>
      </w:r>
    </w:p>
    <w:p>
      <w:pPr>
        <w:jc w:val="center"/>
      </w:pPr>
      <w:r>
        <w:rPr>
          <w:rFonts w:ascii="Gentium Plus" w:hAnsi="Gentium Plus"/>
          <w:b/>
          <w:sz w:val="24"/>
        </w:rPr>
        <w:t>(Ἐπίῤῥημα.)</w:t>
      </w:r>
    </w:p>
    <w:p>
      <w:r>
        <w:rPr>
          <w:rFonts w:ascii="Courier New" w:hAnsi="Courier New"/>
          <w:color w:val="555555"/>
          <w:sz w:val="20"/>
        </w:rPr>
        <w:t>[22]</w:t>
      </w:r>
    </w:p>
    <w:p>
      <w:r>
        <w:rPr>
          <w:rFonts w:ascii="Gentium Plus" w:hAnsi="Gentium Plus"/>
          <w:sz w:val="24"/>
        </w:rPr>
        <w:t>Ἐχθρωδῶς. ἀπεχθῶς. μισητῶς. κακῶς. Ἐχυρῶς. ἀσφαλῶς. ἰσχυρῶς. Ἐχθὲς καὶ χθές. οἱ Ἀττικοὶ χθὲς, οἱ δὲ κοι‐</w:t>
      </w:r>
    </w:p>
    <w:p>
      <w:r>
        <w:rPr>
          <w:rFonts w:ascii="Courier New" w:hAnsi="Courier New"/>
          <w:color w:val="555555"/>
          <w:sz w:val="20"/>
        </w:rPr>
        <w:t>[25]</w:t>
      </w:r>
    </w:p>
    <w:p>
      <w:r>
        <w:rPr>
          <w:rFonts w:ascii="Gentium Plus" w:hAnsi="Gentium Plus"/>
          <w:sz w:val="24"/>
        </w:rPr>
        <w:t>νοὶ ἐχθές. πρῶτον δὲ τὸ ἐχθὲς τοῦ χθές· καὶ</w:t>
      </w:r>
    </w:p>
    <w:p>
      <w:r>
        <w:rPr>
          <w:rFonts w:ascii="Courier New" w:hAnsi="Courier New"/>
          <w:color w:val="555555"/>
          <w:sz w:val="20"/>
        </w:rPr>
        <w:t>[epsilon 943]</w:t>
      </w:r>
    </w:p>
    <w:p>
      <w:r>
        <w:rPr>
          <w:rFonts w:ascii="Gentium Plus" w:hAnsi="Gentium Plus"/>
          <w:sz w:val="24"/>
        </w:rPr>
        <w:t>ἐχθὲς εἴρηται παρὰ τὸ ἐκτὸς γεγενῆσθαι τῆς σήμερον· δεύτερον δὲ, ὅτι πᾶν μονοσύλλαβον ἐπίῤῥημα ἢ φύσει ἢ θέσει γίνεται κατ’ ἰδίαν μα‐ κρόν. οἷον· ναί· νή· πλήν· γνύξ· μάψ. οὐ μά‐</w:t>
      </w:r>
    </w:p>
    <w:p>
      <w:r>
        <w:rPr>
          <w:rFonts w:ascii="Courier New" w:hAnsi="Courier New"/>
          <w:color w:val="555555"/>
          <w:sz w:val="20"/>
        </w:rPr>
        <w:t>[5]</w:t>
      </w:r>
    </w:p>
    <w:p>
      <w:r>
        <w:rPr>
          <w:rFonts w:ascii="Gentium Plus" w:hAnsi="Gentium Plus"/>
          <w:sz w:val="24"/>
        </w:rPr>
        <w:t>χεται δὲ τὸ δὶς καὶ τρίς· ἀπὸ γὰρ διάκις καὶ τριάκις συγκέκοπται. χωρὶς τοῦ πρίν. πῶς οὖν τὸ χθὲς βραχύ; ἐὰν εἴπωμεν χθὲς, ἠλόγηται· ἐὰν δὲ ἐχθὲς, μιμεῖται τὸ αἰές. τρίτον δὲ, ὅτι τὸ ε φωνῆεν πέφυκε πλεονάζειν, οἷον· εἶπον,</w:t>
      </w:r>
    </w:p>
    <w:p>
      <w:r>
        <w:rPr>
          <w:rFonts w:ascii="Courier New" w:hAnsi="Courier New"/>
          <w:color w:val="555555"/>
          <w:sz w:val="20"/>
        </w:rPr>
        <w:t>[10]</w:t>
      </w:r>
    </w:p>
    <w:p>
      <w:r>
        <w:rPr>
          <w:rFonts w:ascii="Gentium Plus" w:hAnsi="Gentium Plus"/>
          <w:sz w:val="24"/>
        </w:rPr>
        <w:t>ἔειπον· εἴκοσιν, ἐείκοσιν. ἀφεῖσθαι δὲ, ὅτι μετὰ συμφώνου ὑπάρχει. ἔβη, βῆ· ἔστη, στῆ· ἐμοῦ, μοῦ. οὕτως οὖν καὶ ἐχθὲς, χθές· ἀφαίρεσις καὶ οὐ πλεονασμός· ἐπειδὴ σύμφωνον ἔχει ἐπι‐ φερόμενον. τὸ αὐτὸ καὶ ἐπὶ τοῦ ἐθέλω, θέλω.</w:t>
      </w:r>
    </w:p>
    <w:p>
      <w:r>
        <w:rPr>
          <w:rFonts w:ascii="Courier New" w:hAnsi="Courier New"/>
          <w:color w:val="555555"/>
          <w:sz w:val="20"/>
        </w:rPr>
        <w:t>[15]</w:t>
      </w:r>
    </w:p>
    <w:p>
      <w:r>
        <w:rPr>
          <w:rFonts w:ascii="Gentium Plus" w:hAnsi="Gentium Plus"/>
          <w:sz w:val="24"/>
        </w:rPr>
        <w:t>πρῶτον τὸ ἐθέλω καὶ δεύτερον τὸ θέλω.</w:t>
      </w:r>
    </w:p>
    <w:p>
      <w:pPr>
        <w:jc w:val="center"/>
      </w:pPr>
      <w:r>
        <w:rPr>
          <w:rFonts w:ascii="Gentium Plus" w:hAnsi="Gentium Plus"/>
          <w:b/>
          <w:sz w:val="24"/>
        </w:rPr>
        <w:t>Τὸ Ε μετὰ τοῦ Ψ.</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Ἑψητός. ὁ ἑψημένος. †Ἑψητοί. τὰ λιτὰ ἰχθύδια.†</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Ἑψία. ἡ ὁμιλία. †ἡ παιδιά.†</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Ἕψανον. ἁπαλόν· καὶ ἀτέραμνον. τὸ δυσέψα‐ νον. οὕτως Πλάτων. Ἑψητήριον. ἡ λοπὰς, ὅ ἐστι χύτρα.</w:t>
      </w:r>
    </w:p>
    <w:p>
      <w:r>
        <w:rPr>
          <w:rFonts w:ascii="Courier New" w:hAnsi="Courier New"/>
          <w:color w:val="555555"/>
          <w:sz w:val="20"/>
        </w:rPr>
        <w:t>[5]</w:t>
      </w:r>
    </w:p>
    <w:p>
      <w:r>
        <w:rPr>
          <w:rFonts w:ascii="Gentium Plus" w:hAnsi="Gentium Plus"/>
          <w:sz w:val="24"/>
        </w:rPr>
        <w:t>Ἕψια. τὰ ἀπὸ λόγων παίγνια. καὶ φιλέψιος ὁ φιλοπαίγμων. φιλολόγος ἐστὶν ὁ φιλέψιος. Ἐψιάτιμον. γνωστικὸν παίγνιον. Ἔψιμον. τὸ παίγνιον.</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Ἔψηχον. κατέμασον, ἔτριβον, ἔξεον, ὡμάλι‐ ζον. οἱ μὲν τοὺς ἵππους ἔψηχον. Ἐψίω. τὸ λέγω. ἀπὸ τοῦ ἔπω, ἔψω καὶ ἐψίω, ἀφ’ οὗ· πανημέριον ἑψιόωντο. Ἐψιᾶται. ἀντὶ τοῦ παίζει.</w:t>
      </w:r>
    </w:p>
    <w:p>
      <w:r>
        <w:rPr>
          <w:rFonts w:ascii="Courier New" w:hAnsi="Courier New"/>
          <w:color w:val="555555"/>
          <w:sz w:val="20"/>
        </w:rPr>
        <w:t>[15]</w:t>
      </w:r>
    </w:p>
    <w:p>
      <w:r>
        <w:rPr>
          <w:rFonts w:ascii="Gentium Plus" w:hAnsi="Gentium Plus"/>
          <w:sz w:val="24"/>
        </w:rPr>
        <w:t>Ἐψιάσθων. παιζέτωσαν. Ἐψιατέον. ἀντὶ τοῦ παικτέον. Ἐψιλωμένοι. γεγυμνωμένοι. Ἔψισαν. ἐψώμισαν. Ἕψων καὶ ἀπέψων. τὸ ἔψιον διὰ τοῦ ο μικροῦ,</w:t>
      </w:r>
    </w:p>
    <w:p>
      <w:r>
        <w:rPr>
          <w:rFonts w:ascii="Courier New" w:hAnsi="Courier New"/>
          <w:color w:val="555555"/>
          <w:sz w:val="20"/>
        </w:rPr>
        <w:t>[20]</w:t>
      </w:r>
    </w:p>
    <w:p>
      <w:r>
        <w:rPr>
          <w:rFonts w:ascii="Gentium Plus" w:hAnsi="Gentium Plus"/>
          <w:sz w:val="24"/>
        </w:rPr>
        <w:t>τὸ δὲ ἀπεσπόγγιζον διὰ τοῦ ω μεγάλου. Ἐψύχθη. ἀπεπαύθη· ἠρέμησεν. —ἄγρια δ’ αὐτοῦ</w:t>
      </w:r>
    </w:p>
    <w:p>
      <w:r>
        <w:rPr>
          <w:rFonts w:ascii="Courier New" w:hAnsi="Courier New"/>
          <w:color w:val="555555"/>
          <w:sz w:val="20"/>
        </w:rPr>
        <w:t>[epsilon 945]</w:t>
      </w:r>
    </w:p>
    <w:p>
      <w:r>
        <w:rPr>
          <w:rFonts w:ascii="Gentium Plus" w:hAnsi="Gentium Plus"/>
          <w:sz w:val="24"/>
        </w:rPr>
        <w:t>Ἐψυχαγώγησε. παρεμυθήσατο. ἢ ψυχὰς διὰ μαγγανείας ἀνήγαγεν. Ἔψυρεν. ἀπεδίωξεν. Ἐψῶν. κνηθόμενος.</w:t>
      </w:r>
    </w:p>
    <w:p>
      <w:r>
        <w:rPr>
          <w:rFonts w:ascii="Courier New" w:hAnsi="Courier New"/>
          <w:color w:val="555555"/>
          <w:sz w:val="20"/>
        </w:rPr>
        <w:t>[5]</w:t>
      </w:r>
    </w:p>
    <w:p>
      <w:r>
        <w:rPr>
          <w:rFonts w:ascii="Gentium Plus" w:hAnsi="Gentium Plus"/>
          <w:sz w:val="24"/>
        </w:rPr>
        <w:t>Ἐψώμισεν. ἔθρεψεν.</w:t>
      </w:r>
    </w:p>
    <w:p>
      <w:pPr>
        <w:jc w:val="center"/>
      </w:pPr>
      <w:r>
        <w:rPr>
          <w:rFonts w:ascii="Gentium Plus" w:hAnsi="Gentium Plus"/>
          <w:b/>
          <w:sz w:val="24"/>
        </w:rPr>
        <w:t>Τὸ Ε μετὰ τοῦ Ω μεγάλου.</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Ἑωθινός. ὀρθρινός. Ἑῷος. ἀνατολικὸς ἢ ὀρθρινός.</w:t>
      </w:r>
    </w:p>
    <w:p>
      <w:r>
        <w:rPr>
          <w:rFonts w:ascii="Courier New" w:hAnsi="Courier New"/>
          <w:color w:val="555555"/>
          <w:sz w:val="20"/>
        </w:rPr>
        <w:t>[10]</w:t>
      </w:r>
    </w:p>
    <w:p>
      <w:r>
        <w:rPr>
          <w:rFonts w:ascii="Gentium Plus" w:hAnsi="Gentium Plus"/>
          <w:sz w:val="24"/>
        </w:rPr>
        <w:t>Ἑωσφόρος. ὁ ἥλιος, ἀνατολικὸς ἀστὴρ πρωϊνὸς, ὁ αὐτὸς καὶ φωσφόρος καλούμενος. ὁ Ὅμη‐ ρος τοῦτον λέγει φέρειν τὴν ἡμέραν, οὐχὶ τὸν ἥλιον. Ἑωϋτός. ἑαυτός.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Ἐώας. ἀνατολῆς. Ἑωλοκρασία. τὸ χθιζὸν βρῶμα, ἢ ἡ ματαία πόσις. Δημοσθένης· αἴτιος δ’ οὗτος ἑωλοκρα‐ σίαν τινά μου τῆς πονηρίας αὐτοῦ κατασκεδά‐</w:t>
      </w:r>
    </w:p>
    <w:p>
      <w:r>
        <w:rPr>
          <w:rFonts w:ascii="Courier New" w:hAnsi="Courier New"/>
          <w:color w:val="555555"/>
          <w:sz w:val="20"/>
        </w:rPr>
        <w:t>[20]</w:t>
      </w:r>
    </w:p>
    <w:p>
      <w:r>
        <w:rPr>
          <w:rFonts w:ascii="Gentium Plus" w:hAnsi="Gentium Plus"/>
          <w:sz w:val="24"/>
        </w:rPr>
        <w:t>σας. ἔθος ἦν τοῖς νέοις δειπνοῦσι καὶ νυκτε‐ ρεύουσι καταχεῖν τῶν κοιμωμένων τοὺς ζω‐ μοὺς τῶν ἑώλων δείπνων, πρὸς τοιαύτην παι‐ δίαν τετραμμένοις· ἡνίκα γὰρ συνέπινον ἀλ‐</w:t>
      </w:r>
    </w:p>
    <w:p>
      <w:r>
        <w:rPr>
          <w:rFonts w:ascii="Courier New" w:hAnsi="Courier New"/>
          <w:color w:val="555555"/>
          <w:sz w:val="20"/>
        </w:rPr>
        <w:t>[epsilon 946]</w:t>
      </w:r>
    </w:p>
    <w:p>
      <w:r>
        <w:rPr>
          <w:rFonts w:ascii="Gentium Plus" w:hAnsi="Gentium Plus"/>
          <w:sz w:val="24"/>
        </w:rPr>
        <w:t>το, καὶ εἴτις ἐκαθεύδησε μὴ πιὼν τὸν κρατῆρα, πρωῒ κατὰ τῆς ἑαυτοῦ κεφαλῆς ἐξεχέετο. Ἐωρκοπίαις. ὑψηλοφροσύναις. Ἕως. ἡ πρώτη τοῦ ἡλίου ἀνατολή. ἢ ἡ πρὸ τῆς</w:t>
      </w:r>
    </w:p>
    <w:p>
      <w:r>
        <w:rPr>
          <w:rFonts w:ascii="Courier New" w:hAnsi="Courier New"/>
          <w:color w:val="555555"/>
          <w:sz w:val="20"/>
        </w:rPr>
        <w:t>[5]</w:t>
      </w:r>
    </w:p>
    <w:p>
      <w:r>
        <w:rPr>
          <w:rFonts w:ascii="Gentium Plus" w:hAnsi="Gentium Plus"/>
          <w:sz w:val="24"/>
        </w:rPr>
        <w:t>ἡλίου ἀνατολῆς ὥρα.</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Ἕωλον. μάταιον· ἢ χθεσινόν· ἢ τὸ ψυχρὸν καὶ ἀνωφελές· ἢ τὸ ἀνίσχυρον. τὸ εἰς τὴν ἕω λει‐ πόμενον.</w:t>
      </w:r>
    </w:p>
    <w:p>
      <w:r>
        <w:rPr>
          <w:rFonts w:ascii="Courier New" w:hAnsi="Courier New"/>
          <w:color w:val="555555"/>
          <w:sz w:val="20"/>
        </w:rPr>
        <w:t>[10]</w:t>
      </w:r>
    </w:p>
    <w:p>
      <w:r>
        <w:rPr>
          <w:rFonts w:ascii="Gentium Plus" w:hAnsi="Gentium Plus"/>
          <w:sz w:val="24"/>
        </w:rPr>
        <w:t>Ἑῷον. ἀνατολικὸν, ὀρθρινόν. σὺν τῷ ι. κτητι‐ κὸν ἀπὸ τῆς ἕως. τὸ δὲ ἑωσφόρος οὐκ ἔχει.</w:t>
      </w:r>
    </w:p>
    <w:p>
      <w:pPr>
        <w:jc w:val="center"/>
      </w:pPr>
      <w:r>
        <w:rPr>
          <w:rFonts w:ascii="Gentium Plus" w:hAnsi="Gentium Plus"/>
          <w:b/>
          <w:sz w:val="24"/>
        </w:rPr>
        <w:t>(Ῥῆμα.)</w:t>
      </w:r>
    </w:p>
    <w:p>
      <w:r>
        <w:rPr>
          <w:rFonts w:ascii="Courier New" w:hAnsi="Courier New"/>
          <w:color w:val="555555"/>
          <w:sz w:val="20"/>
        </w:rPr>
        <w:t>[13]</w:t>
      </w:r>
    </w:p>
    <w:p>
      <w:r>
        <w:rPr>
          <w:rFonts w:ascii="Gentium Plus" w:hAnsi="Gentium Plus"/>
          <w:sz w:val="24"/>
        </w:rPr>
        <w:t>Ἔῳγεν. ἐκ τοῦ οἴγω. ὁ παρατατικὸς ἔοιγον, ᾦγε καὶ πλεονασμῷ τοῦ ε ἔῳγε.</w:t>
      </w:r>
    </w:p>
    <w:p>
      <w:r>
        <w:rPr>
          <w:rFonts w:ascii="Courier New" w:hAnsi="Courier New"/>
          <w:color w:val="555555"/>
          <w:sz w:val="20"/>
        </w:rPr>
        <w:t>[15]</w:t>
      </w:r>
    </w:p>
    <w:p>
      <w:r>
        <w:rPr>
          <w:rFonts w:ascii="Gentium Plus" w:hAnsi="Gentium Plus"/>
          <w:sz w:val="24"/>
        </w:rPr>
        <w:t>χηλοῦ ἀπὸ τοῦ πῶμ’ ἀνέῳγε. Ἐῴη. συγχωροίη. Ἐῴκει. ὡμοίαζεν. ἐῴκειν ἔχει τὸ ι. εἴκω τὸ ὁμοιῶ, ὁ μέσος παρακείμενος εἶκα καὶ κατὰ διά‐ λυσιν ἔϊκα καὶ ἐπενθέσει τοῦ ο ἔοικα. καὶ</w:t>
      </w:r>
    </w:p>
    <w:p>
      <w:r>
        <w:rPr>
          <w:rFonts w:ascii="Courier New" w:hAnsi="Courier New"/>
          <w:color w:val="555555"/>
          <w:sz w:val="20"/>
        </w:rPr>
        <w:t>[20]</w:t>
      </w:r>
    </w:p>
    <w:p>
      <w:r>
        <w:rPr>
          <w:rFonts w:ascii="Gentium Plus" w:hAnsi="Gentium Plus"/>
          <w:sz w:val="24"/>
        </w:rPr>
        <w:t>ἐπαυξήσει τοῦ ο μικροῦ εἰς ω μέγα ἔῳκα. καὶ μένει τὸ ι προσγεγραμμένον. ὁ ὑπερσυντελικὸς ἐῴκειν, ἐῴκεις. Ἐώλπειν ὑπερσυντελικὸς ἀπὸ τοῦ ἐόλπω, τὸ ἐλπίζω.</w:t>
      </w:r>
    </w:p>
    <w:p>
      <w:r>
        <w:rPr>
          <w:rFonts w:ascii="Courier New" w:hAnsi="Courier New"/>
          <w:color w:val="555555"/>
          <w:sz w:val="20"/>
        </w:rPr>
        <w:t>[25]</w:t>
      </w:r>
    </w:p>
    <w:p>
      <w:r>
        <w:rPr>
          <w:rFonts w:ascii="Gentium Plus" w:hAnsi="Gentium Plus"/>
          <w:sz w:val="24"/>
        </w:rPr>
        <w:t>Ἐῶμεν. συγχωροῦμεν.</w:t>
      </w:r>
    </w:p>
    <w:p>
      <w:r>
        <w:rPr>
          <w:rFonts w:ascii="Courier New" w:hAnsi="Courier New"/>
          <w:color w:val="555555"/>
          <w:sz w:val="20"/>
        </w:rPr>
        <w:t>[epsilon 947]</w:t>
      </w:r>
    </w:p>
    <w:p>
      <w:r>
        <w:rPr>
          <w:rFonts w:ascii="Gentium Plus" w:hAnsi="Gentium Plus"/>
          <w:sz w:val="24"/>
        </w:rPr>
        <w:t>Ἐωνημένων. ἀγορασθέντων. Ἐωνῆσθαι. ὠνεῖσθαι δὲ δίφθογγον. Ἐῳνοχόει. ἐκίρνα. Ἐών. ὁ ὑπάρχων.</w:t>
      </w:r>
    </w:p>
    <w:p>
      <w:r>
        <w:rPr>
          <w:rFonts w:ascii="Courier New" w:hAnsi="Courier New"/>
          <w:color w:val="555555"/>
          <w:sz w:val="20"/>
        </w:rPr>
        <w:t>[5]</w:t>
      </w:r>
    </w:p>
    <w:p>
      <w:r>
        <w:rPr>
          <w:rFonts w:ascii="Gentium Plus" w:hAnsi="Gentium Plus"/>
          <w:sz w:val="24"/>
        </w:rPr>
        <w:t>μηδ’ οὕτως, ἀγαθός περ ἐών,— ἐνεστὼς παρατατικὸς παρὰ τὸ ἔω, τὸ ὑπάρχω, ὢν καὶ ἐών· τὸ δὲ ἐὼν τοῦ ὢν ἐντελέστερόν ἐστι. καὶ ἐὼν ὁ πρὸ πολλοῦ τεθνηκώς. Ἔῳξεν. ἀνέῳξεν.</w:t>
      </w:r>
    </w:p>
    <w:p>
      <w:r>
        <w:rPr>
          <w:rFonts w:ascii="Courier New" w:hAnsi="Courier New"/>
          <w:color w:val="555555"/>
          <w:sz w:val="20"/>
        </w:rPr>
        <w:t>[10]</w:t>
      </w:r>
    </w:p>
    <w:p>
      <w:r>
        <w:rPr>
          <w:rFonts w:ascii="Gentium Plus" w:hAnsi="Gentium Plus"/>
          <w:sz w:val="24"/>
        </w:rPr>
        <w:t>Ἔωργε. διεπράξατω. καὶ ἐώργειν, ὑπερσυντε‐ λικός. Ἐωρίζω. τὸ μετεωρίζω. Ἑώρων. ἀπὸ τοῦ ὁρῶ. ὁ παρατατικὸς ὥρων καὶ πλεονασμῷ τοῦ ε ἑώρων, τῆς δασείας φυ‐</w:t>
      </w:r>
    </w:p>
    <w:p>
      <w:r>
        <w:rPr>
          <w:rFonts w:ascii="Courier New" w:hAnsi="Courier New"/>
          <w:color w:val="555555"/>
          <w:sz w:val="20"/>
        </w:rPr>
        <w:t>[15]</w:t>
      </w:r>
    </w:p>
    <w:p>
      <w:r>
        <w:rPr>
          <w:rFonts w:ascii="Gentium Plus" w:hAnsi="Gentium Plus"/>
          <w:sz w:val="24"/>
        </w:rPr>
        <w:t>λαχθείσης. ὡσαύτως καὶ ἀπὸ τοῦ οἰνοχοῶ ὁ παρατατικὸς ᾠνοχόουν καὶ πλεονασμῷ τοῦ ε ἐῳνοχόουν, καὶ ἀπὸ τοῦ ὠνῶ, ὠνοῦμαι, καὶ</w:t>
      </w:r>
    </w:p>
    <w:p>
      <w:r>
        <w:rPr>
          <w:rFonts w:ascii="Courier New" w:hAnsi="Courier New"/>
          <w:color w:val="555555"/>
          <w:sz w:val="20"/>
        </w:rPr>
        <w:t>[epsilon 948]</w:t>
      </w:r>
    </w:p>
    <w:p>
      <w:r>
        <w:rPr>
          <w:rFonts w:ascii="Gentium Plus" w:hAnsi="Gentium Plus"/>
          <w:sz w:val="24"/>
        </w:rPr>
        <w:t>Ἐώσαντο. βιαίως εἰσῆλθον. εἰσεπήδησαν. Ἔωσεν. ἀπώσατο, ἐνέβαλεν. ἀπὸ τοῦ ὤθω ὁ μέλλων ὤσω, ὁ ἀόριστος ὦσα, τὸ τρίτον ὦσε, καὶ πλεονασμῷ τοῦ ε ἔωσεν. ὡς ᾠνοχόει,</w:t>
      </w:r>
    </w:p>
    <w:p>
      <w:r>
        <w:rPr>
          <w:rFonts w:ascii="Courier New" w:hAnsi="Courier New"/>
          <w:color w:val="555555"/>
          <w:sz w:val="20"/>
        </w:rPr>
        <w:t>[5]</w:t>
      </w:r>
    </w:p>
    <w:p>
      <w:r>
        <w:rPr>
          <w:rFonts w:ascii="Gentium Plus" w:hAnsi="Gentium Plus"/>
          <w:sz w:val="24"/>
        </w:rPr>
        <w:t>ἐῳνοχόει. Ἑώρταζον. ἀπὸ τοῦ ἑορτὴ γίνεται ἑορτάζω, καὶ ὁ παρατατικὸς ἑώρταζον. καὶ ἐπειδὴ οὐδέ‐ ποτε λέξις εὑρίσκεται ἀρχομένη ἀπὸ τοῦ η ἐπι‐ φερομένη τὸ η, χωρὶς εἰ μὴ εὑρεθῇ δίφθογγον,</w:t>
      </w:r>
    </w:p>
    <w:p>
      <w:r>
        <w:rPr>
          <w:rFonts w:ascii="Courier New" w:hAnsi="Courier New"/>
          <w:color w:val="555555"/>
          <w:sz w:val="20"/>
        </w:rPr>
        <w:t>[10]</w:t>
      </w:r>
    </w:p>
    <w:p>
      <w:r>
        <w:rPr>
          <w:rFonts w:ascii="Gentium Plus" w:hAnsi="Gentium Plus"/>
          <w:sz w:val="24"/>
        </w:rPr>
        <w:t>ὡς τὸ ἠοῦς, ἠοῖ, καὶ κατὰ διάλυσιν, ὡς ἠόα, τούτου χάριν ἐγένετο ὑπερβιβασμός· καὶ ἡ μὲν παραλλαγὴ ἐξετάθη, ἡ δὲ ἀρχὴ συνεστάλη εἰς ε, καὶ ἐγένετο ἑώρταζον. Ἔω. τὸ ὑπάρχω. ἐῶ δὲ τὸ καταλιμπάνω.</w:t>
      </w:r>
    </w:p>
    <w:p>
      <w:r>
        <w:rPr>
          <w:rFonts w:ascii="Courier New" w:hAnsi="Courier New"/>
          <w:color w:val="555555"/>
          <w:sz w:val="20"/>
        </w:rPr>
        <w:t>[15]</w:t>
      </w:r>
    </w:p>
    <w:p>
      <w:r>
        <w:rPr>
          <w:rFonts w:ascii="Gentium Plus" w:hAnsi="Gentium Plus"/>
          <w:sz w:val="24"/>
        </w:rPr>
        <w:t>Ἐώμενος. καταλιμπανόμενος.</w:t>
      </w:r>
    </w:p>
    <w:p>
      <w:pPr>
        <w:jc w:val="center"/>
      </w:pPr>
      <w:r>
        <w:rPr>
          <w:rFonts w:ascii="Gentium Plus" w:hAnsi="Gentium Plus"/>
          <w:b/>
          <w:sz w:val="24"/>
        </w:rPr>
        <w:t>(Ἐπίῤῥημα.)</w:t>
      </w:r>
    </w:p>
    <w:p>
      <w:r>
        <w:rPr>
          <w:rFonts w:ascii="Courier New" w:hAnsi="Courier New"/>
          <w:color w:val="555555"/>
          <w:sz w:val="20"/>
        </w:rPr>
        <w:t>[17]</w:t>
      </w:r>
    </w:p>
    <w:p>
      <w:r>
        <w:rPr>
          <w:rFonts w:ascii="Gentium Plus" w:hAnsi="Gentium Plus"/>
          <w:sz w:val="24"/>
        </w:rPr>
        <w:t>Ἕως τῶν οὐρανῶν. ἕως τοῦ τέλους. καὶ ἕως</w:t>
      </w:r>
    </w:p>
    <w:p>
      <w:pPr>
        <w:jc w:val="center"/>
      </w:pPr>
      <w:r>
        <w:rPr>
          <w:rFonts w:ascii="Gentium Plus" w:hAnsi="Gentium Plus"/>
          <w:b/>
          <w:sz w:val="24"/>
        </w:rPr>
        <w:t>Ζ.</w:t>
      </w:r>
    </w:p>
    <w:p>
      <w:pPr>
        <w:jc w:val="center"/>
      </w:pPr>
      <w:r>
        <w:rPr>
          <w:rFonts w:ascii="Gentium Plus" w:hAnsi="Gentium Plus"/>
          <w:b/>
          <w:sz w:val="24"/>
        </w:rPr>
        <w:t>Τὸ Ζ μετὰ τοῦ Α.</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Ζαβρός. πολυφάγος.</w:t>
      </w:r>
    </w:p>
    <w:p>
      <w:r>
        <w:rPr>
          <w:rFonts w:ascii="Courier New" w:hAnsi="Courier New"/>
          <w:color w:val="555555"/>
          <w:sz w:val="20"/>
        </w:rPr>
        <w:t>[zeta 948 (19)]</w:t>
      </w:r>
    </w:p>
    <w:p>
      <w:r>
        <w:rPr>
          <w:rFonts w:ascii="Gentium Plus" w:hAnsi="Gentium Plus"/>
          <w:sz w:val="24"/>
        </w:rPr>
        <w:t>Ζαγρός. ἀνυπόδετος.</w:t>
      </w:r>
    </w:p>
    <w:p>
      <w:r>
        <w:rPr>
          <w:rFonts w:ascii="Courier New" w:hAnsi="Courier New"/>
          <w:color w:val="555555"/>
          <w:sz w:val="20"/>
        </w:rPr>
        <w:t>[20]</w:t>
      </w:r>
    </w:p>
    <w:p>
      <w:r>
        <w:rPr>
          <w:rFonts w:ascii="Gentium Plus" w:hAnsi="Gentium Plus"/>
          <w:sz w:val="24"/>
        </w:rPr>
        <w:t>Ζαὴν ἄνεμον. τὸν σφοδρῶς πνέοντα. [καὶ Ὅμηρος· ὦρσε δ’ ἐπὶ ζαὴν ἄνεμον—</w:t>
      </w:r>
    </w:p>
    <w:p>
      <w:r>
        <w:rPr>
          <w:rFonts w:ascii="Courier New" w:hAnsi="Courier New"/>
          <w:color w:val="555555"/>
          <w:sz w:val="20"/>
        </w:rPr>
        <w:t>[zeta 949]</w:t>
      </w:r>
    </w:p>
    <w:p>
      <w:r>
        <w:rPr>
          <w:rFonts w:ascii="Gentium Plus" w:hAnsi="Gentium Plus"/>
          <w:sz w:val="24"/>
        </w:rPr>
        <w:t>—αἰετὸν μὴ πετῆνα γενέσθαι. οὕτως καὶ παρὰ τὸ ἄω, τὸ πνέω, γίνεται ἀὴν, καὶ μετὰ τοῦ ζα μορίου ζαήν. τὸ γὰρ τέλειον ζαῆνα, ὡς πετῆνα. εἰ μὴ κατ’ ἔκθλιψιν γέγο‐</w:t>
      </w:r>
    </w:p>
    <w:p>
      <w:r>
        <w:rPr>
          <w:rFonts w:ascii="Courier New" w:hAnsi="Courier New"/>
          <w:color w:val="555555"/>
          <w:sz w:val="20"/>
        </w:rPr>
        <w:t>[5]</w:t>
      </w:r>
    </w:p>
    <w:p>
      <w:r>
        <w:rPr>
          <w:rFonts w:ascii="Gentium Plus" w:hAnsi="Gentium Plus"/>
          <w:sz w:val="24"/>
        </w:rPr>
        <w:t>νεν. οὕτως Ὦρος ὁ Μιλήσιος.] Ζαθέου. ἄγαν θαυμαστοῦ. Ζάκοτος. ἄγαν ὀργίλος. Ζάκορος. ὁ τοῦ νεὼ ἐπιμελούμενος. [κορεῖν γὰρ τὸ σαίρειν. τὸ δὲ ζα οὐκ ἔστιν ἐνταῦθα ἐπί‐</w:t>
      </w:r>
    </w:p>
    <w:p>
      <w:r>
        <w:rPr>
          <w:rFonts w:ascii="Courier New" w:hAnsi="Courier New"/>
          <w:color w:val="555555"/>
          <w:sz w:val="20"/>
        </w:rPr>
        <w:t>[10]</w:t>
      </w:r>
    </w:p>
    <w:p>
      <w:r>
        <w:rPr>
          <w:rFonts w:ascii="Gentium Plus" w:hAnsi="Gentium Plus"/>
          <w:sz w:val="24"/>
        </w:rPr>
        <w:t>τασις, ἀλλ’ ἀντὶ τῆς διὰ προθέσεως, ἵν’ ᾖ ὁ διάκορος. οἱ Αἰολεῖς καὶ οἱ Ἀττικοὶ τὸν δία ζα φασίν.] Ζακχαῖος. κύριον. Ζαλμώδης. ὁ σθλάβος.</w:t>
      </w:r>
    </w:p>
    <w:p>
      <w:r>
        <w:rPr>
          <w:rFonts w:ascii="Courier New" w:hAnsi="Courier New"/>
          <w:color w:val="555555"/>
          <w:sz w:val="20"/>
        </w:rPr>
        <w:t>[15]</w:t>
      </w:r>
    </w:p>
    <w:p>
      <w:r>
        <w:rPr>
          <w:rFonts w:ascii="Gentium Plus" w:hAnsi="Gentium Plus"/>
          <w:sz w:val="24"/>
        </w:rPr>
        <w:t>Ζάλευκος. Πυθαγόρειος φιλόσοφος καὶ νομοθέτης. Ζαμενής. ὁ ἄγαν ἰσχυρός.</w:t>
      </w:r>
    </w:p>
    <w:p>
      <w:r>
        <w:rPr>
          <w:rFonts w:ascii="Courier New" w:hAnsi="Courier New"/>
          <w:color w:val="555555"/>
          <w:sz w:val="20"/>
        </w:rPr>
        <w:t>[zeta 950]</w:t>
      </w:r>
    </w:p>
    <w:p>
      <w:r>
        <w:rPr>
          <w:rFonts w:ascii="Gentium Plus" w:hAnsi="Gentium Plus"/>
          <w:sz w:val="24"/>
        </w:rPr>
        <w:t>Ζαφλεγεῖς. λαμπροί. ἐπιφανεῖς. Ζάψ. τὸ πῦρ.</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Ζάβα. τὸ λωρίκιον.</w:t>
      </w:r>
    </w:p>
    <w:p>
      <w:r>
        <w:rPr>
          <w:rFonts w:ascii="Courier New" w:hAnsi="Courier New"/>
          <w:color w:val="555555"/>
          <w:sz w:val="20"/>
        </w:rPr>
        <w:t>[5]</w:t>
      </w:r>
    </w:p>
    <w:p>
      <w:r>
        <w:rPr>
          <w:rFonts w:ascii="Gentium Plus" w:hAnsi="Gentium Plus"/>
          <w:sz w:val="24"/>
        </w:rPr>
        <w:t>Ζαβουλών. χώρα. ἑρμηνεύεται δὲ εὐωδία καὶ εὐλογία. [ὃ Ζαβουλών ἐστι.] Ζάλη. ἡ σύνομβρος πνοὴ, ἢ ἡ μεγάλη ἄελλα καὶ ταραχὴ τῆς θαλάσσης ἢ τοῦ ἀέρος. [παρὰ τὸ ζέειν τὴν ἅλα ἤγουν κορυφοῦσθαι.]</w:t>
      </w:r>
    </w:p>
    <w:p>
      <w:r>
        <w:rPr>
          <w:rFonts w:ascii="Courier New" w:hAnsi="Courier New"/>
          <w:color w:val="555555"/>
          <w:sz w:val="20"/>
        </w:rPr>
        <w:t>[10]</w:t>
      </w:r>
    </w:p>
    <w:p>
      <w:r>
        <w:rPr>
          <w:rFonts w:ascii="Gentium Plus" w:hAnsi="Gentium Plus"/>
          <w:sz w:val="24"/>
        </w:rPr>
        <w:t>Ζακυνθίδες. κολοκύνθαι. Ζαμβύκη. μουσικὸν ὄργανον. Ζαθέην. ἄγαν θαυμαστήν. [παρὰ τὸ θέαν καὶ τὸ ζα ἐπιτατικὸν μόριον, ὡς τὸ ἠγαθέην, τὴν θαυμαστὴν καὶ πολλῆς θέας ἀξίαν.]</w:t>
      </w:r>
    </w:p>
    <w:p>
      <w:r>
        <w:rPr>
          <w:rFonts w:ascii="Courier New" w:hAnsi="Courier New"/>
          <w:color w:val="555555"/>
          <w:sz w:val="20"/>
        </w:rPr>
        <w:t>[15]</w:t>
      </w:r>
    </w:p>
    <w:p>
      <w:r>
        <w:rPr>
          <w:rFonts w:ascii="Gentium Plus" w:hAnsi="Gentium Plus"/>
          <w:sz w:val="24"/>
        </w:rPr>
        <w:t>†Ζαία. ἡ πόλις.† Ζάλη. ἡ ἐξ ἑκουσίων πραγμάτων ἐν τῇ ψυχῇ γενομένη περίστασις καὶ ταραχὴ βίου, ἢ ἡ</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Ζαβεῖον. ἐν ᾧ αἱ ζάβαι. Ζάγκλον. τὸ δρέπανον. [κέκρυπται γυνὴ ζάγκλον ὑποχθονίη.</w:t>
      </w:r>
    </w:p>
    <w:p>
      <w:r>
        <w:rPr>
          <w:rFonts w:ascii="Courier New" w:hAnsi="Courier New"/>
          <w:color w:val="555555"/>
          <w:sz w:val="20"/>
        </w:rPr>
        <w:t>[5]</w:t>
      </w:r>
    </w:p>
    <w:p>
      <w:r>
        <w:rPr>
          <w:rFonts w:ascii="Gentium Plus" w:hAnsi="Gentium Plus"/>
          <w:sz w:val="24"/>
        </w:rPr>
        <w:t>παρὰ τὸ ζα ἐπιτατικὸν μόριον καὶ τὸ ἀγκύλον, ζάγκυλον καὶ κατὰ συγκοπὴν ζάγκλον, τὸ λίαν ἀγκύλον.] Ζαθρές. μεσημβρινὸν καῦμα τὸ δειλινόν. Ζαθέρει. ἄγαν θερμῷ.</w:t>
      </w:r>
    </w:p>
    <w:p>
      <w:r>
        <w:rPr>
          <w:rFonts w:ascii="Courier New" w:hAnsi="Courier New"/>
          <w:color w:val="555555"/>
          <w:sz w:val="20"/>
        </w:rPr>
        <w:t>[10]</w:t>
      </w:r>
    </w:p>
    <w:p>
      <w:r>
        <w:rPr>
          <w:rFonts w:ascii="Gentium Plus" w:hAnsi="Gentium Plus"/>
          <w:sz w:val="24"/>
        </w:rPr>
        <w:t>[—οἶδα καθίζων ἀείδειν ζαθερεῖ καύματι θαλπόμενος.] Ζαμάτιον. τρυβλίον. Ζαές. μέγα, πολὺ, λαμπρὸν, ἰσχυρόν. Ζαπληθές. ἄπειρον, ἀμέριστον.</w:t>
      </w:r>
    </w:p>
    <w:p>
      <w:r>
        <w:rPr>
          <w:rFonts w:ascii="Courier New" w:hAnsi="Courier New"/>
          <w:color w:val="555555"/>
          <w:sz w:val="20"/>
        </w:rPr>
        <w:t>[15]</w:t>
      </w:r>
    </w:p>
    <w:p>
      <w:r>
        <w:rPr>
          <w:rFonts w:ascii="Gentium Plus" w:hAnsi="Gentium Plus"/>
          <w:sz w:val="24"/>
        </w:rPr>
        <w:t>Ζατρεφές. τὸ εὐτραφελές. Ζαφελές. τὸ ἀφελές. καὶ ζαφελῶς ἀντὶ τοῦ πάνυ ἀφελῶς. Ζαχρειές. ἀντὶ τοῦ ἄγαν χρειῶδες. κυρίως τὸ βιαίως ταῖς χερσὶ πραττόμενον. [παρὰ γὰρ τὰς</w:t>
      </w:r>
    </w:p>
    <w:p>
      <w:r>
        <w:rPr>
          <w:rFonts w:ascii="Courier New" w:hAnsi="Courier New"/>
          <w:color w:val="555555"/>
          <w:sz w:val="20"/>
        </w:rPr>
        <w:t>[20]</w:t>
      </w:r>
    </w:p>
    <w:p>
      <w:r>
        <w:rPr>
          <w:rFonts w:ascii="Gentium Plus" w:hAnsi="Gentium Plus"/>
          <w:sz w:val="24"/>
        </w:rPr>
        <w:t>χεῖρας πεποίηται ἡ λέξις, ζαχερὲς, καὶ ἐν ὑπερθέσει ζαχρεὲς, καὶ ζαχρειὲς, καὶ ζαχρειὴς ἐπὶ ἀρσενικοῦ, καὶ ζαχρήεις, ζαχρήεντος.]</w:t>
      </w:r>
    </w:p>
    <w:p>
      <w:pPr>
        <w:jc w:val="center"/>
      </w:pPr>
      <w:r>
        <w:rPr>
          <w:rFonts w:ascii="Gentium Plus" w:hAnsi="Gentium Plus"/>
          <w:b/>
          <w:sz w:val="24"/>
        </w:rPr>
        <w:t>(Ῥῆμα.)</w:t>
      </w:r>
    </w:p>
    <w:p>
      <w:r>
        <w:rPr>
          <w:rFonts w:ascii="Courier New" w:hAnsi="Courier New"/>
          <w:color w:val="555555"/>
          <w:sz w:val="20"/>
        </w:rPr>
        <w:t>[24]</w:t>
      </w:r>
    </w:p>
    <w:p>
      <w:r>
        <w:rPr>
          <w:rFonts w:ascii="Gentium Plus" w:hAnsi="Gentium Plus"/>
          <w:sz w:val="24"/>
        </w:rPr>
        <w:t>Ζατρεύω. τὸ ἐν μύλωνι βασανίζω.</w:t>
      </w:r>
    </w:p>
    <w:p>
      <w:r>
        <w:rPr>
          <w:rFonts w:ascii="Courier New" w:hAnsi="Courier New"/>
          <w:color w:val="555555"/>
          <w:sz w:val="20"/>
        </w:rPr>
        <w:t>[zeta 952]</w:t>
      </w:r>
    </w:p>
    <w:p>
      <w:r>
        <w:rPr>
          <w:rFonts w:ascii="Gentium Plus" w:hAnsi="Gentium Plus"/>
          <w:sz w:val="24"/>
        </w:rPr>
        <w:t>Ζαβάλλειν. ἐξαπατᾷν. Ζαπλουτεῖν. ἄγαν πλουτεῖν. Ζατῶ. τὸ φράζω. καὶ ζατῶσαι τὸ φράσαι. Ζαχρειῶ. ἄγαν χρῄζω.</w:t>
      </w:r>
    </w:p>
    <w:p>
      <w:pPr>
        <w:jc w:val="center"/>
      </w:pPr>
      <w:r>
        <w:rPr>
          <w:rFonts w:ascii="Gentium Plus" w:hAnsi="Gentium Plus"/>
          <w:b/>
          <w:sz w:val="24"/>
        </w:rPr>
        <w:t>(Ἐπίῤῥημα.)</w:t>
      </w:r>
    </w:p>
    <w:p>
      <w:r>
        <w:rPr>
          <w:rFonts w:ascii="Courier New" w:hAnsi="Courier New"/>
          <w:color w:val="555555"/>
          <w:sz w:val="20"/>
        </w:rPr>
        <w:t>[6]</w:t>
      </w:r>
    </w:p>
    <w:p>
      <w:r>
        <w:rPr>
          <w:rFonts w:ascii="Gentium Plus" w:hAnsi="Gentium Plus"/>
          <w:sz w:val="24"/>
        </w:rPr>
        <w:t>Ζαφελῶς. τὸ μεγάλως ὠφελημένον. ἢ ἐπιμό‐ νως ηὐξημένον. [παρὰ τὸ ζα ἐπιτατικὸν μόριον καὶ τὸ ὠφέλλω, τὸ αὔξω ἢ ὠφελῶ καὶ τὸ μὲν ζάφελος βαρύνεται λόγῳ τοιούτῳ. τὰ εἰς ς</w:t>
      </w:r>
    </w:p>
    <w:p>
      <w:r>
        <w:rPr>
          <w:rFonts w:ascii="Courier New" w:hAnsi="Courier New"/>
          <w:color w:val="555555"/>
          <w:sz w:val="20"/>
        </w:rPr>
        <w:t>[10]</w:t>
      </w:r>
    </w:p>
    <w:p>
      <w:r>
        <w:rPr>
          <w:rFonts w:ascii="Gentium Plus" w:hAnsi="Gentium Plus"/>
          <w:sz w:val="24"/>
        </w:rPr>
        <w:t>λήγοντα συγκείμενα παρὰ τὸ ζα προπαροξύνον‐ ται, οἷον· ζάθεος, ζάκοτος, ζάφελος· τὸ δὲ ζαφελῶς περισπᾶται, ἐπειδὴ τὰ παρὰ τοῦ ελως ἐπιῤῥήματα παραλήγοντα τῷ ε ἐπὶ τὸ πλεῖστον φιλεῖ περισπᾶσθαι, οἷον· εὐτελῶς,</w:t>
      </w:r>
    </w:p>
    <w:p>
      <w:r>
        <w:rPr>
          <w:rFonts w:ascii="Courier New" w:hAnsi="Courier New"/>
          <w:color w:val="555555"/>
          <w:sz w:val="20"/>
        </w:rPr>
        <w:t>[15]</w:t>
      </w:r>
    </w:p>
    <w:p>
      <w:r>
        <w:rPr>
          <w:rFonts w:ascii="Gentium Plus" w:hAnsi="Gentium Plus"/>
          <w:sz w:val="24"/>
        </w:rPr>
        <w:t>ἐπιμελῶς, οἷς καὶ τὸ ζαφελῶς συνέδραμε. πρόσκειται ὡς ἐπὶ τὸ πλεῖστον, διὰ τὸ εὐτρα‐ πέλως, εἰκέλως. —ἀλλ’ αἰὲν ἐπιζαφελῶς—]</w:t>
      </w:r>
    </w:p>
    <w:p>
      <w:pPr>
        <w:jc w:val="center"/>
      </w:pPr>
      <w:r>
        <w:rPr>
          <w:rFonts w:ascii="Gentium Plus" w:hAnsi="Gentium Plus"/>
          <w:b/>
          <w:sz w:val="24"/>
        </w:rPr>
        <w:t>Τὸ Ζ μετὰ τοῦ Ε.</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Ζεβεδαῖος καὶ Ζεβεέ. ὀνόματα κύρια.</w:t>
      </w:r>
    </w:p>
    <w:p>
      <w:r>
        <w:rPr>
          <w:rFonts w:ascii="Courier New" w:hAnsi="Courier New"/>
          <w:color w:val="555555"/>
          <w:sz w:val="20"/>
        </w:rPr>
        <w:t>[zeta 953]</w:t>
      </w:r>
    </w:p>
    <w:p>
      <w:r>
        <w:rPr>
          <w:rFonts w:ascii="Gentium Plus" w:hAnsi="Gentium Plus"/>
          <w:sz w:val="24"/>
        </w:rPr>
        <w:t>*Ζειπήτης. ὁ περιχύτης.* Ζεῦξις. κύριον. Ζευξίλεως. ᾧ ὑποζευγνύμενοι εἰσὶν οἱ λαοί. Ζεύς. τούτου τὸ ἄγαλμα ἱστοροῦσι καθήμενον</w:t>
      </w:r>
    </w:p>
    <w:p>
      <w:r>
        <w:rPr>
          <w:rFonts w:ascii="Courier New" w:hAnsi="Courier New"/>
          <w:color w:val="555555"/>
          <w:sz w:val="20"/>
        </w:rPr>
        <w:t>[5]</w:t>
      </w:r>
    </w:p>
    <w:p>
      <w:r>
        <w:rPr>
          <w:rFonts w:ascii="Gentium Plus" w:hAnsi="Gentium Plus"/>
          <w:sz w:val="24"/>
        </w:rPr>
        <w:t>γυμνὰ ἔχειν τὰ ἄνω, τὰ δὲ κάτω ἐσκεπασμένα, κρατοῦν τῇ μὲν εὐωνύμῳ σκῆπτρον, τῇ δεξιᾷ δὲ ἀετὸν προτεῖνον. καὶ τὸ μὲν καθῆσθαι τὸ ἑδραῖον τῆς δυνάμεως αἰνίττεται, τὸ δὲ τὰ ἄνω γυμνὰ ἔχειν, ὅτι φανερῶς τοῖς νοεροῖς καὶ τοῖς</w:t>
      </w:r>
    </w:p>
    <w:p>
      <w:r>
        <w:rPr>
          <w:rFonts w:ascii="Courier New" w:hAnsi="Courier New"/>
          <w:color w:val="555555"/>
          <w:sz w:val="20"/>
        </w:rPr>
        <w:t>[10]</w:t>
      </w:r>
    </w:p>
    <w:p>
      <w:r>
        <w:rPr>
          <w:rFonts w:ascii="Gentium Plus" w:hAnsi="Gentium Plus"/>
          <w:sz w:val="24"/>
        </w:rPr>
        <w:t>οὐρανίοις τοῦ κόσμου μέρεσι· τὰ δὲ λοιπὰ σκέ‐ πεται, διότι τοῖς χαμαιζήλοις ὁ θεὸς ἄγνωστος. τὸ δὲ τῇ λαιᾷ σκῆπτρον κατέχειν σημαίνει τὸ ἐξουσιαστικὸν, τὸ δὲ τῇ ἑτέρᾳ προτείνειν ἀετὸν δηλοῖ, ὡς τῶν ἀεροφόρων πνευμάτων κρατεῖ, ὡς</w:t>
      </w:r>
    </w:p>
    <w:p>
      <w:r>
        <w:rPr>
          <w:rFonts w:ascii="Courier New" w:hAnsi="Courier New"/>
          <w:color w:val="555555"/>
          <w:sz w:val="20"/>
        </w:rPr>
        <w:t>[15]</w:t>
      </w:r>
    </w:p>
    <w:p>
      <w:r>
        <w:rPr>
          <w:rFonts w:ascii="Gentium Plus" w:hAnsi="Gentium Plus"/>
          <w:sz w:val="24"/>
        </w:rPr>
        <w:t>ὁ ἀετὸς τῶν μεταρσίων ὀρνέων κρατεῖ. Ζέφυρος. ὁ εὐκραὴς καὶ γαληνὸς ἄνεμος. καὶ οἱονεὶ ζωηφόρος τὶς ὢν ὁ ἀπὸ δυσμῶν πνέων. ὁ τὰ πρὸς ζωὴν φέρων, ἐπειδὴ τὰ φυτὰ κυΐσκειν ποιεῖ.</w:t>
      </w:r>
    </w:p>
    <w:p>
      <w:r>
        <w:rPr>
          <w:rFonts w:ascii="Courier New" w:hAnsi="Courier New"/>
          <w:color w:val="555555"/>
          <w:sz w:val="20"/>
        </w:rPr>
        <w:t>[20]</w:t>
      </w:r>
    </w:p>
    <w:p>
      <w:r>
        <w:rPr>
          <w:rFonts w:ascii="Gentium Plus" w:hAnsi="Gentium Plus"/>
          <w:sz w:val="24"/>
        </w:rPr>
        <w:t>[αὔρη ζεφυρίη πνείουσα τὰ μὲν φύει, ἄλλα δὲ πέσσει. ἢ παρὰ τὸν ζόφον, ζόφυρος καὶ ζέφυρος· ἐκ γὰρ τοῦ ζόφου ῥέει. ζόφος δὲ καλεῖται ἡ δύσις. οὗτος δὲ καὶ λὶψ καλεῖται.]</w:t>
      </w:r>
    </w:p>
    <w:p>
      <w:r>
        <w:rPr>
          <w:rFonts w:ascii="Courier New" w:hAnsi="Courier New"/>
          <w:color w:val="555555"/>
          <w:sz w:val="20"/>
        </w:rPr>
        <w:t>[25]</w:t>
      </w:r>
    </w:p>
    <w:p>
      <w:r>
        <w:rPr>
          <w:rFonts w:ascii="Gentium Plus" w:hAnsi="Gentium Plus"/>
          <w:sz w:val="24"/>
        </w:rPr>
        <w:t>Ζεβεδαῖος. ὁ τοῦ Ἰωάννου καὶ Ἰακώβου τῶν ἀπο‐</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Ζειά. εἶδος σπέρματος, ἢ ὀλύρα ἢ αἱ κριθαί. [ἀπὸ τοῦ ζέω ζεαὶ καὶ ζειαί· αἱ τοῦ ζῇν αἰτίαι.]</w:t>
      </w:r>
    </w:p>
    <w:p>
      <w:r>
        <w:rPr>
          <w:rFonts w:ascii="Courier New" w:hAnsi="Courier New"/>
          <w:color w:val="555555"/>
          <w:sz w:val="20"/>
        </w:rPr>
        <w:t>[5]</w:t>
      </w:r>
    </w:p>
    <w:p>
      <w:r>
        <w:rPr>
          <w:rFonts w:ascii="Gentium Plus" w:hAnsi="Gentium Plus"/>
          <w:sz w:val="24"/>
        </w:rPr>
        <w:t>Ζείδωρος. ἡ ἀρόσιμος γῆ. ἡ δωρουμένη τὰ πρὸς τὸ ζῇν. [κατὰ τροπὴν τοῦ η εἰς τὴν ει δί‐ φθογγον. ὡς οὐτήσω, ὠτειλή. καὶ ὡς παρὰ τὸ κέκαυται καυτηρὸς καὶ καυστειρός. ἢ παρὰ τὰς ζειὰς ζειόδωρος. ἢ παρὰ τὸ ζέω, ζέει, ζεόδωρος</w:t>
      </w:r>
    </w:p>
    <w:p>
      <w:r>
        <w:rPr>
          <w:rFonts w:ascii="Courier New" w:hAnsi="Courier New"/>
          <w:color w:val="555555"/>
          <w:sz w:val="20"/>
        </w:rPr>
        <w:t>[10]</w:t>
      </w:r>
    </w:p>
    <w:p>
      <w:r>
        <w:rPr>
          <w:rFonts w:ascii="Gentium Plus" w:hAnsi="Gentium Plus"/>
          <w:sz w:val="24"/>
        </w:rPr>
        <w:t>καὶ ἐν συναιρέσει ζείδωρος.] Ζειρά. ἡ ζώνη, ἢ χιτὼν μέχρι τῶν ποδῶν διήκων. [ἢ ζειρὰς τὰς χλαμύδας λέγουσι τινὲς, ἢ χιτῶ‐ νας ἀνακεκωλαμένους, ἢ ἀνακώλους, ἢ μί‐ τρας. οὕτως Ἡρόδοτος.]</w:t>
      </w:r>
    </w:p>
    <w:p>
      <w:r>
        <w:rPr>
          <w:rFonts w:ascii="Courier New" w:hAnsi="Courier New"/>
          <w:color w:val="555555"/>
          <w:sz w:val="20"/>
        </w:rPr>
        <w:t>[15]</w:t>
      </w:r>
    </w:p>
    <w:p>
      <w:r>
        <w:rPr>
          <w:rFonts w:ascii="Gentium Plus" w:hAnsi="Gentium Plus"/>
          <w:sz w:val="24"/>
        </w:rPr>
        <w:t>Ζέλεια. πόλις ἀπὸ Ζέλου τινὸς ὠνομασμένου, ἢ διὰ τὸ τὸν ἥλιον ἐν αὐτῇ λίαν εὐσεβεῖσθαι. Ζεύγλη. τὸ ἄκρον τοῦ ζυγοῦ. παρὰ τὸ ζεύγω, ζεύγλη. [ὡς αἴξω, αἴγλη μετὰ συναιρέσεως.] Ζευξιδία. ἡ Ἥρα.</w:t>
      </w:r>
    </w:p>
    <w:p>
      <w:r>
        <w:rPr>
          <w:rFonts w:ascii="Courier New" w:hAnsi="Courier New"/>
          <w:color w:val="555555"/>
          <w:sz w:val="20"/>
        </w:rPr>
        <w:t>[20]</w:t>
      </w:r>
    </w:p>
    <w:p>
      <w:r>
        <w:rPr>
          <w:rFonts w:ascii="Gentium Plus" w:hAnsi="Gentium Plus"/>
          <w:sz w:val="24"/>
        </w:rPr>
        <w:t>Ζεφυρία. πνοὴ ἡ τοῦ ζεφύρου. [καὶ ζεφύριον πνεῦμα.]</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[Ζευγήσιον. τὸ τοῦ ζευγίτου τέλος. ζευγίσιον δὲ, τόπος, ἰῶτα.]</w:t>
      </w:r>
    </w:p>
    <w:p>
      <w:r>
        <w:rPr>
          <w:rFonts w:ascii="Courier New" w:hAnsi="Courier New"/>
          <w:color w:val="555555"/>
          <w:sz w:val="20"/>
        </w:rPr>
        <w:t>[25]</w:t>
      </w:r>
    </w:p>
    <w:p>
      <w:r>
        <w:rPr>
          <w:rFonts w:ascii="Gentium Plus" w:hAnsi="Gentium Plus"/>
          <w:sz w:val="24"/>
        </w:rPr>
        <w:t>Ζεῦγμα. οὐ τὸ σχοινίον, ἀλλ’ ἡ ἐζευγμένη σχε‐</w:t>
      </w:r>
    </w:p>
    <w:p>
      <w:r>
        <w:rPr>
          <w:rFonts w:ascii="Courier New" w:hAnsi="Courier New"/>
          <w:color w:val="555555"/>
          <w:sz w:val="20"/>
        </w:rPr>
        <w:t>[zeta 955]</w:t>
      </w:r>
    </w:p>
    <w:p>
      <w:r>
        <w:rPr>
          <w:rFonts w:ascii="Gentium Plus" w:hAnsi="Gentium Plus"/>
          <w:sz w:val="24"/>
        </w:rPr>
        <w:t>μοῦ διάβασις ἢ γέφυρα. [ζεύγνυται δὲ Ῥωμαίοις ἀπονώτατα τῶν ποταμῶν τὰ ῥεύματα· ἐπί τε Ἴστρῳ καὶ Ῥήνῳ καὶ Εὐφράτῃ.] Ζεῦγμα καὶ ὄνομα τόπου.</w:t>
      </w:r>
    </w:p>
    <w:p>
      <w:r>
        <w:rPr>
          <w:rFonts w:ascii="Courier New" w:hAnsi="Courier New"/>
          <w:color w:val="555555"/>
          <w:sz w:val="20"/>
        </w:rPr>
        <w:t>[5]</w:t>
      </w:r>
    </w:p>
    <w:p>
      <w:r>
        <w:rPr>
          <w:rFonts w:ascii="Gentium Plus" w:hAnsi="Gentium Plus"/>
          <w:sz w:val="24"/>
        </w:rPr>
        <w:t>Ζεῦγος. παρὰ τὸ ζεύγω. ὡς τεύχω τεῦχος. Ζεῖ. ἀντὶ τοῦ βράζει· δίφθογγον. [ὥσπερ καὶ ῥεῖ ἀντὶ τοῦ ῥέει, καὶ πλεῖ ἀντὶ τοῦ πλέει, καὶ πνεῖ ἀντὶ τοῦ πνέει, κατὰ συναίρεσιν.] Ζέσας θυμῷ. ἐξαφθεὶς τὴν ψυχήν.</w:t>
      </w:r>
    </w:p>
    <w:p>
      <w:r>
        <w:rPr>
          <w:rFonts w:ascii="Courier New" w:hAnsi="Courier New"/>
          <w:color w:val="555555"/>
          <w:sz w:val="20"/>
        </w:rPr>
        <w:t>[10]</w:t>
      </w:r>
    </w:p>
    <w:p>
      <w:r>
        <w:rPr>
          <w:rFonts w:ascii="Gentium Plus" w:hAnsi="Gentium Plus"/>
          <w:sz w:val="24"/>
        </w:rPr>
        <w:t>Ζεύσασθαι. ἀντὶ τοῦ γεύσασθαι. Δωρικῶς. Ζεύξατο. βόας ἢ ἡμιόνους ἑνῶσαι ὑπὸ τὸν αὐ‐ τὸν ζυγόν. καὶ ζεύξειν τὸ πρᾶγμα. [παρὰ τὸ Ζεύς· αὐτὸς γὰρ πρῶτος ἔζευξεν ἡμιόνους ἐπὶ σπορᾷ καρπῶν.]</w:t>
      </w:r>
    </w:p>
    <w:p>
      <w:r>
        <w:rPr>
          <w:rFonts w:ascii="Courier New" w:hAnsi="Courier New"/>
          <w:color w:val="555555"/>
          <w:sz w:val="20"/>
        </w:rPr>
        <w:t>[15]</w:t>
      </w:r>
    </w:p>
    <w:p>
      <w:r>
        <w:rPr>
          <w:rFonts w:ascii="Gentium Plus" w:hAnsi="Gentium Plus"/>
          <w:sz w:val="24"/>
        </w:rPr>
        <w:t>Ζέω καὶ ζῇν. εἴρηται κατὰ μίμησιν τοῦ κατὰ τὰ θερμὰ τῶν ὑδάτων ἤχου. ἢ ἀπὸ τοῦ ζα καὶ τοῦ ἄω τὸ πνέω, ζάω καὶ ζέω.</w:t>
      </w:r>
    </w:p>
    <w:p>
      <w:pPr>
        <w:jc w:val="center"/>
      </w:pPr>
      <w:r>
        <w:rPr>
          <w:rFonts w:ascii="Gentium Plus" w:hAnsi="Gentium Plus"/>
          <w:b/>
          <w:sz w:val="24"/>
        </w:rPr>
        <w:t>Τὸ Ζ μετὰ τοῦ Η.</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Ζήβ. ὄνομα κύριον ἑβραϊκόν. Ζήβηρες. ἔθνος.</w:t>
      </w:r>
    </w:p>
    <w:p>
      <w:r>
        <w:rPr>
          <w:rFonts w:ascii="Courier New" w:hAnsi="Courier New"/>
          <w:color w:val="555555"/>
          <w:sz w:val="20"/>
        </w:rPr>
        <w:t>[zeta 956]</w:t>
      </w:r>
    </w:p>
    <w:p>
      <w:r>
        <w:rPr>
          <w:rFonts w:ascii="Gentium Plus" w:hAnsi="Gentium Plus"/>
          <w:sz w:val="24"/>
        </w:rPr>
        <w:t>Ζηλωτότατον. μακάριον. ζηλωτότατον βίον ἀν‐ θρώπων διδάξεις. Ζηλήμονες. φθονεροί. Ζηλωταί. παρὰ Ἰουδαίοις οἱ τοῦ νόμου φύλακες.</w:t>
      </w:r>
    </w:p>
    <w:p>
      <w:r>
        <w:rPr>
          <w:rFonts w:ascii="Courier New" w:hAnsi="Courier New"/>
          <w:color w:val="555555"/>
          <w:sz w:val="20"/>
        </w:rPr>
        <w:t>[5]</w:t>
      </w:r>
    </w:p>
    <w:p>
      <w:r>
        <w:rPr>
          <w:rFonts w:ascii="Gentium Plus" w:hAnsi="Gentium Plus"/>
          <w:sz w:val="24"/>
        </w:rPr>
        <w:t>Ζῆλος. ἡ μίμησις τοῦ κρείττονος. ἔστι δὲ καὶ ἡ λύπη ἐπὶ τῷ ἕτερον ἐπιτυγχάνειν ὧν αὐτὸς ἐπιθυμεῖ, καὶ οὐ τυγχάνει. ἢ μνήμη δευτέ‐ ρου πρὸς τὸ πρότερον. ἢ ὁ πόθῳ θείῳ κατ’ ἐναντίων ὁπλιζόμενος. ἢ δικαία ἀγανάκτησις,</w:t>
      </w:r>
    </w:p>
    <w:p>
      <w:r>
        <w:rPr>
          <w:rFonts w:ascii="Courier New" w:hAnsi="Courier New"/>
          <w:color w:val="555555"/>
          <w:sz w:val="20"/>
        </w:rPr>
        <w:t>[10]</w:t>
      </w:r>
    </w:p>
    <w:p>
      <w:r>
        <w:rPr>
          <w:rFonts w:ascii="Gentium Plus" w:hAnsi="Gentium Plus"/>
          <w:sz w:val="24"/>
        </w:rPr>
        <w:t>ὡς τό· ὁ ζῆλος τοῦ οἴκου σου κατέφαγέ με. [παρὰ τὸ ζέω καὶ τὸ λίαν γέγονε ζέλος καὶ ζῆλος· ὁ γὰρ ζῆλος θερμός ἐστιν. ἢ παρὰ τὸ ζέειν, ὁ φλεγμαίνειν καὶ ἐκκαίεσθαι τὴν ψυ‐ χὴν ἐμποιῶν. ἢ ὁ ζητῶν πρός τινα ἄλλον ζῆν.</w:t>
      </w:r>
    </w:p>
    <w:p>
      <w:r>
        <w:rPr>
          <w:rFonts w:ascii="Courier New" w:hAnsi="Courier New"/>
          <w:color w:val="555555"/>
          <w:sz w:val="20"/>
        </w:rPr>
        <w:t>[15]</w:t>
      </w:r>
    </w:p>
    <w:p>
      <w:r>
        <w:rPr>
          <w:rFonts w:ascii="Gentium Plus" w:hAnsi="Gentium Plus"/>
          <w:sz w:val="24"/>
        </w:rPr>
        <w:t>Ἡσίοδος· ζηλοῖ δέ τε γείτονι γείτων.] Ζηνόδοτος. Ἐφέσιος, ἐποποιὸς καὶ γραμματικὸς, μαθητὴς Φιλητοῦ, ἐπὶ Πτολεμαίου γεγονὼς τοῦ πρώτου, ὃς καὶ πρῶτος τῶν Ὁμήρου διορθωτὴς</w:t>
      </w:r>
    </w:p>
    <w:p>
      <w:r>
        <w:rPr>
          <w:rFonts w:ascii="Courier New" w:hAnsi="Courier New"/>
          <w:color w:val="555555"/>
          <w:sz w:val="20"/>
        </w:rPr>
        <w:t>[20]</w:t>
      </w:r>
    </w:p>
    <w:p>
      <w:r>
        <w:rPr>
          <w:rFonts w:ascii="Gentium Plus" w:hAnsi="Gentium Plus"/>
          <w:sz w:val="24"/>
        </w:rPr>
        <w:t>ἐγένετο. καὶ τῶν ἐν Ἀλεξανδρείᾳ βιβλιοθηκῶν προὔστη καὶ τοὺς παῖδας Πτολεμαίου ἐπαίδευσε. Ζήτης. ὁ τοῦ Βορέου παῖς.</w:t>
      </w:r>
    </w:p>
    <w:p>
      <w:r>
        <w:rPr>
          <w:rFonts w:ascii="Courier New" w:hAnsi="Courier New"/>
          <w:color w:val="555555"/>
          <w:sz w:val="20"/>
        </w:rPr>
        <w:t>[zeta 957]</w:t>
      </w:r>
    </w:p>
    <w:p>
      <w:r>
        <w:rPr>
          <w:rFonts w:ascii="Gentium Plus" w:hAnsi="Gentium Plus"/>
          <w:sz w:val="24"/>
        </w:rPr>
        <w:t>Ζῆλος. ἡ κίνησις. καὶ εἰ μὴ κατ’ ἐπίγνωσιν ὁ ζῆλος.</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Ζηλοτυπία. ἡ τοῦ ἀνδρὸς κατὰ τῆς γυναικὸς εἰς</w:t>
      </w:r>
    </w:p>
    <w:p>
      <w:r>
        <w:rPr>
          <w:rFonts w:ascii="Courier New" w:hAnsi="Courier New"/>
          <w:color w:val="555555"/>
          <w:sz w:val="20"/>
        </w:rPr>
        <w:t>[5]</w:t>
      </w:r>
    </w:p>
    <w:p>
      <w:r>
        <w:rPr>
          <w:rFonts w:ascii="Gentium Plus" w:hAnsi="Gentium Plus"/>
          <w:sz w:val="24"/>
        </w:rPr>
        <w:t>ἕτερον ἀσελγὴς ὑπόνοια. Ζημία. ἡ τὴν ζωὴν μειοῦσα, τουτέστι τὴν περι‐ ουσίαν. ζωὴ γὰρ ἡ περιουσία. ἢ ἡ τῶν ὄντων πρὸς τὸ ζῇν μείωσις. ἢ παρὰ τὴν ζέσιν τὴν γινομένην ὑπὸ τοῦ θυμοῦ ἐν τῷ ἐκκτείνειν τὰ</w:t>
      </w:r>
    </w:p>
    <w:p>
      <w:r>
        <w:rPr>
          <w:rFonts w:ascii="Courier New" w:hAnsi="Courier New"/>
          <w:color w:val="555555"/>
          <w:sz w:val="20"/>
        </w:rPr>
        <w:t>[10]</w:t>
      </w:r>
    </w:p>
    <w:p>
      <w:r>
        <w:rPr>
          <w:rFonts w:ascii="Gentium Plus" w:hAnsi="Gentium Plus"/>
          <w:sz w:val="24"/>
        </w:rPr>
        <w:t>ἐπαγόμενα. ἢ ζημία στέρησις τῶν ὄντων. Ζηρυνθᾶ. ἡ Ἀφροδίτη. καὶ Ζηρύνθιον, καὶ Ζή‐ ρυνθον ἄντρον, ἐν ᾧ τοὺς κύνας ἔθυον.</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Ζητρεῖον. ὁ κοῦσπος. τὸ τῶν δούλων κολα‐</w:t>
      </w:r>
    </w:p>
    <w:p>
      <w:r>
        <w:rPr>
          <w:rFonts w:ascii="Courier New" w:hAnsi="Courier New"/>
          <w:color w:val="555555"/>
          <w:sz w:val="20"/>
        </w:rPr>
        <w:t>[15]</w:t>
      </w:r>
    </w:p>
    <w:p>
      <w:r>
        <w:rPr>
          <w:rFonts w:ascii="Gentium Plus" w:hAnsi="Gentium Plus"/>
          <w:sz w:val="24"/>
        </w:rPr>
        <w:t>στήριον. ἐκεῖ γὰρ ἐδεσμεύοντο οἱ δοῦλοι. [γίνε‐ ται δὲ ἐκ τοῦ ζα καὶ τοῦ τρέω, τὸ φοβοῦμαι. ζάτρεον καὶ ζητρεῖον, ἐν ᾧ δεῖσθαι τρέουσι. κατὰ τροπὴν τῆς ει διφθόγγου εἰς τὸ ἦτα δωρι‐ κῶς· ὡς τό· πλείων, πλήων· μείων, μήων. εὕ‐</w:t>
      </w:r>
    </w:p>
    <w:p>
      <w:r>
        <w:rPr>
          <w:rFonts w:ascii="Courier New" w:hAnsi="Courier New"/>
          <w:color w:val="555555"/>
          <w:sz w:val="20"/>
        </w:rPr>
        <w:t>[20]</w:t>
      </w:r>
    </w:p>
    <w:p>
      <w:r>
        <w:rPr>
          <w:rFonts w:ascii="Gentium Plus" w:hAnsi="Gentium Plus"/>
          <w:sz w:val="24"/>
        </w:rPr>
        <w:t>ρηται καὶ διὰ τοῦ ἰῶτα συνεσταλμένως, ὡς παρὰ Ἡροδότῳ· ἄγε αὐτὸν εἰς τὸ ζήτριον. ἔστι δὲ χωλίαμβον τὸ μέτρον. τοῦτο δὲ ὁ μὲν Ὦρος ὁ Μιλήσιος προπαροξύνει, ὥσπερ γήτειον, ὁ δὲ Ὠριγένης περισπᾷ, ζητρεῖον.]</w:t>
      </w:r>
    </w:p>
    <w:p>
      <w:r>
        <w:rPr>
          <w:rFonts w:ascii="Courier New" w:hAnsi="Courier New"/>
          <w:color w:val="555555"/>
          <w:sz w:val="20"/>
        </w:rPr>
        <w:t>[25]</w:t>
      </w:r>
    </w:p>
    <w:p>
      <w:r>
        <w:rPr>
          <w:rFonts w:ascii="Gentium Plus" w:hAnsi="Gentium Plus"/>
          <w:sz w:val="24"/>
        </w:rPr>
        <w:t>Ζήτημα. λόγος ἀνθρώπων καὶ διάλεξις ἐπὶ πρά‐</w:t>
      </w:r>
    </w:p>
    <w:p>
      <w:r>
        <w:rPr>
          <w:rFonts w:ascii="Courier New" w:hAnsi="Courier New"/>
          <w:color w:val="555555"/>
          <w:sz w:val="20"/>
        </w:rPr>
        <w:t>[zeta 958]</w:t>
      </w:r>
    </w:p>
    <w:p>
      <w:r>
        <w:rPr>
          <w:rFonts w:ascii="Gentium Plus" w:hAnsi="Gentium Plus"/>
          <w:sz w:val="24"/>
        </w:rPr>
        <w:t>Ζηλώματα. ζηλοτυπίας. κώμους καὶ τὰ νέα ζηλώματα καὶ τὰ πο‐ θούντων κνίσματα.</w:t>
      </w:r>
    </w:p>
    <w:p>
      <w:r>
        <w:rPr>
          <w:rFonts w:ascii="Courier New" w:hAnsi="Courier New"/>
          <w:color w:val="555555"/>
          <w:sz w:val="20"/>
        </w:rPr>
        <w:t>[5]</w:t>
      </w:r>
    </w:p>
    <w:p>
      <w:r>
        <w:rPr>
          <w:rFonts w:ascii="Gentium Plus" w:hAnsi="Gentium Plus"/>
          <w:sz w:val="24"/>
        </w:rPr>
        <w:t>Ζῆτα. τὸ στοιχεῖον, ἀπὸ Ζήτου τοῦ Βορέου, οὗ μέμνηται Ἥλιος. [Ζῆ. ἔστι ῥῆμα ἄω τὸ πνέω. τοῦτο γίνεται κατὰ ἐπίτασιν τῆς ζα συλλαβῆς ζάω, ὡς πλοῦτος, πλουτάω, ζάπλουτος· εἶτα κατὰ συναίρεσιν</w:t>
      </w:r>
    </w:p>
    <w:p>
      <w:r>
        <w:rPr>
          <w:rFonts w:ascii="Courier New" w:hAnsi="Courier New"/>
          <w:color w:val="555555"/>
          <w:sz w:val="20"/>
        </w:rPr>
        <w:t>[10]</w:t>
      </w:r>
    </w:p>
    <w:p>
      <w:r>
        <w:rPr>
          <w:rFonts w:ascii="Gentium Plus" w:hAnsi="Gentium Plus"/>
          <w:sz w:val="24"/>
        </w:rPr>
        <w:t>γίνεται ζῶ. καὶ πάλιν ζάεις, ζάει, καὶ κατὰ κρᾶσιν δωρικὴν τοῦ α εις η ζῇς, ζῇ.] Ζηλώσαντες. μιμησάμενοι. Ζηλοτυπεῖν. τὸ εἰς ἀπέχθειαν ἐληλυθέναι. Ζηλοτυποῦν. Αἰσχίνης ἀντὶ τοῦ μισεῖν.</w:t>
      </w:r>
    </w:p>
    <w:p>
      <w:r>
        <w:rPr>
          <w:rFonts w:ascii="Courier New" w:hAnsi="Courier New"/>
          <w:color w:val="555555"/>
          <w:sz w:val="20"/>
        </w:rPr>
        <w:t>[15]</w:t>
      </w:r>
    </w:p>
    <w:p>
      <w:r>
        <w:rPr>
          <w:rFonts w:ascii="Gentium Plus" w:hAnsi="Gentium Plus"/>
          <w:sz w:val="24"/>
        </w:rPr>
        <w:t>Ζήλου. ἀντὶ τοῦ μιμοῦ. [Σοφοκλῆς· καὶ νῦν τοῦτό γε ζηλοῦν ἔχω.] Ζηλοῦν. τὸ μακαρίζειν. Ζηλοῦν καὶ παραζηλοῦν διαφέρει. παραζη‐ λοῦν γὰρ λέγεται τὸ ἐρεθίζειν καὶ κινεῖν εἰς</w:t>
      </w:r>
    </w:p>
    <w:p>
      <w:r>
        <w:rPr>
          <w:rFonts w:ascii="Courier New" w:hAnsi="Courier New"/>
          <w:color w:val="555555"/>
          <w:sz w:val="20"/>
        </w:rPr>
        <w:t>[20]</w:t>
      </w:r>
    </w:p>
    <w:p>
      <w:r>
        <w:rPr>
          <w:rFonts w:ascii="Gentium Plus" w:hAnsi="Gentium Plus"/>
          <w:sz w:val="24"/>
        </w:rPr>
        <w:t>ζηλοτυπίαν, ὁποῖον τό· αὐτοὶ παρεζήλωσάν με ἐπ’ οὐ θεῷ. τουτέστιν ἐκίνησαν ἐν ἐμοὶ ζῆ‐ λον καὶ οἷον εἰς ὀργήν με ἠρέθισαν εἰδωλολα‐ τροῦντες. ζηλοῦν δέ ἐστι τὸ βουλεύεσθαι καὶ ἑαυτῷ ὑπάρχειν, ὃ παρεῖναι τὸ πέλας νενόμικεν</w:t>
      </w:r>
    </w:p>
    <w:p>
      <w:r>
        <w:rPr>
          <w:rFonts w:ascii="Courier New" w:hAnsi="Courier New"/>
          <w:color w:val="555555"/>
          <w:sz w:val="20"/>
        </w:rPr>
        <w:t>[25]</w:t>
      </w:r>
    </w:p>
    <w:p>
      <w:r>
        <w:rPr>
          <w:rFonts w:ascii="Gentium Plus" w:hAnsi="Gentium Plus"/>
          <w:sz w:val="24"/>
        </w:rPr>
        <w:t>ἀγαθόν. Ζητήσεται. ἀντὶ τοῦ ζητηθήσεται.</w:t>
      </w:r>
    </w:p>
    <w:p>
      <w:r>
        <w:rPr>
          <w:rFonts w:ascii="Courier New" w:hAnsi="Courier New"/>
          <w:color w:val="555555"/>
          <w:sz w:val="20"/>
        </w:rPr>
        <w:t>[zeta 959]</w:t>
      </w:r>
    </w:p>
    <w:p>
      <w:r>
        <w:rPr>
          <w:rFonts w:ascii="Gentium Plus" w:hAnsi="Gentium Plus"/>
          <w:sz w:val="24"/>
        </w:rPr>
        <w:t>μὴ δὲ σὺ ζήτει τι πυθέσθαι. Ζητεύω. πτωχεύω.</w:t>
      </w:r>
    </w:p>
    <w:p>
      <w:pPr>
        <w:jc w:val="center"/>
      </w:pPr>
      <w:r>
        <w:rPr>
          <w:rFonts w:ascii="Gentium Plus" w:hAnsi="Gentium Plus"/>
          <w:b/>
          <w:sz w:val="24"/>
        </w:rPr>
        <w:t>Τὸ Ζ μετὰ τοῦ Ι.</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Ζιποίτης· Ζιήλας· Ζιβύτης. ὀνόματα κύρια. Ζίρης. καὶ κλίνεται ζίρη. Σκυθικὴ φωνή. Ζιφαῖοι. ἔθνος. ἤτοι σκοτεινοί.</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Ζιβύνη. ὁλοσίδηρον ἀκόντιον ἢ σπάθη. τοῦ</w:t>
      </w:r>
    </w:p>
    <w:p>
      <w:r>
        <w:rPr>
          <w:rFonts w:ascii="Courier New" w:hAnsi="Courier New"/>
          <w:color w:val="555555"/>
          <w:sz w:val="20"/>
        </w:rPr>
        <w:t>[10]</w:t>
      </w:r>
    </w:p>
    <w:p>
      <w:r>
        <w:rPr>
          <w:rFonts w:ascii="Gentium Plus" w:hAnsi="Gentium Plus"/>
          <w:sz w:val="24"/>
        </w:rPr>
        <w:t>Ψελλοῦ· ἡ λόγχη δὲ ζιβύνη.</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Ζιγγίβερ. εἶδος ἀρώματος. Ζιζάνιον. εἶδος βοτάνης τὸ ἄνευ σπορᾶς παρα‐ φυόμενον τῷ σίτῳ. παρὰ τὸ σῖτος καὶ τὸ ἱζάνω,</w:t>
      </w:r>
    </w:p>
    <w:p>
      <w:r>
        <w:rPr>
          <w:rFonts w:ascii="Courier New" w:hAnsi="Courier New"/>
          <w:color w:val="555555"/>
          <w:sz w:val="20"/>
        </w:rPr>
        <w:t>[15]</w:t>
      </w:r>
    </w:p>
    <w:p>
      <w:r>
        <w:rPr>
          <w:rFonts w:ascii="Gentium Plus" w:hAnsi="Gentium Plus"/>
          <w:sz w:val="24"/>
        </w:rPr>
        <w:t>τὸ ἐπικαθήμενον τῷ σίτῳ, σιτοϊζάνιον, τὸ τῷ σίτῳ παρεδρεῦον καὶ συναῦξον.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Ζιγνῶ καὶ ζιγνῶσαι. τὸ σκυθρωπῆσαι. Ζέω. τὸ ζητῶ.</w:t>
      </w:r>
    </w:p>
    <w:p>
      <w:pPr>
        <w:jc w:val="center"/>
      </w:pPr>
      <w:r>
        <w:rPr>
          <w:rFonts w:ascii="Gentium Plus" w:hAnsi="Gentium Plus"/>
          <w:b/>
          <w:sz w:val="24"/>
        </w:rPr>
        <w:t>Τὸ Ζ μετὰ τοῦ Ο.</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Ζολιμίηλος. κύριον. Ζοροβάβελ. κύριον. Ζοφοδορπίας. ὁ σκοτεινὸς δεῖπνος. Ζοφώδης. ὁ σκοτεινὸς καὶ ζοφοειδής.</w:t>
      </w:r>
    </w:p>
    <w:p>
      <w:r>
        <w:rPr>
          <w:rFonts w:ascii="Courier New" w:hAnsi="Courier New"/>
          <w:color w:val="555555"/>
          <w:sz w:val="20"/>
        </w:rPr>
        <w:t>[10]</w:t>
      </w:r>
    </w:p>
    <w:p>
      <w:r>
        <w:rPr>
          <w:rFonts w:ascii="Gentium Plus" w:hAnsi="Gentium Plus"/>
          <w:sz w:val="24"/>
        </w:rPr>
        <w:t>Ζόφος. σκότος ἢ ἡ δύσις. παρὰ τὸ νέφος, νό‐ φος, καὶ ἀποβολῇ τοῦ ν ζόφος.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Ζοφομηνία. ὁ σκοτισμὸς τῆς σελήνης ἢ ἔκλειψις. [Ζοφερά. ἡ σκοτεινή.]</w:t>
      </w:r>
    </w:p>
    <w:p>
      <w:r>
        <w:rPr>
          <w:rFonts w:ascii="Courier New" w:hAnsi="Courier New"/>
          <w:color w:val="555555"/>
          <w:sz w:val="20"/>
        </w:rPr>
        <w:t>[15]</w:t>
      </w:r>
    </w:p>
    <w:p>
      <w:r>
        <w:rPr>
          <w:rFonts w:ascii="Gentium Plus" w:hAnsi="Gentium Plus"/>
          <w:sz w:val="24"/>
        </w:rPr>
        <w:t>Ζόαρα. τόπος. Ζόντειον. τόπος.</w:t>
      </w:r>
    </w:p>
    <w:p>
      <w:pPr>
        <w:jc w:val="center"/>
      </w:pPr>
      <w:r>
        <w:rPr>
          <w:rFonts w:ascii="Gentium Plus" w:hAnsi="Gentium Plus"/>
          <w:b/>
          <w:sz w:val="24"/>
        </w:rPr>
        <w:t>Τὸ Ζ μετὰ τοῦ Υ.</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Ζυγός. ὁ νόμος παρὰ τῇ θείᾳ γραφῇ. Ζυγός. τὸ ἅρμα τῶν ἵππων.</w:t>
      </w:r>
    </w:p>
    <w:p>
      <w:r>
        <w:rPr>
          <w:rFonts w:ascii="Courier New" w:hAnsi="Courier New"/>
          <w:color w:val="555555"/>
          <w:sz w:val="20"/>
        </w:rPr>
        <w:t>[5]</w:t>
      </w:r>
    </w:p>
    <w:p>
      <w:r>
        <w:rPr>
          <w:rFonts w:ascii="Gentium Plus" w:hAnsi="Gentium Plus"/>
          <w:sz w:val="24"/>
        </w:rPr>
        <w:t>ἱππείου δὲ ζυγοῦ θεὰ ἥψατο. Ζυγός. ἡ τῆς κιθάρας πῆχυς. [ὡς τό· ἐπὶ δ’ ἀργύρεον ζυγὸν ἦεν. τὸ ζήγιον καὶ ἡ καθέδρα τῶν κωπηλάτων. εἴρηται δὲ ζυγὸς παρὰ τὸ δύο ἄγεσθαι καὶ</w:t>
      </w:r>
    </w:p>
    <w:p>
      <w:r>
        <w:rPr>
          <w:rFonts w:ascii="Courier New" w:hAnsi="Courier New"/>
          <w:color w:val="555555"/>
          <w:sz w:val="20"/>
        </w:rPr>
        <w:t>[10]</w:t>
      </w:r>
    </w:p>
    <w:p>
      <w:r>
        <w:rPr>
          <w:rFonts w:ascii="Gentium Plus" w:hAnsi="Gentium Plus"/>
          <w:sz w:val="24"/>
        </w:rPr>
        <w:t>ἐφέλκεσθαι ὑπ’ αὐτοῦ, δυγὸς, καὶ Δωρικῶς ζυγός· ὡς τό· θερίσδω, θερίζω, ζευκτῆρες, δευκτῆρες.] Ζυγόδεσμος. ὁ ἱμὰς τοῦ ζυγοῦ. Ζύγιος. ὁ ἐνεργῶν ὁμόνοιαν ἀνδρὸς καὶ γυναι‐</w:t>
      </w:r>
    </w:p>
    <w:p>
      <w:r>
        <w:rPr>
          <w:rFonts w:ascii="Courier New" w:hAnsi="Courier New"/>
          <w:color w:val="555555"/>
          <w:sz w:val="20"/>
        </w:rPr>
        <w:t>[15]</w:t>
      </w:r>
    </w:p>
    <w:p>
      <w:r>
        <w:rPr>
          <w:rFonts w:ascii="Gentium Plus" w:hAnsi="Gentium Plus"/>
          <w:sz w:val="24"/>
        </w:rPr>
        <w:t>κὸς, ἤγουν συζυγίαν. Ζύθος. ὁ ἀπὸ κριθῆς οἶνος. Ζυγίτης. ὁ καθήμενος ἐν τῇ νηῒ μέσος.</w:t>
      </w:r>
    </w:p>
    <w:p>
      <w:r>
        <w:rPr>
          <w:rFonts w:ascii="Courier New" w:hAnsi="Courier New"/>
          <w:color w:val="555555"/>
          <w:sz w:val="20"/>
        </w:rPr>
        <w:t>[zeta 962]</w:t>
      </w:r>
    </w:p>
    <w:p>
      <w:r>
        <w:rPr>
          <w:rFonts w:ascii="Gentium Plus" w:hAnsi="Gentium Plus"/>
          <w:sz w:val="24"/>
        </w:rPr>
        <w:t>Ζύγιοι ἵπποι. οἱ ὑποβαλλόμενοι τῷ τοῦ ἅρμα‐ τος ζυγῷ, τουτέστι ὁ μέσος ἀριστερὸς, ὁ μέσος δεξιός.</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Ζύμη. τὸ συμπεφὲν σταῖς εἰς ὄπτησιν. παρὰ τὸ ζέω ζύμη, ὡς οὖσα οἶμος καὶ ὁδὸς τῆς ζωῆς. Ζύγαινα. εἶδος ἰχθύος. Ζυγία. ἡ Ἥρα.</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Ζύγωθρον. ὁ συνέχων τὰς δύο θύρας μοχλός. Ζύγαστρον. κιβωτός· κυρίως δὲ ἡ ξυλίνη σορός. [Σοφοκλῆς· ξύλῳ ζυγάστρῳ. παρὰ τὸ ἐζυγῶσθαι τὰς σανίδας. καὶ Ξενο‐</w:t>
      </w:r>
    </w:p>
    <w:p>
      <w:r>
        <w:rPr>
          <w:rFonts w:ascii="Courier New" w:hAnsi="Courier New"/>
          <w:color w:val="555555"/>
          <w:sz w:val="20"/>
        </w:rPr>
        <w:t>[15]</w:t>
      </w:r>
    </w:p>
    <w:p>
      <w:r>
        <w:rPr>
          <w:rFonts w:ascii="Gentium Plus" w:hAnsi="Gentium Plus"/>
          <w:sz w:val="24"/>
        </w:rPr>
        <w:t>φῶν· τὰ δὲ ἄλλα χρήματα παραδεχομένους ἐν ζυγάστροις κομίζειν, ἵνα, ὅπῃ καιρὸς εἴη, δια‐ λαμβάνοιεν ἕκαστος τὰ ἄξια.] παρὰ Δελφοῖς δὲ ζύγαστρον καλεῖται τὸ γραμματοφυλακεῖον. ἐκ</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Ζυγοφορούμενα. ἐν ζυγῷ σταθμιζόμενα. Ζυγομαχεῖν. τὸ τοῖς οἰκείοις διαφέρεσθαι ἢ στασιάζειν ἢ μάχεσθαι. μετῆκται ἡ λέξις ἀπὸ</w:t>
      </w:r>
    </w:p>
    <w:p>
      <w:r>
        <w:rPr>
          <w:rFonts w:ascii="Courier New" w:hAnsi="Courier New"/>
          <w:color w:val="555555"/>
          <w:sz w:val="20"/>
        </w:rPr>
        <w:t>[5]</w:t>
      </w:r>
    </w:p>
    <w:p>
      <w:r>
        <w:rPr>
          <w:rFonts w:ascii="Gentium Plus" w:hAnsi="Gentium Plus"/>
          <w:sz w:val="24"/>
        </w:rPr>
        <w:t>τῆς τῶν βοῶν πρὸς ἀλλήλους μάχης. Ζυγεῖν. τὸ ἐπ’ εὐθείας κεῖσθαι τῷ κατὰ βάθος στίχῳ. τοῦτο γὰρ καὶ κυρίως λέγεται στίχος. Ζυγώθρησον. συνάρμοσον. σύμπηξον. ἴσωσον. ζυγοστάτησον. ἀναζυγοῦν δὲ τὸ ἔξωθεν ἀνοί‐</w:t>
      </w:r>
    </w:p>
    <w:p>
      <w:r>
        <w:rPr>
          <w:rFonts w:ascii="Courier New" w:hAnsi="Courier New"/>
          <w:color w:val="555555"/>
          <w:sz w:val="20"/>
        </w:rPr>
        <w:t>[10]</w:t>
      </w:r>
    </w:p>
    <w:p>
      <w:r>
        <w:rPr>
          <w:rFonts w:ascii="Gentium Plus" w:hAnsi="Gentium Plus"/>
          <w:sz w:val="24"/>
        </w:rPr>
        <w:t>γειν τὴν θύραν. Ζυγῶσαι. τὸ ζεῦξαι. [ζυγώσας εὐσθενεστάτῳ θράσει ταύρους.] Ζυγάδην. συνεζευγμένως.</w:t>
      </w:r>
    </w:p>
    <w:p>
      <w:pPr>
        <w:jc w:val="center"/>
      </w:pPr>
      <w:r>
        <w:rPr>
          <w:rFonts w:ascii="Gentium Plus" w:hAnsi="Gentium Plus"/>
          <w:b/>
          <w:sz w:val="24"/>
        </w:rPr>
        <w:t>Τὸ Ζ μετὰ τοῦ Ω.</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Ζωηρός. ὁ ζῶν, ἢ ὁ παρέχων ζωήν. Ζωΐλος. οὗτος Ἀμφιπολίτης ἐστί· πόλις δὲ Μα‐ κεδονίας Ἀμφίπολις. οὗτος ὁ Ζωΐλος ἐπεκλήθη</w:t>
      </w:r>
    </w:p>
    <w:p>
      <w:r>
        <w:rPr>
          <w:rFonts w:ascii="Courier New" w:hAnsi="Courier New"/>
          <w:color w:val="555555"/>
          <w:sz w:val="20"/>
        </w:rPr>
        <w:t>[zeta 964]</w:t>
      </w:r>
    </w:p>
    <w:p>
      <w:r>
        <w:rPr>
          <w:rFonts w:ascii="Gentium Plus" w:hAnsi="Gentium Plus"/>
          <w:sz w:val="24"/>
        </w:rPr>
        <w:t>Ζωμὸς μέλας. ἡ λεγομένη αἱματίς. κυρίως δὲ ζωμὸς τὸ ἐπὶ τοῖς κρέασι τῶν ζώων ἄρτυμα. Ζωροπόται. ἀκρατοπόται. Ζωροάστρης. ἀστρονόμος. [οὗτος ἐπὶ Νίνου βα‐</w:t>
      </w:r>
    </w:p>
    <w:p>
      <w:r>
        <w:rPr>
          <w:rFonts w:ascii="Courier New" w:hAnsi="Courier New"/>
          <w:color w:val="555555"/>
          <w:sz w:val="20"/>
        </w:rPr>
        <w:t>[5]</w:t>
      </w:r>
    </w:p>
    <w:p>
      <w:r>
        <w:rPr>
          <w:rFonts w:ascii="Gentium Plus" w:hAnsi="Gentium Plus"/>
          <w:sz w:val="24"/>
        </w:rPr>
        <w:t>σιλέως Ἀσσυρίων ἦν· ὅστις ηὔξατο ὑπὸ πυρὸς οὐρανίου τελευτῆσαι, παρεγγυήσας Ἀσσυρίοις τὴν τέφραν αὐτοῦ φυλάττειν· οὕτω γὰρ αὐτοῖς ἡ βασιλεία οὐκ ἐκλείψει διαπαντός. ὅπερ μέ‐ χρι νῦν πεφύλακται παρ’ αὐτοῖς.]</w:t>
      </w:r>
    </w:p>
    <w:p>
      <w:r>
        <w:rPr>
          <w:rFonts w:ascii="Courier New" w:hAnsi="Courier New"/>
          <w:color w:val="555555"/>
          <w:sz w:val="20"/>
        </w:rPr>
        <w:t>[10]</w:t>
      </w:r>
    </w:p>
    <w:p>
      <w:r>
        <w:rPr>
          <w:rFonts w:ascii="Gentium Plus" w:hAnsi="Gentium Plus"/>
          <w:sz w:val="24"/>
        </w:rPr>
        <w:t>Ζωρομάσδρης. Χαλδαῖος σοφὸς, ὃς ἔγραψε μα‐ θηματικὰ καὶ φυσικά. Ζωσιμᾶς· Ζώσιμος. ὀνόματα κύρια. Ζωστήρ. ᾧ ἐπάνω τοῦ θώρακος χρῶνται.</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Ζωβία. κύριον. Ζωή. συμπλοκὴ ψυχῆς μετὰ σώματος ἢ παρατή‐ ρησις καὶ μονὴ τῶν ὄντων. *καὶ ἡ κτῆσις μόνη τῶν ὄντων*, καὶ ἡ κτῆσις καὶ ἡ οὐσία. ἢ ζωή ἐστιν ἡ ἐκ τοῦ μὴ ὄντος εἰς τὸ εἶναι δημιουρ‐</w:t>
      </w:r>
    </w:p>
    <w:p>
      <w:r>
        <w:rPr>
          <w:rFonts w:ascii="Courier New" w:hAnsi="Courier New"/>
          <w:color w:val="555555"/>
          <w:sz w:val="20"/>
        </w:rPr>
        <w:t>[20]</w:t>
      </w:r>
    </w:p>
    <w:p>
      <w:r>
        <w:rPr>
          <w:rFonts w:ascii="Gentium Plus" w:hAnsi="Gentium Plus"/>
          <w:sz w:val="24"/>
        </w:rPr>
        <w:t>γία τοῦ κτίσαντος· ἢ ἀληθῶς ἀρετὴ ἑκούσιος</w:t>
      </w:r>
    </w:p>
    <w:p>
      <w:r>
        <w:rPr>
          <w:rFonts w:ascii="Courier New" w:hAnsi="Courier New"/>
          <w:color w:val="555555"/>
          <w:sz w:val="20"/>
        </w:rPr>
        <w:t>[zeta 965]</w:t>
      </w:r>
    </w:p>
    <w:p>
      <w:r>
        <w:rPr>
          <w:rFonts w:ascii="Gentium Plus" w:hAnsi="Gentium Plus"/>
          <w:sz w:val="24"/>
        </w:rPr>
        <w:t>ραστος· ἢ τὸ ἐκ τοῦ μὴ ὄντος εἰς τὴν παροῦσαν ζωὴν ἐληλυθός. διαφέρει δὲ ζωὴ ψυχῆς· ζῇ γὰρ καὶ τὰ φυτά. Ζωμήρυσις. μαγειρικὸν ἐργαλεῖόν τι. [ἢ τὸ</w:t>
      </w:r>
    </w:p>
    <w:p>
      <w:r>
        <w:rPr>
          <w:rFonts w:ascii="Courier New" w:hAnsi="Courier New"/>
          <w:color w:val="555555"/>
          <w:sz w:val="20"/>
        </w:rPr>
        <w:t>[5]</w:t>
      </w:r>
    </w:p>
    <w:p>
      <w:r>
        <w:rPr>
          <w:rFonts w:ascii="Gentium Plus" w:hAnsi="Gentium Plus"/>
          <w:sz w:val="24"/>
        </w:rPr>
        <w:t>κοχλιάριον. ζωμήρυσίν τε τὴν λίπους ἀφρολόγον.] Ζωμαλμή. κύριον. Ζώνη. τὸ τοῦ σώματος μέρος. [εἴρηται παρὰ τὸ ζῶ. ἐν ᾧ μάλιστα τὸ τοῦ ζώου ἐστὶ δεκτικὸν καὶ</w:t>
      </w:r>
    </w:p>
    <w:p>
      <w:r>
        <w:rPr>
          <w:rFonts w:ascii="Courier New" w:hAnsi="Courier New"/>
          <w:color w:val="555555"/>
          <w:sz w:val="20"/>
        </w:rPr>
        <w:t>[10]</w:t>
      </w:r>
    </w:p>
    <w:p>
      <w:r>
        <w:rPr>
          <w:rFonts w:ascii="Gentium Plus" w:hAnsi="Gentium Plus"/>
          <w:sz w:val="24"/>
        </w:rPr>
        <w:t>τὸ ζωτικόν. ζώνη ὁμωνύμως καὶ τὸ περὶ αὐτὴν ὕφασμα, ὡς καὶ θώραξ τὸ μέρος καὶ τὸ περιτι‐ θέμενον ὅπλον. ἢ παρὰ τὸ δεῖν δώνη καὶ ζώνη ἡ περιδεομένη. τὰ δὲ παρ’ αὐτῆς συγκείμενα διὰ τοῦ ω μεγάλου γράφονται. οἷον· ἄζωνος,</w:t>
      </w:r>
    </w:p>
    <w:p>
      <w:r>
        <w:rPr>
          <w:rFonts w:ascii="Courier New" w:hAnsi="Courier New"/>
          <w:color w:val="555555"/>
          <w:sz w:val="20"/>
        </w:rPr>
        <w:t>[15]</w:t>
      </w:r>
    </w:p>
    <w:p>
      <w:r>
        <w:rPr>
          <w:rFonts w:ascii="Gentium Plus" w:hAnsi="Gentium Plus"/>
          <w:sz w:val="24"/>
        </w:rPr>
        <w:t>βαθύζωνος, χρυσόζωνος. ζώνη καὶ ἡ δύναμις τροπικῶς, ἐπειδὴ ὁ ἐσταλμένος εὐσταλέστερός ἐστι πρὸς τὴν πρᾶξιν.] ζώνη καὶ τὸ ἀξίωμα. ἀναζητουμένης τῆς βασιλίδος ὠθεῖσθαι οὐ μό‐ νον ἰδιώτας, ἀλλὰ καὶ τοὺς ὑπὸ ζώνην. ζώνη παρ’</w:t>
      </w:r>
    </w:p>
    <w:p>
      <w:r>
        <w:rPr>
          <w:rFonts w:ascii="Courier New" w:hAnsi="Courier New"/>
          <w:color w:val="555555"/>
          <w:sz w:val="20"/>
        </w:rPr>
        <w:t>[20]</w:t>
      </w:r>
    </w:p>
    <w:p>
      <w:r>
        <w:rPr>
          <w:rFonts w:ascii="Gentium Plus" w:hAnsi="Gentium Plus"/>
          <w:sz w:val="24"/>
        </w:rPr>
        <w:t>Ἡροδότῳ τὸ πορφυροῦν ἱμάτιον. ζῶναι ἐπὶ γῆς πάντες βόρειος ὑπὲρ τὸν ἀρκτικὸν κύκλον, ἀοίκητος διὰ ψύχος, εὔκρατος καύματος ἡ λεγο‐ μένη διακεκαυμένη· ἀντεύκρατος νότιος, ἀοίκη‐</w:t>
      </w:r>
    </w:p>
    <w:p>
      <w:r>
        <w:rPr>
          <w:rFonts w:ascii="Courier New" w:hAnsi="Courier New"/>
          <w:color w:val="555555"/>
          <w:sz w:val="20"/>
        </w:rPr>
        <w:t>[zeta 966]</w:t>
      </w:r>
    </w:p>
    <w:p>
      <w:r>
        <w:rPr>
          <w:rFonts w:ascii="Gentium Plus" w:hAnsi="Gentium Plus"/>
          <w:sz w:val="24"/>
        </w:rPr>
        <w:t>Ζωοδότειρα. ἡ παρέχουσα τὸ ζῇν. Ζώσας. ἐναργεστέρας, οὐκ ἀπολλυμένας. Ζώνη. τὸ μέρος τοῦ σώματος, ἐν ᾧ μάλιστα τὸ τοῦ ζώου ζωτικόν. τοῦτο δέ ἐστιν ἐν τῷ στή‐</w:t>
      </w:r>
    </w:p>
    <w:p>
      <w:r>
        <w:rPr>
          <w:rFonts w:ascii="Courier New" w:hAnsi="Courier New"/>
          <w:color w:val="555555"/>
          <w:sz w:val="20"/>
        </w:rPr>
        <w:t>[5]</w:t>
      </w:r>
    </w:p>
    <w:p>
      <w:r>
        <w:rPr>
          <w:rFonts w:ascii="Gentium Plus" w:hAnsi="Gentium Plus"/>
          <w:sz w:val="24"/>
        </w:rPr>
        <w:t>θει. καὶ ἡ συνήθης ζώνη, καὶ ὁ συνουσιασμός. ὡς τό· λύσατο δὲ παρθενίην ζώνην.</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Ζωαρκές. τὸ πρὸς ζωὴν ἀρκοῦν.</w:t>
      </w:r>
    </w:p>
    <w:p>
      <w:r>
        <w:rPr>
          <w:rFonts w:ascii="Courier New" w:hAnsi="Courier New"/>
          <w:color w:val="555555"/>
          <w:sz w:val="20"/>
        </w:rPr>
        <w:t>[10]</w:t>
      </w:r>
    </w:p>
    <w:p>
      <w:r>
        <w:rPr>
          <w:rFonts w:ascii="Gentium Plus" w:hAnsi="Gentium Plus"/>
          <w:sz w:val="24"/>
        </w:rPr>
        <w:t>Ζωάγρια. τὰ τῆς ζωῆς χαριστήρια. καὶ ζώγρια, δι’ ὧν λύτρων τὸ ζῇν περιγίνεται. Προκό‐ πιος· τῷ Χοσρόῃ ζώγρια δόντες τὴν πόλιν καὶ σφᾶς αὐτοὺς διεσώσαντο. Ζωγρεῖον. εἶδος σπυρίδος.</w:t>
      </w:r>
    </w:p>
    <w:p>
      <w:r>
        <w:rPr>
          <w:rFonts w:ascii="Courier New" w:hAnsi="Courier New"/>
          <w:color w:val="555555"/>
          <w:sz w:val="20"/>
        </w:rPr>
        <w:t>[15]</w:t>
      </w:r>
    </w:p>
    <w:p>
      <w:r>
        <w:rPr>
          <w:rFonts w:ascii="Gentium Plus" w:hAnsi="Gentium Plus"/>
          <w:sz w:val="24"/>
        </w:rPr>
        <w:t>Ζώδιον. τὸ μικρὸν ζῶον. Ζῶμα. τὸν χιτῶνα, ἀπὸ τοῦ ζώννυσθαι. ἄλλοι τὸν θώρακα. οἱ δὲ κυρίως ζῶμα τὴν εἰρήνην. Ζώντειον. τὸ τῶν οἰκετῶν κολαστήριον. Ζώπυρα. φυσητῆρες. ὅθεν οἱ χαλκεῖς τὸ πῦρ</w:t>
      </w:r>
    </w:p>
    <w:p>
      <w:r>
        <w:rPr>
          <w:rFonts w:ascii="Courier New" w:hAnsi="Courier New"/>
          <w:color w:val="555555"/>
          <w:sz w:val="20"/>
        </w:rPr>
        <w:t>[20]</w:t>
      </w:r>
    </w:p>
    <w:p>
      <w:r>
        <w:rPr>
          <w:rFonts w:ascii="Gentium Plus" w:hAnsi="Gentium Plus"/>
          <w:sz w:val="24"/>
        </w:rPr>
        <w:t>φυσῶσι. Ζώπυρον. πεπυρακτωμένον, ἔνθερμον. Ζῷον. οὐσία ἔμψυχος αἰθητική. ἢ ζῶον ἐστὶ τὸ κατὰ παντὸς γένους νοεροῦ ἐμψύχου αἰσθητικοῦ κα‐</w:t>
      </w:r>
    </w:p>
    <w:p>
      <w:r>
        <w:rPr>
          <w:rFonts w:ascii="Courier New" w:hAnsi="Courier New"/>
          <w:color w:val="555555"/>
          <w:sz w:val="20"/>
        </w:rPr>
        <w:t>[zeta 967]</w:t>
      </w:r>
    </w:p>
    <w:p>
      <w:r>
        <w:rPr>
          <w:rFonts w:ascii="Gentium Plus" w:hAnsi="Gentium Plus"/>
          <w:sz w:val="24"/>
        </w:rPr>
        <w:t>ἐν αἰσθήσεσι πρὸς φύσιν λαχόντων τὴν ὕπαρξιν. ἢ τὸ ἔχον κατάλληλον τῇ φύσει καὶ τὴν ὄρεξιν, δι’ ἧς τὸ ἐμμόνιμον καὶ χρήσιμον συνεπάγεται. ἢ τὸ ἔχον ἐν ἑαυτῷ φυσικῶς τὴν πρὸς τὸ ὠφε‐</w:t>
      </w:r>
    </w:p>
    <w:p>
      <w:r>
        <w:rPr>
          <w:rFonts w:ascii="Courier New" w:hAnsi="Courier New"/>
          <w:color w:val="555555"/>
          <w:sz w:val="20"/>
        </w:rPr>
        <w:t>[5]</w:t>
      </w:r>
    </w:p>
    <w:p>
      <w:r>
        <w:rPr>
          <w:rFonts w:ascii="Gentium Plus" w:hAnsi="Gentium Plus"/>
          <w:sz w:val="24"/>
        </w:rPr>
        <w:t>λοῦν στοργὴν καὶ ἐπιῤῥέπειαν. ζῷον παρὰ τὸ ζῶ, ἢ ἀπὸ τῆς ζωῆς. γράφεται δὲ διὰ τοῦ ι, ἐπειδὴ εὕρηται κατὰ διάστασιν, ὡς παρὰ Σιμω‐ νίδῃ. φησὶ γάρ· τὸ δ’ ἡμῖν ἑρπετὸν παρέπτατο ζώϊον κά‐</w:t>
      </w:r>
    </w:p>
    <w:p>
      <w:r>
        <w:rPr>
          <w:rFonts w:ascii="Courier New" w:hAnsi="Courier New"/>
          <w:color w:val="555555"/>
          <w:sz w:val="20"/>
        </w:rPr>
        <w:t>[10]</w:t>
      </w:r>
    </w:p>
    <w:p>
      <w:r>
        <w:rPr>
          <w:rFonts w:ascii="Gentium Plus" w:hAnsi="Gentium Plus"/>
          <w:sz w:val="24"/>
        </w:rPr>
        <w:t>κιστον. καὶ διὰ τὸν χαρακτῆρα τὸν διὰ τοῦ ωον· τὰ γὰρ διὰ τοῦ ωον οὐδέτερα μονογενῆ θέλουσιν ἔχειν πάντοτε τὸ ι. οἷον· Πτῷον, ὄνομα ὄρους, περι‐ στῷον, προστῷον, ὑπερῷον. οὕτως οὖν τὸ ζῶον</w:t>
      </w:r>
    </w:p>
    <w:p>
      <w:r>
        <w:rPr>
          <w:rFonts w:ascii="Courier New" w:hAnsi="Courier New"/>
          <w:color w:val="555555"/>
          <w:sz w:val="20"/>
        </w:rPr>
        <w:t>[15]</w:t>
      </w:r>
    </w:p>
    <w:p>
      <w:r>
        <w:rPr>
          <w:rFonts w:ascii="Gentium Plus" w:hAnsi="Gentium Plus"/>
          <w:sz w:val="24"/>
        </w:rPr>
        <w:t>σὺν τῷ ἰῶτα. Ζώγρια λαβεῖν. ἀντὶ τοῦ ζῶντα λαβεῖν, κρα‐ τῆσαι. οἱ δὲ γενόμενοι ζώγρια κύριοι τοῦ στρατοῦ τοῦτον ἐσταύρωσαν. Ζωρόν. τὸ ζωτικόν. καὶ ζωρότερον, ἀκρατότερον.</w:t>
      </w:r>
    </w:p>
    <w:p>
      <w:r>
        <w:rPr>
          <w:rFonts w:ascii="Courier New" w:hAnsi="Courier New"/>
          <w:color w:val="555555"/>
          <w:sz w:val="20"/>
        </w:rPr>
        <w:t>[20]</w:t>
      </w:r>
    </w:p>
    <w:p>
      <w:r>
        <w:rPr>
          <w:rFonts w:ascii="Gentium Plus" w:hAnsi="Gentium Plus"/>
          <w:sz w:val="24"/>
        </w:rPr>
        <w:t>[ζωρὸν κεράσας ἰσοχειλέα— καὶ Ὅμηρος εἰπών· ζωρότερον] κέραιε. διαφορᾶς κράσεων λέγει, ὡς μίγματος τινὸς στρεμνίους ποιοῦντος τοὺς πίνοντας. [ἀπὸ τοῦ</w:t>
      </w:r>
    </w:p>
    <w:p>
      <w:r>
        <w:rPr>
          <w:rFonts w:ascii="Courier New" w:hAnsi="Courier New"/>
          <w:color w:val="555555"/>
          <w:sz w:val="20"/>
        </w:rPr>
        <w:t>[25]</w:t>
      </w:r>
    </w:p>
    <w:p>
      <w:r>
        <w:rPr>
          <w:rFonts w:ascii="Gentium Plus" w:hAnsi="Gentium Plus"/>
          <w:sz w:val="24"/>
        </w:rPr>
        <w:t>ζῇν ζωότερον, καὶ πλεονασμῷ τοῦ ρ ζωρότερον,</w:t>
      </w:r>
    </w:p>
    <w:p>
      <w:r>
        <w:rPr>
          <w:rFonts w:ascii="Courier New" w:hAnsi="Courier New"/>
          <w:color w:val="555555"/>
          <w:sz w:val="20"/>
        </w:rPr>
        <w:t>[zeta 968]</w:t>
      </w:r>
    </w:p>
    <w:p>
      <w:r>
        <w:rPr>
          <w:rFonts w:ascii="Gentium Plus" w:hAnsi="Gentium Plus"/>
          <w:sz w:val="24"/>
        </w:rPr>
        <w:t>μότατός ἐστιν. ἀπὸ δὲ τούτου τὸ ἀκρατότερον ἐμφαίνει καὶ ἰσχυρόν. ἢ παρὰ τὸ ζα καὶ τὸν ὦρον, ὃ σημαίνει τὸν ἐνιαυτόν· ζαωρὸς ὁ πολυε‐ τὴς καὶ παλαιὸς οἶνος καὶ εὔποτος παρὰ τὸν</w:t>
      </w:r>
    </w:p>
    <w:p>
      <w:r>
        <w:rPr>
          <w:rFonts w:ascii="Courier New" w:hAnsi="Courier New"/>
          <w:color w:val="555555"/>
          <w:sz w:val="20"/>
        </w:rPr>
        <w:t>[5]</w:t>
      </w:r>
    </w:p>
    <w:p>
      <w:r>
        <w:rPr>
          <w:rFonts w:ascii="Gentium Plus" w:hAnsi="Gentium Plus"/>
          <w:sz w:val="24"/>
        </w:rPr>
        <w:t>νέον. Ζώστειον. τόπος. Ζώστρειον. τόπος. [Ζώτειον. ὁ μύλος, ὅπου αἱ ζειαὶ κόπτονται.] Ζώστρα. ἐνδύματα τινὰ ἀνδρῶν. οἷον χιτῶνας βαθεῖς, οἷς ζώννυται ἡ ζώνη.</w:t>
      </w:r>
    </w:p>
    <w:p>
      <w:r>
        <w:rPr>
          <w:rFonts w:ascii="Courier New" w:hAnsi="Courier New"/>
          <w:color w:val="555555"/>
          <w:sz w:val="20"/>
        </w:rPr>
        <w:t>[10]</w:t>
      </w:r>
    </w:p>
    <w:p>
      <w:r>
        <w:rPr>
          <w:rFonts w:ascii="Gentium Plus" w:hAnsi="Gentium Plus"/>
          <w:sz w:val="24"/>
        </w:rPr>
        <w:t>Ζωΰφια. τὰ μικρὰ ζῶα, ἤτοι κνώδαλα ἢ πτηνά.</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Ζώγρει. ζῶντα φύλασσε. [οἷον· ζώγρει, Ἀτρέως υἱέ— παρὰ τὸ ζῶ καὶ τὸ ἀγρεύειν. ὁ τὰ ζῶντα</w:t>
      </w:r>
    </w:p>
    <w:p>
      <w:r>
        <w:rPr>
          <w:rFonts w:ascii="Courier New" w:hAnsi="Courier New"/>
          <w:color w:val="555555"/>
          <w:sz w:val="20"/>
        </w:rPr>
        <w:t>[15]</w:t>
      </w:r>
    </w:p>
    <w:p>
      <w:r>
        <w:rPr>
          <w:rFonts w:ascii="Gentium Plus" w:hAnsi="Gentium Plus"/>
          <w:sz w:val="24"/>
        </w:rPr>
        <w:t>ἀγρεύων. καὶ ζωγρεῖ ἀντὶ τοῦ ζῶντας λαμ‐ βάνει.] Ζώεσκον. ἀντὶ τοῦ ἐπλούτουν. ἐγὼν ἔτι ζώεσκον. Ζώῃ. εὐκτικῶς. Ζώννυσθαι. καθοπλίζεσθαι.</w:t>
      </w:r>
    </w:p>
    <w:p>
      <w:r>
        <w:rPr>
          <w:rFonts w:ascii="Courier New" w:hAnsi="Courier New"/>
          <w:color w:val="555555"/>
          <w:sz w:val="20"/>
        </w:rPr>
        <w:t>[20]</w:t>
      </w:r>
    </w:p>
    <w:p>
      <w:r>
        <w:rPr>
          <w:rFonts w:ascii="Gentium Plus" w:hAnsi="Gentium Plus"/>
          <w:sz w:val="24"/>
        </w:rPr>
        <w:t>Ζωπυρεῖ. ἀναζῇν ποιεῖ. καὶ ἀντὶ τοῦ ἐκκαίει. καὶ ζωπυρῆσαι λέγουσιν οἱ Ἀττικοὶ τὸ ἀνα‐ θάλψαι. κυρίως δὲ ζωπυρῆσαι ἐστὶ τὸ ἐκ μι‐ κροῦ σπινθῆρος φυσῶντα μεγάλην φλόγα ἀνά‐ ψαι. λέγεται δὲ καὶ ἐπὶ πολέμου. καὶ ζωπυρή‐</w:t>
      </w:r>
    </w:p>
    <w:p>
      <w:r>
        <w:rPr>
          <w:rFonts w:ascii="Courier New" w:hAnsi="Courier New"/>
          <w:color w:val="555555"/>
          <w:sz w:val="20"/>
        </w:rPr>
        <w:t>[25]</w:t>
      </w:r>
    </w:p>
    <w:p>
      <w:r>
        <w:rPr>
          <w:rFonts w:ascii="Gentium Plus" w:hAnsi="Gentium Plus"/>
          <w:sz w:val="24"/>
        </w:rPr>
        <w:t>σεις ἀντὶ τοῦ ἀνεγερεῖς. [εἰ μὴ τῷ θεῷ ζωπυ‐</w:t>
      </w:r>
    </w:p>
    <w:p>
      <w:r>
        <w:rPr>
          <w:rFonts w:ascii="Courier New" w:hAnsi="Courier New"/>
          <w:color w:val="555555"/>
          <w:sz w:val="20"/>
        </w:rPr>
        <w:t>[zeta 969]</w:t>
      </w:r>
    </w:p>
    <w:p>
      <w:r>
        <w:rPr>
          <w:rFonts w:ascii="Gentium Plus" w:hAnsi="Gentium Plus"/>
          <w:sz w:val="24"/>
        </w:rPr>
        <w:t>ρήσεις,] λύσω τὸν ἐμαυτῆς υἱὸν καὶ ποιήσω τή‐ μερον τοὺς δημότας βωστρεῖν. ὅ ἐστι βοᾷν, καλεῖν, κράζειν.</w:t>
      </w:r>
    </w:p>
    <w:p>
      <w:r>
        <w:rPr>
          <w:rFonts w:ascii="Courier New" w:hAnsi="Courier New"/>
          <w:color w:val="555555"/>
          <w:sz w:val="20"/>
        </w:rPr>
        <w:t>[zeta 970]</w:t>
      </w:r>
    </w:p>
    <w:p>
      <w:r>
        <w:rPr>
          <w:rFonts w:ascii="Gentium Plus" w:hAnsi="Gentium Plus"/>
          <w:sz w:val="24"/>
        </w:rPr>
        <w:t>Ζωτεῖσθαι. τὸ ζωογονεῖσθαι. Ζωώσας. ζωοποιήσας. Ζώων. ἀντὶ τοῦ ζῶν.</w:t>
      </w:r>
    </w:p>
    <w:p>
      <w:pPr>
        <w:jc w:val="center"/>
      </w:pPr>
      <w:r>
        <w:rPr>
          <w:rFonts w:ascii="Gentium Plus" w:hAnsi="Gentium Plus"/>
          <w:b/>
          <w:sz w:val="24"/>
        </w:rPr>
        <w:t>Η.</w:t>
      </w:r>
    </w:p>
    <w:p>
      <w:pPr>
        <w:jc w:val="center"/>
      </w:pPr>
      <w:r>
        <w:rPr>
          <w:rFonts w:ascii="Gentium Plus" w:hAnsi="Gentium Plus"/>
          <w:b/>
          <w:sz w:val="24"/>
        </w:rPr>
        <w:t>Τὸ Η μετὰ τοῦ Α.</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Ἠᾶτο. ἐκαθέζετο. Ἦια. ἦλθον. ἐπορευόμην. †ᾖα, τὸ ἐπορευό‐</w:t>
      </w:r>
    </w:p>
    <w:p>
      <w:r>
        <w:rPr>
          <w:rFonts w:ascii="Courier New" w:hAnsi="Courier New"/>
          <w:color w:val="555555"/>
          <w:sz w:val="20"/>
        </w:rPr>
        <w:t>[10]</w:t>
      </w:r>
    </w:p>
    <w:p>
      <w:r>
        <w:rPr>
          <w:rFonts w:ascii="Gentium Plus" w:hAnsi="Gentium Plus"/>
          <w:sz w:val="24"/>
        </w:rPr>
        <w:t>μην, σὺν τῷ ι γράφεται, καὶ Ἰωνικῶς ἤϊα, ἤϊ‐ σαν τὸ ᾔεσαν.† [καὶ παρὰ Θουκυδίδῃ· ἀκμά‐ ζοντες ἤϊσαν εἰς αὐτόν. οἱ δὲ Ἴωνες ἤεσαν καὶ ἦσαν.] [Ἠιακότες. θρηνήσαντες.]</w:t>
      </w:r>
    </w:p>
    <w:p>
      <w:r>
        <w:rPr>
          <w:rFonts w:ascii="Courier New" w:hAnsi="Courier New"/>
          <w:color w:val="555555"/>
          <w:sz w:val="20"/>
        </w:rPr>
        <w:t>[15]</w:t>
      </w:r>
    </w:p>
    <w:p>
      <w:r>
        <w:rPr>
          <w:rFonts w:ascii="Gentium Plus" w:hAnsi="Gentium Plus"/>
          <w:sz w:val="24"/>
        </w:rPr>
        <w:t>Ἠάριζον. τὰ τοῦ ἔαρος ἔλεγον. Ἤατο. ἐκάθητο. Ἢ ἤ. ἀντὶ τοῦ σιώπα, παρὰ Ἀριστοφάνει. Ἦ. ἀντὶ τοῦ ἔφη. Ἦ. ἀντὶ τοῦ εἶπον. ἔστι φῶ, τὸ λέγω, τὸ πα‐</w:t>
      </w:r>
    </w:p>
    <w:p>
      <w:r>
        <w:rPr>
          <w:rFonts w:ascii="Courier New" w:hAnsi="Courier New"/>
          <w:color w:val="555555"/>
          <w:sz w:val="20"/>
        </w:rPr>
        <w:t>[20]</w:t>
      </w:r>
    </w:p>
    <w:p>
      <w:r>
        <w:rPr>
          <w:rFonts w:ascii="Gentium Plus" w:hAnsi="Gentium Plus"/>
          <w:sz w:val="24"/>
        </w:rPr>
        <w:t>ράγωγον φημὶ, ἀφαιρέσει τοῦ φ, ἠμί. τὸ αὐτὸ σημαίνει. ὁ δεύτερος ἀόριστος ἦν, ἦς, ἦ. Ἦι. ἀντὶ τοῦ ὑπάρχει.</w:t>
      </w:r>
    </w:p>
    <w:p>
      <w:r>
        <w:rPr>
          <w:rFonts w:ascii="Courier New" w:hAnsi="Courier New"/>
          <w:color w:val="555555"/>
          <w:sz w:val="20"/>
        </w:rPr>
        <w:t>[eta 970 (5)]</w:t>
      </w:r>
    </w:p>
    <w:p>
      <w:r>
        <w:rPr>
          <w:rFonts w:ascii="Gentium Plus" w:hAnsi="Gentium Plus"/>
          <w:sz w:val="24"/>
        </w:rPr>
        <w:t>Ἧι. ἀντὶ τοῦ καθά. Ἧι. ἀντὶ τοῦ ὅπου. καὶ ᾗ, ἀντὶ τοῦ ᾗτινι.</w:t>
      </w:r>
    </w:p>
    <w:p>
      <w:pPr>
        <w:jc w:val="center"/>
      </w:pPr>
      <w:r>
        <w:rPr>
          <w:rFonts w:ascii="Gentium Plus" w:hAnsi="Gentium Plus"/>
          <w:b/>
          <w:sz w:val="24"/>
        </w:rPr>
        <w:t>Τὸ Η μετὰ τοῦ Β.</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Ἠβαιός. ὁ μικρός.</w:t>
      </w:r>
    </w:p>
    <w:p>
      <w:r>
        <w:rPr>
          <w:rFonts w:ascii="Courier New" w:hAnsi="Courier New"/>
          <w:color w:val="555555"/>
          <w:sz w:val="20"/>
        </w:rPr>
        <w:t>[10]</w:t>
      </w:r>
    </w:p>
    <w:p>
      <w:r>
        <w:rPr>
          <w:rFonts w:ascii="Gentium Plus" w:hAnsi="Gentium Plus"/>
          <w:sz w:val="24"/>
        </w:rPr>
        <w:t>Ἡβητὴρ καὶ ἥβη. ἡ πρώτη ἔκφυσις τῶν τριχῶν. [Οὐ καλὸν ἡβητῆρες· ἀπεχθαίρω γὰρ τὴν τρίχα τὴν ταχὺ φυομένην.]</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[Ἥβη. ἡ πρώτη ἔκφυσις τῶν τριχῶν.] ἢ ἡ νεότης καὶ ἡλικία, ἡ τεσσαρεσκαίδεκα ἐτῶν. καὶ</w:t>
      </w:r>
    </w:p>
    <w:p>
      <w:r>
        <w:rPr>
          <w:rFonts w:ascii="Courier New" w:hAnsi="Courier New"/>
          <w:color w:val="555555"/>
          <w:sz w:val="20"/>
        </w:rPr>
        <w:t>[15]</w:t>
      </w:r>
    </w:p>
    <w:p>
      <w:r>
        <w:rPr>
          <w:rFonts w:ascii="Gentium Plus" w:hAnsi="Gentium Plus"/>
          <w:sz w:val="24"/>
        </w:rPr>
        <w:t>διέχει ἥβης ἄνθος. ἥδη τις οὖσα· ἥδει γὰρ ἡμᾶς ὡς ἄνθος οὖσα τῆς ἡλικίας. κατὰ τροπὴν τοῦ δ εἰς β, βοιωτικῶς. ἢ παρὰ τὸ ἅπτω ἁφὴ καὶ ἥβη. κατὰ τροπὴν τοῦ α καὶ τοῦ φ εἰς β. πυρώδεις γὰρ οἱ ἡβῶντες. ἢ ἁφὴ τὶς οὖσα.</w:t>
      </w:r>
    </w:p>
    <w:p>
      <w:r>
        <w:rPr>
          <w:rFonts w:ascii="Courier New" w:hAnsi="Courier New"/>
          <w:color w:val="555555"/>
          <w:sz w:val="20"/>
        </w:rPr>
        <w:t>[20]</w:t>
      </w:r>
    </w:p>
    <w:p>
      <w:r>
        <w:rPr>
          <w:rFonts w:ascii="Gentium Plus" w:hAnsi="Gentium Plus"/>
          <w:sz w:val="24"/>
        </w:rPr>
        <w:t>τότε γὰρ ἁπτόμεθα καὶ ἔργων καὶ γυναικός. ἢ</w:t>
      </w:r>
    </w:p>
    <w:p>
      <w:r>
        <w:rPr>
          <w:rFonts w:ascii="Courier New" w:hAnsi="Courier New"/>
          <w:color w:val="555555"/>
          <w:sz w:val="20"/>
        </w:rPr>
        <w:t>[eta 971]</w:t>
      </w:r>
    </w:p>
    <w:p>
      <w:r>
        <w:rPr>
          <w:rFonts w:ascii="Gentium Plus" w:hAnsi="Gentium Plus"/>
          <w:sz w:val="24"/>
        </w:rPr>
        <w:t>παρὰ τὸ ἠβαιὸν, ἡ ἐπ’ ὀλίγον χρόνον οὖσα. ἢ ἀπὸ τοῦ βεβηκέναι ἅβη καὶ ἥβη. ἢ ἥβη τὸ ἀκρότατον τῆς ἀκμῆς. καὶ ὄνομα θεᾶς.</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Ἠβαιόν. ὀλίγον, μικρόν. παρὰ τὸ βῶ, τὸ βαίνω, τὸ κατ’ ὀλίγον οὕτως βαῖνον. [ὃ οὐκ ἔστι διὰ σμικρότητα ἐπιβῆναι, πλεονασμῷ τοῦ ἦτα. οἱ δ’ ἐλθόντες οὐδ’ ἠβαιόν. καί·</w:t>
      </w:r>
    </w:p>
    <w:p>
      <w:r>
        <w:rPr>
          <w:rFonts w:ascii="Courier New" w:hAnsi="Courier New"/>
          <w:color w:val="555555"/>
          <w:sz w:val="20"/>
        </w:rPr>
        <w:t>[10]</w:t>
      </w:r>
    </w:p>
    <w:p>
      <w:r>
        <w:rPr>
          <w:rFonts w:ascii="Gentium Plus" w:hAnsi="Gentium Plus"/>
          <w:sz w:val="24"/>
        </w:rPr>
        <w:t>βαιῷ δ’ ἐν αἰῶνι βροτῶν— καί· βαιὸν ἐπὶ ποταμοῦ— ἢ ἠβαιὸν παρὰ τὴν ἥβην· ἐπεὶ αὕτη ὀλίγη καὶ ταχέως αὔξεται καὶ ἐλαττοῦται. ἀφ’ οὗ παρώ‐</w:t>
      </w:r>
    </w:p>
    <w:p>
      <w:r>
        <w:rPr>
          <w:rFonts w:ascii="Courier New" w:hAnsi="Courier New"/>
          <w:color w:val="555555"/>
          <w:sz w:val="20"/>
        </w:rPr>
        <w:t>[15]</w:t>
      </w:r>
    </w:p>
    <w:p>
      <w:r>
        <w:rPr>
          <w:rFonts w:ascii="Gentium Plus" w:hAnsi="Gentium Plus"/>
          <w:sz w:val="24"/>
        </w:rPr>
        <w:t>νυμον ἠβαιός. ὀξύνεται δὲ, ὡς δηναιὸς, γηραιός· ἵνα μὴ βαρυνόμενον σχῇ κτητικὸν τύπον, ὡς Ῥώμη, Ῥωμαῖος.] Ἡβητήριον. τὸ παιδευτήριον. Ἡβήτριον. ἡ κατάλυσις.</w:t>
      </w:r>
    </w:p>
    <w:p>
      <w:r>
        <w:rPr>
          <w:rFonts w:ascii="Courier New" w:hAnsi="Courier New"/>
          <w:color w:val="555555"/>
          <w:sz w:val="20"/>
        </w:rPr>
        <w:t>[20]</w:t>
      </w:r>
    </w:p>
    <w:p>
      <w:r>
        <w:rPr>
          <w:rFonts w:ascii="Gentium Plus" w:hAnsi="Gentium Plus"/>
          <w:sz w:val="24"/>
        </w:rPr>
        <w:t>Ἥβητρον. τὸ ξόανον. καὶ ἠβητρόν.</w:t>
      </w:r>
    </w:p>
    <w:p>
      <w:pPr>
        <w:jc w:val="center"/>
      </w:pPr>
      <w:r>
        <w:rPr>
          <w:rFonts w:ascii="Gentium Plus" w:hAnsi="Gentium Plus"/>
          <w:b/>
          <w:sz w:val="24"/>
        </w:rPr>
        <w:t>(Ῥῆμα.)</w:t>
      </w:r>
    </w:p>
    <w:p>
      <w:r>
        <w:rPr>
          <w:rFonts w:ascii="Courier New" w:hAnsi="Courier New"/>
          <w:color w:val="555555"/>
          <w:sz w:val="20"/>
        </w:rPr>
        <w:t>[22]</w:t>
      </w:r>
    </w:p>
    <w:p>
      <w:r>
        <w:rPr>
          <w:rFonts w:ascii="Gentium Plus" w:hAnsi="Gentium Plus"/>
          <w:sz w:val="24"/>
        </w:rPr>
        <w:t>Ἡβᾷ. ἀκμάζει. σφριγᾷ.</w:t>
      </w:r>
    </w:p>
    <w:p>
      <w:r>
        <w:rPr>
          <w:rFonts w:ascii="Courier New" w:hAnsi="Courier New"/>
          <w:color w:val="555555"/>
          <w:sz w:val="20"/>
        </w:rPr>
        <w:t>[eta 972]</w:t>
      </w:r>
    </w:p>
    <w:p>
      <w:r>
        <w:rPr>
          <w:rFonts w:ascii="Gentium Plus" w:hAnsi="Gentium Plus"/>
          <w:sz w:val="24"/>
        </w:rPr>
        <w:t>Ἡβάσκοντες. ἐκ δευτέρου ἀκμάζοντες. Ἡβήσαντες. ἀκμάσαντες. οἱ δὲ παῖδες ἡβήσαν‐ τες καὶ γενόμενοι θυμοῦ καὶ χειρῶν κύριοι. Ἡβήσας. ἡλικιωθείς. καὶ ἡβῆσαι, ὅταν παρα‐</w:t>
      </w:r>
    </w:p>
    <w:p>
      <w:r>
        <w:rPr>
          <w:rFonts w:ascii="Courier New" w:hAnsi="Courier New"/>
          <w:color w:val="555555"/>
          <w:sz w:val="20"/>
        </w:rPr>
        <w:t>[5]</w:t>
      </w:r>
    </w:p>
    <w:p>
      <w:r>
        <w:rPr>
          <w:rFonts w:ascii="Gentium Plus" w:hAnsi="Gentium Plus"/>
          <w:sz w:val="24"/>
        </w:rPr>
        <w:t>λαμβάνωσιν υἱοὶ τὸν πατρῷον κλῆρον. Ἠβολεῖν. τὸ ἀργεῖν. Ἠβουλόμην. οἱ πολλοί. [ἐβουλόμην δὲ ὡς Ἀττι‐ κώτερον.] Ἡβυλλιῶσαι. ἀκμάζουσαι τὴν ἡλικίαν. [Ἀριστο‐</w:t>
      </w:r>
    </w:p>
    <w:p>
      <w:r>
        <w:rPr>
          <w:rFonts w:ascii="Courier New" w:hAnsi="Courier New"/>
          <w:color w:val="555555"/>
          <w:sz w:val="20"/>
        </w:rPr>
        <w:t>[10]</w:t>
      </w:r>
    </w:p>
    <w:p>
      <w:r>
        <w:rPr>
          <w:rFonts w:ascii="Gentium Plus" w:hAnsi="Gentium Plus"/>
          <w:sz w:val="24"/>
        </w:rPr>
        <w:t>φάνης· —ὀρχηστρίδες Ἡβυλλιῶσαι κᾄρτι παρατετιλμέναι— τὰς τρίχας. αἱ γὰρ μελλόνυμφοι ἔτιλλον τὰς τρίχας.]</w:t>
      </w:r>
    </w:p>
    <w:p>
      <w:r>
        <w:rPr>
          <w:rFonts w:ascii="Courier New" w:hAnsi="Courier New"/>
          <w:color w:val="555555"/>
          <w:sz w:val="20"/>
        </w:rPr>
        <w:t>[15]</w:t>
      </w:r>
    </w:p>
    <w:p>
      <w:r>
        <w:rPr>
          <w:rFonts w:ascii="Gentium Plus" w:hAnsi="Gentium Plus"/>
          <w:sz w:val="24"/>
        </w:rPr>
        <w:t>Ἡβῷμαι· ἡβῷμι· ἡβώοιμι. ἀντὶ τοῦ αὐξά‐ νοιμι. εὐκτικά. Ἡβώωσα. ἀκμάζουσα.</w:t>
      </w:r>
    </w:p>
    <w:p>
      <w:pPr>
        <w:jc w:val="center"/>
      </w:pPr>
      <w:r>
        <w:rPr>
          <w:rFonts w:ascii="Gentium Plus" w:hAnsi="Gentium Plus"/>
          <w:b/>
          <w:sz w:val="24"/>
        </w:rPr>
        <w:t>(Ἐπίῤῥημα.)</w:t>
      </w:r>
    </w:p>
    <w:p>
      <w:r>
        <w:rPr>
          <w:rFonts w:ascii="Courier New" w:hAnsi="Courier New"/>
          <w:color w:val="555555"/>
          <w:sz w:val="20"/>
        </w:rPr>
        <w:t>[19]</w:t>
      </w:r>
    </w:p>
    <w:p>
      <w:r>
        <w:rPr>
          <w:rFonts w:ascii="Gentium Plus" w:hAnsi="Gentium Plus"/>
          <w:sz w:val="24"/>
        </w:rPr>
        <w:t>Ἡβηδόν. κατὰ τάξιν. καθ’ ἡλικίαν. ἡβηδὸν</w:t>
      </w:r>
    </w:p>
    <w:p>
      <w:r>
        <w:rPr>
          <w:rFonts w:ascii="Courier New" w:hAnsi="Courier New"/>
          <w:color w:val="555555"/>
          <w:sz w:val="20"/>
        </w:rPr>
        <w:t>[20]</w:t>
      </w:r>
    </w:p>
    <w:p>
      <w:r>
        <w:rPr>
          <w:rFonts w:ascii="Gentium Plus" w:hAnsi="Gentium Plus"/>
          <w:sz w:val="24"/>
        </w:rPr>
        <w:t>ἅπαντας κατέσφαξαν. καὶ ἀντὶ τοῦ ἀθρόον.</w:t>
      </w:r>
    </w:p>
    <w:p>
      <w:pPr>
        <w:jc w:val="center"/>
      </w:pPr>
      <w:r>
        <w:rPr>
          <w:rFonts w:ascii="Gentium Plus" w:hAnsi="Gentium Plus"/>
          <w:b/>
          <w:sz w:val="24"/>
        </w:rPr>
        <w:t>Τὸ Η μετὰ τοῦ Γ.</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Ἡγέτης. ὁ ἡγεμών. Ἡγεμών. ὁ τῆς ὁδοῦ ἡγούμενος. Ξενοφῶν· καὶ</w:t>
      </w:r>
    </w:p>
    <w:p>
      <w:r>
        <w:rPr>
          <w:rFonts w:ascii="Courier New" w:hAnsi="Courier New"/>
          <w:color w:val="555555"/>
          <w:sz w:val="20"/>
        </w:rPr>
        <w:t>[5]</w:t>
      </w:r>
    </w:p>
    <w:p>
      <w:r>
        <w:rPr>
          <w:rFonts w:ascii="Gentium Plus" w:hAnsi="Gentium Plus"/>
          <w:sz w:val="24"/>
        </w:rPr>
        <w:t>τὸν ἡγεμόνα δήσαντες παραδιδόασιν αὐτοῖς. Ἡγεμὼν συμμορίας. Δημοσθένης. ὁ προέχων πλούτου καὶ διὰ τοῦτο τῶν ἄλλων ἡγεμονεύειν ἐπειλημμένος. Ἡγήτορες. οἱ ἡγεμόνες.</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Ἠγαθέη. ἡ ἄγαν θεία καὶ θαυμαστή. Ἠγαλλέη. θεραπευτική. ἀπὸ τοῦ ἀγάλλω. Ἡγεσίαις. ὁδηγίαις. οἱ μάγοι ἡγεμονίαις. Ἡγητορία. ἡ ἡγεμονία. ἡγουμενεία δὲ δί‐</w:t>
      </w:r>
    </w:p>
    <w:p>
      <w:r>
        <w:rPr>
          <w:rFonts w:ascii="Courier New" w:hAnsi="Courier New"/>
          <w:color w:val="555555"/>
          <w:sz w:val="20"/>
        </w:rPr>
        <w:t>[15]</w:t>
      </w:r>
    </w:p>
    <w:p>
      <w:r>
        <w:rPr>
          <w:rFonts w:ascii="Gentium Plus" w:hAnsi="Gentium Plus"/>
          <w:sz w:val="24"/>
        </w:rPr>
        <w:t>φθογγον. λέγει δὲ καὶ ὁ Ψελλός· ἡγητορία πέφυκε τῶν σύκων ἡ παλάθη. παλάθη δὲ λέ‐ γεται ἡ μάζα τῶν σύκων.</w:t>
      </w:r>
    </w:p>
    <w:p>
      <w:pPr>
        <w:jc w:val="center"/>
      </w:pPr>
      <w:r>
        <w:rPr>
          <w:rFonts w:ascii="Gentium Plus" w:hAnsi="Gentium Plus"/>
          <w:b/>
          <w:sz w:val="24"/>
        </w:rPr>
        <w:t>(Οὐδέτερον.)</w:t>
      </w:r>
    </w:p>
    <w:p>
      <w:r>
        <w:rPr>
          <w:rFonts w:ascii="Courier New" w:hAnsi="Courier New"/>
          <w:color w:val="555555"/>
          <w:sz w:val="20"/>
        </w:rPr>
        <w:t>[19]</w:t>
      </w:r>
    </w:p>
    <w:p>
      <w:r>
        <w:rPr>
          <w:rFonts w:ascii="Gentium Plus" w:hAnsi="Gentium Plus"/>
          <w:sz w:val="24"/>
        </w:rPr>
        <w:t>Ἡγεμονικόν. ὁ νοῦς. ἢ τὸ κυριώτατον τῆς ψυχῆς,</w:t>
      </w:r>
    </w:p>
    <w:p>
      <w:r>
        <w:rPr>
          <w:rFonts w:ascii="Courier New" w:hAnsi="Courier New"/>
          <w:color w:val="555555"/>
          <w:sz w:val="20"/>
        </w:rPr>
        <w:t>[20]</w:t>
      </w:r>
    </w:p>
    <w:p>
      <w:r>
        <w:rPr>
          <w:rFonts w:ascii="Gentium Plus" w:hAnsi="Gentium Plus"/>
          <w:sz w:val="24"/>
        </w:rPr>
        <w:t>ἐν ᾧ αἱ φαντασίαι καὶ αἱ ὁρμαὶ γίνονται, καὶ ὅθεν ὁ λόγος ἀναπέμπεται. καί· πνεύματι ἡγε‐ μονικῷ στήριξόν με. τὸν αὐτοκράτορα λογισμὸν φησὶν ὁ Δαβίδ. Ἥγημα. βουλή· γνώμη παρὰ τῷ προφήτῃ</w:t>
      </w:r>
    </w:p>
    <w:p>
      <w:r>
        <w:rPr>
          <w:rFonts w:ascii="Courier New" w:hAnsi="Courier New"/>
          <w:color w:val="555555"/>
          <w:sz w:val="20"/>
        </w:rPr>
        <w:t>[25]</w:t>
      </w:r>
    </w:p>
    <w:p>
      <w:r>
        <w:rPr>
          <w:rFonts w:ascii="Gentium Plus" w:hAnsi="Gentium Plus"/>
          <w:sz w:val="24"/>
        </w:rPr>
        <w:t>εἴρηται.</w:t>
      </w:r>
    </w:p>
    <w:p>
      <w:r>
        <w:rPr>
          <w:rFonts w:ascii="Courier New" w:hAnsi="Courier New"/>
          <w:color w:val="555555"/>
          <w:sz w:val="20"/>
        </w:rPr>
        <w:t>[eta 974]</w:t>
      </w:r>
    </w:p>
    <w:p>
      <w:r>
        <w:rPr>
          <w:rFonts w:ascii="Gentium Plus" w:hAnsi="Gentium Plus"/>
          <w:sz w:val="24"/>
        </w:rPr>
        <w:t>Ἤγαλλεν. ἐθεράπευεν. ὅτι τὸ θεῖον ἀκριβῶς ἤγαλλεν. [κέχρηται δὲ τῇ λέξει ταύτῃ ἄλλοι τὲ καὶ Εὐνόμιος ὁ δυσσεβὴς, ὁ δὲ Δίων πολ‐ λάκις.]</w:t>
      </w:r>
    </w:p>
    <w:p>
      <w:r>
        <w:rPr>
          <w:rFonts w:ascii="Courier New" w:hAnsi="Courier New"/>
          <w:color w:val="555555"/>
          <w:sz w:val="20"/>
        </w:rPr>
        <w:t>[5]</w:t>
      </w:r>
    </w:p>
    <w:p>
      <w:r>
        <w:rPr>
          <w:rFonts w:ascii="Gentium Plus" w:hAnsi="Gentium Plus"/>
          <w:sz w:val="24"/>
        </w:rPr>
        <w:t>Ἠγάσαντο. ἐθαύμασαν. καί· ἠγάσθη τοῦ ἀν‐ δρὸς ὁ Καῖσαρ καὶ ἔσχε σύμμαχον. Ἦγεν. ἐτέλει. ὁ δὲ Ἰουλιανὸς ἐν Πέρσαις ὢν γυμνικοὺς ἀγῶνας ἦγε. καὶ ἀντὶ τοῦ ἔφερεν. ἢ ᾐχμαλώτιζε καὶ κατέτρεχεν. [ὁ δὲ ἐκεῖθεν</w:t>
      </w:r>
    </w:p>
    <w:p>
      <w:r>
        <w:rPr>
          <w:rFonts w:ascii="Courier New" w:hAnsi="Courier New"/>
          <w:color w:val="555555"/>
          <w:sz w:val="20"/>
        </w:rPr>
        <w:t>[10]</w:t>
      </w:r>
    </w:p>
    <w:p>
      <w:r>
        <w:rPr>
          <w:rFonts w:ascii="Gentium Plus" w:hAnsi="Gentium Plus"/>
          <w:sz w:val="24"/>
        </w:rPr>
        <w:t>ὁρμώμενος ἦγε καὶ ἔφερε τοῖς ὑπ’ ἐκείνῳ οὐκ ὀλίγην, καὶ αὐτὸς οὐδαμῆ ἦν αὐτῷ ἁλώσιμος.] Ἡγεμονεύω. διοικῶ. Ἠγερέθοντο. συνηθροίζοντο. [ἀγείρω, ἀγερῶ, ἀγερέθω, ἠγερέθοντο. καὶ ἀγερέω, ἀγερῶ.]</w:t>
      </w:r>
    </w:p>
    <w:p>
      <w:r>
        <w:rPr>
          <w:rFonts w:ascii="Courier New" w:hAnsi="Courier New"/>
          <w:color w:val="555555"/>
          <w:sz w:val="20"/>
        </w:rPr>
        <w:t>[15]</w:t>
      </w:r>
    </w:p>
    <w:p>
      <w:r>
        <w:rPr>
          <w:rFonts w:ascii="Gentium Plus" w:hAnsi="Gentium Plus"/>
          <w:sz w:val="24"/>
        </w:rPr>
        <w:t>Ἠγερέεσθαι. ἀθροίζεσθαι. Ἤγερθεν. ἐγείρω, ὁ παρακείμενος ἤγερκα, ὁ παθητικὸς ἤγερμαι, ὁ ἀόριστος δεύτερος ἠγέρ‐ θην, καὶ τὸ τρίτον τῶν πληθυντικῶν ἤγερθεν. Ἤγειρα. παρώξυνα.</w:t>
      </w:r>
    </w:p>
    <w:p>
      <w:r>
        <w:rPr>
          <w:rFonts w:ascii="Courier New" w:hAnsi="Courier New"/>
          <w:color w:val="555555"/>
          <w:sz w:val="20"/>
        </w:rPr>
        <w:t>[20]</w:t>
      </w:r>
    </w:p>
    <w:p>
      <w:r>
        <w:rPr>
          <w:rFonts w:ascii="Gentium Plus" w:hAnsi="Gentium Plus"/>
          <w:sz w:val="24"/>
        </w:rPr>
        <w:t>Ἡγείσθην. ἀντὶ τοῦ ἡγοῦντο. Ἠγμένους. ἀγομένους. καὶ ἀντὶ τοῦ πεπαιδευμέ‐ νους· ἀγωγὴ γὰρ ἡ παίδευσις. Ἠγγέλη. ἀπηγγέλη. Ἠγηλάζω. ἄγω, ὁδηγῶ. ἐπιμελοῦμαι. Ὅμη‐</w:t>
      </w:r>
    </w:p>
    <w:p>
      <w:r>
        <w:rPr>
          <w:rFonts w:ascii="Courier New" w:hAnsi="Courier New"/>
          <w:color w:val="555555"/>
          <w:sz w:val="20"/>
        </w:rPr>
        <w:t>[25]</w:t>
      </w:r>
    </w:p>
    <w:p>
      <w:r>
        <w:rPr>
          <w:rFonts w:ascii="Gentium Plus" w:hAnsi="Gentium Plus"/>
          <w:sz w:val="24"/>
        </w:rPr>
        <w:t>ρος·</w:t>
      </w:r>
    </w:p>
    <w:p>
      <w:r>
        <w:rPr>
          <w:rFonts w:ascii="Courier New" w:hAnsi="Courier New"/>
          <w:color w:val="555555"/>
          <w:sz w:val="20"/>
        </w:rPr>
        <w:t>[eta 975]</w:t>
      </w:r>
    </w:p>
    <w:p>
      <w:r>
        <w:rPr>
          <w:rFonts w:ascii="Gentium Plus" w:hAnsi="Gentium Plus"/>
          <w:sz w:val="24"/>
        </w:rPr>
        <w:t>Ἠγόμην. ἐφερόμην, ἢ ἐτρεφόμην, ἢ ἐτύγχανον. Ἠγορόωντο. ἐδημηγόρουν. Ἡγοῦμαι. νομίζω. Ἤγρετο. ἠγέρθη.</w:t>
      </w:r>
    </w:p>
    <w:p>
      <w:r>
        <w:rPr>
          <w:rFonts w:ascii="Courier New" w:hAnsi="Courier New"/>
          <w:color w:val="555555"/>
          <w:sz w:val="20"/>
        </w:rPr>
        <w:t>[5]</w:t>
      </w:r>
    </w:p>
    <w:p>
      <w:r>
        <w:rPr>
          <w:rFonts w:ascii="Gentium Plus" w:hAnsi="Gentium Plus"/>
          <w:sz w:val="24"/>
        </w:rPr>
        <w:t>Ἠγροικισάμην. κακῶς ἐφθεγξάμην. Ἠγρίωσαι. ἀντὶ τοῦ σκληρύνῃ. Ἤγαγον. ὁ δεύτερος ἀόριστος ἄγον καὶ κατὰ ἀναδιπλασιασμὸν ἄγαγον καὶ ἤγαγον.</w:t>
      </w:r>
    </w:p>
    <w:p>
      <w:pPr>
        <w:jc w:val="center"/>
      </w:pPr>
      <w:r>
        <w:rPr>
          <w:rFonts w:ascii="Gentium Plus" w:hAnsi="Gentium Plus"/>
          <w:b/>
          <w:sz w:val="24"/>
        </w:rPr>
        <w:t>Τὸ Η μετὰ τοῦ Δ.</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Ἡδέσιν. εὐφραντοῖς. Ἡδίων. εὐφραντός. Ἡδυεπής. γλυκὺς ἐν τῷ λέγειν. Ἡδυπαθής. φιλήδονος.</w:t>
      </w:r>
    </w:p>
    <w:p>
      <w:r>
        <w:rPr>
          <w:rFonts w:ascii="Courier New" w:hAnsi="Courier New"/>
          <w:color w:val="555555"/>
          <w:sz w:val="20"/>
        </w:rPr>
        <w:t>[15]</w:t>
      </w:r>
    </w:p>
    <w:p>
      <w:r>
        <w:rPr>
          <w:rFonts w:ascii="Gentium Plus" w:hAnsi="Gentium Plus"/>
          <w:sz w:val="24"/>
        </w:rPr>
        <w:t>Ἡδύς. εὐφραντὸς, καὶ ὁ εὐήθης· ἐκάλουν δὲ οὕτω καὶ τοὺς ὑπομώρους. Ἡδύοσμος. εἶδος βοτάνης. Ἥδυμος. γλυκύς. ἀπὸ τοῦ νήδυμον, ἢ ἀπὸ τοῦ ἡδὺς ἥδυμος, ὡς παρ’ Ἐπιχάρμῳ·</w:t>
      </w:r>
    </w:p>
    <w:p>
      <w:r>
        <w:rPr>
          <w:rFonts w:ascii="Courier New" w:hAnsi="Courier New"/>
          <w:color w:val="555555"/>
          <w:sz w:val="20"/>
        </w:rPr>
        <w:t>[20]</w:t>
      </w:r>
    </w:p>
    <w:p>
      <w:r>
        <w:rPr>
          <w:rFonts w:ascii="Gentium Plus" w:hAnsi="Gentium Plus"/>
          <w:sz w:val="24"/>
        </w:rPr>
        <w:t>ἅμα τὲ λόγων ἀκούσας ἡδύμων. [τὸ συγκριτικὸν ἡδυμότερος, καὶ ἰωνικῶς ἡδυ‐ μέστερος, ὡς ἀνιηρέστερος.] Ἠδωνοί. ἔθνος, ἢ Μακεδόνες. Ἡδύς. ὁ εὐφραντός. παρὰ τὸ ἥδω τὸ εὐφραίνο‐</w:t>
      </w:r>
    </w:p>
    <w:p>
      <w:r>
        <w:rPr>
          <w:rFonts w:ascii="Courier New" w:hAnsi="Courier New"/>
          <w:color w:val="555555"/>
          <w:sz w:val="20"/>
        </w:rPr>
        <w:t>[25]</w:t>
      </w:r>
    </w:p>
    <w:p>
      <w:r>
        <w:rPr>
          <w:rFonts w:ascii="Gentium Plus" w:hAnsi="Gentium Plus"/>
          <w:sz w:val="24"/>
        </w:rPr>
        <w:t>μαι. [τὰ διὰ τοῦ ειδω ῥήματα διὰ τῆς ει δι‐ φθόγγου γράφεται, οἷον εἴδω τὸ ὁμοιῶ, καὶ εἴ</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Ἧι δ’ ἂν ἡμέρα. ἀντὶ τοῦ, ᾗτινι ἄν. Ἥδε. ἀντὶ τοῦ αὕτη. καὶ ἠδὲ ἀντὶ τοῦ καί. Ἡδεῖα. εὐφραντὴ, ἐρασμία.</w:t>
      </w:r>
    </w:p>
    <w:p>
      <w:r>
        <w:rPr>
          <w:rFonts w:ascii="Courier New" w:hAnsi="Courier New"/>
          <w:color w:val="555555"/>
          <w:sz w:val="20"/>
        </w:rPr>
        <w:t>[5]</w:t>
      </w:r>
    </w:p>
    <w:p>
      <w:r>
        <w:rPr>
          <w:rFonts w:ascii="Gentium Plus" w:hAnsi="Gentium Plus"/>
          <w:sz w:val="24"/>
        </w:rPr>
        <w:t>Ἡδονή. εὐφροσύνη. Ἡδονῆς ἀκρότης. τὸ πρὸς λύπην ἄμικτον. ἡδονὴ δέ ἐστι [λεία κίνησις· πόνος δὲ τραχεῖα κίνη‐ σις. ἢ ἡδονή ἐστι] κίνησις ψυχῆς ὀξεῖα ἐκ μνήμης γινομένη. ἡδονὴ θεῖα ἐστὶν ἡ ἐπὶ τοῖς</w:t>
      </w:r>
    </w:p>
    <w:p>
      <w:r>
        <w:rPr>
          <w:rFonts w:ascii="Courier New" w:hAnsi="Courier New"/>
          <w:color w:val="555555"/>
          <w:sz w:val="20"/>
        </w:rPr>
        <w:t>[10]</w:t>
      </w:r>
    </w:p>
    <w:p>
      <w:r>
        <w:rPr>
          <w:rFonts w:ascii="Gentium Plus" w:hAnsi="Gentium Plus"/>
          <w:sz w:val="24"/>
        </w:rPr>
        <w:t>θείοις χαρίσμασι τοῦ νοῦ θελητικὴ ἐνέργεια καὶ εὐφροσύνη ἐπίμονος. εἴρηται δὲ παρὰ τὸ δονῶ, δονὴ, ἡ δονοῦσα καὶ συγχέουσα τὴν ψυχὴν, καὶ πλεονασμῷ τοῦ η ἡδονή. ἢ παρὰ τὸ ἥδω ἡδονή· ὡς φλέγω φλεγμονή· πλήθω πληγμονή.</w:t>
      </w:r>
    </w:p>
    <w:p>
      <w:r>
        <w:rPr>
          <w:rFonts w:ascii="Courier New" w:hAnsi="Courier New"/>
          <w:color w:val="555555"/>
          <w:sz w:val="20"/>
        </w:rPr>
        <w:t>[15]</w:t>
      </w:r>
    </w:p>
    <w:p>
      <w:r>
        <w:rPr>
          <w:rFonts w:ascii="Gentium Plus" w:hAnsi="Gentium Plus"/>
          <w:sz w:val="24"/>
        </w:rPr>
        <w:t>Ἡδυπάθεια. φιληδονία, πορνεία. Ἠδωνίς. χώρα οὕτως καλουμένη, ἥτις ἐστὶ κατὰ τὴν Θρᾴκην.</w:t>
      </w:r>
    </w:p>
    <w:p>
      <w:pPr>
        <w:jc w:val="center"/>
      </w:pPr>
      <w:r>
        <w:rPr>
          <w:rFonts w:ascii="Gentium Plus" w:hAnsi="Gentium Plus"/>
          <w:b/>
          <w:sz w:val="24"/>
        </w:rPr>
        <w:t>(Οὐδέτερον.)</w:t>
      </w:r>
    </w:p>
    <w:p>
      <w:r>
        <w:rPr>
          <w:rFonts w:ascii="Courier New" w:hAnsi="Courier New"/>
          <w:color w:val="555555"/>
          <w:sz w:val="20"/>
        </w:rPr>
        <w:t>[19]</w:t>
      </w:r>
    </w:p>
    <w:p>
      <w:r>
        <w:rPr>
          <w:rFonts w:ascii="Gentium Plus" w:hAnsi="Gentium Plus"/>
          <w:sz w:val="24"/>
        </w:rPr>
        <w:t>Ἡδέσιν. γλυκέσιν.</w:t>
      </w:r>
    </w:p>
    <w:p>
      <w:r>
        <w:rPr>
          <w:rFonts w:ascii="Courier New" w:hAnsi="Courier New"/>
          <w:color w:val="555555"/>
          <w:sz w:val="20"/>
        </w:rPr>
        <w:t>[20]</w:t>
      </w:r>
    </w:p>
    <w:p>
      <w:r>
        <w:rPr>
          <w:rFonts w:ascii="Gentium Plus" w:hAnsi="Gentium Plus"/>
          <w:sz w:val="24"/>
        </w:rPr>
        <w:t>Ἥδιστα. εὐφραντά. Ἥδιον. εὐφραντόν. καὶ ἡδίω τὰ εὐφραντά. Ἦδος. τὸ ὄφελος. [τὰ εἰς ος λήγοντα οὐδέτερα δισύλλαβα, ἀρχόμενα ἀπὸ φύσεως μακρᾶς, ψιλοῦσθαι θέλουσιν· οἷον αἶσχος, εὖχος, εἶδος.</w:t>
      </w:r>
    </w:p>
    <w:p>
      <w:r>
        <w:rPr>
          <w:rFonts w:ascii="Courier New" w:hAnsi="Courier New"/>
          <w:color w:val="555555"/>
          <w:sz w:val="20"/>
        </w:rPr>
        <w:t>[25]</w:t>
      </w:r>
    </w:p>
    <w:p>
      <w:r>
        <w:rPr>
          <w:rFonts w:ascii="Gentium Plus" w:hAnsi="Gentium Plus"/>
          <w:sz w:val="24"/>
        </w:rPr>
        <w:t>οὕτως οὖν καὶ ἦδος ψιλωτέον. ἔστιν ἄδος ὁ κό‐ ρος καὶ κατ’ ἐπέκτασιν τοῦ α εἰς ἦτα ἦδος. ἢ παρὰ τὸ ἐῶ τὸ κορεννύω.] Ἡδύλειον. ὄρος ἐν Βοιωτίᾳ. Ἡδύγαιον. τὸ καλὴν ἔχον γῆν.</w:t>
      </w:r>
    </w:p>
    <w:p>
      <w:r>
        <w:rPr>
          <w:rFonts w:ascii="Courier New" w:hAnsi="Courier New"/>
          <w:color w:val="555555"/>
          <w:sz w:val="20"/>
        </w:rPr>
        <w:t>[30]</w:t>
      </w:r>
    </w:p>
    <w:p>
      <w:r>
        <w:rPr>
          <w:rFonts w:ascii="Gentium Plus" w:hAnsi="Gentium Plus"/>
          <w:sz w:val="24"/>
        </w:rPr>
        <w:t>Ἡδύσματα. βρώματα. ἢ εὐοσμία.</w:t>
      </w:r>
    </w:p>
    <w:p>
      <w:r>
        <w:rPr>
          <w:rFonts w:ascii="Courier New" w:hAnsi="Courier New"/>
          <w:color w:val="555555"/>
          <w:sz w:val="20"/>
        </w:rPr>
        <w:t>[eta 977]</w:t>
      </w:r>
    </w:p>
    <w:p>
      <w:r>
        <w:rPr>
          <w:rFonts w:ascii="Gentium Plus" w:hAnsi="Gentium Plus"/>
          <w:sz w:val="24"/>
        </w:rPr>
        <w:t>Ἠδωνά. ἱμάτια θρᾳκικά· ἡ γὰρ Ἠδωνὶς χώρα κατὰ τὴν Θρᾴκην. Ἤιδεε καὶ ᾔδει. ἀντὶ τοῦ ἠπίστατο. καὶ ᾔδειν ἔχει τὸ ι προσγεγραμμένον. [ὡς καὶ τὸ ᾔκα‐</w:t>
      </w:r>
    </w:p>
    <w:p>
      <w:r>
        <w:rPr>
          <w:rFonts w:ascii="Courier New" w:hAnsi="Courier New"/>
          <w:color w:val="555555"/>
          <w:sz w:val="20"/>
        </w:rPr>
        <w:t>[5]</w:t>
      </w:r>
    </w:p>
    <w:p>
      <w:r>
        <w:rPr>
          <w:rFonts w:ascii="Gentium Plus" w:hAnsi="Gentium Plus"/>
          <w:sz w:val="24"/>
        </w:rPr>
        <w:t>ζον. ἔστι γὰρ εἰκάζω καὶ εἴκω διὰ τῆς ει διφθόγγου, ὁ παρατατικὸς εἴκαζον καὶ κατὰ ἔκτασιν ἀττικὴν ᾔκαζον. τοῦ δὲ εἴδω ὁ ὑπερ‐ συντέλικος ᾔδειν κατ’ ἔκτασιν ἀττικήν. καὶ μένει τὸ ἰῶτα· οἱ γὰρ παρῳχημένοι ἢ ἶσα φω‐</w:t>
      </w:r>
    </w:p>
    <w:p>
      <w:r>
        <w:rPr>
          <w:rFonts w:ascii="Courier New" w:hAnsi="Courier New"/>
          <w:color w:val="555555"/>
          <w:sz w:val="20"/>
        </w:rPr>
        <w:t>[10]</w:t>
      </w:r>
    </w:p>
    <w:p>
      <w:r>
        <w:rPr>
          <w:rFonts w:ascii="Gentium Plus" w:hAnsi="Gentium Plus"/>
          <w:sz w:val="24"/>
        </w:rPr>
        <w:t>νήεντα θέλουσιν ἔχειν πρὸς τὴν ἀρχὴν τοῦ ἐνεστῶτος, ἢ πλείονα, οὐδέποτε δὲ ἐλάττονα. ἶσα μέν· αὐλῶ, ηὔλουν, οἰκῶ, ᾤκουν· πλείονα δέ· ἔχω, εἶχον, ἐῶ, εἴων.] Ἤιδεσαν. ἔγνωσαν.</w:t>
      </w:r>
    </w:p>
    <w:p>
      <w:r>
        <w:rPr>
          <w:rFonts w:ascii="Courier New" w:hAnsi="Courier New"/>
          <w:color w:val="555555"/>
          <w:sz w:val="20"/>
        </w:rPr>
        <w:t>[15]</w:t>
      </w:r>
    </w:p>
    <w:p>
      <w:r>
        <w:rPr>
          <w:rFonts w:ascii="Gentium Plus" w:hAnsi="Gentium Plus"/>
          <w:sz w:val="24"/>
        </w:rPr>
        <w:t>Ἤιδεισθα. ᾔδεις. Ἤιδεισαν. ἀντὶ τοῦ ἠπίσταντο. Ἥδει. εὐφραίνει. Ἥδῃ. ἀντὶ τοῦ εὐφραίνομαι, εὐφραίνῃ. Ἠδολέσχησα. διελάλουν, ἐμαυτῷ προσδιαλε‐</w:t>
      </w:r>
    </w:p>
    <w:p>
      <w:r>
        <w:rPr>
          <w:rFonts w:ascii="Courier New" w:hAnsi="Courier New"/>
          <w:color w:val="555555"/>
          <w:sz w:val="20"/>
        </w:rPr>
        <w:t>[20]</w:t>
      </w:r>
    </w:p>
    <w:p>
      <w:r>
        <w:rPr>
          <w:rFonts w:ascii="Gentium Plus" w:hAnsi="Gentium Plus"/>
          <w:sz w:val="24"/>
        </w:rPr>
        <w:t>γόμενος. Ἥδομαι. εὐφραίνομαι. ἥδομαί σοι λίαν. Ἡδρυμένος. ηὐξημένος. ἱδρυμένος δὲ ὁ θεμε‐ λιωμένος, ἰῶτα.</w:t>
      </w:r>
    </w:p>
    <w:p>
      <w:r>
        <w:rPr>
          <w:rFonts w:ascii="Courier New" w:hAnsi="Courier New"/>
          <w:color w:val="555555"/>
          <w:sz w:val="20"/>
        </w:rPr>
        <w:t>[eta 978]</w:t>
      </w:r>
    </w:p>
    <w:p>
      <w:r>
        <w:rPr>
          <w:rFonts w:ascii="Gentium Plus" w:hAnsi="Gentium Plus"/>
          <w:sz w:val="24"/>
        </w:rPr>
        <w:t>Ἥδρασεν. ἐστήριξεν. καὶ ἡδρασμένος ὁ βέβαιος καὶ πάγιος. Ἡδόμενος. ἀρεσκόμενος. εὐφραινόμενος. Ἡδυνθείη. γλυκυνθείη.</w:t>
      </w:r>
    </w:p>
    <w:p>
      <w:r>
        <w:rPr>
          <w:rFonts w:ascii="Courier New" w:hAnsi="Courier New"/>
          <w:color w:val="555555"/>
          <w:sz w:val="20"/>
        </w:rPr>
        <w:t>[5]</w:t>
      </w:r>
    </w:p>
    <w:p>
      <w:r>
        <w:rPr>
          <w:rFonts w:ascii="Gentium Plus" w:hAnsi="Gentium Plus"/>
          <w:sz w:val="24"/>
        </w:rPr>
        <w:t>Ἦ δή. ὄντως δεῖ. Ἤδη. ἀντὶ τοῦ λοιπὸν, καὶ ἀντὶ τοῦ ταχέως. Ἀριστοφάνης· φεύγεις ἂν ἤδη τοὺς πονηρούς. καὶ ἀντὶ τοῦ ἀπάρτι, καὶ ἀντὶ τοῦ πρὸ τού‐</w:t>
      </w:r>
    </w:p>
    <w:p>
      <w:r>
        <w:rPr>
          <w:rFonts w:ascii="Courier New" w:hAnsi="Courier New"/>
          <w:color w:val="555555"/>
          <w:sz w:val="20"/>
        </w:rPr>
        <w:t>[10]</w:t>
      </w:r>
    </w:p>
    <w:p>
      <w:r>
        <w:rPr>
          <w:rFonts w:ascii="Gentium Plus" w:hAnsi="Gentium Plus"/>
          <w:sz w:val="24"/>
        </w:rPr>
        <w:t>του. ἀόριστος ἐστὶ καὶ τρεῖς χρόνους δηλοῖ· παρῳχημένον, ἐνεστῶτα καὶ μέλλοντα. καὶ ἤδη ἀντὶ τοῦ ὀψὲ καὶ ποτέ. καὶ ὁ Ἀπόστολος· εἴπως ἤδη ποτὲ καὶ εὐοδοθήσομαι ἐν τῷ θελή‐ ματι τοῦ θεοῦ ἐλθεῖν.</w:t>
      </w:r>
    </w:p>
    <w:p>
      <w:pPr>
        <w:jc w:val="center"/>
      </w:pPr>
      <w:r>
        <w:rPr>
          <w:rFonts w:ascii="Gentium Plus" w:hAnsi="Gentium Plus"/>
          <w:b/>
          <w:sz w:val="24"/>
        </w:rPr>
        <w:t>Τὸ Η μετὰ τοῦ Ε.</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Ἠέρι. ἀέρι. Ἠέλιος. ὁ ἥλιος. Ἠερινός. ὀρθρινός.</w:t>
      </w:r>
    </w:p>
    <w:p>
      <w:r>
        <w:rPr>
          <w:rFonts w:ascii="Courier New" w:hAnsi="Courier New"/>
          <w:color w:val="555555"/>
          <w:sz w:val="20"/>
        </w:rPr>
        <w:t>[20]</w:t>
      </w:r>
    </w:p>
    <w:p>
      <w:r>
        <w:rPr>
          <w:rFonts w:ascii="Gentium Plus" w:hAnsi="Gentium Plus"/>
          <w:sz w:val="24"/>
        </w:rPr>
        <w:t>Ἠερόεις. σκοτεινός. ἠερόεις ᾅδης. Ἠέρα. ἀορασίαν. Ἠετίων. κύριον. Ἠεροειδέα. μέλαινα. Ὅμηρος·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Ἠερία καὶ ἠερίη. ἡ ἑωθινή. Ἠεροφοῖτις. δαίμων ἡ ἀοράτως ἐρχομένη κατὰ τὰ ἔργα.</w:t>
      </w:r>
    </w:p>
    <w:p>
      <w:r>
        <w:rPr>
          <w:rFonts w:ascii="Courier New" w:hAnsi="Courier New"/>
          <w:color w:val="555555"/>
          <w:sz w:val="20"/>
        </w:rPr>
        <w:t>[5]</w:t>
      </w:r>
    </w:p>
    <w:p>
      <w:r>
        <w:rPr>
          <w:rFonts w:ascii="Gentium Plus" w:hAnsi="Gentium Plus"/>
          <w:sz w:val="24"/>
        </w:rPr>
        <w:t>Ἠέρος. ὁδοῦ· τόπου. καὶ διὰ μέσης ἠέρος· εὔαγρον τοῖσδε δίδου κάματον. Ἠετιωνεία. οὕτως ἐκαλεῖτο ἡ ἑτέρα τοῦ Πειραι‐ έως ἄκρα ἀπὸ τοῦ καταστησαμένου τὴν γῆν</w:t>
      </w:r>
    </w:p>
    <w:p>
      <w:r>
        <w:rPr>
          <w:rFonts w:ascii="Courier New" w:hAnsi="Courier New"/>
          <w:color w:val="555555"/>
          <w:sz w:val="20"/>
        </w:rPr>
        <w:t>[10]</w:t>
      </w:r>
    </w:p>
    <w:p>
      <w:r>
        <w:rPr>
          <w:rFonts w:ascii="Gentium Plus" w:hAnsi="Gentium Plus"/>
          <w:sz w:val="24"/>
        </w:rPr>
        <w:t>Ἠετίωνος.</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Ἠερόεντα. σκοτεινά. Ἠεροειδῆ. ὁμοίως.</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Ἤιεμεν. ἀντὶ τοῦ ᾔδειμεν. Ἦεν. ἀντὶ τοῦ ὑπῆρχε. καὶ ἦε ἀντὶ τοῦ ἐπορεύετο. Ἠερέθονται. ἀπαιωροῦνται. παρὰ τὸ ἀείρω, τὸ κουφίζω. [ὁ μέλλων ἀερῶ, ἐξ οὗ καὶ ἀρέθω. ὡς ἀγείρω, ἀγερέθω, ἠγερέθοντο. ἢ ἀπὸ τοῦ</w:t>
      </w:r>
    </w:p>
    <w:p>
      <w:r>
        <w:rPr>
          <w:rFonts w:ascii="Courier New" w:hAnsi="Courier New"/>
          <w:color w:val="555555"/>
          <w:sz w:val="20"/>
        </w:rPr>
        <w:t>[20]</w:t>
      </w:r>
    </w:p>
    <w:p>
      <w:r>
        <w:rPr>
          <w:rFonts w:ascii="Gentium Plus" w:hAnsi="Gentium Plus"/>
          <w:sz w:val="24"/>
        </w:rPr>
        <w:t>αἴρω, ἀρῶ, ἀρέθω, ὡς φλέγω, φλεγέθω. εἶτα μετάγεται εἰς ἐνεστῶτα. καὶ ὁ παρατατικὸς ἠρε‐ θόμην, καὶ τὸ τρίτον τῶν πληθυντικῶν ἠρέ‐ θοντο.] Ἤιεσαν. ἐπορεύοντο. ἢ ἤλθοσαν. ἵεσαν δὲ ἀντὶ</w:t>
      </w:r>
    </w:p>
    <w:p>
      <w:r>
        <w:rPr>
          <w:rFonts w:ascii="Courier New" w:hAnsi="Courier New"/>
          <w:color w:val="555555"/>
          <w:sz w:val="20"/>
        </w:rPr>
        <w:t>[25]</w:t>
      </w:r>
    </w:p>
    <w:p>
      <w:r>
        <w:rPr>
          <w:rFonts w:ascii="Gentium Plus" w:hAnsi="Gentium Plus"/>
          <w:sz w:val="24"/>
        </w:rPr>
        <w:t>τοῦ ἔπεμψαν, ἰῶτα. Ἤιει. ἀντὶ τοῦ ἐπορεύετο. Ἤειρεν. ἥρμοζεν. ἀπὸ τοῦ εἴρω εἶρε. σημαίνει τὸ δεσμεύω. εἴρω οὖν καὶ πλεονασμῷ τοῦ η ἠείρω. ὡς μύω, ἠμύω.</w:t>
      </w:r>
    </w:p>
    <w:p>
      <w:r>
        <w:rPr>
          <w:rFonts w:ascii="Courier New" w:hAnsi="Courier New"/>
          <w:color w:val="555555"/>
          <w:sz w:val="20"/>
        </w:rPr>
        <w:t>[30]</w:t>
      </w:r>
    </w:p>
    <w:p>
      <w:r>
        <w:rPr>
          <w:rFonts w:ascii="Gentium Plus" w:hAnsi="Gentium Plus"/>
          <w:sz w:val="24"/>
        </w:rPr>
        <w:t>Ἤειμεν. ἀντὶ τοῦ ὁδεύομεν. καὶ προεκόπτομεν. καὶ ὁ θεόλογος Γρηγόριος· οὕτως ἤειμεν εἰς τὸ</w:t>
      </w:r>
    </w:p>
    <w:p>
      <w:r>
        <w:rPr>
          <w:rFonts w:ascii="Courier New" w:hAnsi="Courier New"/>
          <w:color w:val="555555"/>
          <w:sz w:val="20"/>
        </w:rPr>
        <w:t>[eta 980]</w:t>
      </w:r>
    </w:p>
    <w:p>
      <w:r>
        <w:rPr>
          <w:rFonts w:ascii="Gentium Plus" w:hAnsi="Gentium Plus"/>
          <w:sz w:val="24"/>
        </w:rPr>
        <w:t>Ἠέ. διαζεύξεως σύνδεσμος. ἠὲ διατμῆξαι κοῖλον δόρυ.</w:t>
      </w:r>
    </w:p>
    <w:p>
      <w:pPr>
        <w:jc w:val="center"/>
      </w:pPr>
      <w:r>
        <w:rPr>
          <w:rFonts w:ascii="Gentium Plus" w:hAnsi="Gentium Plus"/>
          <w:b/>
          <w:sz w:val="24"/>
        </w:rPr>
        <w:t>Τὸ Η μετὰ τοῦ Θ.</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Ἠθάς. ἡ συνήθης ὄρνις. Ἠθάδων. συνήθων. χειμέριον νύκτα ἐτήρη‐ σαν, ἐν ᾗ οὐδ’ ἄν τις αὐτῶν τῶν βαρβάρων ἠθάδων ἄνευ τινὸς ἐξαισίου ἀνάγκης ἔξω τῶν σκηνωμάτων ἐγένετο.</w:t>
      </w:r>
    </w:p>
    <w:p>
      <w:r>
        <w:rPr>
          <w:rFonts w:ascii="Courier New" w:hAnsi="Courier New"/>
          <w:color w:val="555555"/>
          <w:sz w:val="20"/>
        </w:rPr>
        <w:t>[10]</w:t>
      </w:r>
    </w:p>
    <w:p>
      <w:r>
        <w:rPr>
          <w:rFonts w:ascii="Gentium Plus" w:hAnsi="Gentium Plus"/>
          <w:sz w:val="24"/>
        </w:rPr>
        <w:t>Ἠθάμ. ὄνομα τόπου ἑβραϊστί, λέγεται αἷμα ἢ νότος ἑρμηνεύεται. εἰς νότον γὰρ τῆς Ἰουδαίας ὁ Ἰορδάνης κεῖται. Ἰώσηπος δὲ ἐν ἀρχαιολογίᾳ λέγει χωρίον εἶναί τι ἀπὸ δύο σχοινίων Ἱεροσο‐ λύμων, ὃ καλεῖται μὲν Ἠθὰμ, παραδείσοις καὶ</w:t>
      </w:r>
    </w:p>
    <w:p>
      <w:r>
        <w:rPr>
          <w:rFonts w:ascii="Courier New" w:hAnsi="Courier New"/>
          <w:color w:val="555555"/>
          <w:sz w:val="20"/>
        </w:rPr>
        <w:t>[15]</w:t>
      </w:r>
    </w:p>
    <w:p>
      <w:r>
        <w:rPr>
          <w:rFonts w:ascii="Gentium Plus" w:hAnsi="Gentium Plus"/>
          <w:sz w:val="24"/>
        </w:rPr>
        <w:t>ναμάτων ἐπεῤῥοίαις ἐστὶν ἐπιτερπέστατον, ὃ κατὰ θεοῦ μοίρην ἐπὶ τοῦ ῥωμαϊκοῦ ἐξηράνθη πολέμου. Ἠθεῖε. προφώνημα νέου πρὸς πρεσβύτερον. ἢ ἠθεῖος ὁ πάππος. παρὰ τὸ θεὸς θέϊος, κατὰ</w:t>
      </w:r>
    </w:p>
    <w:p>
      <w:r>
        <w:rPr>
          <w:rFonts w:ascii="Courier New" w:hAnsi="Courier New"/>
          <w:color w:val="555555"/>
          <w:sz w:val="20"/>
        </w:rPr>
        <w:t>[20]</w:t>
      </w:r>
    </w:p>
    <w:p>
      <w:r>
        <w:rPr>
          <w:rFonts w:ascii="Gentium Plus" w:hAnsi="Gentium Plus"/>
          <w:sz w:val="24"/>
        </w:rPr>
        <w:t>συναίρεσιν θεῖος, κατ’ ἐπέκτασιν ἠθεῖος, ὡς βαιὸν ἠβαιὸν, μύει ἠμύει. ἢ παρὰ τὸ ἔθος ἐθεῖος, καὶ ἠθεῖος κατ’ ἔκτασιν. ἢ ἠθεῖος ὁ ἄγαν θεῖος καὶ θαυμαστός. Ἠθμός. ὁ διϋλιστήρ. παρὰ τὸ ἤθω. ἀφ’ οὗ</w:t>
      </w:r>
    </w:p>
    <w:p>
      <w:r>
        <w:rPr>
          <w:rFonts w:ascii="Courier New" w:hAnsi="Courier New"/>
          <w:color w:val="555555"/>
          <w:sz w:val="20"/>
        </w:rPr>
        <w:t>[25]</w:t>
      </w:r>
    </w:p>
    <w:p>
      <w:r>
        <w:rPr>
          <w:rFonts w:ascii="Gentium Plus" w:hAnsi="Gentium Plus"/>
          <w:sz w:val="24"/>
        </w:rPr>
        <w:t>Νίκανδρος· Οὖρον ἀπήθησεν. ἀπὸ οὖν τοῦ ἤθω, ἤσω, ἦμος καὶ ἠθμός. δι’ οὗ διηθεῖται καὶ διαβιβάζεται. Ἠθολόγος. θεατριστής. Ἠθική. ἡ τῶν εἰωθότων [τοῖς ἀνθρώποις] ἐξήγησις.</w:t>
      </w:r>
    </w:p>
    <w:p>
      <w:r>
        <w:rPr>
          <w:rFonts w:ascii="Courier New" w:hAnsi="Courier New"/>
          <w:color w:val="555555"/>
          <w:sz w:val="20"/>
        </w:rPr>
        <w:t>[30]</w:t>
      </w:r>
    </w:p>
    <w:p>
      <w:r>
        <w:rPr>
          <w:rFonts w:ascii="Gentium Plus" w:hAnsi="Gentium Plus"/>
          <w:sz w:val="24"/>
        </w:rPr>
        <w:t>Ἠθοποιΐα. μίμησις ἤθους ὑποκειμένου προσώπῳ.</w:t>
      </w:r>
    </w:p>
    <w:p>
      <w:r>
        <w:rPr>
          <w:rFonts w:ascii="Courier New" w:hAnsi="Courier New"/>
          <w:color w:val="555555"/>
          <w:sz w:val="20"/>
        </w:rPr>
        <w:t>[eta 981]</w:t>
      </w:r>
    </w:p>
    <w:p>
      <w:r>
        <w:rPr>
          <w:rFonts w:ascii="Gentium Plus" w:hAnsi="Gentium Plus"/>
          <w:sz w:val="24"/>
        </w:rPr>
        <w:t>Ἤθεα. παρὰ τῷ Ἡροδότῳ οἱ τόποι καὶ αἱ δια‐ τριβαὶ, ἔνθα ἀναστρέφονται. Ἠθικά. τὰ εἰς ἤθη ἀνθρώπου λεγόμενα νουθε‐ τικὰ ῥήματα.</w:t>
      </w:r>
    </w:p>
    <w:p>
      <w:r>
        <w:rPr>
          <w:rFonts w:ascii="Courier New" w:hAnsi="Courier New"/>
          <w:color w:val="555555"/>
          <w:sz w:val="20"/>
        </w:rPr>
        <w:t>[5]</w:t>
      </w:r>
    </w:p>
    <w:p>
      <w:r>
        <w:rPr>
          <w:rFonts w:ascii="Gentium Plus" w:hAnsi="Gentium Plus"/>
          <w:sz w:val="24"/>
        </w:rPr>
        <w:t>Ἦθος. τὸ ἐν ψυχῇ χρονίσαν ἔθος, ἢ τὸ παρ’ ἄλλων ἰδικῶς ἀνθρώπῳ σχηματιζόμενον. παρὰ τὸ ἔθος ἦθος κατ’ ἔκτασιν. ἢ παρὰ τὸ ἵημι, ἥσω, ἀφ’ οὗ αἱ κατὰ μέρος ἐκπέμπονται πράξεις. Ἠιθαλωμένος. κεκαυμένος.</w:t>
      </w:r>
    </w:p>
    <w:p>
      <w:r>
        <w:rPr>
          <w:rFonts w:ascii="Courier New" w:hAnsi="Courier New"/>
          <w:color w:val="555555"/>
          <w:sz w:val="20"/>
        </w:rPr>
        <w:t>[10]</w:t>
      </w:r>
    </w:p>
    <w:p>
      <w:r>
        <w:rPr>
          <w:rFonts w:ascii="Gentium Plus" w:hAnsi="Gentium Plus"/>
          <w:sz w:val="24"/>
        </w:rPr>
        <w:t>Ἠθλοθέτει. τοὺς ἀγῶνας διετίθει. ἕως ὁ μέγι‐ στος ἑλλανοδίκης Γαϊνᾶς τὸν ῥωμαϊκὸν ὄλε‐ θρον ἠθλοθέτει.</w:t>
      </w:r>
    </w:p>
    <w:p>
      <w:pPr>
        <w:jc w:val="center"/>
      </w:pPr>
      <w:r>
        <w:rPr>
          <w:rFonts w:ascii="Gentium Plus" w:hAnsi="Gentium Plus"/>
          <w:b/>
          <w:sz w:val="24"/>
        </w:rPr>
        <w:t>Τὸ Η μετὰ τοῦ Ι.</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Ἠΐθεος. νεώτερος. ἢ ἠΐθεος ὁ ἄφθαρτος πρὸς γυναῖκας. ἠϊθέοις οὐκ ἔστι τόσος πόνος, ὅσος ἡμῖν τοῖς ἁπαλοψύχοις. παρὰ τὸ αἴθω, τὸ καίω, γίνεται αἴθεος καὶ ἐν</w:t>
      </w:r>
    </w:p>
    <w:p>
      <w:r>
        <w:rPr>
          <w:rFonts w:ascii="Courier New" w:hAnsi="Courier New"/>
          <w:color w:val="555555"/>
          <w:sz w:val="20"/>
        </w:rPr>
        <w:t>[20]</w:t>
      </w:r>
    </w:p>
    <w:p>
      <w:r>
        <w:rPr>
          <w:rFonts w:ascii="Gentium Plus" w:hAnsi="Gentium Plus"/>
          <w:sz w:val="24"/>
        </w:rPr>
        <w:t>διαιρέσει ἀΐθεος καὶ ἠΐθεος. διάπυρος γὰρ ἡ νεότης. ὁ καιρὸν ἄγων τοῦ θερμαίνεσθαι. ἠΐ‐ θεος δὲ λέγεται ἀπὸ ιδ ἐτῶν ἕως ιη. ἠΐθεος καὶ ὁ ἶσος τοῖς θεοῖς. Ἤϊος. ὁ τοξότης.</w:t>
      </w:r>
    </w:p>
    <w:p>
      <w:r>
        <w:rPr>
          <w:rFonts w:ascii="Courier New" w:hAnsi="Courier New"/>
          <w:color w:val="555555"/>
          <w:sz w:val="20"/>
        </w:rPr>
        <w:t>[25]</w:t>
      </w:r>
    </w:p>
    <w:p>
      <w:r>
        <w:rPr>
          <w:rFonts w:ascii="Gentium Plus" w:hAnsi="Gentium Plus"/>
          <w:sz w:val="24"/>
        </w:rPr>
        <w:t>ἤϊε Φοῖβε. Ἀρίσταρχος δασύνει, παρὰ τὸ ἵημι· ἄμεινον δὲ ψιλοῦσθαι, ἀπὸ τῆς ἰάσεως τῶν βελῶν. καὶ ἄλλως· τὸ γὰρ η πρὸ φωνήεντος ψιλοῦται·</w:t>
      </w:r>
    </w:p>
    <w:p>
      <w:r>
        <w:rPr>
          <w:rFonts w:ascii="Courier New" w:hAnsi="Courier New"/>
          <w:color w:val="555555"/>
          <w:sz w:val="20"/>
        </w:rPr>
        <w:t>[eta 982]</w:t>
      </w:r>
    </w:p>
    <w:p>
      <w:r>
        <w:rPr>
          <w:rFonts w:ascii="Gentium Plus" w:hAnsi="Gentium Plus"/>
          <w:sz w:val="24"/>
        </w:rPr>
        <w:t>Ἠϊόεις. αἰγιαλώδης. καὶ ἠϊόεντι, καλοὺς αἰγια‐ λοὺς ἔχοντι.</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Ἠϊόνα. αἰγιαλόν. ἡ ὀρθὴ ὁ ἠϊὼν, παρὰ τὸ ἀΐειν,</w:t>
      </w:r>
    </w:p>
    <w:p>
      <w:r>
        <w:rPr>
          <w:rFonts w:ascii="Courier New" w:hAnsi="Courier New"/>
          <w:color w:val="555555"/>
          <w:sz w:val="20"/>
        </w:rPr>
        <w:t>[5]</w:t>
      </w:r>
    </w:p>
    <w:p>
      <w:r>
        <w:rPr>
          <w:rFonts w:ascii="Gentium Plus" w:hAnsi="Gentium Plus"/>
          <w:sz w:val="24"/>
        </w:rPr>
        <w:t>τὸ ἀκούειν. ὅ ἐστιν ὁ ἐξακουόμενος τοῖς κύμα‐ σιν. ἢ παρὰ τὸ καταιονᾶσθαι καὶ βρέχεσθαι ὑπὸ τῶν κυμάτων. καὶ ἠϊὼν τὸ βάσιμον μέρος τῆς θαλάσσης. λέγει δὲ τὸν αἰγιαλὸν καὶ τὴν ὄχθην.</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Ἤϊα. τὰ εἰς ὁδὸν βρώματα. ἤϊα καὶ τὰ ἄχυρα. [ὡς δ’ ἄνεμος ζαὴς, ὅ ἐστι σφοδρὸς, ἠΐων θιμῶνα τινάξει. οὕτως Ὅμηρος. καὶ Βάμβριος· οὔπω καιρός ἐστιν ἤϊα λύειν. παρὰ τὸ εἴω, τὸ</w:t>
      </w:r>
    </w:p>
    <w:p>
      <w:r>
        <w:rPr>
          <w:rFonts w:ascii="Courier New" w:hAnsi="Courier New"/>
          <w:color w:val="555555"/>
          <w:sz w:val="20"/>
        </w:rPr>
        <w:t>[15]</w:t>
      </w:r>
    </w:p>
    <w:p>
      <w:r>
        <w:rPr>
          <w:rFonts w:ascii="Gentium Plus" w:hAnsi="Gentium Plus"/>
          <w:sz w:val="24"/>
        </w:rPr>
        <w:t>πορεύομαι, γίνεται ἤϊα, τὰ πρὸς ὁδὸν καὶ πλοῦν ἐπιτήδεια. τὰ δὲ ἄχυρα παρ’ αὐτὸ τὸ εἴω. καὶ ἤϊα τὰ εὐκίνητα καὶ εὐχερῶς μεταριπιζόμενα ὑπὸ τῶν ἀνέμων.] Ἤϊα. ὑπῆρχον. καὶ ἤϊα, ἐπορευόμην.</w:t>
      </w:r>
    </w:p>
    <w:p>
      <w:r>
        <w:rPr>
          <w:rFonts w:ascii="Courier New" w:hAnsi="Courier New"/>
          <w:color w:val="555555"/>
          <w:sz w:val="20"/>
        </w:rPr>
        <w:t>[20]</w:t>
      </w:r>
    </w:p>
    <w:p>
      <w:r>
        <w:rPr>
          <w:rFonts w:ascii="Gentium Plus" w:hAnsi="Gentium Plus"/>
          <w:sz w:val="24"/>
        </w:rPr>
        <w:t>Ἤϊκτο. ὡμοίωτο. ἔστι ῥῆμα εἴκω, ὁ παρακείμε‐ νος εἶχα, εἶγμαι, ὁ ὑπερσυντέλικος εἴγμην, εἶξο, εἶκτο, κατὰ ἔκτασιν ἤϊκτο. Ἠΐσκομεν. ἀπεικάζομεν. ἴσκεν ψεύδεα πολλὰ λέγων—</w:t>
      </w:r>
    </w:p>
    <w:p>
      <w:r>
        <w:rPr>
          <w:rFonts w:ascii="Courier New" w:hAnsi="Courier New"/>
          <w:color w:val="555555"/>
          <w:sz w:val="20"/>
        </w:rPr>
        <w:t>[25]</w:t>
      </w:r>
    </w:p>
    <w:p>
      <w:r>
        <w:rPr>
          <w:rFonts w:ascii="Gentium Plus" w:hAnsi="Gentium Plus"/>
          <w:sz w:val="24"/>
        </w:rPr>
        <w:t>τὸ παθητικὸν ἴσκομαι, καὶ πλεονασμῷ τοῦ ἦτα ἠΐσκομαι. οἱ δὲ ἐΐσκω ῥῆμα, ἐΐσκομεν καὶ ἐκτά‐ σει ἠΐσκομεν. Ἠΐστωσας. ἠφάνισας. σὺ γάρ μοι πατρίδ’ ἠΐστωσας δορί.</w:t>
      </w:r>
    </w:p>
    <w:p>
      <w:r>
        <w:rPr>
          <w:rFonts w:ascii="Courier New" w:hAnsi="Courier New"/>
          <w:color w:val="555555"/>
          <w:sz w:val="20"/>
        </w:rPr>
        <w:t>[30]</w:t>
      </w:r>
    </w:p>
    <w:p>
      <w:r>
        <w:rPr>
          <w:rFonts w:ascii="Gentium Plus" w:hAnsi="Gentium Plus"/>
          <w:sz w:val="24"/>
        </w:rPr>
        <w:t>Ἠΐχθη. ὥρμησεν.</w:t>
      </w:r>
    </w:p>
    <w:p>
      <w:pPr>
        <w:jc w:val="center"/>
      </w:pPr>
      <w:r>
        <w:rPr>
          <w:rFonts w:ascii="Gentium Plus" w:hAnsi="Gentium Plus"/>
          <w:b/>
          <w:sz w:val="24"/>
        </w:rPr>
        <w:t>Τὸ Η μετὰ τοῦ Κ.</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Ἤκαλος. ὁ ἥσυχος. παρὰ τὸ ἀκαλὸν, ἐξ οὗ καὶ ἀκαλαῤῥείτης, ὁ ἡσύχως ῥέων ποταμός. παρὰ</w:t>
      </w:r>
    </w:p>
    <w:p>
      <w:r>
        <w:rPr>
          <w:rFonts w:ascii="Courier New" w:hAnsi="Courier New"/>
          <w:color w:val="555555"/>
          <w:sz w:val="20"/>
        </w:rPr>
        <w:t>[5]</w:t>
      </w:r>
    </w:p>
    <w:p>
      <w:r>
        <w:rPr>
          <w:rFonts w:ascii="Gentium Plus" w:hAnsi="Gentium Plus"/>
          <w:sz w:val="24"/>
        </w:rPr>
        <w:t>τὸ ἕκηλος, ὁ ἥσυχος. Ἠκέστης. ὁ ἀδάμας. καὶ ὄνομα κύριον. Ἤκιστος. ἐλάχιστος. ἀπὸ τοῦ ἧκα ἐπίῤῥημα καὶ τοῦ ἥσσων γίνεται ἥκιστος. ἐξ οὗ καὶ τὸ ἥκιστα.</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Ἤκη. ἡ ὀξύτης. ἵστη κατ’ ἤκην κύματός τε κᾀνέμου. παρὰ τὸ ἥκω τὸ ἔρχομαι. Ἡ κύων ἐν τῇ φάτνῃ. παροιμία ἐπὶ τῶν μήτε</w:t>
      </w:r>
    </w:p>
    <w:p>
      <w:r>
        <w:rPr>
          <w:rFonts w:ascii="Courier New" w:hAnsi="Courier New"/>
          <w:color w:val="555555"/>
          <w:sz w:val="20"/>
        </w:rPr>
        <w:t>[15]</w:t>
      </w:r>
    </w:p>
    <w:p>
      <w:r>
        <w:rPr>
          <w:rFonts w:ascii="Gentium Plus" w:hAnsi="Gentium Plus"/>
          <w:sz w:val="24"/>
        </w:rPr>
        <w:t>ἑαυτοῖς χρωμένων μήτε ἄλλους ἐώντων, παρ’ ὅσον αὕτη ἡ κυνόμυια κριθὴν οὐκ ἐσθίει καὶ τὸν ἵππον κωλύει.</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Ἤικαλλον. ἐθώπευον, ἠπάτων.</w:t>
      </w:r>
    </w:p>
    <w:p>
      <w:r>
        <w:rPr>
          <w:rFonts w:ascii="Courier New" w:hAnsi="Courier New"/>
          <w:color w:val="555555"/>
          <w:sz w:val="20"/>
        </w:rPr>
        <w:t>[20]</w:t>
      </w:r>
    </w:p>
    <w:p>
      <w:r>
        <w:rPr>
          <w:rFonts w:ascii="Gentium Plus" w:hAnsi="Gentium Plus"/>
          <w:sz w:val="24"/>
        </w:rPr>
        <w:t>Ἤκαχον. ἐλύπησαν. καὶ ἤκαχες. Ἠκαιρεῖσθε. ἐκωλύεσθε, καιρὸν οὐκ εἴχετε. Ἠκέσατο. ἐθεράπευσεν.</w:t>
      </w:r>
    </w:p>
    <w:p>
      <w:r>
        <w:rPr>
          <w:rFonts w:ascii="Courier New" w:hAnsi="Courier New"/>
          <w:color w:val="555555"/>
          <w:sz w:val="20"/>
        </w:rPr>
        <w:t>[eta 984]</w:t>
      </w:r>
    </w:p>
    <w:p>
      <w:r>
        <w:rPr>
          <w:rFonts w:ascii="Gentium Plus" w:hAnsi="Gentium Plus"/>
          <w:sz w:val="24"/>
        </w:rPr>
        <w:t>ὄρτυξ καλεῖται, καὶ γὰρ ᾔκει ὄρτυγι. ἀπὸ τοῦ εἴκω τὸ ὁμοιῶ. Ἠικίσατο. ἐμάστιξεν. Ἠικισμένους. ἠφανισμένους, μαστιζομένους.</w:t>
      </w:r>
    </w:p>
    <w:p>
      <w:r>
        <w:rPr>
          <w:rFonts w:ascii="Courier New" w:hAnsi="Courier New"/>
          <w:color w:val="555555"/>
          <w:sz w:val="20"/>
        </w:rPr>
        <w:t>[5]</w:t>
      </w:r>
    </w:p>
    <w:p>
      <w:r>
        <w:rPr>
          <w:rFonts w:ascii="Gentium Plus" w:hAnsi="Gentium Plus"/>
          <w:sz w:val="24"/>
        </w:rPr>
        <w:t>Ἤκμαζεν. ἔῤῥωτο. ὁ δὲ Τραϊανὸς τῇ ψυχῇ ἤκμα‐ ζεν, ὥστε μήτε ὑπὸ νεότητος θρασύνεσθαι, μήτε ὑπὸ γήρως ἀμβλύνεσθαι. Ἧκον. ἦλθον. Ἡκούσης. ἀντὶ τοῦ ἐχούσης. οὕτως Ἡρόδοτος.</w:t>
      </w:r>
    </w:p>
    <w:p>
      <w:r>
        <w:rPr>
          <w:rFonts w:ascii="Courier New" w:hAnsi="Courier New"/>
          <w:color w:val="555555"/>
          <w:sz w:val="20"/>
        </w:rPr>
        <w:t>[10]</w:t>
      </w:r>
    </w:p>
    <w:p>
      <w:r>
        <w:rPr>
          <w:rFonts w:ascii="Gentium Plus" w:hAnsi="Gentium Plus"/>
          <w:sz w:val="24"/>
        </w:rPr>
        <w:t>Ἡκουσιάσθησαν. ἑκουσίως ἠθέλησαν ποιῆ‐ σαί τι. Ἠκρωτηριασμένοι. τὰ ἄκρα λελυμασμένοι. Ἠκροβόλιζον. ἔβαλλον.</w:t>
      </w:r>
    </w:p>
    <w:p>
      <w:pPr>
        <w:jc w:val="center"/>
      </w:pPr>
      <w:r>
        <w:rPr>
          <w:rFonts w:ascii="Gentium Plus" w:hAnsi="Gentium Plus"/>
          <w:b/>
          <w:sz w:val="24"/>
        </w:rPr>
        <w:t>(Ἐπίῤῥημα.)</w:t>
      </w:r>
    </w:p>
    <w:p>
      <w:r>
        <w:rPr>
          <w:rFonts w:ascii="Courier New" w:hAnsi="Courier New"/>
          <w:color w:val="555555"/>
          <w:sz w:val="20"/>
        </w:rPr>
        <w:t>[15]</w:t>
      </w:r>
    </w:p>
    <w:p>
      <w:r>
        <w:rPr>
          <w:rFonts w:ascii="Gentium Plus" w:hAnsi="Gentium Plus"/>
          <w:sz w:val="24"/>
        </w:rPr>
        <w:t>Ἧκα. ἡσύχως. Ἦκεν. σύνδεσμος διαβεβαιωτικός. καὶ δεῖ περι‐ σπᾶσθαι. Ἥκιστα. οὐδαμῶς. ὡς μάλα, μάλιστα. καὶ ἀντὶ τοῦ πάνυ. Δημοσθένης· οὐδεὶς ἀγνοεῖ, καὶ</w:t>
      </w:r>
    </w:p>
    <w:p>
      <w:r>
        <w:rPr>
          <w:rFonts w:ascii="Courier New" w:hAnsi="Courier New"/>
          <w:color w:val="555555"/>
          <w:sz w:val="20"/>
        </w:rPr>
        <w:t>[20]</w:t>
      </w:r>
    </w:p>
    <w:p>
      <w:r>
        <w:rPr>
          <w:rFonts w:ascii="Gentium Plus" w:hAnsi="Gentium Plus"/>
          <w:sz w:val="24"/>
        </w:rPr>
        <w:t>πάντων ἥκιστα σύ.</w:t>
      </w:r>
    </w:p>
    <w:p>
      <w:pPr>
        <w:jc w:val="center"/>
      </w:pPr>
      <w:r>
        <w:rPr>
          <w:rFonts w:ascii="Gentium Plus" w:hAnsi="Gentium Plus"/>
          <w:b/>
          <w:sz w:val="24"/>
        </w:rPr>
        <w:t>Τὸ Η μετὰ τοῦ Λ.</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Ἠλεός. μάταιος, μωρός.</w:t>
      </w:r>
    </w:p>
    <w:p>
      <w:r>
        <w:rPr>
          <w:rFonts w:ascii="Courier New" w:hAnsi="Courier New"/>
          <w:color w:val="555555"/>
          <w:sz w:val="20"/>
        </w:rPr>
        <w:t>[eta 985]</w:t>
      </w:r>
    </w:p>
    <w:p>
      <w:r>
        <w:rPr>
          <w:rFonts w:ascii="Gentium Plus" w:hAnsi="Gentium Plus"/>
          <w:sz w:val="24"/>
        </w:rPr>
        <w:t>Ἠλεκτρυὼν καὶ Ἠλεκτρυώνη. ὀνόματα κύρια. Ἠλέκτωρ. ὁ ἥλιος. λέγεται δὲ ἠλέκτωρ, διότι ἄληκτός ἐστι καὶ ἀκάματος. ἔνιοι δὲ ἀπὸ τῆς λαμπρότητος τοῦ ἠλέκτρου, ἢ ὅτι ἐγείρει ἡμᾶς</w:t>
      </w:r>
    </w:p>
    <w:p>
      <w:r>
        <w:rPr>
          <w:rFonts w:ascii="Courier New" w:hAnsi="Courier New"/>
          <w:color w:val="555555"/>
          <w:sz w:val="20"/>
        </w:rPr>
        <w:t>[5]</w:t>
      </w:r>
    </w:p>
    <w:p>
      <w:r>
        <w:rPr>
          <w:rFonts w:ascii="Gentium Plus" w:hAnsi="Gentium Plus"/>
          <w:sz w:val="24"/>
        </w:rPr>
        <w:t>ἀπὸ τοῦ ὕπνου. ἀπὸ τοῦ ἀλέκτορος, πολυόχευ‐ τον γὰρ τὸ ζῶον· ὅτι ἐκ τῶν λέκτρων ἤτοι ἐκ τῆς κοίτης ἡμᾶς ἐγείρει. Ἠλεί. ἱερεὺς Ἰσραήλ. υἱοὶ αὐτοῦ Ὀφνὶ καὶ Φινεές. Ἠλεῖος. ὁ πολίτης, καὶ τὸ ἐθνικόν.</w:t>
      </w:r>
    </w:p>
    <w:p>
      <w:r>
        <w:rPr>
          <w:rFonts w:ascii="Courier New" w:hAnsi="Courier New"/>
          <w:color w:val="555555"/>
          <w:sz w:val="20"/>
        </w:rPr>
        <w:t>[10]</w:t>
      </w:r>
    </w:p>
    <w:p>
      <w:r>
        <w:rPr>
          <w:rFonts w:ascii="Gentium Plus" w:hAnsi="Gentium Plus"/>
          <w:sz w:val="24"/>
        </w:rPr>
        <w:t>Ἠλίθιος. ἀνόητος· μωρός. Ἥλιος. πῦρ οὐράνιον, ὃ μέχρι δείλης τῆς αὐ‐ τῆς ἐστὶν ὁραθῆναι. ἢ ἡμέρας ἀρχή· τὸ πρῶ‐ τον φῶς. ἢ ἄστρον ἡμεροφαὲς λαμπρότατον, τῇ τετάρτῃ σφαίρᾳ συμπεριφερόμενον.</w:t>
      </w:r>
    </w:p>
    <w:p>
      <w:r>
        <w:rPr>
          <w:rFonts w:ascii="Courier New" w:hAnsi="Courier New"/>
          <w:color w:val="555555"/>
          <w:sz w:val="20"/>
        </w:rPr>
        <w:t>[15]</w:t>
      </w:r>
    </w:p>
    <w:p>
      <w:r>
        <w:rPr>
          <w:rFonts w:ascii="Gentium Plus" w:hAnsi="Gentium Plus"/>
          <w:sz w:val="24"/>
        </w:rPr>
        <w:t>Ἧλος. παρὰ τὸ ἵημι, τὸ πέμπω, ὁ μέλλων ἥσω, καὶ ἐξ αὐτοῦ ἧλος. Ἠλίας. κύριον.</w:t>
      </w:r>
    </w:p>
    <w:p>
      <w:pPr>
        <w:jc w:val="center"/>
      </w:pPr>
      <w:r>
        <w:rPr>
          <w:rFonts w:ascii="Gentium Plus" w:hAnsi="Gentium Plus"/>
          <w:b/>
          <w:sz w:val="24"/>
        </w:rPr>
        <w:t>(Θηλυκόν.)</w:t>
      </w:r>
    </w:p>
    <w:p>
      <w:r>
        <w:rPr>
          <w:rFonts w:ascii="Courier New" w:hAnsi="Courier New"/>
          <w:color w:val="555555"/>
          <w:sz w:val="20"/>
        </w:rPr>
        <w:t>[19]</w:t>
      </w:r>
    </w:p>
    <w:p>
      <w:r>
        <w:rPr>
          <w:rFonts w:ascii="Gentium Plus" w:hAnsi="Gentium Plus"/>
          <w:sz w:val="24"/>
        </w:rPr>
        <w:t>Ἠλακάτη. ἐργαλεῖον γυναικῶν. ἡ λεγομένη</w:t>
      </w:r>
    </w:p>
    <w:p>
      <w:r>
        <w:rPr>
          <w:rFonts w:ascii="Courier New" w:hAnsi="Courier New"/>
          <w:color w:val="555555"/>
          <w:sz w:val="20"/>
        </w:rPr>
        <w:t>[20]</w:t>
      </w:r>
    </w:p>
    <w:p>
      <w:r>
        <w:rPr>
          <w:rFonts w:ascii="Gentium Plus" w:hAnsi="Gentium Plus"/>
          <w:sz w:val="24"/>
        </w:rPr>
        <w:t>ἀνέμη. καὶ τὸ βέλος· ὡς τό· Ἥρη δ’ ἀνέστη χρυσηλάκατος.</w:t>
      </w:r>
    </w:p>
    <w:p>
      <w:r>
        <w:rPr>
          <w:rFonts w:ascii="Courier New" w:hAnsi="Courier New"/>
          <w:color w:val="555555"/>
          <w:sz w:val="20"/>
        </w:rPr>
        <w:t>[eta 986]</w:t>
      </w:r>
    </w:p>
    <w:p>
      <w:r>
        <w:rPr>
          <w:rFonts w:ascii="Gentium Plus" w:hAnsi="Gentium Plus"/>
          <w:sz w:val="24"/>
        </w:rPr>
        <w:t>Ἠλίβατοι πέτραι. ὑψηλαί. ἀπὸ τοῦ βαίνειν ἐκεῖσε τὸν ἥλιον. Ἠλιτενὴς πέτρα. ὑψηλή. Ἡλιούπολις· Ἦλις, Ἤλιδος. ὀνόματα πόλεων.</w:t>
      </w:r>
    </w:p>
    <w:p>
      <w:r>
        <w:rPr>
          <w:rFonts w:ascii="Courier New" w:hAnsi="Courier New"/>
          <w:color w:val="555555"/>
          <w:sz w:val="20"/>
        </w:rPr>
        <w:t>[5]</w:t>
      </w:r>
    </w:p>
    <w:p>
      <w:r>
        <w:rPr>
          <w:rFonts w:ascii="Gentium Plus" w:hAnsi="Gentium Plus"/>
          <w:sz w:val="24"/>
        </w:rPr>
        <w:t>Ἡλίασις. ἡ τοῦ ἡλίου θέρμη. Ἠλία. χώρα. Ἡλιαία. ἡ ἐκ τῶν πολλῶν συναγωγή. ἡ μετα‐ φορὰ ἀπὸ τῆς θαλάσσης, ὅτι ἐκ πολλῶν συνά‐ γεται. παρὰ τὸ ἁλὸς, γενικὴ, γίνεται ἅλις</w:t>
      </w:r>
    </w:p>
    <w:p>
      <w:r>
        <w:rPr>
          <w:rFonts w:ascii="Courier New" w:hAnsi="Courier New"/>
          <w:color w:val="555555"/>
          <w:sz w:val="20"/>
        </w:rPr>
        <w:t>[10]</w:t>
      </w:r>
    </w:p>
    <w:p>
      <w:r>
        <w:rPr>
          <w:rFonts w:ascii="Gentium Plus" w:hAnsi="Gentium Plus"/>
          <w:sz w:val="24"/>
        </w:rPr>
        <w:t>ἐπίῤῥημα, ἐξ οὗ γίνεται κτητικὸν ἁλιαία καὶ ἡλιαία. ἀφ’ ἧς καὶ ἡλιαστικὸς ὅρκος, ὁ ἐκ συνα‐ γωγῆς γενόμενος. ἢ παρὰ τὸ ἁλίζεσθαι, τὸ συναθροίζεσθαι, ἁλιαία καὶ ἡλιαία. ἔστι δὲ τὸ μέγιστον δικαστήριον Ἀθήνῃσιν, ἐν ᾧ τὰ δη‐</w:t>
      </w:r>
    </w:p>
    <w:p>
      <w:r>
        <w:rPr>
          <w:rFonts w:ascii="Courier New" w:hAnsi="Courier New"/>
          <w:color w:val="555555"/>
          <w:sz w:val="20"/>
        </w:rPr>
        <w:t>[15]</w:t>
      </w:r>
    </w:p>
    <w:p>
      <w:r>
        <w:rPr>
          <w:rFonts w:ascii="Gentium Plus" w:hAnsi="Gentium Plus"/>
          <w:sz w:val="24"/>
        </w:rPr>
        <w:t>μόσια τῶν πραγμάτων ἐκρίνετο. ἢ βουλὴ συν‐ εστῶσα ἐξ ἀνδρῶν χιλίων. ἢ ἕλη ἡ τάξις. [Ἠλύγη. τὸ σκότος. καὶ ἠλυγισμένον, τὸ ἐσκια‐ σμένον.]</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Ἤλεκτρον. χάλκωμα καθαρὸν, ἢ ἀλλότυπον χρυ‐ σίον μεμιγμένον ὑέλῳ καὶ λιθείᾳ, οἵας ἦν</w:t>
      </w:r>
    </w:p>
    <w:p>
      <w:r>
        <w:rPr>
          <w:rFonts w:ascii="Courier New" w:hAnsi="Courier New"/>
          <w:color w:val="555555"/>
          <w:sz w:val="20"/>
        </w:rPr>
        <w:t>[eta 987]</w:t>
      </w:r>
    </w:p>
    <w:p>
      <w:r>
        <w:rPr>
          <w:rFonts w:ascii="Gentium Plus" w:hAnsi="Gentium Plus"/>
          <w:sz w:val="24"/>
        </w:rPr>
        <w:t>εξαίρετος τοῦ θεοῦ ναός. παρὰ τὸν ἥλιον, ὃς ἠλέκτωρ ὀνομάζεται. ἢ παρὰ τὸ ἑλεῖν τὰ ἐκτὸς ἤλεκτον καὶ ἤλεκτρον· τριβόμενον γὰρ ἁρπάζει τὰ [πελάζοντα] φρύγανα.</w:t>
      </w:r>
    </w:p>
    <w:p>
      <w:r>
        <w:rPr>
          <w:rFonts w:ascii="Courier New" w:hAnsi="Courier New"/>
          <w:color w:val="555555"/>
          <w:sz w:val="20"/>
        </w:rPr>
        <w:t>[5]</w:t>
      </w:r>
    </w:p>
    <w:p>
      <w:r>
        <w:rPr>
          <w:rFonts w:ascii="Gentium Plus" w:hAnsi="Gentium Plus"/>
          <w:sz w:val="24"/>
        </w:rPr>
        <w:t>Ἡλίκον. μέγα. Ἠλιτόμηνον. τὸ γεννηθὲν παρὰ μῆνα, ἢ τὸ ἁμαρτάνον τῆς γεννήσεως τοῦ ἐνδεχομένου καιροῦ. ἀλιταίνειν γὰρ τὸ ἁμαρτάνειν. Ἡλιοτρόπιον. *ὡρογεῖον*, ὡρολόγιον.</w:t>
      </w:r>
    </w:p>
    <w:p>
      <w:r>
        <w:rPr>
          <w:rFonts w:ascii="Courier New" w:hAnsi="Courier New"/>
          <w:color w:val="555555"/>
          <w:sz w:val="20"/>
        </w:rPr>
        <w:t>[10]</w:t>
      </w:r>
    </w:p>
    <w:p>
      <w:r>
        <w:rPr>
          <w:rFonts w:ascii="Gentium Plus" w:hAnsi="Gentium Plus"/>
          <w:sz w:val="24"/>
        </w:rPr>
        <w:t>Ἠλύσιον πεδίον. τερπνὸν, θαυμαστὸν, ἄφθαρ‐ τον, ἀκήρατον, θεῖον, ὃ καὶ παράδεισον λέ‐ γουσιν οἱ Ἕλληνες. ἠλύσιον δὲ ἀπὸ τοῦ λύσιν μὴ ἔχειν. Ἠλίβατον. τὸ ὑψηλόν.</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Ἠλασκάζων. πλανώμενος· περιερχόμενος. καὶ ἠλασκάζω καὶ ἠλάσκω τὸ περὶ αὐτὸ πλα‐ νᾶσθαι καὶ διατρίβειν. [ἔστιν ἀλῶ τὸ πλανῶ. παρὰ τούτου ἀλάσκω, ὡς γηρῶ γηράσκω, καὶ</w:t>
      </w:r>
    </w:p>
    <w:p>
      <w:r>
        <w:rPr>
          <w:rFonts w:ascii="Courier New" w:hAnsi="Courier New"/>
          <w:color w:val="555555"/>
          <w:sz w:val="20"/>
        </w:rPr>
        <w:t>[20]</w:t>
      </w:r>
    </w:p>
    <w:p>
      <w:r>
        <w:rPr>
          <w:rFonts w:ascii="Gentium Plus" w:hAnsi="Gentium Plus"/>
          <w:sz w:val="24"/>
        </w:rPr>
        <w:t>ἠλάσκω, ὡς ἀλέκτωρ ἠλέκτωρ, ἀπεδανὸς ἠ‐ δανός. ἐκ δὲ τοῦ ἠλάσκω ἠλασκάζω, ὡς ῥίπτω ῥιπτάζω. αἵ τε κατὰ σταθμὸν ποιμνήϊον ἠλάσκουσι. καί·</w:t>
      </w:r>
    </w:p>
    <w:p>
      <w:r>
        <w:rPr>
          <w:rFonts w:ascii="Courier New" w:hAnsi="Courier New"/>
          <w:color w:val="555555"/>
          <w:sz w:val="20"/>
        </w:rPr>
        <w:t>[25]</w:t>
      </w:r>
    </w:p>
    <w:p>
      <w:r>
        <w:rPr>
          <w:rFonts w:ascii="Gentium Plus" w:hAnsi="Gentium Plus"/>
          <w:sz w:val="24"/>
        </w:rPr>
        <w:t>—ἐμὸν μένος ἠλάσκουσι.] Ἠλαζονεύετο. ἀντὶ τοῦ ἐψεύδετο. Ἀριστοφά‐</w:t>
      </w:r>
    </w:p>
    <w:p>
      <w:r>
        <w:rPr>
          <w:rFonts w:ascii="Courier New" w:hAnsi="Courier New"/>
          <w:color w:val="555555"/>
          <w:sz w:val="20"/>
        </w:rPr>
        <w:t>[eta 988]</w:t>
      </w:r>
    </w:p>
    <w:p>
      <w:r>
        <w:rPr>
          <w:rFonts w:ascii="Gentium Plus" w:hAnsi="Gentium Plus"/>
          <w:sz w:val="24"/>
        </w:rPr>
        <w:t>ἠλαζονεύεθ’, ἵνα φοβηθείην ἐγώ— Ἥλατο. ἐπήδησεν. ἠλᾶτο δὲ ἀντὶ τοῦ ἐπλα‐ νᾶτο. καὶ ὁ μὲν τῶν νόμων ἡττώμενος ἠλᾶτο. Ἠλάσκοντο. ἐπλανῶντο.</w:t>
      </w:r>
    </w:p>
    <w:p>
      <w:r>
        <w:rPr>
          <w:rFonts w:ascii="Courier New" w:hAnsi="Courier New"/>
          <w:color w:val="555555"/>
          <w:sz w:val="20"/>
        </w:rPr>
        <w:t>[5]</w:t>
      </w:r>
    </w:p>
    <w:p>
      <w:r>
        <w:rPr>
          <w:rFonts w:ascii="Gentium Plus" w:hAnsi="Gentium Plus"/>
          <w:sz w:val="24"/>
        </w:rPr>
        <w:t>Ἤλασεν. ἀντὶ τοῦ ἀπήλασεν. ἢ ἔσκαψεν. ἢ ἔπληξεν. Ἠλάστρεον. ἐδεινοπάθουν. Ἤλαλκον. ἀπεσόβουν. [ἔστι ῥῆμα ἄλκω, ὁ μέλλων ἄλξω, ἐξ οὗ ῥῆμα ὄνομα ἂλξ, οὗ ἡ</w:t>
      </w:r>
    </w:p>
    <w:p>
      <w:r>
        <w:rPr>
          <w:rFonts w:ascii="Courier New" w:hAnsi="Courier New"/>
          <w:color w:val="555555"/>
          <w:sz w:val="20"/>
        </w:rPr>
        <w:t>[10]</w:t>
      </w:r>
    </w:p>
    <w:p>
      <w:r>
        <w:rPr>
          <w:rFonts w:ascii="Gentium Plus" w:hAnsi="Gentium Plus"/>
          <w:sz w:val="24"/>
        </w:rPr>
        <w:t>γενικὴ ἀλκὸς, ἡ δοτικὴ ἀλκί. ἐκ τοῦ ἄλκω ῥήματος ὁ δεύτερος ἀόριστος ἄλκον καὶ ἡ μετο‐ χὴ ἀλκὼν, καὶ κατὰ ἀναδιπλασιασμὸν ἄλαλκον καὶ ἀλαλκὼν, καὶ ἤλαλκον. καλλίον δέ ἐστιν ἀπὸ τοῦ περισπωμένου θέματος λέγειν αὐτὸ,</w:t>
      </w:r>
    </w:p>
    <w:p>
      <w:r>
        <w:rPr>
          <w:rFonts w:ascii="Courier New" w:hAnsi="Courier New"/>
          <w:color w:val="555555"/>
          <w:sz w:val="20"/>
        </w:rPr>
        <w:t>[15]</w:t>
      </w:r>
    </w:p>
    <w:p>
      <w:r>
        <w:rPr>
          <w:rFonts w:ascii="Gentium Plus" w:hAnsi="Gentium Plus"/>
          <w:sz w:val="24"/>
        </w:rPr>
        <w:t>ἀπὸ τοῦ ἀλκῶ, καὶ κατὰ ἀναδιπλασιασμὸν ἀλαλκῶ, ἀλαλκήσω, καὶ τὸ ἀπαρέμφατον ἀλαλκεῖν, καὶ ὁ δεύτερος ἀόριστος ἤλαλκον.] Ἤλεγχον. ἐφανεροποίουν. ἢ ἀνέκρινον. [ὡς Ξε‐ νοφῶν· οἱ δὲ τοὺς αἰχμαλώτους συναγαγόντες</w:t>
      </w:r>
    </w:p>
    <w:p>
      <w:r>
        <w:rPr>
          <w:rFonts w:ascii="Courier New" w:hAnsi="Courier New"/>
          <w:color w:val="555555"/>
          <w:sz w:val="20"/>
        </w:rPr>
        <w:t>[20]</w:t>
      </w:r>
    </w:p>
    <w:p>
      <w:r>
        <w:rPr>
          <w:rFonts w:ascii="Gentium Plus" w:hAnsi="Gentium Plus"/>
          <w:sz w:val="24"/>
        </w:rPr>
        <w:t>ἤλεγχον τὴν πᾶσαν κύκλῳ χώραν, τίς ἑκάστῳ εἴη.] Ἠλεύατο. ἐξέκλινεν. Ἠλήλατο. ἐνεπάγη. Ἠληλίμμην. ἐχριόμην.</w:t>
      </w:r>
    </w:p>
    <w:p>
      <w:r>
        <w:rPr>
          <w:rFonts w:ascii="Courier New" w:hAnsi="Courier New"/>
          <w:color w:val="555555"/>
          <w:sz w:val="20"/>
        </w:rPr>
        <w:t>[25]</w:t>
      </w:r>
    </w:p>
    <w:p>
      <w:r>
        <w:rPr>
          <w:rFonts w:ascii="Gentium Plus" w:hAnsi="Gentium Plus"/>
          <w:sz w:val="24"/>
        </w:rPr>
        <w:t>Ἠλιθιάζω. ἀναισθητῶ, μωραίνω. ἑκουσίως μω‐</w:t>
      </w:r>
    </w:p>
    <w:p>
      <w:r>
        <w:rPr>
          <w:rFonts w:ascii="Courier New" w:hAnsi="Courier New"/>
          <w:color w:val="555555"/>
          <w:sz w:val="20"/>
        </w:rPr>
        <w:t>[eta 989]</w:t>
      </w:r>
    </w:p>
    <w:p>
      <w:r>
        <w:rPr>
          <w:rFonts w:ascii="Gentium Plus" w:hAnsi="Gentium Plus"/>
          <w:sz w:val="24"/>
        </w:rPr>
        <w:t>ὅτε μ’ οὐ φρονεῖν νομίζετ’, ἐγὼ δ’ ἑκὼν ταῦτ’ ἠλιθιάζω. Ἠλισγημένος. μεμιασμένος, μεμολυσμένος. Ἠλυγισμένον. τὸ ἐσκιασμένον, ἢ τὸ ἐσκοτισμέ‐</w:t>
      </w:r>
    </w:p>
    <w:p>
      <w:r>
        <w:rPr>
          <w:rFonts w:ascii="Courier New" w:hAnsi="Courier New"/>
          <w:color w:val="555555"/>
          <w:sz w:val="20"/>
        </w:rPr>
        <w:t>[5]</w:t>
      </w:r>
    </w:p>
    <w:p>
      <w:r>
        <w:rPr>
          <w:rFonts w:ascii="Gentium Plus" w:hAnsi="Gentium Plus"/>
          <w:sz w:val="24"/>
        </w:rPr>
        <w:t>νον. ἀπὸ τοῦ ἠλύγη, ἡ νύξ. Ἠλισκάζειν. ἐκκλίνειν. Ἠλαίνω. τὸ μωραίνω. [τοῦ Ψελλοῦ· κορωνὶς τὸ κεφάλαιον, ἠλαίνω τὸ μωραίνω.]</w:t>
      </w:r>
    </w:p>
    <w:p>
      <w:pPr>
        <w:jc w:val="center"/>
      </w:pPr>
      <w:r>
        <w:rPr>
          <w:rFonts w:ascii="Gentium Plus" w:hAnsi="Gentium Plus"/>
          <w:b/>
          <w:sz w:val="24"/>
        </w:rPr>
        <w:t>Τὸ Η μετὰ τοῦ Μ.</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Ἠμαθίωνος. κύριον. Ἠμαθόεις, ἠμαθόεντος. ἤτοι ἀμμώδους. Ἡμεροδρόμος. ὁ ἥλιος. καὶ ὁ πεζοδρόμος. Ἡμεδαπῶν. ἐγχωρίων.</w:t>
      </w:r>
    </w:p>
    <w:p>
      <w:r>
        <w:rPr>
          <w:rFonts w:ascii="Courier New" w:hAnsi="Courier New"/>
          <w:color w:val="555555"/>
          <w:sz w:val="20"/>
        </w:rPr>
        <w:t>[15]</w:t>
      </w:r>
    </w:p>
    <w:p>
      <w:r>
        <w:rPr>
          <w:rFonts w:ascii="Gentium Plus" w:hAnsi="Gentium Plus"/>
          <w:sz w:val="24"/>
        </w:rPr>
        <w:t>Ἡμερόκοιτος. ὁ κλέπτης. Ἡμεροσκόποι. οἱ ἐν ἡμέρᾳ φρουροῦντες. Ἡμεροβαπτισταί. οἳ τὰ αὐτὰ φρονοῦσι τοῖς γραμματεῦσι καὶ φαρισαίοις. τοῦτο δὲ περιτ‐ τὸν κέκτηνται, τὸ καθ’ ἡμέραν βαπτίζεσθαι.</w:t>
      </w:r>
    </w:p>
    <w:p>
      <w:r>
        <w:rPr>
          <w:rFonts w:ascii="Courier New" w:hAnsi="Courier New"/>
          <w:color w:val="555555"/>
          <w:sz w:val="20"/>
        </w:rPr>
        <w:t>[20]</w:t>
      </w:r>
    </w:p>
    <w:p>
      <w:r>
        <w:rPr>
          <w:rFonts w:ascii="Gentium Plus" w:hAnsi="Gentium Plus"/>
          <w:sz w:val="24"/>
        </w:rPr>
        <w:t>λέγουσι γὰρ μὴ εἶναι ζωὴν ἀνθρώπῳ, εἰ μήτι</w:t>
      </w:r>
    </w:p>
    <w:p>
      <w:r>
        <w:rPr>
          <w:rFonts w:ascii="Courier New" w:hAnsi="Courier New"/>
          <w:color w:val="555555"/>
          <w:sz w:val="20"/>
        </w:rPr>
        <w:t>[eta 990]</w:t>
      </w:r>
    </w:p>
    <w:p>
      <w:r>
        <w:rPr>
          <w:rFonts w:ascii="Gentium Plus" w:hAnsi="Gentium Plus"/>
          <w:sz w:val="24"/>
        </w:rPr>
        <w:t>ἀπολουόμενος καὶ ἁγνιζόμενος ἀπὸ πάσης αἰ‐ τίας. Ἡμετέρειος. ἔστι κτητικὸν, σημαίνει δὲ τὸν τοῦ ἡμετέρου. διὰ τῆς ει διφθόγγου γράφεται· ὡς</w:t>
      </w:r>
    </w:p>
    <w:p>
      <w:r>
        <w:rPr>
          <w:rFonts w:ascii="Courier New" w:hAnsi="Courier New"/>
          <w:color w:val="555555"/>
          <w:sz w:val="20"/>
        </w:rPr>
        <w:t>[5]</w:t>
      </w:r>
    </w:p>
    <w:p>
      <w:r>
        <w:rPr>
          <w:rFonts w:ascii="Gentium Plus" w:hAnsi="Gentium Plus"/>
          <w:sz w:val="24"/>
        </w:rPr>
        <w:t>γὰρ ἀπὸ τοῦ Ἀρίσταρχος Ἀριστάρχειος, οὕτως ἀπὸ τοῦ ἡμέτερος ἡμετέρειος. [ἐχρήσατο δὲ τῇ λέξει Ἀνακρέων· οὔτε γὰρ ἡμετέρειον, οὔτε καλόν. ὑπάγεται δὲ κανόνι τοιούτῳ. τὰ διὰ τοῦ ρειος ἀπὸ τῶν εἰς ρος ἐχόντων τὸ τ, τῆς</w:t>
      </w:r>
    </w:p>
    <w:p>
      <w:r>
        <w:rPr>
          <w:rFonts w:ascii="Courier New" w:hAnsi="Courier New"/>
          <w:color w:val="555555"/>
          <w:sz w:val="20"/>
        </w:rPr>
        <w:t>[10]</w:t>
      </w:r>
    </w:p>
    <w:p>
      <w:r>
        <w:rPr>
          <w:rFonts w:ascii="Gentium Plus" w:hAnsi="Gentium Plus"/>
          <w:sz w:val="24"/>
        </w:rPr>
        <w:t>προηγουμένης συλλαβῆς ἐχούσης τὸ ε, διὰ τῆς ει διφθόγγου γράφεται, οἷον ἀβέλτερος ἀβελ‐ τέρειος, ἕτερος ἑτέρειος. οὕτως οὖν ἡμέτερος ἡμετέρειος. ἔχει γὰρ τὸ τ, τῆς προηγουμένης συλλαβῆς ἐχούσης τὸ ε. τὸ νέρτερος νερτέριος</w:t>
      </w:r>
    </w:p>
    <w:p>
      <w:r>
        <w:rPr>
          <w:rFonts w:ascii="Courier New" w:hAnsi="Courier New"/>
          <w:color w:val="555555"/>
          <w:sz w:val="20"/>
        </w:rPr>
        <w:t>[15]</w:t>
      </w:r>
    </w:p>
    <w:p>
      <w:r>
        <w:rPr>
          <w:rFonts w:ascii="Gentium Plus" w:hAnsi="Gentium Plus"/>
          <w:sz w:val="24"/>
        </w:rPr>
        <w:t>οὐκ ἀντίκειται ἡμῖν, ἐπειδὴ οὐκ ἔχει φύσιν ἐν τῇ προηγουμένῃ τοῦ τ συλλαβῇ. ἐνέρτερον γὰρ ἦν, παρὰ τὴν ἔραν, ὃ σημαίνει τὴν γῆν· κατὰ συγκοπὴν τοῦ ο καὶ ἀφαιρέσει τοῦ ἐν τῇ ἀρ‐ χούσῃ ε γέγονε νέρτερος. καὶ λοιπὸν ὡς μὴ</w:t>
      </w:r>
    </w:p>
    <w:p>
      <w:r>
        <w:rPr>
          <w:rFonts w:ascii="Courier New" w:hAnsi="Courier New"/>
          <w:color w:val="555555"/>
          <w:sz w:val="20"/>
        </w:rPr>
        <w:t>[20]</w:t>
      </w:r>
    </w:p>
    <w:p>
      <w:r>
        <w:rPr>
          <w:rFonts w:ascii="Gentium Plus" w:hAnsi="Gentium Plus"/>
          <w:sz w:val="24"/>
        </w:rPr>
        <w:t>ἔχον ἐν τῇ προηγουμένῃ τοῦ τ συλλαβῇ τὸ ε οὐκ ἠκολούθησε τῷ τ, καὶ οὐκ ἐγράφη διὰ τῆς ει διφθόγγου, ἀλλὰ διὰ τοῦ ἰῶτα. οὕτως ὁ Χοι‐</w:t>
      </w:r>
    </w:p>
    <w:p>
      <w:r>
        <w:rPr>
          <w:rFonts w:ascii="Courier New" w:hAnsi="Courier New"/>
          <w:color w:val="555555"/>
          <w:sz w:val="20"/>
        </w:rPr>
        <w:t>[eta 991]</w:t>
      </w:r>
    </w:p>
    <w:p>
      <w:r>
        <w:rPr>
          <w:rFonts w:ascii="Gentium Plus" w:hAnsi="Gentium Plus"/>
          <w:sz w:val="24"/>
        </w:rPr>
        <w:t>Ἡμιμόχθηροι. οἱ κακίζοντες δῆθεν τὴν ἁμαρ‐ τίαν, πράττοντες δὲ αὐτήν. Ἡμιδαής. ἡμίκαυστος. Ἡμιδαπής. ὁ ἡμιτελής.</w:t>
      </w:r>
    </w:p>
    <w:p>
      <w:r>
        <w:rPr>
          <w:rFonts w:ascii="Courier New" w:hAnsi="Courier New"/>
          <w:color w:val="555555"/>
          <w:sz w:val="20"/>
        </w:rPr>
        <w:t>[5]</w:t>
      </w:r>
    </w:p>
    <w:p>
      <w:r>
        <w:rPr>
          <w:rFonts w:ascii="Gentium Plus" w:hAnsi="Gentium Plus"/>
          <w:sz w:val="24"/>
        </w:rPr>
        <w:t>Ἡμιφλεγής. ὁ ἡμίκαυστος. Ἥμισυς. παρὰ τὸ ἅμα καὶ τὸ ἶσον γέγονεν ἁμάϊ‐ σος, ὁ ἅμα ἶσος τινί. Ἡμίοτος. τοῦ Ψελλοῦ· ἡμίοτος μικρὸς αὐλός· ἦτρον ὀμφαλοῦ μέρος.</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Ἠμαθία. ἡ τὸ πρὶν Παιονία προσαγορευομένη. Ἡμέρα. πορεία ἡλίου ἀπὸ ἀνατολῶν ἐπὶ δυσμάς. τοὐναντίον τῇ νυκτί. καὶ ἡμέρα ἐν τῷ τὸν ἥλιον ὑπὲρ γῆν εἶναι. καὶ ἡμέρα διάστημά ἐστιν, ὁ</w:t>
      </w:r>
    </w:p>
    <w:p>
      <w:r>
        <w:rPr>
          <w:rFonts w:ascii="Courier New" w:hAnsi="Courier New"/>
          <w:color w:val="555555"/>
          <w:sz w:val="20"/>
        </w:rPr>
        <w:t>[15]</w:t>
      </w:r>
    </w:p>
    <w:p>
      <w:r>
        <w:rPr>
          <w:rFonts w:ascii="Gentium Plus" w:hAnsi="Gentium Plus"/>
          <w:sz w:val="24"/>
        </w:rPr>
        <w:t>ἀπὸ ἀνατολῆς μέχρι δύσεως ὑπὲρ γῆν τοῦ ἡλίου δρόμος. παρὰ τὸ ἥμερος ἡμέρα, πρὸς ἀντιδια‐ στολὴν τῆς νυκτὸς φοβερᾶς οὔσης. Ἡμέρα δυνάμεως. ἡ δευτέρα τοῦ Χριστοῦ ἐπιφά‐ νεια. Δαβίδ· μετὰ σοῦ ἡ ἀρχὴ ἐν ἡμέρᾳ τῆς</w:t>
      </w:r>
    </w:p>
    <w:p>
      <w:r>
        <w:rPr>
          <w:rFonts w:ascii="Courier New" w:hAnsi="Courier New"/>
          <w:color w:val="555555"/>
          <w:sz w:val="20"/>
        </w:rPr>
        <w:t>[20]</w:t>
      </w:r>
    </w:p>
    <w:p>
      <w:r>
        <w:rPr>
          <w:rFonts w:ascii="Gentium Plus" w:hAnsi="Gentium Plus"/>
          <w:sz w:val="24"/>
        </w:rPr>
        <w:t>δυνάμεώς σου. Ἡμέραι πλήρεις. τὸ γῆρας.</w:t>
      </w:r>
    </w:p>
    <w:p>
      <w:r>
        <w:rPr>
          <w:rFonts w:ascii="Courier New" w:hAnsi="Courier New"/>
          <w:color w:val="555555"/>
          <w:sz w:val="20"/>
        </w:rPr>
        <w:t>[eta 992]</w:t>
      </w:r>
    </w:p>
    <w:p>
      <w:r>
        <w:rPr>
          <w:rFonts w:ascii="Gentium Plus" w:hAnsi="Gentium Plus"/>
          <w:sz w:val="24"/>
        </w:rPr>
        <w:t>Ἡμέρα πονηρά. ἡ τῆς κρίσεως, ἡ αἰωνία κό‐ λασις. Ἡμερίς. ἡ ἄμπελος. ἀπὸ τοῦ ἡμεροῦν ἡμᾶς. [ἢ ἡ κνίδη. τινὲς δὲ ἀναδενδράδα καὶ ἐλαίαν.</w:t>
      </w:r>
    </w:p>
    <w:p>
      <w:r>
        <w:rPr>
          <w:rFonts w:ascii="Courier New" w:hAnsi="Courier New"/>
          <w:color w:val="555555"/>
          <w:sz w:val="20"/>
        </w:rPr>
        <w:t>[5]</w:t>
      </w:r>
    </w:p>
    <w:p>
      <w:r>
        <w:rPr>
          <w:rFonts w:ascii="Gentium Plus" w:hAnsi="Gentium Plus"/>
          <w:sz w:val="24"/>
        </w:rPr>
        <w:t>ἢ ἡ ἥμερος ὕλη. ἢ ἡ λεπτόφυλλος δρῦς. ἢ οἰ‐ νάνθη.]</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Ἤματα. ἡμέραι. Ἦμαρ. ἡ ἡμέρα.</w:t>
      </w:r>
    </w:p>
    <w:p>
      <w:r>
        <w:rPr>
          <w:rFonts w:ascii="Courier New" w:hAnsi="Courier New"/>
          <w:color w:val="555555"/>
          <w:sz w:val="20"/>
        </w:rPr>
        <w:t>[10]</w:t>
      </w:r>
    </w:p>
    <w:p>
      <w:r>
        <w:rPr>
          <w:rFonts w:ascii="Gentium Plus" w:hAnsi="Gentium Plus"/>
          <w:sz w:val="24"/>
        </w:rPr>
        <w:t>Ἧμα. τὸ ἀκόντιον. Ἠμαντήριον. τινὲς τὸ ἀγυροκοπεῖον καλοῦσιν, ἐν ᾧ κόπτεται τὸ νόμισμα. Ἡμερήσιον. τὸ καθ’ ἡμέραν διδόμενον. ἡμερή‐ σιος ἄρτος.</w:t>
      </w:r>
    </w:p>
    <w:p>
      <w:r>
        <w:rPr>
          <w:rFonts w:ascii="Courier New" w:hAnsi="Courier New"/>
          <w:color w:val="555555"/>
          <w:sz w:val="20"/>
        </w:rPr>
        <w:t>[15]</w:t>
      </w:r>
    </w:p>
    <w:p>
      <w:r>
        <w:rPr>
          <w:rFonts w:ascii="Gentium Plus" w:hAnsi="Gentium Plus"/>
          <w:sz w:val="24"/>
        </w:rPr>
        <w:t>Ἡμικύκλιον. τὸ ἡμισφαίριον. Ἡμιόλιον. τὸ ἥμισυ τοῦ ὅλου. Ἡμιούσιον. τινὲς εἰρήκασι τὴν σάρκα νεκρὴν ζωῆς κεχωρισμένην. Ἡμίεκτον. τὸ ἥμισυ τοῦ ἕκτου.</w:t>
      </w:r>
    </w:p>
    <w:p>
      <w:r>
        <w:rPr>
          <w:rFonts w:ascii="Courier New" w:hAnsi="Courier New"/>
          <w:color w:val="555555"/>
          <w:sz w:val="20"/>
        </w:rPr>
        <w:t>[20]</w:t>
      </w:r>
    </w:p>
    <w:p>
      <w:r>
        <w:rPr>
          <w:rFonts w:ascii="Gentium Plus" w:hAnsi="Gentium Plus"/>
          <w:sz w:val="24"/>
        </w:rPr>
        <w:t>Ἡμιτύμβιον. ὁ μικρὸς τάφος. Ἡμιτύμβιον δίκορσον. Ἀριστοφάνης·</w:t>
      </w:r>
    </w:p>
    <w:p>
      <w:r>
        <w:rPr>
          <w:rFonts w:ascii="Courier New" w:hAnsi="Courier New"/>
          <w:color w:val="555555"/>
          <w:sz w:val="20"/>
        </w:rPr>
        <w:t>[eta 993]</w:t>
      </w:r>
    </w:p>
    <w:p>
      <w:r>
        <w:rPr>
          <w:rFonts w:ascii="Gentium Plus" w:hAnsi="Gentium Plus"/>
          <w:sz w:val="24"/>
        </w:rPr>
        <w:t>Ἡμιφάριον. τὸ ἥμισυ τοῦ ἱματίου. φάρος γὰρ τὸ ἱμάτιον. Ἡμεροκαλλές. εἶδος ἄνθους. Ἡμιδιπλοΐδιον. ἔσθημα γυναικεῖον. [τοῦ Ψελ‐</w:t>
      </w:r>
    </w:p>
    <w:p>
      <w:r>
        <w:rPr>
          <w:rFonts w:ascii="Courier New" w:hAnsi="Courier New"/>
          <w:color w:val="555555"/>
          <w:sz w:val="20"/>
        </w:rPr>
        <w:t>[5]</w:t>
      </w:r>
    </w:p>
    <w:p>
      <w:r>
        <w:rPr>
          <w:rFonts w:ascii="Gentium Plus" w:hAnsi="Gentium Plus"/>
          <w:sz w:val="24"/>
        </w:rPr>
        <w:t>λοῦ· τὸ δίκροσσον ἐξύφασμα ἡμιτύμβιον λέγε· τὸ δ’ ἡμιδιπλοΐδιον ἔσθημα γυναικεῖον.]</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Ἠμακτέων. δυσφορῶν. καὶ ἠμάκτεον. Ἠμάλαψεν. ἔβλαψε. παρὰ τὸ ἅμα βλάπτειν.</w:t>
      </w:r>
    </w:p>
    <w:p>
      <w:r>
        <w:rPr>
          <w:rFonts w:ascii="Courier New" w:hAnsi="Courier New"/>
          <w:color w:val="555555"/>
          <w:sz w:val="20"/>
        </w:rPr>
        <w:t>[10]</w:t>
      </w:r>
    </w:p>
    <w:p>
      <w:r>
        <w:rPr>
          <w:rFonts w:ascii="Gentium Plus" w:hAnsi="Gentium Plus"/>
          <w:sz w:val="24"/>
        </w:rPr>
        <w:t>Ἧμαι. κάθημαι. Ἡμερωρεῖν. τὸ ἡμεροφυλακεῖν. ὠρῶ γὰρ τὸ φυ‐ λάσσω. Ἦιμεν. ἐπορευόμεθα. ἀπὸ τοῦ ἴω. διὸ καὶ τὸ ι προσεγράφη.</w:t>
      </w:r>
    </w:p>
    <w:p>
      <w:r>
        <w:rPr>
          <w:rFonts w:ascii="Courier New" w:hAnsi="Courier New"/>
          <w:color w:val="555555"/>
          <w:sz w:val="20"/>
        </w:rPr>
        <w:t>[15]</w:t>
      </w:r>
    </w:p>
    <w:p>
      <w:r>
        <w:rPr>
          <w:rFonts w:ascii="Gentium Plus" w:hAnsi="Gentium Plus"/>
          <w:sz w:val="24"/>
        </w:rPr>
        <w:t>Ἥμενος. καθήμενος, καθεζόμενος. ἀπὸ τοῦ ἐῶ, τὸ καθέζομαι. [ἕημι, ὁ παθητικὸς ἕημαι, ἧμαι. ἡ μετοχὴ ἥμμενος. ἡμμένος δὲ ὁ ἐξημμένος καὶ</w:t>
      </w:r>
    </w:p>
    <w:p>
      <w:r>
        <w:rPr>
          <w:rFonts w:ascii="Courier New" w:hAnsi="Courier New"/>
          <w:color w:val="555555"/>
          <w:sz w:val="20"/>
        </w:rPr>
        <w:t>[eta 994]</w:t>
      </w:r>
    </w:p>
    <w:p>
      <w:r>
        <w:rPr>
          <w:rFonts w:ascii="Gentium Plus" w:hAnsi="Gentium Plus"/>
          <w:sz w:val="24"/>
        </w:rPr>
        <w:t>Ἥμην. ὅτε δασύνεται, σημαίνει τὸ ἐκαθεζόμην, ἀπὸ τοῦ ἕω, ἕημι, ἕεμαι, καὶ κατὰ κρᾶσιν ἧμαι, καὶ ὁ ὑπερσυντέλικος ἥμην· ὅθεν καὶ τὸ ἐκαθήμην. ὅτε δὲ τὸ ὑπῆρχον, ψιλοῦται, ἀπὸ</w:t>
      </w:r>
    </w:p>
    <w:p>
      <w:r>
        <w:rPr>
          <w:rFonts w:ascii="Courier New" w:hAnsi="Courier New"/>
          <w:color w:val="555555"/>
          <w:sz w:val="20"/>
        </w:rPr>
        <w:t>[5]</w:t>
      </w:r>
    </w:p>
    <w:p>
      <w:r>
        <w:rPr>
          <w:rFonts w:ascii="Gentium Plus" w:hAnsi="Gentium Plus"/>
          <w:sz w:val="24"/>
        </w:rPr>
        <w:t>τοῦ εἰμὶ, ὁ παρατατικὸς ἦν, ὁ παθητικὸς ἐν‐ εστὼς ἔμαι, ὁ ὑπερσυντέλικος ἤμην. Ἠμί. ἀντὶ τοῦ φημί. Ἤμβλω. παραλόγως εἰς πέρας ἤχθη. οἱ δὲ σπασάμενοι τὰ ἐγχειρίδια τοῦτον ἀπέσφαξαν·</w:t>
      </w:r>
    </w:p>
    <w:p>
      <w:r>
        <w:rPr>
          <w:rFonts w:ascii="Courier New" w:hAnsi="Courier New"/>
          <w:color w:val="555555"/>
          <w:sz w:val="20"/>
        </w:rPr>
        <w:t>[10]</w:t>
      </w:r>
    </w:p>
    <w:p>
      <w:r>
        <w:rPr>
          <w:rFonts w:ascii="Gentium Plus" w:hAnsi="Gentium Plus"/>
          <w:sz w:val="24"/>
        </w:rPr>
        <w:t>καὶ ἐξήμβλω μὲν ἡ ἔννοια τῆς θεοσυλίας τῶν ἀνοσίων, ἐπαύσαντο δὲ τοῦ δέους οἱ Δελφοί. Ἤμβροτεν. ἀπέτυχεν. κυρίως τοῦ βροτοῦ ἀπο‐ τυχεῖν, ὡς ἐν πολέμῳ. Ἠμπίσχετο. ἐνεδύετο. καὶ ἠμπέσχετο. ἠμ‐</w:t>
      </w:r>
    </w:p>
    <w:p>
      <w:r>
        <w:rPr>
          <w:rFonts w:ascii="Courier New" w:hAnsi="Courier New"/>
          <w:color w:val="555555"/>
          <w:sz w:val="20"/>
        </w:rPr>
        <w:t>[15]</w:t>
      </w:r>
    </w:p>
    <w:p>
      <w:r>
        <w:rPr>
          <w:rFonts w:ascii="Gentium Plus" w:hAnsi="Gentium Plus"/>
          <w:sz w:val="24"/>
        </w:rPr>
        <w:t>πείχετο δὲ δίφθογγον. Ἠμπόληκας. ἐπώλησας, ἐκέρδανας. Ἤμπλακες. ἀπέτυχες, ἥμαρτες.</w:t>
      </w:r>
    </w:p>
    <w:p>
      <w:r>
        <w:rPr>
          <w:rFonts w:ascii="Courier New" w:hAnsi="Courier New"/>
          <w:color w:val="555555"/>
          <w:sz w:val="20"/>
        </w:rPr>
        <w:t>[eta 995]</w:t>
      </w:r>
    </w:p>
    <w:p>
      <w:r>
        <w:rPr>
          <w:rFonts w:ascii="Gentium Plus" w:hAnsi="Gentium Plus"/>
          <w:sz w:val="24"/>
        </w:rPr>
        <w:t>η, ἠμύω. [ὡς τὸ σταφὶς ἀσταφίς. λέγεται καὶ ὁ ἀσταφίς.] Ἠμύσσετο. ἐταράσσετο. ἢ καὶ ἐσπαράσσετο. ἠμύσσετο τὴν καρδίαν.</w:t>
      </w:r>
    </w:p>
    <w:p>
      <w:r>
        <w:rPr>
          <w:rFonts w:ascii="Courier New" w:hAnsi="Courier New"/>
          <w:color w:val="555555"/>
          <w:sz w:val="20"/>
        </w:rPr>
        <w:t>[5]</w:t>
      </w:r>
    </w:p>
    <w:p>
      <w:r>
        <w:rPr>
          <w:rFonts w:ascii="Gentium Plus" w:hAnsi="Gentium Plus"/>
          <w:sz w:val="24"/>
        </w:rPr>
        <w:t>Ἡμερολεκτεῖν. ἀριθμεῖν καθ’ ἑκάστην. τοῦ Ψελλοῦ· τὸ καθ’ ἑκάστην ἀριθμεῖν ἡμερολε‐ κτεῖν κάλει. *Ἡμωνιᾷν. ἀκοντίζειν. καὶ ἥμων ὁ ἀκοντιστής.*</w:t>
      </w:r>
    </w:p>
    <w:p>
      <w:pPr>
        <w:jc w:val="center"/>
      </w:pPr>
      <w:r>
        <w:rPr>
          <w:rFonts w:ascii="Gentium Plus" w:hAnsi="Gentium Plus"/>
          <w:b/>
          <w:sz w:val="24"/>
        </w:rPr>
        <w:t>Τὸ Η μετὰ τοῦ Ν.</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Ἡνίοχος. κύριον. ὃς ἦν Ἀθηναῖος, κωμικὸς τῆς μέσης κωμῳδίας. Ἡνίοχος. ὁ ἁρματηλάτης. κυρίως ἡνίοχος ὁ τὰς ἡνίας ἔχων. εἴρηται δὲ καὶ ἐπὶ τοῦ ἐπιβάτου,</w:t>
      </w:r>
    </w:p>
    <w:p>
      <w:r>
        <w:rPr>
          <w:rFonts w:ascii="Courier New" w:hAnsi="Courier New"/>
          <w:color w:val="555555"/>
          <w:sz w:val="20"/>
        </w:rPr>
        <w:t>[15]</w:t>
      </w:r>
    </w:p>
    <w:p>
      <w:r>
        <w:rPr>
          <w:rFonts w:ascii="Gentium Plus" w:hAnsi="Gentium Plus"/>
          <w:sz w:val="24"/>
        </w:rPr>
        <w:t>οἷον· θρασὺν ἡνίοχον φέροντες ἔκτονεν. Ἠνοπίδης. κύριον. Ἤνοψ. ὁ λαμπρός. οὐρανὸς ἤνοψ.</w:t>
      </w:r>
    </w:p>
    <w:p>
      <w:r>
        <w:rPr>
          <w:rFonts w:ascii="Courier New" w:hAnsi="Courier New"/>
          <w:color w:val="555555"/>
          <w:sz w:val="20"/>
        </w:rPr>
        <w:t>[20]</w:t>
      </w:r>
    </w:p>
    <w:p>
      <w:r>
        <w:rPr>
          <w:rFonts w:ascii="Gentium Plus" w:hAnsi="Gentium Plus"/>
          <w:sz w:val="24"/>
        </w:rPr>
        <w:t>καί· ἤνοπα πυρὸν ἔδουσιν. ὅ ἐστι σῖτον. Ἤνις. ὁ ἐνιαύσιος. [τοῦ Ψελλοῦ· ἦνις ὁ ἐνιαύ‐</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Ἠνεμόεσσαν. ὑψηλὴν, ἀνέμοις καταπνεομένην. ἀνεμόεις, ἀνεμόεσσα καὶ ἠνεμόεσσα. Ἡνιοχεία. ἡ ἁρματηλασία.</w:t>
      </w:r>
    </w:p>
    <w:p>
      <w:r>
        <w:rPr>
          <w:rFonts w:ascii="Courier New" w:hAnsi="Courier New"/>
          <w:color w:val="555555"/>
          <w:sz w:val="20"/>
        </w:rPr>
        <w:t>[5]</w:t>
      </w:r>
    </w:p>
    <w:p>
      <w:r>
        <w:rPr>
          <w:rFonts w:ascii="Gentium Plus" w:hAnsi="Gentium Plus"/>
          <w:sz w:val="24"/>
        </w:rPr>
        <w:t>Ἦνις. ἐνιαυσιαίας. καὶ ἔνος ὁ ἐνιαυτὸς, ἀφ’ οὗ παρώνυμον ἔνις καὶ κατ’ ἔκτασιν ἦνις. καὶ κλί‐ νεται ἤνιος, ὡς ὄφις ὄφιος. τὸ πληθυντικὸν ἠνίας καὶ κατὰ συναλοιφὴν ἦνις, τὰς οὔσας ἑνὸς ἐνιαυτοῦ.</w:t>
      </w:r>
    </w:p>
    <w:p>
      <w:r>
        <w:rPr>
          <w:rFonts w:ascii="Courier New" w:hAnsi="Courier New"/>
          <w:color w:val="555555"/>
          <w:sz w:val="20"/>
        </w:rPr>
        <w:t>[10]</w:t>
      </w:r>
    </w:p>
    <w:p>
      <w:r>
        <w:rPr>
          <w:rFonts w:ascii="Gentium Plus" w:hAnsi="Gentium Plus"/>
          <w:sz w:val="24"/>
        </w:rPr>
        <w:t>Ἡνίας. χαλινοὺς, λώρους. Ἠνορέη. ἀνδρεία.</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Ἡνία. τὰ λῶρα. παρὰ τὴν ἕνωσιν τῶν ὑποζυ‐ γίων, ἢ ἀπὸ τοῦ ἐνίεσθαι, ἢ παρὰ τὸ ἀνύω ἀνύα, δι’ ὧν ἀνύομεν τοὺς ἵππους πρὸς τὴν εὐθεῖαν</w:t>
      </w:r>
    </w:p>
    <w:p>
      <w:r>
        <w:rPr>
          <w:rFonts w:ascii="Courier New" w:hAnsi="Courier New"/>
          <w:color w:val="555555"/>
          <w:sz w:val="20"/>
        </w:rPr>
        <w:t>[15]</w:t>
      </w:r>
    </w:p>
    <w:p>
      <w:r>
        <w:rPr>
          <w:rFonts w:ascii="Gentium Plus" w:hAnsi="Gentium Plus"/>
          <w:sz w:val="24"/>
        </w:rPr>
        <w:t>ὁδόν· ἢ παρὰ τὸ εἷς ἑνὸς, ἑνία καὶ ἡνία, διὸ καὶ δασύνεται. Ἤνυστρον. τὸ παχύτερον μέρος τῆς κοιλίας τοῦ βοός. [εἰς τρία γὰρ τέτμηται ἡ γαστὴρ, ἤνυ‐ στρον, ἐχῖνον, κεκρύφαλον.</w:t>
      </w:r>
    </w:p>
    <w:p>
      <w:r>
        <w:rPr>
          <w:rFonts w:ascii="Courier New" w:hAnsi="Courier New"/>
          <w:color w:val="555555"/>
          <w:sz w:val="20"/>
        </w:rPr>
        <w:t>[20]</w:t>
      </w:r>
    </w:p>
    <w:p>
      <w:r>
        <w:rPr>
          <w:rFonts w:ascii="Gentium Plus" w:hAnsi="Gentium Plus"/>
          <w:sz w:val="24"/>
        </w:rPr>
        <w:t>ἐγὼ δ’ ἤνυστρον βοὸς καὶ κοιλίαν ὑείαν καταβροχθίσας. ἤνυστρον, ὅθεν διανύεται ἡ τροφὴ, ἤγουν διέρ‐ χεται, ἢ ἔνθα διανύεται καὶ πέττεται. λέγει</w:t>
      </w:r>
    </w:p>
    <w:p>
      <w:r>
        <w:rPr>
          <w:rFonts w:ascii="Courier New" w:hAnsi="Courier New"/>
          <w:color w:val="555555"/>
          <w:sz w:val="20"/>
        </w:rPr>
        <w:t>[eta 997]</w:t>
      </w:r>
    </w:p>
    <w:p>
      <w:r>
        <w:rPr>
          <w:rFonts w:ascii="Gentium Plus" w:hAnsi="Gentium Plus"/>
          <w:sz w:val="24"/>
        </w:rPr>
        <w:t>στρον δὲ τὸ κῶλον. καὶ πάλιν· ἐχῖνος δὲ καὶ ἤνυστρον καὶ κεκρύφαλος μέρη Ὁμοῦ γαστρὸς πεφύκασι ταῦτα δὴ τρία μόνα.] Ἠνάρισεν. ἐφόνευσεν. [ἐσκύλευσεν.</w:t>
      </w:r>
    </w:p>
    <w:p>
      <w:r>
        <w:rPr>
          <w:rFonts w:ascii="Courier New" w:hAnsi="Courier New"/>
          <w:color w:val="555555"/>
          <w:sz w:val="20"/>
        </w:rPr>
        <w:t>[5]</w:t>
      </w:r>
    </w:p>
    <w:p>
      <w:r>
        <w:rPr>
          <w:rFonts w:ascii="Gentium Plus" w:hAnsi="Gentium Plus"/>
          <w:sz w:val="24"/>
        </w:rPr>
        <w:t>οὔτινα γὰρ τοιόνδε νέων ὁ φιλαίματος Ἄρης ἠνάρισε στυγερῆς μάχης—.] Ἠναίνετο. ἀπηρνεῖτο, ἀπεστρέφετο. καὶ ὑπὲρ ὧν ἐδίψα ἀκοῦσαι ἠναίνετο. Ἥνδανεν. ἤρεσκεν.</w:t>
      </w:r>
    </w:p>
    <w:p>
      <w:r>
        <w:rPr>
          <w:rFonts w:ascii="Courier New" w:hAnsi="Courier New"/>
          <w:color w:val="555555"/>
          <w:sz w:val="20"/>
        </w:rPr>
        <w:t>[10]</w:t>
      </w:r>
    </w:p>
    <w:p>
      <w:r>
        <w:rPr>
          <w:rFonts w:ascii="Gentium Plus" w:hAnsi="Gentium Plus"/>
          <w:sz w:val="24"/>
        </w:rPr>
        <w:t>Ἠνδρίσατο. ἀνδρικῶς ἐπάλαισεν. Ἠνδρώθησαν. ἀνδράσιν ὡμίλησαν. [οὕτως Δίων πολλάκις ἐχρήσατο.] Ἠνδρωμένος. ηὐξημένος. [Ἦν δ’ ἐγώ. ἔφην δ’ ἐγώ. παρὰ Πλάτωνι καὶ</w:t>
      </w:r>
    </w:p>
    <w:p>
      <w:r>
        <w:rPr>
          <w:rFonts w:ascii="Courier New" w:hAnsi="Courier New"/>
          <w:color w:val="555555"/>
          <w:sz w:val="20"/>
        </w:rPr>
        <w:t>[15]</w:t>
      </w:r>
    </w:p>
    <w:p>
      <w:r>
        <w:rPr>
          <w:rFonts w:ascii="Gentium Plus" w:hAnsi="Gentium Plus"/>
          <w:sz w:val="24"/>
        </w:rPr>
        <w:t>Ἀριστοφάνει. καὶ ἦν ἀντὶ τοῦ ἤμην, καὶ ἦν ἀντὶ τοῦ ὑπῆρχεν. ἦν ἐκεῖνος. ἔστι τρίτον πρόσ‐ ωπον ἀπὸ τοῦ ἔω, τὸ ὑπάρχω. ὁ δεύτερος ἀόρι‐ στος ἦον, ἦες, ἦε. καὶ κατὰ κρᾶσιν τοῦ η καὶ ε εἰς ἦτα γίνεται ἦν. ὁ δὲ Πέτρος ἔξω ἦν</w:t>
      </w:r>
    </w:p>
    <w:p>
      <w:r>
        <w:rPr>
          <w:rFonts w:ascii="Courier New" w:hAnsi="Courier New"/>
          <w:color w:val="555555"/>
          <w:sz w:val="20"/>
        </w:rPr>
        <w:t>[20]</w:t>
      </w:r>
    </w:p>
    <w:p>
      <w:r>
        <w:rPr>
          <w:rFonts w:ascii="Gentium Plus" w:hAnsi="Gentium Plus"/>
          <w:sz w:val="24"/>
        </w:rPr>
        <w:t>ἑστὼς καὶ θερμαινόμενος.]</w:t>
      </w:r>
    </w:p>
    <w:p>
      <w:r>
        <w:rPr>
          <w:rFonts w:ascii="Courier New" w:hAnsi="Courier New"/>
          <w:color w:val="555555"/>
          <w:sz w:val="20"/>
        </w:rPr>
        <w:t>[eta 998]</w:t>
      </w:r>
    </w:p>
    <w:p>
      <w:r>
        <w:rPr>
          <w:rFonts w:ascii="Gentium Plus" w:hAnsi="Gentium Plus"/>
          <w:sz w:val="24"/>
        </w:rPr>
        <w:t>Ἤνεγκεν. ἀντὶ τοῦ ἐχώρησεν. ἤνεγκε γαστὴρ ἡγιασμένον λόγον. Ἤνεγκον καὶ ἤνεγκα. ἀπὸ τοῦ ἐνέγκω. Ἠνεμῶσθαι. τὸ περὶ ἔρωτα ἐπτοῆσθαι. καὶ</w:t>
      </w:r>
    </w:p>
    <w:p>
      <w:r>
        <w:rPr>
          <w:rFonts w:ascii="Courier New" w:hAnsi="Courier New"/>
          <w:color w:val="555555"/>
          <w:sz w:val="20"/>
        </w:rPr>
        <w:t>[5]</w:t>
      </w:r>
    </w:p>
    <w:p>
      <w:r>
        <w:rPr>
          <w:rFonts w:ascii="Gentium Plus" w:hAnsi="Gentium Plus"/>
          <w:sz w:val="24"/>
        </w:rPr>
        <w:t>ἐῴκει περὶ τὸν ἄνθρωπον ἀκρατῶς ἠνεμῶσθαι. Ἠινέσαμεν. ἐπῃνέσαμεν. καὶ ἀντὶ τοῦ ἠσπασά‐ μεθα καὶ ἠγαπήσαμεν. ἐκ πατέρων ταύτην ᾐνέσαμεν βιοτήν. Ἢν ἐμπνέω. ἕως οὗ ζῶ.</w:t>
      </w:r>
    </w:p>
    <w:p>
      <w:r>
        <w:rPr>
          <w:rFonts w:ascii="Courier New" w:hAnsi="Courier New"/>
          <w:color w:val="555555"/>
          <w:sz w:val="20"/>
        </w:rPr>
        <w:t>[10]</w:t>
      </w:r>
    </w:p>
    <w:p>
      <w:r>
        <w:rPr>
          <w:rFonts w:ascii="Gentium Plus" w:hAnsi="Gentium Plus"/>
          <w:sz w:val="24"/>
        </w:rPr>
        <w:t>Ἠνεσχέθη. ὑπέμεινε. [σχῶ, σχήσω, ἔσχηκα, ἔσχημαι, ἐσχήθην, καὶ συστολῇ τοῦ ἦτα εἰς ε ἐσχέθην. καὶ μετὰ τῆς ἀνὰ προθέσεως ἀνε‐ σχέθην καὶ ἠνεσχέθην.] Ἠνείχοντο. ἐβούλοντο. ἤθελον. οὔτε ἐπεγγελᾷν</w:t>
      </w:r>
    </w:p>
    <w:p>
      <w:r>
        <w:rPr>
          <w:rFonts w:ascii="Courier New" w:hAnsi="Courier New"/>
          <w:color w:val="555555"/>
          <w:sz w:val="20"/>
        </w:rPr>
        <w:t>[15]</w:t>
      </w:r>
    </w:p>
    <w:p>
      <w:r>
        <w:rPr>
          <w:rFonts w:ascii="Gentium Plus" w:hAnsi="Gentium Plus"/>
          <w:sz w:val="24"/>
        </w:rPr>
        <w:t>ἠνείχοντο τοῖς εἰρημένοις. Ἠινιγμένα. μετὰ αἰνίγματος λεγόμενα. Ἠνιμᾶσθαι. ἀντλεῖσθαι. Ἠινιξάμην. ἀπὸ τοῦ αἰνίσσω, αἰνίξω, ᾔνιξα, ὁ μέσος ᾐνιξάμην.</w:t>
      </w:r>
    </w:p>
    <w:p>
      <w:r>
        <w:rPr>
          <w:rFonts w:ascii="Courier New" w:hAnsi="Courier New"/>
          <w:color w:val="555555"/>
          <w:sz w:val="20"/>
        </w:rPr>
        <w:t>[20]</w:t>
      </w:r>
    </w:p>
    <w:p>
      <w:r>
        <w:rPr>
          <w:rFonts w:ascii="Gentium Plus" w:hAnsi="Gentium Plus"/>
          <w:sz w:val="24"/>
        </w:rPr>
        <w:t>Ἠνίπαπεν. ὕβρισεν, ἐκακολόγησεν. ἐπέπληξεν.</w:t>
      </w:r>
    </w:p>
    <w:p>
      <w:r>
        <w:rPr>
          <w:rFonts w:ascii="Courier New" w:hAnsi="Courier New"/>
          <w:color w:val="555555"/>
          <w:sz w:val="20"/>
        </w:rPr>
        <w:t>[eta 999]</w:t>
      </w:r>
    </w:p>
    <w:p>
      <w:r>
        <w:rPr>
          <w:rFonts w:ascii="Gentium Plus" w:hAnsi="Gentium Plus"/>
          <w:sz w:val="24"/>
        </w:rPr>
        <w:t>ἡνίκα πλεονάσει καὶ ἕτερον σύμφωνον εἰς ἰῶτα, γίνεται ἴπτω. Ὅμηρος. ἴψω, ἴφα καὶ μετὰ τῆς εν ἔνιφα. καὶ οἱ Ἀττικοὶ τὰ ἀπὸ προθέ‐ σεως ἀρχόμενα ῥήματα τρέπουσι τὸ ε εἰς ἦτα,</w:t>
      </w:r>
    </w:p>
    <w:p>
      <w:r>
        <w:rPr>
          <w:rFonts w:ascii="Courier New" w:hAnsi="Courier New"/>
          <w:color w:val="555555"/>
          <w:sz w:val="20"/>
        </w:rPr>
        <w:t>[5]</w:t>
      </w:r>
    </w:p>
    <w:p>
      <w:r>
        <w:rPr>
          <w:rFonts w:ascii="Gentium Plus" w:hAnsi="Gentium Plus"/>
          <w:sz w:val="24"/>
        </w:rPr>
        <w:t>καὶ γίνεται ἤνιφα, καὶ ὁ μέσος παρακείμενος ἤνιπα καὶ ἐπεκτάσει τῆς πα συλλαβῆς ἠνίπα‐ πα, καὶ τὸ τρίτον ἠνίπαπεν.] Ἤντετο. συνήντησε. καὶ ἀντὶ τοῦ ἐπέκειτο. ἀπὸ τοῦ ἕω, τὸ ἐνδύομαι, [ἢ τὸ ὑπάρχω, πα‐</w:t>
      </w:r>
    </w:p>
    <w:p>
      <w:r>
        <w:rPr>
          <w:rFonts w:ascii="Courier New" w:hAnsi="Courier New"/>
          <w:color w:val="555555"/>
          <w:sz w:val="20"/>
        </w:rPr>
        <w:t>[10]</w:t>
      </w:r>
    </w:p>
    <w:p>
      <w:r>
        <w:rPr>
          <w:rFonts w:ascii="Gentium Plus" w:hAnsi="Gentium Plus"/>
          <w:sz w:val="24"/>
        </w:rPr>
        <w:t>ράγωγον ἔημι, ὁ δεύτερος ἀόριστος ἦν, ὁ μέσος δεύτερος παθητικὸς ἔμην, τὸ δεύτερον ἔσο, τὸ τρίτον ἔτο, καὶ μετὰ τῆς εν προθέσεως ἐν συν‐ θέσει καὶ ἐκτάσει καὶ πλεονασμῷ τοῦ τ, ἤν‐ τετο.]</w:t>
      </w:r>
    </w:p>
    <w:p>
      <w:r>
        <w:rPr>
          <w:rFonts w:ascii="Courier New" w:hAnsi="Courier New"/>
          <w:color w:val="555555"/>
          <w:sz w:val="20"/>
        </w:rPr>
        <w:t>[15]</w:t>
      </w:r>
    </w:p>
    <w:p>
      <w:r>
        <w:rPr>
          <w:rFonts w:ascii="Gentium Plus" w:hAnsi="Gentium Plus"/>
          <w:sz w:val="24"/>
        </w:rPr>
        <w:t>—καὶ διπλόος ἤντετο θώρηξ— ἰστέον, ὅτι οἱ παλαιοὶ δύο θώρακας ἐφόρουν. Ἠνύσατε. ἐτελειώσατε, ἢ ἐφθείρατε. καὶ Ὅμη‐ ρος· Ἦ θὴν ς’ ἐξανύω γε καὶ ὕστερον ἀντιβο‐</w:t>
      </w:r>
    </w:p>
    <w:p>
      <w:r>
        <w:rPr>
          <w:rFonts w:ascii="Courier New" w:hAnsi="Courier New"/>
          <w:color w:val="555555"/>
          <w:sz w:val="20"/>
        </w:rPr>
        <w:t>[20]</w:t>
      </w:r>
    </w:p>
    <w:p>
      <w:r>
        <w:rPr>
          <w:rFonts w:ascii="Gentium Plus" w:hAnsi="Gentium Plus"/>
          <w:sz w:val="24"/>
        </w:rPr>
        <w:t>λήσας. Ἠνώχλησα. ἐβιασάμην. Ἠνέσχεσθε. ἀντὶ τοῦ ἐκαρτερήσατε. καὶ ὁ θεόλογος· καὶ ὑμεῖς ἠνέσχεσθε. Ἦνον. ἤνυον. Ὅμηρος·</w:t>
      </w:r>
    </w:p>
    <w:p>
      <w:r>
        <w:rPr>
          <w:rFonts w:ascii="Courier New" w:hAnsi="Courier New"/>
          <w:color w:val="555555"/>
          <w:sz w:val="20"/>
        </w:rPr>
        <w:t>[25]</w:t>
      </w:r>
    </w:p>
    <w:p>
      <w:r>
        <w:rPr>
          <w:rFonts w:ascii="Gentium Plus" w:hAnsi="Gentium Plus"/>
          <w:sz w:val="24"/>
        </w:rPr>
        <w:t>—ἔνθα δ’ ἔπειτα</w:t>
      </w:r>
    </w:p>
    <w:p>
      <w:pPr>
        <w:jc w:val="center"/>
      </w:pPr>
      <w:r>
        <w:rPr>
          <w:rFonts w:ascii="Gentium Plus" w:hAnsi="Gentium Plus"/>
          <w:b/>
          <w:sz w:val="24"/>
        </w:rPr>
        <w:t>Τὸ Η μετὰ τοῦ Ο.</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Ἠιόνα. αἰγιαλόν. ᾐὼν, ᾐόνος, ᾐόνα. ἀπὸ τοῦ αἰωνῶ τὸ βρέχω.</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Ἠοῦς. ἡμέρας ὄρθρου ἢ ἀνατολῆς. Ἠοίην. ἀπὸ ὄρθρου ἕως μεσημβρίας. Ὅμηρος· [πᾶσαν δ’ ἠοίην μένομεν τετληότι θυμῶ.]</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[Ἤομεν. ἐπορεύθημεν. Ὅμηρος·] ἤομεν ὡς ἐκέλευσας— ἀπὸ τοῦ εἴω, τὸ πορεύομαι, δωρικῶς τροπῇ τοῦ ει εἰς η.</w:t>
      </w:r>
    </w:p>
    <w:p>
      <w:pPr>
        <w:jc w:val="center"/>
      </w:pPr>
      <w:r>
        <w:rPr>
          <w:rFonts w:ascii="Gentium Plus" w:hAnsi="Gentium Plus"/>
          <w:b/>
          <w:sz w:val="24"/>
        </w:rPr>
        <w:t>Τὸ Η μετὰ τοῦ Π.</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Ἠπεδανός. ἀσθενής. παρὰ τὸ πέδον γίνεται πεδανὸς καὶ ἠπεδανὸς, ὅ ἐστιν ἐκ τοῦ πέδου μὴ ἀναστῆναι ἢ μὴ στῆναι δυνάμενος. Ἠπεροπευτής. ἀπατεὼν, παραλογιστής. παρὰ</w:t>
      </w:r>
    </w:p>
    <w:p>
      <w:r>
        <w:rPr>
          <w:rFonts w:ascii="Courier New" w:hAnsi="Courier New"/>
          <w:color w:val="555555"/>
          <w:sz w:val="20"/>
        </w:rPr>
        <w:t>[20]</w:t>
      </w:r>
    </w:p>
    <w:p>
      <w:r>
        <w:rPr>
          <w:rFonts w:ascii="Gentium Plus" w:hAnsi="Gentium Plus"/>
          <w:sz w:val="24"/>
        </w:rPr>
        <w:t>τὸ ἥμερον καὶ τὴν ὄπα. ἡμεροπευτὴς καὶ ἡπε‐ ροπευτής. Ἡπατικός. ὁ τὸ ἧπαρ πάσχων. Ἠπειρῶται. οἱ ἐν τῇ γῇ οἰκοῦντες.</w:t>
      </w:r>
    </w:p>
    <w:p>
      <w:r>
        <w:rPr>
          <w:rFonts w:ascii="Courier New" w:hAnsi="Courier New"/>
          <w:color w:val="555555"/>
          <w:sz w:val="20"/>
        </w:rPr>
        <w:t>[eta 1001]</w:t>
      </w:r>
    </w:p>
    <w:p>
      <w:r>
        <w:rPr>
          <w:rFonts w:ascii="Gentium Plus" w:hAnsi="Gentium Plus"/>
          <w:sz w:val="24"/>
        </w:rPr>
        <w:t>Ἤπιος. πρᾶος. παρὰ τὸ ἔπιος. ἔπιος καὶ ἤπιος ὁ ἐν λόγῳ πάντα ποιῶν καὶ μὴ πάθει. ἐκ με‐ ταλήψεως καὶ ὁ πρᾶος, ὁ διὰ λόγου προσηνὴς καὶ πρᾶος.</w:t>
      </w:r>
    </w:p>
    <w:p>
      <w:r>
        <w:rPr>
          <w:rFonts w:ascii="Courier New" w:hAnsi="Courier New"/>
          <w:color w:val="555555"/>
          <w:sz w:val="20"/>
        </w:rPr>
        <w:t>[5]</w:t>
      </w:r>
    </w:p>
    <w:p>
      <w:r>
        <w:rPr>
          <w:rFonts w:ascii="Gentium Plus" w:hAnsi="Gentium Plus"/>
          <w:sz w:val="24"/>
        </w:rPr>
        <w:t>Ἠπύτης. φωνητικός. ἠπύτα κήρυξ. ἐκ τοῦ ἀπύω, τὸ φωνῶ.</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Ἡπατοσκοπία. ἡ τῶν ἐγκάτων ἀνατομὴ, δι’ ὧν</w:t>
      </w:r>
    </w:p>
    <w:p>
      <w:r>
        <w:rPr>
          <w:rFonts w:ascii="Courier New" w:hAnsi="Courier New"/>
          <w:color w:val="555555"/>
          <w:sz w:val="20"/>
        </w:rPr>
        <w:t>[10]</w:t>
      </w:r>
    </w:p>
    <w:p>
      <w:r>
        <w:rPr>
          <w:rFonts w:ascii="Gentium Plus" w:hAnsi="Gentium Plus"/>
          <w:sz w:val="24"/>
        </w:rPr>
        <w:t>προεμήνυον τὰ συμβησόμενα. Ἤπειρος. ἡ γῆ. οἱονεὶ ἡ μὴ ἔχουσα πέρας, ὡς πρὸς σύγκρισιν τῶν νήσων. σύνηθες δὲ τῷ Ἰσο‐ κράτῃ καλεῖν ἤπειρον τὴν ὑπὸ βασιλείας τῶν Περσῶν γῆν. ἤπειρος δὲ κυρίως ἡ εἰς ἤπειρον</w:t>
      </w:r>
    </w:p>
    <w:p>
      <w:r>
        <w:rPr>
          <w:rFonts w:ascii="Courier New" w:hAnsi="Courier New"/>
          <w:color w:val="555555"/>
          <w:sz w:val="20"/>
        </w:rPr>
        <w:t>[15]</w:t>
      </w:r>
    </w:p>
    <w:p>
      <w:r>
        <w:rPr>
          <w:rFonts w:ascii="Gentium Plus" w:hAnsi="Gentium Plus"/>
          <w:sz w:val="24"/>
        </w:rPr>
        <w:t>ἐκβάλλουσα, ὡς Εὐριπίδῃ· ἤπειρον ὡς ἤπειρον ἐκβάλλω πόδα. καὶ ἠπείρῳ τῇ θαλάσσῃ. Ἠπήτρια. ἡ ῥάπτρια.</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Ἧπαρ. ὄργανον ἐξαιματώσεως τροφῶν. παρὰ τὸ ἐπῆρθαι καὶ κυρτῶσθαι. τινὲς δὲ ἀπὸ τοῦ ἐπαρδεύειν ὅλῳ τῷ σώματι τὸ αἷμα. ὁ δὲ Ἡρω‐ διανὸς παρὰ τὸ ἐπαίρεσθαι φησὶν, οἷον ἔπαρ τὶ</w:t>
      </w:r>
    </w:p>
    <w:p>
      <w:r>
        <w:rPr>
          <w:rFonts w:ascii="Courier New" w:hAnsi="Courier New"/>
          <w:color w:val="555555"/>
          <w:sz w:val="20"/>
        </w:rPr>
        <w:t>[eta 1002]</w:t>
      </w:r>
    </w:p>
    <w:p>
      <w:r>
        <w:rPr>
          <w:rFonts w:ascii="Gentium Plus" w:hAnsi="Gentium Plus"/>
          <w:sz w:val="24"/>
        </w:rPr>
        <w:t>ἧδαρ καὶ ἧπαρ· ἐν γὰρ τούτῳ τῷ μέρει τὰ τῆς ἡδονῆς καὶ τῆς ἐπιθυμίας ἔγκειται. οὕτως Ὦρος ὁ Μιλήσιος. Ἠπήτριον. σουβλίον, σακκοράφιον, μεθ’ οὗ ῥά‐</w:t>
      </w:r>
    </w:p>
    <w:p>
      <w:r>
        <w:rPr>
          <w:rFonts w:ascii="Courier New" w:hAnsi="Courier New"/>
          <w:color w:val="555555"/>
          <w:sz w:val="20"/>
        </w:rPr>
        <w:t>[5]</w:t>
      </w:r>
    </w:p>
    <w:p>
      <w:r>
        <w:rPr>
          <w:rFonts w:ascii="Gentium Plus" w:hAnsi="Gentium Plus"/>
          <w:sz w:val="24"/>
        </w:rPr>
        <w:t>πτουσι τὰ βυρσάρια. οἱ δὲ Ἀττικοὶ ἀκέστριαν λέγουσι τὴν ῥάπτριαν. Ἤπυτον. ὄρος Θρᾴκης. ἀπὸ τοῦ ἀπύω.</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Ἤπαφεν. ἠπάτησεν.</w:t>
      </w:r>
    </w:p>
    <w:p>
      <w:r>
        <w:rPr>
          <w:rFonts w:ascii="Courier New" w:hAnsi="Courier New"/>
          <w:color w:val="555555"/>
          <w:sz w:val="20"/>
        </w:rPr>
        <w:t>[10]</w:t>
      </w:r>
    </w:p>
    <w:p>
      <w:r>
        <w:rPr>
          <w:rFonts w:ascii="Gentium Plus" w:hAnsi="Gentium Plus"/>
          <w:sz w:val="24"/>
        </w:rPr>
        <w:t>Ἠπεροπεύειν. ἐξαπατᾷν, παραλογίζεσθαι. Ἠπῃνημένων. ἐπαίνου τυχόντων. [ὁ δὲ ἐκέλευε παρὰ τῶν ἠπῃνημένων πλείονα μισθὸν κομί‐ ζεσθαι.] Ἠπῆσθαι. ἐῤῥάφθαι.</w:t>
      </w:r>
    </w:p>
    <w:p>
      <w:r>
        <w:rPr>
          <w:rFonts w:ascii="Courier New" w:hAnsi="Courier New"/>
          <w:color w:val="555555"/>
          <w:sz w:val="20"/>
        </w:rPr>
        <w:t>[15]</w:t>
      </w:r>
    </w:p>
    <w:p>
      <w:r>
        <w:rPr>
          <w:rFonts w:ascii="Gentium Plus" w:hAnsi="Gentium Plus"/>
          <w:sz w:val="24"/>
        </w:rPr>
        <w:t>Ἠπύει. φωνεῖ. [καὶ ἤπυον. ἠπύει εἰσελάων. παρὰ τὸ ἔπω, τὸ λέγω, ἀφ’ οὗ παράγωγον ἐπύω, ὡς πλήθω πληθύω, καὶ ἠπύω, τροπῇ τοῦ ε εἰς η. οὕτως Ὠρίων.]</w:t>
      </w:r>
    </w:p>
    <w:p>
      <w:r>
        <w:rPr>
          <w:rFonts w:ascii="Courier New" w:hAnsi="Courier New"/>
          <w:color w:val="555555"/>
          <w:sz w:val="20"/>
        </w:rPr>
        <w:t>[20]</w:t>
      </w:r>
    </w:p>
    <w:p>
      <w:r>
        <w:rPr>
          <w:rFonts w:ascii="Gentium Plus" w:hAnsi="Gentium Plus"/>
          <w:sz w:val="24"/>
        </w:rPr>
        <w:t>Ἧιπερ. ἀντὶ τοῦ ὥσπερ. Ἀριστοφάνης· ἀλλ’ ᾗπερ αὐτὸς τὴν δίκην διωρίσω. καὶ ἀντὶ τοῦ καθότι. ᾗπέρ ἐστιν ἄριστον πο‐ λέμῳ.</w:t>
      </w:r>
    </w:p>
    <w:p>
      <w:pPr>
        <w:jc w:val="center"/>
      </w:pPr>
      <w:r>
        <w:rPr>
          <w:rFonts w:ascii="Gentium Plus" w:hAnsi="Gentium Plus"/>
          <w:b/>
          <w:sz w:val="24"/>
        </w:rPr>
        <w:t>Τὸ Η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Ἡράκλειτος· Ἡρόδικος· Ἡρόστρατος· Ἡρό‐ δοτος. ὀνόματα κύρια.</w:t>
      </w:r>
    </w:p>
    <w:p>
      <w:r>
        <w:rPr>
          <w:rFonts w:ascii="Courier New" w:hAnsi="Courier New"/>
          <w:color w:val="555555"/>
          <w:sz w:val="20"/>
        </w:rPr>
        <w:t>[5]</w:t>
      </w:r>
    </w:p>
    <w:p>
      <w:r>
        <w:rPr>
          <w:rFonts w:ascii="Gentium Plus" w:hAnsi="Gentium Plus"/>
          <w:sz w:val="24"/>
        </w:rPr>
        <w:t>Ἤρ. ὄνομα Ἑβραϊκόν. Ἥρωες. ἡμίθεοι, δυνατοί. Ἡρώδης. κύριον. ἑρμηνεύεται πάθος ἢ δερματίνη φύσις. Ἡρωδιανός. Ἀλεξανδρεὺς, γραμματικὸς, υἱὸς</w:t>
      </w:r>
    </w:p>
    <w:p>
      <w:r>
        <w:rPr>
          <w:rFonts w:ascii="Courier New" w:hAnsi="Courier New"/>
          <w:color w:val="555555"/>
          <w:sz w:val="20"/>
        </w:rPr>
        <w:t>[10]</w:t>
      </w:r>
    </w:p>
    <w:p>
      <w:r>
        <w:rPr>
          <w:rFonts w:ascii="Gentium Plus" w:hAnsi="Gentium Plus"/>
          <w:sz w:val="24"/>
        </w:rPr>
        <w:t>Ἀπολλωνίου τοῦ γραμματικοῦ. Ἦρος. τοῦ ἔαρος. Ἡρωδιανοί. οὗτοι τὸν Ἡρώδην Χριστὸν ἐνόμι‐ ζον καὶ ἐπ’ αὐτῷ ἐσεμνύνοντο, ἐκ τοῦ ῥητοῦ συναρπασθέντες τοῦ λέγοντος· οὐκ ἐκλείψει ἄρ‐</w:t>
      </w:r>
    </w:p>
    <w:p>
      <w:r>
        <w:rPr>
          <w:rFonts w:ascii="Courier New" w:hAnsi="Courier New"/>
          <w:color w:val="555555"/>
          <w:sz w:val="20"/>
        </w:rPr>
        <w:t>[15]</w:t>
      </w:r>
    </w:p>
    <w:p>
      <w:r>
        <w:rPr>
          <w:rFonts w:ascii="Gentium Plus" w:hAnsi="Gentium Plus"/>
          <w:sz w:val="24"/>
        </w:rPr>
        <w:t>χων ἐξ Ἰούδα, ἕως ἂν ἔλθοι ὃ ἀπόκειται. ἐπει‐ δὴ γὰρ ἐξέλιπον οἱ ἐκ τοῦ Ἰούδα ἄρχοντες, μετ’ ἐκείνους δὲ ὁ Ἡρώδης ἐβασίλευσεν οὐκ ὢν ἀπὸ γένους τοῦ Ἰούδα, ἀλλ’ ἀλλόφυλος, τούτῳ ἀπέκειτο τὸ εἶναι Χριστόν. ἐλέγχει δὲ αὐτοὺς</w:t>
      </w:r>
    </w:p>
    <w:p>
      <w:r>
        <w:rPr>
          <w:rFonts w:ascii="Courier New" w:hAnsi="Courier New"/>
          <w:color w:val="555555"/>
          <w:sz w:val="20"/>
        </w:rPr>
        <w:t>[20]</w:t>
      </w:r>
    </w:p>
    <w:p>
      <w:r>
        <w:rPr>
          <w:rFonts w:ascii="Gentium Plus" w:hAnsi="Gentium Plus"/>
          <w:sz w:val="24"/>
        </w:rPr>
        <w:t>τό· αὐτὸς, φησὶ, προσδοκία ἐθνῶν. καί· ἐπ’ αὐτὸν ἔθνη ἐλπιοῦσιν. ἐφ’ Ἡρώδην γὰρ ποῖον τῶν ἐθνῶν ἤλπισε, ποία δὲ προσδοκία ἐθνῶν; Ἥρως. παρὰ τὴν ἔραν, ὃ σημαίνει τὴν γῆν. ἐκ τῆς γῆς γὰρ οἱ ἥρωες. ἢ ἀπὸ τῆς ἐράσεως τῶν</w:t>
      </w:r>
    </w:p>
    <w:p>
      <w:r>
        <w:rPr>
          <w:rFonts w:ascii="Courier New" w:hAnsi="Courier New"/>
          <w:color w:val="555555"/>
          <w:sz w:val="20"/>
        </w:rPr>
        <w:t>[25]</w:t>
      </w:r>
    </w:p>
    <w:p>
      <w:r>
        <w:rPr>
          <w:rFonts w:ascii="Gentium Plus" w:hAnsi="Gentium Plus"/>
          <w:sz w:val="24"/>
        </w:rPr>
        <w:t>θεῶν· οἱ γὰρ θεοὶ θνηταῖς γυναιξὶ μιγνύμενοι</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Ἥρα. ὄνομα θεᾶς, ὅτι ἡ αὐτὴ τῷ ἀέρι ἐστίν. ὡς γὰρ πατὴρ πάτρα, καὶ μήτηρ μήτρα, οὕτως ἀὴρ ἥρα, καθ’ ὑπερβιβασμόν. ἢ ὅτι ἡ Ῥέα αὐ‐</w:t>
      </w:r>
    </w:p>
    <w:p>
      <w:r>
        <w:rPr>
          <w:rFonts w:ascii="Courier New" w:hAnsi="Courier New"/>
          <w:color w:val="555555"/>
          <w:sz w:val="20"/>
        </w:rPr>
        <w:t>[5]</w:t>
      </w:r>
    </w:p>
    <w:p>
      <w:r>
        <w:rPr>
          <w:rFonts w:ascii="Gentium Plus" w:hAnsi="Gentium Plus"/>
          <w:sz w:val="24"/>
        </w:rPr>
        <w:t>τὴν ἔτεκεν. Ἡρακλεία λίθος. ἡ μαγνῆτις. ἡ ἑλκυστικὴ τοῦ σιδήρου. ἡ δὲ μαγνῆτις ὁμοία ἀργύρῳ ἐστίν. Ἡραία. πόλις. Ἠρεμία. ἡσυχία. ἢ στέρησις κινήσεως. ἐκ τοῦ</w:t>
      </w:r>
    </w:p>
    <w:p>
      <w:r>
        <w:rPr>
          <w:rFonts w:ascii="Courier New" w:hAnsi="Courier New"/>
          <w:color w:val="555555"/>
          <w:sz w:val="20"/>
        </w:rPr>
        <w:t>[10]</w:t>
      </w:r>
    </w:p>
    <w:p>
      <w:r>
        <w:rPr>
          <w:rFonts w:ascii="Gentium Plus" w:hAnsi="Gentium Plus"/>
          <w:sz w:val="24"/>
        </w:rPr>
        <w:t>ἔρημος ἐρημία, καὶ κατὰ συγκοπὴν καὶ τροπὴν ἠρεμία. Ἠριγένειαν. τὴν τὸν ὄρθρον γεννῶσαν. [οὐδ’ ὑπὸ μαρμαρυγῇ θαλερώπιδος ἠριγε‐ νείης.]</w:t>
      </w:r>
    </w:p>
    <w:p>
      <w:r>
        <w:rPr>
          <w:rFonts w:ascii="Courier New" w:hAnsi="Courier New"/>
          <w:color w:val="555555"/>
          <w:sz w:val="20"/>
        </w:rPr>
        <w:t>[15]</w:t>
      </w:r>
    </w:p>
    <w:p>
      <w:r>
        <w:rPr>
          <w:rFonts w:ascii="Gentium Plus" w:hAnsi="Gentium Plus"/>
          <w:sz w:val="24"/>
        </w:rPr>
        <w:t>Ἠριπόλη. ἡ ἡμέρα. φέγγος ἠριπόλης χρύσεον. Ἡρωδιάς. κύριον. Ἡρωδιανή. κύριον.</w:t>
      </w:r>
    </w:p>
    <w:p>
      <w:pPr>
        <w:jc w:val="center"/>
      </w:pPr>
      <w:r>
        <w:rPr>
          <w:rFonts w:ascii="Gentium Plus" w:hAnsi="Gentium Plus"/>
          <w:b/>
          <w:sz w:val="24"/>
        </w:rPr>
        <w:t>(Οὐδέτερον.)</w:t>
      </w:r>
    </w:p>
    <w:p>
      <w:r>
        <w:rPr>
          <w:rFonts w:ascii="Courier New" w:hAnsi="Courier New"/>
          <w:color w:val="555555"/>
          <w:sz w:val="20"/>
        </w:rPr>
        <w:t>[19]</w:t>
      </w:r>
    </w:p>
    <w:p>
      <w:r>
        <w:rPr>
          <w:rFonts w:ascii="Gentium Plus" w:hAnsi="Gentium Plus"/>
          <w:sz w:val="24"/>
        </w:rPr>
        <w:t>Ἥρδιον. περιφανὲς, ἅρμα σκεπαστόν.</w:t>
      </w:r>
    </w:p>
    <w:p>
      <w:r>
        <w:rPr>
          <w:rFonts w:ascii="Courier New" w:hAnsi="Courier New"/>
          <w:color w:val="555555"/>
          <w:sz w:val="20"/>
        </w:rPr>
        <w:t>[20]</w:t>
      </w:r>
    </w:p>
    <w:p>
      <w:r>
        <w:rPr>
          <w:rFonts w:ascii="Gentium Plus" w:hAnsi="Gentium Plus"/>
          <w:sz w:val="24"/>
        </w:rPr>
        <w:t>Ἠρινόν. τὸ ἐαρινόν. Ἤριον. ὄνομα τόπου. Ἠρία. τὰ μνημεῖα. οἱ τάφοι. φασὶ δέ τινες, κοινοτέρως μὲν πάντας τοὺς τάφους οὕτως ὀνο‐ μάζεσθαι, κατ’ ἐξαίρετον δὲ τοὺς μὴ ἐν ὕψει</w:t>
      </w:r>
    </w:p>
    <w:p>
      <w:r>
        <w:rPr>
          <w:rFonts w:ascii="Courier New" w:hAnsi="Courier New"/>
          <w:color w:val="555555"/>
          <w:sz w:val="20"/>
        </w:rPr>
        <w:t>[25]</w:t>
      </w:r>
    </w:p>
    <w:p>
      <w:r>
        <w:rPr>
          <w:rFonts w:ascii="Gentium Plus" w:hAnsi="Gentium Plus"/>
          <w:sz w:val="24"/>
        </w:rPr>
        <w:t>ᾠκοδομημένους, ὠνομάσθαι δὲ παρὰ τὴν ἔραν,</w:t>
      </w:r>
    </w:p>
    <w:p>
      <w:r>
        <w:rPr>
          <w:rFonts w:ascii="Courier New" w:hAnsi="Courier New"/>
          <w:color w:val="555555"/>
          <w:sz w:val="20"/>
        </w:rPr>
        <w:t>[eta 1005]</w:t>
      </w:r>
    </w:p>
    <w:p>
      <w:r>
        <w:rPr>
          <w:rFonts w:ascii="Gentium Plus" w:hAnsi="Gentium Plus"/>
          <w:sz w:val="24"/>
        </w:rPr>
        <w:t>Ἡραῖον τεῖχος. χωρίον ἐστὶν ἐν Θρᾴκη, ἀπὸ Σαμίων δὲ ᾠκίσθη. καὶ Ἥραιον. Ἡρώδειον. τόπος. Ἡρῷον. τὸ καλούμενον ἔπος· ὅτι δι’ αὐτοῦ τὰς</w:t>
      </w:r>
    </w:p>
    <w:p>
      <w:r>
        <w:rPr>
          <w:rFonts w:ascii="Courier New" w:hAnsi="Courier New"/>
          <w:color w:val="555555"/>
          <w:sz w:val="20"/>
        </w:rPr>
        <w:t>[5]</w:t>
      </w:r>
    </w:p>
    <w:p>
      <w:r>
        <w:rPr>
          <w:rFonts w:ascii="Gentium Plus" w:hAnsi="Gentium Plus"/>
          <w:sz w:val="24"/>
        </w:rPr>
        <w:t>ἡρωϊκὰς πράξεις ὕμνησεν ὁ Ὅμηρος.</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Ἤρα. ἐπεθύμει. Ἤραρεν. ἥρμοσεν. Ἠρασάμην. κατηρασάμην ἢ ἠράσθην.</w:t>
      </w:r>
    </w:p>
    <w:p>
      <w:r>
        <w:rPr>
          <w:rFonts w:ascii="Courier New" w:hAnsi="Courier New"/>
          <w:color w:val="555555"/>
          <w:sz w:val="20"/>
        </w:rPr>
        <w:t>[10]</w:t>
      </w:r>
    </w:p>
    <w:p>
      <w:r>
        <w:rPr>
          <w:rFonts w:ascii="Gentium Plus" w:hAnsi="Gentium Plus"/>
          <w:sz w:val="24"/>
        </w:rPr>
        <w:t>Ἤρασσον. ἔκρουον, ἔπληττον. ἐβλασφήμουν. —εἶτ’ ὀνείδεσιν ἤρασσον ἔνθεν κᾄνθεν. Ἠρᾶτο. ηὔχετο. ἀπὸ τοῦ ἀρὰ, ἡ εὐχή. καὶ ἀντὶ τοῦ κατηρᾶτο. ἀπὸ τοῦ ἀρὰ, ἡ κατάρα.</w:t>
      </w:r>
    </w:p>
    <w:p>
      <w:r>
        <w:rPr>
          <w:rFonts w:ascii="Courier New" w:hAnsi="Courier New"/>
          <w:color w:val="555555"/>
          <w:sz w:val="20"/>
        </w:rPr>
        <w:t>[15]</w:t>
      </w:r>
    </w:p>
    <w:p>
      <w:r>
        <w:rPr>
          <w:rFonts w:ascii="Gentium Plus" w:hAnsi="Gentium Plus"/>
          <w:sz w:val="24"/>
        </w:rPr>
        <w:t>Ἦιρεν. ἀπῇρεν. Ἠρδαλωμένος. μεμιασμένος, λελεπρωμένος. καὶ ἠρδάλωσεν ἀντὶ τοῦ ἠσβόλωσεν. Ἤρειδεν. ἤφιεν. ἔπεμπεν. [ἔπη ἤρειδε κατὰ τῶν ἱππέων. καὶ ἀντὶ τοῦ ἠκούμβιζεν.]</w:t>
      </w:r>
    </w:p>
    <w:p>
      <w:r>
        <w:rPr>
          <w:rFonts w:ascii="Courier New" w:hAnsi="Courier New"/>
          <w:color w:val="555555"/>
          <w:sz w:val="20"/>
        </w:rPr>
        <w:t>[20]</w:t>
      </w:r>
    </w:p>
    <w:p>
      <w:r>
        <w:rPr>
          <w:rFonts w:ascii="Gentium Plus" w:hAnsi="Gentium Plus"/>
          <w:sz w:val="24"/>
        </w:rPr>
        <w:t>Ἠρεῖτο. ἐπορθεῖτο.</w:t>
      </w:r>
    </w:p>
    <w:p>
      <w:r>
        <w:rPr>
          <w:rFonts w:ascii="Courier New" w:hAnsi="Courier New"/>
          <w:color w:val="555555"/>
          <w:sz w:val="20"/>
        </w:rPr>
        <w:t>[eta 1006]</w:t>
      </w:r>
    </w:p>
    <w:p>
      <w:r>
        <w:rPr>
          <w:rFonts w:ascii="Gentium Plus" w:hAnsi="Gentium Plus"/>
          <w:sz w:val="24"/>
        </w:rPr>
        <w:t>Ἤρεικον. ἔσχιζον. —οἱ δ’ ἀροτῆρες ἤρεικον χθόνα δῖαν. Ἠρήρειστο. ἥρμοστο. [τὸ δὲ στίφος εὖ μά‐</w:t>
      </w:r>
    </w:p>
    <w:p>
      <w:r>
        <w:rPr>
          <w:rFonts w:ascii="Courier New" w:hAnsi="Courier New"/>
          <w:color w:val="555555"/>
          <w:sz w:val="20"/>
        </w:rPr>
        <w:t>[5]</w:t>
      </w:r>
    </w:p>
    <w:p>
      <w:r>
        <w:rPr>
          <w:rFonts w:ascii="Gentium Plus" w:hAnsi="Gentium Plus"/>
          <w:sz w:val="24"/>
        </w:rPr>
        <w:t>λιστα ἠρήρειστο τῷ συνασπισμῷ καὶ ἀκριβῶς ὑπῆρχε στεῤῥόν τε καὶ ἀπερίσπαστον.] Ἡιρηκέναι. ἑλεῖν, νικῆσαι. Ἡιρήκασιν. ἐπόρθησαν, ἐκράτησαν. Ἤῤῥησεν. ἐφθάρη, ἦλθεν. ὅθεν καὶ τὸ εἰσήῤ‐</w:t>
      </w:r>
    </w:p>
    <w:p>
      <w:r>
        <w:rPr>
          <w:rFonts w:ascii="Courier New" w:hAnsi="Courier New"/>
          <w:color w:val="555555"/>
          <w:sz w:val="20"/>
        </w:rPr>
        <w:t>[10]</w:t>
      </w:r>
    </w:p>
    <w:p>
      <w:r>
        <w:rPr>
          <w:rFonts w:ascii="Gentium Plus" w:hAnsi="Gentium Plus"/>
          <w:sz w:val="24"/>
        </w:rPr>
        <w:t>ῥησεν. Ἡιρετισάμην. ἐξελεξάμην. εἱλόμην. Ἥιρει. ἐλάμβανεν. Ἠρικνωμένον. ἐῤῥυτιδωμένον, παλαιόν. *Ἠρηκώς. κρατήσας καὶ σχίσας, καὶ διαχωρί‐</w:t>
      </w:r>
    </w:p>
    <w:p>
      <w:r>
        <w:rPr>
          <w:rFonts w:ascii="Courier New" w:hAnsi="Courier New"/>
          <w:color w:val="555555"/>
          <w:sz w:val="20"/>
        </w:rPr>
        <w:t>[15]</w:t>
      </w:r>
    </w:p>
    <w:p>
      <w:r>
        <w:rPr>
          <w:rFonts w:ascii="Gentium Plus" w:hAnsi="Gentium Plus"/>
          <w:sz w:val="24"/>
        </w:rPr>
        <w:t>σας, τὰ δύο η. ἠρεικὼς δὲ ὁ ἀκουμβίσας, η καὶ δίφθογγον. καὶ ἠρικὼς ὁ φιλονεικήσας, η καὶ ι.* Ἤρισεν. ἐφιλονείκησε. Ἠρίθμησεν. ἀπεδειλίασε. τοὺς ἐναντίους ἰδὼν οὐκ ἠρίθμησε, ἀλλ’ εὐθὺς ἦν ἀμυνίας. ἕτοιμος</w:t>
      </w:r>
    </w:p>
    <w:p>
      <w:r>
        <w:rPr>
          <w:rFonts w:ascii="Courier New" w:hAnsi="Courier New"/>
          <w:color w:val="555555"/>
          <w:sz w:val="20"/>
        </w:rPr>
        <w:t>[20]</w:t>
      </w:r>
    </w:p>
    <w:p>
      <w:r>
        <w:rPr>
          <w:rFonts w:ascii="Gentium Plus" w:hAnsi="Gentium Plus"/>
          <w:sz w:val="24"/>
        </w:rPr>
        <w:t>εἰς ἄμυναν.</w:t>
      </w:r>
    </w:p>
    <w:p>
      <w:r>
        <w:rPr>
          <w:rFonts w:ascii="Courier New" w:hAnsi="Courier New"/>
          <w:color w:val="555555"/>
          <w:sz w:val="20"/>
        </w:rPr>
        <w:t>[eta 1007]</w:t>
      </w:r>
    </w:p>
    <w:p>
      <w:r>
        <w:rPr>
          <w:rFonts w:ascii="Gentium Plus" w:hAnsi="Gentium Plus"/>
          <w:sz w:val="24"/>
        </w:rPr>
        <w:t>Ἠριπώθη καὶ ἤριπεν. ἀντὶ τοῦ εἰς γῆν κατ‐ έπεσεν. Ἡρματισμένον. ἠσφαλισμένον. Ἠρόμην. εἰ μὲν σημαίνει τὸ ἐκουφιζόμην, ἔχει</w:t>
      </w:r>
    </w:p>
    <w:p>
      <w:r>
        <w:rPr>
          <w:rFonts w:ascii="Courier New" w:hAnsi="Courier New"/>
          <w:color w:val="555555"/>
          <w:sz w:val="20"/>
        </w:rPr>
        <w:t>[5]</w:t>
      </w:r>
    </w:p>
    <w:p>
      <w:r>
        <w:rPr>
          <w:rFonts w:ascii="Gentium Plus" w:hAnsi="Gentium Plus"/>
          <w:sz w:val="24"/>
        </w:rPr>
        <w:t>τὸ ι. ἀπὸ τοῦ αἴρομαι γέγονεν ᾐρόμην, ὡς αἰ‐ σχύνομαι, ᾐσχυνόμην. ἐὰν δὲ τὸ ἠρώτων, οὐκ ἔχει τὸ ι. ἀπὸ γὰρ τοῦ ἔρομαι γέγονεν ἠρόμην, ὡς ἐλαύνομαι, ἠλαυνόμην. Ἠρτύνετο. κατεσκευάζετο.</w:t>
      </w:r>
    </w:p>
    <w:p>
      <w:r>
        <w:rPr>
          <w:rFonts w:ascii="Courier New" w:hAnsi="Courier New"/>
          <w:color w:val="555555"/>
          <w:sz w:val="20"/>
        </w:rPr>
        <w:t>[10]</w:t>
      </w:r>
    </w:p>
    <w:p>
      <w:r>
        <w:rPr>
          <w:rFonts w:ascii="Gentium Plus" w:hAnsi="Gentium Plus"/>
          <w:sz w:val="24"/>
        </w:rPr>
        <w:t>Ἡρμοσάμην. ἐμνηστευσάμην. καὶ ὁ Ἀπόστολος· ἡρμοσάμην γὰρ ὑμᾶς ἑνὶ ἀνδρὶ παρθένον ἁγνὴν παραστῆσαι τῷ θεῷ. ἤτοι τῷ Χριστῷ ἐμνη‐ στευσάμην ὑμᾶς. Ἠρέμα. ἡσύχως, κατὰ μικρὸν, σχολαίως. καὶ</w:t>
      </w:r>
    </w:p>
    <w:p>
      <w:r>
        <w:rPr>
          <w:rFonts w:ascii="Courier New" w:hAnsi="Courier New"/>
          <w:color w:val="555555"/>
          <w:sz w:val="20"/>
        </w:rPr>
        <w:t>[15]</w:t>
      </w:r>
    </w:p>
    <w:p>
      <w:r>
        <w:rPr>
          <w:rFonts w:ascii="Gentium Plus" w:hAnsi="Gentium Plus"/>
          <w:sz w:val="24"/>
        </w:rPr>
        <w:t>ἠρεμαίως, καὶ ἠρεμεῖ.</w:t>
      </w:r>
    </w:p>
    <w:p>
      <w:pPr>
        <w:jc w:val="center"/>
      </w:pPr>
      <w:r>
        <w:rPr>
          <w:rFonts w:ascii="Gentium Plus" w:hAnsi="Gentium Plus"/>
          <w:b/>
          <w:sz w:val="24"/>
        </w:rPr>
        <w:t>Τὸ Η μετὰ τοῦ Σ.</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Ἡσαΐας. κύριον. Ἠσαῦ. κύριον. ἑρμηνεύεται δὲ δρῦς, ἢ ἀπηνής</w:t>
      </w:r>
    </w:p>
    <w:p>
      <w:r>
        <w:rPr>
          <w:rFonts w:ascii="Courier New" w:hAnsi="Courier New"/>
          <w:color w:val="555555"/>
          <w:sz w:val="20"/>
        </w:rPr>
        <w:t>[20]</w:t>
      </w:r>
    </w:p>
    <w:p>
      <w:r>
        <w:rPr>
          <w:rFonts w:ascii="Gentium Plus" w:hAnsi="Gentium Plus"/>
          <w:sz w:val="24"/>
        </w:rPr>
        <w:t>τε καὶ ἀκαμπής.</w:t>
      </w:r>
    </w:p>
    <w:p>
      <w:r>
        <w:rPr>
          <w:rFonts w:ascii="Courier New" w:hAnsi="Courier New"/>
          <w:color w:val="555555"/>
          <w:sz w:val="20"/>
        </w:rPr>
        <w:t>[eta 1008]</w:t>
      </w:r>
    </w:p>
    <w:p>
      <w:r>
        <w:rPr>
          <w:rFonts w:ascii="Gentium Plus" w:hAnsi="Gentium Plus"/>
          <w:sz w:val="24"/>
        </w:rPr>
        <w:t>Ἡσίοδος. κύριον. Ἥσσων. ὁ ἐλάττων.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Ἧσσα. ἡ τροπὴ, ἡ νίκη.</w:t>
      </w:r>
    </w:p>
    <w:p>
      <w:r>
        <w:rPr>
          <w:rFonts w:ascii="Courier New" w:hAnsi="Courier New"/>
          <w:color w:val="555555"/>
          <w:sz w:val="20"/>
        </w:rPr>
        <w:t>[5]</w:t>
      </w:r>
    </w:p>
    <w:p>
      <w:r>
        <w:rPr>
          <w:rFonts w:ascii="Gentium Plus" w:hAnsi="Gentium Plus"/>
          <w:sz w:val="24"/>
        </w:rPr>
        <w:t>Ἧσις. ἡ τέρψις. Ἡσιόνη. κύριον. Ἡσυχία. κατάστασις μισόκοσμος πρὸς ἑαυτὴν καὶ θεὸν ἀνανεύουσα.</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Ἡσάϊνον. ὄνομα ὄρους. Ἧσσον. τὸ μικρὸν, τὸ ἔλαττον. Ἡστόν. ἡδὺ, εὐφραντόν.</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Ἦς. ὅτε μὲν ὁριστικὸν, οὐκ ἔχει τὸ ι. ὅτε δὲ</w:t>
      </w:r>
    </w:p>
    <w:p>
      <w:r>
        <w:rPr>
          <w:rFonts w:ascii="Courier New" w:hAnsi="Courier New"/>
          <w:color w:val="555555"/>
          <w:sz w:val="20"/>
        </w:rPr>
        <w:t>[15]</w:t>
      </w:r>
    </w:p>
    <w:p>
      <w:r>
        <w:rPr>
          <w:rFonts w:ascii="Gentium Plus" w:hAnsi="Gentium Plus"/>
          <w:sz w:val="24"/>
        </w:rPr>
        <w:t>ὑποτακτικὸν, ἔχει αὐτό· ἐὰν ὦ, ᾖς, ᾖ, καὶ ᾖσι κατ’ ἐπένθεσιν τῆς σι συλλαβῆς. καὶ ἦς ἀντὶ τοῦ ὑπῆρχες. Ἥσατο. εὐφράνθη. Ἧσας. χάριν ἐποίησας, ἐδόξασας.</w:t>
      </w:r>
    </w:p>
    <w:p>
      <w:r>
        <w:rPr>
          <w:rFonts w:ascii="Courier New" w:hAnsi="Courier New"/>
          <w:color w:val="555555"/>
          <w:sz w:val="20"/>
        </w:rPr>
        <w:t>[20]</w:t>
      </w:r>
    </w:p>
    <w:p>
      <w:r>
        <w:rPr>
          <w:rFonts w:ascii="Gentium Plus" w:hAnsi="Gentium Plus"/>
          <w:sz w:val="24"/>
        </w:rPr>
        <w:t>Ἦσαν. ὑπῆρχον. καὶ ἀντὶ τοῦ ὕμνησαν καὶ ἐδό‐</w:t>
      </w:r>
    </w:p>
    <w:p>
      <w:r>
        <w:rPr>
          <w:rFonts w:ascii="Courier New" w:hAnsi="Courier New"/>
          <w:color w:val="555555"/>
          <w:sz w:val="20"/>
        </w:rPr>
        <w:t>[eta 1009]</w:t>
      </w:r>
    </w:p>
    <w:p>
      <w:r>
        <w:rPr>
          <w:rFonts w:ascii="Gentium Plus" w:hAnsi="Gentium Plus"/>
          <w:sz w:val="24"/>
        </w:rPr>
        <w:t>Ἦσαν. ᾔδεισαν. ἐγίνωσκον. οὐδ’ ἀφιγμένον τὸ πάμπαν ἦσαν. Ἥσειν. πέμψειν.</w:t>
      </w:r>
    </w:p>
    <w:p>
      <w:r>
        <w:rPr>
          <w:rFonts w:ascii="Courier New" w:hAnsi="Courier New"/>
          <w:color w:val="555555"/>
          <w:sz w:val="20"/>
        </w:rPr>
        <w:t>[5]</w:t>
      </w:r>
    </w:p>
    <w:p>
      <w:r>
        <w:rPr>
          <w:rFonts w:ascii="Gentium Plus" w:hAnsi="Gentium Plus"/>
          <w:sz w:val="24"/>
        </w:rPr>
        <w:t>Ἡσσήθην. [ἐνικήθην.] [Ἥσθην. εὐφράνθην. καὶ ἡσθείην. ἀπὸ τοῦ ἥδω, τὸ] εὐφραίνομαι. Ἧσθαι. καθῆσθαι. Ἠσθῆσθαι. περιβεβλῆσθαι. θριαμβίδα [τὲ]</w:t>
      </w:r>
    </w:p>
    <w:p>
      <w:r>
        <w:rPr>
          <w:rFonts w:ascii="Courier New" w:hAnsi="Courier New"/>
          <w:color w:val="555555"/>
          <w:sz w:val="20"/>
        </w:rPr>
        <w:t>[10]</w:t>
      </w:r>
    </w:p>
    <w:p>
      <w:r>
        <w:rPr>
          <w:rFonts w:ascii="Gentium Plus" w:hAnsi="Gentium Plus"/>
          <w:sz w:val="24"/>
        </w:rPr>
        <w:t>ἠσθῆσθαι στολὴν αὐτόν. Ἦσθα. ὅτε μέν ἐστι ὑποτακτικὸν καὶ σημαίνει τὸ ὑπάρχει, διὰ τοῦ ι γράφεται· ὅτε δὲ ὁρι‐ στικὸν, οὐ προσγράφεται τὸ ἰῶτα. Ἠσίν. ἀντὶ τοῦ φησίν.</w:t>
      </w:r>
    </w:p>
    <w:p>
      <w:r>
        <w:rPr>
          <w:rFonts w:ascii="Courier New" w:hAnsi="Courier New"/>
          <w:color w:val="555555"/>
          <w:sz w:val="20"/>
        </w:rPr>
        <w:t>[15]</w:t>
      </w:r>
    </w:p>
    <w:p>
      <w:r>
        <w:rPr>
          <w:rFonts w:ascii="Gentium Plus" w:hAnsi="Gentium Plus"/>
          <w:sz w:val="24"/>
        </w:rPr>
        <w:t>Ἤσκει. ἠγωνίζετο, ἐπαιδεύετο, ἢ κατεσκεύαζε. [καὶ ἤσκειν. ἀπὸ τοῦ ἀσκῶ ἤσκεον, τὸ τρίτον ἤσκεε, καὶ τὸ ν ἐφελκυστικὸν γίνεται ἐν τοῖς τρίτοις προσώποις τῶν ῥημάτων, καὶ γίνεται ἤσκεε καὶ κατὰ συναίρεσιν ἤσκειν. καὶ ἠσκη‐</w:t>
      </w:r>
    </w:p>
    <w:p>
      <w:r>
        <w:rPr>
          <w:rFonts w:ascii="Courier New" w:hAnsi="Courier New"/>
          <w:color w:val="555555"/>
          <w:sz w:val="20"/>
        </w:rPr>
        <w:t>[20]</w:t>
      </w:r>
    </w:p>
    <w:p>
      <w:r>
        <w:rPr>
          <w:rFonts w:ascii="Gentium Plus" w:hAnsi="Gentium Plus"/>
          <w:sz w:val="24"/>
        </w:rPr>
        <w:t>μένον τὸ κατεσκευασμένον. ἀσκήματα γὰρ τὰ</w:t>
      </w:r>
    </w:p>
    <w:p>
      <w:r>
        <w:rPr>
          <w:rFonts w:ascii="Courier New" w:hAnsi="Courier New"/>
          <w:color w:val="555555"/>
          <w:sz w:val="20"/>
        </w:rPr>
        <w:t>[eta 1010]</w:t>
      </w:r>
    </w:p>
    <w:p>
      <w:r>
        <w:rPr>
          <w:rFonts w:ascii="Gentium Plus" w:hAnsi="Gentium Plus"/>
          <w:sz w:val="24"/>
        </w:rPr>
        <w:t>Ἠσμένισας. ἐχάρης. Ἦισμεν. ἀντὶ τοῦ ᾔδειμεν. ᾔστην, ᾖστε, ᾖσαν, διὰ τοῦ ι γράφεται. καὶ λέγει Ὦρος ὁ Μιλή‐ σιος ἐν τῇ οἰκείᾳ αὐτοῦ ὀρθογραφίᾳ· ἔστι γὰρ</w:t>
      </w:r>
    </w:p>
    <w:p>
      <w:r>
        <w:rPr>
          <w:rFonts w:ascii="Courier New" w:hAnsi="Courier New"/>
          <w:color w:val="555555"/>
          <w:sz w:val="20"/>
        </w:rPr>
        <w:t>[5]</w:t>
      </w:r>
    </w:p>
    <w:p>
      <w:r>
        <w:rPr>
          <w:rFonts w:ascii="Gentium Plus" w:hAnsi="Gentium Plus"/>
          <w:sz w:val="24"/>
        </w:rPr>
        <w:t>εἴδω, ὁ ὑπερσυντέλικος εἴδην, καὶ κατ’ ἔκτασιν Ἀττικὴν ᾔδειν, ᾔδεις, ᾔδει, τὸ δεύτερον τῶν δυϊ‐ κῶν ᾔδειτον, ᾐδείτην, καὶ κατὰ συγκοπὴν τῆς ει διφθόγγου καὶ τροπῇ τοῦ δ εἰς ς ᾔστην, ἀντὶ τοῦ ᾔδεσαν. τὸ πληθυντικὸν ᾖσμεν ἀντὶ τοῦ</w:t>
      </w:r>
    </w:p>
    <w:p>
      <w:r>
        <w:rPr>
          <w:rFonts w:ascii="Courier New" w:hAnsi="Courier New"/>
          <w:color w:val="555555"/>
          <w:sz w:val="20"/>
        </w:rPr>
        <w:t>[10]</w:t>
      </w:r>
    </w:p>
    <w:p>
      <w:r>
        <w:rPr>
          <w:rFonts w:ascii="Gentium Plus" w:hAnsi="Gentium Plus"/>
          <w:sz w:val="24"/>
        </w:rPr>
        <w:t>ᾔδειμεν, ᾖστε ἀντὶ τοῦ ᾔδειτε, καὶ ᾖσαν ἀντὶ τοῦ ᾔδεσαν. Ἥστην. ἐκαθέζοντο. καὶ ἤστην ἀντὶ τοῦ ὑπῆρ‐ χον. Ἧστο. ἐκαθέζετο. [ἀπὸ τοῦ ἑῶ, ἕημι, ὁ πα‐</w:t>
      </w:r>
    </w:p>
    <w:p>
      <w:r>
        <w:rPr>
          <w:rFonts w:ascii="Courier New" w:hAnsi="Courier New"/>
          <w:color w:val="555555"/>
          <w:sz w:val="20"/>
        </w:rPr>
        <w:t>[15]</w:t>
      </w:r>
    </w:p>
    <w:p>
      <w:r>
        <w:rPr>
          <w:rFonts w:ascii="Gentium Plus" w:hAnsi="Gentium Plus"/>
          <w:sz w:val="24"/>
        </w:rPr>
        <w:t>θητικὸς ἕημαι, ἧμαι, ὁ παρατατικὸς ἥμην, ἧσο, ἧστο. καὶ ἧσται ἀντὶ τοῦ καθέζεται. καὶ ἦσται ἀντὶ τοῦ λέλεκται.] Ἠστεΐσκει. ἀστεῖα ἔλεγεν. ἐκ τοῦ ἀστεΐζω. Ἠσυνθέτηκας. ἃ συνέθου καὶ ὡμολόγησας,</w:t>
      </w:r>
    </w:p>
    <w:p>
      <w:r>
        <w:rPr>
          <w:rFonts w:ascii="Courier New" w:hAnsi="Courier New"/>
          <w:color w:val="555555"/>
          <w:sz w:val="20"/>
        </w:rPr>
        <w:t>[20]</w:t>
      </w:r>
    </w:p>
    <w:p>
      <w:r>
        <w:rPr>
          <w:rFonts w:ascii="Gentium Plus" w:hAnsi="Gentium Plus"/>
          <w:sz w:val="24"/>
        </w:rPr>
        <w:t>παρέβης.</w:t>
      </w:r>
    </w:p>
    <w:p>
      <w:r>
        <w:rPr>
          <w:rFonts w:ascii="Courier New" w:hAnsi="Courier New"/>
          <w:color w:val="555555"/>
          <w:sz w:val="20"/>
        </w:rPr>
        <w:t>[eta 1011]</w:t>
      </w:r>
    </w:p>
    <w:p>
      <w:r>
        <w:rPr>
          <w:rFonts w:ascii="Gentium Plus" w:hAnsi="Gentium Plus"/>
          <w:sz w:val="24"/>
        </w:rPr>
        <w:t>[Ἦσθα. ὑπῆρχες.] [Ἧσσον. οὐδαμῶς.]</w:t>
      </w:r>
    </w:p>
    <w:p>
      <w:pPr>
        <w:jc w:val="center"/>
      </w:pPr>
      <w:r>
        <w:rPr>
          <w:rFonts w:ascii="Gentium Plus" w:hAnsi="Gentium Plus"/>
          <w:b/>
          <w:sz w:val="24"/>
        </w:rPr>
        <w:t>Τὸ Η μετὰ τοῦ Τ.</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Ἥττων. ἐλάττων. ὑσχίριστος. οὕτω δὲ ἦν Ἐπί‐ κουρος ἡδονῆς ἥττων. [ἤτοι ὑποχείριος.] Ἧττα. ἡ τροπὴ, ἡ νίκη. Ἦτορ. ἡ ψυχή. παρὰ τὸ ἄω, τὸ πνέω. οἷον· —δίχα δέ σφισιν ἐνὶ φρεσὶ θυμὸς ἄητο.</w:t>
      </w:r>
    </w:p>
    <w:p>
      <w:r>
        <w:rPr>
          <w:rFonts w:ascii="Courier New" w:hAnsi="Courier New"/>
          <w:color w:val="555555"/>
          <w:sz w:val="20"/>
        </w:rPr>
        <w:t>[10]</w:t>
      </w:r>
    </w:p>
    <w:p>
      <w:r>
        <w:rPr>
          <w:rFonts w:ascii="Gentium Plus" w:hAnsi="Gentium Plus"/>
          <w:sz w:val="24"/>
        </w:rPr>
        <w:t>ἀπὸ τοῦ ἄητο γίνεται ἀῆτο καὶ κατὰ ἀφαί‐</w:t>
      </w:r>
    </w:p>
    <w:p>
      <w:r>
        <w:rPr>
          <w:rFonts w:ascii="Courier New" w:hAnsi="Courier New"/>
          <w:color w:val="555555"/>
          <w:sz w:val="20"/>
        </w:rPr>
        <w:t>[eta 1012]</w:t>
      </w:r>
    </w:p>
    <w:p>
      <w:r>
        <w:rPr>
          <w:rFonts w:ascii="Gentium Plus" w:hAnsi="Gentium Plus"/>
          <w:sz w:val="24"/>
        </w:rPr>
        <w:t>Ἦτρον. τὸ ὑπὸ τὸν ὀμφαλὸν μέρος, ὅθεν Νί‐ κανδρος ἐπὶ τῆς ἐντεριώνης τίθησι. παρὰ τὸ ἄτριον, ὅ ἐστιν ὕφασμα, ἆτρον καὶ ἦτρον. καὶ ἦτρον τὸ καλούμενον κάλυμμα μήτρας, ὃ κα‐</w:t>
      </w:r>
    </w:p>
    <w:p>
      <w:r>
        <w:rPr>
          <w:rFonts w:ascii="Courier New" w:hAnsi="Courier New"/>
          <w:color w:val="555555"/>
          <w:sz w:val="20"/>
        </w:rPr>
        <w:t>[5]</w:t>
      </w:r>
    </w:p>
    <w:p>
      <w:r>
        <w:rPr>
          <w:rFonts w:ascii="Gentium Plus" w:hAnsi="Gentium Plus"/>
          <w:sz w:val="24"/>
        </w:rPr>
        <w:t>λοῦσιν ἔλυτρον. Ἀριστοφάνης· τὸ γὰρ ἦτρον τῆς χύτρας ἐλάκτισε. τὰ παιδία γὰρ ἐν χύτραις ἐξετίθεσαν. [Ἤτρια. οἱ στήμονες.] ἢ ἤτριον ἔνδυμα ὑμε‐ νῶδες.</w:t>
      </w:r>
    </w:p>
    <w:p>
      <w:r>
        <w:rPr>
          <w:rFonts w:ascii="Courier New" w:hAnsi="Courier New"/>
          <w:color w:val="555555"/>
          <w:sz w:val="20"/>
        </w:rPr>
        <w:t>[10]</w:t>
      </w:r>
    </w:p>
    <w:p>
      <w:r>
        <w:rPr>
          <w:rFonts w:ascii="Gentium Plus" w:hAnsi="Gentium Plus"/>
          <w:sz w:val="24"/>
        </w:rPr>
        <w:t>Ἠτρίον. τὸ ἧπαρ. ἢ τὸ ἄτρωτον. Ἦτα. ἐκ τοῦ ι καὶ τ ἔχειν τὸν χαρακτῆρα τοῦ στοιχείου. ἡνίκα γὰρ πλάγιον τεθῇ, εὑρήσεις</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Ἡταίρηκεν. ἠτάκτισεν. [ἡταιρηκέναι δὲ τοῖς ἄνω μέρεσι τοῦ σώματος, οὐκ εἶναι δ’ ἄξιον τὸ ἱερὸν πῦρ φυσᾷν.]</w:t>
      </w:r>
    </w:p>
    <w:p>
      <w:r>
        <w:rPr>
          <w:rFonts w:ascii="Courier New" w:hAnsi="Courier New"/>
          <w:color w:val="555555"/>
          <w:sz w:val="20"/>
        </w:rPr>
        <w:t>[5]</w:t>
      </w:r>
    </w:p>
    <w:p>
      <w:r>
        <w:rPr>
          <w:rFonts w:ascii="Gentium Plus" w:hAnsi="Gentium Plus"/>
          <w:sz w:val="24"/>
        </w:rPr>
        <w:t>Ἡταιρηκώς. ἐπὶ τῆς πορνείας. ἡταιρικὼς δὲ ἐπὶ τοῦ ἑταίρου, ἰῶτα. Ἡττηθείς. νικηθείς. ἀντὶ τοῦ ἧττον ἔχον ἀπέλ‐ θοι. Ἠιτημένην. κεχρησμένην. καὶ γὰρ αἰτεῖσθαι</w:t>
      </w:r>
    </w:p>
    <w:p>
      <w:r>
        <w:rPr>
          <w:rFonts w:ascii="Courier New" w:hAnsi="Courier New"/>
          <w:color w:val="555555"/>
          <w:sz w:val="20"/>
        </w:rPr>
        <w:t>[10]</w:t>
      </w:r>
    </w:p>
    <w:p>
      <w:r>
        <w:rPr>
          <w:rFonts w:ascii="Gentium Plus" w:hAnsi="Gentium Plus"/>
          <w:sz w:val="24"/>
        </w:rPr>
        <w:t>ἔλεγον τὸ κιχρᾶσθαι, ὅ ἐστι δανείζεσθαι. Ἤιτησεν. ἐζήτησεν. Ἤιτουν. ἐζήτουν. ἀπὸ τοῦ αἰτῶ ᾔτουν, ὡς αἰνῶ ᾔνουν. [οἱ δὲ παρῳχημένοι τὰ ἶσα φωνήεντα θέλουσιν ἔχειν κατὰ τὴν ἀρχὴν τοῦ ἐνεστῶτος,</w:t>
      </w:r>
    </w:p>
    <w:p>
      <w:r>
        <w:rPr>
          <w:rFonts w:ascii="Courier New" w:hAnsi="Courier New"/>
          <w:color w:val="555555"/>
          <w:sz w:val="20"/>
        </w:rPr>
        <w:t>[15]</w:t>
      </w:r>
    </w:p>
    <w:p>
      <w:r>
        <w:rPr>
          <w:rFonts w:ascii="Gentium Plus" w:hAnsi="Gentium Plus"/>
          <w:sz w:val="24"/>
        </w:rPr>
        <w:t>ἢ μείζονα, οὐδέποτε δὲ ἐλάττονα.] Ἠτίμησεν. ὕβρισεν. Ἠτρέμιζεν. ἐκαρτέρει, ἡσύχαζεν.</w:t>
      </w:r>
    </w:p>
    <w:p>
      <w:r>
        <w:rPr>
          <w:rFonts w:ascii="Courier New" w:hAnsi="Courier New"/>
          <w:color w:val="555555"/>
          <w:sz w:val="20"/>
        </w:rPr>
        <w:t>[eta 1014]</w:t>
      </w:r>
    </w:p>
    <w:p>
      <w:r>
        <w:rPr>
          <w:rFonts w:ascii="Gentium Plus" w:hAnsi="Gentium Plus"/>
          <w:sz w:val="24"/>
        </w:rPr>
        <w:t>Ἤτω. ὑπαρχέτω. Ἧττον. ἀντὶ τοῦ οὐδαμῶς.</w:t>
      </w:r>
    </w:p>
    <w:p>
      <w:pPr>
        <w:jc w:val="center"/>
      </w:pPr>
      <w:r>
        <w:rPr>
          <w:rFonts w:ascii="Gentium Plus" w:hAnsi="Gentium Plus"/>
          <w:b/>
          <w:sz w:val="24"/>
        </w:rPr>
        <w:t>Τὸ Η μετὰ τοῦ Υ.</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Ἠϋγένειος. ὁ καλὸν γένειον ἔχων. Ἠΰς. ἀγαθὸς, μέγας, πλατὺς, ἀχώρητος, πρᾶος. [παρὰ τὴν ἠῶ, ἵν’ ᾖ ἵμερος, ἢ παρὰ τὸ εὖς ἀπὸ τοῦ εὖ, καὶ τοῦ ἐῢς, ὁ διαβόητος. παρὰ τοῦτο καὶ τὸ ἤϋσεν. ἢ ἀπὸ τοῦ αὔω, αὔσω, ηὖσε καὶ ἤϋσεν.]</w:t>
      </w:r>
    </w:p>
    <w:p>
      <w:pPr>
        <w:jc w:val="center"/>
      </w:pPr>
      <w:r>
        <w:rPr>
          <w:rFonts w:ascii="Gentium Plus" w:hAnsi="Gentium Plus"/>
          <w:b/>
          <w:sz w:val="24"/>
        </w:rPr>
        <w:t>(Ῥῆμα.)</w:t>
      </w:r>
    </w:p>
    <w:p>
      <w:r>
        <w:rPr>
          <w:rFonts w:ascii="Courier New" w:hAnsi="Courier New"/>
          <w:color w:val="555555"/>
          <w:sz w:val="20"/>
        </w:rPr>
        <w:t>[11]</w:t>
      </w:r>
    </w:p>
    <w:p>
      <w:r>
        <w:rPr>
          <w:rFonts w:ascii="Gentium Plus" w:hAnsi="Gentium Plus"/>
          <w:sz w:val="24"/>
        </w:rPr>
        <w:t>Ηὔδα. ἔλεγεν, εἶπεν, ἐφώνει. Ηὔδησα. ἐφώνησα. Ηὐδάξαντο. ἐφήμισαν. Ηὐδόκησα. ἠθέλησα. καὶ εὐδόκησα.</w:t>
      </w:r>
    </w:p>
    <w:p>
      <w:r>
        <w:rPr>
          <w:rFonts w:ascii="Courier New" w:hAnsi="Courier New"/>
          <w:color w:val="555555"/>
          <w:sz w:val="20"/>
        </w:rPr>
        <w:t>[15]</w:t>
      </w:r>
    </w:p>
    <w:p>
      <w:r>
        <w:rPr>
          <w:rFonts w:ascii="Gentium Plus" w:hAnsi="Gentium Plus"/>
          <w:sz w:val="24"/>
        </w:rPr>
        <w:t>Ηὔλησα. ὠργάνησα. Ηὐλήσαντο. ἐταράχθησαν. ἐστράφησαν. πε‐ φύσηνται. ηὐλίσαντο. καὶ ἀντὶ τοῦ κατέλυσαν</w:t>
      </w:r>
    </w:p>
    <w:p>
      <w:r>
        <w:rPr>
          <w:rFonts w:ascii="Courier New" w:hAnsi="Courier New"/>
          <w:color w:val="555555"/>
          <w:sz w:val="20"/>
        </w:rPr>
        <w:t>[eta 1015]</w:t>
      </w:r>
    </w:p>
    <w:p>
      <w:r>
        <w:rPr>
          <w:rFonts w:ascii="Gentium Plus" w:hAnsi="Gentium Plus"/>
          <w:sz w:val="24"/>
        </w:rPr>
        <w:t>Ηὐλόγησα. ηὐξάμην. καὶ εὐλόγησα. Ηὐμοίρησα. ἐπέτυχον. Ηὐτομόλησεν. ἀφ’ ἑαυτοῦ παρεγένετο. Ηὐτρέπισεν. ἡτοίμασεν. ὁμοίως καὶ ηὐτρέπισα</w:t>
      </w:r>
    </w:p>
    <w:p>
      <w:r>
        <w:rPr>
          <w:rFonts w:ascii="Courier New" w:hAnsi="Courier New"/>
          <w:color w:val="555555"/>
          <w:sz w:val="20"/>
        </w:rPr>
        <w:t>[5]</w:t>
      </w:r>
    </w:p>
    <w:p>
      <w:r>
        <w:rPr>
          <w:rFonts w:ascii="Gentium Plus" w:hAnsi="Gentium Plus"/>
          <w:sz w:val="24"/>
        </w:rPr>
        <w:t>καὶ ηὐτρέπιστο. Ηὐπόρησα. ἐν εὐπορίᾳ εἰμί. Ηὐχένιζε. τὸν τράχηλον ἀπέκοπτεν. ἐλαιμοτό‐ μει. ὅπερ Ὅμηρος αὐερύειν φησίν. Ηὔχει. ἐκαυχᾶτο. ἐκόμπαζεν.</w:t>
      </w:r>
    </w:p>
    <w:p>
      <w:r>
        <w:rPr>
          <w:rFonts w:ascii="Courier New" w:hAnsi="Courier New"/>
          <w:color w:val="555555"/>
          <w:sz w:val="20"/>
        </w:rPr>
        <w:t>[10]</w:t>
      </w:r>
    </w:p>
    <w:p>
      <w:r>
        <w:rPr>
          <w:rFonts w:ascii="Gentium Plus" w:hAnsi="Gentium Plus"/>
          <w:sz w:val="24"/>
        </w:rPr>
        <w:t>Ἤϋσεν. ἐφώνησεν. ἀπὸ τοῦ αὔω, τὸ φωνῶ.</w:t>
      </w:r>
    </w:p>
    <w:p>
      <w:pPr>
        <w:jc w:val="center"/>
      </w:pPr>
      <w:r>
        <w:rPr>
          <w:rFonts w:ascii="Gentium Plus" w:hAnsi="Gentium Plus"/>
          <w:b/>
          <w:sz w:val="24"/>
        </w:rPr>
        <w:t>Τὸ Η μετὰ τοῦ Φ.</w:t>
      </w:r>
    </w:p>
    <w:p>
      <w:pPr>
        <w:jc w:val="center"/>
      </w:pPr>
      <w:r>
        <w:rPr>
          <w:rFonts w:ascii="Gentium Plus" w:hAnsi="Gentium Plus"/>
          <w:b/>
          <w:sz w:val="24"/>
        </w:rPr>
        <w:t>(Ἀρσενικόν.)</w:t>
      </w:r>
    </w:p>
    <w:p>
      <w:r>
        <w:rPr>
          <w:rFonts w:ascii="Courier New" w:hAnsi="Courier New"/>
          <w:color w:val="555555"/>
          <w:sz w:val="20"/>
        </w:rPr>
        <w:t>[13]</w:t>
      </w:r>
    </w:p>
    <w:p>
      <w:r>
        <w:rPr>
          <w:rFonts w:ascii="Gentium Plus" w:hAnsi="Gentium Plus"/>
          <w:sz w:val="24"/>
        </w:rPr>
        <w:t>†Ἥφαιστος. τὸ πῦρ.† Ἡφαιστίων. Ἀλεξανδρεὺς γραμματικός. ἔγρα‐</w:t>
      </w:r>
    </w:p>
    <w:p>
      <w:r>
        <w:rPr>
          <w:rFonts w:ascii="Courier New" w:hAnsi="Courier New"/>
          <w:color w:val="555555"/>
          <w:sz w:val="20"/>
        </w:rPr>
        <w:t>[15]</w:t>
      </w:r>
    </w:p>
    <w:p>
      <w:r>
        <w:rPr>
          <w:rFonts w:ascii="Gentium Plus" w:hAnsi="Gentium Plus"/>
          <w:sz w:val="24"/>
        </w:rPr>
        <w:t>ψεν ἐγχειρίδιον περὶ μέτρων καὶ μετρικὰ διά‐ φορα. καὶ Ἡφαιστίων ἑταῖρος Μακεδόνος τοῦ</w:t>
      </w:r>
    </w:p>
    <w:p>
      <w:r>
        <w:rPr>
          <w:rFonts w:ascii="Courier New" w:hAnsi="Courier New"/>
          <w:color w:val="555555"/>
          <w:sz w:val="20"/>
        </w:rPr>
        <w:t>[eta 1016]</w:t>
      </w:r>
    </w:p>
    <w:p>
      <w:r>
        <w:rPr>
          <w:rFonts w:ascii="Gentium Plus" w:hAnsi="Gentium Plus"/>
          <w:sz w:val="24"/>
        </w:rPr>
        <w:t>Ἠφλοισμός. ὁ ἀφρός.</w:t>
      </w:r>
    </w:p>
    <w:p>
      <w:pPr>
        <w:jc w:val="center"/>
      </w:pPr>
      <w:r>
        <w:rPr>
          <w:rFonts w:ascii="Gentium Plus" w:hAnsi="Gentium Plus"/>
          <w:b/>
          <w:sz w:val="24"/>
        </w:rPr>
        <w:t>(Θηλυκόν.)</w:t>
      </w:r>
    </w:p>
    <w:p>
      <w:r>
        <w:rPr>
          <w:rFonts w:ascii="Courier New" w:hAnsi="Courier New"/>
          <w:color w:val="555555"/>
          <w:sz w:val="20"/>
        </w:rPr>
        <w:t>[3]</w:t>
      </w:r>
    </w:p>
    <w:p>
      <w:r>
        <w:rPr>
          <w:rFonts w:ascii="Gentium Plus" w:hAnsi="Gentium Plus"/>
          <w:sz w:val="24"/>
        </w:rPr>
        <w:t>†Ἡφαίστια. πόλις. καὶ κλίνη. καὶ ὄνομα ἑορτῆς. Ἡφαιστία δὲ ἡ ἑταιρίς.†</w:t>
      </w:r>
    </w:p>
    <w:p>
      <w:r>
        <w:rPr>
          <w:rFonts w:ascii="Courier New" w:hAnsi="Courier New"/>
          <w:color w:val="555555"/>
          <w:sz w:val="20"/>
        </w:rPr>
        <w:t>[5]</w:t>
      </w:r>
    </w:p>
    <w:p>
      <w:r>
        <w:rPr>
          <w:rFonts w:ascii="Gentium Plus" w:hAnsi="Gentium Plus"/>
          <w:sz w:val="24"/>
        </w:rPr>
        <w:t>Ἡφαιστία. δύο πόλεις ἦσαν τῆς Λήμνου, Μυ‐ ρίνα τὲ καὶ Ἡφαιστία. Ἡ φῦσα. ἡ γεννήσασα. καὶ ὁ φὺς, ὁ γεννήσας.</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Ἠφείθη. συνεχωρήθη.</w:t>
      </w:r>
    </w:p>
    <w:p>
      <w:r>
        <w:rPr>
          <w:rFonts w:ascii="Courier New" w:hAnsi="Courier New"/>
          <w:color w:val="555555"/>
          <w:sz w:val="20"/>
        </w:rPr>
        <w:t>[10]</w:t>
      </w:r>
    </w:p>
    <w:p>
      <w:r>
        <w:rPr>
          <w:rFonts w:ascii="Gentium Plus" w:hAnsi="Gentium Plus"/>
          <w:sz w:val="24"/>
        </w:rPr>
        <w:t>Ἠφειδήκεισαν καὶ ἠφειδηκότες. καταπαύσαν‐ τες, μὴ φεισάμενοι. Ἠφηνιακὼς καὶ ἀφηνιάσας. ἤτοι ἀποπτύσας τὸν χαλινόν. Ἠφίει. ἔπεμπεν. καὶ ἠφίεσαν.</w:t>
      </w:r>
    </w:p>
    <w:p>
      <w:r>
        <w:rPr>
          <w:rFonts w:ascii="Courier New" w:hAnsi="Courier New"/>
          <w:color w:val="555555"/>
          <w:sz w:val="20"/>
        </w:rPr>
        <w:t>[15]</w:t>
      </w:r>
    </w:p>
    <w:p>
      <w:r>
        <w:rPr>
          <w:rFonts w:ascii="Gentium Plus" w:hAnsi="Gentium Plus"/>
          <w:sz w:val="24"/>
        </w:rPr>
        <w:t>Ἠφρόνησεν. ἀντὶ τοῦ κακῶς ἐφρόνησεν. Ἠφώρισεν. ἐχώρισε. καὶ ἠφωρίσθαι τὸ διακε‐ χωρίσθαι.</w:t>
      </w:r>
    </w:p>
    <w:p>
      <w:pPr>
        <w:jc w:val="center"/>
      </w:pPr>
      <w:r>
        <w:rPr>
          <w:rFonts w:ascii="Gentium Plus" w:hAnsi="Gentium Plus"/>
          <w:b/>
          <w:sz w:val="24"/>
        </w:rPr>
        <w:t>Τὸ Η μετὰ τοῦ Χ.</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Ἠχέτης. ὁ ἄῤῥην τέττιξ. ἀλλά σε γηρύοντα κατήναρεν ἠχέτα τέττιξ.</w:t>
      </w:r>
    </w:p>
    <w:p>
      <w:r>
        <w:rPr>
          <w:rFonts w:ascii="Courier New" w:hAnsi="Courier New"/>
          <w:color w:val="555555"/>
          <w:sz w:val="20"/>
        </w:rPr>
        <w:t>[5]</w:t>
      </w:r>
    </w:p>
    <w:p>
      <w:r>
        <w:rPr>
          <w:rFonts w:ascii="Gentium Plus" w:hAnsi="Gentium Plus"/>
          <w:sz w:val="24"/>
        </w:rPr>
        <w:t>Ἦχος. κτύπος, ἢ φωνὴ, ἢ λαλιὰ, ἢ φήμη. Ἠχήεις. ὁ ἦχον ἀποτελῶν.</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Ἠχὴ καὶ ἠχώ. φωνὴ ἢ λαλιά.</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Ἠχεῖα. τὰ βύκηνα. Ἠχητικόν. θορυβῶδες. Ἠχάνω. πτωχεύω. Ἦχεν. ἐγεγαμήκει. καὶ ἀντὶ τοῦ ἐκόμισεν. ἦχεν ἐπὶ τὸν οἶκον.</w:t>
      </w:r>
    </w:p>
    <w:p>
      <w:r>
        <w:rPr>
          <w:rFonts w:ascii="Courier New" w:hAnsi="Courier New"/>
          <w:color w:val="555555"/>
          <w:sz w:val="20"/>
        </w:rPr>
        <w:t>[15]</w:t>
      </w:r>
    </w:p>
    <w:p>
      <w:r>
        <w:rPr>
          <w:rFonts w:ascii="Gentium Plus" w:hAnsi="Gentium Plus"/>
          <w:sz w:val="24"/>
        </w:rPr>
        <w:t>Ἤχθαιρεν. ἐμίσει. Ἤχθοντο. ἠγανάκτουν. ἤχθοντο τὸ στρατιω‐</w:t>
      </w:r>
    </w:p>
    <w:p>
      <w:r>
        <w:rPr>
          <w:rFonts w:ascii="Courier New" w:hAnsi="Courier New"/>
          <w:color w:val="555555"/>
          <w:sz w:val="20"/>
        </w:rPr>
        <w:t>[eta 1018]</w:t>
      </w:r>
    </w:p>
    <w:p>
      <w:r>
        <w:rPr>
          <w:rFonts w:ascii="Gentium Plus" w:hAnsi="Gentium Plus"/>
          <w:sz w:val="24"/>
        </w:rPr>
        <w:t>Ἠχθηκότες. λυπήσαντες. ἠχθικότες δὲ ἀντὶ τοῦ βαρήσαντες, ι. Ἤχλυσε. συνεσκότασεν. ἀπὸ τοῦ ἀχλύς. Ἠχήσας. βοήσας.</w:t>
      </w:r>
    </w:p>
    <w:p>
      <w:pPr>
        <w:jc w:val="center"/>
      </w:pPr>
      <w:r>
        <w:rPr>
          <w:rFonts w:ascii="Gentium Plus" w:hAnsi="Gentium Plus"/>
          <w:b/>
          <w:sz w:val="24"/>
        </w:rPr>
        <w:t>(Ἐπίῤῥημα.)</w:t>
      </w:r>
    </w:p>
    <w:p>
      <w:r>
        <w:rPr>
          <w:rFonts w:ascii="Courier New" w:hAnsi="Courier New"/>
          <w:color w:val="555555"/>
          <w:sz w:val="20"/>
        </w:rPr>
        <w:t>[6]</w:t>
      </w:r>
    </w:p>
    <w:p>
      <w:r>
        <w:rPr>
          <w:rFonts w:ascii="Gentium Plus" w:hAnsi="Gentium Plus"/>
          <w:sz w:val="24"/>
        </w:rPr>
        <w:t>Ἧιχι. ἀντὶ τοῦ ὅπου. ἔστιν ᾗ καὶ κατ’ ἐπέκτα‐ σιν τῆς χι συλλαβῆς ᾗχι, ὡς ναὶ ναῖχι. οἱ δὲ Δωριεῖς ἄχι.</w:t>
      </w:r>
    </w:p>
    <w:p>
      <w:pPr>
        <w:jc w:val="center"/>
      </w:pPr>
      <w:r>
        <w:rPr>
          <w:rFonts w:ascii="Gentium Plus" w:hAnsi="Gentium Plus"/>
          <w:b/>
          <w:sz w:val="24"/>
        </w:rPr>
        <w:t>Τὸ Η μετὰ τοῦ Ψ.</w:t>
      </w:r>
    </w:p>
    <w:p>
      <w:pPr>
        <w:jc w:val="center"/>
      </w:pPr>
      <w:r>
        <w:rPr>
          <w:rFonts w:ascii="Gentium Plus" w:hAnsi="Gentium Plus"/>
          <w:b/>
          <w:sz w:val="24"/>
        </w:rPr>
        <w:t>(Ῥῆμα.)</w:t>
      </w:r>
    </w:p>
    <w:p>
      <w:r>
        <w:rPr>
          <w:rFonts w:ascii="Courier New" w:hAnsi="Courier New"/>
          <w:color w:val="555555"/>
          <w:sz w:val="20"/>
        </w:rPr>
        <w:t>[11]</w:t>
      </w:r>
    </w:p>
    <w:p>
      <w:r>
        <w:rPr>
          <w:rFonts w:ascii="Gentium Plus" w:hAnsi="Gentium Plus"/>
          <w:sz w:val="24"/>
        </w:rPr>
        <w:t>Ἥψατο. ἐκράτησε. καὶ ἥψατο ἀντὶ τοῦ βρό‐ χον ἀνήρτησεν. Ἧψεν. ἀνῆψεν. ἴψε δὲ ἀντὶ τοῦ ἔβλαψεν, ι.</w:t>
      </w:r>
    </w:p>
    <w:p>
      <w:pPr>
        <w:jc w:val="center"/>
      </w:pPr>
      <w:r>
        <w:rPr>
          <w:rFonts w:ascii="Gentium Plus" w:hAnsi="Gentium Plus"/>
          <w:b/>
          <w:sz w:val="24"/>
        </w:rPr>
        <w:t>Τὸ Η μετὰ τοῦ Ω.</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Ἠώκοιτος. ὁ πρωϊνός. ἠώκοιτος ὕπνος.</w:t>
      </w:r>
    </w:p>
    <w:p>
      <w:r>
        <w:rPr>
          <w:rFonts w:ascii="Courier New" w:hAnsi="Courier New"/>
          <w:color w:val="555555"/>
          <w:sz w:val="20"/>
        </w:rPr>
        <w:t>[eta 1019]</w:t>
      </w:r>
    </w:p>
    <w:p>
      <w:r>
        <w:rPr>
          <w:rFonts w:ascii="Gentium Plus" w:hAnsi="Gentium Plus"/>
          <w:sz w:val="24"/>
        </w:rPr>
        <w:t>Ἠὼ καὶ ἠώς. ἡ ἡμέρα, ἰωνικῶς. καὶ ἕως, ἡ ἡμέ‐ ρα, ἀττικῶς. ἀπὸ τοῦ ἕω, τὸ πέμπω, ὅτι ἀφίεν‐ ται τότε τὰ ζῶα. ἢ ἡ ἐξιέναι ἡμᾶς ποιοῦσα. καὶ αὔως, ἡ ἡμέρα, αἰολικῶς. ἀπὸ τοῦ αὔω,</w:t>
      </w:r>
    </w:p>
    <w:p>
      <w:r>
        <w:rPr>
          <w:rFonts w:ascii="Courier New" w:hAnsi="Courier New"/>
          <w:color w:val="555555"/>
          <w:sz w:val="20"/>
        </w:rPr>
        <w:t>[5]</w:t>
      </w:r>
    </w:p>
    <w:p>
      <w:r>
        <w:rPr>
          <w:rFonts w:ascii="Gentium Plus" w:hAnsi="Gentium Plus"/>
          <w:sz w:val="24"/>
        </w:rPr>
        <w:t>τὸ φωνῶ. αὔει γὰρ τὰ ζῶα, ὅ ἐστι καλεῖ. καὶ αὔουσι πάντα δι’ αὐτῆς. ἰστέον, ὅτι ἠὼς ἠοῦς ἔχει τὴν γενικὴν, τὸ δὲ ἕως ἀποβολῇ τοῦ ς. *Ἠῆς. ἐπίῤῥημα, ἀντὶ τοῦ ἐκ πρωΐας.*</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Ἠώη. ὄνομα πόλεως. [Ἠών. ὄνομα πόλεως,] ἥ ἐστι Μενδαίων ἀποικία.</w:t>
      </w:r>
    </w:p>
    <w:p>
      <w:r>
        <w:rPr>
          <w:rFonts w:ascii="Courier New" w:hAnsi="Courier New"/>
          <w:color w:val="555555"/>
          <w:sz w:val="20"/>
        </w:rPr>
        <w:t>[eta 1020]</w:t>
      </w:r>
    </w:p>
    <w:p>
      <w:r>
        <w:rPr>
          <w:rFonts w:ascii="Gentium Plus" w:hAnsi="Gentium Plus"/>
          <w:sz w:val="24"/>
        </w:rPr>
        <w:t>Ἠώς. ἡ ἡμέρα. παρὰ τὸ αὔω, τὸ λάμπω, γίνε‐ ται αὔος, καὶ ἐκβολῇ τοῦ υ ἄος, καὶ συναιρέ‐ σει τοῦ α ο εἰς ω μέγα ἠώς. Ἠιωνίκει. ἐβράδυνεν, ἐχρόνισεν. ἀπὸ τοῦ αἰω‐</w:t>
      </w:r>
    </w:p>
    <w:p>
      <w:r>
        <w:rPr>
          <w:rFonts w:ascii="Courier New" w:hAnsi="Courier New"/>
          <w:color w:val="555555"/>
          <w:sz w:val="20"/>
        </w:rPr>
        <w:t>[5]</w:t>
      </w:r>
    </w:p>
    <w:p>
      <w:r>
        <w:rPr>
          <w:rFonts w:ascii="Gentium Plus" w:hAnsi="Gentium Plus"/>
          <w:sz w:val="24"/>
        </w:rPr>
        <w:t>νίζω. Ἠιωρημένω. κρεμαμένῳ. Ἠιώρουν. ἐβάσταζον. [ἀνεῖχον.] τὴν δὲ κλίνην ταῶνες τέσσαρες χρυσοῖ ᾐώρουν. Ἠιώρησεν. ἐκρέμασε.</w:t>
      </w:r>
    </w:p>
    <w:p>
      <w:r>
        <w:rPr>
          <w:rFonts w:ascii="Courier New" w:hAnsi="Courier New"/>
          <w:color w:val="555555"/>
          <w:sz w:val="20"/>
        </w:rPr>
        <w:t>[10]</w:t>
      </w:r>
    </w:p>
    <w:p>
      <w:r>
        <w:rPr>
          <w:rFonts w:ascii="Gentium Plus" w:hAnsi="Gentium Plus"/>
          <w:sz w:val="24"/>
        </w:rPr>
        <w:t>ταῦτά σοι πρὸ παστάδος ᾐώρησεν, ὦ Διόνυσε. Ἠιωρῆσθαι. ἠρτῆσθαι, κρέμασθαι. ἀπὸ τοῦ</w:t>
      </w:r>
    </w:p>
    <w:p>
      <w:pPr>
        <w:jc w:val="center"/>
      </w:pPr>
      <w:r>
        <w:rPr>
          <w:rFonts w:ascii="Gentium Plus" w:hAnsi="Gentium Plus"/>
          <w:b/>
          <w:sz w:val="24"/>
        </w:rPr>
        <w:t>Θ.</w:t>
      </w:r>
    </w:p>
    <w:p>
      <w:pPr>
        <w:jc w:val="center"/>
      </w:pPr>
      <w:r>
        <w:rPr>
          <w:rFonts w:ascii="Gentium Plus" w:hAnsi="Gentium Plus"/>
          <w:b/>
          <w:sz w:val="24"/>
        </w:rPr>
        <w:t>Τὸ Θ μετὰ τοῦ Α.</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Θάκος. καθέδρα, θρόνος. ὁ καὶ θῶκος. παρὰ</w:t>
      </w:r>
    </w:p>
    <w:p>
      <w:r>
        <w:rPr>
          <w:rFonts w:ascii="Courier New" w:hAnsi="Courier New"/>
          <w:color w:val="555555"/>
          <w:sz w:val="20"/>
        </w:rPr>
        <w:t>[theta 1020 (13)]</w:t>
      </w:r>
    </w:p>
    <w:p>
      <w:r>
        <w:rPr>
          <w:rFonts w:ascii="Gentium Plus" w:hAnsi="Gentium Plus"/>
          <w:sz w:val="24"/>
        </w:rPr>
        <w:t>Θαλαμηπόλος. ὁ περὶ τὸν θάλαμον ἀναστρε‐ φόμενος.</w:t>
      </w:r>
    </w:p>
    <w:p>
      <w:r>
        <w:rPr>
          <w:rFonts w:ascii="Courier New" w:hAnsi="Courier New"/>
          <w:color w:val="555555"/>
          <w:sz w:val="20"/>
        </w:rPr>
        <w:t>[15]</w:t>
      </w:r>
    </w:p>
    <w:p>
      <w:r>
        <w:rPr>
          <w:rFonts w:ascii="Gentium Plus" w:hAnsi="Gentium Plus"/>
          <w:sz w:val="24"/>
        </w:rPr>
        <w:t>Θάλαμος. θάλπαμος τὶς ὢν, παρὰ τὸ θάλ‐ πειν. ἔστι δὲ οἶκος ἢ κοιτών. καὶ θαλάμη.</w:t>
      </w:r>
    </w:p>
    <w:p>
      <w:r>
        <w:rPr>
          <w:rFonts w:ascii="Courier New" w:hAnsi="Courier New"/>
          <w:color w:val="555555"/>
          <w:sz w:val="20"/>
        </w:rPr>
        <w:t>[theta 1021]</w:t>
      </w:r>
    </w:p>
    <w:p>
      <w:r>
        <w:rPr>
          <w:rFonts w:ascii="Gentium Plus" w:hAnsi="Gentium Plus"/>
          <w:sz w:val="24"/>
        </w:rPr>
        <w:t>Θαῤῥαλέος. ἀνδρεῖος. Θαλερός. ἀκμαῖος, ἰσχυρὸς, νέος, ἢ ὁ ἁπαλός. καὶ θαλερὸν δάκρυ. τὰ γὰρ θάλλοντα φύλ‐ λα ἁπαλά.</w:t>
      </w:r>
    </w:p>
    <w:p>
      <w:r>
        <w:rPr>
          <w:rFonts w:ascii="Courier New" w:hAnsi="Courier New"/>
          <w:color w:val="555555"/>
          <w:sz w:val="20"/>
        </w:rPr>
        <w:t>[5]</w:t>
      </w:r>
    </w:p>
    <w:p>
      <w:r>
        <w:rPr>
          <w:rFonts w:ascii="Gentium Plus" w:hAnsi="Gentium Plus"/>
          <w:sz w:val="24"/>
        </w:rPr>
        <w:t>Θάνατος. χωρισμὸς ψυχῆς ἀπὸ τοῦ σώματος, ἢ στοιχείων διάζευξις, ἢ βίου λύσις, ἢ φροντί‐ δων ἀπαλλαγὴ, ἢ ἄδηλος πορεία, ἢ τέλος παν‐ τὸς ζώου. Θάνατος Χριστοῦ ἐστι τῶν σαρκικῶν παθῶν</w:t>
      </w:r>
    </w:p>
    <w:p>
      <w:r>
        <w:rPr>
          <w:rFonts w:ascii="Courier New" w:hAnsi="Courier New"/>
          <w:color w:val="555555"/>
          <w:sz w:val="20"/>
        </w:rPr>
        <w:t>[10]</w:t>
      </w:r>
    </w:p>
    <w:p>
      <w:r>
        <w:rPr>
          <w:rFonts w:ascii="Gentium Plus" w:hAnsi="Gentium Plus"/>
          <w:sz w:val="24"/>
        </w:rPr>
        <w:t>νέκρωσις καὶ πάσης δαιμονικῆς ἐνεργείας ἀφά‐ νισις ἀρίστη. θάνατος δὲ παρὰ τὸ τείνω, τάνα‐ τος καὶ θάνατος, ὁ τείνων τὸ σῶμα, ἢ ὅτι τάνα‐ τός ἐστιν ὁ ἐπὶ πάντας ἑαυτὸν διατείνων. ἢ πα‐ ρὰ τὴν ἄτην, ὃ σημαίνει τὴν βλάβην, γίνεται</w:t>
      </w:r>
    </w:p>
    <w:p>
      <w:r>
        <w:rPr>
          <w:rFonts w:ascii="Courier New" w:hAnsi="Courier New"/>
          <w:color w:val="555555"/>
          <w:sz w:val="20"/>
        </w:rPr>
        <w:t>[15]</w:t>
      </w:r>
    </w:p>
    <w:p>
      <w:r>
        <w:rPr>
          <w:rFonts w:ascii="Gentium Plus" w:hAnsi="Gentium Plus"/>
          <w:sz w:val="24"/>
        </w:rPr>
        <w:t>ἄνατος καὶ θάνατος. Θαρσεῖς. τοὺς Καρχηδονίους λέγει τοὺς πρὸς τὸ βόρειον μέρος κειμένους. θαρσεῖς καὶ οἱ ἀν‐ δρεῖοι.</w:t>
      </w:r>
    </w:p>
    <w:p>
      <w:r>
        <w:rPr>
          <w:rFonts w:ascii="Courier New" w:hAnsi="Courier New"/>
          <w:color w:val="555555"/>
          <w:sz w:val="20"/>
        </w:rPr>
        <w:t>[theta 1022]</w:t>
      </w:r>
    </w:p>
    <w:p>
      <w:r>
        <w:rPr>
          <w:rFonts w:ascii="Gentium Plus" w:hAnsi="Gentium Plus"/>
          <w:sz w:val="24"/>
        </w:rPr>
        <w:t>Θαμάλωπες. οἱ ἡμίφλεκτοι ἄνθρακες. θάμ‐ ψαι γὰρ τὸ καῦσαι. Θαιροί. οἱ στροφεῖς τῆς θύρας. Θάμνος. φυτὸν πολύκλαδον ἀπὸ ῥίζης.</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Θαλυσίαι. αἱ τῶν καρπῶν ἀπαρχαί. Θάλεια. εὐωχία. πανήγυρις. καὶ ὄνομα Μού‐ σης. παρὰ τὸ θάλλειν τοὺς εὐωχουμένους. Θαλαμίδιοι κῶπαι. αἱ ἠρέμα ἐλαύνουσαι.</w:t>
      </w:r>
    </w:p>
    <w:p>
      <w:r>
        <w:rPr>
          <w:rFonts w:ascii="Courier New" w:hAnsi="Courier New"/>
          <w:color w:val="555555"/>
          <w:sz w:val="20"/>
        </w:rPr>
        <w:t>[10]</w:t>
      </w:r>
    </w:p>
    <w:p>
      <w:r>
        <w:rPr>
          <w:rFonts w:ascii="Gentium Plus" w:hAnsi="Gentium Plus"/>
          <w:sz w:val="24"/>
        </w:rPr>
        <w:t>Θαλπωρή. τέρψις· χαρά· διάχυσις. Θαλάμη. οἶκος ἢ κοιτών. †Θαιμάν.† ἡ ἀνατολή. τινὲς δὲ τὸ νότιον μέ‐ ρος φασί. Θαλάμβας. τὰς ἀεὶ ἐν σάλῳ οὔσας θυρίδας.</w:t>
      </w:r>
    </w:p>
    <w:p>
      <w:r>
        <w:rPr>
          <w:rFonts w:ascii="Courier New" w:hAnsi="Courier New"/>
          <w:color w:val="555555"/>
          <w:sz w:val="20"/>
        </w:rPr>
        <w:t>[15]</w:t>
      </w:r>
    </w:p>
    <w:p>
      <w:r>
        <w:rPr>
          <w:rFonts w:ascii="Gentium Plus" w:hAnsi="Gentium Plus"/>
          <w:sz w:val="24"/>
        </w:rPr>
        <w:t>ἢ παρὰ τὸ δι’ αὐτῶν βαίνειν τὸ σέλας. οἶμαι δὲ, ὅτι σαλάμβας γράφεται.</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Θαλυκρόν. διάπυρον. —καὶ τὸ θαλυκρὸν</w:t>
      </w:r>
    </w:p>
    <w:p>
      <w:r>
        <w:rPr>
          <w:rFonts w:ascii="Courier New" w:hAnsi="Courier New"/>
          <w:color w:val="555555"/>
          <w:sz w:val="20"/>
        </w:rPr>
        <w:t>[20]</w:t>
      </w:r>
    </w:p>
    <w:p>
      <w:r>
        <w:rPr>
          <w:rFonts w:ascii="Gentium Plus" w:hAnsi="Gentium Plus"/>
          <w:sz w:val="24"/>
        </w:rPr>
        <w:t>κεῖνο κατημβλύνθη κέντρον—.</w:t>
      </w:r>
    </w:p>
    <w:p>
      <w:r>
        <w:rPr>
          <w:rFonts w:ascii="Courier New" w:hAnsi="Courier New"/>
          <w:color w:val="555555"/>
          <w:sz w:val="20"/>
        </w:rPr>
        <w:t>[theta 1023]</w:t>
      </w:r>
    </w:p>
    <w:p>
      <w:r>
        <w:rPr>
          <w:rFonts w:ascii="Gentium Plus" w:hAnsi="Gentium Plus"/>
          <w:sz w:val="24"/>
        </w:rPr>
        <w:t>Θάλλος. βλάστημα. ἦν δὲ ἡ παῖς ἐρώτων καὶ χαρίτων ἀμβρόσιόν τι θάλλος. θάλλος καὶ ὁ τῆς ἐλαίας κλάδος, ἢ πᾶν τὸ θάλλον. Θαλπότερον. λαμπρότερον. θερμότερον.</w:t>
      </w:r>
    </w:p>
    <w:p>
      <w:r>
        <w:rPr>
          <w:rFonts w:ascii="Courier New" w:hAnsi="Courier New"/>
          <w:color w:val="555555"/>
          <w:sz w:val="20"/>
        </w:rPr>
        <w:t>[5]</w:t>
      </w:r>
    </w:p>
    <w:p>
      <w:r>
        <w:rPr>
          <w:rFonts w:ascii="Gentium Plus" w:hAnsi="Gentium Plus"/>
          <w:sz w:val="24"/>
        </w:rPr>
        <w:t>Θάμβος. ἔκπληξις, θόρυβος. Θαμινά. πυκνά. συνεχῆ. Θάῤῥος. ἀνδρεία. Θάρσος. ἡ εὐτολμία. θράσος δὲ ἡ ἀλόγιστος αὐθάδεια.</w:t>
      </w:r>
    </w:p>
    <w:p>
      <w:r>
        <w:rPr>
          <w:rFonts w:ascii="Courier New" w:hAnsi="Courier New"/>
          <w:color w:val="555555"/>
          <w:sz w:val="20"/>
        </w:rPr>
        <w:t>[10]</w:t>
      </w:r>
    </w:p>
    <w:p>
      <w:r>
        <w:rPr>
          <w:rFonts w:ascii="Gentium Plus" w:hAnsi="Gentium Plus"/>
          <w:sz w:val="24"/>
        </w:rPr>
        <w:t>†Θαλύσιον. τὸ ὑπὲρ εὐθαλίας διδόμενον.† Θάτερον, θατέρου. ἕτερον, ἑτέρου. Θάτερον. τῶν δύο τὸ ἕτερον. ἰστέον, ὅτι λέγου‐ σι τινὲς, ὅτι τὸ ε καὶ α ἐπιφερόμενον σύμ‐ φωνον οἱ Δωριεῖς εἰς α συναλείφουσι. τὰ ἕτερα</w:t>
      </w:r>
    </w:p>
    <w:p>
      <w:r>
        <w:rPr>
          <w:rFonts w:ascii="Courier New" w:hAnsi="Courier New"/>
          <w:color w:val="555555"/>
          <w:sz w:val="20"/>
        </w:rPr>
        <w:t>[15]</w:t>
      </w:r>
    </w:p>
    <w:p>
      <w:r>
        <w:rPr>
          <w:rFonts w:ascii="Gentium Plus" w:hAnsi="Gentium Plus"/>
          <w:sz w:val="24"/>
        </w:rPr>
        <w:t>θάτερα φασί. καὶ πάλιν οἱ αὐτοὶ τρέπουσι τὸ ε εἰς α, ὡς ἐν τῷ· τρέχω, τράχω, Ἄρτε‐</w:t>
      </w:r>
    </w:p>
    <w:p>
      <w:r>
        <w:rPr>
          <w:rFonts w:ascii="Courier New" w:hAnsi="Courier New"/>
          <w:color w:val="555555"/>
          <w:sz w:val="20"/>
        </w:rPr>
        <w:t>[theta 1024]</w:t>
      </w:r>
    </w:p>
    <w:p>
      <w:r>
        <w:rPr>
          <w:rFonts w:ascii="Gentium Plus" w:hAnsi="Gentium Plus"/>
          <w:sz w:val="24"/>
        </w:rPr>
        <w:t>Θαῦμα. τὸ ὑπὲρ φύσιν διὰ θεοῦ τελούμενον. παρὰ τὸ θαυμάζω θαύμασμα καὶ κατὰ συγκο‐ πὴν καὶ ἀποβολὴν τοῦ ς θαῦμα. οἱ δὲ παρὰ τὸ θεῶ, θεῶμαι, θαῦμα.</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Θαάσσων. ἐγκαθεζόμενος. Θακεύουσι. κάθηνται. καὶ θακῶ. Θάλψαι. θερμάναι, συντηρῆσαι. Θαλαττοπορῆσαι. διὰ θαλάττης πλεῦσαι.</w:t>
      </w:r>
    </w:p>
    <w:p>
      <w:r>
        <w:rPr>
          <w:rFonts w:ascii="Courier New" w:hAnsi="Courier New"/>
          <w:color w:val="555555"/>
          <w:sz w:val="20"/>
        </w:rPr>
        <w:t>[10]</w:t>
      </w:r>
    </w:p>
    <w:p>
      <w:r>
        <w:rPr>
          <w:rFonts w:ascii="Gentium Plus" w:hAnsi="Gentium Plus"/>
          <w:sz w:val="24"/>
        </w:rPr>
        <w:t>Θαλαττοκοπεῖς. ματαιολογεῖς· ταράττῃ· θο‐ ρυβῇ. Θαλφθῇ. ἐξαπατηθῇ. ἢ θερμανθῇ. Θαλπόμενοι. ἐξαπατώμενοι. Ἰώσηπος· τοὺς δὲ ὑποθαλπομένους ἐλπίδι.</w:t>
      </w:r>
    </w:p>
    <w:p>
      <w:r>
        <w:rPr>
          <w:rFonts w:ascii="Courier New" w:hAnsi="Courier New"/>
          <w:color w:val="555555"/>
          <w:sz w:val="20"/>
        </w:rPr>
        <w:t>[15]</w:t>
      </w:r>
    </w:p>
    <w:p>
      <w:r>
        <w:rPr>
          <w:rFonts w:ascii="Gentium Plus" w:hAnsi="Gentium Plus"/>
          <w:sz w:val="24"/>
        </w:rPr>
        <w:t>Θαλέθοντες. θάλλοντες. Θάλλω. τὸ αὔξω. [παρὰ τὸ θῶ, τὸ τρέφω.]</w:t>
      </w:r>
    </w:p>
    <w:p>
      <w:r>
        <w:rPr>
          <w:rFonts w:ascii="Courier New" w:hAnsi="Courier New"/>
          <w:color w:val="555555"/>
          <w:sz w:val="20"/>
        </w:rPr>
        <w:t>[theta 1025]</w:t>
      </w:r>
    </w:p>
    <w:p>
      <w:r>
        <w:rPr>
          <w:rFonts w:ascii="Gentium Plus" w:hAnsi="Gentium Plus"/>
          <w:sz w:val="24"/>
        </w:rPr>
        <w:t>Θανατῶν. ὁ ἐπιθυμῶν θανάτου. λέγεται δὲ καὶ ὁ ἀποκτείνων. καὶ θανατᾷν καὶ θανατιᾷν. Θαυμάζω. ἐπαινῶ. λέγεται καὶ τὸ κατηγορῶ. ὃ καὶ μετὰ γενικῆς συντάσσεται.</w:t>
      </w:r>
    </w:p>
    <w:p>
      <w:r>
        <w:rPr>
          <w:rFonts w:ascii="Courier New" w:hAnsi="Courier New"/>
          <w:color w:val="555555"/>
          <w:sz w:val="20"/>
        </w:rPr>
        <w:t>[5]</w:t>
      </w:r>
    </w:p>
    <w:p>
      <w:r>
        <w:rPr>
          <w:rFonts w:ascii="Gentium Plus" w:hAnsi="Gentium Plus"/>
          <w:sz w:val="24"/>
        </w:rPr>
        <w:t>Θαυμάζετε. ταράττεσθε. θορυβεῖσθε. ὡς καὶ ἐν τῷ εὐαγγελίῳ· ἓν ἔργον ἐποίησα καὶ πάν‐ τες θαυμάζετε.</w:t>
      </w:r>
    </w:p>
    <w:p>
      <w:pPr>
        <w:jc w:val="center"/>
      </w:pPr>
      <w:r>
        <w:rPr>
          <w:rFonts w:ascii="Gentium Plus" w:hAnsi="Gentium Plus"/>
          <w:b/>
          <w:sz w:val="24"/>
        </w:rPr>
        <w:t>(Ἐπίῤῥημα.)</w:t>
      </w:r>
    </w:p>
    <w:p>
      <w:r>
        <w:rPr>
          <w:rFonts w:ascii="Courier New" w:hAnsi="Courier New"/>
          <w:color w:val="555555"/>
          <w:sz w:val="20"/>
        </w:rPr>
        <w:t>[9]</w:t>
      </w:r>
    </w:p>
    <w:p>
      <w:r>
        <w:rPr>
          <w:rFonts w:ascii="Gentium Plus" w:hAnsi="Gentium Plus"/>
          <w:sz w:val="24"/>
        </w:rPr>
        <w:t>Θαμά. συνεχῶς. πυκνῶς. παρὰ τὸ ἅμα θαμά·</w:t>
      </w:r>
    </w:p>
    <w:p>
      <w:r>
        <w:rPr>
          <w:rFonts w:ascii="Courier New" w:hAnsi="Courier New"/>
          <w:color w:val="555555"/>
          <w:sz w:val="20"/>
        </w:rPr>
        <w:t>[10]</w:t>
      </w:r>
    </w:p>
    <w:p>
      <w:r>
        <w:rPr>
          <w:rFonts w:ascii="Gentium Plus" w:hAnsi="Gentium Plus"/>
          <w:sz w:val="24"/>
        </w:rPr>
        <w:t>πλεονασμῷ τοῦ θ. Θαῤῥαλέως. ἀνδρείως, εὐθαρσῶς. Θᾶττον. συντόμως· ταχέως.</w:t>
      </w:r>
    </w:p>
    <w:p>
      <w:pPr>
        <w:jc w:val="center"/>
      </w:pPr>
      <w:r>
        <w:rPr>
          <w:rFonts w:ascii="Gentium Plus" w:hAnsi="Gentium Plus"/>
          <w:b/>
          <w:sz w:val="24"/>
        </w:rPr>
        <w:t>Τὸ Θ μετὰ τοῦ Ε.</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Θεοείκελος. ὁ ὅμοιος θεῷ. ἴκελος δὲ ι. Θελητής. προαιρετικός. Θέμεθλος. τὸ θεμέλιον. Θεόληπτος. ὑπὸ θεοῦ συσχεθείς. Θεοσέπτωρ. ὁ θεοσεβής.</w:t>
      </w:r>
    </w:p>
    <w:p>
      <w:r>
        <w:rPr>
          <w:rFonts w:ascii="Courier New" w:hAnsi="Courier New"/>
          <w:color w:val="555555"/>
          <w:sz w:val="20"/>
        </w:rPr>
        <w:t>[20]</w:t>
      </w:r>
    </w:p>
    <w:p>
      <w:r>
        <w:rPr>
          <w:rFonts w:ascii="Gentium Plus" w:hAnsi="Gentium Plus"/>
          <w:sz w:val="24"/>
        </w:rPr>
        <w:t>Θεός. οὐσία ἀναίτιος, αἰτία [ἤγουν παντοδύνα‐ μος παναλκὴς] πάσης οὐσίας καὶ φύσεως, ὑπερ‐ ούσιος. εἰ θέλεις δὲ γνῶναι, τί ἐστι θεὸς καὶ πῶς προσκυνεῖται, ἄκουσον νουνεχῶς καὶ γνῶθι τὸ ἀληθές. πατρὸς, υἱοῦ καὶ ἁγίου πνεύματος</w:t>
      </w:r>
    </w:p>
    <w:p>
      <w:r>
        <w:rPr>
          <w:rFonts w:ascii="Courier New" w:hAnsi="Courier New"/>
          <w:color w:val="555555"/>
          <w:sz w:val="20"/>
        </w:rPr>
        <w:t>[25]</w:t>
      </w:r>
    </w:p>
    <w:p>
      <w:r>
        <w:rPr>
          <w:rFonts w:ascii="Gentium Plus" w:hAnsi="Gentium Plus"/>
          <w:sz w:val="24"/>
        </w:rPr>
        <w:t>μία βουλὴ, μία σοφία, μία δύναμις. οὐχ’ ὁ μὲν πρὸ αἰώνων, ὁ δὲ μετὰ αἰῶνας, ἀλλ’ ἅμα πατὴρ, υἱὸς καὶ πνεῦμα ἅγιον· υἱὸς ἐν πατρὶ καὶ πνεῦμα ἐν υἱῷ· συνημμένη γὰρ ἡ φύσις, [ὅθεν μία ἡ φύσις] καὶ μία ἡ θεότης· διαιρου‐</w:t>
      </w:r>
    </w:p>
    <w:p>
      <w:r>
        <w:rPr>
          <w:rFonts w:ascii="Courier New" w:hAnsi="Courier New"/>
          <w:color w:val="555555"/>
          <w:sz w:val="20"/>
        </w:rPr>
        <w:t>[30]</w:t>
      </w:r>
    </w:p>
    <w:p>
      <w:r>
        <w:rPr>
          <w:rFonts w:ascii="Gentium Plus" w:hAnsi="Gentium Plus"/>
          <w:sz w:val="24"/>
        </w:rPr>
        <w:t>μένη μὲν εἰς τρία διὰ τὰς ὑποστάσεις, εἰς μο‐</w:t>
      </w:r>
    </w:p>
    <w:p>
      <w:r>
        <w:rPr>
          <w:rFonts w:ascii="Courier New" w:hAnsi="Courier New"/>
          <w:color w:val="555555"/>
          <w:sz w:val="20"/>
        </w:rPr>
        <w:t>[theta 1026]</w:t>
      </w:r>
    </w:p>
    <w:p>
      <w:r>
        <w:rPr>
          <w:rFonts w:ascii="Gentium Plus" w:hAnsi="Gentium Plus"/>
          <w:sz w:val="24"/>
        </w:rPr>
        <w:t>νάδα δὲ καταντῶσα διὰ τὸν τῆς οὐσίας λόγον. διὰ τοῦτο καὶ πατέρα λέγοντες καὶ υἱὸν δοξά‐ ζοντες καὶ πνεῦμα ἅγιον ὑμνολογοῦντες ἕνα θεὸν λέγομεν. θεοῦ ὄνομα κοινόν ἐστι τοῦ πα‐</w:t>
      </w:r>
    </w:p>
    <w:p>
      <w:r>
        <w:rPr>
          <w:rFonts w:ascii="Courier New" w:hAnsi="Courier New"/>
          <w:color w:val="555555"/>
          <w:sz w:val="20"/>
        </w:rPr>
        <w:t>[5]</w:t>
      </w:r>
    </w:p>
    <w:p>
      <w:r>
        <w:rPr>
          <w:rFonts w:ascii="Gentium Plus" w:hAnsi="Gentium Plus"/>
          <w:sz w:val="24"/>
        </w:rPr>
        <w:t>τρὸς καὶ τοῦ υἱοῦ καὶ τοῦ ἁγίου πνεύματος. τὸ δὲ, πατὴρ, υἱὸς καὶ ἅγιον πνεῦμα οὐ κοινὰ ὀνό‐ ματα, ἀλλ’ ἰδίας ἑκάστου ὑποστάσεως. ὁ γὰρ πατὴρ οὐ λέγεται υἱὸς, καὶ ὁ υἱὸς οὐ καλεῖται πατὴρ, καὶ τὸ πνεῦμα τὸ ἅγιον οὔτε πατὴρ</w:t>
      </w:r>
    </w:p>
    <w:p>
      <w:r>
        <w:rPr>
          <w:rFonts w:ascii="Courier New" w:hAnsi="Courier New"/>
          <w:color w:val="555555"/>
          <w:sz w:val="20"/>
        </w:rPr>
        <w:t>[10]</w:t>
      </w:r>
    </w:p>
    <w:p>
      <w:r>
        <w:rPr>
          <w:rFonts w:ascii="Gentium Plus" w:hAnsi="Gentium Plus"/>
          <w:sz w:val="24"/>
        </w:rPr>
        <w:t>οὔτε υἱὸς προσαγορεύεται. θεὸς ἀεὶ ἡ τριὰς ὀνομάζεται. λέγοντες οὖν τρεῖς ὑποστάσεις ἤτοι πρόσωπα τρία οὐ λέγομεν τρεῖς οὐσίας ἢ τρεῖς φύσεις ἢ θεοὺς τρεῖς, ἀλλ’ ἕνα θεὸν, μίαν οὐ‐ σίαν ἤτοι φύσιν ὁμολογοῦμεν, ἵνα μὴ ἀρειανί‐</w:t>
      </w:r>
    </w:p>
    <w:p>
      <w:r>
        <w:rPr>
          <w:rFonts w:ascii="Courier New" w:hAnsi="Courier New"/>
          <w:color w:val="555555"/>
          <w:sz w:val="20"/>
        </w:rPr>
        <w:t>[15]</w:t>
      </w:r>
    </w:p>
    <w:p>
      <w:r>
        <w:rPr>
          <w:rFonts w:ascii="Gentium Plus" w:hAnsi="Gentium Plus"/>
          <w:sz w:val="24"/>
        </w:rPr>
        <w:t>σωμεν. λέγοντες πάλιν οὐσίαν ἤτοι μίαν φύσιν, οὐ λέγομεν ὑπόστασιν, ἵνα μὴ σαβελλίσωμεν. [ἀλλὰ τρεῖς ὑποστάσεις, τρία πρόσωπα ἐν μίᾳ θεότητι, οὐσίαν μίαν καὶ φύσιν πρεσβεύομεν.] Θεός ἐστιν ἀθεώρητος οὐσία, ἀκατάληπτος νοῦς,</w:t>
      </w:r>
    </w:p>
    <w:p>
      <w:r>
        <w:rPr>
          <w:rFonts w:ascii="Courier New" w:hAnsi="Courier New"/>
          <w:color w:val="555555"/>
          <w:sz w:val="20"/>
        </w:rPr>
        <w:t>[20]</w:t>
      </w:r>
    </w:p>
    <w:p>
      <w:r>
        <w:rPr>
          <w:rFonts w:ascii="Gentium Plus" w:hAnsi="Gentium Plus"/>
          <w:sz w:val="24"/>
        </w:rPr>
        <w:t>ἀμήχανον κάλλος, ἀόρατον μέγεθος, ἀκατά‐ ληπτος φύσις, ἀπερινόητος δόξα. Θεός ἐστιν ἀΐδιος οὐσία, μία καὶ ἀπαράλληκτος, δημιουργικὴ τῶν ὄντων, εὐσεβεῖ συνειδήσει προσ‐ κυνουμένη καὶ ἐν τρισὶν ὑποστάσεσι δοξαζομένη.</w:t>
      </w:r>
    </w:p>
    <w:p>
      <w:r>
        <w:rPr>
          <w:rFonts w:ascii="Courier New" w:hAnsi="Courier New"/>
          <w:color w:val="555555"/>
          <w:sz w:val="20"/>
        </w:rPr>
        <w:t>[25]</w:t>
      </w:r>
    </w:p>
    <w:p>
      <w:r>
        <w:rPr>
          <w:rFonts w:ascii="Gentium Plus" w:hAnsi="Gentium Plus"/>
          <w:sz w:val="24"/>
        </w:rPr>
        <w:t>θεὸς καὶ πατὴρ, ὁ ὢν ἀεὶ, γένεσιν μὴ ἔχων· θεὸς καὶ υἱὸς, ὁ ὢν ἀεὶ, γεννηθεὶς δὲ ἀῤῥήτως παρὰ τοῦ πατρός· θεὸς καὶ τὸ ἅγιον πνεῦμα, δύναμις ἁγιαστικὴ, ὁμοούσιος πατρὶ καὶ υἱῷ. Θεός ἐστιν οὐσία ἀναίτιος, αἰτία παναλκὴς, [πά‐</w:t>
      </w:r>
    </w:p>
    <w:p>
      <w:r>
        <w:rPr>
          <w:rFonts w:ascii="Courier New" w:hAnsi="Courier New"/>
          <w:color w:val="555555"/>
          <w:sz w:val="20"/>
        </w:rPr>
        <w:t>[30]</w:t>
      </w:r>
    </w:p>
    <w:p>
      <w:r>
        <w:rPr>
          <w:rFonts w:ascii="Gentium Plus" w:hAnsi="Gentium Plus"/>
          <w:sz w:val="24"/>
        </w:rPr>
        <w:t>σης οὐσίας ὑπερούσιος αἰτία, ἢ ἀνώνυμος καὶ ἀσήμαντος παρ’ ἀνθρώποις ὕπαρξις,] πάσης</w:t>
      </w:r>
    </w:p>
    <w:p>
      <w:r>
        <w:rPr>
          <w:rFonts w:ascii="Courier New" w:hAnsi="Courier New"/>
          <w:color w:val="555555"/>
          <w:sz w:val="20"/>
        </w:rPr>
        <w:t>[theta 1027]</w:t>
      </w:r>
    </w:p>
    <w:p>
      <w:r>
        <w:rPr>
          <w:rFonts w:ascii="Gentium Plus" w:hAnsi="Gentium Plus"/>
          <w:sz w:val="24"/>
        </w:rPr>
        <w:t>πεν ὁ Σολομῶν τὸν θεόν. ἀκοινώνητον δὲ ὄνο‐ μα ἐστὶ τὸ μήτε ἀγγέλοις μήτε ἀνθρώποις ἀκουσθὲν ἢ ἐννοηθέν. Θεολόγος. μυστηρίων θησαυρός.</w:t>
      </w:r>
    </w:p>
    <w:p>
      <w:r>
        <w:rPr>
          <w:rFonts w:ascii="Courier New" w:hAnsi="Courier New"/>
          <w:color w:val="555555"/>
          <w:sz w:val="20"/>
        </w:rPr>
        <w:t>[5]</w:t>
      </w:r>
    </w:p>
    <w:p>
      <w:r>
        <w:rPr>
          <w:rFonts w:ascii="Gentium Plus" w:hAnsi="Gentium Plus"/>
          <w:sz w:val="24"/>
        </w:rPr>
        <w:t>Θεοδμήτων. ἐκ θεοῦ οἰκοδομηθέντων. Θεοστυγής. ὁ παρὰ τῷ θεῷ μισητός. Θεόσεπτος. ὁ θεοσεβής. Θεοειδέστατος. εἶδος ἔχων θεοῦ. Θεοκάπηλοι. οἱ αἱρετικοὶ, ὡς παραμιγνύντες τὰς</w:t>
      </w:r>
    </w:p>
    <w:p>
      <w:r>
        <w:rPr>
          <w:rFonts w:ascii="Courier New" w:hAnsi="Courier New"/>
          <w:color w:val="555555"/>
          <w:sz w:val="20"/>
        </w:rPr>
        <w:t>[10]</w:t>
      </w:r>
    </w:p>
    <w:p>
      <w:r>
        <w:rPr>
          <w:rFonts w:ascii="Gentium Plus" w:hAnsi="Gentium Plus"/>
          <w:sz w:val="24"/>
        </w:rPr>
        <w:t>ἑαυτῶν διδασκαλίας τοῖς ὀρθόφροσι δόγμασιν, ὡς καὶ οἱ κάπηλοι τὸν οἶνον τῷ ὕδατι. Θεόφιν ὅμοιος. ὅμοιος θεοῖς. Θελητός. ὁ τὴν τοῦ θεοῦ ὀργὴν ἐκ κακίας πρὸς ἑαυτὸν ἐπισπώμενος. θελητὸν καὶ τὸ ἀγαπώ‐</w:t>
      </w:r>
    </w:p>
    <w:p>
      <w:r>
        <w:rPr>
          <w:rFonts w:ascii="Courier New" w:hAnsi="Courier New"/>
          <w:color w:val="555555"/>
          <w:sz w:val="20"/>
        </w:rPr>
        <w:t>[15]</w:t>
      </w:r>
    </w:p>
    <w:p>
      <w:r>
        <w:rPr>
          <w:rFonts w:ascii="Gentium Plus" w:hAnsi="Gentium Plus"/>
          <w:sz w:val="24"/>
        </w:rPr>
        <w:t>μενον. Θέραψ. δοῦλος, ὑπηρέτης. θέραψ δὲ ἦν τὸν τρόπον καὶ κολακικός. Θερμουργός. προπετής. [οἱ δὲ Πέρσαι κατωῤῥώ‐ δησαν πυθόμενοι, νέον αὐτὸν εἶναι καὶ θερ‐</w:t>
      </w:r>
    </w:p>
    <w:p>
      <w:r>
        <w:rPr>
          <w:rFonts w:ascii="Courier New" w:hAnsi="Courier New"/>
          <w:color w:val="555555"/>
          <w:sz w:val="20"/>
        </w:rPr>
        <w:t>[20]</w:t>
      </w:r>
    </w:p>
    <w:p>
      <w:r>
        <w:rPr>
          <w:rFonts w:ascii="Gentium Plus" w:hAnsi="Gentium Plus"/>
          <w:sz w:val="24"/>
        </w:rPr>
        <w:t>μουργόν.]</w:t>
      </w:r>
    </w:p>
    <w:p>
      <w:r>
        <w:rPr>
          <w:rFonts w:ascii="Courier New" w:hAnsi="Courier New"/>
          <w:color w:val="555555"/>
          <w:sz w:val="20"/>
        </w:rPr>
        <w:t>[theta 1028]</w:t>
      </w:r>
    </w:p>
    <w:p>
      <w:r>
        <w:rPr>
          <w:rFonts w:ascii="Gentium Plus" w:hAnsi="Gentium Plus"/>
          <w:sz w:val="24"/>
        </w:rPr>
        <w:t>σκάς. παρὰ τὸ θέρος, ἡ δοτικὴ τῷ θέρει, καὶ τὸ βοτὸν, ὃ σημαίνει τὴν βόσκην. Θερμός. ὥσπερ παρὰ τὸ εἵρω εἱρμὸς, οὕτως καὶ παρὰ τὸ θέρω θερμός.</w:t>
      </w:r>
    </w:p>
    <w:p>
      <w:r>
        <w:rPr>
          <w:rFonts w:ascii="Courier New" w:hAnsi="Courier New"/>
          <w:color w:val="555555"/>
          <w:sz w:val="20"/>
        </w:rPr>
        <w:t>[5]</w:t>
      </w:r>
    </w:p>
    <w:p>
      <w:r>
        <w:rPr>
          <w:rFonts w:ascii="Gentium Plus" w:hAnsi="Gentium Plus"/>
          <w:sz w:val="24"/>
        </w:rPr>
        <w:t>Θεσμοφόρος. ὁ τοὺς νόμους ἐπιφερόμενος. Θεσμοθέτης. νομοθέτης. Θεσμὸς ὁ νόμος ἀπὸ τῆς θέσεως ὀνομάζεται. ἕκαστος γὰρ νομοθέτης, ὡς ἐβούλετο, ἐτίθει τοὺς νόμους.</w:t>
      </w:r>
    </w:p>
    <w:p>
      <w:r>
        <w:rPr>
          <w:rFonts w:ascii="Courier New" w:hAnsi="Courier New"/>
          <w:color w:val="555555"/>
          <w:sz w:val="20"/>
        </w:rPr>
        <w:t>[10]</w:t>
      </w:r>
    </w:p>
    <w:p>
      <w:r>
        <w:rPr>
          <w:rFonts w:ascii="Gentium Plus" w:hAnsi="Gentium Plus"/>
          <w:sz w:val="24"/>
        </w:rPr>
        <w:t>Θεσπέσιος. θεῖος, θαυμαστός. Θέσφατος. πολὺς, καὶ κατὰ ἀφαίρεσιν τοῦ ς καὶ πλεονασμὸν τοῦ ο, θεόφατός τις ὤν. οἷον· περὶ γὰρ Χριστοῦ τὸ θέσφατον ἀνήρ. καὶ θέ‐ σφατα αἱ ἐκ θεοῦ προφητεῖαι καὶ μαντεῖαι.</w:t>
      </w:r>
    </w:p>
    <w:p>
      <w:r>
        <w:rPr>
          <w:rFonts w:ascii="Courier New" w:hAnsi="Courier New"/>
          <w:color w:val="555555"/>
          <w:sz w:val="20"/>
        </w:rPr>
        <w:t>[15]</w:t>
      </w:r>
    </w:p>
    <w:p>
      <w:r>
        <w:rPr>
          <w:rFonts w:ascii="Gentium Plus" w:hAnsi="Gentium Plus"/>
          <w:sz w:val="24"/>
        </w:rPr>
        <w:t>Θετός. ὁ προσποιητὸς υἱός. παρὰ τὸ τίθημι. Θεωροί. οὐ μόνον οἱ θεαταὶ, ἀλλὰ καὶ οἱ εἰς θεὸν πεμπόμενοι φύλακες τῶν χρημάτων καὶ τῶν θυσιῶν, ἢ καὶ οἱ φροντισταὶ τῶν θείων· ὥρα γὰρ ἡ φροντίς.</w:t>
      </w:r>
    </w:p>
    <w:p>
      <w:r>
        <w:rPr>
          <w:rFonts w:ascii="Courier New" w:hAnsi="Courier New"/>
          <w:color w:val="555555"/>
          <w:sz w:val="20"/>
        </w:rPr>
        <w:t>[20]</w:t>
      </w:r>
    </w:p>
    <w:p>
      <w:r>
        <w:rPr>
          <w:rFonts w:ascii="Gentium Plus" w:hAnsi="Gentium Plus"/>
          <w:sz w:val="24"/>
        </w:rPr>
        <w:t>Θεοστυγεῖς. οὐ τοὺς ὑπὸ θεοῦ στυγουμένους λέ‐</w:t>
      </w:r>
    </w:p>
    <w:p>
      <w:r>
        <w:rPr>
          <w:rFonts w:ascii="Courier New" w:hAnsi="Courier New"/>
          <w:color w:val="555555"/>
          <w:sz w:val="20"/>
        </w:rPr>
        <w:t>[theta 1029]</w:t>
      </w:r>
    </w:p>
    <w:p>
      <w:r>
        <w:rPr>
          <w:rFonts w:ascii="Gentium Plus" w:hAnsi="Gentium Plus"/>
          <w:sz w:val="24"/>
        </w:rPr>
        <w:t>πρόκειται νῦν, ἀλλὰ τοὺς μισοῦντας τὸν θεόν. [ἀρσενικὸν δέ ἐστι καὶ οὐ θηλυκόν.]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Θεαρχίαν. τὴν αἰτίαν. ἥτις ἐστὶν ὁ πατὴρ, ἡ</w:t>
      </w:r>
    </w:p>
    <w:p>
      <w:r>
        <w:rPr>
          <w:rFonts w:ascii="Courier New" w:hAnsi="Courier New"/>
          <w:color w:val="555555"/>
          <w:sz w:val="20"/>
        </w:rPr>
        <w:t>[5]</w:t>
      </w:r>
    </w:p>
    <w:p>
      <w:r>
        <w:rPr>
          <w:rFonts w:ascii="Gentium Plus" w:hAnsi="Gentium Plus"/>
          <w:sz w:val="24"/>
        </w:rPr>
        <w:t>πηγαία καὶ ἀνέκλειπτος αἰτία, ἤγουν ὁ θεός. †Θεοφίλεια. τὸ τὸν θεὸν φιλεῖν. Θεοφιλία δὲ κύριον.† †Θέμις. μαντικῆς δυνάμεως σύμβολον· τὸ τὰ τεθειμένα καὶ ἑκάστῳ κείμενα λέγειν.†</w:t>
      </w:r>
    </w:p>
    <w:p>
      <w:r>
        <w:rPr>
          <w:rFonts w:ascii="Courier New" w:hAnsi="Courier New"/>
          <w:color w:val="555555"/>
          <w:sz w:val="20"/>
        </w:rPr>
        <w:t>[10]</w:t>
      </w:r>
    </w:p>
    <w:p>
      <w:r>
        <w:rPr>
          <w:rFonts w:ascii="Gentium Plus" w:hAnsi="Gentium Plus"/>
          <w:sz w:val="24"/>
        </w:rPr>
        <w:t>†Θεσκέρα. ἡ τιθηνὸς Διονύσου.† Θεήλατος. ἡ ἀπὸ θεοῦ πεμφθεῖσα. κατέλαβε δὲ αὐτὸν ὀργὴ θεήλατός τις. Θέλησις. ἀποβολὴ ὑπάρξεως. Θεία λατρεία. ἡ διὰ τῶν ἔργων θεραπεία.</w:t>
      </w:r>
    </w:p>
    <w:p>
      <w:r>
        <w:rPr>
          <w:rFonts w:ascii="Courier New" w:hAnsi="Courier New"/>
          <w:color w:val="555555"/>
          <w:sz w:val="20"/>
        </w:rPr>
        <w:t>[15]</w:t>
      </w:r>
    </w:p>
    <w:p>
      <w:r>
        <w:rPr>
          <w:rFonts w:ascii="Gentium Plus" w:hAnsi="Gentium Plus"/>
          <w:sz w:val="24"/>
        </w:rPr>
        <w:t>Θέμις. ἡ δικαιοσύνη. παρὰ τὸν θεσμὸν θέσμις καὶ θέμις. καὶ ἡ σωματοειδὴς θεά. Θεοῤῥημοσύνη. ἡ θεία διδασκαλία. ἡ κατήχησις. Θεοπτίας. θείας θεωρίας.</w:t>
      </w:r>
    </w:p>
    <w:p>
      <w:r>
        <w:rPr>
          <w:rFonts w:ascii="Courier New" w:hAnsi="Courier New"/>
          <w:color w:val="555555"/>
          <w:sz w:val="20"/>
        </w:rPr>
        <w:t>[theta 1030]</w:t>
      </w:r>
    </w:p>
    <w:p>
      <w:r>
        <w:rPr>
          <w:rFonts w:ascii="Gentium Plus" w:hAnsi="Gentium Plus"/>
          <w:sz w:val="24"/>
        </w:rPr>
        <w:t>Θεότης. ἡ πάντα θεωμένη καὶ πάντα περιθέου‐ σα πρόνοια. Θεοπλαστία. ἡ θεία ἐνανθρώπησις. Θεογενεσία. τὸ βάπτισμα.</w:t>
      </w:r>
    </w:p>
    <w:p>
      <w:r>
        <w:rPr>
          <w:rFonts w:ascii="Courier New" w:hAnsi="Courier New"/>
          <w:color w:val="555555"/>
          <w:sz w:val="20"/>
        </w:rPr>
        <w:t>[5]</w:t>
      </w:r>
    </w:p>
    <w:p>
      <w:r>
        <w:rPr>
          <w:rFonts w:ascii="Gentium Plus" w:hAnsi="Gentium Plus"/>
          <w:sz w:val="24"/>
        </w:rPr>
        <w:t>Θεοπτία. ἡ τοῦ θεοῦ ὀπτασία. Θεοσέπτου. ὑπὸ θεοῦ καταπεμφθείσης. Θέαινα. ὡς παρὰ τὸ Λάκων Λάκαινα, οὕτως καὶ παρὰ τὸ θέων θέαινα ποιητικῶς. τὸ δὲ θέων παρὰ τὸ θεὸς, ἐξ οὗ καὶ τὸ παθητικὸν</w:t>
      </w:r>
    </w:p>
    <w:p>
      <w:r>
        <w:rPr>
          <w:rFonts w:ascii="Courier New" w:hAnsi="Courier New"/>
          <w:color w:val="555555"/>
          <w:sz w:val="20"/>
        </w:rPr>
        <w:t>[10]</w:t>
      </w:r>
    </w:p>
    <w:p>
      <w:r>
        <w:rPr>
          <w:rFonts w:ascii="Gentium Plus" w:hAnsi="Gentium Plus"/>
          <w:sz w:val="24"/>
        </w:rPr>
        <w:t>θεά. ὀξύνεται πρὸς ἀντιδιαστολὴν τῆς ὄψεως. ὥσπερ θόλος τὸ οἰκοδόμημα, καὶ θολὸς τὸ μέ‐ λαν τῆς σηπίας. γέγονε παρὰ τὸ θέω, τὸ ὁρῶ. Θεράπαινα. ἡ δούλη. καὶ θεραπαινίς. Θέρμη καὶ θέρμα. Φερεκράτης·</w:t>
      </w:r>
    </w:p>
    <w:p>
      <w:r>
        <w:rPr>
          <w:rFonts w:ascii="Courier New" w:hAnsi="Courier New"/>
          <w:color w:val="555555"/>
          <w:sz w:val="20"/>
        </w:rPr>
        <w:t>[15]</w:t>
      </w:r>
    </w:p>
    <w:p>
      <w:r>
        <w:rPr>
          <w:rFonts w:ascii="Gentium Plus" w:hAnsi="Gentium Plus"/>
          <w:sz w:val="24"/>
        </w:rPr>
        <w:t>—σκέψαι δέ μου τὸ μέτωπον, εἰ θέρμην ἔχουσα τυγχάνω. [καὶ Μένανδρος· †βουβὼν† ἐπήρθη τῷ γέροντι· θέρμα τε</w:t>
      </w:r>
    </w:p>
    <w:p>
      <w:r>
        <w:rPr>
          <w:rFonts w:ascii="Courier New" w:hAnsi="Courier New"/>
          <w:color w:val="555555"/>
          <w:sz w:val="20"/>
        </w:rPr>
        <w:t>[theta 1031]</w:t>
      </w:r>
    </w:p>
    <w:p>
      <w:r>
        <w:rPr>
          <w:rFonts w:ascii="Gentium Plus" w:hAnsi="Gentium Plus"/>
          <w:sz w:val="24"/>
        </w:rPr>
        <w:t>οὐκ εὖ τοίνυν οἱ λέγοντες, ὅτι θέρμα μὲν ἡ πυρεκτικὴ, Θέρμη δ’ ἡ πόλις.] Θέρεια. ὁ τοῦ θέρους καιρός. [ὡς παρὰ τὸ θάλ‐ λω θάλεια, οὕτως καὶ παρὰ τὸ θέρω, τὸ θε‐</w:t>
      </w:r>
    </w:p>
    <w:p>
      <w:r>
        <w:rPr>
          <w:rFonts w:ascii="Courier New" w:hAnsi="Courier New"/>
          <w:color w:val="555555"/>
          <w:sz w:val="20"/>
        </w:rPr>
        <w:t>[5]</w:t>
      </w:r>
    </w:p>
    <w:p>
      <w:r>
        <w:rPr>
          <w:rFonts w:ascii="Gentium Plus" w:hAnsi="Gentium Plus"/>
          <w:sz w:val="24"/>
        </w:rPr>
        <w:t>ρίζω, θέρεια. οὕτως Γεώργιος ὁ Χοιροβοσκός.] Θερειτάτη. Νίκανδρος· —θερειτάτη ἵσταται ἀκτίς. παρὰ τὸ θέρος θέρειος κτητικὸν, ὡς τέλος τέ‐ λειος. παρὰ τὸ θέρειος θερειτάτη. [Ἄρατος·</w:t>
      </w:r>
    </w:p>
    <w:p>
      <w:r>
        <w:rPr>
          <w:rFonts w:ascii="Courier New" w:hAnsi="Courier New"/>
          <w:color w:val="555555"/>
          <w:sz w:val="20"/>
        </w:rPr>
        <w:t>[10]</w:t>
      </w:r>
    </w:p>
    <w:p>
      <w:r>
        <w:rPr>
          <w:rFonts w:ascii="Gentium Plus" w:hAnsi="Gentium Plus"/>
          <w:sz w:val="24"/>
        </w:rPr>
        <w:t>Ἦμος ὅτ’ ἠελίοιο θερείταταί εἰσι κέλευθοι.] Θέσις παράδοξος. ὑπόληψις τινὸς τῶν ἐν φι‐ λοσοφίᾳ γνωρίμων. οἷον ὁ Παρμενίδου λόγος, ὅτι ἓν ἔλεγε τὸ ὄν. καὶ ὡς ὁ Ἡρακλείτου, ὅτι τὰ πάντα κινεῖται.</w:t>
      </w:r>
    </w:p>
    <w:p>
      <w:r>
        <w:rPr>
          <w:rFonts w:ascii="Courier New" w:hAnsi="Courier New"/>
          <w:color w:val="555555"/>
          <w:sz w:val="20"/>
        </w:rPr>
        <w:t>[15]</w:t>
      </w:r>
    </w:p>
    <w:p>
      <w:r>
        <w:rPr>
          <w:rFonts w:ascii="Gentium Plus" w:hAnsi="Gentium Plus"/>
          <w:sz w:val="24"/>
        </w:rPr>
        <w:t>Θεωρία. σκέψις κατὰ διάνοιαν γινομένη. Θεωρία. ἡ τῶν αἰσθητῶν ἐπὶ τὰ θειότερα ὅρα‐ σις. θεωρία δὲ κυρίως θεοῦ ὅρασις, καθόσον</w:t>
      </w:r>
    </w:p>
    <w:p>
      <w:r>
        <w:rPr>
          <w:rFonts w:ascii="Courier New" w:hAnsi="Courier New"/>
          <w:color w:val="555555"/>
          <w:sz w:val="20"/>
        </w:rPr>
        <w:t>[theta 1032]</w:t>
      </w:r>
    </w:p>
    <w:p>
      <w:r>
        <w:rPr>
          <w:rFonts w:ascii="Gentium Plus" w:hAnsi="Gentium Plus"/>
          <w:sz w:val="24"/>
        </w:rPr>
        <w:t>Θεωρία. γνῶσις. θεολόγος· θεωρία ἦν τὸ φυ‐ τὸν, ὡς ἡ ἐμὴ θεωρία. τοῦτό φησιν ἐν ἑαυτῷ ἐγινώσκετο τὸ σώζεσθαι καὶ τὸ ἀπόλλυσθαι. τὸ δὲ, ὡς ἡ ἐμὴ θεωρία· ὡς ἡ ἐμὴ γνῶσις ἔχει.</w:t>
      </w:r>
    </w:p>
    <w:p>
      <w:r>
        <w:rPr>
          <w:rFonts w:ascii="Courier New" w:hAnsi="Courier New"/>
          <w:color w:val="555555"/>
          <w:sz w:val="20"/>
        </w:rPr>
        <w:t>[5]</w:t>
      </w:r>
    </w:p>
    <w:p>
      <w:r>
        <w:rPr>
          <w:rFonts w:ascii="Gentium Plus" w:hAnsi="Gentium Plus"/>
          <w:sz w:val="24"/>
        </w:rPr>
        <w:t>Θέωσις. ἡ ἐπὶ τὸ κρεῖττον ὕψωσις, οὐ μὴν φύ‐ σεως μείωσις ἢ μετάστασις. *Θέσπη. κατεβρότησεν ἡ θεία.*</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Θέλγητρα. τὰ εἰς ἡδονὴν *ἔχοντα ἢ* ἕλ‐</w:t>
      </w:r>
    </w:p>
    <w:p>
      <w:r>
        <w:rPr>
          <w:rFonts w:ascii="Courier New" w:hAnsi="Courier New"/>
          <w:color w:val="555555"/>
          <w:sz w:val="20"/>
        </w:rPr>
        <w:t>[10]</w:t>
      </w:r>
    </w:p>
    <w:p>
      <w:r>
        <w:rPr>
          <w:rFonts w:ascii="Gentium Plus" w:hAnsi="Gentium Plus"/>
          <w:sz w:val="24"/>
        </w:rPr>
        <w:t>κοντα. Θελητήριον. θεραπευτικόν. Θέλημα φυσικόν. ἡ ἁπλῶς καὶ ὡσαύτως ἔχου‐ σα τῶν κατὰ φύσιν συστατικὴ ὁρμή τε καὶ ἔφεσις.</w:t>
      </w:r>
    </w:p>
    <w:p>
      <w:r>
        <w:rPr>
          <w:rFonts w:ascii="Courier New" w:hAnsi="Courier New"/>
          <w:color w:val="555555"/>
          <w:sz w:val="20"/>
        </w:rPr>
        <w:t>[15]</w:t>
      </w:r>
    </w:p>
    <w:p>
      <w:r>
        <w:rPr>
          <w:rFonts w:ascii="Gentium Plus" w:hAnsi="Gentium Plus"/>
          <w:sz w:val="24"/>
        </w:rPr>
        <w:t>Θέλημα φυσικόν. λόγου τοῦ ἐν ἡμῖν κίνησις. Θέλημα φυσικόν. δύναμις τοῦ κατὰ φύσιν ὄν‐ τος ὀρεκτική. καὶ τῶν οὐσιωδῶς τῇ φύσει προσ‐</w:t>
      </w:r>
    </w:p>
    <w:p>
      <w:r>
        <w:rPr>
          <w:rFonts w:ascii="Courier New" w:hAnsi="Courier New"/>
          <w:color w:val="555555"/>
          <w:sz w:val="20"/>
        </w:rPr>
        <w:t>[theta 1033]</w:t>
      </w:r>
    </w:p>
    <w:p>
      <w:r>
        <w:rPr>
          <w:rFonts w:ascii="Gentium Plus" w:hAnsi="Gentium Plus"/>
          <w:sz w:val="24"/>
        </w:rPr>
        <w:t>ἀεὶ τῷ φύσει θελητικῷ τὸ πεφυκέναι θέλειν ἐμπέφυκεν· οὐ ταυτὸν δὲ τὸ πεφυκέναι, θέλειν ἐστὶν, ὡς οὐδὲ τὸ πεφυκέναι λαλεῖν καὶ τὸ λα‐ λεῖν.</w:t>
      </w:r>
    </w:p>
    <w:p>
      <w:r>
        <w:rPr>
          <w:rFonts w:ascii="Courier New" w:hAnsi="Courier New"/>
          <w:color w:val="555555"/>
          <w:sz w:val="20"/>
        </w:rPr>
        <w:t>[5]</w:t>
      </w:r>
    </w:p>
    <w:p>
      <w:r>
        <w:rPr>
          <w:rFonts w:ascii="Gentium Plus" w:hAnsi="Gentium Plus"/>
          <w:sz w:val="24"/>
        </w:rPr>
        <w:t>Θέλημα φυσικόν ἐστι τὸ φιλόζωον, τουτέστι τὸ φιλεῖν τὴν ζωήν. φιλεῖ δὲ τὴν ζωὴν ἄνθρω‐ πος οὐκ ἀσκόπως. ἀλλὰ σημαίνουσα ἡ φύσις ἤγουν ὅπερ ἀπ’ ἀρχῆς εἶχεν, ὅτε γέγονεν, ἤγουν τὴν ἀθανασίαν αὐτὴν ἀγαπᾷ καὶ ζητεῖ.</w:t>
      </w:r>
    </w:p>
    <w:p>
      <w:r>
        <w:rPr>
          <w:rFonts w:ascii="Courier New" w:hAnsi="Courier New"/>
          <w:color w:val="555555"/>
          <w:sz w:val="20"/>
        </w:rPr>
        <w:t>[10]</w:t>
      </w:r>
    </w:p>
    <w:p>
      <w:r>
        <w:rPr>
          <w:rFonts w:ascii="Gentium Plus" w:hAnsi="Gentium Plus"/>
          <w:sz w:val="24"/>
        </w:rPr>
        <w:t>Θέλημα φυσικὸν ἀνθρώπου ἐστὶν, ὡς φησὶν ὁ μέγας Βασιλεῖος καὶ ὁ ἐν ἁγίοις Κύριλλος, τὸ φιλόζωον. φιλεῖ γὰρ πᾶς ἄνθρωπος φύσει τὴν ζωὴν καὶ τὸ ὁρᾷν τὸ φῶς. ἰδοῦ τὸ κοινὸν θέ‐ λημα.</w:t>
      </w:r>
    </w:p>
    <w:p>
      <w:r>
        <w:rPr>
          <w:rFonts w:ascii="Courier New" w:hAnsi="Courier New"/>
          <w:color w:val="555555"/>
          <w:sz w:val="20"/>
        </w:rPr>
        <w:t>[15]</w:t>
      </w:r>
    </w:p>
    <w:p>
      <w:r>
        <w:rPr>
          <w:rFonts w:ascii="Gentium Plus" w:hAnsi="Gentium Plus"/>
          <w:sz w:val="24"/>
        </w:rPr>
        <w:t>Θέλημα φυσικὸν ἀνθρώπου ἐστὶ κίνησις νοερὰ τοῦ ἐπιθυμητικοῦ μέρους τῆς ψυχῆς, κατὰ φύ‐ σιν πρὸς τὸ ποθούμενον συνωθοῦσα τὸν ἄν‐ θρωπον. Θέλημα θεϊκὸν παρὰ ἀνθρώποις ἡ τῆς ἐμφύτου</w:t>
      </w:r>
    </w:p>
    <w:p>
      <w:r>
        <w:rPr>
          <w:rFonts w:ascii="Courier New" w:hAnsi="Courier New"/>
          <w:color w:val="555555"/>
          <w:sz w:val="20"/>
        </w:rPr>
        <w:t>[20]</w:t>
      </w:r>
    </w:p>
    <w:p>
      <w:r>
        <w:rPr>
          <w:rFonts w:ascii="Gentium Plus" w:hAnsi="Gentium Plus"/>
          <w:sz w:val="24"/>
        </w:rPr>
        <w:t>νοερᾶς ὀρέξεως πρὸς τὸ ὑπὲρ φύσιν ἐκ τοῦ κα‐ τὰ φύσιν ἔπειξις. Θέλημα θεῖον. τὰ προστάγματα τοῦ θεοῦ. Θέλημα φυσικὸν φύσεως λογικῆς. ἡ ἐργασία τοῦ θείου θελήματος.</w:t>
      </w:r>
    </w:p>
    <w:p>
      <w:r>
        <w:rPr>
          <w:rFonts w:ascii="Courier New" w:hAnsi="Courier New"/>
          <w:color w:val="555555"/>
          <w:sz w:val="20"/>
        </w:rPr>
        <w:t>[25]</w:t>
      </w:r>
    </w:p>
    <w:p>
      <w:r>
        <w:rPr>
          <w:rFonts w:ascii="Gentium Plus" w:hAnsi="Gentium Plus"/>
          <w:sz w:val="24"/>
        </w:rPr>
        <w:t>Θέλημα σαρκικόν. ἡ παρακοὴ τοῦ θείου νόμου. Θέλημα σαρκικὸν ἐμπαθές. ἡ τοῦ κατὰ φύ‐ σιν πρὸς τὸ παρὰ φύσιν τῆς ψυχῆς παρατροπή. Θέλημα οὐσιῶδες λέγεται, τὸ κατὰ κοινοῦ ἐν τῇ φύσει ὁμοίως ὁρώμενον. εἰ οὖν εἶχεν ἑκου‐</w:t>
      </w:r>
    </w:p>
    <w:p>
      <w:r>
        <w:rPr>
          <w:rFonts w:ascii="Courier New" w:hAnsi="Courier New"/>
          <w:color w:val="555555"/>
          <w:sz w:val="20"/>
        </w:rPr>
        <w:t>[30]</w:t>
      </w:r>
    </w:p>
    <w:p>
      <w:r>
        <w:rPr>
          <w:rFonts w:ascii="Gentium Plus" w:hAnsi="Gentium Plus"/>
          <w:sz w:val="24"/>
        </w:rPr>
        <w:t>σίως ἡ σὰρξ τοῦ Χριστοῦ τὸ μὴ θέλειν ἀπο‐ θανεῖν, ὡς οἱ ἅγιοι πατέρες φασὶν, ἐὰν εὑρε‐ θῇ τοιοῦτον θέλημα ἐν τῷ πατρὶ καὶ ἐν τῷ ἁγίῳ πνεύματι πάντως, ὅτι μία ἐστὶν ἡ θέλη‐ σις τῆς σαρκὸς καὶ τῆς θεότητος.</w:t>
      </w:r>
    </w:p>
    <w:p>
      <w:r>
        <w:rPr>
          <w:rFonts w:ascii="Courier New" w:hAnsi="Courier New"/>
          <w:color w:val="555555"/>
          <w:sz w:val="20"/>
        </w:rPr>
        <w:t>[35]</w:t>
      </w:r>
    </w:p>
    <w:p>
      <w:r>
        <w:rPr>
          <w:rFonts w:ascii="Gentium Plus" w:hAnsi="Gentium Plus"/>
          <w:sz w:val="24"/>
        </w:rPr>
        <w:t>Θέλημα γνωμικόν. θελήματα γνωμικὰ ἐν τῇ</w:t>
      </w:r>
    </w:p>
    <w:p>
      <w:r>
        <w:rPr>
          <w:rFonts w:ascii="Courier New" w:hAnsi="Courier New"/>
          <w:color w:val="555555"/>
          <w:sz w:val="20"/>
        </w:rPr>
        <w:t>[theta 1034]</w:t>
      </w:r>
    </w:p>
    <w:p>
      <w:r>
        <w:rPr>
          <w:rFonts w:ascii="Gentium Plus" w:hAnsi="Gentium Plus"/>
          <w:sz w:val="24"/>
        </w:rPr>
        <w:t>λει ἰδιάζειν, ἄλλος οἰκοδομεῖν, ἄλλος γεωργεῖν, καὶ ἄλλοι ὁμοίως πολλὰ γνωμικὰ θελήματα ἔχομεν. Θέλημα γνωμικόν ἐστι καθ’ ἡδονὴν συνεγερτι‐</w:t>
      </w:r>
    </w:p>
    <w:p>
      <w:r>
        <w:rPr>
          <w:rFonts w:ascii="Courier New" w:hAnsi="Courier New"/>
          <w:color w:val="555555"/>
          <w:sz w:val="20"/>
        </w:rPr>
        <w:t>[5]</w:t>
      </w:r>
    </w:p>
    <w:p>
      <w:r>
        <w:rPr>
          <w:rFonts w:ascii="Gentium Plus" w:hAnsi="Gentium Plus"/>
          <w:sz w:val="24"/>
        </w:rPr>
        <w:t>κόν· ποιὰ καὶ διάφορος κίνησίς τε καὶ ὄρε‐ ξις. τὸ μὲν γὰρ ἀτεχνῶς ἁπλότης χαρακτηρί‐ ζει ἐν πᾶσι τῶν ὁμογενῶν ἰσότητα δημιουργοῦ‐ σα ἁπλῶς καὶ φυλάττουσα· τὸ δὲ ποικίλα δια‐ πλάττει καὶ σχηματίζει διάφορα, τὴν ἀσύμβα‐</w:t>
      </w:r>
    </w:p>
    <w:p>
      <w:r>
        <w:rPr>
          <w:rFonts w:ascii="Courier New" w:hAnsi="Courier New"/>
          <w:color w:val="555555"/>
          <w:sz w:val="20"/>
        </w:rPr>
        <w:t>[10]</w:t>
      </w:r>
    </w:p>
    <w:p>
      <w:r>
        <w:rPr>
          <w:rFonts w:ascii="Gentium Plus" w:hAnsi="Gentium Plus"/>
          <w:sz w:val="24"/>
        </w:rPr>
        <w:t>τον τοῖς κατ’ οὐσίαν συμβαίνουσι κατὰ λόγον ἢ παρὰ λόγον ποιοῦσά τε καὶ συγκροτοῦσα διά‐ θεσιν, ἥπερ ἐν ἐπιτάσει καὶ ἀνέσει καλοῦ τε καὶ μὴ τοιούτου γινώσκεται. Θέλημα τῆς νοερᾶς ψυχῆς ἐστὶν, ὁ ἐφ’ ἡμῖν</w:t>
      </w:r>
    </w:p>
    <w:p>
      <w:r>
        <w:rPr>
          <w:rFonts w:ascii="Courier New" w:hAnsi="Courier New"/>
          <w:color w:val="555555"/>
          <w:sz w:val="20"/>
        </w:rPr>
        <w:t>[15]</w:t>
      </w:r>
    </w:p>
    <w:p>
      <w:r>
        <w:rPr>
          <w:rFonts w:ascii="Gentium Plus" w:hAnsi="Gentium Plus"/>
          <w:sz w:val="24"/>
        </w:rPr>
        <w:t>λόγος· ὡς αὐτεξούσιος αὑτῆς ὑπάρχουσα δύνα‐ μις. Θέλημα, θελητικὸν καὶ θελητόν. θέλημά ἐστιν οὐσίας νοερᾶς νοερὰ ὄρεξις. θελητικὸν δὲ αὐτὸ τὸ τὴν θέλησιν ἔχον. θελητὸν δὲ τὸ ἀγαπώ‐</w:t>
      </w:r>
    </w:p>
    <w:p>
      <w:r>
        <w:rPr>
          <w:rFonts w:ascii="Courier New" w:hAnsi="Courier New"/>
          <w:color w:val="555555"/>
          <w:sz w:val="20"/>
        </w:rPr>
        <w:t>[20]</w:t>
      </w:r>
    </w:p>
    <w:p>
      <w:r>
        <w:rPr>
          <w:rFonts w:ascii="Gentium Plus" w:hAnsi="Gentium Plus"/>
          <w:sz w:val="24"/>
        </w:rPr>
        <w:t>μενον. Θέλημά ἐστιν ὁρμὴ καὶ κίνησις πρὸς τὸ ποθού‐ μενον· ἢ ὁ ἐν ἡμῖν ἀεικίνητος λόγος· ἢ λόγος ἐν καρδίᾳ ἀναστρεφόμενος δι’ ἐνεργείας καὶ μόνον φανερωθῆναι δυνάμενος.</w:t>
      </w:r>
    </w:p>
    <w:p>
      <w:r>
        <w:rPr>
          <w:rFonts w:ascii="Courier New" w:hAnsi="Courier New"/>
          <w:color w:val="555555"/>
          <w:sz w:val="20"/>
        </w:rPr>
        <w:t>[25]</w:t>
      </w:r>
    </w:p>
    <w:p>
      <w:r>
        <w:rPr>
          <w:rFonts w:ascii="Gentium Plus" w:hAnsi="Gentium Plus"/>
          <w:sz w:val="24"/>
        </w:rPr>
        <w:t>Θέλημά ἐστιν οὐσίας νοερᾶς καὶ λογικῆς ἔφε‐ σις πρὸς καταθύμιον· πᾶν γὰρ νοερὸν πρό‐ δηλον ὅτι καὶ θελητικόν. ὥσπερ γάρ τις πνοὴ καὶ ζωή ἐστιν ἡ θέλησις πάσῃ λογικῇ φύσει οὐσιωδῶς ὑπάρχουσα. θέλημα δὲ λέγεται πα‐</w:t>
      </w:r>
    </w:p>
    <w:p>
      <w:r>
        <w:rPr>
          <w:rFonts w:ascii="Courier New" w:hAnsi="Courier New"/>
          <w:color w:val="555555"/>
          <w:sz w:val="20"/>
        </w:rPr>
        <w:t>[30]</w:t>
      </w:r>
    </w:p>
    <w:p>
      <w:r>
        <w:rPr>
          <w:rFonts w:ascii="Gentium Plus" w:hAnsi="Gentium Plus"/>
          <w:sz w:val="24"/>
        </w:rPr>
        <w:t>ρὰ τὸ θέειν λίαν ἅμα τῇ φύσει πρὸς τὸ αὐτῇ θελητόν· ἢ τοῦ θελητοῦ λῆμμα ἤγουν κράτη‐ μα. τριχῶς δὲ θεωρεῖται τὸ θέλημα· θεϊκὸν, ἀγγελικὸν καὶ ψυχικόν. ἐντεῦθεν ἐλέγχονται ματαιάζοντες οἱ ἄνουν καὶ ἄψυχον τὴν σάρκα</w:t>
      </w:r>
    </w:p>
    <w:p>
      <w:r>
        <w:rPr>
          <w:rFonts w:ascii="Courier New" w:hAnsi="Courier New"/>
          <w:color w:val="555555"/>
          <w:sz w:val="20"/>
        </w:rPr>
        <w:t>[35]</w:t>
      </w:r>
    </w:p>
    <w:p>
      <w:r>
        <w:rPr>
          <w:rFonts w:ascii="Gentium Plus" w:hAnsi="Gentium Plus"/>
          <w:sz w:val="24"/>
        </w:rPr>
        <w:t>τοῦ κυρίου λέγοντες αἱρετικοί. ἡ γὰρ κατὰ ἄν‐</w:t>
      </w:r>
    </w:p>
    <w:p>
      <w:r>
        <w:rPr>
          <w:rFonts w:ascii="Courier New" w:hAnsi="Courier New"/>
          <w:color w:val="555555"/>
          <w:sz w:val="20"/>
        </w:rPr>
        <w:t>[theta 1035]</w:t>
      </w:r>
    </w:p>
    <w:p>
      <w:r>
        <w:rPr>
          <w:rFonts w:ascii="Gentium Plus" w:hAnsi="Gentium Plus"/>
          <w:sz w:val="24"/>
        </w:rPr>
        <w:t>τρεῖς γὰρ αὗται μόναι φύσεις εἰσὶ θελητικαί. τριχῶς πάλιν καὶ ἐν τῇ γραφῇ τὸ θέλημα εὑ‐ ρίσκομεν λεγόμενον· θεϊκὸν, φυσικὸν ἤγουν μέ‐ σον, καὶ τρίτον τὸ σαρκικόν· ὅπερ σημαίνει τὸ</w:t>
      </w:r>
    </w:p>
    <w:p>
      <w:r>
        <w:rPr>
          <w:rFonts w:ascii="Courier New" w:hAnsi="Courier New"/>
          <w:color w:val="555555"/>
          <w:sz w:val="20"/>
        </w:rPr>
        <w:t>[5]</w:t>
      </w:r>
    </w:p>
    <w:p>
      <w:r>
        <w:rPr>
          <w:rFonts w:ascii="Gentium Plus" w:hAnsi="Gentium Plus"/>
          <w:sz w:val="24"/>
        </w:rPr>
        <w:t>διαβολικόν. Θεμιτόν. δίκαιον. πρέπον. Θέμεθλον. τὸ θεμέλιον. Θέναρ. τὸ κοῖλον τῆς χειρός. παρὰ τὸ σθένος, ἢ ἐνθέσεως χώρα, εἰς ὃ ἐντίθεται τὰ διδόμενα.</w:t>
      </w:r>
    </w:p>
    <w:p>
      <w:r>
        <w:rPr>
          <w:rFonts w:ascii="Courier New" w:hAnsi="Courier New"/>
          <w:color w:val="555555"/>
          <w:sz w:val="20"/>
        </w:rPr>
        <w:t>[10]</w:t>
      </w:r>
    </w:p>
    <w:p>
      <w:r>
        <w:rPr>
          <w:rFonts w:ascii="Gentium Plus" w:hAnsi="Gentium Plus"/>
          <w:sz w:val="24"/>
        </w:rPr>
        <w:t>ἢ παρὰ τὸ θένειν, τὸ τύπτειν, θέναρ. σημαί‐ νει καὶ τὸ τοῦ ποδὸς ἐλλύχνιον. Θεμείλια. τὰ θεμέλια. παρὰ τὸ δέμω, τὸ οἰκο‐ δομῶ, γίνεται δεμέλια καὶ θεμέλια καὶ θεμεί‐ λια πλεονασμῷ τοῦ ι.</w:t>
      </w:r>
    </w:p>
    <w:p>
      <w:r>
        <w:rPr>
          <w:rFonts w:ascii="Courier New" w:hAnsi="Courier New"/>
          <w:color w:val="555555"/>
          <w:sz w:val="20"/>
        </w:rPr>
        <w:t>[15]</w:t>
      </w:r>
    </w:p>
    <w:p>
      <w:r>
        <w:rPr>
          <w:rFonts w:ascii="Gentium Plus" w:hAnsi="Gentium Plus"/>
          <w:sz w:val="24"/>
        </w:rPr>
        <w:t>Θεόῤῥυτον. τὸ ἐκ θεοῦ χεόμενον. Θεότευκτον. τὸ θεοκατασκεύαστον. Θεοπρεπές. τὸ θεῷ πρέπον. Θέλυμνα. τὰ θεμέλια. Θεοπρόπιον. τὸ ἐκ θεοῦ προφήτευμα ἢ μάντευ‐</w:t>
      </w:r>
    </w:p>
    <w:p>
      <w:r>
        <w:rPr>
          <w:rFonts w:ascii="Courier New" w:hAnsi="Courier New"/>
          <w:color w:val="555555"/>
          <w:sz w:val="20"/>
        </w:rPr>
        <w:t>[20]</w:t>
      </w:r>
    </w:p>
    <w:p>
      <w:r>
        <w:rPr>
          <w:rFonts w:ascii="Gentium Plus" w:hAnsi="Gentium Plus"/>
          <w:sz w:val="24"/>
        </w:rPr>
        <w:t>μα. οἱονεὶ τὸ τοῖς θεοῖς πρέπον. οἷον θεοπρέ‐</w:t>
      </w:r>
    </w:p>
    <w:p>
      <w:r>
        <w:rPr>
          <w:rFonts w:ascii="Courier New" w:hAnsi="Courier New"/>
          <w:color w:val="555555"/>
          <w:sz w:val="20"/>
        </w:rPr>
        <w:t>[theta 1036]</w:t>
      </w:r>
    </w:p>
    <w:p>
      <w:r>
        <w:rPr>
          <w:rFonts w:ascii="Gentium Plus" w:hAnsi="Gentium Plus"/>
          <w:sz w:val="24"/>
        </w:rPr>
        <w:t>πιόν τι ὂν τὸ ἐκ θεοῦ προλεγόμενον. καὶ θη‐ λυκὸν θεοπροπίας. καὶ θεοπροπίων, μετοχή. Θερήγανον. ἡ ἅμαξα. ἀπὸ τοῦ τὰ θέρει ἄγειν. Θεράπη. αἱ θεραπεῖαι. τοῦ Χρυσοστόμου· ὅτι</w:t>
      </w:r>
    </w:p>
    <w:p>
      <w:r>
        <w:rPr>
          <w:rFonts w:ascii="Courier New" w:hAnsi="Courier New"/>
          <w:color w:val="555555"/>
          <w:sz w:val="20"/>
        </w:rPr>
        <w:t>[5]</w:t>
      </w:r>
    </w:p>
    <w:p>
      <w:r>
        <w:rPr>
          <w:rFonts w:ascii="Gentium Plus" w:hAnsi="Gentium Plus"/>
          <w:sz w:val="24"/>
        </w:rPr>
        <w:t>μετὰ τοσαῦτα θεράπη ἔμεινεν ἐπὶ τῆς ἀῤῥω‐ στίας. Θερμόν. παράδοξον. Ἀριστοφάνης· ὦ θερμὸν ἔργον κᾀνόσιον καὶ παράνομον. Θέρος. παρὰ τὸ θέρω, τὸ θερμαίνω. τὸ ἐν και‐</w:t>
      </w:r>
    </w:p>
    <w:p>
      <w:r>
        <w:rPr>
          <w:rFonts w:ascii="Courier New" w:hAnsi="Courier New"/>
          <w:color w:val="555555"/>
          <w:sz w:val="20"/>
        </w:rPr>
        <w:t>[10]</w:t>
      </w:r>
    </w:p>
    <w:p>
      <w:r>
        <w:rPr>
          <w:rFonts w:ascii="Gentium Plus" w:hAnsi="Gentium Plus"/>
          <w:sz w:val="24"/>
        </w:rPr>
        <w:t>ρῷ τοιούτῳ ὄν. Θέριστρον. τὸ δρέπανον. καὶ τὸ φακιόλιον *καὶ ἐπίβλημα θερινόν.* Θέσφατον. τὸ ἐκ θεοῦ προφήτευμα καὶ μάν‐ τευμα.</w:t>
      </w:r>
    </w:p>
    <w:p>
      <w:r>
        <w:rPr>
          <w:rFonts w:ascii="Courier New" w:hAnsi="Courier New"/>
          <w:color w:val="555555"/>
          <w:sz w:val="20"/>
        </w:rPr>
        <w:t>[15]</w:t>
      </w:r>
    </w:p>
    <w:p>
      <w:r>
        <w:rPr>
          <w:rFonts w:ascii="Gentium Plus" w:hAnsi="Gentium Plus"/>
          <w:sz w:val="24"/>
        </w:rPr>
        <w:t>Θέσπισμα. τὸ θεῖον δόγμα. Θεσπιδαὲς πῦρ. τὸ μηδικόν. Θεσπέσια. θεῖα. θαυμαστά. οἱονεὶ θεοπέσια τινὰ ὄντα, παρὰ τὸ πεσεῖν, ἢ παρὰ τὸ ἕπεσθαι τῷ θεῷ</w:t>
      </w:r>
    </w:p>
    <w:p>
      <w:r>
        <w:rPr>
          <w:rFonts w:ascii="Courier New" w:hAnsi="Courier New"/>
          <w:color w:val="555555"/>
          <w:sz w:val="20"/>
        </w:rPr>
        <w:t>[20]</w:t>
      </w:r>
    </w:p>
    <w:p>
      <w:r>
        <w:rPr>
          <w:rFonts w:ascii="Gentium Plus" w:hAnsi="Gentium Plus"/>
          <w:sz w:val="24"/>
        </w:rPr>
        <w:t>Θετόν. εἰσποιητὸν καὶ οὐ γνήσιον.</w:t>
      </w:r>
    </w:p>
    <w:p>
      <w:r>
        <w:rPr>
          <w:rFonts w:ascii="Courier New" w:hAnsi="Courier New"/>
          <w:color w:val="555555"/>
          <w:sz w:val="20"/>
        </w:rPr>
        <w:t>[theta 1037]</w:t>
      </w:r>
    </w:p>
    <w:p>
      <w:r>
        <w:rPr>
          <w:rFonts w:ascii="Gentium Plus" w:hAnsi="Gentium Plus"/>
          <w:sz w:val="24"/>
        </w:rPr>
        <w:t>Θεῖα. θαυμαστά. Θειλόπεδον. ὁ τόπος, ἐν ᾧ αἱ σταφυλαὶ ἐξηραί‐ νοντο. —ἐχῖνον</w:t>
      </w:r>
    </w:p>
    <w:p>
      <w:r>
        <w:rPr>
          <w:rFonts w:ascii="Courier New" w:hAnsi="Courier New"/>
          <w:color w:val="555555"/>
          <w:sz w:val="20"/>
        </w:rPr>
        <w:t>[5]</w:t>
      </w:r>
    </w:p>
    <w:p>
      <w:r>
        <w:rPr>
          <w:rFonts w:ascii="Gentium Plus" w:hAnsi="Gentium Plus"/>
          <w:sz w:val="24"/>
        </w:rPr>
        <w:t>ῥαγολόγον γλυκερῶν σίντορα θειλοπέδων. Θεῖον. τὸ θεάφιον. Θεοειδές. τὸ κατ’ εἰκόνα λέγεται. Θέλημα. βούλησις ψυχῆς οἴκοθεν ἀνακοπῆναι μὴ δυναμένη. ἢ θέλημά ἐστιν ἐν καρδίᾳ στρεφό‐</w:t>
      </w:r>
    </w:p>
    <w:p>
      <w:r>
        <w:rPr>
          <w:rFonts w:ascii="Courier New" w:hAnsi="Courier New"/>
          <w:color w:val="555555"/>
          <w:sz w:val="20"/>
        </w:rPr>
        <w:t>[10]</w:t>
      </w:r>
    </w:p>
    <w:p>
      <w:r>
        <w:rPr>
          <w:rFonts w:ascii="Gentium Plus" w:hAnsi="Gentium Plus"/>
          <w:sz w:val="24"/>
        </w:rPr>
        <w:t>μενον, καὶ δι’ ἐνεργείας καὶ μόνον φανερωθῆ‐ ναι δυνάμενον.</w:t>
      </w:r>
    </w:p>
    <w:p>
      <w:pPr>
        <w:jc w:val="center"/>
      </w:pPr>
      <w:r>
        <w:rPr>
          <w:rFonts w:ascii="Gentium Plus" w:hAnsi="Gentium Plus"/>
          <w:b/>
          <w:sz w:val="24"/>
        </w:rPr>
        <w:t>(Ῥῆμα.)</w:t>
      </w:r>
    </w:p>
    <w:p>
      <w:r>
        <w:rPr>
          <w:rFonts w:ascii="Courier New" w:hAnsi="Courier New"/>
          <w:color w:val="555555"/>
          <w:sz w:val="20"/>
        </w:rPr>
        <w:t>[13]</w:t>
      </w:r>
    </w:p>
    <w:p>
      <w:r>
        <w:rPr>
          <w:rFonts w:ascii="Gentium Plus" w:hAnsi="Gentium Plus"/>
          <w:sz w:val="24"/>
        </w:rPr>
        <w:t>Θεατρίζειν. ἐν πομπῇ καὶ θεάτρῳ προπέμπειν. τοὺς γὰρ νικήσαντας καὶ ἡττήσαντας τοὺς</w:t>
      </w:r>
    </w:p>
    <w:p>
      <w:r>
        <w:rPr>
          <w:rFonts w:ascii="Courier New" w:hAnsi="Courier New"/>
          <w:color w:val="555555"/>
          <w:sz w:val="20"/>
        </w:rPr>
        <w:t>[15]</w:t>
      </w:r>
    </w:p>
    <w:p>
      <w:r>
        <w:rPr>
          <w:rFonts w:ascii="Gentium Plus" w:hAnsi="Gentium Plus"/>
          <w:sz w:val="24"/>
        </w:rPr>
        <w:t>πολεμίους ἐστεφανωμένους μετὰ τῶν αἰχμαλω‐ τῶν καὶ τῶν λαφύρων διὰ μέσης ἦγον τῆς πό‐ λεως δορυφοροῦντες καὶ εὐφημοῦντες.</w:t>
      </w:r>
    </w:p>
    <w:p>
      <w:r>
        <w:rPr>
          <w:rFonts w:ascii="Courier New" w:hAnsi="Courier New"/>
          <w:color w:val="555555"/>
          <w:sz w:val="20"/>
        </w:rPr>
        <w:t>[theta 1038]</w:t>
      </w:r>
    </w:p>
    <w:p>
      <w:r>
        <w:rPr>
          <w:rFonts w:ascii="Gentium Plus" w:hAnsi="Gentium Plus"/>
          <w:sz w:val="24"/>
        </w:rPr>
        <w:t>Θελγομένων. ἀπατωμένων. κυρίως δὲ λέγει ἐπὶ τῶν ἡδυνομένων τοῖς ᾄσμασι. Θέλγεν. ἐσκότιζεν. ἠπάτα. —ἀτὰρ Ἀχαιῶν</w:t>
      </w:r>
    </w:p>
    <w:p>
      <w:r>
        <w:rPr>
          <w:rFonts w:ascii="Courier New" w:hAnsi="Courier New"/>
          <w:color w:val="555555"/>
          <w:sz w:val="20"/>
        </w:rPr>
        <w:t>[5]</w:t>
      </w:r>
    </w:p>
    <w:p>
      <w:r>
        <w:rPr>
          <w:rFonts w:ascii="Gentium Plus" w:hAnsi="Gentium Plus"/>
          <w:sz w:val="24"/>
        </w:rPr>
        <w:t>Θέλγε νόον—. Θέμωσεν. τὸ ἤγγιζε. καὶ θαμίζειν τὸ ἐγγίζειν. ἔνιοι δὲ ἐποίησαν παρὰ τὸ θεῖναι. Θεμιστεύειν. χρησμῳδεῖν. ἀπὸ τοῦ Θέμιν ἐσχη‐ κέναι ποτὲ τὸ μαντεῖον πρὸ τοῦ Ἀπόλλωνος.</w:t>
      </w:r>
    </w:p>
    <w:p>
      <w:r>
        <w:rPr>
          <w:rFonts w:ascii="Courier New" w:hAnsi="Courier New"/>
          <w:color w:val="555555"/>
          <w:sz w:val="20"/>
        </w:rPr>
        <w:t>[10]</w:t>
      </w:r>
    </w:p>
    <w:p>
      <w:r>
        <w:rPr>
          <w:rFonts w:ascii="Gentium Plus" w:hAnsi="Gentium Plus"/>
          <w:sz w:val="24"/>
        </w:rPr>
        <w:t>ἢ θεμιστεύειν τὸ δικαίως δικάζειν, ἢ δικαιο‐ πραγεῖν. Θεοπραγεῖ. κατὰ θεὸν πορεύεται. Θεοκλυτῆσαι. θεὸν ἐπικαλέσαι. Θέρω. θερμαίνω. παρὰ τὸ θέω, τὸ τρέχω. τὸ</w:t>
      </w:r>
    </w:p>
    <w:p>
      <w:r>
        <w:rPr>
          <w:rFonts w:ascii="Courier New" w:hAnsi="Courier New"/>
          <w:color w:val="555555"/>
          <w:sz w:val="20"/>
        </w:rPr>
        <w:t>[15]</w:t>
      </w:r>
    </w:p>
    <w:p>
      <w:r>
        <w:rPr>
          <w:rFonts w:ascii="Gentium Plus" w:hAnsi="Gentium Plus"/>
          <w:sz w:val="24"/>
        </w:rPr>
        <w:t>γὰρ τραχὺ καὶ θερμὸν λέγει εἶναι. Θεσπιῳδεῖ. χρησμολογεῖ. Θεσπίζει. ὁρίζει. νομοθετεῖ.</w:t>
      </w:r>
    </w:p>
    <w:p>
      <w:r>
        <w:rPr>
          <w:rFonts w:ascii="Courier New" w:hAnsi="Courier New"/>
          <w:color w:val="555555"/>
          <w:sz w:val="20"/>
        </w:rPr>
        <w:t>[theta 1039]</w:t>
      </w:r>
    </w:p>
    <w:p>
      <w:r>
        <w:rPr>
          <w:rFonts w:ascii="Gentium Plus" w:hAnsi="Gentium Plus"/>
          <w:sz w:val="24"/>
        </w:rPr>
        <w:t>Θέσθαι. θησαυρίσασθαι. οἷον· νῦν δ’ οὐ τάρπη θέσθαι ἐπίσταμαι. θεσμὸν ὁ Ἀνακρέων τὸν θησαυρὸν καλεῖ. εἰς δὲ τὸ ῥητορικὸν λεξικὸν ἀντὶ τοῦ ὑποθήκην</w:t>
      </w:r>
    </w:p>
    <w:p>
      <w:r>
        <w:rPr>
          <w:rFonts w:ascii="Courier New" w:hAnsi="Courier New"/>
          <w:color w:val="555555"/>
          <w:sz w:val="20"/>
        </w:rPr>
        <w:t>[5]</w:t>
      </w:r>
    </w:p>
    <w:p>
      <w:r>
        <w:rPr>
          <w:rFonts w:ascii="Gentium Plus" w:hAnsi="Gentium Plus"/>
          <w:sz w:val="24"/>
        </w:rPr>
        <w:t>λαβεῖν. Ὑπερίδης ἀντὶ τοῦ κυρῶσαι καὶ προέ‐ σθαι. Θευσούμενος. δραμούμενος. οἱ δὲ ἀφίκοντο, ὁ μὲν ἀγωνιούμενος πυγμὴν, ὁ δὲ θευσούμενος στά‐ διον.</w:t>
      </w:r>
    </w:p>
    <w:p>
      <w:r>
        <w:rPr>
          <w:rFonts w:ascii="Courier New" w:hAnsi="Courier New"/>
          <w:color w:val="555555"/>
          <w:sz w:val="20"/>
        </w:rPr>
        <w:t>[10]</w:t>
      </w:r>
    </w:p>
    <w:p>
      <w:r>
        <w:rPr>
          <w:rFonts w:ascii="Gentium Plus" w:hAnsi="Gentium Plus"/>
          <w:sz w:val="24"/>
        </w:rPr>
        <w:t>[Θέω. τὸ τρέχω. καὶ θέω τὸ βλέπω. καὶ θέα ἀντὶ τοῦ σκόπει καὶ βλέπε.] Θέλγεν. ἐσκότιζεν. ἠπάτα. —ἀτὰρ Ἀχαιῶν Θέλγε νόον—.</w:t>
      </w:r>
    </w:p>
    <w:p>
      <w:r>
        <w:rPr>
          <w:rFonts w:ascii="Courier New" w:hAnsi="Courier New"/>
          <w:color w:val="555555"/>
          <w:sz w:val="20"/>
        </w:rPr>
        <w:t>[15]</w:t>
      </w:r>
    </w:p>
    <w:p>
      <w:r>
        <w:rPr>
          <w:rFonts w:ascii="Gentium Plus" w:hAnsi="Gentium Plus"/>
          <w:sz w:val="24"/>
        </w:rPr>
        <w:t>Θεωθέν. τὸ πρὸς μείζονα δόξαν ὑψωθέν· οὐ μὴν τῆς οἰκείας φύσεως ἀλλοιωθέν. Θειάζω. τὸ θαυμάζω, ἐπαινῶ, δοξάζω.</w:t>
      </w:r>
    </w:p>
    <w:p>
      <w:r>
        <w:rPr>
          <w:rFonts w:ascii="Courier New" w:hAnsi="Courier New"/>
          <w:color w:val="555555"/>
          <w:sz w:val="20"/>
        </w:rPr>
        <w:t>[theta 1040]</w:t>
      </w:r>
    </w:p>
    <w:p>
      <w:r>
        <w:rPr>
          <w:rFonts w:ascii="Gentium Plus" w:hAnsi="Gentium Plus"/>
          <w:sz w:val="24"/>
        </w:rPr>
        <w:t>Θείνω. τὸ τύπτω. τὸ θει δίφθογγον· ἀνεφάνη γὰρ τὸ ε ἐν τῷ θέναρ καὶ θένω, τὸ τύπτω. Θείομεν. ἐμβαλοῦμεν. Θεῖον δύσονται ἀγῶνα. εἰς τὰ ἅγια εἰσέλ‐</w:t>
      </w:r>
    </w:p>
    <w:p>
      <w:r>
        <w:rPr>
          <w:rFonts w:ascii="Courier New" w:hAnsi="Courier New"/>
          <w:color w:val="555555"/>
          <w:sz w:val="20"/>
        </w:rPr>
        <w:t>[5]</w:t>
      </w:r>
    </w:p>
    <w:p>
      <w:r>
        <w:rPr>
          <w:rFonts w:ascii="Gentium Plus" w:hAnsi="Gentium Plus"/>
          <w:sz w:val="24"/>
        </w:rPr>
        <w:t>θοιεν. Θεῖ. ἀντὶ τοῦ τρέχει. καὶ θέει. Θεηλαθέν. παρ’ αὐτά.</w:t>
      </w:r>
    </w:p>
    <w:p>
      <w:pPr>
        <w:jc w:val="center"/>
      </w:pPr>
      <w:r>
        <w:rPr>
          <w:rFonts w:ascii="Gentium Plus" w:hAnsi="Gentium Plus"/>
          <w:b/>
          <w:sz w:val="24"/>
        </w:rPr>
        <w:t>(Ἐπίῤῥημα.)</w:t>
      </w:r>
    </w:p>
    <w:p>
      <w:r>
        <w:rPr>
          <w:rFonts w:ascii="Courier New" w:hAnsi="Courier New"/>
          <w:color w:val="555555"/>
          <w:sz w:val="20"/>
        </w:rPr>
        <w:t>[9]</w:t>
      </w:r>
    </w:p>
    <w:p>
      <w:r>
        <w:rPr>
          <w:rFonts w:ascii="Gentium Plus" w:hAnsi="Gentium Plus"/>
          <w:sz w:val="24"/>
        </w:rPr>
        <w:t>Θεμιτῶς. νομίμως.</w:t>
      </w:r>
    </w:p>
    <w:p>
      <w:r>
        <w:rPr>
          <w:rFonts w:ascii="Courier New" w:hAnsi="Courier New"/>
          <w:color w:val="555555"/>
          <w:sz w:val="20"/>
        </w:rPr>
        <w:t>[10]</w:t>
      </w:r>
    </w:p>
    <w:p>
      <w:r>
        <w:rPr>
          <w:rFonts w:ascii="Gentium Plus" w:hAnsi="Gentium Plus"/>
          <w:sz w:val="24"/>
        </w:rPr>
        <w:t>Θεόθεν. ὑπὸ θεοῦ. Θεοειδῶς. θείως.</w:t>
      </w:r>
    </w:p>
    <w:p>
      <w:pPr>
        <w:jc w:val="center"/>
      </w:pPr>
      <w:r>
        <w:rPr>
          <w:rFonts w:ascii="Gentium Plus" w:hAnsi="Gentium Plus"/>
          <w:b/>
          <w:sz w:val="24"/>
        </w:rPr>
        <w:t>Τὸ Θ μετὰ τοῦ Η.</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Θηλυδρίας. γυναικοειδὴς, ἢ ἄνανδρος. παρὰ τὸ</w:t>
      </w:r>
    </w:p>
    <w:p>
      <w:r>
        <w:rPr>
          <w:rFonts w:ascii="Courier New" w:hAnsi="Courier New"/>
          <w:color w:val="555555"/>
          <w:sz w:val="20"/>
        </w:rPr>
        <w:t>[15]</w:t>
      </w:r>
    </w:p>
    <w:p>
      <w:r>
        <w:rPr>
          <w:rFonts w:ascii="Gentium Plus" w:hAnsi="Gentium Plus"/>
          <w:sz w:val="24"/>
        </w:rPr>
        <w:t>θῆλυς. τοῦτο παρὰ τὸ θῶ, τὸ τρέφω. Θηλυμανής. πόρνος.</w:t>
      </w:r>
    </w:p>
    <w:p>
      <w:r>
        <w:rPr>
          <w:rFonts w:ascii="Courier New" w:hAnsi="Courier New"/>
          <w:color w:val="555555"/>
          <w:sz w:val="20"/>
        </w:rPr>
        <w:t>[theta 1041]</w:t>
      </w:r>
    </w:p>
    <w:p>
      <w:r>
        <w:rPr>
          <w:rFonts w:ascii="Gentium Plus" w:hAnsi="Gentium Plus"/>
          <w:sz w:val="24"/>
        </w:rPr>
        <w:t>Θήλυνοι. ἥσυχοι. Θημών. ὁ σωρὸς τῶν δραγμάτων. καὶ κλίνεται θημῶνος. παρὰ τὸν θήσω μέλλοντα. Θήρ. τὸ λυμαντικὸν θηρίον. καὶ κλίνεται θηρός.</w:t>
      </w:r>
    </w:p>
    <w:p>
      <w:r>
        <w:rPr>
          <w:rFonts w:ascii="Courier New" w:hAnsi="Courier New"/>
          <w:color w:val="555555"/>
          <w:sz w:val="20"/>
        </w:rPr>
        <w:t>[5]</w:t>
      </w:r>
    </w:p>
    <w:p>
      <w:r>
        <w:rPr>
          <w:rFonts w:ascii="Gentium Plus" w:hAnsi="Gentium Plus"/>
          <w:sz w:val="24"/>
        </w:rPr>
        <w:t>Θηρευτής. κυνηγός. κυρίως ὁ σῦς καὶ λέοντας θηρεύων. παρὰ τὴν θήραν. Θηρολέξης. ὁ τὰς λέξεις θηρώμενος. Θηρατής. λόγων ἐπιθυμητής. θηρευτὴς δὲ ζώων χερσαίων καὶ ἐναλίων.</w:t>
      </w:r>
    </w:p>
    <w:p>
      <w:r>
        <w:rPr>
          <w:rFonts w:ascii="Courier New" w:hAnsi="Courier New"/>
          <w:color w:val="555555"/>
          <w:sz w:val="20"/>
        </w:rPr>
        <w:t>[10]</w:t>
      </w:r>
    </w:p>
    <w:p>
      <w:r>
        <w:rPr>
          <w:rFonts w:ascii="Gentium Plus" w:hAnsi="Gentium Plus"/>
          <w:sz w:val="24"/>
        </w:rPr>
        <w:t>Θηρήτορας. κυνηγούς. Θής. ὁ μισθωτός. καὶ κλίνεται θητός. θὶς δὲ ὁ σωρὸς, ι, καὶ κλίνεται θινός. Θησαυρός. συναγωγὴ χρημάτων κεκρυμμένη. Θησαυρὸς ἀνέμων. οὐκ ἀποθῆκαι τινὲς, ἀλλ’</w:t>
      </w:r>
    </w:p>
    <w:p>
      <w:r>
        <w:rPr>
          <w:rFonts w:ascii="Courier New" w:hAnsi="Courier New"/>
          <w:color w:val="555555"/>
          <w:sz w:val="20"/>
        </w:rPr>
        <w:t>[15]</w:t>
      </w:r>
    </w:p>
    <w:p>
      <w:r>
        <w:rPr>
          <w:rFonts w:ascii="Gentium Plus" w:hAnsi="Gentium Plus"/>
          <w:sz w:val="24"/>
        </w:rPr>
        <w:t>ἡ ῥᾳδία κίνησις ἀπηνέμου τοῦ ἀέρος ὄντος. Θήψ. ὁ σκώληξ. καὶ κλίνεται θηπός.</w:t>
      </w:r>
    </w:p>
    <w:p>
      <w:pPr>
        <w:jc w:val="center"/>
      </w:pPr>
      <w:r>
        <w:rPr>
          <w:rFonts w:ascii="Gentium Plus" w:hAnsi="Gentium Plus"/>
          <w:b/>
          <w:sz w:val="24"/>
        </w:rPr>
        <w:t>(Θηλυκόν.)</w:t>
      </w:r>
    </w:p>
    <w:p>
      <w:r>
        <w:rPr>
          <w:rFonts w:ascii="Courier New" w:hAnsi="Courier New"/>
          <w:color w:val="555555"/>
          <w:sz w:val="20"/>
        </w:rPr>
        <w:t>[18]</w:t>
      </w:r>
    </w:p>
    <w:p>
      <w:r>
        <w:rPr>
          <w:rFonts w:ascii="Gentium Plus" w:hAnsi="Gentium Plus"/>
          <w:sz w:val="24"/>
        </w:rPr>
        <w:t>Θηγάνη. ἡ ἀκόνη.</w:t>
      </w:r>
    </w:p>
    <w:p>
      <w:r>
        <w:rPr>
          <w:rFonts w:ascii="Courier New" w:hAnsi="Courier New"/>
          <w:color w:val="555555"/>
          <w:sz w:val="20"/>
        </w:rPr>
        <w:t>[theta 1042]</w:t>
      </w:r>
    </w:p>
    <w:p>
      <w:r>
        <w:rPr>
          <w:rFonts w:ascii="Gentium Plus" w:hAnsi="Gentium Plus"/>
          <w:sz w:val="24"/>
        </w:rPr>
        <w:t>Θῆκαι. αἱ σοροί. διὰ δὲ ξύλων ἀπορίαν τὰς θή‐ κας τῶν πέριξ τεθαμμένων ἀνορύσσοντες, ἐκεί‐ ναις εἰς τὰ ἀναγκαῖα ἐχρῶντο. Θηλαμόνος. τῆς οἰκίας.</w:t>
      </w:r>
    </w:p>
    <w:p>
      <w:r>
        <w:rPr>
          <w:rFonts w:ascii="Courier New" w:hAnsi="Courier New"/>
          <w:color w:val="555555"/>
          <w:sz w:val="20"/>
        </w:rPr>
        <w:t>[5]</w:t>
      </w:r>
    </w:p>
    <w:p>
      <w:r>
        <w:rPr>
          <w:rFonts w:ascii="Gentium Plus" w:hAnsi="Gentium Plus"/>
          <w:sz w:val="24"/>
        </w:rPr>
        <w:t>Θηλή. ὁ μαστὸς, ἢ γαλοῦχος. Θήλεια. παρὰ τὸ θάλλειν καὶ γεννᾷν. ὅθεν καὶ ὕπομβρος νὺξ θήλεια καλεῖται. Θῆλυς. παρ’ Ὁμήρῳ ἐσχημάτισται ὡς πῆχυς. Ἥρη θῆλυς ἐοῦσα.</w:t>
      </w:r>
    </w:p>
    <w:p>
      <w:r>
        <w:rPr>
          <w:rFonts w:ascii="Courier New" w:hAnsi="Courier New"/>
          <w:color w:val="555555"/>
          <w:sz w:val="20"/>
        </w:rPr>
        <w:t>[10]</w:t>
      </w:r>
    </w:p>
    <w:p>
      <w:r>
        <w:rPr>
          <w:rFonts w:ascii="Gentium Plus" w:hAnsi="Gentium Plus"/>
          <w:sz w:val="24"/>
        </w:rPr>
        <w:t>Θήρα καὶ θηρεία. ἡ θήρευσις. Θῆσσα. ἡ τροφός. Θητεία. ἡ μισθαρνεία.</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Θηκτόν. ἠκονημένον.</w:t>
      </w:r>
    </w:p>
    <w:p>
      <w:r>
        <w:rPr>
          <w:rFonts w:ascii="Courier New" w:hAnsi="Courier New"/>
          <w:color w:val="555555"/>
          <w:sz w:val="20"/>
        </w:rPr>
        <w:t>[15]</w:t>
      </w:r>
    </w:p>
    <w:p>
      <w:r>
        <w:rPr>
          <w:rFonts w:ascii="Gentium Plus" w:hAnsi="Gentium Plus"/>
          <w:sz w:val="24"/>
        </w:rPr>
        <w:t>Θῆλυ. τὸ θηλυκόν. καὶ θηλέας ἵππους οἱονεὶ θηλείας. καὶ θηλυτεράων τῶν θηλειῶν. Θήρευμα. ἄγρευμα.</w:t>
      </w:r>
    </w:p>
    <w:p>
      <w:r>
        <w:rPr>
          <w:rFonts w:ascii="Courier New" w:hAnsi="Courier New"/>
          <w:color w:val="555555"/>
          <w:sz w:val="20"/>
        </w:rPr>
        <w:t>[theta 1043]</w:t>
      </w:r>
    </w:p>
    <w:p>
      <w:r>
        <w:rPr>
          <w:rFonts w:ascii="Gentium Plus" w:hAnsi="Gentium Plus"/>
          <w:sz w:val="24"/>
        </w:rPr>
        <w:t>Θηρίκλειον. ποτήριον ὑέλλινον. Θητώνιον. πλῆθος τῶν μισθωτῶν. ἢ τὸ τοῖς μισθωταῖς διδόμενον. Θητικὸν πλῆθος. τὸ ἐπὶ μισθῷ δουλεῦον.</w:t>
      </w:r>
    </w:p>
    <w:p>
      <w:r>
        <w:rPr>
          <w:rFonts w:ascii="Courier New" w:hAnsi="Courier New"/>
          <w:color w:val="555555"/>
          <w:sz w:val="20"/>
        </w:rPr>
        <w:t>[5]</w:t>
      </w:r>
    </w:p>
    <w:p>
      <w:r>
        <w:rPr>
          <w:rFonts w:ascii="Gentium Plus" w:hAnsi="Gentium Plus"/>
          <w:sz w:val="24"/>
        </w:rPr>
        <w:t>Θῆτα. τὸ στοιχεῖον. παρὰ τὸ τὴν θέσιν τοῦ παντὸς μιμεῖσθαι, ἤτοι τοῦ οὐρανοῦ τὸ κυκλο‐ τερὲς, καὶ τὸν διὰ μέσου ἄξονα τῇ κατὰ τὸ μέσον μακρᾷ ἔχει.</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Θήγω. τὸ ἀκονῶ. παρὰ τὸ θοῶ θηήγω καὶ θή‐ γω, τουτέστι θοὸν καὶ ὀξὺν ποιῶ. Ὅμηρος· —ἐγὼ δ’ ἐθόωσα παραστάς. θίγω δὲ τὸ ψαύω καὶ προσεγγίζω, ἰῶτα. Θηεῦντο. ἐθαύμαζον. ὑπερθέσει θέοντο, καὶ</w:t>
      </w:r>
    </w:p>
    <w:p>
      <w:r>
        <w:rPr>
          <w:rFonts w:ascii="Courier New" w:hAnsi="Courier New"/>
          <w:color w:val="555555"/>
          <w:sz w:val="20"/>
        </w:rPr>
        <w:t>[15]</w:t>
      </w:r>
    </w:p>
    <w:p>
      <w:r>
        <w:rPr>
          <w:rFonts w:ascii="Gentium Plus" w:hAnsi="Gentium Plus"/>
          <w:sz w:val="24"/>
        </w:rPr>
        <w:t>κατὰ συναίρεσιν τοῦ εο εἰς τὴν ευ δίφθογγον καὶ ἐκτάσει θηεῦντο. Θηεῖσθαι. θαυμάζεσθαι. θηῆσθαι δὲ ἀντὶ τοῦ θεᾶσθαι, η.</w:t>
      </w:r>
    </w:p>
    <w:p>
      <w:r>
        <w:rPr>
          <w:rFonts w:ascii="Courier New" w:hAnsi="Courier New"/>
          <w:color w:val="555555"/>
          <w:sz w:val="20"/>
        </w:rPr>
        <w:t>[theta 1044]</w:t>
      </w:r>
    </w:p>
    <w:p>
      <w:r>
        <w:rPr>
          <w:rFonts w:ascii="Gentium Plus" w:hAnsi="Gentium Plus"/>
          <w:sz w:val="24"/>
        </w:rPr>
        <w:t>Θηλάζειν. ἐνεργητικῶς ἡμεῖς ἀντιλαμβανόμεθα τοῦ ῥήματος ἐπὶ τῶν παιδίων τῶν θηλαζόντων. Λυσίας δὲ παθητικῶς κέχρηται ἐπὶ γυναικὸς παρεχούσης γάλα.</w:t>
      </w:r>
    </w:p>
    <w:p>
      <w:r>
        <w:rPr>
          <w:rFonts w:ascii="Courier New" w:hAnsi="Courier New"/>
          <w:color w:val="555555"/>
          <w:sz w:val="20"/>
        </w:rPr>
        <w:t>[5]</w:t>
      </w:r>
    </w:p>
    <w:p>
      <w:r>
        <w:rPr>
          <w:rFonts w:ascii="Gentium Plus" w:hAnsi="Gentium Plus"/>
          <w:sz w:val="24"/>
        </w:rPr>
        <w:t>Θηρατεύεσθαι. ἀναβάλλεσθαι. Θηρώμενοι. ἀντὶ τοῦ ζητοῦντες. καὶ τιμὴν ἐκ τούτου παρὰ τῶν ἄλλων θηρώμενοι. καὶ θη‐ ρώμενον ἀντὶ τοῦ ἀνιχνεύοντα. Θηρῶντες. ἐπιτηροῦντες.</w:t>
      </w:r>
    </w:p>
    <w:p>
      <w:r>
        <w:rPr>
          <w:rFonts w:ascii="Courier New" w:hAnsi="Courier New"/>
          <w:color w:val="555555"/>
          <w:sz w:val="20"/>
        </w:rPr>
        <w:t>[10]</w:t>
      </w:r>
    </w:p>
    <w:p>
      <w:r>
        <w:rPr>
          <w:rFonts w:ascii="Gentium Plus" w:hAnsi="Gentium Plus"/>
          <w:sz w:val="24"/>
        </w:rPr>
        <w:t>Θῆσθαι. ἀμέλγειν. Θήσομαι. ὁρίσω, ποιήσω, ἀναδείξω. Θήσειν. ποιήσειν. Θητεύειν. ἐπὶ μισθῷ δουλεύειν.</w:t>
      </w:r>
    </w:p>
    <w:p>
      <w:pPr>
        <w:jc w:val="center"/>
      </w:pPr>
      <w:r>
        <w:rPr>
          <w:rFonts w:ascii="Gentium Plus" w:hAnsi="Gentium Plus"/>
          <w:b/>
          <w:sz w:val="24"/>
        </w:rPr>
        <w:t>Τὸ Θ μετὰ τοῦ Ι.</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Θίασος. ὁ χορός. σύλλογος μαθητῶν.</w:t>
      </w:r>
    </w:p>
    <w:p>
      <w:r>
        <w:rPr>
          <w:rFonts w:ascii="Courier New" w:hAnsi="Courier New"/>
          <w:color w:val="555555"/>
          <w:sz w:val="20"/>
        </w:rPr>
        <w:t>[theta 1045]</w:t>
      </w:r>
    </w:p>
    <w:p>
      <w:r>
        <w:rPr>
          <w:rFonts w:ascii="Gentium Plus" w:hAnsi="Gentium Plus"/>
          <w:sz w:val="24"/>
        </w:rPr>
        <w:t>Θίασος. τὸ ἀθροιζόμενον πλῆθος ἐπὶ τιμῇ θεοῦ. οὕτως Δημοσθένης καὶ Ξενοφῶν. Ἴων δὲ ἐπὶ παντὸς ἀθροίσματος τάττει τὸ ὄνομα. θια‐ σῶται δὲ οἱ κοινωνοῦντες τοῦ θιάσου. οὕτως</w:t>
      </w:r>
    </w:p>
    <w:p>
      <w:r>
        <w:rPr>
          <w:rFonts w:ascii="Courier New" w:hAnsi="Courier New"/>
          <w:color w:val="555555"/>
          <w:sz w:val="20"/>
        </w:rPr>
        <w:t>[5]</w:t>
      </w:r>
    </w:p>
    <w:p>
      <w:r>
        <w:rPr>
          <w:rFonts w:ascii="Gentium Plus" w:hAnsi="Gentium Plus"/>
          <w:sz w:val="24"/>
        </w:rPr>
        <w:t>Ἰσαῖος.</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Θὶν καὶ θίς. ὁ σωρός. καὶ κλίνεται θινός. [Θὶν καὶ θίς. ὁ αἰγιαλός. καὶ κλίνεται θινός.] Θίβη. κιβώτιον ἐκ φυλλῶν πεπλεγμένον καὶ κο‐</w:t>
      </w:r>
    </w:p>
    <w:p>
      <w:r>
        <w:rPr>
          <w:rFonts w:ascii="Courier New" w:hAnsi="Courier New"/>
          <w:color w:val="555555"/>
          <w:sz w:val="20"/>
        </w:rPr>
        <w:t>[10]</w:t>
      </w:r>
    </w:p>
    <w:p>
      <w:r>
        <w:rPr>
          <w:rFonts w:ascii="Gentium Plus" w:hAnsi="Gentium Plus"/>
          <w:sz w:val="24"/>
        </w:rPr>
        <w:t>φινῶδες. Θίσβη. κύριον. καὶ ὁ σωρός. Θίς. ὁ αἰγιαλός. θηλυκόν. παρὰ τὸ θέω, τὸ τρέχω. ἐν γὰρ τῷ αἰγιαλῷ θέουσι καὶ τρέχουσι [τὰ κύματα.] ἢ παρὰ τὸ θένω, τὸ τύπτω, γί‐</w:t>
      </w:r>
    </w:p>
    <w:p>
      <w:r>
        <w:rPr>
          <w:rFonts w:ascii="Courier New" w:hAnsi="Courier New"/>
          <w:color w:val="555555"/>
          <w:sz w:val="20"/>
        </w:rPr>
        <w:t>[15]</w:t>
      </w:r>
    </w:p>
    <w:p>
      <w:r>
        <w:rPr>
          <w:rFonts w:ascii="Gentium Plus" w:hAnsi="Gentium Plus"/>
          <w:sz w:val="24"/>
        </w:rPr>
        <w:t>νεται θίς. σημαίνει καὶ τὸν σωρὸν ἀρσενικῶς. παρὰ τὸ θῶ, τὸ τιθῶ, θίς. Θιγγάνειν. ἐγγίζειν, ἅπτεσθαι. Θίγειν. ψαῦσαι. ἐγγίσαι. [πολλὰ σιδηρείης χερσὶ θίγοντα μάχης.</w:t>
      </w:r>
    </w:p>
    <w:p>
      <w:r>
        <w:rPr>
          <w:rFonts w:ascii="Courier New" w:hAnsi="Courier New"/>
          <w:color w:val="555555"/>
          <w:sz w:val="20"/>
        </w:rPr>
        <w:t>[20]</w:t>
      </w:r>
    </w:p>
    <w:p>
      <w:r>
        <w:rPr>
          <w:rFonts w:ascii="Gentium Plus" w:hAnsi="Gentium Plus"/>
          <w:sz w:val="24"/>
        </w:rPr>
        <w:t>Ἴτ’, ἀξιώσατ’ ἀνδρὸς ἀθλίου θίγειν.</w:t>
      </w:r>
    </w:p>
    <w:p>
      <w:pPr>
        <w:jc w:val="center"/>
      </w:pPr>
      <w:r>
        <w:rPr>
          <w:rFonts w:ascii="Gentium Plus" w:hAnsi="Gentium Plus"/>
          <w:b/>
          <w:sz w:val="24"/>
        </w:rPr>
        <w:t>Τὸ Θ μετὰ τοῦ Λ.</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Θλαδίας. ὁ εὐνοῦχος. ὑποβάλλει τοίνυν ὁ θλα‐ δίας τὴν γυναικωνῖτιν φάλαγγα κατηγορῆσαι</w:t>
      </w:r>
    </w:p>
    <w:p>
      <w:r>
        <w:rPr>
          <w:rFonts w:ascii="Courier New" w:hAnsi="Courier New"/>
          <w:color w:val="555555"/>
          <w:sz w:val="20"/>
        </w:rPr>
        <w:t>[5]</w:t>
      </w:r>
    </w:p>
    <w:p>
      <w:r>
        <w:rPr>
          <w:rFonts w:ascii="Gentium Plus" w:hAnsi="Gentium Plus"/>
          <w:sz w:val="24"/>
        </w:rPr>
        <w:t>τοῦ Ἀετίου κατὰ βασιλέως ἐμμελετᾷν.</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Θλίψεις. φυλακαὶ, ἁλύσεις, ἐξορίαι, καὶ ὅσα τοιαῦτα.</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Θλᾷ. ἀντὶ τοῦ θλάττει. Θλίβεται. πιέζεται, ὡς ἀπὸ σταφυλῆς. λαμ‐ βάνεται δὲ καὶ ἐπὶ ἀθυμούντων.</w:t>
      </w:r>
    </w:p>
    <w:p>
      <w:pPr>
        <w:jc w:val="center"/>
      </w:pPr>
      <w:r>
        <w:rPr>
          <w:rFonts w:ascii="Gentium Plus" w:hAnsi="Gentium Plus"/>
          <w:b/>
          <w:sz w:val="24"/>
        </w:rPr>
        <w:t>Τὸ Θ μετὰ τοῦ Μ.</w:t>
      </w:r>
    </w:p>
    <w:p>
      <w:r>
        <w:rPr>
          <w:rFonts w:ascii="Courier New" w:hAnsi="Courier New"/>
          <w:color w:val="555555"/>
          <w:sz w:val="20"/>
        </w:rPr>
        <w:t>[14]</w:t>
      </w:r>
    </w:p>
    <w:p>
      <w:r>
        <w:rPr>
          <w:rFonts w:ascii="Gentium Plus" w:hAnsi="Gentium Plus"/>
          <w:sz w:val="24"/>
        </w:rPr>
        <w:t>Θμοῦϊς. ὄνομα θηλυκόν.</w:t>
      </w:r>
    </w:p>
    <w:p>
      <w:pPr>
        <w:jc w:val="center"/>
      </w:pPr>
      <w:r>
        <w:rPr>
          <w:rFonts w:ascii="Gentium Plus" w:hAnsi="Gentium Plus"/>
          <w:b/>
          <w:sz w:val="24"/>
        </w:rPr>
        <w:t>Τὸ Θ μετὰ τοῦ Ν.</w:t>
      </w:r>
    </w:p>
    <w:p>
      <w:r>
        <w:rPr>
          <w:rFonts w:ascii="Courier New" w:hAnsi="Courier New"/>
          <w:color w:val="555555"/>
          <w:sz w:val="20"/>
        </w:rPr>
        <w:t>[16]</w:t>
      </w:r>
    </w:p>
    <w:p>
      <w:r>
        <w:rPr>
          <w:rFonts w:ascii="Gentium Plus" w:hAnsi="Gentium Plus"/>
          <w:sz w:val="24"/>
        </w:rPr>
        <w:t>Θνητός. ὁ φθαρτός. Θνῆσις. ἡ φθορά. παρὰ τὸν θάνατον γέγονε. θανῶ, θανήσω, θανητὸς καὶ θνητὸς [καὶ θνῆ‐ σις.]</w:t>
      </w:r>
    </w:p>
    <w:p>
      <w:r>
        <w:rPr>
          <w:rFonts w:ascii="Courier New" w:hAnsi="Courier New"/>
          <w:color w:val="555555"/>
          <w:sz w:val="20"/>
        </w:rPr>
        <w:t>[20]</w:t>
      </w:r>
    </w:p>
    <w:p>
      <w:r>
        <w:rPr>
          <w:rFonts w:ascii="Gentium Plus" w:hAnsi="Gentium Plus"/>
          <w:sz w:val="24"/>
        </w:rPr>
        <w:t>Θνησείδιον. τὸ θνησιμαῖον.</w:t>
      </w:r>
    </w:p>
    <w:p>
      <w:r>
        <w:rPr>
          <w:rFonts w:ascii="Courier New" w:hAnsi="Courier New"/>
          <w:color w:val="555555"/>
          <w:sz w:val="20"/>
        </w:rPr>
        <w:t>[theta 1047]</w:t>
      </w:r>
    </w:p>
    <w:p>
      <w:r>
        <w:rPr>
          <w:rFonts w:ascii="Gentium Plus" w:hAnsi="Gentium Plus"/>
          <w:sz w:val="24"/>
        </w:rPr>
        <w:t>Θνησιμαῖον. τὸ νενεκρωμένον. Θνητόν. οὐ πᾶν τὸ σῶμα, ἀλλὰ τὸ ζῶον πνοὴν ἔχον χωρισθῆναι δυναμένην. Θνήσκω. .....</w:t>
      </w:r>
    </w:p>
    <w:p>
      <w:pPr>
        <w:jc w:val="center"/>
      </w:pPr>
      <w:r>
        <w:rPr>
          <w:rFonts w:ascii="Gentium Plus" w:hAnsi="Gentium Plus"/>
          <w:b/>
          <w:sz w:val="24"/>
        </w:rPr>
        <w:t>Τὸ Θ μετὰ τοῦ Ο.</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Θόλος. οἴκημα στρογγυλοειδές. ἀπὸ τοῦ θεῖν. οὕτως Ἀλέξανδρος. θολὸς δὲ τὸ τῆς σηπίας μέλαν.</w:t>
      </w:r>
    </w:p>
    <w:p>
      <w:r>
        <w:rPr>
          <w:rFonts w:ascii="Courier New" w:hAnsi="Courier New"/>
          <w:color w:val="555555"/>
          <w:sz w:val="20"/>
        </w:rPr>
        <w:t>[10]</w:t>
      </w:r>
    </w:p>
    <w:p>
      <w:r>
        <w:rPr>
          <w:rFonts w:ascii="Gentium Plus" w:hAnsi="Gentium Plus"/>
          <w:sz w:val="24"/>
        </w:rPr>
        <w:t>Θολερός. παρὰ τὸ θολὸς θολερός. Θόλος. τόπος, ἔνθα ἐδείπνουν οἱ πρυτάνεις. διὰ τὸ οἰκοδομεῖσθαι αὐτὸν στρογγύλον. Θορίκιος. κύριον. Θόρηξ. ὁ ἄκρατος οἶνος.</w:t>
      </w:r>
    </w:p>
    <w:p>
      <w:r>
        <w:rPr>
          <w:rFonts w:ascii="Courier New" w:hAnsi="Courier New"/>
          <w:color w:val="555555"/>
          <w:sz w:val="20"/>
        </w:rPr>
        <w:t>[15]</w:t>
      </w:r>
    </w:p>
    <w:p>
      <w:r>
        <w:rPr>
          <w:rFonts w:ascii="Gentium Plus" w:hAnsi="Gentium Plus"/>
          <w:sz w:val="24"/>
        </w:rPr>
        <w:t>Θόρυβος. φόβος μετὰ φωνῆς κατεπείγων, ἢ τα‐ ραχή. Θορὸς ἢ θόρος. ἡ ἔκκρισις τοῦ σπέρματος. ἀπὸ τοῦ θορῶ, τὸ ὁρμῶ. ὁ μετὰ ὁρμῆς πεμπόμενος. Θοός. ὁ ταχύς. παρὰ τὸ θέω, τὸ τρέχω. [ἐξ οὗ</w:t>
      </w:r>
    </w:p>
    <w:p>
      <w:r>
        <w:rPr>
          <w:rFonts w:ascii="Courier New" w:hAnsi="Courier New"/>
          <w:color w:val="555555"/>
          <w:sz w:val="20"/>
        </w:rPr>
        <w:t>[20]</w:t>
      </w:r>
    </w:p>
    <w:p>
      <w:r>
        <w:rPr>
          <w:rFonts w:ascii="Gentium Plus" w:hAnsi="Gentium Plus"/>
          <w:sz w:val="24"/>
        </w:rPr>
        <w:t>καὶ τὸ θηλυκὸν θοή.]</w:t>
      </w:r>
    </w:p>
    <w:p>
      <w:r>
        <w:rPr>
          <w:rFonts w:ascii="Courier New" w:hAnsi="Courier New"/>
          <w:color w:val="555555"/>
          <w:sz w:val="20"/>
        </w:rPr>
        <w:t>[theta 1048]</w:t>
      </w:r>
    </w:p>
    <w:p>
      <w:r>
        <w:rPr>
          <w:rFonts w:ascii="Gentium Plus" w:hAnsi="Gentium Plus"/>
          <w:sz w:val="24"/>
        </w:rPr>
        <w:t>[Θοκρός. τεταραγμένος.] [Θοῦρος. ὁρμητικός. πολεμικώτατος. οἱονεὶ ὁ θοῶς ὀρούων. ἢ παρὰ τὸ θέρω, τὸ θερμαίνω, γίνεται θόρος καὶ θοῦρος. ἀπὸ μεταφορᾶς τῆς</w:t>
      </w:r>
    </w:p>
    <w:p>
      <w:r>
        <w:rPr>
          <w:rFonts w:ascii="Courier New" w:hAnsi="Courier New"/>
          <w:color w:val="555555"/>
          <w:sz w:val="20"/>
        </w:rPr>
        <w:t>[5]</w:t>
      </w:r>
    </w:p>
    <w:p>
      <w:r>
        <w:rPr>
          <w:rFonts w:ascii="Gentium Plus" w:hAnsi="Gentium Plus"/>
          <w:sz w:val="24"/>
        </w:rPr>
        <w:t>τοῦ πυρὸς ὁρμῆς. καὶ θορεῖν τὸ πηδᾷν.] Θοῦλις. κύριον. οὗτος ἐβασίλευσε πάσης Αἰγύ‐ πτου καὶ ἕως τοῦ ὠκεανοῦ, καὶ ἀπὸ τοῦ ἰδίου ὀνόματος μίαν τῶν ἐν αὐτῇ νήσων ἐκάλεσε Θοῦ‐ λιν. ἐπαρθεὶς δὲ τοῖς κατορθώμασι παραγέ‐</w:t>
      </w:r>
    </w:p>
    <w:p>
      <w:r>
        <w:rPr>
          <w:rFonts w:ascii="Courier New" w:hAnsi="Courier New"/>
          <w:color w:val="555555"/>
          <w:sz w:val="20"/>
        </w:rPr>
        <w:t>[10]</w:t>
      </w:r>
    </w:p>
    <w:p>
      <w:r>
        <w:rPr>
          <w:rFonts w:ascii="Gentium Plus" w:hAnsi="Gentium Plus"/>
          <w:sz w:val="24"/>
        </w:rPr>
        <w:t>γονε εἰς τὸ μαντεῖον τοῦ Σαράπιδος καὶ θυσιά‐ σας ἐρωτᾷ ταῦτα· Φράσον ἡμῖν, πυρισθένη, τίς πρὸ τῆς ἐμῆς βασιλείας ἐδυνήθη τοιαῦτα, ἢ τίς ἔσται μετ’ ἐμέ. καὶ ἐδόθη αὐτῷ χρησμὸς ἔχων οὕτως·</w:t>
      </w:r>
    </w:p>
    <w:p>
      <w:r>
        <w:rPr>
          <w:rFonts w:ascii="Courier New" w:hAnsi="Courier New"/>
          <w:color w:val="555555"/>
          <w:sz w:val="20"/>
        </w:rPr>
        <w:t>[15]</w:t>
      </w:r>
    </w:p>
    <w:p>
      <w:r>
        <w:rPr>
          <w:rFonts w:ascii="Gentium Plus" w:hAnsi="Gentium Plus"/>
          <w:sz w:val="24"/>
        </w:rPr>
        <w:t>Πρῶτα θεὸς, μετέπειτα λόγος καὶ πνεῦμα σὺν αὐτοῖς. σύμφυτα δὲ ταῦτα καὶ εἰς ἓν ἰόντα. οὗ κράτος αἰώνιον. ὠκέσι ποσὶ βάδιζε, θνη‐ τὲ, ἄδηλον διανύων βίον.</w:t>
      </w:r>
    </w:p>
    <w:p>
      <w:r>
        <w:rPr>
          <w:rFonts w:ascii="Courier New" w:hAnsi="Courier New"/>
          <w:color w:val="555555"/>
          <w:sz w:val="20"/>
        </w:rPr>
        <w:t>[20]</w:t>
      </w:r>
    </w:p>
    <w:p>
      <w:r>
        <w:rPr>
          <w:rFonts w:ascii="Gentium Plus" w:hAnsi="Gentium Plus"/>
          <w:sz w:val="24"/>
        </w:rPr>
        <w:t>καὶ ἐξελθὼν ἐκ τοῦ μαντείου ὑπὸ τῶν ἰδίων</w:t>
      </w:r>
    </w:p>
    <w:p>
      <w:r>
        <w:rPr>
          <w:rFonts w:ascii="Courier New" w:hAnsi="Courier New"/>
          <w:color w:val="555555"/>
          <w:sz w:val="20"/>
        </w:rPr>
        <w:t>[theta 1049]</w:t>
      </w:r>
    </w:p>
    <w:p>
      <w:r>
        <w:rPr>
          <w:rFonts w:ascii="Gentium Plus" w:hAnsi="Gentium Plus"/>
          <w:sz w:val="24"/>
        </w:rPr>
        <w:t>Θόωκοι. οἱ θρόνοι. Θόας. κύριον. παρὰ τὸ θέω, τὸ τρέχω· ταχὺς γὰρ ἦν ὁ Θόας. ἐξ οὗ καὶ τὸ θεός. καὶ τρέ‐ χει ὁ θεός; οὐχὶ, ἀλλὰ πάντη καὶ πανταχοῦ</w:t>
      </w:r>
    </w:p>
    <w:p>
      <w:r>
        <w:rPr>
          <w:rFonts w:ascii="Courier New" w:hAnsi="Courier New"/>
          <w:color w:val="555555"/>
          <w:sz w:val="20"/>
        </w:rPr>
        <w:t>[5]</w:t>
      </w:r>
    </w:p>
    <w:p>
      <w:r>
        <w:rPr>
          <w:rFonts w:ascii="Gentium Plus" w:hAnsi="Gentium Plus"/>
          <w:sz w:val="24"/>
        </w:rPr>
        <w:t>πάρεστι. τὸ θο μικρόν. διὰ τί; ἐκ τοῦ θέω, τὸ τρέχω.</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Θοάς. ταχυτάτας. [καὶ Ὅμηρος· —θοὰς ἐπὶ νῆας Ἀχαιῶν.]</w:t>
      </w:r>
    </w:p>
    <w:p>
      <w:r>
        <w:rPr>
          <w:rFonts w:ascii="Courier New" w:hAnsi="Courier New"/>
          <w:color w:val="555555"/>
          <w:sz w:val="20"/>
        </w:rPr>
        <w:t>[10]</w:t>
      </w:r>
    </w:p>
    <w:p>
      <w:r>
        <w:rPr>
          <w:rFonts w:ascii="Gentium Plus" w:hAnsi="Gentium Plus"/>
          <w:sz w:val="24"/>
        </w:rPr>
        <w:t>Θοίνη. ἡ εὐωχία. [παρὰ τὸ θῶ ῥῆμα, ὅ ἐστι τρίτης συζυγίας τῶν περισπωμένων. ὁ μέλλων θώσω. ῥῆμα ὄνομα θώνη καὶ τροπῇ τοῦ ω εἰς οι θοίνη. ὡς ἀγκὼν, ἀγκώνη καὶ ἀγκοίνη.] Θόκη. κύριον. παρὰ τῷ Ἰωσήπῳ.</w:t>
      </w:r>
    </w:p>
    <w:p>
      <w:r>
        <w:rPr>
          <w:rFonts w:ascii="Courier New" w:hAnsi="Courier New"/>
          <w:color w:val="555555"/>
          <w:sz w:val="20"/>
        </w:rPr>
        <w:t>[15]</w:t>
      </w:r>
    </w:p>
    <w:p>
      <w:r>
        <w:rPr>
          <w:rFonts w:ascii="Gentium Plus" w:hAnsi="Gentium Plus"/>
          <w:sz w:val="24"/>
        </w:rPr>
        <w:t>Θοκόα. ὄνομα πόλεως. παρὰ Ἰωσήπῳ. Θορή. ἡ γονὴ, τὸ σπέρμα. Θοῦρις. ἡ ἀσπίς. παρὰ τὸ θύειν, θύρις καὶ πλεο‐ νασμῷ τοῦ ο, θοῦρις. Θούριδος. ἐνθουσιαστικοῦ, ἐνθέρμου.</w:t>
      </w:r>
    </w:p>
    <w:p>
      <w:r>
        <w:rPr>
          <w:rFonts w:ascii="Courier New" w:hAnsi="Courier New"/>
          <w:color w:val="555555"/>
          <w:sz w:val="20"/>
        </w:rPr>
        <w:t>[20]</w:t>
      </w:r>
    </w:p>
    <w:p>
      <w:r>
        <w:rPr>
          <w:rFonts w:ascii="Gentium Plus" w:hAnsi="Gentium Plus"/>
          <w:sz w:val="24"/>
        </w:rPr>
        <w:t>θούριδος μέμνησθε ἀλκῆς.</w:t>
      </w:r>
    </w:p>
    <w:p>
      <w:r>
        <w:rPr>
          <w:rFonts w:ascii="Courier New" w:hAnsi="Courier New"/>
          <w:color w:val="555555"/>
          <w:sz w:val="20"/>
        </w:rPr>
        <w:t>[theta 1050]</w:t>
      </w:r>
    </w:p>
    <w:p>
      <w:r>
        <w:rPr>
          <w:rFonts w:ascii="Gentium Plus" w:hAnsi="Gentium Plus"/>
          <w:sz w:val="24"/>
        </w:rPr>
        <w:t>Θοΐα. ζεῦγος ἡμιόνων.</w:t>
      </w:r>
    </w:p>
    <w:p>
      <w:pPr>
        <w:jc w:val="center"/>
      </w:pPr>
      <w:r>
        <w:rPr>
          <w:rFonts w:ascii="Gentium Plus" w:hAnsi="Gentium Plus"/>
          <w:b/>
          <w:sz w:val="24"/>
        </w:rPr>
        <w:t>(Οὐδέτερον.)</w:t>
      </w:r>
    </w:p>
    <w:p>
      <w:r>
        <w:rPr>
          <w:rFonts w:ascii="Courier New" w:hAnsi="Courier New"/>
          <w:color w:val="555555"/>
          <w:sz w:val="20"/>
        </w:rPr>
        <w:t>[3]</w:t>
      </w:r>
    </w:p>
    <w:p>
      <w:r>
        <w:rPr>
          <w:rFonts w:ascii="Gentium Plus" w:hAnsi="Gentium Plus"/>
          <w:sz w:val="24"/>
        </w:rPr>
        <w:t>Θοιμάτιον. τὸ ἱμάτιον. Θολῶδες. τεταραγμένον.</w:t>
      </w:r>
    </w:p>
    <w:p>
      <w:r>
        <w:rPr>
          <w:rFonts w:ascii="Courier New" w:hAnsi="Courier New"/>
          <w:color w:val="555555"/>
          <w:sz w:val="20"/>
        </w:rPr>
        <w:t>[5]</w:t>
      </w:r>
    </w:p>
    <w:p>
      <w:r>
        <w:rPr>
          <w:rFonts w:ascii="Gentium Plus" w:hAnsi="Gentium Plus"/>
          <w:sz w:val="24"/>
        </w:rPr>
        <w:t>Θούριον. ὁρμητικόν. καὶ ὄνομα ἔθνους. καὶ θοῦ‐ ρον καὶ θούριος ἐπὶ ἀρσενικοῦ. θοῦρος ἀνὴρ ἔθετο. ἤτοι πηδητικὸς, ταχὺς, πολεμικώτατος. —θούριος Ἄρης</w:t>
      </w:r>
    </w:p>
    <w:p>
      <w:r>
        <w:rPr>
          <w:rFonts w:ascii="Courier New" w:hAnsi="Courier New"/>
          <w:color w:val="555555"/>
          <w:sz w:val="20"/>
        </w:rPr>
        <w:t>[10]</w:t>
      </w:r>
    </w:p>
    <w:p>
      <w:r>
        <w:rPr>
          <w:rFonts w:ascii="Gentium Plus" w:hAnsi="Gentium Plus"/>
          <w:sz w:val="24"/>
        </w:rPr>
        <w:t>ἔσπασεν Ἀργείην καὶ Λακεδαιμονίην. Θοάζετε. κατὰ διάλυσιν ἀντὶ τοῦ θάσσετε. ἢ θοῶς προκάθησθε. [Σοφοκλῆς· τίνας πόθ’ ἕδρας τὰς δέ μοι θοάζετε.] Θορυβούντων. ταραττομένων. [θορυβούντων δὲ</w:t>
      </w:r>
    </w:p>
    <w:p>
      <w:r>
        <w:rPr>
          <w:rFonts w:ascii="Courier New" w:hAnsi="Courier New"/>
          <w:color w:val="555555"/>
          <w:sz w:val="20"/>
        </w:rPr>
        <w:t>[15]</w:t>
      </w:r>
    </w:p>
    <w:p>
      <w:r>
        <w:rPr>
          <w:rFonts w:ascii="Gentium Plus" w:hAnsi="Gentium Plus"/>
          <w:sz w:val="24"/>
        </w:rPr>
        <w:t>τῶν Γετῶν.] [Θορεῖν. πηδᾷν. ὁρμᾷν. καὶ θορόντες.] Θοριχθῆναι. μεθυσθῆναι. θωρηχθῆναι δὲ</w:t>
      </w:r>
    </w:p>
    <w:p>
      <w:pPr>
        <w:jc w:val="center"/>
      </w:pPr>
      <w:r>
        <w:rPr>
          <w:rFonts w:ascii="Gentium Plus" w:hAnsi="Gentium Plus"/>
          <w:b/>
          <w:sz w:val="24"/>
        </w:rPr>
        <w:t>Τὸ Θ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Θρασυκάρδιος. αὐθάδης, τολμηρός. Θρασύς. παρὰ τὸ θέρω, τὸ θερμαίνω, ὁ μέλ‐</w:t>
      </w:r>
    </w:p>
    <w:p>
      <w:r>
        <w:rPr>
          <w:rFonts w:ascii="Courier New" w:hAnsi="Courier New"/>
          <w:color w:val="555555"/>
          <w:sz w:val="20"/>
        </w:rPr>
        <w:t>[5]</w:t>
      </w:r>
    </w:p>
    <w:p>
      <w:r>
        <w:rPr>
          <w:rFonts w:ascii="Gentium Plus" w:hAnsi="Gentium Plus"/>
          <w:sz w:val="24"/>
        </w:rPr>
        <w:t>λων αἰολικῶς θέρσω. καὶ ἐξ αὐτοῦ θερσὺς καὶ κατὰ τροπὴν τοῦ ε εἰς α καὶ κατὰ ὑπερβιβα‐ σμὸν θρασύς. οἱ γὰρ θρασεῖς καὶ θερμοί. Θρᾲξ, Θρᾳκός. ἐξ οὗ καὶ τό· Θρήϊκες [ἀκρόκομοι—</w:t>
      </w:r>
    </w:p>
    <w:p>
      <w:r>
        <w:rPr>
          <w:rFonts w:ascii="Courier New" w:hAnsi="Courier New"/>
          <w:color w:val="555555"/>
          <w:sz w:val="20"/>
        </w:rPr>
        <w:t>[10]</w:t>
      </w:r>
    </w:p>
    <w:p>
      <w:r>
        <w:rPr>
          <w:rFonts w:ascii="Gentium Plus" w:hAnsi="Gentium Plus"/>
          <w:sz w:val="24"/>
        </w:rPr>
        <w:t>καὶ κατὰ συναίρεσιν Θρᾲξ καὶ Θρᾷκες. καὶ πάν‐ τα τὰ ἀπ’ αὐτῶν συγκείμενα θηλυκὰ διὰ τοῦ ἰῶτα γράφονται, οἷον Θρήϊσσα γυνή. καὶ τὸ Θρᾴκη δὲ ἔχει τὸ ι.] Θρακίας. κατὰ πλεονασμὸν τοῦ ς, θρασκίας καὶ</w:t>
      </w:r>
    </w:p>
    <w:p>
      <w:r>
        <w:rPr>
          <w:rFonts w:ascii="Courier New" w:hAnsi="Courier New"/>
          <w:color w:val="555555"/>
          <w:sz w:val="20"/>
        </w:rPr>
        <w:t>[15]</w:t>
      </w:r>
    </w:p>
    <w:p>
      <w:r>
        <w:rPr>
          <w:rFonts w:ascii="Gentium Plus" w:hAnsi="Gentium Plus"/>
          <w:sz w:val="24"/>
        </w:rPr>
        <w:t>θρασκέας. Θρασύχειρ. τολμηρός. Θρανίτης. ὁ πρὸς τὴν πρύμναν καθήμενος. ζυ‐ γίτης δὲ ὁ μέσος, καὶ ὁ πρὸς τῇ πρώρᾳ θα‐</w:t>
      </w:r>
    </w:p>
    <w:p>
      <w:r>
        <w:rPr>
          <w:rFonts w:ascii="Courier New" w:hAnsi="Courier New"/>
          <w:color w:val="555555"/>
          <w:sz w:val="20"/>
        </w:rPr>
        <w:t>[theta 1052]</w:t>
      </w:r>
    </w:p>
    <w:p>
      <w:r>
        <w:rPr>
          <w:rFonts w:ascii="Gentium Plus" w:hAnsi="Gentium Plus"/>
          <w:sz w:val="24"/>
        </w:rPr>
        <w:t>Θραΐξ. ὁ Θρᾴξ. Θρῆσκος. ὁ ἑτερόδοξος. Θρίπες. οἱ σκώληκες. Θρῆνυς. τὸ ὑποπόδιον.</w:t>
      </w:r>
    </w:p>
    <w:p>
      <w:r>
        <w:rPr>
          <w:rFonts w:ascii="Courier New" w:hAnsi="Courier New"/>
          <w:color w:val="555555"/>
          <w:sz w:val="20"/>
        </w:rPr>
        <w:t>[5]</w:t>
      </w:r>
    </w:p>
    <w:p>
      <w:r>
        <w:rPr>
          <w:rFonts w:ascii="Gentium Plus" w:hAnsi="Gentium Plus"/>
          <w:sz w:val="24"/>
        </w:rPr>
        <w:t>Θρήϊκες. οἱ Θρᾷκες. Θρήξονος. κύριον. Θρῆνος. παρὰ τὸ θραύειν τὸν νοῦν. θρᾶνος καὶ θρῆνος. ἢ παρὰ τὸ θέρειν, ὅ ἐστι καίειν τὸν νοῦν.</w:t>
      </w:r>
    </w:p>
    <w:p>
      <w:r>
        <w:rPr>
          <w:rFonts w:ascii="Courier New" w:hAnsi="Courier New"/>
          <w:color w:val="555555"/>
          <w:sz w:val="20"/>
        </w:rPr>
        <w:t>[10]</w:t>
      </w:r>
    </w:p>
    <w:p>
      <w:r>
        <w:rPr>
          <w:rFonts w:ascii="Gentium Plus" w:hAnsi="Gentium Plus"/>
          <w:sz w:val="24"/>
        </w:rPr>
        <w:t>Θρίναξ. τὸ τοῦ σίτου πτύον. Θρίαμβος. ἡ ἐπίδειξις, ἡ πομπὴ, καὶ τὸ σεμνύ‐ νεσθαι ἔν τισι πόλεσιν *ἐπὶ νίκῃ πολέμου.* Θριοβόλοι. οἱ ἀπὸ ψήφου μάντεις. Θροῦς. θόρυβος. ἄσημος λαλιὰ, ταραχή.</w:t>
      </w:r>
    </w:p>
    <w:p>
      <w:r>
        <w:rPr>
          <w:rFonts w:ascii="Courier New" w:hAnsi="Courier New"/>
          <w:color w:val="555555"/>
          <w:sz w:val="20"/>
        </w:rPr>
        <w:t>[15]</w:t>
      </w:r>
    </w:p>
    <w:p>
      <w:r>
        <w:rPr>
          <w:rFonts w:ascii="Gentium Plus" w:hAnsi="Gentium Plus"/>
          <w:sz w:val="24"/>
        </w:rPr>
        <w:t>Θρόμβος. πεπηγὸς αἷμα. Θρόνοι. δυνάμεις ἅγιαι, ἀχώριστοι θεοῦ. Θρύλλος. ψιθυρισμός. ὁμιλία μὴ φανερῶς γενο‐ μένη. ἡ γὰρ τῶν βαρβάρων ἐγχείρησις θρύλ‐</w:t>
      </w:r>
    </w:p>
    <w:p>
      <w:r>
        <w:rPr>
          <w:rFonts w:ascii="Courier New" w:hAnsi="Courier New"/>
          <w:color w:val="555555"/>
          <w:sz w:val="20"/>
        </w:rPr>
        <w:t>[theta 1053]</w:t>
      </w:r>
    </w:p>
    <w:p>
      <w:r>
        <w:rPr>
          <w:rFonts w:ascii="Gentium Plus" w:hAnsi="Gentium Plus"/>
          <w:sz w:val="24"/>
        </w:rPr>
        <w:t>Θρωσμός. ὁ ὑψηλὸς τόπος.</w:t>
      </w:r>
    </w:p>
    <w:p>
      <w:pPr>
        <w:jc w:val="center"/>
      </w:pPr>
      <w:r>
        <w:rPr>
          <w:rFonts w:ascii="Gentium Plus" w:hAnsi="Gentium Plus"/>
          <w:b/>
          <w:sz w:val="24"/>
        </w:rPr>
        <w:t>(Θηλυκόν.)</w:t>
      </w:r>
    </w:p>
    <w:p>
      <w:r>
        <w:rPr>
          <w:rFonts w:ascii="Courier New" w:hAnsi="Courier New"/>
          <w:color w:val="555555"/>
          <w:sz w:val="20"/>
        </w:rPr>
        <w:t>[3]</w:t>
      </w:r>
    </w:p>
    <w:p>
      <w:r>
        <w:rPr>
          <w:rFonts w:ascii="Gentium Plus" w:hAnsi="Gentium Plus"/>
          <w:sz w:val="24"/>
        </w:rPr>
        <w:t>Θρυαλλίς. τὸ περικαιόμενον τοῦ ἐλλυχνίου. ἔστι δὲ καὶ βοτάνη πρὸς λύχνον ἁρμόζουσα.</w:t>
      </w:r>
    </w:p>
    <w:p>
      <w:r>
        <w:rPr>
          <w:rFonts w:ascii="Courier New" w:hAnsi="Courier New"/>
          <w:color w:val="555555"/>
          <w:sz w:val="20"/>
        </w:rPr>
        <w:t>[5]</w:t>
      </w:r>
    </w:p>
    <w:p>
      <w:r>
        <w:rPr>
          <w:rFonts w:ascii="Gentium Plus" w:hAnsi="Gentium Plus"/>
          <w:sz w:val="24"/>
        </w:rPr>
        <w:t>ἀπὸ τοῦ θέρω καὶ τοῦ ἅλλω θεραλλὶς, καὶ ὑπερβιβασμῷ καὶ τροπῇ τοῦ ε εἰς υ θρυαλλίς. Θραῦσις. φθορά. θάνατος. ἢ πτῶσις. Δαβίδ· καὶ ἐκόπασεν ἡ θραῦσις. Θρᾷττα. δούλη Θρᾳκική.</w:t>
      </w:r>
    </w:p>
    <w:p>
      <w:r>
        <w:rPr>
          <w:rFonts w:ascii="Courier New" w:hAnsi="Courier New"/>
          <w:color w:val="555555"/>
          <w:sz w:val="20"/>
        </w:rPr>
        <w:t>[10]</w:t>
      </w:r>
    </w:p>
    <w:p>
      <w:r>
        <w:rPr>
          <w:rFonts w:ascii="Gentium Plus" w:hAnsi="Gentium Plus"/>
          <w:sz w:val="24"/>
        </w:rPr>
        <w:t>Θρῆσσα. γυνὴ ἐκ Θρᾴκης. θρῖσσα δὲ εἶδος ἰχθύος, ι. Θρησκεία. ἡ λατρεία, ἢ ζῆλος περὶ τὴν πίστιν. παρὰ τὴν Θρᾳκῶν ἐπιμέλειαν τὴν πρὸς τὸ θεῖον. οὗτοι γὰρ πρῶτον ἐξεῦρον τὴν περὶ τὸ</w:t>
      </w:r>
    </w:p>
    <w:p>
      <w:r>
        <w:rPr>
          <w:rFonts w:ascii="Courier New" w:hAnsi="Courier New"/>
          <w:color w:val="555555"/>
          <w:sz w:val="20"/>
        </w:rPr>
        <w:t>[15]</w:t>
      </w:r>
    </w:p>
    <w:p>
      <w:r>
        <w:rPr>
          <w:rFonts w:ascii="Gentium Plus" w:hAnsi="Gentium Plus"/>
          <w:sz w:val="24"/>
        </w:rPr>
        <w:t>θεῖον ἔννοιαν. [ἢ παρὰ τὸ τοὺς θεοὺς ἀρέσκε‐ σθαι, ὅ ἐστιν ἐξευμενίζεσθαι. ἢ θρησκεία τὸ ὁποιονοῦν σέβας, εἴτε εἰς θεὸν εἴτε εἰς δαίμο‐ νας· μᾶλλον δὲ εὐσέβεια λέγεται εἰς θεόν.] Θριδακίνη. τὸ μαιούλιον.</w:t>
      </w:r>
    </w:p>
    <w:p>
      <w:r>
        <w:rPr>
          <w:rFonts w:ascii="Courier New" w:hAnsi="Courier New"/>
          <w:color w:val="555555"/>
          <w:sz w:val="20"/>
        </w:rPr>
        <w:t>[20]</w:t>
      </w:r>
    </w:p>
    <w:p>
      <w:r>
        <w:rPr>
          <w:rFonts w:ascii="Gentium Plus" w:hAnsi="Gentium Plus"/>
          <w:sz w:val="24"/>
        </w:rPr>
        <w:t>Θρίαι. αἱ μαντικαὶ ψῆφοι.</w:t>
      </w:r>
    </w:p>
    <w:p>
      <w:r>
        <w:rPr>
          <w:rFonts w:ascii="Courier New" w:hAnsi="Courier New"/>
          <w:color w:val="555555"/>
          <w:sz w:val="20"/>
        </w:rPr>
        <w:t>[theta 1054]</w:t>
      </w:r>
    </w:p>
    <w:p>
      <w:r>
        <w:rPr>
          <w:rFonts w:ascii="Gentium Plus" w:hAnsi="Gentium Plus"/>
          <w:sz w:val="24"/>
        </w:rPr>
        <w:t>[πολλοὶ θριοβόλοι, παῦροι δέ τε μάντιες ἄνδρες. οἱονεὶ τρίαι οὖσαι. τρεῖς γάρ εἰσι τὸν ἀριθμόν.] [Θρινακία. ἡ Σικελία. παρὰ τὸ ἐκ τριῶν συγκεῖ‐</w:t>
      </w:r>
    </w:p>
    <w:p>
      <w:r>
        <w:rPr>
          <w:rFonts w:ascii="Courier New" w:hAnsi="Courier New"/>
          <w:color w:val="555555"/>
          <w:sz w:val="20"/>
        </w:rPr>
        <w:t>[5]</w:t>
      </w:r>
    </w:p>
    <w:p>
      <w:r>
        <w:rPr>
          <w:rFonts w:ascii="Gentium Plus" w:hAnsi="Gentium Plus"/>
          <w:sz w:val="24"/>
        </w:rPr>
        <w:t>σθαι ἄκρων, οἱονεὶ τρινακία τὶς οὖσα. τρία γὰρ ἀκρωτήρια ἔχει ἡ Σικελία· Λίβαιον, Πάχυνον, Πέλωρον.] Θρύψις. ἡ βλακεία. ἡ τρυφή.</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[Θρανίδιον. εἶδος δίφρου.] [Θράνιον, θράνος καὶ θράνια. τὰ ταπεινὰ τι‐ νὰ δίφρια καὶ ὑποπόδια λέγονται. καὶ παρὰ τῷ ποιητῇ θρῆνυς, ἐφ’ ᾧ ἱστάμενοι οἱ ἀπαγ‐ χόμενοι ἀρτῶσιν ἑαυτοὺς λακτίζοντες αὐτά.</w:t>
      </w:r>
    </w:p>
    <w:p>
      <w:r>
        <w:rPr>
          <w:rFonts w:ascii="Courier New" w:hAnsi="Courier New"/>
          <w:color w:val="555555"/>
          <w:sz w:val="20"/>
        </w:rPr>
        <w:t>[15]</w:t>
      </w:r>
    </w:p>
    <w:p>
      <w:r>
        <w:rPr>
          <w:rFonts w:ascii="Gentium Plus" w:hAnsi="Gentium Plus"/>
          <w:sz w:val="24"/>
        </w:rPr>
        <w:t>Ἀριστοφάνης· ἀπὸ κάλω καὶ θρανίου.] Θράνον. τὸ ὑποπόδιον, ὅπου ἐκτείνεται τὰ δέρ‐ ματα. †Θρυματίς. κρηπίς.†</w:t>
      </w:r>
    </w:p>
    <w:p>
      <w:r>
        <w:rPr>
          <w:rFonts w:ascii="Courier New" w:hAnsi="Courier New"/>
          <w:color w:val="555555"/>
          <w:sz w:val="20"/>
        </w:rPr>
        <w:t>[20]</w:t>
      </w:r>
    </w:p>
    <w:p>
      <w:r>
        <w:rPr>
          <w:rFonts w:ascii="Gentium Plus" w:hAnsi="Gentium Plus"/>
          <w:sz w:val="24"/>
        </w:rPr>
        <w:t>†Θρύος. πόλις Ἀρκαδίας.†</w:t>
      </w:r>
    </w:p>
    <w:p>
      <w:r>
        <w:rPr>
          <w:rFonts w:ascii="Courier New" w:hAnsi="Courier New"/>
          <w:color w:val="555555"/>
          <w:sz w:val="20"/>
        </w:rPr>
        <w:t>[theta 1055]</w:t>
      </w:r>
    </w:p>
    <w:p>
      <w:r>
        <w:rPr>
          <w:rFonts w:ascii="Gentium Plus" w:hAnsi="Gentium Plus"/>
          <w:sz w:val="24"/>
        </w:rPr>
        <w:t>†Θρυγονᾷν. ξύειν.† †Θρυλλεῖν. συνεχῶς λέγειν.† Θρέπτα. τροφεῖα. Θρία. τὰ φύλλα τῆς συκῆς.</w:t>
      </w:r>
    </w:p>
    <w:p>
      <w:r>
        <w:rPr>
          <w:rFonts w:ascii="Courier New" w:hAnsi="Courier New"/>
          <w:color w:val="555555"/>
          <w:sz w:val="20"/>
        </w:rPr>
        <w:t>[5]</w:t>
      </w:r>
    </w:p>
    <w:p>
      <w:r>
        <w:rPr>
          <w:rFonts w:ascii="Gentium Plus" w:hAnsi="Gentium Plus"/>
          <w:sz w:val="24"/>
        </w:rPr>
        <w:t>Θριγκίον. περίφραγμα. Θριπηδέστατον. βεβρωμένον ὑπὸ θριπῶν καὶ σκωλήκων, ἐπειδὴ εἰς τρία διέσχισται. Θράττειν. ἐνοχλεῖν, νύσσειν, κινεῖν, δυσωπεῖ‐ σθαι, ὑφορᾶσθαι.</w:t>
      </w:r>
    </w:p>
    <w:p>
      <w:r>
        <w:rPr>
          <w:rFonts w:ascii="Courier New" w:hAnsi="Courier New"/>
          <w:color w:val="555555"/>
          <w:sz w:val="20"/>
        </w:rPr>
        <w:t>[10]</w:t>
      </w:r>
    </w:p>
    <w:p>
      <w:r>
        <w:rPr>
          <w:rFonts w:ascii="Gentium Plus" w:hAnsi="Gentium Plus"/>
          <w:sz w:val="24"/>
        </w:rPr>
        <w:t>Θρανεύεται. ἐκταθήσεται. Ἀριστοφάνης· ἡ βύρσά σου θρανεύσεται. Θρέξας. πηδήσας, δραμών. καὶ θρέξασκον ἀντὶ τοῦ ἔτρεχον καὶ ἐχόρευον. Θρέψας. σημαίνει δύο· τὸ πήξας, ὡς τό·</w:t>
      </w:r>
    </w:p>
    <w:p>
      <w:r>
        <w:rPr>
          <w:rFonts w:ascii="Courier New" w:hAnsi="Courier New"/>
          <w:color w:val="555555"/>
          <w:sz w:val="20"/>
        </w:rPr>
        <w:t>[15]</w:t>
      </w:r>
    </w:p>
    <w:p>
      <w:r>
        <w:rPr>
          <w:rFonts w:ascii="Gentium Plus" w:hAnsi="Gentium Plus"/>
          <w:sz w:val="24"/>
        </w:rPr>
        <w:t>ἥμισυ μὲν θρέψας γλευκοῖο γάλακτος. καὶ τὸ σύνηθες.</w:t>
      </w:r>
    </w:p>
    <w:p>
      <w:r>
        <w:rPr>
          <w:rFonts w:ascii="Courier New" w:hAnsi="Courier New"/>
          <w:color w:val="555555"/>
          <w:sz w:val="20"/>
        </w:rPr>
        <w:t>[theta 1056]</w:t>
      </w:r>
    </w:p>
    <w:p>
      <w:r>
        <w:rPr>
          <w:rFonts w:ascii="Gentium Plus" w:hAnsi="Gentium Plus"/>
          <w:sz w:val="24"/>
        </w:rPr>
        <w:t>Θριαμβεύσας. δημοσιεύσας. Θριάζειν. τὸ φυλλολογεῖν. θρία γὰρ τὰ φύλλα τῆς συκῆς. Θροηθέντες. θορυβηθέντες.</w:t>
      </w:r>
    </w:p>
    <w:p>
      <w:r>
        <w:rPr>
          <w:rFonts w:ascii="Courier New" w:hAnsi="Courier New"/>
          <w:color w:val="555555"/>
          <w:sz w:val="20"/>
        </w:rPr>
        <w:t>[5]</w:t>
      </w:r>
    </w:p>
    <w:p>
      <w:r>
        <w:rPr>
          <w:rFonts w:ascii="Gentium Plus" w:hAnsi="Gentium Plus"/>
          <w:sz w:val="24"/>
        </w:rPr>
        <w:t>Θροεῖσθαι. ταραχίζεσθαι. Θρύπτεται. χαυνοῦται, μαλακίζεται. Θρυλλίζω. ψιθυρίζω. †τὸ συστρέφω.† [πα‐ ρὰ τὸ θραύω, θραυλίζω. κάλλιον δὲ ἀπὸ τοῦ θρύλλω.]</w:t>
      </w:r>
    </w:p>
    <w:p>
      <w:r>
        <w:rPr>
          <w:rFonts w:ascii="Courier New" w:hAnsi="Courier New"/>
          <w:color w:val="555555"/>
          <w:sz w:val="20"/>
        </w:rPr>
        <w:t>[10]</w:t>
      </w:r>
    </w:p>
    <w:p>
      <w:r>
        <w:rPr>
          <w:rFonts w:ascii="Gentium Plus" w:hAnsi="Gentium Plus"/>
          <w:sz w:val="24"/>
        </w:rPr>
        <w:t>Θρῴσκω. τὸ πηδῶ. [ὁ μὲν Δίδυμος χωρὶς τοῦ ι, λέγων αὐτὸ, ὡς ἀπὸ τοῦ μεθύω, μεθύσω, μεθύσκω, οὕτως καὶ ἀπὸ τοῦ θωρῶ, θωρίζω, θωρισμὸς, καὶ καθ’ ὑπερβιβασμὸν τοῦ ο εἰς τὸ ω θρωϊσμὸς, καὶ κατὰ συναίρεσιν τοῦ ο καὶ ι</w:t>
      </w:r>
    </w:p>
    <w:p>
      <w:r>
        <w:rPr>
          <w:rFonts w:ascii="Courier New" w:hAnsi="Courier New"/>
          <w:color w:val="555555"/>
          <w:sz w:val="20"/>
        </w:rPr>
        <w:t>[15]</w:t>
      </w:r>
    </w:p>
    <w:p>
      <w:r>
        <w:rPr>
          <w:rFonts w:ascii="Gentium Plus" w:hAnsi="Gentium Plus"/>
          <w:sz w:val="24"/>
        </w:rPr>
        <w:t>θρῳσμός. σημαίνει δὲ τὸν ὑψηλὸν τόπον. καὶ</w:t>
      </w:r>
    </w:p>
    <w:p>
      <w:r>
        <w:rPr>
          <w:rFonts w:ascii="Courier New" w:hAnsi="Courier New"/>
          <w:color w:val="555555"/>
          <w:sz w:val="20"/>
        </w:rPr>
        <w:t>[theta 1057]</w:t>
      </w:r>
    </w:p>
    <w:p>
      <w:r>
        <w:rPr>
          <w:rFonts w:ascii="Gentium Plus" w:hAnsi="Gentium Plus"/>
          <w:sz w:val="24"/>
        </w:rPr>
        <w:t>Θριαμβεύοντι. φανεροῦντι. κατάδηλον ποιοῦντι. καὶ ὁ Ἀπόστολος· τῷ δὲ θεῷ χάρις τῷ πάν‐ τοτε θριαμβεύοντι ἡμᾶς ἐν τῷ Χριστῷ. Θρασέως. τολμηρῶς.</w:t>
      </w:r>
    </w:p>
    <w:p>
      <w:r>
        <w:rPr>
          <w:rFonts w:ascii="Courier New" w:hAnsi="Courier New"/>
          <w:color w:val="555555"/>
          <w:sz w:val="20"/>
        </w:rPr>
        <w:t>[5]</w:t>
      </w:r>
    </w:p>
    <w:p>
      <w:r>
        <w:rPr>
          <w:rFonts w:ascii="Gentium Plus" w:hAnsi="Gentium Plus"/>
          <w:sz w:val="24"/>
        </w:rPr>
        <w:t>Θρεττανελώ. ἦχος κιθάρας. Θρέττε. ἀντὶ τοῦ θαῤῥαλέον καὶ ἀνδρεῖον καὶ θρασύ. Θρῄκηθεν. ἀπὸ Θρᾴκης. Θρῄκηθεν ἄκτον.</w:t>
      </w:r>
    </w:p>
    <w:p>
      <w:r>
        <w:rPr>
          <w:rFonts w:ascii="Courier New" w:hAnsi="Courier New"/>
          <w:color w:val="555555"/>
          <w:sz w:val="20"/>
        </w:rPr>
        <w:t>[10]</w:t>
      </w:r>
    </w:p>
    <w:p>
      <w:r>
        <w:rPr>
          <w:rFonts w:ascii="Gentium Plus" w:hAnsi="Gentium Plus"/>
          <w:sz w:val="24"/>
        </w:rPr>
        <w:t>Θρυπτικῶς. βλακικῶς. χαύνως. μαλακῶς.</w:t>
      </w:r>
    </w:p>
    <w:p>
      <w:pPr>
        <w:jc w:val="center"/>
      </w:pPr>
      <w:r>
        <w:rPr>
          <w:rFonts w:ascii="Gentium Plus" w:hAnsi="Gentium Plus"/>
          <w:b/>
          <w:sz w:val="24"/>
        </w:rPr>
        <w:t>Τὸ Θ μετὰ τοῦ Υ.</w:t>
      </w:r>
    </w:p>
    <w:p>
      <w:pPr>
        <w:jc w:val="center"/>
      </w:pPr>
      <w:r>
        <w:rPr>
          <w:rFonts w:ascii="Gentium Plus" w:hAnsi="Gentium Plus"/>
          <w:b/>
          <w:sz w:val="24"/>
        </w:rPr>
        <w:t>(Ἀρσενικόν.)</w:t>
      </w:r>
    </w:p>
    <w:p>
      <w:r>
        <w:rPr>
          <w:rFonts w:ascii="Courier New" w:hAnsi="Courier New"/>
          <w:color w:val="555555"/>
          <w:sz w:val="20"/>
        </w:rPr>
        <w:t>[13]</w:t>
      </w:r>
    </w:p>
    <w:p>
      <w:r>
        <w:rPr>
          <w:rFonts w:ascii="Gentium Plus" w:hAnsi="Gentium Plus"/>
          <w:sz w:val="24"/>
        </w:rPr>
        <w:t>Θυάδες. ὁρμητικοί. Θυγατριδοῦς. ὁ υἱὸς τῆς θυγατρός.</w:t>
      </w:r>
    </w:p>
    <w:p>
      <w:r>
        <w:rPr>
          <w:rFonts w:ascii="Courier New" w:hAnsi="Courier New"/>
          <w:color w:val="555555"/>
          <w:sz w:val="20"/>
        </w:rPr>
        <w:t>[15]</w:t>
      </w:r>
    </w:p>
    <w:p>
      <w:r>
        <w:rPr>
          <w:rFonts w:ascii="Gentium Plus" w:hAnsi="Gentium Plus"/>
          <w:sz w:val="24"/>
        </w:rPr>
        <w:t>Θυηπόλος. ὁ ἱερεύς. ὁ περὶ τὰς θυσίας πολῶν καὶ ἀναστρεφόμενος. Θύλακος. ἡ ἀρτοθήκη. Ἀριστοφάνης·</w:t>
      </w:r>
    </w:p>
    <w:p>
      <w:r>
        <w:rPr>
          <w:rFonts w:ascii="Courier New" w:hAnsi="Courier New"/>
          <w:color w:val="555555"/>
          <w:sz w:val="20"/>
        </w:rPr>
        <w:t>[theta 1058]</w:t>
      </w:r>
    </w:p>
    <w:p>
      <w:r>
        <w:rPr>
          <w:rFonts w:ascii="Gentium Plus" w:hAnsi="Gentium Plus"/>
          <w:sz w:val="24"/>
        </w:rPr>
        <w:t>Θυέεσσι. θυμιάμασι θυσιῶν. ἔστι θύω, θυόεις θυόεντος θυόεσι, καὶ τροπῇ θυέεσσιν. [ἔρχεο σὺν θυέεσσιν.] Θυμολέων. ὁ τὴν ψυχὴν θυμώδης.</w:t>
      </w:r>
    </w:p>
    <w:p>
      <w:r>
        <w:rPr>
          <w:rFonts w:ascii="Courier New" w:hAnsi="Courier New"/>
          <w:color w:val="555555"/>
          <w:sz w:val="20"/>
        </w:rPr>
        <w:t>[5]</w:t>
      </w:r>
    </w:p>
    <w:p>
      <w:r>
        <w:rPr>
          <w:rFonts w:ascii="Gentium Plus" w:hAnsi="Gentium Plus"/>
          <w:sz w:val="24"/>
        </w:rPr>
        <w:t>Θυμήρης. ἡδὺς, ἀρέσκων. Θυμόσοφος. εὐμαθὴς, εὐφυής. Θυμελικοί. οἱ ἐν ὑποκρίσει τὴν τέχνην ἐπιδει‐ κνύμενοι. Θυμβροφάγος. ὁ δριμέα ἐσθίων καὶ πικρά.</w:t>
      </w:r>
    </w:p>
    <w:p>
      <w:r>
        <w:rPr>
          <w:rFonts w:ascii="Courier New" w:hAnsi="Courier New"/>
          <w:color w:val="555555"/>
          <w:sz w:val="20"/>
        </w:rPr>
        <w:t>[10]</w:t>
      </w:r>
    </w:p>
    <w:p>
      <w:r>
        <w:rPr>
          <w:rFonts w:ascii="Gentium Plus" w:hAnsi="Gentium Plus"/>
          <w:sz w:val="24"/>
        </w:rPr>
        <w:t>τοιοῦτον γὰρ τὸ θύμβρον λάχανον. Θυμός. ζέσις τοῦ καρδίου αἵματος. καὶ ὄρεξις ἀντιλυπήσεως. γίνεται δὲ ἐξ ἀναθυμιάσεως τῆς χολῆς ἢ ἀναθολώσεως· διὸ καὶ χολὴ καὶ χολὸς λέγεται. ἔστι δὲ καὶ ὁ θυμὸς ὄρεξις ἀντιτιμω‐</w:t>
      </w:r>
    </w:p>
    <w:p>
      <w:r>
        <w:rPr>
          <w:rFonts w:ascii="Courier New" w:hAnsi="Courier New"/>
          <w:color w:val="555555"/>
          <w:sz w:val="20"/>
        </w:rPr>
        <w:t>[15]</w:t>
      </w:r>
    </w:p>
    <w:p>
      <w:r>
        <w:rPr>
          <w:rFonts w:ascii="Gentium Plus" w:hAnsi="Gentium Plus"/>
          <w:sz w:val="24"/>
        </w:rPr>
        <w:t>ρήσεως. ἀδικούμενοι γὰρ νομίζοντες ἀδικεῖσθαι θυμούμεθα, καὶ γίνεται τότε μικτὸν τὸ πά‐ θος ἐξ ἐπιθυμίας καὶ θυμοῦ. τοῦ δὲ θυμοῦ εἴδη τρία· ὀργὴ, μῆνις, κότος. θυμὸς μὲν γὰρ ἀρχὴν καὶ κίνησιν ἔχων ὀργὴ καὶ χολὴ καὶ</w:t>
      </w:r>
    </w:p>
    <w:p>
      <w:r>
        <w:rPr>
          <w:rFonts w:ascii="Courier New" w:hAnsi="Courier New"/>
          <w:color w:val="555555"/>
          <w:sz w:val="20"/>
        </w:rPr>
        <w:t>[20]</w:t>
      </w:r>
    </w:p>
    <w:p>
      <w:r>
        <w:rPr>
          <w:rFonts w:ascii="Gentium Plus" w:hAnsi="Gentium Plus"/>
          <w:sz w:val="24"/>
        </w:rPr>
        <w:t>χολὸς λέγεται· μῆνις δὲ χολὴ ἐπιμένουσα ἤγουν</w:t>
      </w:r>
    </w:p>
    <w:p>
      <w:r>
        <w:rPr>
          <w:rFonts w:ascii="Courier New" w:hAnsi="Courier New"/>
          <w:color w:val="555555"/>
          <w:sz w:val="20"/>
        </w:rPr>
        <w:t>[theta 1059]</w:t>
      </w:r>
    </w:p>
    <w:p>
      <w:r>
        <w:rPr>
          <w:rFonts w:ascii="Gentium Plus" w:hAnsi="Gentium Plus"/>
          <w:sz w:val="24"/>
        </w:rPr>
        <w:t>μνησικακία· εἴρηται δὲ παρὰ τὸ μένειν καὶ τῇ μνήμῃ παραδίδοσθαι· κότος δὲ ὀργὴ ἐπιτηροῦσα καιρὸν εἰς τιμωρίαν· εἴρηται δὲ παρὰ τὸ κεῖ‐ σθαι.</w:t>
      </w:r>
    </w:p>
    <w:p>
      <w:r>
        <w:rPr>
          <w:rFonts w:ascii="Courier New" w:hAnsi="Courier New"/>
          <w:color w:val="555555"/>
          <w:sz w:val="20"/>
        </w:rPr>
        <w:t>[5]</w:t>
      </w:r>
    </w:p>
    <w:p>
      <w:r>
        <w:rPr>
          <w:rFonts w:ascii="Gentium Plus" w:hAnsi="Gentium Plus"/>
          <w:sz w:val="24"/>
        </w:rPr>
        <w:t>Θυμός. ὀργὴ τοῦ κακῶσαι τὸν παροξύναντα. ἢ ἔξαψις καὶ ἀναθυμίασις ὀξεῖα τοῦ πάθους. ἢ ὁρμὴ ἐπιθυμίας ἡμέρου ψυχῆς, κατ’ ἐξοχὴν ἀμύνης. Θυμοῦ φύσις ἐστὶ, τὸ τοῖς δαίμοσι μάχεσθαι,</w:t>
      </w:r>
    </w:p>
    <w:p>
      <w:r>
        <w:rPr>
          <w:rFonts w:ascii="Courier New" w:hAnsi="Courier New"/>
          <w:color w:val="555555"/>
          <w:sz w:val="20"/>
        </w:rPr>
        <w:t>[10]</w:t>
      </w:r>
    </w:p>
    <w:p>
      <w:r>
        <w:rPr>
          <w:rFonts w:ascii="Gentium Plus" w:hAnsi="Gentium Plus"/>
          <w:sz w:val="24"/>
        </w:rPr>
        <w:t>καὶ ὑπὲρ ἡστινοσοῦν ἡδονῆς ἀγωνίζεσθαι. Θυμὸς εἴρηται οἱονεὶ θύεμος τὶς ὢν, ἀπὸ τοῦ θύειν, ὅ ἐστιν ὁρμᾷν. σημαίνει δὲ πέντε· τὴν ὀρ‐ γὴν, οἷον· θυμὸς δὲ μέγας ἐστὶ διοτρεφέων—</w:t>
      </w:r>
    </w:p>
    <w:p>
      <w:r>
        <w:rPr>
          <w:rFonts w:ascii="Courier New" w:hAnsi="Courier New"/>
          <w:color w:val="555555"/>
          <w:sz w:val="20"/>
        </w:rPr>
        <w:t>[15]</w:t>
      </w:r>
    </w:p>
    <w:p>
      <w:r>
        <w:rPr>
          <w:rFonts w:ascii="Gentium Plus" w:hAnsi="Gentium Plus"/>
          <w:sz w:val="24"/>
        </w:rPr>
        <w:t>τὴν ψυχὴν, ὡς τό· μελιηδέα θυμόν. τὴν ἐπιθυμίαν, ὡς τό· εἴξας ᾧ θυμῷ— τὸν λογισμόν·</w:t>
      </w:r>
    </w:p>
    <w:p>
      <w:r>
        <w:rPr>
          <w:rFonts w:ascii="Courier New" w:hAnsi="Courier New"/>
          <w:color w:val="555555"/>
          <w:sz w:val="20"/>
        </w:rPr>
        <w:t>[20]</w:t>
      </w:r>
    </w:p>
    <w:p>
      <w:r>
        <w:rPr>
          <w:rFonts w:ascii="Gentium Plus" w:hAnsi="Gentium Plus"/>
          <w:sz w:val="24"/>
        </w:rPr>
        <w:t>—ἕτερος δέ με θυμὸς ἀνῆκε. τὴν ὁμόνοιαν, ὡς τό·</w:t>
      </w:r>
    </w:p>
    <w:p>
      <w:r>
        <w:rPr>
          <w:rFonts w:ascii="Courier New" w:hAnsi="Courier New"/>
          <w:color w:val="555555"/>
          <w:sz w:val="20"/>
        </w:rPr>
        <w:t>[theta 1060]</w:t>
      </w:r>
    </w:p>
    <w:p>
      <w:r>
        <w:rPr>
          <w:rFonts w:ascii="Gentium Plus" w:hAnsi="Gentium Plus"/>
          <w:sz w:val="24"/>
        </w:rPr>
        <w:t>Θύμος. βοτάνη εὐτελής. Θυοσκόος. ὁ μάντις, ὁ ἱερεὺς, ὁ μεριστὴς, ὁ ἀπὸ τῶν θυομένων κοῶν, ὅ ἐστι νοῶν, τὸ μέλλον. Θυοσκόπος. ὁ διὰ τῶν θυμάτων μαντευόμενος.</w:t>
      </w:r>
    </w:p>
    <w:p>
      <w:r>
        <w:rPr>
          <w:rFonts w:ascii="Courier New" w:hAnsi="Courier New"/>
          <w:color w:val="555555"/>
          <w:sz w:val="20"/>
        </w:rPr>
        <w:t>[5]</w:t>
      </w:r>
    </w:p>
    <w:p>
      <w:r>
        <w:rPr>
          <w:rFonts w:ascii="Gentium Plus" w:hAnsi="Gentium Plus"/>
          <w:sz w:val="24"/>
        </w:rPr>
        <w:t>Θυόεις. ὁ τεθυμιασμένος οἶκος. Θυρεός. ἀσπὶς, σκουτάριον. Θυραῖος. ὁ ἔξωθεν τῆς θύρας. Θύρσος. κύριον. καὶ ἡ Βάκχη. καὶ ἡ ῥάβδος ἢ κλάδος ἐλαίας. τοῦ Χρυσοστόμου· οὐ θύρσον</w:t>
      </w:r>
    </w:p>
    <w:p>
      <w:r>
        <w:rPr>
          <w:rFonts w:ascii="Courier New" w:hAnsi="Courier New"/>
          <w:color w:val="555555"/>
          <w:sz w:val="20"/>
        </w:rPr>
        <w:t>[10]</w:t>
      </w:r>
    </w:p>
    <w:p>
      <w:r>
        <w:rPr>
          <w:rFonts w:ascii="Gentium Plus" w:hAnsi="Gentium Plus"/>
          <w:sz w:val="24"/>
        </w:rPr>
        <w:t>φέρων, οὐ δᾷδα κατέχων. Θύσανοι. οἱ κροσσοί. [παρὰ τὸ θύω, τὸ ὁρμῶ, ὁ μέλλων θύσω, καὶ ἐξ αὐτοῦ θύσανος καὶ θυ‐ σανόεις.] Θυσανωτός. χιτὼν ὁ κροσσωτός.</w:t>
      </w:r>
    </w:p>
    <w:p>
      <w:r>
        <w:rPr>
          <w:rFonts w:ascii="Courier New" w:hAnsi="Courier New"/>
          <w:color w:val="555555"/>
          <w:sz w:val="20"/>
        </w:rPr>
        <w:t>[15]</w:t>
      </w:r>
    </w:p>
    <w:p>
      <w:r>
        <w:rPr>
          <w:rFonts w:ascii="Gentium Plus" w:hAnsi="Gentium Plus"/>
          <w:sz w:val="24"/>
        </w:rPr>
        <w:t>Θυώδης. ἀπὸ τοῦ θύω, τὸ θυμῶ. σημαίνει δὲ ὁ τεθυμιασμένος οἶκος. Θυωρίτης. ὁ τραπεζοφύλαξ.</w:t>
      </w:r>
    </w:p>
    <w:p>
      <w:pPr>
        <w:jc w:val="center"/>
      </w:pPr>
      <w:r>
        <w:rPr>
          <w:rFonts w:ascii="Gentium Plus" w:hAnsi="Gentium Plus"/>
          <w:b/>
          <w:sz w:val="24"/>
        </w:rPr>
        <w:t>(Θηλυκόν.)</w:t>
      </w:r>
    </w:p>
    <w:p>
      <w:r>
        <w:rPr>
          <w:rFonts w:ascii="Courier New" w:hAnsi="Courier New"/>
          <w:color w:val="555555"/>
          <w:sz w:val="20"/>
        </w:rPr>
        <w:t>[19]</w:t>
      </w:r>
    </w:p>
    <w:p>
      <w:r>
        <w:rPr>
          <w:rFonts w:ascii="Gentium Plus" w:hAnsi="Gentium Plus"/>
          <w:sz w:val="24"/>
        </w:rPr>
        <w:t>Θυωρός. κυρίως ἡ τράπεζα. παρὰ τὸ τὰ θύη</w:t>
      </w:r>
    </w:p>
    <w:p>
      <w:r>
        <w:rPr>
          <w:rFonts w:ascii="Courier New" w:hAnsi="Courier New"/>
          <w:color w:val="555555"/>
          <w:sz w:val="20"/>
        </w:rPr>
        <w:t>[20]</w:t>
      </w:r>
    </w:p>
    <w:p>
      <w:r>
        <w:rPr>
          <w:rFonts w:ascii="Gentium Plus" w:hAnsi="Gentium Plus"/>
          <w:sz w:val="24"/>
        </w:rPr>
        <w:t>θεῶν δέχεσθαι. †Θυέστης. οὗ τὰς νʹ θυγατέρας καὶ τὰς αἰχμα‐</w:t>
      </w:r>
    </w:p>
    <w:p>
      <w:r>
        <w:rPr>
          <w:rFonts w:ascii="Courier New" w:hAnsi="Courier New"/>
          <w:color w:val="555555"/>
          <w:sz w:val="20"/>
        </w:rPr>
        <w:t>[theta 1061]</w:t>
      </w:r>
    </w:p>
    <w:p>
      <w:r>
        <w:rPr>
          <w:rFonts w:ascii="Gentium Plus" w:hAnsi="Gentium Plus"/>
          <w:sz w:val="24"/>
        </w:rPr>
        <w:t>†Θυννεία. ἡ τῶν θύννων ἄγρα.† †Θυάς. ἡ Βάκχη.† †Θυηλή. ἡ διὰ θυμάτων μαντεία.† Θυγάτηρ. παρὰ τὸ θύειν καὶ ὁρμᾷν κατὰ γα‐</w:t>
      </w:r>
    </w:p>
    <w:p>
      <w:r>
        <w:rPr>
          <w:rFonts w:ascii="Courier New" w:hAnsi="Courier New"/>
          <w:color w:val="555555"/>
          <w:sz w:val="20"/>
        </w:rPr>
        <w:t>[5]</w:t>
      </w:r>
    </w:p>
    <w:p>
      <w:r>
        <w:rPr>
          <w:rFonts w:ascii="Gentium Plus" w:hAnsi="Gentium Plus"/>
          <w:sz w:val="24"/>
        </w:rPr>
        <w:t>στρός. λέγουσι γὰρ κινεῖσθαι ταχέως τὰ θή‐ λεα ἐν τῇ γαστρὶ ὄντα. †Θύμεται. ἥδεται.† Θυγατριδή. ἡ ἐγγόνη, ὅ ἐστι τῆς θυγατρὸς θυ‐ γάτηρ.</w:t>
      </w:r>
    </w:p>
    <w:p>
      <w:r>
        <w:rPr>
          <w:rFonts w:ascii="Courier New" w:hAnsi="Courier New"/>
          <w:color w:val="555555"/>
          <w:sz w:val="20"/>
        </w:rPr>
        <w:t>[10]</w:t>
      </w:r>
    </w:p>
    <w:p>
      <w:r>
        <w:rPr>
          <w:rFonts w:ascii="Gentium Plus" w:hAnsi="Gentium Plus"/>
          <w:sz w:val="24"/>
        </w:rPr>
        <w:t>Θυάτειρα. ὄνομα τόπου. καὶ Θυατειρηνός. Θύελλα. ἀνέμου συστροφή. [παρὰ τὸ θύω, τὸ ὁρμῶ, ἀφ’ οὗ καὶ θύνω, παράγωγον γίνεται θύελλα, ὡς ἀπὸ τοῦ ἄω, τὸ πνέω, ἄελλα.] Θυείαν. ἴγδην.</w:t>
      </w:r>
    </w:p>
    <w:p>
      <w:r>
        <w:rPr>
          <w:rFonts w:ascii="Courier New" w:hAnsi="Courier New"/>
          <w:color w:val="555555"/>
          <w:sz w:val="20"/>
        </w:rPr>
        <w:t>[15]</w:t>
      </w:r>
    </w:p>
    <w:p>
      <w:r>
        <w:rPr>
          <w:rFonts w:ascii="Gentium Plus" w:hAnsi="Gentium Plus"/>
          <w:sz w:val="24"/>
        </w:rPr>
        <w:t>σὺν δὲ θυείαν εὔπετρον, καὶ τὰν κρειοδόχον σκαφίδα. Ἀριστοφάνης· —θυΐειαν ἑσπέρας ὑπερφυᾶ τὸ μέγεθος εἰσηνέγκατο·</w:t>
      </w:r>
    </w:p>
    <w:p>
      <w:r>
        <w:rPr>
          <w:rFonts w:ascii="Courier New" w:hAnsi="Courier New"/>
          <w:color w:val="555555"/>
          <w:sz w:val="20"/>
        </w:rPr>
        <w:t>[20]</w:t>
      </w:r>
    </w:p>
    <w:p>
      <w:r>
        <w:rPr>
          <w:rFonts w:ascii="Gentium Plus" w:hAnsi="Gentium Plus"/>
          <w:sz w:val="24"/>
        </w:rPr>
        <w:t>καὶ τρίβειν ἐν αὐτῇ τὰς πόλεις βούλεται.</w:t>
      </w:r>
    </w:p>
    <w:p>
      <w:r>
        <w:rPr>
          <w:rFonts w:ascii="Courier New" w:hAnsi="Courier New"/>
          <w:color w:val="555555"/>
          <w:sz w:val="20"/>
        </w:rPr>
        <w:t>[theta 1062]</w:t>
      </w:r>
    </w:p>
    <w:p>
      <w:r>
        <w:rPr>
          <w:rFonts w:ascii="Gentium Plus" w:hAnsi="Gentium Plus"/>
          <w:sz w:val="24"/>
        </w:rPr>
        <w:t>ἔστι δὲ ἀγγεῖον, εἰς ὃ ἐμβάλλοντες ἀρτύματα τρίβομεν καὶ λειοῦμεν. Θυηλαί. αἱ ἀπαρχαί. αἱ θυσίαι. κυρίως δὲ οἱ θύλακοι, εἰς οὓς τὰ θυμιάματα ἐμβάλλεται.</w:t>
      </w:r>
    </w:p>
    <w:p>
      <w:r>
        <w:rPr>
          <w:rFonts w:ascii="Courier New" w:hAnsi="Courier New"/>
          <w:color w:val="555555"/>
          <w:sz w:val="20"/>
        </w:rPr>
        <w:t>[5]</w:t>
      </w:r>
    </w:p>
    <w:p>
      <w:r>
        <w:rPr>
          <w:rFonts w:ascii="Gentium Plus" w:hAnsi="Gentium Plus"/>
          <w:sz w:val="24"/>
        </w:rPr>
        <w:t>Θυμηδία. τέρψις, χαρά. Θυμαρέα. τὴν ψυχὴν ἀρέσκουσαν. καὶ θυμά‐ ρεια, ἡ ἀρέσκουσα. Θυμοβαρής. τὴν ψυχὴν ἀλγυνομένη. Θύμβρα. τόπος τῆς Ἰλίου ἀπὸ Θύμβρης τινός.</w:t>
      </w:r>
    </w:p>
    <w:p>
      <w:r>
        <w:rPr>
          <w:rFonts w:ascii="Courier New" w:hAnsi="Courier New"/>
          <w:color w:val="555555"/>
          <w:sz w:val="20"/>
        </w:rPr>
        <w:t>[10]</w:t>
      </w:r>
    </w:p>
    <w:p>
      <w:r>
        <w:rPr>
          <w:rFonts w:ascii="Gentium Plus" w:hAnsi="Gentium Plus"/>
          <w:sz w:val="24"/>
        </w:rPr>
        <w:t>ἢ Θύμβρις ὄνομα τόπου καὶ πεδίον τί. Θυμέλη. ἡ τοῦ θεάτρου. μέχρι νῦν ἀπὸ τῆς τραπέζης ὠνόμασται, διὰ τὸ ἐπ’ αὐτῆς τὰ θύη μερίζεσθαι, τουτέστι τὰ θυόμενα ἱερεῖα. τρά‐ πεζα ἦν, [ἐφ’ ἧς] ἑστῶτες ἐν τοῖς ἀγροῖς ᾖδον,</w:t>
      </w:r>
    </w:p>
    <w:p>
      <w:r>
        <w:rPr>
          <w:rFonts w:ascii="Courier New" w:hAnsi="Courier New"/>
          <w:color w:val="555555"/>
          <w:sz w:val="20"/>
        </w:rPr>
        <w:t>[15]</w:t>
      </w:r>
    </w:p>
    <w:p>
      <w:r>
        <w:rPr>
          <w:rFonts w:ascii="Gentium Plus" w:hAnsi="Gentium Plus"/>
          <w:sz w:val="24"/>
        </w:rPr>
        <w:t>μήπω τάξιν λαβούσης τραγῳδίας. Θύραι οὐρανοῦ. ἡ ἄνωθεν χορηγία. Δαβίδ· καὶ θύρας οὐρανοῦ ἀνέῳξε. μεταφορικῶς ἀπὸ τῶν ταμιείων. Θυσανόεσσα. ἡ κροσσωτοὺς ἔχουσα, θυσανόεσ‐</w:t>
      </w:r>
    </w:p>
    <w:p>
      <w:r>
        <w:rPr>
          <w:rFonts w:ascii="Courier New" w:hAnsi="Courier New"/>
          <w:color w:val="555555"/>
          <w:sz w:val="20"/>
        </w:rPr>
        <w:t>[20]</w:t>
      </w:r>
    </w:p>
    <w:p>
      <w:r>
        <w:rPr>
          <w:rFonts w:ascii="Gentium Plus" w:hAnsi="Gentium Plus"/>
          <w:sz w:val="24"/>
        </w:rPr>
        <w:t>σα ἐσθής.</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Θυΐδιον. ἡ ἴγδη. Θύϊνα. ἐπὶ Ζήνωνος βασιλέως εὑρήθη ἐν Κύπρῳ τὸ λείψανον Βαρνάβα τοῦ Ἀποστόλου· ἔκειτο</w:t>
      </w:r>
    </w:p>
    <w:p>
      <w:r>
        <w:rPr>
          <w:rFonts w:ascii="Courier New" w:hAnsi="Courier New"/>
          <w:color w:val="555555"/>
          <w:sz w:val="20"/>
        </w:rPr>
        <w:t>[5]</w:t>
      </w:r>
    </w:p>
    <w:p>
      <w:r>
        <w:rPr>
          <w:rFonts w:ascii="Gentium Plus" w:hAnsi="Gentium Plus"/>
          <w:sz w:val="24"/>
        </w:rPr>
        <w:t>δὲ ἐπὶ τὸ στῆθος αὐτοῦ τὸ κατὰ Ματθαῖον ἅγιον εὐαγγέλιον ἔχον πτυχία θύϊνα. Θυλήματα. πέμματα, ἀπαρχὰς, ἄλφιτα, ἃ ἔμιγον οἴνῳ καὶ ἐλαίῳ εἰς θυσίαν ἀναφέροντες. Θυμοφθόρα. τὰ τὴν ψυχὴν φθείροντα.</w:t>
      </w:r>
    </w:p>
    <w:p>
      <w:r>
        <w:rPr>
          <w:rFonts w:ascii="Courier New" w:hAnsi="Courier New"/>
          <w:color w:val="555555"/>
          <w:sz w:val="20"/>
        </w:rPr>
        <w:t>[10]</w:t>
      </w:r>
    </w:p>
    <w:p>
      <w:r>
        <w:rPr>
          <w:rFonts w:ascii="Gentium Plus" w:hAnsi="Gentium Plus"/>
          <w:sz w:val="24"/>
        </w:rPr>
        <w:t>Θυμαλγέα. τὰ τὴν ψυχὴν λυποῦντα. Θύμβρον. λάχανον, ὅπερ ἐστὶ δριμὺ καὶ πι‐ κρόν. Θυμῆρες. καταθύμιον. καὶ θυμηρέστερον τὸ ἡδύτερον.</w:t>
      </w:r>
    </w:p>
    <w:p>
      <w:r>
        <w:rPr>
          <w:rFonts w:ascii="Courier New" w:hAnsi="Courier New"/>
          <w:color w:val="555555"/>
          <w:sz w:val="20"/>
        </w:rPr>
        <w:t>[15]</w:t>
      </w:r>
    </w:p>
    <w:p>
      <w:r>
        <w:rPr>
          <w:rFonts w:ascii="Gentium Plus" w:hAnsi="Gentium Plus"/>
          <w:sz w:val="24"/>
        </w:rPr>
        <w:t>Θυμάτιον. τὸ μικρὸν θῦμα καὶ εὐτελές. Θυμικόν. ὀργίλον. Θυρηβόλιον. ἡ ἔπαυλις. θυρημόλιον τὶ ὄν.</w:t>
      </w:r>
    </w:p>
    <w:p>
      <w:r>
        <w:rPr>
          <w:rFonts w:ascii="Courier New" w:hAnsi="Courier New"/>
          <w:color w:val="555555"/>
          <w:sz w:val="20"/>
        </w:rPr>
        <w:t>[theta 1064]</w:t>
      </w:r>
    </w:p>
    <w:p>
      <w:r>
        <w:rPr>
          <w:rFonts w:ascii="Gentium Plus" w:hAnsi="Gentium Plus"/>
          <w:sz w:val="24"/>
        </w:rPr>
        <w:t>Θύσθλα. τὰ κλαδία. Θυστήριον. τὸ ὁρμητήριον. Θύστιον. πόλις τῆς Αἰτωλίας. τινὲς Θύτιον ἄνευ τοῦ ς.</w:t>
      </w:r>
    </w:p>
    <w:p>
      <w:r>
        <w:rPr>
          <w:rFonts w:ascii="Courier New" w:hAnsi="Courier New"/>
          <w:color w:val="555555"/>
          <w:sz w:val="20"/>
        </w:rPr>
        <w:t>[5]</w:t>
      </w:r>
    </w:p>
    <w:p>
      <w:r>
        <w:rPr>
          <w:rFonts w:ascii="Gentium Plus" w:hAnsi="Gentium Plus"/>
          <w:sz w:val="24"/>
        </w:rPr>
        <w:t>Θυοδόκα. τὰ δεχόμενα τὰ θυμιάματα. καὶ θυοδόκα σκεύη ἐπέφερον. Θυηπολοῦσι. περιπολοῦσι, διὰ θυσιῶν ὑπισχνού‐ μενοι τὸν θεὸν ἐξιλάσκεσθαι. [Θυμιώμενος.]</w:t>
      </w:r>
    </w:p>
    <w:p>
      <w:r>
        <w:rPr>
          <w:rFonts w:ascii="Courier New" w:hAnsi="Courier New"/>
          <w:color w:val="555555"/>
          <w:sz w:val="20"/>
        </w:rPr>
        <w:t>[10]</w:t>
      </w:r>
    </w:p>
    <w:p>
      <w:r>
        <w:rPr>
          <w:rFonts w:ascii="Gentium Plus" w:hAnsi="Gentium Plus"/>
          <w:sz w:val="24"/>
        </w:rPr>
        <w:t>Θυόμενος. θύω τὸ ὁρμῶ. Θυροκρουστεῖν. τὸ θυροκτυπεῖν. Θύω. τὸ σφάζω καὶ ἱερουογῶ. Θυμμένον. τὸ ὑπὸ πυρὸς βεβλημένον καὶ κε‐ καυμένον. καὶ παρὰ γεωργοῖς αἱ ὑποκεκαυμέ‐</w:t>
      </w:r>
    </w:p>
    <w:p>
      <w:r>
        <w:rPr>
          <w:rFonts w:ascii="Courier New" w:hAnsi="Courier New"/>
          <w:color w:val="555555"/>
          <w:sz w:val="20"/>
        </w:rPr>
        <w:t>[15]</w:t>
      </w:r>
    </w:p>
    <w:p>
      <w:r>
        <w:rPr>
          <w:rFonts w:ascii="Gentium Plus" w:hAnsi="Gentium Plus"/>
          <w:sz w:val="24"/>
        </w:rPr>
        <w:t>ναι ἄμπελοι ὑπὸ πάχνης ἐντεθυμμέναι κα‐ λοῦνται. Θῦσαι. τὸ κακῶσαι τῷ καπνῷ τοῦ πυρὸς τὰς</w:t>
      </w:r>
    </w:p>
    <w:p>
      <w:r>
        <w:rPr>
          <w:rFonts w:ascii="Courier New" w:hAnsi="Courier New"/>
          <w:color w:val="555555"/>
          <w:sz w:val="20"/>
        </w:rPr>
        <w:t>[theta 1065]</w:t>
      </w:r>
    </w:p>
    <w:p>
      <w:r>
        <w:rPr>
          <w:rFonts w:ascii="Gentium Plus" w:hAnsi="Gentium Plus"/>
          <w:sz w:val="24"/>
        </w:rPr>
        <w:t>Θύραθεν. τοὺς ἔξω. Θύραζε. ἔξω τῆς θύρας. Θύρῃφιν. ἔξωθεν, ἔξω.</w:t>
      </w:r>
    </w:p>
    <w:p>
      <w:pPr>
        <w:jc w:val="center"/>
      </w:pPr>
      <w:r>
        <w:rPr>
          <w:rFonts w:ascii="Gentium Plus" w:hAnsi="Gentium Plus"/>
          <w:b/>
          <w:sz w:val="24"/>
        </w:rPr>
        <w:t>Τὸ Θ μετὰ τοῦ Ω.</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Θῶκος. ὁ θρόνος. παρὰ τὸ θῶ ῥῆμα, ὃ σημαί‐ νει κατὰ ἀντίφρασιν τὸ ἑδραῖον, ὁ μέλλων θώσω, γίνεται θῶκος, ἡ τοῦ θύειν ἡμᾶς ἐπέ‐ χουσα καθέδρα. τὸ δὲ θῶ γέγονε παρὰ τὸ θοῶ,</w:t>
      </w:r>
    </w:p>
    <w:p>
      <w:r>
        <w:rPr>
          <w:rFonts w:ascii="Courier New" w:hAnsi="Courier New"/>
          <w:color w:val="555555"/>
          <w:sz w:val="20"/>
        </w:rPr>
        <w:t>[10]</w:t>
      </w:r>
    </w:p>
    <w:p>
      <w:r>
        <w:rPr>
          <w:rFonts w:ascii="Gentium Plus" w:hAnsi="Gentium Plus"/>
          <w:sz w:val="24"/>
        </w:rPr>
        <w:t>ἀφ’ οὗ τὸ θοάζω. ὡς βοῶ βοάζω. καὶ νύκτα θοὴν τὴν ἑδραίους ἡμᾶς ποιοῦσαν, καὶ δαῖτα θοήν· τὸ γὰρ θοὸν δηλοῖ τὸ ἑδραῖον καὶ ἀσφαλὲς καὶ ἰσχυρόν. Θωμᾶς. κύριον. ἑρμηνεύεται δὲ δίδυμος, ἢ δι‐</w:t>
      </w:r>
    </w:p>
    <w:p>
      <w:r>
        <w:rPr>
          <w:rFonts w:ascii="Courier New" w:hAnsi="Courier New"/>
          <w:color w:val="555555"/>
          <w:sz w:val="20"/>
        </w:rPr>
        <w:t>[15]</w:t>
      </w:r>
    </w:p>
    <w:p>
      <w:r>
        <w:rPr>
          <w:rFonts w:ascii="Gentium Plus" w:hAnsi="Gentium Plus"/>
          <w:sz w:val="24"/>
        </w:rPr>
        <w:t>σταγμὸς, ἢ διστάζων τοῖς λογισμοῖς.</w:t>
      </w:r>
    </w:p>
    <w:p>
      <w:r>
        <w:rPr>
          <w:rFonts w:ascii="Courier New" w:hAnsi="Courier New"/>
          <w:color w:val="555555"/>
          <w:sz w:val="20"/>
        </w:rPr>
        <w:t>[theta 1066]</w:t>
      </w:r>
    </w:p>
    <w:p>
      <w:r>
        <w:rPr>
          <w:rFonts w:ascii="Gentium Plus" w:hAnsi="Gentium Plus"/>
          <w:sz w:val="24"/>
        </w:rPr>
        <w:t>Θωμοί. οἱ τῶν πυρῶν ἢ τῶν σπερμάτων σωροὶ, ἢ σωροὶ ξύλων. Θὼν, Θῶνος. κύριον. Θώραξ. [χιτὼν σιδηροῦς περὶ τὸ στῆθος κεί‐</w:t>
      </w:r>
    </w:p>
    <w:p>
      <w:r>
        <w:rPr>
          <w:rFonts w:ascii="Courier New" w:hAnsi="Courier New"/>
          <w:color w:val="555555"/>
          <w:sz w:val="20"/>
        </w:rPr>
        <w:t>[5]</w:t>
      </w:r>
    </w:p>
    <w:p>
      <w:r>
        <w:rPr>
          <w:rFonts w:ascii="Gentium Plus" w:hAnsi="Gentium Plus"/>
          <w:sz w:val="24"/>
        </w:rPr>
        <w:t>μενος, ἢ πύργος, ἢ] τὸ στῆθος. παρὰ τοῦ τὸ θεῖον ὠρεῖν, τουτέστι φυλάττειν τὸ διανοητι‐ κὸν, ὅ ἐστιν ἐν ἡμῖν θεῖον. ἢ παρὰ τὸ θορῶ, τὸ πηδῶ· πηδώσης γὰρ τῆς καρδίας, ἀπὸ ταύ‐ της κινοῦνται καὶ τὰ λοιπὰ μέλη. Ὅμηρος καὶ</w:t>
      </w:r>
    </w:p>
    <w:p>
      <w:r>
        <w:rPr>
          <w:rFonts w:ascii="Courier New" w:hAnsi="Courier New"/>
          <w:color w:val="555555"/>
          <w:sz w:val="20"/>
        </w:rPr>
        <w:t>[10]</w:t>
      </w:r>
    </w:p>
    <w:p>
      <w:r>
        <w:rPr>
          <w:rFonts w:ascii="Gentium Plus" w:hAnsi="Gentium Plus"/>
          <w:sz w:val="24"/>
        </w:rPr>
        <w:t>θώρηξ. Θώς. ὁ λυκοπάνθηρος. καὶ κλίνεται θωός. τα‐ χεῖς γὰρ εἰσὶ καίπερ βραχυσκελεῖς ὄντες. Θωϋκτήρ. ὑλακτικός. ὡς· ἄλλός τις κύων θωϋ‐ κτήρ.</w:t>
      </w:r>
    </w:p>
    <w:p>
      <w:r>
        <w:rPr>
          <w:rFonts w:ascii="Courier New" w:hAnsi="Courier New"/>
          <w:color w:val="555555"/>
          <w:sz w:val="20"/>
        </w:rPr>
        <w:t>[15]</w:t>
      </w:r>
    </w:p>
    <w:p>
      <w:r>
        <w:rPr>
          <w:rFonts w:ascii="Gentium Plus" w:hAnsi="Gentium Plus"/>
          <w:sz w:val="24"/>
        </w:rPr>
        <w:t>Θώψ. ὁ κόλαξ. καὶ κλίνεται θωπός. Θώμιγξ. τοῦ Ψελλοῦ· θώμιγξ σπάρτος καν‐</w:t>
      </w:r>
    </w:p>
    <w:p>
      <w:r>
        <w:rPr>
          <w:rFonts w:ascii="Courier New" w:hAnsi="Courier New"/>
          <w:color w:val="555555"/>
          <w:sz w:val="20"/>
        </w:rPr>
        <w:t>[theta 1067]</w:t>
      </w:r>
    </w:p>
    <w:p>
      <w:r>
        <w:rPr>
          <w:rFonts w:ascii="Gentium Plus" w:hAnsi="Gentium Plus"/>
          <w:sz w:val="24"/>
        </w:rPr>
        <w:t>†Θῶνος. θημών. σωρεία.† Θώραξ. παρὰ τὸ θῶ, τὸ ἀπολαύω. τὸ ἀπο‐ λαυστικὸν μέρος τοῦ σώματος. τὸ δὲ θῶ πο‐ λυσήμαντόν ἐστι.</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Θωή. ἡ ζημία. Θώμιγξ. τὸ λεπτὸν σχοινίον. Θωπεία. ἡ κολακεία.</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Θώκνειον. ὄνομα τόπου. Θωρακεῖον. τὸ τεῖχος. Θωρακίοις. προμαχῶσι. δρυφάκτοις ἢ λωρι‐ κίοις. μέχρι μέν τινος ὑποπτηχότες τοῖς θω‐ ρακίοις ἠρέμουν.</w:t>
      </w:r>
    </w:p>
    <w:p>
      <w:r>
        <w:rPr>
          <w:rFonts w:ascii="Courier New" w:hAnsi="Courier New"/>
          <w:color w:val="555555"/>
          <w:sz w:val="20"/>
        </w:rPr>
        <w:t>[15]</w:t>
      </w:r>
    </w:p>
    <w:p>
      <w:r>
        <w:rPr>
          <w:rFonts w:ascii="Gentium Plus" w:hAnsi="Gentium Plus"/>
          <w:sz w:val="24"/>
        </w:rPr>
        <w:t>Θῶ. τὸ ἀπολαύω. ἐξ οὗ καὶ θώραξ, τὸ ἀπολαυ‐</w:t>
      </w:r>
    </w:p>
    <w:p>
      <w:r>
        <w:rPr>
          <w:rFonts w:ascii="Courier New" w:hAnsi="Courier New"/>
          <w:color w:val="555555"/>
          <w:sz w:val="20"/>
        </w:rPr>
        <w:t>[theta 1068]</w:t>
      </w:r>
    </w:p>
    <w:p>
      <w:r>
        <w:rPr>
          <w:rFonts w:ascii="Gentium Plus" w:hAnsi="Gentium Plus"/>
          <w:sz w:val="24"/>
        </w:rPr>
        <w:t>στικὸν μέρος τοῦ σώματος, τὸ ἀπὸ τραχήλου μέχρι τῶν αἰδοίων καθῆκον [κῦτος,] ὃ καὶ ὅλ‐ μος καλεῖται. Θῶ. τὸ κατασκευάζω. ἐξ οὗ καὶ θεός.</w:t>
      </w:r>
    </w:p>
    <w:p>
      <w:r>
        <w:rPr>
          <w:rFonts w:ascii="Courier New" w:hAnsi="Courier New"/>
          <w:color w:val="555555"/>
          <w:sz w:val="20"/>
        </w:rPr>
        <w:t>[5]</w:t>
      </w:r>
    </w:p>
    <w:p>
      <w:r>
        <w:rPr>
          <w:rFonts w:ascii="Gentium Plus" w:hAnsi="Gentium Plus"/>
          <w:sz w:val="24"/>
        </w:rPr>
        <w:t>Θῶ. τὸ τρέφω. ἐξ οὗ καὶ θοίνη, ἡ εὐωχία. Θῶ. τὸ θηλάζω. ἐξ οὗ καὶ θηλή. Θῶ. τὸ ἑδραιῶ. ἐξ οὗ καὶ θῶκος, ὁ θρόνος. Θῶ. τὸ τίθημι. ἐξ οὗ καὶ θὶς, ὁ σωρός. Θῶ. τὸ ζημιῶ. ἐξ οὗ καὶ θωὴ, ἡ ζημία.</w:t>
      </w:r>
    </w:p>
    <w:p>
      <w:r>
        <w:rPr>
          <w:rFonts w:ascii="Courier New" w:hAnsi="Courier New"/>
          <w:color w:val="555555"/>
          <w:sz w:val="20"/>
        </w:rPr>
        <w:t>[10]</w:t>
      </w:r>
    </w:p>
    <w:p>
      <w:r>
        <w:rPr>
          <w:rFonts w:ascii="Gentium Plus" w:hAnsi="Gentium Plus"/>
          <w:sz w:val="24"/>
        </w:rPr>
        <w:t>†Θωθείς. μεθυσθείς.† †Θωκεῖ. κάθηται.† Θωμίζω. κεντρίζω, σχοινίοις δεσμῶ. Θωρήσσεσθαι. θωρήσσετο· θωρήξασθαι· θω‐ ρηχθεὶς καὶ θωρηχθῆναι τὸ καθοπλισθῆναι.</w:t>
      </w:r>
    </w:p>
    <w:p>
      <w:r>
        <w:rPr>
          <w:rFonts w:ascii="Courier New" w:hAnsi="Courier New"/>
          <w:color w:val="555555"/>
          <w:sz w:val="20"/>
        </w:rPr>
        <w:t>[15]</w:t>
      </w:r>
    </w:p>
    <w:p>
      <w:r>
        <w:rPr>
          <w:rFonts w:ascii="Gentium Plus" w:hAnsi="Gentium Plus"/>
          <w:sz w:val="24"/>
        </w:rPr>
        <w:t>θωριχθῆναι δὲ τὸ μεθυσθῆναι, καὶ θωρίσ‐</w:t>
      </w:r>
    </w:p>
    <w:p>
      <w:r>
        <w:rPr>
          <w:rFonts w:ascii="Courier New" w:hAnsi="Courier New"/>
          <w:color w:val="555555"/>
          <w:sz w:val="20"/>
        </w:rPr>
        <w:t>[theta 1069]</w:t>
      </w:r>
    </w:p>
    <w:p>
      <w:r>
        <w:rPr>
          <w:rFonts w:ascii="Gentium Plus" w:hAnsi="Gentium Plus"/>
          <w:sz w:val="24"/>
        </w:rPr>
        <w:t>σειν, ι. καὶ ἀκροθώρικας τοὺς ἀκρομεθύσους ἐκάλουν. κέχρηται δὲ τῇ λέξει καὶ ὁ Ἀνα‐ κρέων· ὥστε θωρακισθῆναι. οἷον τὸ θώρακα πληρῶσαι. θώραξ γὰρ τὸ στῆθος. διὰ τὸ θερ‐</w:t>
      </w:r>
    </w:p>
    <w:p>
      <w:r>
        <w:rPr>
          <w:rFonts w:ascii="Courier New" w:hAnsi="Courier New"/>
          <w:color w:val="555555"/>
          <w:sz w:val="20"/>
        </w:rPr>
        <w:t>[5]</w:t>
      </w:r>
    </w:p>
    <w:p>
      <w:r>
        <w:rPr>
          <w:rFonts w:ascii="Gentium Plus" w:hAnsi="Gentium Plus"/>
          <w:sz w:val="24"/>
        </w:rPr>
        <w:t>μαίνειν οὖν τὸ στῆθος θωρίσσειν λέγεται τὸ</w:t>
      </w:r>
    </w:p>
    <w:p>
      <w:r>
        <w:rPr>
          <w:rFonts w:ascii="Courier New" w:hAnsi="Courier New"/>
          <w:color w:val="555555"/>
          <w:sz w:val="20"/>
        </w:rPr>
        <w:t>[theta 1070]</w:t>
      </w:r>
    </w:p>
    <w:p>
      <w:r>
        <w:rPr>
          <w:rFonts w:ascii="Gentium Plus" w:hAnsi="Gentium Plus"/>
          <w:sz w:val="24"/>
        </w:rPr>
        <w:t>Θωπεύει. καλακεύει, ἀπατᾷ. θωπεύεις δεσποτικὴν ὀδύνην. †Θωτάζει. σκώπτει.† †Θωΰσει. βοᾷ.†</w:t>
      </w:r>
    </w:p>
    <w:p>
      <w:r>
        <w:rPr>
          <w:rFonts w:ascii="Courier New" w:hAnsi="Courier New"/>
          <w:color w:val="555555"/>
          <w:sz w:val="20"/>
        </w:rPr>
        <w:t>[5]</w:t>
      </w:r>
    </w:p>
    <w:p>
      <w:r>
        <w:rPr>
          <w:rFonts w:ascii="Gentium Plus" w:hAnsi="Gentium Plus"/>
          <w:sz w:val="24"/>
        </w:rPr>
        <w:t>Θωΰσσοντες. ὑλακτοῦντες. καὶ θώϋξεν ἀντὶ</w:t>
      </w:r>
    </w:p>
    <w:p>
      <w:r>
        <w:rPr>
          <w:rFonts w:ascii="Courier New" w:hAnsi="Courier New"/>
          <w:color w:val="555555"/>
          <w:sz w:val="20"/>
        </w:rPr>
        <w:t>[iota 1077]</w:t>
      </w:r>
    </w:p>
    <w:p>
      <w:r>
        <w:rPr>
          <w:rFonts w:ascii="Gentium Plus" w:hAnsi="Gentium Plus"/>
          <w:sz w:val="24"/>
        </w:rPr>
        <w:t>Ι.</w:t>
      </w:r>
    </w:p>
    <w:p>
      <w:pPr>
        <w:jc w:val="center"/>
      </w:pPr>
      <w:r>
        <w:rPr>
          <w:rFonts w:ascii="Gentium Plus" w:hAnsi="Gentium Plus"/>
          <w:b/>
          <w:sz w:val="24"/>
        </w:rPr>
        <w:t>Τὸ Ι μετὰ τοῦ Α.</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Ἰακώβ. κύριον. Ἰαβείμ. κύριον. Ἰαβὶν δὲ, ι.</w:t>
      </w:r>
    </w:p>
    <w:p>
      <w:r>
        <w:rPr>
          <w:rFonts w:ascii="Courier New" w:hAnsi="Courier New"/>
          <w:color w:val="555555"/>
          <w:sz w:val="20"/>
        </w:rPr>
        <w:t>[5]</w:t>
      </w:r>
    </w:p>
    <w:p>
      <w:r>
        <w:rPr>
          <w:rFonts w:ascii="Gentium Plus" w:hAnsi="Gentium Plus"/>
          <w:sz w:val="24"/>
        </w:rPr>
        <w:t>Ἰάειρος. κύριον. Ἰαζάρτης. ὁ Τάναϊς ποταμός. Ἰακώβ. κύριον. πτερνιστὴς ἑρμηνεύεται. Ἴακχος. ὁ Διόνυσος, ἢ ἑορτή. παρὰ τὴν ἰαχὴν τὴν ἐν ταῖς χορείαις, τουτέστι τὴν βοὴν, γέ‐</w:t>
      </w:r>
    </w:p>
    <w:p>
      <w:r>
        <w:rPr>
          <w:rFonts w:ascii="Courier New" w:hAnsi="Courier New"/>
          <w:color w:val="555555"/>
          <w:sz w:val="20"/>
        </w:rPr>
        <w:t>[10]</w:t>
      </w:r>
    </w:p>
    <w:p>
      <w:r>
        <w:rPr>
          <w:rFonts w:ascii="Gentium Plus" w:hAnsi="Gentium Plus"/>
          <w:sz w:val="24"/>
        </w:rPr>
        <w:t>γονεν ἴακχος πλεονασμῷ τοῦ κ. Ἰάλεμος. ἦχος. βοή. θρῆνος. ἀπὸ τοῦ ἰάχω. τοῦτο παρὰ τὸ ἴα, ὃ σημαίνει τὴν φωνήν. [ἔστιν</w:t>
      </w:r>
    </w:p>
    <w:p>
      <w:r>
        <w:rPr>
          <w:rFonts w:ascii="Courier New" w:hAnsi="Courier New"/>
          <w:color w:val="555555"/>
          <w:sz w:val="20"/>
        </w:rPr>
        <w:t>[iota 1078]</w:t>
      </w:r>
    </w:p>
    <w:p>
      <w:r>
        <w:rPr>
          <w:rFonts w:ascii="Gentium Plus" w:hAnsi="Gentium Plus"/>
          <w:sz w:val="24"/>
        </w:rPr>
        <w:t>ἰήεμος διὰ τοῦ ε κατὰ τὴν περίληψιν, εἶτα κατὰ τροπὴν τοῦ η εἰς α ἰάεμος, καὶ πλεονα‐ σμῷ τοῦ λ, ἰάλεμος, καὶ ἰηλεμῆσαι. ἐν ἄλλοις δὲ εὗρον ἐγὼ τὸ ἰάλεμος παρὰ τὸ ἐπὶ τοῖς</w:t>
      </w:r>
    </w:p>
    <w:p>
      <w:r>
        <w:rPr>
          <w:rFonts w:ascii="Courier New" w:hAnsi="Courier New"/>
          <w:color w:val="555555"/>
          <w:sz w:val="20"/>
        </w:rPr>
        <w:t>[5]</w:t>
      </w:r>
    </w:p>
    <w:p>
      <w:r>
        <w:rPr>
          <w:rFonts w:ascii="Gentium Plus" w:hAnsi="Gentium Plus"/>
          <w:sz w:val="24"/>
        </w:rPr>
        <w:t>ὀλωλόσιν ἴαν φέρειν, ὅ ἐστι φωνὴν ἢ βοήν.] Ἴαμβος. στίχος ποδῶν ἓξ δισύλλαβος. Ἰαμβοφάγος. ὁ λοίδορος. ἐπειδὴ ἴαμβος ἔμ‐ μετρός ἐστι λοιδορία. Ἰανοκρήδεμνος. ὁ στέμμα ἐξ ἴων φορῶν.</w:t>
      </w:r>
    </w:p>
    <w:p>
      <w:r>
        <w:rPr>
          <w:rFonts w:ascii="Courier New" w:hAnsi="Courier New"/>
          <w:color w:val="555555"/>
          <w:sz w:val="20"/>
        </w:rPr>
        <w:t>[10]</w:t>
      </w:r>
    </w:p>
    <w:p>
      <w:r>
        <w:rPr>
          <w:rFonts w:ascii="Gentium Plus" w:hAnsi="Gentium Plus"/>
          <w:sz w:val="24"/>
        </w:rPr>
        <w:t>Ἰός. τὸ φάρμακον. ἐκ τοῦ ἰάω ἰῶ, τὸ θεραπεύω. ἱὸς δὲ τὸ βέλος δασύνεται, ἐκ τοῦ ἵημι, τὸ πέμ‐ πω. οὕτως εὗρον παρὰ τῷ Τζέτζῃ.</w:t>
      </w:r>
    </w:p>
    <w:p>
      <w:r>
        <w:rPr>
          <w:rFonts w:ascii="Courier New" w:hAnsi="Courier New"/>
          <w:color w:val="555555"/>
          <w:sz w:val="20"/>
        </w:rPr>
        <w:t>[iota 1079]</w:t>
      </w:r>
    </w:p>
    <w:p>
      <w:r>
        <w:rPr>
          <w:rFonts w:ascii="Gentium Plus" w:hAnsi="Gentium Plus"/>
          <w:sz w:val="24"/>
        </w:rPr>
        <w:t>*Ἰασούβ. κύριον. ἑρμηνεύεται δὲ ἐπιστρέφων.* Ἰαπετός. παρὰ τὸ ἴπτω, τὸ βλάπτω, ἰπετὸς καὶ πλεονασμῷ τοῦ α, ἰαπετός. Ἴασπις. λίθος πολυτελής.</w:t>
      </w:r>
    </w:p>
    <w:p>
      <w:r>
        <w:rPr>
          <w:rFonts w:ascii="Courier New" w:hAnsi="Courier New"/>
          <w:color w:val="555555"/>
          <w:sz w:val="20"/>
        </w:rPr>
        <w:t>[5]</w:t>
      </w:r>
    </w:p>
    <w:p>
      <w:r>
        <w:rPr>
          <w:rFonts w:ascii="Gentium Plus" w:hAnsi="Gentium Plus"/>
          <w:sz w:val="24"/>
        </w:rPr>
        <w:t>Ἴασος. παρὰ τὸν ἰάσω μέλλοντα, ἐξ οὗ καὶ τὸ ἰάσομαι γίνεται. ἢ ὅτι τὰ διὰ τοῦ ασος τρι‐ σύλλαβα ἓν φωνῆεν θέλει ἔχειν κατὰ τὴν ἀρ‐ χὴν, οἷον· Κριασὸς, Πιασὸς, ὀνόματα κύρια. Ἰδιώτην. τὸν ἐν τῷ λαϊκῷ τάγματι τεταγμένον</w:t>
      </w:r>
    </w:p>
    <w:p>
      <w:r>
        <w:rPr>
          <w:rFonts w:ascii="Courier New" w:hAnsi="Courier New"/>
          <w:color w:val="555555"/>
          <w:sz w:val="20"/>
        </w:rPr>
        <w:t>[10]</w:t>
      </w:r>
    </w:p>
    <w:p>
      <w:r>
        <w:rPr>
          <w:rFonts w:ascii="Gentium Plus" w:hAnsi="Gentium Plus"/>
          <w:sz w:val="24"/>
        </w:rPr>
        <w:t>λέγει ὁ Ἀπόστολος. καὶ τοὺς ἔξω τῆς στρα‐ τείας οὕτως καλεῖν εἰώθασιν. ὁ ἀναπληρῶν τὸν τόπον τοῦ ἰδιώτου· πῶς ἐρεῖ τὸ ἀμήν.</w:t>
      </w:r>
    </w:p>
    <w:p>
      <w:pPr>
        <w:jc w:val="center"/>
      </w:pPr>
      <w:r>
        <w:rPr>
          <w:rFonts w:ascii="Gentium Plus" w:hAnsi="Gentium Plus"/>
          <w:b/>
          <w:sz w:val="24"/>
        </w:rPr>
        <w:t>(Θηλυκόν.)</w:t>
      </w:r>
    </w:p>
    <w:p>
      <w:r>
        <w:rPr>
          <w:rFonts w:ascii="Courier New" w:hAnsi="Courier New"/>
          <w:color w:val="555555"/>
          <w:sz w:val="20"/>
        </w:rPr>
        <w:t>[14]</w:t>
      </w:r>
    </w:p>
    <w:p>
      <w:r>
        <w:rPr>
          <w:rFonts w:ascii="Gentium Plus" w:hAnsi="Gentium Plus"/>
          <w:sz w:val="24"/>
        </w:rPr>
        <w:t>Ἴα. ἡ μία, καὶ ἡ φωνή.</w:t>
      </w:r>
    </w:p>
    <w:p>
      <w:r>
        <w:rPr>
          <w:rFonts w:ascii="Courier New" w:hAnsi="Courier New"/>
          <w:color w:val="555555"/>
          <w:sz w:val="20"/>
        </w:rPr>
        <w:t>[15]</w:t>
      </w:r>
    </w:p>
    <w:p>
      <w:r>
        <w:rPr>
          <w:rFonts w:ascii="Gentium Plus" w:hAnsi="Gentium Plus"/>
          <w:sz w:val="24"/>
        </w:rPr>
        <w:t>Ἴαιρα. κύριον.</w:t>
      </w:r>
    </w:p>
    <w:p>
      <w:r>
        <w:rPr>
          <w:rFonts w:ascii="Courier New" w:hAnsi="Courier New"/>
          <w:color w:val="555555"/>
          <w:sz w:val="20"/>
        </w:rPr>
        <w:t>[iota 1080]</w:t>
      </w:r>
    </w:p>
    <w:p>
      <w:r>
        <w:rPr>
          <w:rFonts w:ascii="Gentium Plus" w:hAnsi="Gentium Plus"/>
          <w:sz w:val="24"/>
        </w:rPr>
        <w:t>Ἰαμβύκαι. ὄργανα μουσικὰ τρίγωνα, ἐν οἷς τοὺς ἰάμβους ᾖδον. οἱ δὲ σαμβύκαι—. Ἰαμνία. ὄνομα πόλεως. εὗρον καὶ διφθόγγως τὸ μνει.</w:t>
      </w:r>
    </w:p>
    <w:p>
      <w:r>
        <w:rPr>
          <w:rFonts w:ascii="Courier New" w:hAnsi="Courier New"/>
          <w:color w:val="555555"/>
          <w:sz w:val="20"/>
        </w:rPr>
        <w:t>[5]</w:t>
      </w:r>
    </w:p>
    <w:p>
      <w:r>
        <w:rPr>
          <w:rFonts w:ascii="Gentium Plus" w:hAnsi="Gentium Plus"/>
          <w:sz w:val="24"/>
        </w:rPr>
        <w:t>†Ἰανοκρήδεμνος. ἡ ἐξ ἴων φοροῦσα στέμμα.† Ἰαπυγία. ὄνομα τόπου. Ἴασις καὶ ἄρηξις διαφέρει. τῶν γὰρ νοσημάτων τὰ μὲν θεραπεύεται προσκαίροις θεραπείαις, ὅπέρ ἐστιν ἄρηξις, τὰ δὲ θεραπεύεται παντε‐</w:t>
      </w:r>
    </w:p>
    <w:p>
      <w:r>
        <w:rPr>
          <w:rFonts w:ascii="Courier New" w:hAnsi="Courier New"/>
          <w:color w:val="555555"/>
          <w:sz w:val="20"/>
        </w:rPr>
        <w:t>[10]</w:t>
      </w:r>
    </w:p>
    <w:p>
      <w:r>
        <w:rPr>
          <w:rFonts w:ascii="Gentium Plus" w:hAnsi="Gentium Plus"/>
          <w:sz w:val="24"/>
        </w:rPr>
        <w:t>λῶς, ὅπέρ ἐστιν ἴασις. Ἰατρεία. πόνου καὶ κακῶν ἀπαλλαγή. Ἰατρική. ἰατική τις οὖσα, παρὰ τὸ ἰᾶσθαι, πλεονασμῷ τοῦ ρ. Ἰαχή. ἡ κραυγή.</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Ἰαώ. ἡ σωτηρία. παρ’ Ἑβραίοις.</w:t>
      </w:r>
    </w:p>
    <w:p>
      <w:r>
        <w:rPr>
          <w:rFonts w:ascii="Courier New" w:hAnsi="Courier New"/>
          <w:color w:val="555555"/>
          <w:sz w:val="20"/>
        </w:rPr>
        <w:t>[iota 1081]</w:t>
      </w:r>
    </w:p>
    <w:p>
      <w:r>
        <w:rPr>
          <w:rFonts w:ascii="Gentium Plus" w:hAnsi="Gentium Plus"/>
          <w:sz w:val="24"/>
        </w:rPr>
        <w:t>Ἴα. τὰ μυρίπνοα ἄνθη. ἰὰ δὲ τὰ βέλη. Ἰαλεμώδη. θρηνώδη, ψυχρὰ, οὐδενὸς ἄξια. Ἴαμα. ἡ θεραπεία. Ἰαμβεῖον. ἀπὸ τῆς εὑρούσης γυναικὸς βάκχης</w:t>
      </w:r>
    </w:p>
    <w:p>
      <w:r>
        <w:rPr>
          <w:rFonts w:ascii="Courier New" w:hAnsi="Courier New"/>
          <w:color w:val="555555"/>
          <w:sz w:val="20"/>
        </w:rPr>
        <w:t>[5]</w:t>
      </w:r>
    </w:p>
    <w:p>
      <w:r>
        <w:rPr>
          <w:rFonts w:ascii="Gentium Plus" w:hAnsi="Gentium Plus"/>
          <w:sz w:val="24"/>
        </w:rPr>
        <w:t>τινὸς Ἰάμβης καλουμένης, ἢ ἀπὸ τοῦ ἴαν βά‐ ζειν. ἡ γὰρ κοινὴ φωνὴ τῶν ἀνθρώπων ἴα καλεῖται. Ἰανόκροκον. τὸ λεπτόν. Ἰαχήματα. κραυγαὶ ἢ ᾠδαὶ διονυσιακαί.</w:t>
      </w:r>
    </w:p>
    <w:p>
      <w:r>
        <w:rPr>
          <w:rFonts w:ascii="Courier New" w:hAnsi="Courier New"/>
          <w:color w:val="555555"/>
          <w:sz w:val="20"/>
        </w:rPr>
        <w:t>[10]</w:t>
      </w:r>
    </w:p>
    <w:p>
      <w:r>
        <w:rPr>
          <w:rFonts w:ascii="Gentium Plus" w:hAnsi="Gentium Plus"/>
          <w:sz w:val="24"/>
        </w:rPr>
        <w:t>καὶ κορυβαντείων ἰαχήματα χάλκεα ῥό‐ πτρων.</w:t>
      </w:r>
    </w:p>
    <w:p>
      <w:pPr>
        <w:jc w:val="center"/>
      </w:pPr>
      <w:r>
        <w:rPr>
          <w:rFonts w:ascii="Gentium Plus" w:hAnsi="Gentium Plus"/>
          <w:b/>
          <w:sz w:val="24"/>
        </w:rPr>
        <w:t>(Ῥῆμα.)</w:t>
      </w:r>
    </w:p>
    <w:p>
      <w:r>
        <w:rPr>
          <w:rFonts w:ascii="Courier New" w:hAnsi="Courier New"/>
          <w:color w:val="555555"/>
          <w:sz w:val="20"/>
        </w:rPr>
        <w:t>[13]</w:t>
      </w:r>
    </w:p>
    <w:p>
      <w:r>
        <w:rPr>
          <w:rFonts w:ascii="Gentium Plus" w:hAnsi="Gentium Plus"/>
          <w:sz w:val="24"/>
        </w:rPr>
        <w:t>Ἰάειρε. πρόσφερε. Ἰακχάζουσιν. τὸν Διόνυσον ἑορτάζουσιν ἢ ἐπι‐</w:t>
      </w:r>
    </w:p>
    <w:p>
      <w:r>
        <w:rPr>
          <w:rFonts w:ascii="Courier New" w:hAnsi="Courier New"/>
          <w:color w:val="555555"/>
          <w:sz w:val="20"/>
        </w:rPr>
        <w:t>[15]</w:t>
      </w:r>
    </w:p>
    <w:p>
      <w:r>
        <w:rPr>
          <w:rFonts w:ascii="Gentium Plus" w:hAnsi="Gentium Plus"/>
          <w:sz w:val="24"/>
        </w:rPr>
        <w:t>βοῶσιν. Ἡρόδοτος δὲ ἀντὶ τοῦ λέγουσι καὶ φυ‐</w:t>
      </w:r>
    </w:p>
    <w:p>
      <w:r>
        <w:rPr>
          <w:rFonts w:ascii="Courier New" w:hAnsi="Courier New"/>
          <w:color w:val="555555"/>
          <w:sz w:val="20"/>
        </w:rPr>
        <w:t>[iota 1082]</w:t>
      </w:r>
    </w:p>
    <w:p>
      <w:r>
        <w:rPr>
          <w:rFonts w:ascii="Gentium Plus" w:hAnsi="Gentium Plus"/>
          <w:sz w:val="24"/>
        </w:rPr>
        <w:t>Ἰάλλω. πέμπω, προπέμπω, ἐμβάλλω. παρὰ τὸ ἰῶ τὸ παράγωγον ἰάλλω. Ἰάνθη. ηὐφράνθη. Ἰαίνειν. εὐφραίνειν. καὶ ἰαίνεσθαι.</w:t>
      </w:r>
    </w:p>
    <w:p>
      <w:r>
        <w:rPr>
          <w:rFonts w:ascii="Courier New" w:hAnsi="Courier New"/>
          <w:color w:val="555555"/>
          <w:sz w:val="20"/>
        </w:rPr>
        <w:t>[5]</w:t>
      </w:r>
    </w:p>
    <w:p>
      <w:r>
        <w:rPr>
          <w:rFonts w:ascii="Gentium Plus" w:hAnsi="Gentium Plus"/>
          <w:sz w:val="24"/>
        </w:rPr>
        <w:t>Ἰαμβίζειν. τὸ ὡς βέλη βάλλειν τὰ λεγόμενα, ἢ τὸ ὑβρίζειν. Ἰάπτω. τὸ βλάπτω. Ἰᾶσι. πέμπουσι. ἴασι δὲ ἀντὶ τοῦ πορεύονται. Ἰαύει. κοιμᾶται. [καὶ ἰαύων. παρὰ τὸ αὔω,</w:t>
      </w:r>
    </w:p>
    <w:p>
      <w:r>
        <w:rPr>
          <w:rFonts w:ascii="Courier New" w:hAnsi="Courier New"/>
          <w:color w:val="555555"/>
          <w:sz w:val="20"/>
        </w:rPr>
        <w:t>[10]</w:t>
      </w:r>
    </w:p>
    <w:p>
      <w:r>
        <w:rPr>
          <w:rFonts w:ascii="Gentium Plus" w:hAnsi="Gentium Plus"/>
          <w:sz w:val="24"/>
        </w:rPr>
        <w:t>καὶ πλεονασμῷ τοῦ ι, ἰαύω. ἢ παρὰ τὸ ἴον, ὃ σημαίνει τὸν μόνον, ἰάω, τὸ μονάζω, καὶ πλεο‐ νασμῷ τοῦ υ, ἰαύω· καὶ γὰρ ἡσυχάζει ὁ καθεύ‐ δων. εὗρον δὲ καὶ τὸ ἐνδιατρίβειν καὶ ἀγρυπνεῖν σημαίνειν τὸ ἰαύειν. ὅλας νύκτας ἰαύειν.]</w:t>
      </w:r>
    </w:p>
    <w:p>
      <w:r>
        <w:rPr>
          <w:rFonts w:ascii="Courier New" w:hAnsi="Courier New"/>
          <w:color w:val="555555"/>
          <w:sz w:val="20"/>
        </w:rPr>
        <w:t>[15]</w:t>
      </w:r>
    </w:p>
    <w:p>
      <w:r>
        <w:rPr>
          <w:rFonts w:ascii="Gentium Plus" w:hAnsi="Gentium Plus"/>
          <w:sz w:val="24"/>
        </w:rPr>
        <w:t>Ἴαχεν. ἐβόησεν.</w:t>
      </w:r>
    </w:p>
    <w:p>
      <w:r>
        <w:rPr>
          <w:rFonts w:ascii="Courier New" w:hAnsi="Courier New"/>
          <w:color w:val="555555"/>
          <w:sz w:val="20"/>
        </w:rPr>
        <w:t>[iota 1083]</w:t>
      </w:r>
    </w:p>
    <w:p>
      <w:r>
        <w:rPr>
          <w:rFonts w:ascii="Gentium Plus" w:hAnsi="Gentium Plus"/>
          <w:sz w:val="24"/>
        </w:rPr>
        <w:t>Ἰαστί. ἑλληνιστί. Ἰατταταιὰξ καὶ ἰαττατάι. θρηνητικὸν ἐπίῤ‐ ῥημα. ἰατταταιὰξ τῶν κακῶν ἰατταταιάξ.</w:t>
      </w:r>
    </w:p>
    <w:p>
      <w:r>
        <w:rPr>
          <w:rFonts w:ascii="Courier New" w:hAnsi="Courier New"/>
          <w:color w:val="555555"/>
          <w:sz w:val="20"/>
        </w:rPr>
        <w:t>[5]</w:t>
      </w:r>
    </w:p>
    <w:p>
      <w:r>
        <w:rPr>
          <w:rFonts w:ascii="Gentium Plus" w:hAnsi="Gentium Plus"/>
          <w:sz w:val="24"/>
        </w:rPr>
        <w:t>Ἰαῦ. θρηνητικὸν ἐπίῤῥημα.</w:t>
      </w:r>
    </w:p>
    <w:p>
      <w:pPr>
        <w:jc w:val="center"/>
      </w:pPr>
      <w:r>
        <w:rPr>
          <w:rFonts w:ascii="Gentium Plus" w:hAnsi="Gentium Plus"/>
          <w:b/>
          <w:sz w:val="24"/>
        </w:rPr>
        <w:t>Τὸ Ι μετὰ τοῦ Β.</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Ἴβηρες. ἔθνος. καὶ Ἰβηρία χώρα. Ἴβις. ὄρνεον ὀφιοφάγον. καὶ κλίνεται ἴβιδος, ἡ</w:t>
      </w:r>
    </w:p>
    <w:p>
      <w:r>
        <w:rPr>
          <w:rFonts w:ascii="Courier New" w:hAnsi="Courier New"/>
          <w:color w:val="555555"/>
          <w:sz w:val="20"/>
        </w:rPr>
        <w:t>[10]</w:t>
      </w:r>
    </w:p>
    <w:p>
      <w:r>
        <w:rPr>
          <w:rFonts w:ascii="Gentium Plus" w:hAnsi="Gentium Plus"/>
          <w:sz w:val="24"/>
        </w:rPr>
        <w:t>αἰτιατικὴ τοὺς ἴβιδας, ἢ καὶ τοὺς ἴβεις, ὡς τοὺς ὄφεις. Ἰβρύκαλος. ὁ χοῖρος. Ἰβυκανητῶν. σαλπικτῶν. ἀπὸ τοῦ Ἰβύκου εὑρε‐ τοῦ. ἐξ οὗ καὶ ἰβύκηνον, μουσικὸν ὄργανον.</w:t>
      </w:r>
    </w:p>
    <w:p>
      <w:r>
        <w:rPr>
          <w:rFonts w:ascii="Courier New" w:hAnsi="Courier New"/>
          <w:color w:val="555555"/>
          <w:sz w:val="20"/>
        </w:rPr>
        <w:t>[15]</w:t>
      </w:r>
    </w:p>
    <w:p>
      <w:r>
        <w:rPr>
          <w:rFonts w:ascii="Gentium Plus" w:hAnsi="Gentium Plus"/>
          <w:sz w:val="24"/>
        </w:rPr>
        <w:t>Ἴβηρ. ἐθνικόν ἐστι καὶ παραγωγὴν οὐκ ἔχει. τινὲς δὲ παράγουσιν αὐτὸ ἀπὸ τοῦ ἵμερος, ὃ</w:t>
      </w:r>
    </w:p>
    <w:p>
      <w:r>
        <w:rPr>
          <w:rFonts w:ascii="Courier New" w:hAnsi="Courier New"/>
          <w:color w:val="555555"/>
          <w:sz w:val="20"/>
        </w:rPr>
        <w:t>[iota 1084]</w:t>
      </w:r>
    </w:p>
    <w:p>
      <w:r>
        <w:rPr>
          <w:rFonts w:ascii="Gentium Plus" w:hAnsi="Gentium Plus"/>
          <w:sz w:val="24"/>
        </w:rPr>
        <w:t>Ἰβύκηνον. μουσικὸν ὄργανον. ἀπὸ τοῦ Ἰβύκου. [ὅτι κατὰ συμπλοκὴν Κελτῶν πρὸς Ῥωμαίους ἀναρίθμητον ἦν τὸ τῶν ἰβυκανητῶν καὶ σαλ‐ πιγκτῶν πλῆθος.]</w:t>
      </w:r>
    </w:p>
    <w:p>
      <w:pPr>
        <w:jc w:val="center"/>
      </w:pPr>
      <w:r>
        <w:rPr>
          <w:rFonts w:ascii="Gentium Plus" w:hAnsi="Gentium Plus"/>
          <w:b/>
          <w:sz w:val="24"/>
        </w:rPr>
        <w:t>Τὸ Ι μετὰ τοῦ Γ.</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Ἴγγρος. ὁ ἐγκέφαλος. Ἰγνάτιος. κύριον. Ἴγγωρ καὶ Ἴγγηρ. ἐθνικά.</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Ἴγδη καὶ ἴγδις. ἡ τριβαία, καὶ ἔνθα μίσγομεν τὰ ἀρτύματα. Ἰγνύς. ὁ ὑπὸ τὸ γόνυ τόπος, ὁ ὀπίσω τοῦ γόνα‐ τος. ἔστι δὲ καὶ ἡ ἰγνύη. ἀπὸ τοῦ τὴν καμ‐</w:t>
      </w:r>
    </w:p>
    <w:p>
      <w:r>
        <w:rPr>
          <w:rFonts w:ascii="Courier New" w:hAnsi="Courier New"/>
          <w:color w:val="555555"/>
          <w:sz w:val="20"/>
        </w:rPr>
        <w:t>[15]</w:t>
      </w:r>
    </w:p>
    <w:p>
      <w:r>
        <w:rPr>
          <w:rFonts w:ascii="Gentium Plus" w:hAnsi="Gentium Plus"/>
          <w:sz w:val="24"/>
        </w:rPr>
        <w:t>πὴν ἱκνεῖσθαι τῶν γονάτων. ὅτι αἱ ἰγνύες αἴ‐</w:t>
      </w:r>
    </w:p>
    <w:p>
      <w:r>
        <w:rPr>
          <w:rFonts w:ascii="Courier New" w:hAnsi="Courier New"/>
          <w:color w:val="555555"/>
          <w:sz w:val="20"/>
        </w:rPr>
        <w:t>[iota 1085]</w:t>
      </w:r>
    </w:p>
    <w:p>
      <w:r>
        <w:rPr>
          <w:rFonts w:ascii="Gentium Plus" w:hAnsi="Gentium Plus"/>
          <w:sz w:val="24"/>
        </w:rPr>
        <w:t>Ἴγδισμα. λύγισμα ὀρχηστικὸν, ἐν ᾧ ἐλύγιζον τὴν ὀσφὺν ἐμφερῶς τῷ δοίδυκι.</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Ἰγμένος. ὁ ἐλθών.</w:t>
      </w:r>
    </w:p>
    <w:p>
      <w:pPr>
        <w:jc w:val="center"/>
      </w:pPr>
      <w:r>
        <w:rPr>
          <w:rFonts w:ascii="Gentium Plus" w:hAnsi="Gentium Plus"/>
          <w:b/>
          <w:sz w:val="24"/>
        </w:rPr>
        <w:t>Τὸ Ι μετὰ τοῦ Δ.</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Ἰδάλιμος. ὁ δίυγρος, ὁ ἱδρώς. ἀπὸ τοῦ ἰδίω, τὸ κοπιῶ, καὶ ἱδρῶ. ἐκ τούτου γίνεται ἴδιμος καὶ πλεονασμῷ τῆς αλ συλλαβῆς ἰδάλιμος.</w:t>
      </w:r>
    </w:p>
    <w:p>
      <w:r>
        <w:rPr>
          <w:rFonts w:ascii="Courier New" w:hAnsi="Courier New"/>
          <w:color w:val="555555"/>
          <w:sz w:val="20"/>
        </w:rPr>
        <w:t>[10]</w:t>
      </w:r>
    </w:p>
    <w:p>
      <w:r>
        <w:rPr>
          <w:rFonts w:ascii="Gentium Plus" w:hAnsi="Gentium Plus"/>
          <w:sz w:val="24"/>
        </w:rPr>
        <w:t>†Ἴδας. ὁ μέγας.† †Ἴδος. ὁ ἱδρώς.† Ἰδαίους. ψυχρούς. ἐγὼ δὲ πρὸς τὰ θερμὰ ταῦθ’ ὑπερβολῇ</w:t>
      </w:r>
    </w:p>
    <w:p>
      <w:r>
        <w:rPr>
          <w:rFonts w:ascii="Courier New" w:hAnsi="Courier New"/>
          <w:color w:val="555555"/>
          <w:sz w:val="20"/>
        </w:rPr>
        <w:t>[iota 1086]</w:t>
      </w:r>
    </w:p>
    <w:p>
      <w:r>
        <w:rPr>
          <w:rFonts w:ascii="Gentium Plus" w:hAnsi="Gentium Plus"/>
          <w:sz w:val="24"/>
        </w:rPr>
        <w:t>Ἰδιῶται. ἀντὶ τοῦ πολῖται. οὕτως Θουκυδίδης. Ἴδμονα. ἔμπειρον. Ἰδουμαῖος. οὕτως ἐκλήθη ὁ ἀπόγονος τοῦ Ἡσαῦ. ἴδουμα γὰρ λέγεται εἶδος φακῆς ξανθῆς, ἧς</w:t>
      </w:r>
    </w:p>
    <w:p>
      <w:r>
        <w:rPr>
          <w:rFonts w:ascii="Courier New" w:hAnsi="Courier New"/>
          <w:color w:val="555555"/>
          <w:sz w:val="20"/>
        </w:rPr>
        <w:t>[5]</w:t>
      </w:r>
    </w:p>
    <w:p>
      <w:r>
        <w:rPr>
          <w:rFonts w:ascii="Gentium Plus" w:hAnsi="Gentium Plus"/>
          <w:sz w:val="24"/>
        </w:rPr>
        <w:t>ἐπιθυμήσας Ἡσαῦ ἀπέδοτο τὰ πρωτοτόκια. Ἴδρις. ὁ ἔμπειρος. [ἔστι ῥῆμα εἴδω, τὸ ἐπίστα‐ μαι, ὁ μέλλων εἴσω, ῥῆμα ὄνομα εἴδις, ἀπο‐ βολῇ τοῦ ε καὶ πλεονασμῷ τοῦ ρ, ἴδρις.] Ἱδρώς. οἱ μὲν, παρὰ τὸ ἰδιῶ γέγονε πλεονασμῷ</w:t>
      </w:r>
    </w:p>
    <w:p>
      <w:r>
        <w:rPr>
          <w:rFonts w:ascii="Courier New" w:hAnsi="Courier New"/>
          <w:color w:val="555555"/>
          <w:sz w:val="20"/>
        </w:rPr>
        <w:t>[10]</w:t>
      </w:r>
    </w:p>
    <w:p>
      <w:r>
        <w:rPr>
          <w:rFonts w:ascii="Gentium Plus" w:hAnsi="Gentium Plus"/>
          <w:sz w:val="24"/>
        </w:rPr>
        <w:t>τοῦ ρ· οἱ δὲ, ἀπὸ τοῦ ἱδρῶ, ἱδρώς. Ἴδρις. ὁ μύρμηξ. παρὰ Ἡσιόδῳ· —ὅτε τ’ ἴδρις σωρὸν ἀμᾶται. σωρὸν τὸν καρπὸν λέγει. Ἱδρώς. παρὰ τὸ ὕδωρ ὑδαρός. καὶ συγκοπῇ τοῦ</w:t>
      </w:r>
    </w:p>
    <w:p>
      <w:r>
        <w:rPr>
          <w:rFonts w:ascii="Courier New" w:hAnsi="Courier New"/>
          <w:color w:val="555555"/>
          <w:sz w:val="20"/>
        </w:rPr>
        <w:t>[15]</w:t>
      </w:r>
    </w:p>
    <w:p>
      <w:r>
        <w:rPr>
          <w:rFonts w:ascii="Gentium Plus" w:hAnsi="Gentium Plus"/>
          <w:sz w:val="24"/>
        </w:rPr>
        <w:t>α καὶ τροπῇ τοῦ υ εἰς ι γίνεται ἱδρώς.</w:t>
      </w:r>
    </w:p>
    <w:p>
      <w:r>
        <w:rPr>
          <w:rFonts w:ascii="Courier New" w:hAnsi="Courier New"/>
          <w:color w:val="555555"/>
          <w:sz w:val="20"/>
        </w:rPr>
        <w:t>[iota 1087]</w:t>
      </w:r>
    </w:p>
    <w:p>
      <w:r>
        <w:rPr>
          <w:rFonts w:ascii="Gentium Plus" w:hAnsi="Gentium Plus"/>
          <w:sz w:val="24"/>
        </w:rPr>
        <w:t>Ἰδέα. ἡ θεωρία, καὶ ὁ χαρακτὴρ τοῦ λόγου, ι. Ἰδέαι καὶ αἱ ὑποθέσεις. τότε δὲ πολλαὶ ἰδέαι κακῶν συνέσχον τὴν πόλιν. Ἴδη. ὄνομα ὄρους ὑψηλοῦ. οἱονεὶ ὅθεν ἐστὶν ἰδεῖν</w:t>
      </w:r>
    </w:p>
    <w:p>
      <w:r>
        <w:rPr>
          <w:rFonts w:ascii="Courier New" w:hAnsi="Courier New"/>
          <w:color w:val="555555"/>
          <w:sz w:val="20"/>
        </w:rPr>
        <w:t>[5]</w:t>
      </w:r>
    </w:p>
    <w:p>
      <w:r>
        <w:rPr>
          <w:rFonts w:ascii="Gentium Plus" w:hAnsi="Gentium Plus"/>
          <w:sz w:val="24"/>
        </w:rPr>
        <w:t>καὶ θεωρεῖν ἅπαντα τὰ μακρόθεν. [γράφεται δὲ διὰ τοῦ ἰῶτα, ἐπειδὴ τὰ εἰς δη βαρύτονα οὐ θέλει διφθόγγῳ παραλήγειν. οἷον κνίδη· βο‐ τάνη ἐστὶ στυπτική. οὕτως οὖν καὶ Ἴδη. πρόσ‐ κειται βαρύτονα, διὰ τὸ σπουδὴ καὶ αὐδή.]</w:t>
      </w:r>
    </w:p>
    <w:p>
      <w:r>
        <w:rPr>
          <w:rFonts w:ascii="Courier New" w:hAnsi="Courier New"/>
          <w:color w:val="555555"/>
          <w:sz w:val="20"/>
        </w:rPr>
        <w:t>[10]</w:t>
      </w:r>
    </w:p>
    <w:p>
      <w:r>
        <w:rPr>
          <w:rFonts w:ascii="Gentium Plus" w:hAnsi="Gentium Plus"/>
          <w:sz w:val="24"/>
        </w:rPr>
        <w:t>Ἰδιότης. ἡ συγγένεια. ἢ ἰδιότης ἐστὶν οὐσίας πάσης φυσιώδης ποιότης. ἢ ἰδιότης ἐστὶν, ὃ μό‐ νον πρόσεστιν ἀεὶ καὶ παντὶ τῷ ὑπὸ τὸ αὐτὸ εἶδος τελοῦντι. Ἰδιωτικαὶ δίκαι. αἱ εἰς χρήματα τὴν ζημίαν</w:t>
      </w:r>
    </w:p>
    <w:p>
      <w:r>
        <w:rPr>
          <w:rFonts w:ascii="Courier New" w:hAnsi="Courier New"/>
          <w:color w:val="555555"/>
          <w:sz w:val="20"/>
        </w:rPr>
        <w:t>[15]</w:t>
      </w:r>
    </w:p>
    <w:p>
      <w:r>
        <w:rPr>
          <w:rFonts w:ascii="Gentium Plus" w:hAnsi="Gentium Plus"/>
          <w:sz w:val="24"/>
        </w:rPr>
        <w:t>ἐπάγουσαι. οἷον ἀφαίρεσις πράγματος κινητοῦ ἢ ἀκινήτου. Ἰδουμαία. ἑρμηνεύεται αἱματώδης ἢ πηλώδης. δύναται δὲ ληφθῆναι καὶ εἰς τὴν σάρκα τοῦ</w:t>
      </w:r>
    </w:p>
    <w:p>
      <w:r>
        <w:rPr>
          <w:rFonts w:ascii="Courier New" w:hAnsi="Courier New"/>
          <w:color w:val="555555"/>
          <w:sz w:val="20"/>
        </w:rPr>
        <w:t>[iota 1088]</w:t>
      </w:r>
    </w:p>
    <w:p>
      <w:r>
        <w:rPr>
          <w:rFonts w:ascii="Gentium Plus" w:hAnsi="Gentium Plus"/>
          <w:sz w:val="24"/>
        </w:rPr>
        <w:t>Ἵδρυσις. ἑδραία ἀσφάλεια ἢ θεμελίωσις. Ἴδη. ὄνομα ὄρους, καὶ πᾶν σύμφυτον ὄρος.</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Ἰδάλιμον. δίυγρον. ἢ εὐειδὲς, ἢ καυστικόν.</w:t>
      </w:r>
    </w:p>
    <w:p>
      <w:r>
        <w:rPr>
          <w:rFonts w:ascii="Courier New" w:hAnsi="Courier New"/>
          <w:color w:val="555555"/>
          <w:sz w:val="20"/>
        </w:rPr>
        <w:t>[5]</w:t>
      </w:r>
    </w:p>
    <w:p>
      <w:r>
        <w:rPr>
          <w:rFonts w:ascii="Gentium Plus" w:hAnsi="Gentium Plus"/>
          <w:sz w:val="24"/>
        </w:rPr>
        <w:t>Ἰδαῖον. ἄντρον ἐν Κρήτῃ. Ἴδιον. τὸ ἰδιωτικὸν, ὡς Δημοσθένης φησίν. Ἴδιον. τὸ μιᾷ φύσει ἁρμόζον, καὶ ἀντιστρέφον πρὸς τὸ ὁριστὸν, ὥσπερ τὸ, νοῦ καὶ ἐπιστήμης δεκτικὸν ἐπὶ τοῦ ἀνθρώπου, καὶ ἐπὶ τοῦ ἵππου</w:t>
      </w:r>
    </w:p>
    <w:p>
      <w:r>
        <w:rPr>
          <w:rFonts w:ascii="Courier New" w:hAnsi="Courier New"/>
          <w:color w:val="555555"/>
          <w:sz w:val="20"/>
        </w:rPr>
        <w:t>[10]</w:t>
      </w:r>
    </w:p>
    <w:p>
      <w:r>
        <w:rPr>
          <w:rFonts w:ascii="Gentium Plus" w:hAnsi="Gentium Plus"/>
          <w:sz w:val="24"/>
        </w:rPr>
        <w:t>τὸ χρεμετιστικόν. περὶ τούτου ὁ λόγος τοῖς φιλοσόφοις, τοῦ παντὶ καὶ μόνῳ καὶ ἀεὶ ὑπάρ‐ χοντος, ὅπερ ἴδιον ἐπουσιῶδες καλοῦσιν. Ἴδιόν ἐστι τὸ παντὶ καὶ μόνῳ τῷ εἴδει καὶ ἀεὶ ὑπάρχον.</w:t>
      </w:r>
    </w:p>
    <w:p>
      <w:r>
        <w:rPr>
          <w:rFonts w:ascii="Courier New" w:hAnsi="Courier New"/>
          <w:color w:val="555555"/>
          <w:sz w:val="20"/>
        </w:rPr>
        <w:t>[15]</w:t>
      </w:r>
    </w:p>
    <w:p>
      <w:r>
        <w:rPr>
          <w:rFonts w:ascii="Gentium Plus" w:hAnsi="Gentium Plus"/>
          <w:sz w:val="24"/>
        </w:rPr>
        <w:t>Ἴδιόν ἐστι τὸ ἰδίως ἐφεστὼς ἐν τῷ προσώπῳ. Ἴδιόν ἐστι σαρκὸς ἐμψύχου τὸ κοπιοῦσθαι, τὸ ὀδυ‐ νᾶσθαι, πεινῇν, δειψῇν, ὑποκρατεῖσθαι. Ἴδιόν ἐστι ψυχῆς σώματι κεχρημένης λύπαι, ἀδη‐</w:t>
      </w:r>
    </w:p>
    <w:p>
      <w:r>
        <w:rPr>
          <w:rFonts w:ascii="Courier New" w:hAnsi="Courier New"/>
          <w:color w:val="555555"/>
          <w:sz w:val="20"/>
        </w:rPr>
        <w:t>[iota 1089]</w:t>
      </w:r>
    </w:p>
    <w:p>
      <w:r>
        <w:rPr>
          <w:rFonts w:ascii="Gentium Plus" w:hAnsi="Gentium Plus"/>
          <w:sz w:val="24"/>
        </w:rPr>
        <w:t>Ἴδιόν ἐστιν ἀνθρώπου τὸ γελαστικόν. Ἴδιόν ἐστιν ἀνθρώπου κυρίως τὸ σύνθετον ἐκ θνη‐ τῆς καὶ ἀθανάτου φύσεως ἐν ἄλλῃ οἱᾳδήποτε οὐσίᾳ μὴ γνωριζόμενον.</w:t>
      </w:r>
    </w:p>
    <w:p>
      <w:r>
        <w:rPr>
          <w:rFonts w:ascii="Courier New" w:hAnsi="Courier New"/>
          <w:color w:val="555555"/>
          <w:sz w:val="20"/>
        </w:rPr>
        <w:t>[5]</w:t>
      </w:r>
    </w:p>
    <w:p>
      <w:r>
        <w:rPr>
          <w:rFonts w:ascii="Gentium Plus" w:hAnsi="Gentium Plus"/>
          <w:sz w:val="24"/>
        </w:rPr>
        <w:t>Ἰδικόν. ἰδικόν ἐστι τοῦ ἀνθρώπου ἡ οὐσία ἤγουν ἡ φύσις. Ἰδίωμα. τὸ ἔν τινι φύσει γνωριζόμενον κυρίως, καὶ ἐν ἑτέρᾳ οὐσίᾳ μὴ ὑπάρχον. ὥσπερ ἐν τῷ ἀνθρώπῳ τὸ γελαστικόν.</w:t>
      </w:r>
    </w:p>
    <w:p>
      <w:r>
        <w:rPr>
          <w:rFonts w:ascii="Courier New" w:hAnsi="Courier New"/>
          <w:color w:val="555555"/>
          <w:sz w:val="20"/>
        </w:rPr>
        <w:t>[10]</w:t>
      </w:r>
    </w:p>
    <w:p>
      <w:r>
        <w:rPr>
          <w:rFonts w:ascii="Gentium Plus" w:hAnsi="Gentium Plus"/>
          <w:sz w:val="24"/>
        </w:rPr>
        <w:t>Ἰδίωμα λέγεται κατὰ τὸ ἴδια εἶναι ἅμα τῆς ἰδίας φύσεως ἀμιγὲς τῶν λοιπῶν οὐσιῶν ὑπάρχον. ἢ διὰ τὸ ἐν τῷ εἴδει ἅμα εἶναι. ἀχώριστοι γὰρ εἰσὶ τῶν φύσεων καὶ τῶν ὑποστάσεων αἱ αὐ‐ τῶν ἰδιότητες.</w:t>
      </w:r>
    </w:p>
    <w:p>
      <w:r>
        <w:rPr>
          <w:rFonts w:ascii="Courier New" w:hAnsi="Courier New"/>
          <w:color w:val="555555"/>
          <w:sz w:val="20"/>
        </w:rPr>
        <w:t>[15]</w:t>
      </w:r>
    </w:p>
    <w:p>
      <w:r>
        <w:rPr>
          <w:rFonts w:ascii="Gentium Plus" w:hAnsi="Gentium Plus"/>
          <w:sz w:val="24"/>
        </w:rPr>
        <w:t>Ἰδίωμα ἤγουν ἰδιότης ἐστὶ τὸ κυρίως ἐν τινὶ φύ‐ σει ἰδίως γνωριζόμενον, ἐν ἑτέρᾳ δὲ μὴ εὑρι‐ σκόμενον. οἷον ἐν τῇ θείᾳ φύσει τὸ προαιώνιον, τὸ ἄκτιστον, τὸ ἀπερίγραπτον. ἅτινα οὐχ ὑπάρχουσιν ἐν ἄλλῃ οἱᾳδήποτε οὐσίᾳ οὔτε ἐν</w:t>
      </w:r>
    </w:p>
    <w:p>
      <w:r>
        <w:rPr>
          <w:rFonts w:ascii="Courier New" w:hAnsi="Courier New"/>
          <w:color w:val="555555"/>
          <w:sz w:val="20"/>
        </w:rPr>
        <w:t>[20]</w:t>
      </w:r>
    </w:p>
    <w:p>
      <w:r>
        <w:rPr>
          <w:rFonts w:ascii="Gentium Plus" w:hAnsi="Gentium Plus"/>
          <w:sz w:val="24"/>
        </w:rPr>
        <w:t>αὐτῷ τῷ παναγίῳ σώματι τοῦ Χριστοῦ κατ’ οὐσίαν. οὔτε γὰρ προαιώνιόν ἐστιν οὔτε ἄκτι‐ στον οὔτε ἀπερίγραπτον ἔσεταί ποτε. Ἰδίωμά ἐστι τὸ ἰδικῶς ἐν ᾧ ἐστὶ καὶ μόνον γνω‐ ριζόμενον, ἐν ἑτέρῳ δὲ οὔ.</w:t>
      </w:r>
    </w:p>
    <w:p>
      <w:r>
        <w:rPr>
          <w:rFonts w:ascii="Courier New" w:hAnsi="Courier New"/>
          <w:color w:val="555555"/>
          <w:sz w:val="20"/>
        </w:rPr>
        <w:t>[25]</w:t>
      </w:r>
    </w:p>
    <w:p>
      <w:r>
        <w:rPr>
          <w:rFonts w:ascii="Gentium Plus" w:hAnsi="Gentium Plus"/>
          <w:sz w:val="24"/>
        </w:rPr>
        <w:t>Ἰδίωμά ἐστι τὸ σημαντικὸν πάσης οὐσίας σχῆμα τὲ καὶ πρᾶγμα. Ἰδίωμά ἐστι τὸ σημαῖνον, οὗ ἐστὶ τὴν ὕπαρξιν. Ἰδίωμα ὑποστατικόν ἐστι τὸ ἀφορίζον τοῦ κοι‐ νοῦ τῆς φύσεως γνώρισμα. ἢ τὸ χαρακτηρίζον</w:t>
      </w:r>
    </w:p>
    <w:p>
      <w:r>
        <w:rPr>
          <w:rFonts w:ascii="Courier New" w:hAnsi="Courier New"/>
          <w:color w:val="555555"/>
          <w:sz w:val="20"/>
        </w:rPr>
        <w:t>[30]</w:t>
      </w:r>
    </w:p>
    <w:p>
      <w:r>
        <w:rPr>
          <w:rFonts w:ascii="Gentium Plus" w:hAnsi="Gentium Plus"/>
          <w:sz w:val="24"/>
        </w:rPr>
        <w:t>τινὸς ἀνθρώπου πρόσωπον. ἢ τὸ πρὸς ἕτερον ὁμοειδὲς κατ’ αὐτὸ ἐπιδεικνύον τὸ σημαινόμε‐ νον πρᾶγμα. Ἰδίωμά ἐστι τὸ σημαντικὸν πάσης οὐσίας σχή‐ ματι καὶ πράγματι.</w:t>
      </w:r>
    </w:p>
    <w:p>
      <w:r>
        <w:rPr>
          <w:rFonts w:ascii="Courier New" w:hAnsi="Courier New"/>
          <w:color w:val="555555"/>
          <w:sz w:val="20"/>
        </w:rPr>
        <w:t>[35]</w:t>
      </w:r>
    </w:p>
    <w:p>
      <w:r>
        <w:rPr>
          <w:rFonts w:ascii="Gentium Plus" w:hAnsi="Gentium Plus"/>
          <w:sz w:val="24"/>
        </w:rPr>
        <w:t>[Ἰδίωμα τῆς θείας φύσεως τῆς ἁγίας τριάδος τὸ ἄκτιστον, τὸ ἄναρχον, τὸ ἀπέρατον, τὸ ἀσώ‐ ματον, τὸ ἀόριστον, τὸ ἀόρατον.] Ἰδίωμα τῆς θείας φύσεως παρὰ τὴν φύσιν τῶν</w:t>
      </w:r>
    </w:p>
    <w:p>
      <w:r>
        <w:rPr>
          <w:rFonts w:ascii="Courier New" w:hAnsi="Courier New"/>
          <w:color w:val="555555"/>
          <w:sz w:val="20"/>
        </w:rPr>
        <w:t>[iota 1090]</w:t>
      </w:r>
    </w:p>
    <w:p>
      <w:r>
        <w:rPr>
          <w:rFonts w:ascii="Gentium Plus" w:hAnsi="Gentium Plus"/>
          <w:sz w:val="24"/>
        </w:rPr>
        <w:t>σει· τὸ ἄτρεπτον· τὸ ἀπερίγραπτον· τὸ ἀχώ‐ ριστον· τὸ ἀόριστον· τὸ ἀπερινόητον· τὸ ἀνεν‐ δεὲς καὶ αὐτοκρατές· τὸ ζωοδοτικόν· τὸ παντο‐ δύναμον· ἅτινα οὐδ’ ἐν τῇ ἀγγελικῇ τάξει φαί‐</w:t>
      </w:r>
    </w:p>
    <w:p>
      <w:r>
        <w:rPr>
          <w:rFonts w:ascii="Courier New" w:hAnsi="Courier New"/>
          <w:color w:val="555555"/>
          <w:sz w:val="20"/>
        </w:rPr>
        <w:t>[5]</w:t>
      </w:r>
    </w:p>
    <w:p>
      <w:r>
        <w:rPr>
          <w:rFonts w:ascii="Gentium Plus" w:hAnsi="Gentium Plus"/>
          <w:sz w:val="24"/>
        </w:rPr>
        <w:t>νεσθαι τῶν ἐνδεχομένων ἐστίν. Ἰδίωμα τῆς ἀγγελικῆς φύσεως ἐστὶ τὸ ἀπαθὲς τῆς οὐσίας. καὶ ὑμνολογικὸν ἀσίγητον. ἀπα‐ θὲς δὲ τὸ ἀθάνατον αὐτῶν εἶπον. Ἰδίωμα τῆς ἀγγελικῆς φύσεως παρὰ τὴν ἀνθρω‐</w:t>
      </w:r>
    </w:p>
    <w:p>
      <w:r>
        <w:rPr>
          <w:rFonts w:ascii="Courier New" w:hAnsi="Courier New"/>
          <w:color w:val="555555"/>
          <w:sz w:val="20"/>
        </w:rPr>
        <w:t>[10]</w:t>
      </w:r>
    </w:p>
    <w:p>
      <w:r>
        <w:rPr>
          <w:rFonts w:ascii="Gentium Plus" w:hAnsi="Gentium Plus"/>
          <w:sz w:val="24"/>
        </w:rPr>
        <w:t>πίνην τὸ ἀθάνατον, τὸ ἀόρατον, τὸ ἀνενδεὲς ὕλῃ, τὸ ἀσώματον ὡς πρὸς τὸ σῶμα· ἅτινα εἰλήφασι παρὰ τοῦ δωρησαμένου θεοῦ. Ἰδιώματα τῆς ἀνθρωπίνης φύσεως τὰ χωρίζον‐ τα αὐτὴν τῶν λοιπῶν οὐσιῶν, λέγω δὲ τῶν ἀλό‐</w:t>
      </w:r>
    </w:p>
    <w:p>
      <w:r>
        <w:rPr>
          <w:rFonts w:ascii="Courier New" w:hAnsi="Courier New"/>
          <w:color w:val="555555"/>
          <w:sz w:val="20"/>
        </w:rPr>
        <w:t>[15]</w:t>
      </w:r>
    </w:p>
    <w:p>
      <w:r>
        <w:rPr>
          <w:rFonts w:ascii="Gentium Plus" w:hAnsi="Gentium Plus"/>
          <w:sz w:val="24"/>
        </w:rPr>
        <w:t>γων, τὸ λογικὸν, τὸ διανοητικὸν, τὸ τῆς ψυχῆς ἀΐδιον, τὸ αὐτεξούσιον, τὸ ὀρθοπεριπατητικόν. πρὸς θεὸν καὶ ἀγγέλους τὸ τῆς τροφῆς ἐνδεὲς, τὸ περίγραπτον, τὸ βαρὺ τοῦ σώματος. εἰσὶ δὲ ἰδιώματα φυσικὰ, ἃ προεῖπον. καὶ εἰσὶν ὑπο‐</w:t>
      </w:r>
    </w:p>
    <w:p>
      <w:r>
        <w:rPr>
          <w:rFonts w:ascii="Courier New" w:hAnsi="Courier New"/>
          <w:color w:val="555555"/>
          <w:sz w:val="20"/>
        </w:rPr>
        <w:t>[20]</w:t>
      </w:r>
    </w:p>
    <w:p>
      <w:r>
        <w:rPr>
          <w:rFonts w:ascii="Gentium Plus" w:hAnsi="Gentium Plus"/>
          <w:sz w:val="24"/>
        </w:rPr>
        <w:t>στατικὰ, οἷον ἀσπρότης, σιμότης, γοργότης, νω‐ θρότης καὶ τὰ ὅμοια. ἅπερ οὐκ ἐν πᾶσιν ἀν‐ θρώποις εὑρίσκεται. [οὐ γὰρ πάντες σιμοὶ, οὐ πάντες γλαυκοὶ, διόπερ καί τινες ὑπόστασιν εἶναι λέγουσι τὴν συνδρομὴν τὴν ἰδιάζουσαν</w:t>
      </w:r>
    </w:p>
    <w:p>
      <w:r>
        <w:rPr>
          <w:rFonts w:ascii="Courier New" w:hAnsi="Courier New"/>
          <w:color w:val="555555"/>
          <w:sz w:val="20"/>
        </w:rPr>
        <w:t>[25]</w:t>
      </w:r>
    </w:p>
    <w:p>
      <w:r>
        <w:rPr>
          <w:rFonts w:ascii="Gentium Plus" w:hAnsi="Gentium Plus"/>
          <w:sz w:val="24"/>
        </w:rPr>
        <w:t>τῶν χαρακτηριστικῶν ἰδιωμάτων, ὧν προεῖπον. τὰ δὲ φυσικὰ ἰδιώματα ἐξίσου ἐν παντὶ τῷ γέ‐ νει ὁμοίως εὑρίσκονται.] οἷον· πάντες ἄνθρωποι βροτοί. ὁμοίως εἰσὶ θνητοί· λογικοί· ἀναπνευ‐ στικοί· περιπατητικοί· ὑπνωτικοί· πλατυόνυχες·</w:t>
      </w:r>
    </w:p>
    <w:p>
      <w:r>
        <w:rPr>
          <w:rFonts w:ascii="Courier New" w:hAnsi="Courier New"/>
          <w:color w:val="555555"/>
          <w:sz w:val="20"/>
        </w:rPr>
        <w:t>[30]</w:t>
      </w:r>
    </w:p>
    <w:p>
      <w:r>
        <w:rPr>
          <w:rFonts w:ascii="Gentium Plus" w:hAnsi="Gentium Plus"/>
          <w:sz w:val="24"/>
        </w:rPr>
        <w:t>γεωργητικοί· τεχνῶν τεχνῖται. Ἰδίωμα ἐνεργείας ἐστὶν ὁ διὰ τοῦ πλάσματος σχηματισμός. ὃ οὐκ ἐνεργεῖ καθαρῶς, ἀλλὰ καὶ ἐνέργημά ἐστι καὶ γνωρίζεται. ζήτει περὶ τούτου εἰς τὸ, τί ἐστιν ἐνέργεια.</w:t>
      </w:r>
    </w:p>
    <w:p>
      <w:r>
        <w:rPr>
          <w:rFonts w:ascii="Courier New" w:hAnsi="Courier New"/>
          <w:color w:val="555555"/>
          <w:sz w:val="20"/>
        </w:rPr>
        <w:t>[35]</w:t>
      </w:r>
    </w:p>
    <w:p>
      <w:r>
        <w:rPr>
          <w:rFonts w:ascii="Gentium Plus" w:hAnsi="Gentium Plus"/>
          <w:sz w:val="24"/>
        </w:rPr>
        <w:t>Ἰδίωμα ψυχῆς ἐστὶ τὸ ἀθάνατον· τὸ λογικόν· τὸ θελητικόν. Ἰδίωμα τῆς ἀνθρωπίνης φύσεως τὸ σύνθετον ἐκ ψυχῆς ἀσωμάτου καὶ σώματος ὁρωμένου· τὸ</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Ἰδίειν. ἱδροῦν, κοπιᾷν. Ἰδίῃς. ἱδρώσῃς. Ἀριστοφάνης· μή μοι σοβαρῶς χώρει, πρὶν ἂν ἰδίῃς.</w:t>
      </w:r>
    </w:p>
    <w:p>
      <w:r>
        <w:rPr>
          <w:rFonts w:ascii="Courier New" w:hAnsi="Courier New"/>
          <w:color w:val="555555"/>
          <w:sz w:val="20"/>
        </w:rPr>
        <w:t>[5]</w:t>
      </w:r>
    </w:p>
    <w:p>
      <w:r>
        <w:rPr>
          <w:rFonts w:ascii="Gentium Plus" w:hAnsi="Gentium Plus"/>
          <w:sz w:val="24"/>
        </w:rPr>
        <w:t>Ἰδίω. τὸ κοπιῶ καὶ ἱδρῶ. ἀπὸ τοῦ ὕδωρ γέγο‐ νεν ὑδρῶ καὶ ἱδρῶ κατὰ τροπὴν τοῦ υ εἰς ι. ἐκ τούτου γίνεται ἱδρίω κατὰ πλεονασμὸν τοῦ ι. τὸ γὰρ ι πέφυκε πλεονάζειν ἐν τοῖς ῥήμασιν. εἶτα κατὰ ἀποβολὴν τοῦ ρ ἰδίω.</w:t>
      </w:r>
    </w:p>
    <w:p>
      <w:r>
        <w:rPr>
          <w:rFonts w:ascii="Courier New" w:hAnsi="Courier New"/>
          <w:color w:val="555555"/>
          <w:sz w:val="20"/>
        </w:rPr>
        <w:t>[10]</w:t>
      </w:r>
    </w:p>
    <w:p>
      <w:r>
        <w:rPr>
          <w:rFonts w:ascii="Gentium Plus" w:hAnsi="Gentium Plus"/>
          <w:sz w:val="24"/>
        </w:rPr>
        <w:t>Ἰδιοπραγεῖ. τὰ ἴδια πράττει, ἡσυχάζει. Ἴδμεν. ἀντὶ τοῦ οἴδαμεν. ἀπὸ τοῦ οἴδαμεν κα‐ τὰ συγκοπὴν καὶ ἀφαίρεσιν τοῦ ο ἴδμεν. ὁ δεύτερος ἀόριστος τοῦ εἴδω ῥήματος ἐστὶν ἴδον, καὶ τὸ πρῶτον τῶν πληθυντικῶν ἴδομεν, καὶ</w:t>
      </w:r>
    </w:p>
    <w:p>
      <w:r>
        <w:rPr>
          <w:rFonts w:ascii="Courier New" w:hAnsi="Courier New"/>
          <w:color w:val="555555"/>
          <w:sz w:val="20"/>
        </w:rPr>
        <w:t>[15]</w:t>
      </w:r>
    </w:p>
    <w:p>
      <w:r>
        <w:rPr>
          <w:rFonts w:ascii="Gentium Plus" w:hAnsi="Gentium Plus"/>
          <w:sz w:val="24"/>
        </w:rPr>
        <w:t>κατὰ συγκοπὴν ἴδμεν. Ἰδνωθείς. καμφθεὶς εἰς τοὐπίσω. παρὰ τὸ ἵζω ἰδνῶ, καὶ ἐξ αὐτοῦ ἰδνωθείς. Ἴδῃς. ἀντὶ τοῦ εὕρῃς. ὡς· ὅταν ἴδῃς τὰ ἀγαθὰ, Ἱερουσαλήμ.</w:t>
      </w:r>
    </w:p>
    <w:p>
      <w:r>
        <w:rPr>
          <w:rFonts w:ascii="Courier New" w:hAnsi="Courier New"/>
          <w:color w:val="555555"/>
          <w:sz w:val="20"/>
        </w:rPr>
        <w:t>[20]</w:t>
      </w:r>
    </w:p>
    <w:p>
      <w:r>
        <w:rPr>
          <w:rFonts w:ascii="Gentium Plus" w:hAnsi="Gentium Plus"/>
          <w:sz w:val="24"/>
        </w:rPr>
        <w:t>Ἱδρυμένος. τεθεμελιωμένος. Ἱδρύσαντο. ἐκάθισαν. Ἵδρυται. πεπαγίωται. Ἱδρύω. ἀπὸ τοῦ ἵζω ἱδρῶ, ἱδρύω.</w:t>
      </w:r>
    </w:p>
    <w:p>
      <w:r>
        <w:rPr>
          <w:rFonts w:ascii="Courier New" w:hAnsi="Courier New"/>
          <w:color w:val="555555"/>
          <w:sz w:val="20"/>
        </w:rPr>
        <w:t>[iota 1092]</w:t>
      </w:r>
    </w:p>
    <w:p>
      <w:r>
        <w:rPr>
          <w:rFonts w:ascii="Gentium Plus" w:hAnsi="Gentium Plus"/>
          <w:sz w:val="24"/>
        </w:rPr>
        <w:t>Ἴδοσαν. ὡς τό· ἴδοσάν σε ὕδατα, †ὁ θεός.† ἀόριστος ἐστὶ δεύτερος καὶ γράφεται διὰ τοῦ ι. Ἰδέ. ἀντὶ τοῦ βλέψον. εἶδε δὲ ἀντὶ τοῦ ἐθεάσα‐ το, δίφθογγον.</w:t>
      </w:r>
    </w:p>
    <w:p>
      <w:r>
        <w:rPr>
          <w:rFonts w:ascii="Courier New" w:hAnsi="Courier New"/>
          <w:color w:val="555555"/>
          <w:sz w:val="20"/>
        </w:rPr>
        <w:t>[5]</w:t>
      </w:r>
    </w:p>
    <w:p>
      <w:r>
        <w:rPr>
          <w:rFonts w:ascii="Gentium Plus" w:hAnsi="Gentium Plus"/>
          <w:sz w:val="24"/>
        </w:rPr>
        <w:t>Ἴδε. ἀντὶ τοῦ ἰδοῦ. Ἰδέ. σύνδεσμος. ὅ ἐστι ἀντὶ τοῦ καί. γράφεται καὶ ἦτα. Ἰδέρως. ὁ ἅμα τῷ ἰδεῖν ἐρῶν.</w:t>
      </w:r>
    </w:p>
    <w:p>
      <w:pPr>
        <w:jc w:val="center"/>
      </w:pPr>
      <w:r>
        <w:rPr>
          <w:rFonts w:ascii="Gentium Plus" w:hAnsi="Gentium Plus"/>
          <w:b/>
          <w:sz w:val="24"/>
        </w:rPr>
        <w:t>Τὸ Ι μετὰ τοῦ Ε.</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Ἰεμενεί. κύριον. Ἱερομύστης. ὁ διδαχθεὶς τὰ ἱερὰ μυστήρια. Ἱεροφάντης. μυσταγωγὸς θείων λογίων. Ἱερόσυλος. κλοπεὺς τῶν ἱερῶν.</w:t>
      </w:r>
    </w:p>
    <w:p>
      <w:r>
        <w:rPr>
          <w:rFonts w:ascii="Courier New" w:hAnsi="Courier New"/>
          <w:color w:val="555555"/>
          <w:sz w:val="20"/>
        </w:rPr>
        <w:t>[15]</w:t>
      </w:r>
    </w:p>
    <w:p>
      <w:r>
        <w:rPr>
          <w:rFonts w:ascii="Gentium Plus" w:hAnsi="Gentium Plus"/>
          <w:sz w:val="24"/>
        </w:rPr>
        <w:t>Ἱερῆας. τοὺς ἱερεῖς. Ἱερεύς. ὁ τὰς θυσίας προπέμπων τῷ θεῷ. πα‐ ρὰ τὸ ἵημι. ἢ ὁ λογικὰς θυσίας ἐν καρδίᾳ ἀναφέρειν ἐπιστάμενος. Ἱεροβάαλ. οὕτως ἐκαλεῖτο ὁ Γεδεὼν διὰ τὸ</w:t>
      </w:r>
    </w:p>
    <w:p>
      <w:r>
        <w:rPr>
          <w:rFonts w:ascii="Courier New" w:hAnsi="Courier New"/>
          <w:color w:val="555555"/>
          <w:sz w:val="20"/>
        </w:rPr>
        <w:t>[20]</w:t>
      </w:r>
    </w:p>
    <w:p>
      <w:r>
        <w:rPr>
          <w:rFonts w:ascii="Gentium Plus" w:hAnsi="Gentium Plus"/>
          <w:sz w:val="24"/>
        </w:rPr>
        <w:t>καταβαλεῖν τὸ ἱερὸν τοῦ Βάαλ. Ἱερομνήμονες. οἱ πεμπόμενος εἰς τὸ τῶν Ἀμ‐</w:t>
      </w:r>
    </w:p>
    <w:p>
      <w:r>
        <w:rPr>
          <w:rFonts w:ascii="Courier New" w:hAnsi="Courier New"/>
          <w:color w:val="555555"/>
          <w:sz w:val="20"/>
        </w:rPr>
        <w:t>[iota 1093]</w:t>
      </w:r>
    </w:p>
    <w:p>
      <w:r>
        <w:rPr>
          <w:rFonts w:ascii="Gentium Plus" w:hAnsi="Gentium Plus"/>
          <w:sz w:val="24"/>
        </w:rPr>
        <w:t>τοῦ συνεδρίου μετεχουσῶν οὕτω καλοῦνται. ἢ οἱ εἰς Πυλαίαν ἐκπεμπόμενοι γραμματεῖς. παρὰ τὸ μνημονεύειν τῶν ἱερῶν. Ἱερολόγος. ὁ ψάλτης.</w:t>
      </w:r>
    </w:p>
    <w:p>
      <w:r>
        <w:rPr>
          <w:rFonts w:ascii="Courier New" w:hAnsi="Courier New"/>
          <w:color w:val="555555"/>
          <w:sz w:val="20"/>
        </w:rPr>
        <w:t>[5]</w:t>
      </w:r>
    </w:p>
    <w:p>
      <w:r>
        <w:rPr>
          <w:rFonts w:ascii="Gentium Plus" w:hAnsi="Gentium Plus"/>
          <w:sz w:val="24"/>
        </w:rPr>
        <w:t>Ἱερείτης. ὁ ἱερεύς. Ἱεροφώνων. μεγαλοφώνων. τὸ γὰρ μέγα ἱερὸν ἔλεγον οἱ παλαιοί. Ἰεχονίας. κύριον. Ἰεβοῦς. πεπλανημένος, κατησχυμμένος. καὶ ὁ</w:t>
      </w:r>
    </w:p>
    <w:p>
      <w:r>
        <w:rPr>
          <w:rFonts w:ascii="Courier New" w:hAnsi="Courier New"/>
          <w:color w:val="555555"/>
          <w:sz w:val="20"/>
        </w:rPr>
        <w:t>[10]</w:t>
      </w:r>
    </w:p>
    <w:p>
      <w:r>
        <w:rPr>
          <w:rFonts w:ascii="Gentium Plus" w:hAnsi="Gentium Plus"/>
          <w:sz w:val="24"/>
        </w:rPr>
        <w:t>Θεολόγος· ὃν Ἰεβοῦς πρότερον ὄντα Ἱερουσα‐ λὴμ πεποιήκαμεν.</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Ἱερομηνία. ἱερὰ ἑορτὴ κατὰ μῆνα. Ἱερολογία. ἡ θεία ψαλμῳδία, ἢ ἡ θεία λει‐</w:t>
      </w:r>
    </w:p>
    <w:p>
      <w:r>
        <w:rPr>
          <w:rFonts w:ascii="Courier New" w:hAnsi="Courier New"/>
          <w:color w:val="555555"/>
          <w:sz w:val="20"/>
        </w:rPr>
        <w:t>[15]</w:t>
      </w:r>
    </w:p>
    <w:p>
      <w:r>
        <w:rPr>
          <w:rFonts w:ascii="Gentium Plus" w:hAnsi="Gentium Plus"/>
          <w:sz w:val="24"/>
        </w:rPr>
        <w:t>τουργία. Ἱερήν. μεγάλην. Ἱεράν. ἁγίαν. Ἱερὰ τριήρης. ἡ πάραλος. Ἱερουσαλήμ. Σαλὴμ ἐλέγετο πρότερον, ἐλθόν‐</w:t>
      </w:r>
    </w:p>
    <w:p>
      <w:r>
        <w:rPr>
          <w:rFonts w:ascii="Courier New" w:hAnsi="Courier New"/>
          <w:color w:val="555555"/>
          <w:sz w:val="20"/>
        </w:rPr>
        <w:t>[20]</w:t>
      </w:r>
    </w:p>
    <w:p>
      <w:r>
        <w:rPr>
          <w:rFonts w:ascii="Gentium Plus" w:hAnsi="Gentium Plus"/>
          <w:sz w:val="24"/>
        </w:rPr>
        <w:t>τος δὲ Χριστοῦ ἐν αὐτῇ, ἐκλήθη Ἱερουσαλήμ. ἑρμηνεύεται δὲ ὅρασις εἰρήνης.</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[Ἱερόν. ναὸς ἅγιος.]</w:t>
      </w:r>
    </w:p>
    <w:p>
      <w:r>
        <w:rPr>
          <w:rFonts w:ascii="Courier New" w:hAnsi="Courier New"/>
          <w:color w:val="555555"/>
          <w:sz w:val="20"/>
        </w:rPr>
        <w:t>[iota 1094]</w:t>
      </w:r>
    </w:p>
    <w:p>
      <w:r>
        <w:rPr>
          <w:rFonts w:ascii="Gentium Plus" w:hAnsi="Gentium Plus"/>
          <w:sz w:val="24"/>
        </w:rPr>
        <w:t>Ἱερὸν ὀστοῦν. τὸ ἄκρον τῆς ὀσφύος. ὅτι μέγα ἐστί. τὸ μέγα ἱερὸν ἔλεγον οἱ παλαιοί. Ἱερεῖον. σφάγιον, θῦμα. Ἱεριχούντια τείχη, ι. Σεμιράμεια δὲ, δίφθογγον.</w:t>
      </w:r>
    </w:p>
    <w:p>
      <w:r>
        <w:rPr>
          <w:rFonts w:ascii="Courier New" w:hAnsi="Courier New"/>
          <w:color w:val="555555"/>
          <w:sz w:val="20"/>
        </w:rPr>
        <w:t>[5]</w:t>
      </w:r>
    </w:p>
    <w:p>
      <w:r>
        <w:rPr>
          <w:rFonts w:ascii="Gentium Plus" w:hAnsi="Gentium Plus"/>
          <w:sz w:val="24"/>
        </w:rPr>
        <w:t>Ἱερόντιον. ὄνομα πόλεως. Ἱερὸν ἡ συμβουλή. παροιμία ἐπὶ τῶν δεινῶν συμβουλεύειν. Ἱερῷ. θείῳ, ἢ μεγάλῳ.</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Ἱέμενοι. ἐπιθυμοῦντες. προθυμούμενοι. Ἰέμην. ἐπορευόμην. εὐθὺς γὰρ αὐτοῦ [κατόπιν] ἐνθένδ’ ἰέμην. Ἰέναι. ἐλθεῖν. καὶ ἀντὶ τοῦ ἀνθεῖν. ἴονθος γὰρ ἡ πρώτη ἔκφυσις τῶν τριχῶν.</w:t>
      </w:r>
    </w:p>
    <w:p>
      <w:r>
        <w:rPr>
          <w:rFonts w:ascii="Courier New" w:hAnsi="Courier New"/>
          <w:color w:val="555555"/>
          <w:sz w:val="20"/>
        </w:rPr>
        <w:t>[15]</w:t>
      </w:r>
    </w:p>
    <w:p>
      <w:r>
        <w:rPr>
          <w:rFonts w:ascii="Gentium Plus" w:hAnsi="Gentium Plus"/>
          <w:sz w:val="24"/>
        </w:rPr>
        <w:t>Ἵενται. ὁρμῶσιν. οἱ δὲ γευσάμενοι τῆς νίκης τέ‐ λειον ἵενται κρατῆσαι. Ἵει. ἀντὶ τοῦ πέμπει, καὶ ἀφίησιν. ὁ δὲ ἵει ἑαυ‐ τὸν εἰς τὸ ὕδωρ ψυχρὸν, φάσκων γῆρας ἀν‐ θρώπων εἶναι τὰ βαλανεῖα.</w:t>
      </w:r>
    </w:p>
    <w:p>
      <w:r>
        <w:rPr>
          <w:rFonts w:ascii="Courier New" w:hAnsi="Courier New"/>
          <w:color w:val="555555"/>
          <w:sz w:val="20"/>
        </w:rPr>
        <w:t>[20]</w:t>
      </w:r>
    </w:p>
    <w:p>
      <w:r>
        <w:rPr>
          <w:rFonts w:ascii="Gentium Plus" w:hAnsi="Gentium Plus"/>
          <w:sz w:val="24"/>
        </w:rPr>
        <w:t>Ἱέντες. ἀφιέντες. οὗτοι εἰσὶν οἱ τὴν βοὴν τὴν βαρεῖαν ἱέντες ἡμῖν ἐν ταῖς μάχαις. Ἵενται. ἀφίενται.</w:t>
      </w:r>
    </w:p>
    <w:p>
      <w:r>
        <w:rPr>
          <w:rFonts w:ascii="Courier New" w:hAnsi="Courier New"/>
          <w:color w:val="555555"/>
          <w:sz w:val="20"/>
        </w:rPr>
        <w:t>[iota 1095]</w:t>
      </w:r>
    </w:p>
    <w:p>
      <w:r>
        <w:rPr>
          <w:rFonts w:ascii="Gentium Plus" w:hAnsi="Gentium Plus"/>
          <w:sz w:val="24"/>
        </w:rPr>
        <w:t>Ἱερουργεῖ. θύει. Ἱερᾶσθαι. ἱερουργεῖν, ἁγιάζειν. Ἱερῶσθαι. τὸ ἱερεὺς νενομίσθαι. καὶ οἷον κα‐ θιερῶσθαι.</w:t>
      </w:r>
    </w:p>
    <w:p>
      <w:r>
        <w:rPr>
          <w:rFonts w:ascii="Courier New" w:hAnsi="Courier New"/>
          <w:color w:val="555555"/>
          <w:sz w:val="20"/>
        </w:rPr>
        <w:t>[5]</w:t>
      </w:r>
    </w:p>
    <w:p>
      <w:r>
        <w:rPr>
          <w:rFonts w:ascii="Gentium Plus" w:hAnsi="Gentium Plus"/>
          <w:sz w:val="24"/>
        </w:rPr>
        <w:t>Ἱεράτω. κατὰ νόμον ὀργιαζέτω, θυέτω. ὀρ‐ γεῶνες γὰρ οἱ θῦται. Ἱέσθην. προεθυμοῦντο, ἢ ἐπορεύοντο. Ἴετο. ἐπορεύετο. Ἵεται. προθυμεῖται. πορεύεται.</w:t>
      </w:r>
    </w:p>
    <w:p>
      <w:r>
        <w:rPr>
          <w:rFonts w:ascii="Courier New" w:hAnsi="Courier New"/>
          <w:color w:val="555555"/>
          <w:sz w:val="20"/>
        </w:rPr>
        <w:t>[10]</w:t>
      </w:r>
    </w:p>
    <w:p>
      <w:r>
        <w:rPr>
          <w:rFonts w:ascii="Gentium Plus" w:hAnsi="Gentium Plus"/>
          <w:sz w:val="24"/>
        </w:rPr>
        <w:t>Ἱέντες. ἀκοντίζοντες. Ὅμηρος· δίσκοισι τέρποντο καὶ αἰγανέῃσιν ἱέντες.</w:t>
      </w:r>
    </w:p>
    <w:p>
      <w:pPr>
        <w:jc w:val="center"/>
      </w:pPr>
      <w:r>
        <w:rPr>
          <w:rFonts w:ascii="Gentium Plus" w:hAnsi="Gentium Plus"/>
          <w:b/>
          <w:sz w:val="24"/>
        </w:rPr>
        <w:t>Τὸ Ι μετὰ τοῦ Ζ.</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Ἱζηματίας. ἄνεμος, καὶ ὁ κεραυνὸς, ἢ εἶδος</w:t>
      </w:r>
    </w:p>
    <w:p>
      <w:r>
        <w:rPr>
          <w:rFonts w:ascii="Courier New" w:hAnsi="Courier New"/>
          <w:color w:val="555555"/>
          <w:sz w:val="20"/>
        </w:rPr>
        <w:t>[15]</w:t>
      </w:r>
    </w:p>
    <w:p>
      <w:r>
        <w:rPr>
          <w:rFonts w:ascii="Gentium Plus" w:hAnsi="Gentium Plus"/>
          <w:sz w:val="24"/>
        </w:rPr>
        <w:t>σεισμοῦ.</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Ἱζάνω. κάθημαι. Ἵζει. καθίζει.</w:t>
      </w:r>
    </w:p>
    <w:p>
      <w:pPr>
        <w:jc w:val="center"/>
      </w:pPr>
      <w:r>
        <w:rPr>
          <w:rFonts w:ascii="Gentium Plus" w:hAnsi="Gentium Plus"/>
          <w:b/>
          <w:sz w:val="24"/>
        </w:rPr>
        <w:t>Τὸ Ι μετὰ τοῦ Η.</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Ἰήϊος. τοξότης. λέγει τὸν Ἀπόλλωνα. Ὅμηρος· ἰήϊε Φοῖβε.</w:t>
      </w:r>
    </w:p>
    <w:p>
      <w:r>
        <w:rPr>
          <w:rFonts w:ascii="Courier New" w:hAnsi="Courier New"/>
          <w:color w:val="555555"/>
          <w:sz w:val="20"/>
        </w:rPr>
        <w:t>[5]</w:t>
      </w:r>
    </w:p>
    <w:p>
      <w:r>
        <w:rPr>
          <w:rFonts w:ascii="Gentium Plus" w:hAnsi="Gentium Plus"/>
          <w:sz w:val="24"/>
        </w:rPr>
        <w:t>Ἰηϊοῦ. βασιλεὺς Σαμαρείας, ὃς ἀνεῖλεν Ἰεσά‐ βελ καὶ τοὺς υἱοὺς Ἀχαὰβ κατὰ τὸ ῥῆμα Ἠλίου τοῦ προφήτου. Ἰησοῦς. ὄνομα τῆς ἐνανθρωπήσεως. δηλοῖ δὲ τὸν σωτῆρα μεθερμηνευόμενον τῇ Ἑβραΐδι δια‐</w:t>
      </w:r>
    </w:p>
    <w:p>
      <w:r>
        <w:rPr>
          <w:rFonts w:ascii="Courier New" w:hAnsi="Courier New"/>
          <w:color w:val="555555"/>
          <w:sz w:val="20"/>
        </w:rPr>
        <w:t>[10]</w:t>
      </w:r>
    </w:p>
    <w:p>
      <w:r>
        <w:rPr>
          <w:rFonts w:ascii="Gentium Plus" w:hAnsi="Gentium Plus"/>
          <w:sz w:val="24"/>
        </w:rPr>
        <w:t>λέκτῳ. Ἰητήρ. ὁ ἰατρός.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Ἰῇ. μιᾷ. Ἰῇ. φωνῇ.</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[Ἵημα. τὸ ἀκόντιον.]</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Ἴῃ. ἀντὶ τοῦ ἔλθῃ. ἐπὶ μέλλοντος. Ἴηλα. ἐδέσμευσα. καὶ ἰῆλαι ἀντὶ τοῦ ἐπικάμψαι</w:t>
      </w:r>
    </w:p>
    <w:p>
      <w:r>
        <w:rPr>
          <w:rFonts w:ascii="Courier New" w:hAnsi="Courier New"/>
          <w:color w:val="555555"/>
          <w:sz w:val="20"/>
        </w:rPr>
        <w:t>[20]</w:t>
      </w:r>
    </w:p>
    <w:p>
      <w:r>
        <w:rPr>
          <w:rFonts w:ascii="Gentium Plus" w:hAnsi="Gentium Plus"/>
          <w:sz w:val="24"/>
        </w:rPr>
        <w:t>ἢ κατακλεῖσαι. ἀπὸ τοῦ εἰλῶ καὶ ἐν ὑπερθέ‐ σει ἰέλω καὶ ἰῆλαι. Ἰηλεμῆσαι. θρηνῆσαι. καὶ ἰηλεμῆσθαι ἀντὶ</w:t>
      </w:r>
    </w:p>
    <w:p>
      <w:r>
        <w:rPr>
          <w:rFonts w:ascii="Courier New" w:hAnsi="Courier New"/>
          <w:color w:val="555555"/>
          <w:sz w:val="20"/>
        </w:rPr>
        <w:t>[iota 1097]</w:t>
      </w:r>
    </w:p>
    <w:p>
      <w:r>
        <w:rPr>
          <w:rFonts w:ascii="Gentium Plus" w:hAnsi="Gentium Plus"/>
          <w:sz w:val="24"/>
        </w:rPr>
        <w:t>Ἵησιν. ἀφίησιν. σχίζων τὶς ξύλα ὡς εἶδε τὸν Κλέαρχον προσιόντα, ἵησι τὴν ἀξίνην. οὕτως Ξενοφῶν. καὶ ἴησιν ἀντὶ τοῦ ἀπέλθοι. κεῖνον μὲν ἐάσωμεν, ἦ κεν ἴησιν.</w:t>
      </w:r>
    </w:p>
    <w:p>
      <w:r>
        <w:rPr>
          <w:rFonts w:ascii="Courier New" w:hAnsi="Courier New"/>
          <w:color w:val="555555"/>
          <w:sz w:val="20"/>
        </w:rPr>
        <w:t>[5]</w:t>
      </w:r>
    </w:p>
    <w:p>
      <w:r>
        <w:rPr>
          <w:rFonts w:ascii="Gentium Plus" w:hAnsi="Gentium Plus"/>
          <w:sz w:val="24"/>
        </w:rPr>
        <w:t>Ἵημι. τὸ πέμπω καὶ τὸ πορεύομαι. οἷον· ἄστυδ’ ἰέμενος.</w:t>
      </w:r>
    </w:p>
    <w:p>
      <w:pPr>
        <w:jc w:val="center"/>
      </w:pPr>
      <w:r>
        <w:rPr>
          <w:rFonts w:ascii="Gentium Plus" w:hAnsi="Gentium Plus"/>
          <w:b/>
          <w:sz w:val="24"/>
        </w:rPr>
        <w:t>Τὸ Ι μετὰ τοῦ Θ.</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Ἰθαγενής. γνήσιος. αὐτόχθων, ἐνταῦθα γεν‐</w:t>
      </w:r>
    </w:p>
    <w:p>
      <w:r>
        <w:rPr>
          <w:rFonts w:ascii="Courier New" w:hAnsi="Courier New"/>
          <w:color w:val="555555"/>
          <w:sz w:val="20"/>
        </w:rPr>
        <w:t>[10]</w:t>
      </w:r>
    </w:p>
    <w:p>
      <w:r>
        <w:rPr>
          <w:rFonts w:ascii="Gentium Plus" w:hAnsi="Gentium Plus"/>
          <w:sz w:val="24"/>
        </w:rPr>
        <w:t>νηθείς. ὁ ἰθὺ καὶ ἀδιάστροφον ἔχων τὸ γένος. καὶ ἰθαιγενής. Ἰθακήσιος. ἀπὸ Ἰθάκης χώρας. Ἴθακος. κύριον. Ἰθαιμένεος· Ἰθάμαρ. κύρια.</w:t>
      </w:r>
    </w:p>
    <w:p>
      <w:r>
        <w:rPr>
          <w:rFonts w:ascii="Courier New" w:hAnsi="Courier New"/>
          <w:color w:val="555555"/>
          <w:sz w:val="20"/>
        </w:rPr>
        <w:t>[15]</w:t>
      </w:r>
    </w:p>
    <w:p>
      <w:r>
        <w:rPr>
          <w:rFonts w:ascii="Gentium Plus" w:hAnsi="Gentium Plus"/>
          <w:sz w:val="24"/>
        </w:rPr>
        <w:t>Ἴθρις. ὁ ἐκτομίας. ἀπὸ τοῦ θερίζω, θερίσω, θερὶς καὶ θρὶς, καὶ κατὰ πλεονασμὸν τοῦ ι</w:t>
      </w:r>
    </w:p>
    <w:p>
      <w:r>
        <w:rPr>
          <w:rFonts w:ascii="Courier New" w:hAnsi="Courier New"/>
          <w:color w:val="555555"/>
          <w:sz w:val="20"/>
        </w:rPr>
        <w:t>[iota 1098]</w:t>
      </w:r>
    </w:p>
    <w:p>
      <w:r>
        <w:rPr>
          <w:rFonts w:ascii="Gentium Plus" w:hAnsi="Gentium Plus"/>
          <w:sz w:val="24"/>
        </w:rPr>
        <w:t>Ἰθυντῆρες. ὁδηγοὶ, κυβερνῆται, χαλινοὶ, πη‐ δάλια. Ἰθωμίτης. ἀπὸ Ἰθώμης πόλεως. Ἰθύφαλλοι. οἱ ἔφοροι Διονύσου. οἱ τοὺς ἰθυ‐</w:t>
      </w:r>
    </w:p>
    <w:p>
      <w:r>
        <w:rPr>
          <w:rFonts w:ascii="Courier New" w:hAnsi="Courier New"/>
          <w:color w:val="555555"/>
          <w:sz w:val="20"/>
        </w:rPr>
        <w:t>[5]</w:t>
      </w:r>
    </w:p>
    <w:p>
      <w:r>
        <w:rPr>
          <w:rFonts w:ascii="Gentium Plus" w:hAnsi="Gentium Plus"/>
          <w:sz w:val="24"/>
        </w:rPr>
        <w:t>φάλλους ἐν τῇ ὀρχήστρᾳ ὀρχούμενοι. κυρίως δὲ ἰθύφαλλον τὸ ἐντεταμμένον αἰδοῖον.</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Ἰθάκη. χώρα. Ἰθάμαρ. κύριον.</w:t>
      </w:r>
    </w:p>
    <w:p>
      <w:r>
        <w:rPr>
          <w:rFonts w:ascii="Courier New" w:hAnsi="Courier New"/>
          <w:color w:val="555555"/>
          <w:sz w:val="20"/>
        </w:rPr>
        <w:t>[10]</w:t>
      </w:r>
    </w:p>
    <w:p>
      <w:r>
        <w:rPr>
          <w:rFonts w:ascii="Gentium Plus" w:hAnsi="Gentium Plus"/>
          <w:sz w:val="24"/>
        </w:rPr>
        <w:t>Ἰθεῖα. εὐθεῖα, ὀρθή. οὐ γὰρ ἀφαυρῶς ἐκ Διὸς ἰθείης οἶδε τάλαντα δίκης. †Ἴθμη. ἡ τρίβος.† Ἰθύτης. εὐθύτης.</w:t>
      </w:r>
    </w:p>
    <w:p>
      <w:r>
        <w:rPr>
          <w:rFonts w:ascii="Courier New" w:hAnsi="Courier New"/>
          <w:color w:val="555555"/>
          <w:sz w:val="20"/>
        </w:rPr>
        <w:t>[15]</w:t>
      </w:r>
    </w:p>
    <w:p>
      <w:r>
        <w:rPr>
          <w:rFonts w:ascii="Gentium Plus" w:hAnsi="Gentium Plus"/>
          <w:sz w:val="24"/>
        </w:rPr>
        <w:t>Ἰθώμη. πόλις.</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Ἴθματα. ἴχνη· βήματα· βαδίσματα· δικαιώμα‐</w:t>
      </w:r>
    </w:p>
    <w:p>
      <w:r>
        <w:rPr>
          <w:rFonts w:ascii="Courier New" w:hAnsi="Courier New"/>
          <w:color w:val="555555"/>
          <w:sz w:val="20"/>
        </w:rPr>
        <w:t>[iota 1099]</w:t>
      </w:r>
    </w:p>
    <w:p>
      <w:r>
        <w:rPr>
          <w:rFonts w:ascii="Gentium Plus" w:hAnsi="Gentium Plus"/>
          <w:sz w:val="24"/>
        </w:rPr>
        <w:t>ται ῥῆμα ὄνομα ἴμα, ὡς τίθημι, θέμα, καὶ πλεονασμῷ τοῦ θ, ἴθμα. —ἴθμαθ’ ὁμοῖαι. †Ἴθμενον. περιστόμιον. στεφάνη.†</w:t>
      </w:r>
    </w:p>
    <w:p>
      <w:r>
        <w:rPr>
          <w:rFonts w:ascii="Courier New" w:hAnsi="Courier New"/>
          <w:color w:val="555555"/>
          <w:sz w:val="20"/>
        </w:rPr>
        <w:t>[5]</w:t>
      </w:r>
    </w:p>
    <w:p>
      <w:r>
        <w:rPr>
          <w:rFonts w:ascii="Gentium Plus" w:hAnsi="Gentium Plus"/>
          <w:sz w:val="24"/>
        </w:rPr>
        <w:t>†Ἰθμηρόν. καθαρόν.† Ἰθυντήριον. τὸ κανονίζον καὶ ἰσότητα παρέχον. Ἰθυτενές. τὸ εἰς εὐθὺ τεταμένον. Ἴθι. ἐλθὲ, ἔρχου, πορεύου. ἴθ’, ἀντιβολῶ σε.</w:t>
      </w:r>
    </w:p>
    <w:p>
      <w:r>
        <w:rPr>
          <w:rFonts w:ascii="Courier New" w:hAnsi="Courier New"/>
          <w:color w:val="555555"/>
          <w:sz w:val="20"/>
        </w:rPr>
        <w:t>[10]</w:t>
      </w:r>
    </w:p>
    <w:p>
      <w:r>
        <w:rPr>
          <w:rFonts w:ascii="Gentium Plus" w:hAnsi="Gentium Plus"/>
          <w:sz w:val="24"/>
        </w:rPr>
        <w:t>εἶμι τὸ πορεύομαι. τὸ πρῶτον τῶν πληθυντι‐ κῶν, ἴμεν. τὸ προστακτικὸν, ἴθι. δηλοῖ δὲ καὶ τὸ ἐλθὲ, καὶ παραγενοῦ. ὡς ἐν τῷ· δεῦρ’ ἴθι, ἵνα θέσκελα ἔργα—. Ἰθύνειν. κυβερνᾷν. παρὰ τὸ ἰθὺς, ἰθύνω.</w:t>
      </w:r>
    </w:p>
    <w:p>
      <w:r>
        <w:rPr>
          <w:rFonts w:ascii="Courier New" w:hAnsi="Courier New"/>
          <w:color w:val="555555"/>
          <w:sz w:val="20"/>
        </w:rPr>
        <w:t>[15]</w:t>
      </w:r>
    </w:p>
    <w:p>
      <w:r>
        <w:rPr>
          <w:rFonts w:ascii="Gentium Plus" w:hAnsi="Gentium Plus"/>
          <w:sz w:val="24"/>
        </w:rPr>
        <w:t>Ἴθυσεν. ἐπ’ εὐθείας ὥρμησε. καὶ ἴθυσαν. ἀπὸ τοῦ ἰθὺς, ἰθύνω. Ἰθέως. ἀντὶ τοῦ ὀρθῶς.</w:t>
      </w:r>
    </w:p>
    <w:p>
      <w:pPr>
        <w:jc w:val="center"/>
      </w:pPr>
      <w:r>
        <w:rPr>
          <w:rFonts w:ascii="Gentium Plus" w:hAnsi="Gentium Plus"/>
          <w:b/>
          <w:sz w:val="24"/>
        </w:rPr>
        <w:t>Τὸ Ι μετὰ τοῦ Κ.</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Ἴκαρος καὶ Ἰκάριος. κύρια. παρὰ τὸ ἰκέσθαι</w:t>
      </w:r>
    </w:p>
    <w:p>
      <w:r>
        <w:rPr>
          <w:rFonts w:ascii="Courier New" w:hAnsi="Courier New"/>
          <w:color w:val="555555"/>
          <w:sz w:val="20"/>
        </w:rPr>
        <w:t>[iota 1100]</w:t>
      </w:r>
    </w:p>
    <w:p>
      <w:r>
        <w:rPr>
          <w:rFonts w:ascii="Gentium Plus" w:hAnsi="Gentium Plus"/>
          <w:sz w:val="24"/>
        </w:rPr>
        <w:t>Ἰκαριεύς. δῆμος φυλῆς τῆς Αἰγηΐδος. Ἴκελος. ὁ ὅμοιος. παρὰ τὸ εἴκω, τὸ ὁμοιῶ. τὸ εἴκελος διφορεῖται. Ἱκέσιος. ἀντὶ τοῦ ἱκετήσιος.</w:t>
      </w:r>
    </w:p>
    <w:p>
      <w:r>
        <w:rPr>
          <w:rFonts w:ascii="Courier New" w:hAnsi="Courier New"/>
          <w:color w:val="555555"/>
          <w:sz w:val="20"/>
        </w:rPr>
        <w:t>[5]</w:t>
      </w:r>
    </w:p>
    <w:p>
      <w:r>
        <w:rPr>
          <w:rFonts w:ascii="Gentium Plus" w:hAnsi="Gentium Plus"/>
          <w:sz w:val="24"/>
        </w:rPr>
        <w:t>Ἱκέται. παρακλήτορες. Ἰκμαλέος. δίυγρος. Ἴκμενον. πορευτικόν. ἴκμενον ἄνεμον. Ἰκονιαῖος. ἀπὸ τόπου. Ἱκέτης. πρόσφυξ.</w:t>
      </w:r>
    </w:p>
    <w:p>
      <w:r>
        <w:rPr>
          <w:rFonts w:ascii="Courier New" w:hAnsi="Courier New"/>
          <w:color w:val="555555"/>
          <w:sz w:val="20"/>
        </w:rPr>
        <w:t>[10]</w:t>
      </w:r>
    </w:p>
    <w:p>
      <w:r>
        <w:rPr>
          <w:rFonts w:ascii="Gentium Plus" w:hAnsi="Gentium Plus"/>
          <w:sz w:val="24"/>
        </w:rPr>
        <w:t>Ἴκτερος. νόσημα ὠχροποιόν. Ἴκτινα. εἶδος ὀρνέου ἁρπακτικοῦ, ἐν ἔαρι φαι‐ νομένου. [μεταπλασμός ἐστιν. ἴκτινον γὰρ λέ‐ γεται ἡ αἰτιατικὴ, καὶ ὀρθὴ ὁ ἴκτινος. Σοφο‐ κλῆς·</w:t>
      </w:r>
    </w:p>
    <w:p>
      <w:r>
        <w:rPr>
          <w:rFonts w:ascii="Courier New" w:hAnsi="Courier New"/>
          <w:color w:val="555555"/>
          <w:sz w:val="20"/>
        </w:rPr>
        <w:t>[15]</w:t>
      </w:r>
    </w:p>
    <w:p>
      <w:r>
        <w:rPr>
          <w:rFonts w:ascii="Gentium Plus" w:hAnsi="Gentium Plus"/>
          <w:sz w:val="24"/>
        </w:rPr>
        <w:t>ἴκτινος ἔκραξε παρασύρας κρέας. εἰρήκαμεν δὲ, ὅτι μεταπλασμός ἐστιν ὥσπερ ἁλίτροχον ἁλίτροχα. γέγονε δὲ παρὰ τὸ ἑαυ‐ τὸν ἐκτείνειν πανταχοῦ. ἔστι καὶ ἰκτὶν καὶ ἴκτις ἴκτιδος, εἶδος ζώου, ὡς οἱ κάστορες, ἢ</w:t>
      </w:r>
    </w:p>
    <w:p>
      <w:r>
        <w:rPr>
          <w:rFonts w:ascii="Courier New" w:hAnsi="Courier New"/>
          <w:color w:val="555555"/>
          <w:sz w:val="20"/>
        </w:rPr>
        <w:t>[20]</w:t>
      </w:r>
    </w:p>
    <w:p>
      <w:r>
        <w:rPr>
          <w:rFonts w:ascii="Gentium Plus" w:hAnsi="Gentium Plus"/>
          <w:sz w:val="24"/>
        </w:rPr>
        <w:t>ἔνυδρόν ἐστιν ἰχθυοφάγον. καὶ ἰκτιδέα τὸ</w:t>
      </w:r>
    </w:p>
    <w:p>
      <w:r>
        <w:rPr>
          <w:rFonts w:ascii="Courier New" w:hAnsi="Courier New"/>
          <w:color w:val="555555"/>
          <w:sz w:val="20"/>
        </w:rPr>
        <w:t>[iota 1101]</w:t>
      </w:r>
    </w:p>
    <w:p>
      <w:r>
        <w:rPr>
          <w:rFonts w:ascii="Gentium Plus" w:hAnsi="Gentium Plus"/>
          <w:sz w:val="24"/>
        </w:rPr>
        <w:t>Ἴκτερος. ἀπὸ χολῆς ξανθῆς γίνεται, ἥτις πλεο‐ νάσασα καὶ πυρωθεῖσα εἰς τὴν ἐπιφάνειαν ἐξω‐ θεῖται καὶ ἀναχέεται, κᾀντεῦθεν τῷ ἰκτεριῶν‐ τι ὠχρίασις.</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Ἱκανότης. ἰσχὺς, δύναμις. Ἱκετηρία. παράκλησις, ἣν οἱ δεόμενοι κατατί‐ θενταί που ἢ μετὰ χεῖρας ἔχουσιν. Ἱκετεία. ἣν ποιεῖται τὶς διὰ λόγων.</w:t>
      </w:r>
    </w:p>
    <w:p>
      <w:r>
        <w:rPr>
          <w:rFonts w:ascii="Courier New" w:hAnsi="Courier New"/>
          <w:color w:val="555555"/>
          <w:sz w:val="20"/>
        </w:rPr>
        <w:t>[10]</w:t>
      </w:r>
    </w:p>
    <w:p>
      <w:r>
        <w:rPr>
          <w:rFonts w:ascii="Gentium Plus" w:hAnsi="Gentium Plus"/>
          <w:sz w:val="24"/>
        </w:rPr>
        <w:t>Ἱκεσία. ἡ ἱκέτευσις. Ἰκμάς. ἡ ὑγρασία. [παρὰ τὸ ἵκω ἱκμὰς, ὅθεν καὶ ἴκμενον οὖρον. παρὰ τὸ ἱκνεῖσθαι. ἢ πα‐ ρὰ τὴν ἱκμάδα.] Ἰκόνιον. ὄνομα πόλεως.</w:t>
      </w:r>
    </w:p>
    <w:p>
      <w:r>
        <w:rPr>
          <w:rFonts w:ascii="Courier New" w:hAnsi="Courier New"/>
          <w:color w:val="555555"/>
          <w:sz w:val="20"/>
        </w:rPr>
        <w:t>[15]</w:t>
      </w:r>
    </w:p>
    <w:p>
      <w:r>
        <w:rPr>
          <w:rFonts w:ascii="Gentium Plus" w:hAnsi="Gentium Plus"/>
          <w:sz w:val="24"/>
        </w:rPr>
        <w:t>Ἰκρίον. τὸ ὀρθὸν ξύλον, ἢ ὁ σταυρὸς, ἢ ἡ φούλ‐ κα, ἢ σανιδώματα τῆς νηὸς, καὶ τὰ τῶν θεά‐ τρων, ἃ ἦσαν ἐν ταῖς ἐκκλησίαις. ἐπὶ ξύλων γὰρ ἐκάθηντο, πρὶν γένηται τὸ θεάτρον· ξύ‐ λα γὰρ ἐδέσμευον καὶ οὕτως ἐθεώρουν. τινὲς</w:t>
      </w:r>
    </w:p>
    <w:p>
      <w:r>
        <w:rPr>
          <w:rFonts w:ascii="Courier New" w:hAnsi="Courier New"/>
          <w:color w:val="555555"/>
          <w:sz w:val="20"/>
        </w:rPr>
        <w:t>[20]</w:t>
      </w:r>
    </w:p>
    <w:p>
      <w:r>
        <w:rPr>
          <w:rFonts w:ascii="Gentium Plus" w:hAnsi="Gentium Plus"/>
          <w:sz w:val="24"/>
        </w:rPr>
        <w:t>ἴκρια γράφουσιν. εἴρηται δὲ παρὰ τὸ εἰς ὕψος ἵκειν, οἷον ἱκάρια τινὰ ὄντα, ἢ διὰ τὸ αὐτῶν</w:t>
      </w:r>
    </w:p>
    <w:p>
      <w:r>
        <w:rPr>
          <w:rFonts w:ascii="Courier New" w:hAnsi="Courier New"/>
          <w:color w:val="555555"/>
          <w:sz w:val="20"/>
        </w:rPr>
        <w:t>[iota 1102]</w:t>
      </w:r>
    </w:p>
    <w:p>
      <w:r>
        <w:rPr>
          <w:rFonts w:ascii="Gentium Plus" w:hAnsi="Gentium Plus"/>
          <w:sz w:val="24"/>
        </w:rPr>
        <w:t>Ἴκταρ. τοῦ Ψελλοῦ· ἴκταρ ἐστὶ τὸ σύντομον, ἵππερως, ἵππων ἔρως. γράφεται καὶ δρόμος.</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Ἱκάνω. τὸ ἱκετεύω.</w:t>
      </w:r>
    </w:p>
    <w:p>
      <w:r>
        <w:rPr>
          <w:rFonts w:ascii="Courier New" w:hAnsi="Courier New"/>
          <w:color w:val="555555"/>
          <w:sz w:val="20"/>
        </w:rPr>
        <w:t>[5]</w:t>
      </w:r>
    </w:p>
    <w:p>
      <w:r>
        <w:rPr>
          <w:rFonts w:ascii="Gentium Plus" w:hAnsi="Gentium Plus"/>
          <w:sz w:val="24"/>
        </w:rPr>
        <w:t>ἡμεῖς δ’ αὖθ’ ἱκάνομεν τὰ σὰ γούνατα— καὶ τὸ παραγίνομαι, καὶ τὸ καταλαμβάνω. —ἦ μέγα πένθος Ἀχαΐδα γαῖαν ἱκάνει. Ἵκετο. παρεγένετο. Ἱκέσθην. παρεγένοντο.</w:t>
      </w:r>
    </w:p>
    <w:p>
      <w:r>
        <w:rPr>
          <w:rFonts w:ascii="Courier New" w:hAnsi="Courier New"/>
          <w:color w:val="555555"/>
          <w:sz w:val="20"/>
        </w:rPr>
        <w:t>[10]</w:t>
      </w:r>
    </w:p>
    <w:p>
      <w:r>
        <w:rPr>
          <w:rFonts w:ascii="Gentium Plus" w:hAnsi="Gentium Plus"/>
          <w:sz w:val="24"/>
        </w:rPr>
        <w:t>Ἱκνοῦμαι. ἔρχομαι, ἱκετεύω. καὶ ἱκνούμενος ἀντὶ τοῦ καμπτόμενος. Ἵκτο. ἦλθεν.</w:t>
      </w:r>
    </w:p>
    <w:p>
      <w:pPr>
        <w:jc w:val="center"/>
      </w:pPr>
      <w:r>
        <w:rPr>
          <w:rFonts w:ascii="Gentium Plus" w:hAnsi="Gentium Plus"/>
          <w:b/>
          <w:sz w:val="24"/>
        </w:rPr>
        <w:t>(Ἐπίῤῥημα.)</w:t>
      </w:r>
    </w:p>
    <w:p>
      <w:r>
        <w:rPr>
          <w:rFonts w:ascii="Courier New" w:hAnsi="Courier New"/>
          <w:color w:val="555555"/>
          <w:sz w:val="20"/>
        </w:rPr>
        <w:t>[14]</w:t>
      </w:r>
    </w:p>
    <w:p>
      <w:r>
        <w:rPr>
          <w:rFonts w:ascii="Gentium Plus" w:hAnsi="Gentium Plus"/>
          <w:sz w:val="24"/>
        </w:rPr>
        <w:t>Ἱκανῶς. ἀρκούντως.</w:t>
      </w:r>
    </w:p>
    <w:p>
      <w:r>
        <w:rPr>
          <w:rFonts w:ascii="Courier New" w:hAnsi="Courier New"/>
          <w:color w:val="555555"/>
          <w:sz w:val="20"/>
        </w:rPr>
        <w:t>[15]</w:t>
      </w:r>
    </w:p>
    <w:p>
      <w:r>
        <w:rPr>
          <w:rFonts w:ascii="Gentium Plus" w:hAnsi="Gentium Plus"/>
          <w:sz w:val="24"/>
        </w:rPr>
        <w:t>Ἴκαρ. πάνυ. Ἴκταρ. πλησίον, ἐγγύς. εἴρηται δὲ παρὰ τὸ ἐφικνεῖσθαι. καὶ παροιμία· οὐδ’ ἴκταρ βάλλει.</w:t>
      </w:r>
    </w:p>
    <w:p>
      <w:pPr>
        <w:jc w:val="center"/>
      </w:pPr>
      <w:r>
        <w:rPr>
          <w:rFonts w:ascii="Gentium Plus" w:hAnsi="Gentium Plus"/>
          <w:b/>
          <w:sz w:val="24"/>
        </w:rPr>
        <w:t>Τὸ Ι μετὰ τοῦ Λ.</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Ἵλαος. εὐμενὴς, πρᾷος. ἵλεως δὲ μέγα.</w:t>
      </w:r>
    </w:p>
    <w:p>
      <w:r>
        <w:rPr>
          <w:rFonts w:ascii="Courier New" w:hAnsi="Courier New"/>
          <w:color w:val="555555"/>
          <w:sz w:val="20"/>
        </w:rPr>
        <w:t>[iota 1103]</w:t>
      </w:r>
    </w:p>
    <w:p>
      <w:r>
        <w:rPr>
          <w:rFonts w:ascii="Gentium Plus" w:hAnsi="Gentium Plus"/>
          <w:sz w:val="24"/>
        </w:rPr>
        <w:t>Ἰλάρχας. ταξιάρχας. Ἱλασμός. εὐμένεια, πρᾳότης, συγχώρησις, ἢ διαλλαγή. Ἰλεύς. ὄνομα κύριον.</w:t>
      </w:r>
    </w:p>
    <w:p>
      <w:r>
        <w:rPr>
          <w:rFonts w:ascii="Courier New" w:hAnsi="Courier New"/>
          <w:color w:val="555555"/>
          <w:sz w:val="20"/>
        </w:rPr>
        <w:t>[5]</w:t>
      </w:r>
    </w:p>
    <w:p>
      <w:r>
        <w:rPr>
          <w:rFonts w:ascii="Gentium Plus" w:hAnsi="Gentium Plus"/>
          <w:sz w:val="24"/>
        </w:rPr>
        <w:t>Ἰλεός. ὁ φωλεός· ἡ κατάδυσις τοῦ ὄφεως. ση‐ μαίνει καὶ ὄνομα νόσου περὶ τοὺς ἵππους γι‐ νομένης. Ἰλλεδανοί. οἱ δεσμοί. Ἰλιβηνοί. ἔθνος.</w:t>
      </w:r>
    </w:p>
    <w:p>
      <w:r>
        <w:rPr>
          <w:rFonts w:ascii="Courier New" w:hAnsi="Courier New"/>
          <w:color w:val="555555"/>
          <w:sz w:val="20"/>
        </w:rPr>
        <w:t>[10]</w:t>
      </w:r>
    </w:p>
    <w:p>
      <w:r>
        <w:rPr>
          <w:rFonts w:ascii="Gentium Plus" w:hAnsi="Gentium Plus"/>
          <w:sz w:val="24"/>
        </w:rPr>
        <w:t>Ἰλισσός. ὄνομα τόπου, καὶ ποταμός. Ἴλλος. κύριον. ἴλλος καὶ ὁ ὀφθαλμός. ἴλλον, στρεβλὸν, στραβὸν, ἢ τυφλόν. Ἀριστοφάνης· ἴλλος γεγένημαι, ὅδ’ οὐδέπω. Ἰλλυριοί. βάρβαροι. Θρᾳκικοί. οἶμαι δὲ, τοὺς</w:t>
      </w:r>
    </w:p>
    <w:p>
      <w:r>
        <w:rPr>
          <w:rFonts w:ascii="Courier New" w:hAnsi="Courier New"/>
          <w:color w:val="555555"/>
          <w:sz w:val="20"/>
        </w:rPr>
        <w:t>[15]</w:t>
      </w:r>
    </w:p>
    <w:p>
      <w:r>
        <w:rPr>
          <w:rFonts w:ascii="Gentium Plus" w:hAnsi="Gentium Plus"/>
          <w:sz w:val="24"/>
        </w:rPr>
        <w:t>Βουλγάρους λέγει. Ἀριστοφάνης· Ἰλλυριοὶ κεκριγότες.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Ἰλλάδες. δεσμοὶ, σχοινία. ἀπὸ τοῦ εἱλεῖσθαι ἐξ ἱμάντος. ἰλλάσειν οὐκ ἐθέλοντα.</w:t>
      </w:r>
    </w:p>
    <w:p>
      <w:r>
        <w:rPr>
          <w:rFonts w:ascii="Courier New" w:hAnsi="Courier New"/>
          <w:color w:val="555555"/>
          <w:sz w:val="20"/>
        </w:rPr>
        <w:t>[5]</w:t>
      </w:r>
    </w:p>
    <w:p>
      <w:r>
        <w:rPr>
          <w:rFonts w:ascii="Gentium Plus" w:hAnsi="Gentium Plus"/>
          <w:sz w:val="24"/>
        </w:rPr>
        <w:t>Ἴλη. σύστημα, συστροφή. τάξις ὄχλου ἱππικοῦ. κυρίως δὲ, φατρία. τότε δὲ ἴλη τῶν κατα‐ φράκτων ἱππέων ὑπὲρ τοὺς τριακοσίους ἐς τοὺς ὀπισθοφύλακας κατεῤῥάγη. ἢ ἴλη ἱππέων ἑξηκοντατεσσάρων. ἢ ἴλη ἡ ἄθροισις καὶ τὸ</w:t>
      </w:r>
    </w:p>
    <w:p>
      <w:r>
        <w:rPr>
          <w:rFonts w:ascii="Courier New" w:hAnsi="Courier New"/>
          <w:color w:val="555555"/>
          <w:sz w:val="20"/>
        </w:rPr>
        <w:t>[10]</w:t>
      </w:r>
    </w:p>
    <w:p>
      <w:r>
        <w:rPr>
          <w:rFonts w:ascii="Gentium Plus" w:hAnsi="Gentium Plus"/>
          <w:sz w:val="24"/>
        </w:rPr>
        <w:t>πλῆθος. παρὰ τὸ ὁμοῦ εἱλεῖσθαι γέγονεν ἴλη διὰ τοῦ ι. πολλὰ γὰρ εἰσὶν ὀνόματα ἀπὸ ῥη‐ μάτων. οὕτως οὖν ἴλη ἀπὸ τοῦ εἱλῶ. Ἰλιάς. ποίημα Ὁμήρου. καὶ Ἰλιὰς κακῶν ἐπὶ τῶν μεγάλων κακῶν. καὶ Ἰλιὰς τὸ πλῆθος.</w:t>
      </w:r>
    </w:p>
    <w:p>
      <w:r>
        <w:rPr>
          <w:rFonts w:ascii="Courier New" w:hAnsi="Courier New"/>
          <w:color w:val="555555"/>
          <w:sz w:val="20"/>
        </w:rPr>
        <w:t>[15]</w:t>
      </w:r>
    </w:p>
    <w:p>
      <w:r>
        <w:rPr>
          <w:rFonts w:ascii="Gentium Plus" w:hAnsi="Gentium Plus"/>
          <w:sz w:val="24"/>
        </w:rPr>
        <w:t>Ἴλιος. ἡ Τροία. Δωρικῶς. —Ἴλιον ἱρήν.</w:t>
      </w:r>
    </w:p>
    <w:p>
      <w:r>
        <w:rPr>
          <w:rFonts w:ascii="Courier New" w:hAnsi="Courier New"/>
          <w:color w:val="555555"/>
          <w:sz w:val="20"/>
        </w:rPr>
        <w:t>[iota 1105]</w:t>
      </w:r>
    </w:p>
    <w:p>
      <w:r>
        <w:rPr>
          <w:rFonts w:ascii="Gentium Plus" w:hAnsi="Gentium Plus"/>
          <w:sz w:val="24"/>
        </w:rPr>
        <w:t>Ἰλύς. ὁ βόρβορος, ἢ ὁ πηλώδης καὶ κάθυγρος τόπος, ἤγουν ὑπόστασις τῶν ὑδάτων. ἀπὸ τοῦ ἔλος, ἐλύω καὶ εἰλύω. ὡς ἀπὸ τοῦ πείθω πιθα‐ νὸς, οὕτως ἀπὸ τοῦ εἱλύω ἰλύς.</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Ἱλαστήριον. θυσιαστήριον. Ἱλαρώτερον. εὐπροσιτώτερον. Ἱλεωτήριον. θυσιαστήριον. Ἴλιον. ἡ τῆς Φρυγίας πόλις ἢ ἡ Τροία. εἰ δέ που</w:t>
      </w:r>
    </w:p>
    <w:p>
      <w:r>
        <w:rPr>
          <w:rFonts w:ascii="Courier New" w:hAnsi="Courier New"/>
          <w:color w:val="555555"/>
          <w:sz w:val="20"/>
        </w:rPr>
        <w:t>[10]</w:t>
      </w:r>
    </w:p>
    <w:p>
      <w:r>
        <w:rPr>
          <w:rFonts w:ascii="Gentium Plus" w:hAnsi="Gentium Plus"/>
          <w:sz w:val="24"/>
        </w:rPr>
        <w:t>εὑρεθείη θηλυκὸν, Δωρικῶς εὑρίσκεται, καὶ οὐκ ἐν ἰάμβῳ, ἀλλ’ ἐν στίχῳ. οἷον· Ἴλιον ἱρήν. οὕ‐ τω Χοιροβοσκός. Ἱλαστήριον. ὡσανεὶ τράπεζά τις τετράγωνος χρυ‐ σῆ. Ἀπόστολος· κατασκιάζοντα τὸ ἱλαστή‐</w:t>
      </w:r>
    </w:p>
    <w:p>
      <w:r>
        <w:rPr>
          <w:rFonts w:ascii="Courier New" w:hAnsi="Courier New"/>
          <w:color w:val="555555"/>
          <w:sz w:val="20"/>
        </w:rPr>
        <w:t>[15]</w:t>
      </w:r>
    </w:p>
    <w:p>
      <w:r>
        <w:rPr>
          <w:rFonts w:ascii="Gentium Plus" w:hAnsi="Gentium Plus"/>
          <w:sz w:val="24"/>
        </w:rPr>
        <w:t>ριον.</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Ἱλάσκω. τὸ εὐμενίζω. καὶ ἱλάσκεσθαι ἀπὸ τοῦ ἱλῶ δευτέρες συζυγίας τῶν περισπωμένων. ὁ μέλλων ἱλάσω, πλεονασμῷ τοῦ κ ἱλάσκω, καὶ</w:t>
      </w:r>
    </w:p>
    <w:p>
      <w:r>
        <w:rPr>
          <w:rFonts w:ascii="Courier New" w:hAnsi="Courier New"/>
          <w:color w:val="555555"/>
          <w:sz w:val="20"/>
        </w:rPr>
        <w:t>[20]</w:t>
      </w:r>
    </w:p>
    <w:p>
      <w:r>
        <w:rPr>
          <w:rFonts w:ascii="Gentium Plus" w:hAnsi="Gentium Plus"/>
          <w:sz w:val="24"/>
        </w:rPr>
        <w:t>μετάγεται εἰς ἐνεστῶτα. καὶ γίνεται ἱλάσκω, τὸ παθητικὸν ἱλάσκομαι, τὸ τρίτον ἱλάσκεται, καὶ τὸ ἀπαρέμφατον ἱλάσκεσθαι. Ἵλαος. ἵλεος ἔσο.</w:t>
      </w:r>
    </w:p>
    <w:p>
      <w:r>
        <w:rPr>
          <w:rFonts w:ascii="Courier New" w:hAnsi="Courier New"/>
          <w:color w:val="555555"/>
          <w:sz w:val="20"/>
        </w:rPr>
        <w:t>[iota 1106]</w:t>
      </w:r>
    </w:p>
    <w:p>
      <w:r>
        <w:rPr>
          <w:rFonts w:ascii="Gentium Plus" w:hAnsi="Gentium Plus"/>
          <w:sz w:val="24"/>
        </w:rPr>
        <w:t>Ἱλήκοις. ἵλεως καὶ εὐμενὴς γενοῦ. Ἴλλει. συνέχει. Ἰλλίζειν. τὸ διανεύειν. οὐκ ἀΐεις, ὅτι δή μοι ἐπιλλίζουσιν Ἀχαιοί.</w:t>
      </w:r>
    </w:p>
    <w:p>
      <w:r>
        <w:rPr>
          <w:rFonts w:ascii="Courier New" w:hAnsi="Courier New"/>
          <w:color w:val="555555"/>
          <w:sz w:val="20"/>
        </w:rPr>
        <w:t>[5]</w:t>
      </w:r>
    </w:p>
    <w:p>
      <w:r>
        <w:rPr>
          <w:rFonts w:ascii="Gentium Plus" w:hAnsi="Gentium Plus"/>
          <w:sz w:val="24"/>
        </w:rPr>
        <w:t>ἴλλοι γὰρ οἱ ὀφθαλμοί. ἀπὸ τῆς εἰλήσεως καὶ τῆς ἐπὶ τὰ κάτω φορᾶς. Ἰλιγγιᾷ. ὅταν περὶ τὴν καρδίαν στρόφος γένη‐ ται, ἐπακολουθεῖ σκότος· καὶ τοῦτο καλοῦσι τὸ πάθος ἴλιγγον. ἰστέον, ὅτι εἰλιγγιῶ διὰ διφθόγ‐</w:t>
      </w:r>
    </w:p>
    <w:p>
      <w:r>
        <w:rPr>
          <w:rFonts w:ascii="Courier New" w:hAnsi="Courier New"/>
          <w:color w:val="555555"/>
          <w:sz w:val="20"/>
        </w:rPr>
        <w:t>[10]</w:t>
      </w:r>
    </w:p>
    <w:p>
      <w:r>
        <w:rPr>
          <w:rFonts w:ascii="Gentium Plus" w:hAnsi="Gentium Plus"/>
          <w:sz w:val="24"/>
        </w:rPr>
        <w:t>γου, ἴλιγγος δὲ διὰ τοῦ ι. Ἰλλόμενος. δεσμευόμενος. ἢ ἰλλόμενος ἀντὶ τοῦ παρατηρῶν. —ὁ δ’ ἰλλόμενος περὶ ὁμίλῳ. περὶ λέοντος φησὶν, ὅτι τρωθεὶς ὁ λέων μόνον</w:t>
      </w:r>
    </w:p>
    <w:p>
      <w:r>
        <w:rPr>
          <w:rFonts w:ascii="Courier New" w:hAnsi="Courier New"/>
          <w:color w:val="555555"/>
          <w:sz w:val="20"/>
        </w:rPr>
        <w:t>[15]</w:t>
      </w:r>
    </w:p>
    <w:p>
      <w:r>
        <w:rPr>
          <w:rFonts w:ascii="Gentium Plus" w:hAnsi="Gentium Plus"/>
          <w:sz w:val="24"/>
        </w:rPr>
        <w:t>τὸν τρώσαντα παρατηρεῖ. Ἰλυσπώμενος. ἐν βορβόρῳ κυλιόμενος. καὶ ἰλυ‐ σπᾶσθαι, ἐν τῇ ἰλύϊ σπᾶσθαι, ἤγουν ἐν τῇ ἰλύϊ κυλίεσθαι. Ἰλλούμενος. δεσμούμενος. [τοῦ Ψελλοῦ· ἰλ‐</w:t>
      </w:r>
    </w:p>
    <w:p>
      <w:r>
        <w:rPr>
          <w:rFonts w:ascii="Courier New" w:hAnsi="Courier New"/>
          <w:color w:val="555555"/>
          <w:sz w:val="20"/>
        </w:rPr>
        <w:t>[20]</w:t>
      </w:r>
    </w:p>
    <w:p>
      <w:r>
        <w:rPr>
          <w:rFonts w:ascii="Gentium Plus" w:hAnsi="Gentium Plus"/>
          <w:sz w:val="24"/>
        </w:rPr>
        <w:t>λούμενος δεσμούμενος, ἰλλίζειν διανεύειν.] Ἰλαδόν. ἐν ἀθροίσει. κατὰ τάξιν σημαίνει. καὶ τὸ δασύ. παρὰ τὸ ἴλη, ὃ σημαίνει τὴν ἄθροι‐</w:t>
      </w:r>
    </w:p>
    <w:p>
      <w:pPr>
        <w:jc w:val="center"/>
      </w:pPr>
      <w:r>
        <w:rPr>
          <w:rFonts w:ascii="Gentium Plus" w:hAnsi="Gentium Plus"/>
          <w:b/>
          <w:sz w:val="24"/>
        </w:rPr>
        <w:t>Τὸ Ι μετὰ τοῦ Μ.</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Ἱματισμός. ἡ ἐσθής. καὶ ἱματισμένος ὁ ἐνδε‐ δυμένος. ἱματισμένον καὶ σωφρονοῦντα.</w:t>
      </w:r>
    </w:p>
    <w:p>
      <w:r>
        <w:rPr>
          <w:rFonts w:ascii="Courier New" w:hAnsi="Courier New"/>
          <w:color w:val="555555"/>
          <w:sz w:val="20"/>
        </w:rPr>
        <w:t>[5]</w:t>
      </w:r>
    </w:p>
    <w:p>
      <w:r>
        <w:rPr>
          <w:rFonts w:ascii="Gentium Plus" w:hAnsi="Gentium Plus"/>
          <w:sz w:val="24"/>
        </w:rPr>
        <w:t>Ἱμαῖος. ὁ ἀντλητής. Ἴμβρος. ποταμός. Ἴμβρως δὲ κύριον, μέγα, καὶ κλίνεται Ἴμβρωτος. [Ἴμβρος καὶ Τένεδος, νῆ‐ σοι πλησίον Τροίας κείμεναι.] Ἱμερόεις. ὁ ἐπιθυμητικός.</w:t>
      </w:r>
    </w:p>
    <w:p>
      <w:r>
        <w:rPr>
          <w:rFonts w:ascii="Courier New" w:hAnsi="Courier New"/>
          <w:color w:val="555555"/>
          <w:sz w:val="20"/>
        </w:rPr>
        <w:t>[10]</w:t>
      </w:r>
    </w:p>
    <w:p>
      <w:r>
        <w:rPr>
          <w:rFonts w:ascii="Gentium Plus" w:hAnsi="Gentium Plus"/>
          <w:sz w:val="24"/>
        </w:rPr>
        <w:t>Ἵμερος. ἡ ἐπιθυμία. παρὰ τὸ ἵημι, τὸ προθυ‐ μοῦμαι, γέγονεν ἵμερος. ἐξ οὗ καὶ τό· ἵετο βαλέειν. Ἱμερόεντα. ἐράσμιον, λάμποντα. Ἱμάς. ὁ λῶρος. πείσει σε ὁ ἱμάς.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Ἱμάντωσις. σύνδεσμος ξύλων ἐμβαλλομένων ἐν</w:t>
      </w:r>
    </w:p>
    <w:p>
      <w:r>
        <w:rPr>
          <w:rFonts w:ascii="Courier New" w:hAnsi="Courier New"/>
          <w:color w:val="555555"/>
          <w:sz w:val="20"/>
        </w:rPr>
        <w:t>[iota 1108]</w:t>
      </w:r>
    </w:p>
    <w:p>
      <w:r>
        <w:rPr>
          <w:rFonts w:ascii="Gentium Plus" w:hAnsi="Gentium Plus"/>
          <w:sz w:val="24"/>
        </w:rPr>
        <w:t>Ἱμάσθλην. μάστιγα. —κώπην θ’ ἅμα, νηὸς ἱμάσθλην. Ἱμέρα. πόλις. καὶ Ἱμεραῖος καὶ Ἱμερία, κύρια. Ἱμεραία. γραῦς τις. καὶ πόλις.</w:t>
      </w:r>
    </w:p>
    <w:p>
      <w:r>
        <w:rPr>
          <w:rFonts w:ascii="Courier New" w:hAnsi="Courier New"/>
          <w:color w:val="555555"/>
          <w:sz w:val="20"/>
        </w:rPr>
        <w:t>[5]</w:t>
      </w:r>
    </w:p>
    <w:p>
      <w:r>
        <w:rPr>
          <w:rFonts w:ascii="Gentium Plus" w:hAnsi="Gentium Plus"/>
          <w:sz w:val="24"/>
        </w:rPr>
        <w:t>Ἱμονιά. τὸ ἀντλητήριον ἢ δέρμα, εἰς ὃ ἀντλοῦ‐ σι τὸ ὕδωρ. παρὰ τὸ ἱμὰς, ἱμάντος, ἱμονιὰ, καὶ ἱμαῖος ὁ ἀντλητής. Ἱματίδιον. ὥσπερ ἀπὸ τοῦ ὀψάριον ὀψαρίδιον, οὕτω καὶ ἀπὸ τοῦ ἱμάτιον ἱματίδιον.</w:t>
      </w:r>
    </w:p>
    <w:p>
      <w:r>
        <w:rPr>
          <w:rFonts w:ascii="Courier New" w:hAnsi="Courier New"/>
          <w:color w:val="555555"/>
          <w:sz w:val="20"/>
        </w:rPr>
        <w:t>[10]</w:t>
      </w:r>
    </w:p>
    <w:p>
      <w:r>
        <w:rPr>
          <w:rFonts w:ascii="Gentium Plus" w:hAnsi="Gentium Plus"/>
          <w:sz w:val="24"/>
        </w:rPr>
        <w:t>Ἱμερτόν. ἐπιθυμητόν. Ἱμητόν. ἀντλητόν. καὶ ἱμαῖον, ᾆσμα. Ἱμόνιον. τὸ γεράνιον. Ἵμασεν. ἐμάστιξεν. Ἱματισμένος. ἐνδεδυμένος ἱμάτιον.</w:t>
      </w:r>
    </w:p>
    <w:p>
      <w:r>
        <w:rPr>
          <w:rFonts w:ascii="Courier New" w:hAnsi="Courier New"/>
          <w:color w:val="555555"/>
          <w:sz w:val="20"/>
        </w:rPr>
        <w:t>[15]</w:t>
      </w:r>
    </w:p>
    <w:p>
      <w:r>
        <w:rPr>
          <w:rFonts w:ascii="Gentium Plus" w:hAnsi="Gentium Plus"/>
          <w:sz w:val="24"/>
        </w:rPr>
        <w:t>Ἱμάσσω. πλήξω. πατάξω. μὴ τρέψῃς τὸ ς</w:t>
      </w:r>
    </w:p>
    <w:p>
      <w:r>
        <w:rPr>
          <w:rFonts w:ascii="Courier New" w:hAnsi="Courier New"/>
          <w:color w:val="555555"/>
          <w:sz w:val="20"/>
        </w:rPr>
        <w:t>[iota 1109]</w:t>
      </w:r>
    </w:p>
    <w:p>
      <w:r>
        <w:rPr>
          <w:rFonts w:ascii="Gentium Plus" w:hAnsi="Gentium Plus"/>
          <w:sz w:val="24"/>
        </w:rPr>
        <w:t>Ἱμᾷν. ἀντλεῖν. ἀνέλκειν, ἀνασπᾷν. καὶ ἱμεῖν. Ἱμείρω. τὸ ἐπιθυμῶ. Ἱμῶσα. ἀντλῶσα. ἀπὸ τοῦ ἱμάντος, ᾧ τοὺς κάδους ἐγέμιζον.</w:t>
      </w:r>
    </w:p>
    <w:p>
      <w:pPr>
        <w:jc w:val="center"/>
      </w:pPr>
      <w:r>
        <w:rPr>
          <w:rFonts w:ascii="Gentium Plus" w:hAnsi="Gentium Plus"/>
          <w:b/>
          <w:sz w:val="24"/>
        </w:rPr>
        <w:t>Τὸ Ι μετὰ τοῦ Ν.</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Ἰνάρωνος. κύριον. [Ἴνδακος. κύριον.] Ἰνδοί. ἔθνος βάρβαρον.</w:t>
      </w:r>
    </w:p>
    <w:p>
      <w:r>
        <w:rPr>
          <w:rFonts w:ascii="Courier New" w:hAnsi="Courier New"/>
          <w:color w:val="555555"/>
          <w:sz w:val="20"/>
        </w:rPr>
        <w:t>[10]</w:t>
      </w:r>
    </w:p>
    <w:p>
      <w:r>
        <w:rPr>
          <w:rFonts w:ascii="Gentium Plus" w:hAnsi="Gentium Plus"/>
          <w:sz w:val="24"/>
        </w:rPr>
        <w:t>Ἴνις. παῖς νέος, βρέφος. παρὰ τὸ ἲς ἰνὸς, ἴνις· δύναμις γὰρ τῶν πατέρων υἱοί. ἢ παρὰ τὸ ἰαί‐ νειν καὶ εὐφραίνειν τοὺς πατέρας. Ἰννοί. οἱ κολοβοὶ τῶν ἵππων. νάννοι δὲ καὶ ναν‐ νοφυεῖς οἱ κολοβοὶ τῶν ἀνθρώπων.</w:t>
      </w:r>
    </w:p>
    <w:p>
      <w:r>
        <w:rPr>
          <w:rFonts w:ascii="Courier New" w:hAnsi="Courier New"/>
          <w:color w:val="555555"/>
          <w:sz w:val="20"/>
        </w:rPr>
        <w:t>[15]</w:t>
      </w:r>
    </w:p>
    <w:p>
      <w:r>
        <w:rPr>
          <w:rFonts w:ascii="Gentium Plus" w:hAnsi="Gentium Plus"/>
          <w:sz w:val="24"/>
        </w:rPr>
        <w:t>Ἴναχος. ὄνομα ποταμοῦ. Ἰνωπός. ὄνομα ποταμοῦ. †παρὰ τὸ ἲς ἰνὸς, ὃ σημαίνει τὴν δύναμιν, καὶ τοῦ ὀπὸς, ὃ σημαίνει τὴν φωνὴν, γέγονεν Ἰνωπὸς κατ’ ἔκτασιν τοῦ ο εἰς ω μέγα.†</w:t>
      </w:r>
    </w:p>
    <w:p>
      <w:r>
        <w:rPr>
          <w:rFonts w:ascii="Courier New" w:hAnsi="Courier New"/>
          <w:color w:val="555555"/>
          <w:sz w:val="20"/>
        </w:rPr>
        <w:t>[20]</w:t>
      </w:r>
    </w:p>
    <w:p>
      <w:r>
        <w:rPr>
          <w:rFonts w:ascii="Gentium Plus" w:hAnsi="Gentium Plus"/>
          <w:sz w:val="24"/>
        </w:rPr>
        <w:t>Ἴνωψ. κύριον. ἤνοψ δὲ ὁ μέγας, η καὶ μικρόν.</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Ἰνγρουσία. παρὰ Ῥωμαίοις τοῖς ἀσθενέσι διδό‐ μενον σιτίον, ὃ οὔτε ζῇν οὔτε ἀποθνήσκειν ποιεῖ. Ἰνδικτίων. λέγεται καὶ ἴνδικτος.</w:t>
      </w:r>
    </w:p>
    <w:p>
      <w:r>
        <w:rPr>
          <w:rFonts w:ascii="Courier New" w:hAnsi="Courier New"/>
          <w:color w:val="555555"/>
          <w:sz w:val="20"/>
        </w:rPr>
        <w:t>[5]</w:t>
      </w:r>
    </w:p>
    <w:p>
      <w:r>
        <w:rPr>
          <w:rFonts w:ascii="Gentium Plus" w:hAnsi="Gentium Plus"/>
          <w:sz w:val="24"/>
        </w:rPr>
        <w:t>Ἶνες. δυνάμεις ἢ νεῦρα. καὶ κλίνεται ἡ ἲν, τῆς ἰνὸς, αἱ ἶνες. τὰ γὰρ νεῦρα αἴτια τοῦ ἰέναι. ἢ παρὰ τὸ ἲς, ὃ σημαίνει τὴν δύναμιν, γίνεται ἶνες τὸ πληθυντικόν. Ἴνις. χώρα.</w:t>
      </w:r>
    </w:p>
    <w:p>
      <w:r>
        <w:rPr>
          <w:rFonts w:ascii="Courier New" w:hAnsi="Courier New"/>
          <w:color w:val="555555"/>
          <w:sz w:val="20"/>
        </w:rPr>
        <w:t>[10]</w:t>
      </w:r>
    </w:p>
    <w:p>
      <w:r>
        <w:rPr>
          <w:rFonts w:ascii="Gentium Plus" w:hAnsi="Gentium Plus"/>
          <w:sz w:val="24"/>
        </w:rPr>
        <w:t>Ἶνα. τὴν δύναμιν. καὶ Ἴνα ὄνομα πόλεως. Ἰνώ. ὄνομα θεᾶς. Ἴνδαλμα. φαντασία, ὄναρ, ὁμοίωμα. [παρὰ τὸ εἴδω, τὸ ὁμοιῶ, εἰδάλλω καὶ ἀποβολῇ τοῦ ε καὶ πλεονασμῷ τοῦ ν, ἴνδαλμα.]</w:t>
      </w:r>
    </w:p>
    <w:p>
      <w:r>
        <w:rPr>
          <w:rFonts w:ascii="Courier New" w:hAnsi="Courier New"/>
          <w:color w:val="555555"/>
          <w:sz w:val="20"/>
        </w:rPr>
        <w:t>[15]</w:t>
      </w:r>
    </w:p>
    <w:p>
      <w:r>
        <w:rPr>
          <w:rFonts w:ascii="Gentium Plus" w:hAnsi="Gentium Plus"/>
          <w:sz w:val="24"/>
        </w:rPr>
        <w:t>Ἰνίον. νεῦρον, ἀπὸ τῆς τοῦ ἐγκεφάλου βάσεως ἐπὶ τὰ πλατέα νεῦρα, ἃ τὴν ἰσχὺν ἡμῶν ἔχειν δοκεῖ. [ὡς παρὰ τὸ σφὴξ, σφηκὸς, σφηκίον, οὕ‐ τως καὶ παρὰ τὸ ἲς, ἰνὸς, ἰνίον.] Ἰνάχειον ἄστυ. τὸ τοῦ Ἰνάχου.</w:t>
      </w:r>
    </w:p>
    <w:p>
      <w:r>
        <w:rPr>
          <w:rFonts w:ascii="Courier New" w:hAnsi="Courier New"/>
          <w:color w:val="555555"/>
          <w:sz w:val="20"/>
        </w:rPr>
        <w:t>[20]</w:t>
      </w:r>
    </w:p>
    <w:p>
      <w:r>
        <w:rPr>
          <w:rFonts w:ascii="Gentium Plus" w:hAnsi="Gentium Plus"/>
          <w:sz w:val="24"/>
        </w:rPr>
        <w:t>Ἰνάσσω. ἰσχὺν παρέχω. Ἰνδάλλεται. καταφαίνεται. ὁμοιοῦται.</w:t>
      </w:r>
    </w:p>
    <w:p>
      <w:r>
        <w:rPr>
          <w:rFonts w:ascii="Courier New" w:hAnsi="Courier New"/>
          <w:color w:val="555555"/>
          <w:sz w:val="20"/>
        </w:rPr>
        <w:t>[iota 1111]</w:t>
      </w:r>
    </w:p>
    <w:p>
      <w:r>
        <w:rPr>
          <w:rFonts w:ascii="Gentium Plus" w:hAnsi="Gentium Plus"/>
          <w:sz w:val="24"/>
        </w:rPr>
        <w:t>Ἵνα. ὅπου. ἢ ὅπως. καὶ ἀντὶ τοῦ ἄν. Ὅμηρος· —ἵνα μὴ ῥέξωμεν ὧδε.</w:t>
      </w:r>
    </w:p>
    <w:p>
      <w:pPr>
        <w:jc w:val="center"/>
      </w:pPr>
      <w:r>
        <w:rPr>
          <w:rFonts w:ascii="Gentium Plus" w:hAnsi="Gentium Plus"/>
          <w:b/>
          <w:sz w:val="24"/>
        </w:rPr>
        <w:t>Τὸ Ι μετὰ τοῦ Ξ.</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Ἰξάλου. τελείου, ὁρμητικοῦ ἢ πηδητικοῦ. παρὰ τὸν ἵξω μέλλοντα γέγονεν ἴξαλος. δεῖ δὲ γινώ‐ σκειν, ὅτι πολλάκις τὰ παράγωγα ἀλλάσσουσι τὰ πνεύματα, καὶ ἀπὸ δασέων γίνεται ψιλά. οἷον ἅμα ἄμυδις, ἥλιος ἀπηλιώτης ἄνεμος. οὕ‐</w:t>
      </w:r>
    </w:p>
    <w:p>
      <w:r>
        <w:rPr>
          <w:rFonts w:ascii="Courier New" w:hAnsi="Courier New"/>
          <w:color w:val="555555"/>
          <w:sz w:val="20"/>
        </w:rPr>
        <w:t>[10]</w:t>
      </w:r>
    </w:p>
    <w:p>
      <w:r>
        <w:rPr>
          <w:rFonts w:ascii="Gentium Plus" w:hAnsi="Gentium Plus"/>
          <w:sz w:val="24"/>
        </w:rPr>
        <w:t>τως ἵξω ἴξαλος. Ἰξευτὴς, ἰξευτικὸς καὶ ἰξός. παρὰ τὸ ἴκω, ἴξω, ἰξίος. ἢ παρὰ τὸ ἄγειν τὰ ὄρνεα. Ἰξίων. καὶ κλίνεται Ἰξίωνος. οὗτος ἠράσθη τῆς Ἥρας, ὠργίσθη δὲ παρὰ τοῦ Διός.</w:t>
      </w:r>
    </w:p>
    <w:p>
      <w:r>
        <w:rPr>
          <w:rFonts w:ascii="Courier New" w:hAnsi="Courier New"/>
          <w:color w:val="555555"/>
          <w:sz w:val="20"/>
        </w:rPr>
        <w:t>[15]</w:t>
      </w:r>
    </w:p>
    <w:p>
      <w:r>
        <w:rPr>
          <w:rFonts w:ascii="Gentium Plus" w:hAnsi="Gentium Plus"/>
          <w:sz w:val="24"/>
        </w:rPr>
        <w:t>Ἰξιονίδης. Ἰξυρός. ποταμός. Ἰξάλου. πηδητικῆς. —ἰξάλου αἰγός. Ἰξύς. ἡ ὀσφὺς, ὂ τὸ ἰσχίον. [ἀξὺς τὶς οὖσα, ἣν</w:t>
      </w:r>
    </w:p>
    <w:p>
      <w:r>
        <w:rPr>
          <w:rFonts w:ascii="Courier New" w:hAnsi="Courier New"/>
          <w:color w:val="555555"/>
          <w:sz w:val="20"/>
        </w:rPr>
        <w:t>[20]</w:t>
      </w:r>
    </w:p>
    <w:p>
      <w:r>
        <w:rPr>
          <w:rFonts w:ascii="Gentium Plus" w:hAnsi="Gentium Plus"/>
          <w:sz w:val="24"/>
        </w:rPr>
        <w:t>οὐχ οἷόν τε ξύσαι καὶ κνήσασθαι. ἔκρεκες εὐτάρσοιο δι’ ἰξύος ἀχέτα μολπὰν</w:t>
      </w:r>
    </w:p>
    <w:p>
      <w:r>
        <w:rPr>
          <w:rFonts w:ascii="Courier New" w:hAnsi="Courier New"/>
          <w:color w:val="555555"/>
          <w:sz w:val="20"/>
        </w:rPr>
        <w:t>[iota 1112]</w:t>
      </w:r>
    </w:p>
    <w:p>
      <w:r>
        <w:rPr>
          <w:rFonts w:ascii="Gentium Plus" w:hAnsi="Gentium Plus"/>
          <w:sz w:val="24"/>
        </w:rPr>
        <w:t>Ἰξιόεν. θανάσιμον φάρμακον. ὠνόμασται δὲ οὕ‐ τως, ἐπειδὴ τὰς ἐντὸς τροφὰς κατέχει, ὡς ἰξὸς, ὀδμὴν ἔχων παραπλησίαν ὠκίμῳ. ἰξιόεν δέ σε μή τι δόλῳ παρὰ χείλεσι πόμα</w:t>
      </w:r>
    </w:p>
    <w:p>
      <w:r>
        <w:rPr>
          <w:rFonts w:ascii="Courier New" w:hAnsi="Courier New"/>
          <w:color w:val="555555"/>
          <w:sz w:val="20"/>
        </w:rPr>
        <w:t>[5]</w:t>
      </w:r>
    </w:p>
    <w:p>
      <w:r>
        <w:rPr>
          <w:rFonts w:ascii="Gentium Plus" w:hAnsi="Gentium Plus"/>
          <w:sz w:val="24"/>
        </w:rPr>
        <w:t>οὐλοφόνον λήσειεν ὅτ’ ὠκιμοειδὴς ὄδωδε. τὸ ἐπίγραμμα Νικάνδρου. Ἷξε καὶ ἷξον. ἀντὶ τοῦ παρεγένοντο. [οἱ δ’ ἷξον κοίλην Λακεδαίμονα κητώεσσαν. ἀπὸ τοῦ ἵκω ὁ δεύτερος ἀόριστος ἵκον, καὶ</w:t>
      </w:r>
    </w:p>
    <w:p>
      <w:r>
        <w:rPr>
          <w:rFonts w:ascii="Courier New" w:hAnsi="Courier New"/>
          <w:color w:val="555555"/>
          <w:sz w:val="20"/>
        </w:rPr>
        <w:t>[10]</w:t>
      </w:r>
    </w:p>
    <w:p>
      <w:r>
        <w:rPr>
          <w:rFonts w:ascii="Gentium Plus" w:hAnsi="Gentium Plus"/>
          <w:sz w:val="24"/>
        </w:rPr>
        <w:t>τροπῇ Βοιωτικῇ τοῦ κ εἰς ξ ἵξον. οὕτως Ἀπολ‐ λώνιος.]</w:t>
      </w:r>
    </w:p>
    <w:p>
      <w:pPr>
        <w:jc w:val="center"/>
      </w:pPr>
      <w:r>
        <w:rPr>
          <w:rFonts w:ascii="Gentium Plus" w:hAnsi="Gentium Plus"/>
          <w:b/>
          <w:sz w:val="24"/>
        </w:rPr>
        <w:t>Τὸ Ι μετὰ τοῦ Ο.</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Ἰοβόλος. ὁ τῷ ἰῷ καὶ φαρμάκῳ βάλλων. ἰοβό‐</w:t>
      </w:r>
    </w:p>
    <w:p>
      <w:r>
        <w:rPr>
          <w:rFonts w:ascii="Courier New" w:hAnsi="Courier New"/>
          <w:color w:val="555555"/>
          <w:sz w:val="20"/>
        </w:rPr>
        <w:t>[15]</w:t>
      </w:r>
    </w:p>
    <w:p>
      <w:r>
        <w:rPr>
          <w:rFonts w:ascii="Gentium Plus" w:hAnsi="Gentium Plus"/>
          <w:sz w:val="24"/>
        </w:rPr>
        <w:t>λος ὄφις ἀθρόον ἀνέθορεν. Ἰόβας· Ἰόβακχος· Ἰοβάτης· Ἰοβιανός. ὀνό‐ ματα κύρια. Ἰόδδας. κύριον. Ἰόεντα. τὰ μέλανα.</w:t>
      </w:r>
    </w:p>
    <w:p>
      <w:r>
        <w:rPr>
          <w:rFonts w:ascii="Courier New" w:hAnsi="Courier New"/>
          <w:color w:val="555555"/>
          <w:sz w:val="20"/>
        </w:rPr>
        <w:t>[20]</w:t>
      </w:r>
    </w:p>
    <w:p>
      <w:r>
        <w:rPr>
          <w:rFonts w:ascii="Gentium Plus" w:hAnsi="Gentium Plus"/>
          <w:sz w:val="24"/>
        </w:rPr>
        <w:t>ἰόεντα σίδηρον. ὡς καί·</w:t>
      </w:r>
    </w:p>
    <w:p>
      <w:r>
        <w:rPr>
          <w:rFonts w:ascii="Courier New" w:hAnsi="Courier New"/>
          <w:color w:val="555555"/>
          <w:sz w:val="20"/>
        </w:rPr>
        <w:t>[iota 1113]</w:t>
      </w:r>
    </w:p>
    <w:p>
      <w:r>
        <w:rPr>
          <w:rFonts w:ascii="Gentium Plus" w:hAnsi="Gentium Plus"/>
          <w:sz w:val="24"/>
        </w:rPr>
        <w:t>Ἰοθόρ. κύριον. οὗτος ἦν πενθερὸς τοῦ Μωυσέως. Ἴονθος. ἡ πρώτη ἔκφυσις τῶν τριχῶν. ἀπὸ τοῦ ἰέναι καὶ ἀνθεῖν. Ἰορδάνης. ποταμός. ἐκλήθη δὲ Ἰορδάνης διὰ τὸ</w:t>
      </w:r>
    </w:p>
    <w:p>
      <w:r>
        <w:rPr>
          <w:rFonts w:ascii="Courier New" w:hAnsi="Courier New"/>
          <w:color w:val="555555"/>
          <w:sz w:val="20"/>
        </w:rPr>
        <w:t>[5]</w:t>
      </w:r>
    </w:p>
    <w:p>
      <w:r>
        <w:rPr>
          <w:rFonts w:ascii="Gentium Plus" w:hAnsi="Gentium Plus"/>
          <w:sz w:val="24"/>
        </w:rPr>
        <w:t>συμμίγνυσθαι δύο ἅμα ποταμοὺς, Ἴορ καὶ Δά‐ νην. Ἰόρτιος. κύριον. Ἰόλαος. κύριον. καὶ Ἰόλεως. Ἴουλος. ἡ πρώτη τοῦ γενείου βλάστησις. καὶ ὁ</w:t>
      </w:r>
    </w:p>
    <w:p>
      <w:r>
        <w:rPr>
          <w:rFonts w:ascii="Courier New" w:hAnsi="Courier New"/>
          <w:color w:val="555555"/>
          <w:sz w:val="20"/>
        </w:rPr>
        <w:t>[10]</w:t>
      </w:r>
    </w:p>
    <w:p>
      <w:r>
        <w:rPr>
          <w:rFonts w:ascii="Gentium Plus" w:hAnsi="Gentium Plus"/>
          <w:sz w:val="24"/>
        </w:rPr>
        <w:t>ἐν ταῖς ἀμπέλοις σκώληξ. Ἰούδας. κύριον. ἐγένοντο τούτῳ τρεῖς παῖδες, ὁ Εἲρ, ὁ Ἀννὰν, καὶ ὁ Σηλώμ. ἑρμηνεύεται δὲ Ἰούδας ὁμολόγησις. Ἰός. τὸ βέλος. παρὰ γὰρ τὸν ἰὸν τοῦ ὄφεως γί‐</w:t>
      </w:r>
    </w:p>
    <w:p>
      <w:r>
        <w:rPr>
          <w:rFonts w:ascii="Courier New" w:hAnsi="Courier New"/>
          <w:color w:val="555555"/>
          <w:sz w:val="20"/>
        </w:rPr>
        <w:t>[15]</w:t>
      </w:r>
    </w:p>
    <w:p>
      <w:r>
        <w:rPr>
          <w:rFonts w:ascii="Gentium Plus" w:hAnsi="Gentium Plus"/>
          <w:sz w:val="24"/>
        </w:rPr>
        <w:t>νεται ἰὸς, τὸ βέλος. καὶ γὰρ ἔχριον τὰ βέλη ἀπὸ τοῦ ἰοῦ τοῦ ὄφεως, ἵνα τιτρωσκόμενος τὶς εὐθέως ἀναιρεθῇ. παρὰ τὸ ἰέναι ποιεῖν τοὺς τιτρωσκομένους εἰς ᾅδην. Ἰοδόκος καὶ ἰοδόκη. ἡ βελοθήκη.</w:t>
      </w:r>
    </w:p>
    <w:p>
      <w:r>
        <w:rPr>
          <w:rFonts w:ascii="Courier New" w:hAnsi="Courier New"/>
          <w:color w:val="555555"/>
          <w:sz w:val="20"/>
        </w:rPr>
        <w:t>[20]</w:t>
      </w:r>
    </w:p>
    <w:p>
      <w:r>
        <w:rPr>
          <w:rFonts w:ascii="Gentium Plus" w:hAnsi="Gentium Plus"/>
          <w:sz w:val="24"/>
        </w:rPr>
        <w:t>Ἰοκάστη· Ἰόλη. κύρια. Ἰόπη. δι’ ἑνὸς π καὶ ι. ἔστι δὲ πόλις Παλαι‐</w:t>
      </w:r>
    </w:p>
    <w:p>
      <w:r>
        <w:rPr>
          <w:rFonts w:ascii="Courier New" w:hAnsi="Courier New"/>
          <w:color w:val="555555"/>
          <w:sz w:val="20"/>
        </w:rPr>
        <w:t>[iota 1114]</w:t>
      </w:r>
    </w:p>
    <w:p>
      <w:r>
        <w:rPr>
          <w:rFonts w:ascii="Gentium Plus" w:hAnsi="Gentium Plus"/>
          <w:sz w:val="24"/>
        </w:rPr>
        <w:t>πία τις οὖσα· κατεῖχον γὰρ αὐτὴν Αἰθίοπες. οὕτως γὰρ εὗρον ἐγώ. Ἰότης. βουλή. γνώμη, φροντίς. [ἀπὸ τοῦ ἰοῦ, τοῦ βέλους, ἤγουν ἀπὸ τοῦ ἴεσθαι καὶ εἰς πάν‐</w:t>
      </w:r>
    </w:p>
    <w:p>
      <w:r>
        <w:rPr>
          <w:rFonts w:ascii="Courier New" w:hAnsi="Courier New"/>
          <w:color w:val="555555"/>
          <w:sz w:val="20"/>
        </w:rPr>
        <w:t>[5]</w:t>
      </w:r>
    </w:p>
    <w:p>
      <w:r>
        <w:rPr>
          <w:rFonts w:ascii="Gentium Plus" w:hAnsi="Gentium Plus"/>
          <w:sz w:val="24"/>
        </w:rPr>
        <w:t>τα ἰέναι. ἀλλήλων ἰότητι— καί· μὴ δι’ ἐμὴν ἰότητα—.] Ἰουλόπεζοι. μεταφορικῶς. αἱ πολύκωποι νῆες.</w:t>
      </w:r>
    </w:p>
    <w:p>
      <w:r>
        <w:rPr>
          <w:rFonts w:ascii="Courier New" w:hAnsi="Courier New"/>
          <w:color w:val="555555"/>
          <w:sz w:val="20"/>
        </w:rPr>
        <w:t>[10]</w:t>
      </w:r>
    </w:p>
    <w:p>
      <w:r>
        <w:rPr>
          <w:rFonts w:ascii="Gentium Plus" w:hAnsi="Gentium Plus"/>
          <w:sz w:val="24"/>
        </w:rPr>
        <w:t>ἀπὸ τοῦ ἰούλου, τοῦ πολύποδος ζώου, τοῦ πολ‐ λοὺς καὶ πυκνοὺς ἔχοντος πόδας. ὁμοίως καὶ ἡ πρώτη ἐξάνθησις κατὰ τὰς παρειὰς ἴουλος λέ‐ γεται ἀπὸ ἰούλου ζώου. Ἰουδήθ. κύριον.</w:t>
      </w:r>
    </w:p>
    <w:p>
      <w:r>
        <w:rPr>
          <w:rFonts w:ascii="Courier New" w:hAnsi="Courier New"/>
          <w:color w:val="555555"/>
          <w:sz w:val="20"/>
        </w:rPr>
        <w:t>[15]</w:t>
      </w:r>
    </w:p>
    <w:p>
      <w:r>
        <w:rPr>
          <w:rFonts w:ascii="Gentium Plus" w:hAnsi="Gentium Plus"/>
          <w:sz w:val="24"/>
        </w:rPr>
        <w:t>Ἰοχέαιρα. Ἄρτεμις. ἡ τοῖς ἰοῖς χαίρουσα. ἢ παρὰ τὸ χέειν τοὺς ἰούς· ὅ ἐστι τὰ βέλει· το‐ ξότης γάρ ἐστι. ἰοχέαιρα καὶ ἡ φαρέτρα ἡ ὑποδεχομένη τὰ βέλη. Ἰοστέφανοι. λιπαραί. Πίνδαρος·</w:t>
      </w:r>
    </w:p>
    <w:p>
      <w:r>
        <w:rPr>
          <w:rFonts w:ascii="Courier New" w:hAnsi="Courier New"/>
          <w:color w:val="555555"/>
          <w:sz w:val="20"/>
        </w:rPr>
        <w:t>[20]</w:t>
      </w:r>
    </w:p>
    <w:p>
      <w:r>
        <w:rPr>
          <w:rFonts w:ascii="Gentium Plus" w:hAnsi="Gentium Plus"/>
          <w:sz w:val="24"/>
        </w:rPr>
        <w:t>ἰοστέφανοι Ἀθῆναι. Ἰόνιον πέλαγος. ὁ νῦν Ἀδρίας. καὶ Ἰόνιος κόλ‐</w:t>
      </w:r>
    </w:p>
    <w:p>
      <w:r>
        <w:rPr>
          <w:rFonts w:ascii="Courier New" w:hAnsi="Courier New"/>
          <w:color w:val="555555"/>
          <w:sz w:val="20"/>
        </w:rPr>
        <w:t>[iota 1115]</w:t>
      </w:r>
    </w:p>
    <w:p>
      <w:r>
        <w:rPr>
          <w:rFonts w:ascii="Gentium Plus" w:hAnsi="Gentium Plus"/>
          <w:sz w:val="24"/>
        </w:rPr>
        <w:t>Ἴον. παρὰ τὸ ἀνιέναι ταχύ. Ἰορδάνεια ῥεῖθρα. δίφθογγον. ποτάμια δὲ νά‐ ματα, ι. Ἰοῦσαν. πορευομένην.</w:t>
      </w:r>
    </w:p>
    <w:p>
      <w:r>
        <w:rPr>
          <w:rFonts w:ascii="Courier New" w:hAnsi="Courier New"/>
          <w:color w:val="555555"/>
          <w:sz w:val="20"/>
        </w:rPr>
        <w:t>[5]</w:t>
      </w:r>
    </w:p>
    <w:p>
      <w:r>
        <w:rPr>
          <w:rFonts w:ascii="Gentium Plus" w:hAnsi="Gentium Plus"/>
          <w:sz w:val="24"/>
        </w:rPr>
        <w:t>Ἰού. ἀντὶ τοῦ οἴμοι καὶ φεῦ μοι. Ἰοῦ ἰοῦ. ἐπὶ χαρᾶς. περισπᾶται.</w:t>
      </w:r>
    </w:p>
    <w:p>
      <w:pPr>
        <w:jc w:val="center"/>
      </w:pPr>
      <w:r>
        <w:rPr>
          <w:rFonts w:ascii="Gentium Plus" w:hAnsi="Gentium Plus"/>
          <w:b/>
          <w:sz w:val="24"/>
        </w:rPr>
        <w:t>Τὸ Ι μετὰ τοῦ Π.</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Ἱππαλεκτρυόνος. εἶδος ζώου.</w:t>
      </w:r>
    </w:p>
    <w:p>
      <w:r>
        <w:rPr>
          <w:rFonts w:ascii="Courier New" w:hAnsi="Courier New"/>
          <w:color w:val="555555"/>
          <w:sz w:val="20"/>
        </w:rPr>
        <w:t>[10]</w:t>
      </w:r>
    </w:p>
    <w:p>
      <w:r>
        <w:rPr>
          <w:rFonts w:ascii="Gentium Plus" w:hAnsi="Gentium Plus"/>
          <w:sz w:val="24"/>
        </w:rPr>
        <w:t>Ἶπες. σκώληκες λυμαντικοὶ ξύλων καὶ καρπῶν. ὁ ἲψ, τοῦ ἰπός. Ἵππειος ζυγός. Ἱππημολγός. ὁ τοὺς ἵππους ἀμέλγων. Ἱππίας καὶ Ἱππιόθων. ὀνόματα κύρια.</w:t>
      </w:r>
    </w:p>
    <w:p>
      <w:r>
        <w:rPr>
          <w:rFonts w:ascii="Courier New" w:hAnsi="Courier New"/>
          <w:color w:val="555555"/>
          <w:sz w:val="20"/>
        </w:rPr>
        <w:t>[15]</w:t>
      </w:r>
    </w:p>
    <w:p>
      <w:r>
        <w:rPr>
          <w:rFonts w:ascii="Gentium Plus" w:hAnsi="Gentium Plus"/>
          <w:sz w:val="24"/>
        </w:rPr>
        <w:t>Ἱππιοχάρμην. τὸν χαίροντα τὴν ἱππικὴν, ἢ</w:t>
      </w:r>
    </w:p>
    <w:p>
      <w:r>
        <w:rPr>
          <w:rFonts w:ascii="Courier New" w:hAnsi="Courier New"/>
          <w:color w:val="555555"/>
          <w:sz w:val="20"/>
        </w:rPr>
        <w:t>[iota 1116]</w:t>
      </w:r>
    </w:p>
    <w:p>
      <w:r>
        <w:rPr>
          <w:rFonts w:ascii="Gentium Plus" w:hAnsi="Gentium Plus"/>
          <w:sz w:val="24"/>
        </w:rPr>
        <w:t>Ἵπνος καὶ ἰπνός. ὁ φοῦρνος. κυρίως ἡ κάμι‐ νος. καταχρηστικῶς δὲ ἡ ἐσχάρα. ἢ τὸ μαγει‐ ρεῖον. ἢ καπνοδόκη. Ἱππόβοτος τόπος. ὁ μεγάλην γῆν ἔχων, δυ‐</w:t>
      </w:r>
    </w:p>
    <w:p>
      <w:r>
        <w:rPr>
          <w:rFonts w:ascii="Courier New" w:hAnsi="Courier New"/>
          <w:color w:val="555555"/>
          <w:sz w:val="20"/>
        </w:rPr>
        <w:t>[5]</w:t>
      </w:r>
    </w:p>
    <w:p>
      <w:r>
        <w:rPr>
          <w:rFonts w:ascii="Gentium Plus" w:hAnsi="Gentium Plus"/>
          <w:sz w:val="24"/>
        </w:rPr>
        <w:t>νάμενος ἵππους τρέφειν. Ἱππόδαμοι. εἰς ἵππους ἀναστρεφόμενοι. Ἵππος. παρὰ τοῖς ποσὶν ἴεσθαι. [ἵπτασθαι, ὅ ἐστι πέτεσθαι.] Ἱππότης. ὁ ἱππεὺς, ὁ ὀχούμενος τῷ ἵππῳ.</w:t>
      </w:r>
    </w:p>
    <w:p>
      <w:r>
        <w:rPr>
          <w:rFonts w:ascii="Courier New" w:hAnsi="Courier New"/>
          <w:color w:val="555555"/>
          <w:sz w:val="20"/>
        </w:rPr>
        <w:t>[10]</w:t>
      </w:r>
    </w:p>
    <w:p>
      <w:r>
        <w:rPr>
          <w:rFonts w:ascii="Gentium Plus" w:hAnsi="Gentium Plus"/>
          <w:sz w:val="24"/>
        </w:rPr>
        <w:t>Ἱπποφορβός. ὁ ἱπποτρόφος. φορβὴ γὰρ ἡ τροφή. Ἵππερως. ἵππων ἔρως.</w:t>
      </w:r>
    </w:p>
    <w:p>
      <w:pPr>
        <w:jc w:val="center"/>
      </w:pPr>
      <w:r>
        <w:rPr>
          <w:rFonts w:ascii="Gentium Plus" w:hAnsi="Gentium Plus"/>
          <w:b/>
          <w:sz w:val="24"/>
        </w:rPr>
        <w:t>(Θηλυκόν.)</w:t>
      </w:r>
    </w:p>
    <w:p>
      <w:r>
        <w:rPr>
          <w:rFonts w:ascii="Courier New" w:hAnsi="Courier New"/>
          <w:color w:val="555555"/>
          <w:sz w:val="20"/>
        </w:rPr>
        <w:t>[14]</w:t>
      </w:r>
    </w:p>
    <w:p>
      <w:r>
        <w:rPr>
          <w:rFonts w:ascii="Gentium Plus" w:hAnsi="Gentium Plus"/>
          <w:sz w:val="24"/>
        </w:rPr>
        <w:t>Ἴπος. ἡ τῶν μυῶν παγίς.</w:t>
      </w:r>
    </w:p>
    <w:p>
      <w:r>
        <w:rPr>
          <w:rFonts w:ascii="Courier New" w:hAnsi="Courier New"/>
          <w:color w:val="555555"/>
          <w:sz w:val="20"/>
        </w:rPr>
        <w:t>[15]</w:t>
      </w:r>
    </w:p>
    <w:p>
      <w:r>
        <w:rPr>
          <w:rFonts w:ascii="Gentium Plus" w:hAnsi="Gentium Plus"/>
          <w:sz w:val="24"/>
        </w:rPr>
        <w:t>Ἱππαγωγούς. τὰς ἵππους καὶ ἄνδρας ἀγού‐ σας ναῦς. Ἱππαφέσεων. τῆς ἀφετηρίας, ὅ ἐστι τοῦ καγ‐</w:t>
      </w:r>
    </w:p>
    <w:p>
      <w:r>
        <w:rPr>
          <w:rFonts w:ascii="Courier New" w:hAnsi="Courier New"/>
          <w:color w:val="555555"/>
          <w:sz w:val="20"/>
        </w:rPr>
        <w:t>[iota 1117]</w:t>
      </w:r>
    </w:p>
    <w:p>
      <w:r>
        <w:rPr>
          <w:rFonts w:ascii="Gentium Plus" w:hAnsi="Gentium Plus"/>
          <w:sz w:val="24"/>
        </w:rPr>
        <w:t>Ἱππεία. ἡ ἵππευσις. καὶ ἱππεία φάτνη καὶ οὐρά. καὶ ἱππεία Ἀθηνᾶ. Ἱππείων ὁπλέων. τῶν ὀνύχων τῶν ἵππων. Ἱπποσύνη. ἡ περὶ τοὺς ἵππους ἐμπειρία. ἢ ἐπι‐</w:t>
      </w:r>
    </w:p>
    <w:p>
      <w:r>
        <w:rPr>
          <w:rFonts w:ascii="Courier New" w:hAnsi="Courier New"/>
          <w:color w:val="555555"/>
          <w:sz w:val="20"/>
        </w:rPr>
        <w:t>[5]</w:t>
      </w:r>
    </w:p>
    <w:p>
      <w:r>
        <w:rPr>
          <w:rFonts w:ascii="Gentium Plus" w:hAnsi="Gentium Plus"/>
          <w:sz w:val="24"/>
        </w:rPr>
        <w:t>στήμη ἱππική. ἔγχεΐ θ’ ἱπποσύνῃ τε—. Ἵππουριν. ἐξ ἱππείων τριχῶν λόφον ἔχουσα. λόφος δὲ τὸ προνεῦον τῆς περικεφαλαίας ἀνά‐ στημα καταπλήξεως χάριν καὶ κόσμου ὄν.</w:t>
      </w:r>
    </w:p>
    <w:p>
      <w:r>
        <w:rPr>
          <w:rFonts w:ascii="Courier New" w:hAnsi="Courier New"/>
          <w:color w:val="555555"/>
          <w:sz w:val="20"/>
        </w:rPr>
        <w:t>[10]</w:t>
      </w:r>
    </w:p>
    <w:p>
      <w:r>
        <w:rPr>
          <w:rFonts w:ascii="Gentium Plus" w:hAnsi="Gentium Plus"/>
          <w:sz w:val="24"/>
        </w:rPr>
        <w:t>Ἱππαρχία. δύο ταραντιναὶ ἱππέων ἀνδρῶν ιη. Ἱππάκη. τυρὸς ἵππειος. Ἵππευμα. πορείαν. Ἀριστοφάνης· ὡς μακρὸν ἵππευμα διώκεις ἀστεροειδέα νῶτα διφρεύου‐</w:t>
      </w:r>
    </w:p>
    <w:p>
      <w:r>
        <w:rPr>
          <w:rFonts w:ascii="Courier New" w:hAnsi="Courier New"/>
          <w:color w:val="555555"/>
          <w:sz w:val="20"/>
        </w:rPr>
        <w:t>[15]</w:t>
      </w:r>
    </w:p>
    <w:p>
      <w:r>
        <w:rPr>
          <w:rFonts w:ascii="Gentium Plus" w:hAnsi="Gentium Plus"/>
          <w:sz w:val="24"/>
        </w:rPr>
        <w:t>ς’ αἰθέρος—.</w:t>
      </w:r>
    </w:p>
    <w:p>
      <w:r>
        <w:rPr>
          <w:rFonts w:ascii="Courier New" w:hAnsi="Courier New"/>
          <w:color w:val="555555"/>
          <w:sz w:val="20"/>
        </w:rPr>
        <w:t>[iota 1118]</w:t>
      </w:r>
    </w:p>
    <w:p>
      <w:r>
        <w:rPr>
          <w:rFonts w:ascii="Gentium Plus" w:hAnsi="Gentium Plus"/>
          <w:sz w:val="24"/>
        </w:rPr>
        <w:t>Ἵππειον κράτος. ἡ τοῦ ἵππου ἰσχύς. καὶ ἵππειον θράσος. Ἱππήλατον. εὐρύχωρον, πλατύ. ἱππήλατον πε‐ δίον διώδευον.</w:t>
      </w:r>
    </w:p>
    <w:p>
      <w:r>
        <w:rPr>
          <w:rFonts w:ascii="Courier New" w:hAnsi="Courier New"/>
          <w:color w:val="555555"/>
          <w:sz w:val="20"/>
        </w:rPr>
        <w:t>[5]</w:t>
      </w:r>
    </w:p>
    <w:p>
      <w:r>
        <w:rPr>
          <w:rFonts w:ascii="Gentium Plus" w:hAnsi="Gentium Plus"/>
          <w:sz w:val="24"/>
        </w:rPr>
        <w:t>Ἴπνια. τὰ ἀποκαθάρματα τοῦ φούρνου. ἢ τὰ πρὸς καῦσιν ἐπιτήδεια. [λέγει δὲ Καλλίμαχος καὶ κόπρον τῶν ζώων· σὺν δ’ ἄμυδις φορυτόν τε καὶ ἴπνια λύματ’ ἄειρεν.]</w:t>
      </w:r>
    </w:p>
    <w:p>
      <w:r>
        <w:rPr>
          <w:rFonts w:ascii="Courier New" w:hAnsi="Courier New"/>
          <w:color w:val="555555"/>
          <w:sz w:val="20"/>
        </w:rPr>
        <w:t>[10]</w:t>
      </w:r>
    </w:p>
    <w:p>
      <w:r>
        <w:rPr>
          <w:rFonts w:ascii="Gentium Plus" w:hAnsi="Gentium Plus"/>
          <w:sz w:val="24"/>
        </w:rPr>
        <w:t>Ἱποκάμισον. ..... Ἱππάζεται. οὐχ ἁπλῶς τὸ περὶ ἱππικὴν ἔχειν, ἀλλ’ ἐφ’ ἑνὸς ἵππου ὀχεῖσθαι, ὃν νῦν κέλητα καλοῦσιν. Ἵππευε. ἵππων φρόντιζε.</w:t>
      </w:r>
    </w:p>
    <w:p>
      <w:r>
        <w:rPr>
          <w:rFonts w:ascii="Courier New" w:hAnsi="Courier New"/>
          <w:color w:val="555555"/>
          <w:sz w:val="20"/>
        </w:rPr>
        <w:t>[15]</w:t>
      </w:r>
    </w:p>
    <w:p>
      <w:r>
        <w:rPr>
          <w:rFonts w:ascii="Gentium Plus" w:hAnsi="Gentium Plus"/>
          <w:sz w:val="24"/>
        </w:rPr>
        <w:t>Ἰπούμενος. ἀναγκαζόμενος, πιεζόμενος. [Ἀρι‐ στοφάνης·</w:t>
      </w:r>
    </w:p>
    <w:p>
      <w:r>
        <w:rPr>
          <w:rFonts w:ascii="Courier New" w:hAnsi="Courier New"/>
          <w:color w:val="555555"/>
          <w:sz w:val="20"/>
        </w:rPr>
        <w:t>[iota 1119]</w:t>
      </w:r>
    </w:p>
    <w:p>
      <w:r>
        <w:rPr>
          <w:rFonts w:ascii="Gentium Plus" w:hAnsi="Gentium Plus"/>
          <w:sz w:val="24"/>
        </w:rPr>
        <w:t>παρὰ γὰρ τὸ ἵπος, ὃ σημαίνει τὴν παγίδα, γέ‐ γονεν ἰπῶ καὶ ἰπούμενος. ἵπος δὲ σημαίνει τὴν παγίδα τῶν μυῶν. καὶ τοῦτο γὰρ τὸ εἶδος φθαρ‐ τικόν ἐστιν αὐτῶν.]</w:t>
      </w:r>
    </w:p>
    <w:p>
      <w:r>
        <w:rPr>
          <w:rFonts w:ascii="Courier New" w:hAnsi="Courier New"/>
          <w:color w:val="555555"/>
          <w:sz w:val="20"/>
        </w:rPr>
        <w:t>[5]</w:t>
      </w:r>
    </w:p>
    <w:p>
      <w:r>
        <w:rPr>
          <w:rFonts w:ascii="Gentium Plus" w:hAnsi="Gentium Plus"/>
          <w:sz w:val="24"/>
        </w:rPr>
        <w:t>Ἴπτω. τὸ βλάπτω. μέγα δ’ ἴψαο λαὸν Ἀχαιῶν. Ἰπῶ. τὸ θλίβω.</w:t>
      </w:r>
    </w:p>
    <w:p>
      <w:pPr>
        <w:jc w:val="center"/>
      </w:pPr>
      <w:r>
        <w:rPr>
          <w:rFonts w:ascii="Gentium Plus" w:hAnsi="Gentium Plus"/>
          <w:b/>
          <w:sz w:val="24"/>
        </w:rPr>
        <w:t>Τὸ Ι μετὰ τοῦ Ρ.</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Ἴρηξ. ὁ ἱέραξ. Ἱρῆας. τοὺς ἱερέας. Ἱρός. ὁ ἱερὸς κατὰ κρᾶσιν. χῶρος ὅδ’ ἱρὸς, ὡς ἀπεικάσαι, βρύων δάφνης, ἐλαίας, ἀμπέλου· πυκνότεροι δ’</w:t>
      </w:r>
    </w:p>
    <w:p>
      <w:r>
        <w:rPr>
          <w:rFonts w:ascii="Courier New" w:hAnsi="Courier New"/>
          <w:color w:val="555555"/>
          <w:sz w:val="20"/>
        </w:rPr>
        <w:t>[15]</w:t>
      </w:r>
    </w:p>
    <w:p>
      <w:r>
        <w:rPr>
          <w:rFonts w:ascii="Gentium Plus" w:hAnsi="Gentium Plus"/>
          <w:sz w:val="24"/>
        </w:rPr>
        <w:t>εἴσω—. Ἶρος. πτωχός. πένης. [μακρὸν τὸ ἰῶτα. παρὰ τὸ εἴρω, τὸ λέγω, ὡς δηλοῖ καὶ ὁ ποιητὴς λέγων· Ἶρον δὲ νέοι κίκλησκον ἅπαντες, Οὕνεκ’ ἀπαγγέλλεσκε κιὼν, ὅτε πού τις ἀνώγοι.</w:t>
      </w:r>
    </w:p>
    <w:p>
      <w:r>
        <w:rPr>
          <w:rFonts w:ascii="Courier New" w:hAnsi="Courier New"/>
          <w:color w:val="555555"/>
          <w:sz w:val="20"/>
        </w:rPr>
        <w:t>[20]</w:t>
      </w:r>
    </w:p>
    <w:p>
      <w:r>
        <w:rPr>
          <w:rFonts w:ascii="Gentium Plus" w:hAnsi="Gentium Plus"/>
          <w:sz w:val="24"/>
        </w:rPr>
        <w:t>ἀλλ’ ἔστιν εἰπεῖν, ὥσπερ ἀπὸ τοῦ ἱερεὺς, ἱρεὺς, κράσει τοῦ ι καὶ ε εἰς ι μακρὸν, οὕτω καὶ ἀπὸ τοῦ ἱερὸς γίνεται Ἶρος. πολλὰ γὰρ εὑρίσκομεν ὀξύτονα, ἅτινα γινόμενα κύρια καὶ βαρύνονται.</w:t>
      </w:r>
    </w:p>
    <w:p>
      <w:r>
        <w:rPr>
          <w:rFonts w:ascii="Courier New" w:hAnsi="Courier New"/>
          <w:color w:val="555555"/>
          <w:sz w:val="20"/>
        </w:rPr>
        <w:t>[iota 1120]</w:t>
      </w:r>
    </w:p>
    <w:p>
      <w:r>
        <w:rPr>
          <w:rFonts w:ascii="Gentium Plus" w:hAnsi="Gentium Plus"/>
          <w:sz w:val="24"/>
        </w:rPr>
        <w:t>Γλαῦκος. οὕτως οὖν καὶ ἱρὸς Ἶρος. καὶ ἄλλως· τὰ διὰ τοῦ ιρος δισύλλαβα διὰ τοῦ ι γράφον‐ ται. οἷον Πῖρος, ὄνομα ποταμοῦ· Κῖρος, κύριον· Μῖρος, ποταμὸς Φρυγίας· Τῖρος, ὄνομα ποτα‐</w:t>
      </w:r>
    </w:p>
    <w:p>
      <w:r>
        <w:rPr>
          <w:rFonts w:ascii="Courier New" w:hAnsi="Courier New"/>
          <w:color w:val="555555"/>
          <w:sz w:val="20"/>
        </w:rPr>
        <w:t>[5]</w:t>
      </w:r>
    </w:p>
    <w:p>
      <w:r>
        <w:rPr>
          <w:rFonts w:ascii="Gentium Plus" w:hAnsi="Gentium Plus"/>
          <w:sz w:val="24"/>
        </w:rPr>
        <w:t>μοῦ. οὕτως οὖν καὶ Ἶρος.] Ἴρτιος. κύριον.</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Ἱρά. ἐκκλησία. καὶ ἱραί. Ὅμηρος· —ἱράων προπάροιθε—</w:t>
      </w:r>
    </w:p>
    <w:p>
      <w:r>
        <w:rPr>
          <w:rFonts w:ascii="Courier New" w:hAnsi="Courier New"/>
          <w:color w:val="555555"/>
          <w:sz w:val="20"/>
        </w:rPr>
        <w:t>[10]</w:t>
      </w:r>
    </w:p>
    <w:p>
      <w:r>
        <w:rPr>
          <w:rFonts w:ascii="Gentium Plus" w:hAnsi="Gentium Plus"/>
          <w:sz w:val="24"/>
        </w:rPr>
        <w:t>καὶ ἱρῶν μηνίσας παρ’ Ὁμήρῳ. Ἱρή. πόλις. Ἶρις. νέφος ὑγρὸν κατὰ ἔμπτωσιν ἡλίου πεποικιλ‐ μένον, ὃ καλεῖται τόξον. ἢ αὐγαὶ ὑφ’ ὑγρῶν νε‐ φῶν ἀνακεκλασμένα. ἢ ἔμφασις ἡλίου τμήματος</w:t>
      </w:r>
    </w:p>
    <w:p>
      <w:r>
        <w:rPr>
          <w:rFonts w:ascii="Courier New" w:hAnsi="Courier New"/>
          <w:color w:val="555555"/>
          <w:sz w:val="20"/>
        </w:rPr>
        <w:t>[15]</w:t>
      </w:r>
    </w:p>
    <w:p>
      <w:r>
        <w:rPr>
          <w:rFonts w:ascii="Gentium Plus" w:hAnsi="Gentium Plus"/>
          <w:sz w:val="24"/>
        </w:rPr>
        <w:t>ἢ σελήνης ἐν νέφει δεδροσισμένῳ, κοίλῳ καὶ συνεχεῖ πρὸς φαντασίαν, ὡς ἐν κατόπτρῳ φαν‐ ταζομένην, κατὰ κύκλου περιφέρειαν. ἰστέον δὲ, ὅτι τῆς ἴριδος τὸ χλωρὸν ἀέρος σημαντικὸν, τὸ πυῤῥὸν πνευμάτων, τὸ δὲ μελανίζον ὑδάτων.</w:t>
      </w:r>
    </w:p>
    <w:p>
      <w:r>
        <w:rPr>
          <w:rFonts w:ascii="Courier New" w:hAnsi="Courier New"/>
          <w:color w:val="555555"/>
          <w:sz w:val="20"/>
        </w:rPr>
        <w:t>[20]</w:t>
      </w:r>
    </w:p>
    <w:p>
      <w:r>
        <w:rPr>
          <w:rFonts w:ascii="Gentium Plus" w:hAnsi="Gentium Plus"/>
          <w:sz w:val="24"/>
        </w:rPr>
        <w:t>Ἶρις. παρὰ τὸ ῥεῖν καὶ κινεῖν τὸν ὄμβρον. ση‐ μαίνει δὲ καὶ τὸν ἄγγελον τῶν θεῶν. παρὰ τὸ εἴρειν καὶ προλέγειν τὰ μέλλοντα. σημαίνει καὶ ποταμὸν παρὰ Ἀπολλωνίῳ· ποταμὸν ταχύῤῥουν Ἶριν.</w:t>
      </w:r>
    </w:p>
    <w:p>
      <w:r>
        <w:rPr>
          <w:rFonts w:ascii="Courier New" w:hAnsi="Courier New"/>
          <w:color w:val="555555"/>
          <w:sz w:val="20"/>
        </w:rPr>
        <w:t>[25]</w:t>
      </w:r>
    </w:p>
    <w:p>
      <w:r>
        <w:rPr>
          <w:rFonts w:ascii="Gentium Plus" w:hAnsi="Gentium Plus"/>
          <w:sz w:val="24"/>
        </w:rPr>
        <w:t>καὶ Ἴρις ὄνομα τόπου.</w:t>
      </w:r>
    </w:p>
    <w:p>
      <w:r>
        <w:rPr>
          <w:rFonts w:ascii="Courier New" w:hAnsi="Courier New"/>
          <w:color w:val="555555"/>
          <w:sz w:val="20"/>
        </w:rPr>
        <w:t>[iota 1121]</w:t>
      </w:r>
    </w:p>
    <w:p>
      <w:r>
        <w:rPr>
          <w:rFonts w:ascii="Gentium Plus" w:hAnsi="Gentium Plus"/>
          <w:sz w:val="24"/>
        </w:rPr>
        <w:t>Ἴρος. πόλις Θεσσαλίας. ἀπὸ τοῦ Ἴρου τοῦ κτί‐ σαντος αὐτήν. Ἴριγγας. τὰς ἀρτηρίας φησὶν Ἱπποκράτης. λέ‐ γει δὲ καὶ ὁ Ψελλός· τὰς ἀρτηρίας ἴριγγας,</w:t>
      </w:r>
    </w:p>
    <w:p>
      <w:r>
        <w:rPr>
          <w:rFonts w:ascii="Courier New" w:hAnsi="Courier New"/>
          <w:color w:val="555555"/>
          <w:sz w:val="20"/>
        </w:rPr>
        <w:t>[5]</w:t>
      </w:r>
    </w:p>
    <w:p>
      <w:r>
        <w:rPr>
          <w:rFonts w:ascii="Gentium Plus" w:hAnsi="Gentium Plus"/>
          <w:sz w:val="24"/>
        </w:rPr>
        <w:t>τὰ δὲ ὀστᾶ ῥοώδη· ὑπόξηρον τὸ ἄποξυ, σφά‐ κελος τὸ φλεγμαίνειν.</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Ἱρά. τὰ ἱερά. Ἱρεῖον. τὸ θῦμα.</w:t>
      </w:r>
    </w:p>
    <w:p>
      <w:pPr>
        <w:jc w:val="center"/>
      </w:pPr>
      <w:r>
        <w:rPr>
          <w:rFonts w:ascii="Gentium Plus" w:hAnsi="Gentium Plus"/>
          <w:b/>
          <w:sz w:val="24"/>
        </w:rPr>
        <w:t>Τὸ Ι μετὰ τοῦ Σ.</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Ἰσαάκ. κύριον. ἀγαλλίασις ἑρμηνεύεται. Ἴσακος. ὁ Ἰσαὰκ ἑλληνιστί. Ἰσακίῳ. ἀνδρείῳ.</w:t>
      </w:r>
    </w:p>
    <w:p>
      <w:r>
        <w:rPr>
          <w:rFonts w:ascii="Courier New" w:hAnsi="Courier New"/>
          <w:color w:val="555555"/>
          <w:sz w:val="20"/>
        </w:rPr>
        <w:t>[15]</w:t>
      </w:r>
    </w:p>
    <w:p>
      <w:r>
        <w:rPr>
          <w:rFonts w:ascii="Gentium Plus" w:hAnsi="Gentium Plus"/>
          <w:sz w:val="24"/>
        </w:rPr>
        <w:t>Ἰσάγγελος. ἶσος ἀγγέλῳ.</w:t>
      </w:r>
    </w:p>
    <w:p>
      <w:r>
        <w:rPr>
          <w:rFonts w:ascii="Courier New" w:hAnsi="Courier New"/>
          <w:color w:val="555555"/>
          <w:sz w:val="20"/>
        </w:rPr>
        <w:t>[iota 1122]</w:t>
      </w:r>
    </w:p>
    <w:p>
      <w:r>
        <w:rPr>
          <w:rFonts w:ascii="Gentium Plus" w:hAnsi="Gentium Plus"/>
          <w:sz w:val="24"/>
        </w:rPr>
        <w:t>Ἰσθμός. θάλασσα, μέσον ἔχουσα γῆν. πορθμὸς δὲ γῆ ἔνθεν κᾀκεῖθεν, καὶ μέσον θάλασσα. παρὰ τὸ ἴσω, ἰσμὸς καὶ πλεονασμῷ τοῦ θ ἰσθμός. ἢ παρὰ τὸ ἵημι. οὕτως Ἡρωδιανός.</w:t>
      </w:r>
    </w:p>
    <w:p>
      <w:r>
        <w:rPr>
          <w:rFonts w:ascii="Courier New" w:hAnsi="Courier New"/>
          <w:color w:val="555555"/>
          <w:sz w:val="20"/>
        </w:rPr>
        <w:t>[5]</w:t>
      </w:r>
    </w:p>
    <w:p>
      <w:r>
        <w:rPr>
          <w:rFonts w:ascii="Gentium Plus" w:hAnsi="Gentium Plus"/>
          <w:sz w:val="24"/>
        </w:rPr>
        <w:t>Ἰσθμός. καὶ ὁ λαιμός. παρὰ τὸ εἰσιέναι παρ’ αὐτοῦ τὰ ποτὰ καὶ τὰ βρώματα. Ἰσσικὸς κόλπος. Ἰσκαριώτης. μνήμη θανάτου ἑρμηνεύεται. Ἴσκος. ὁ κλέπτης. ἐξ οὗ καὶ ἴσκω.</w:t>
      </w:r>
    </w:p>
    <w:p>
      <w:r>
        <w:rPr>
          <w:rFonts w:ascii="Courier New" w:hAnsi="Courier New"/>
          <w:color w:val="555555"/>
          <w:sz w:val="20"/>
        </w:rPr>
        <w:t>[10]</w:t>
      </w:r>
    </w:p>
    <w:p>
      <w:r>
        <w:rPr>
          <w:rFonts w:ascii="Gentium Plus" w:hAnsi="Gentium Plus"/>
          <w:sz w:val="24"/>
        </w:rPr>
        <w:t>Ἰσμαήλ. κύριον. ἑβραϊστὶ ἑρμηνεύεται ὁ μεθ’ ἡδονῆς γέλως. Ἰσοτελεῖς. ἶσα τελοῦντες Ἰσοχειλεῖς. μέχρι χείλους πεπληρωμένοι. ἦσαν δὲ κρατῆρες οἴνου ἰσοχειλεῖς.</w:t>
      </w:r>
    </w:p>
    <w:p>
      <w:r>
        <w:rPr>
          <w:rFonts w:ascii="Courier New" w:hAnsi="Courier New"/>
          <w:color w:val="555555"/>
          <w:sz w:val="20"/>
        </w:rPr>
        <w:t>[15]</w:t>
      </w:r>
    </w:p>
    <w:p>
      <w:r>
        <w:rPr>
          <w:rFonts w:ascii="Gentium Plus" w:hAnsi="Gentium Plus"/>
          <w:sz w:val="24"/>
        </w:rPr>
        <w:t>Ἶσος. ὁ ὅμοιος. [ἰστέον, ὅτι τὸ ἶσος εὕρηται συν‐ εσταλμένον· ἤλασε Κιμμερίω ψαμάθῳ ἴσον—</w:t>
      </w:r>
    </w:p>
    <w:p>
      <w:r>
        <w:rPr>
          <w:rFonts w:ascii="Courier New" w:hAnsi="Courier New"/>
          <w:color w:val="555555"/>
          <w:sz w:val="20"/>
        </w:rPr>
        <w:t>[iota 1123]</w:t>
      </w:r>
    </w:p>
    <w:p>
      <w:r>
        <w:rPr>
          <w:rFonts w:ascii="Gentium Plus" w:hAnsi="Gentium Plus"/>
          <w:sz w:val="24"/>
        </w:rPr>
        <w:t>ὁ μέλλων εἴσω, ῥῆμα ὄνομα εἶσος, καὶ ἀποβολῇ τοῦ ε ἶσος. οὐ μὲν σοί ποτ’ ἶσον ἔχω γέρας—.] Ἰσουργός. ὁ τὰ ἶσα ἐργαζόμενος.</w:t>
      </w:r>
    </w:p>
    <w:p>
      <w:r>
        <w:rPr>
          <w:rFonts w:ascii="Courier New" w:hAnsi="Courier New"/>
          <w:color w:val="555555"/>
          <w:sz w:val="20"/>
        </w:rPr>
        <w:t>[5]</w:t>
      </w:r>
    </w:p>
    <w:p>
      <w:r>
        <w:rPr>
          <w:rFonts w:ascii="Gentium Plus" w:hAnsi="Gentium Plus"/>
          <w:sz w:val="24"/>
        </w:rPr>
        <w:t>Ἱστοριαγράφον, οὐχ ἱστοριογράφον λέγου‐ σιν οἱ Ἀττικοί. Ἴστρος. ὁ ποταμὸς ὁ παρ’ Ἑβραίοις Φεισσὼν, παρὰ δὲ Ἰνδοῖς Γάγγης, παρὰ δὲ Αἰθίοψιν Ἰν‐ δὸς, παρ’ Ἕλλησι δὲ Δανούβιος.</w:t>
      </w:r>
    </w:p>
    <w:p>
      <w:r>
        <w:rPr>
          <w:rFonts w:ascii="Courier New" w:hAnsi="Courier New"/>
          <w:color w:val="555555"/>
          <w:sz w:val="20"/>
        </w:rPr>
        <w:t>[10]</w:t>
      </w:r>
    </w:p>
    <w:p>
      <w:r>
        <w:rPr>
          <w:rFonts w:ascii="Gentium Plus" w:hAnsi="Gentium Plus"/>
          <w:sz w:val="24"/>
        </w:rPr>
        <w:t>Ἱστός. τὸ κατάρτιον. καὶ ἱστὸς τὸ ἱστάριον. παρὰ τὸ ἵστημι. ὅθεν καὶ στύλος. ἱστὸν ἐποιχομένην— τὸ γὰρ παλαιὸν αἱ γυναῖκες ἑστῶσαι ὕφαινον. τὸ δὲ ἐποιχομένην, ἐπὶ τὸν ἱστὸν πορευομένην.</w:t>
      </w:r>
    </w:p>
    <w:p>
      <w:r>
        <w:rPr>
          <w:rFonts w:ascii="Courier New" w:hAnsi="Courier New"/>
          <w:color w:val="555555"/>
          <w:sz w:val="20"/>
        </w:rPr>
        <w:t>[15]</w:t>
      </w:r>
    </w:p>
    <w:p>
      <w:r>
        <w:rPr>
          <w:rFonts w:ascii="Gentium Plus" w:hAnsi="Gentium Plus"/>
          <w:sz w:val="24"/>
        </w:rPr>
        <w:t>Ἴστωρ. ὁ ἐπ’ ἄκρῳ τῷ ῥυμῷ ἐμπεπηγμένος πάτ‐</w:t>
      </w:r>
    </w:p>
    <w:p>
      <w:r>
        <w:rPr>
          <w:rFonts w:ascii="Courier New" w:hAnsi="Courier New"/>
          <w:color w:val="555555"/>
          <w:sz w:val="20"/>
        </w:rPr>
        <w:t>[iota 1124]</w:t>
      </w:r>
    </w:p>
    <w:p>
      <w:r>
        <w:rPr>
          <w:rFonts w:ascii="Gentium Plus" w:hAnsi="Gentium Plus"/>
          <w:sz w:val="24"/>
        </w:rPr>
        <w:t>ταλος. καὶ κλίνεται ἴστορος. ἴστωρ καὶ ὁ ἐπι‐ στήμων. ἀπὸ τοῦ εἴδω, εἴσω, ῥήματος. ῥημα‐ τικὸν ὄνομα ἴστωρ, καὶ κλίνεται ἴστορος. [καὶ ἐξ αὐτοῦ ἱστορία.]</w:t>
      </w:r>
    </w:p>
    <w:p>
      <w:r>
        <w:rPr>
          <w:rFonts w:ascii="Courier New" w:hAnsi="Courier New"/>
          <w:color w:val="555555"/>
          <w:sz w:val="20"/>
        </w:rPr>
        <w:t>[5]</w:t>
      </w:r>
    </w:p>
    <w:p>
      <w:r>
        <w:rPr>
          <w:rFonts w:ascii="Gentium Plus" w:hAnsi="Gentium Plus"/>
          <w:sz w:val="24"/>
        </w:rPr>
        <w:t>Ἵστορι. καὶ ἀντὶ τοῦ μάρτυρι ἢ κριτῇ. Ἰσραήλ. ἑρμηνεύεται νοῦς ὁρῶν τὸν θεὸν, ἢ ὅστις διὰ πίστεως ὁρᾷ τὸν θεὸν τῷ νοΐ. Ἰσχυρός. ὁ ἰσχύος καὶ δυνάμεως ἔχων. Ἰσχυρογνώμων. σκληρὸς, ἔξαρνος.</w:t>
      </w:r>
    </w:p>
    <w:p>
      <w:r>
        <w:rPr>
          <w:rFonts w:ascii="Courier New" w:hAnsi="Courier New"/>
          <w:color w:val="555555"/>
          <w:sz w:val="20"/>
        </w:rPr>
        <w:t>[10]</w:t>
      </w:r>
    </w:p>
    <w:p>
      <w:r>
        <w:rPr>
          <w:rFonts w:ascii="Gentium Plus" w:hAnsi="Gentium Plus"/>
          <w:sz w:val="24"/>
        </w:rPr>
        <w:t>Ἰσχνόφωνος. λεπτόφωνος. Ἰσχνός. παρὰ τὸ ἴσχω ἰσχνὸς, πλεονασμῷ τοῦ ν. οὕτως Φιλόξενος. Ἱστορικός. ὁ τὰ πρὸ αὐτοῦ γεγενημένα συγγρά‐ φων, [ὡς Ἡρόδοτος. συγγραφεὺς δὲ ὁ κατὰ</w:t>
      </w:r>
    </w:p>
    <w:p>
      <w:r>
        <w:rPr>
          <w:rFonts w:ascii="Courier New" w:hAnsi="Courier New"/>
          <w:color w:val="555555"/>
          <w:sz w:val="20"/>
        </w:rPr>
        <w:t>[15]</w:t>
      </w:r>
    </w:p>
    <w:p>
      <w:r>
        <w:rPr>
          <w:rFonts w:ascii="Gentium Plus" w:hAnsi="Gentium Plus"/>
          <w:sz w:val="24"/>
        </w:rPr>
        <w:t>τὸν χρόνον αὐτοῦ συγγράφων,] ὡς Θουκυδίδης.</w:t>
      </w:r>
    </w:p>
    <w:p>
      <w:r>
        <w:rPr>
          <w:rFonts w:ascii="Courier New" w:hAnsi="Courier New"/>
          <w:color w:val="555555"/>
          <w:sz w:val="20"/>
        </w:rPr>
        <w:t>[iota 1125]</w:t>
      </w:r>
    </w:p>
    <w:p>
      <w:r>
        <w:rPr>
          <w:rFonts w:ascii="Gentium Plus" w:hAnsi="Gentium Plus"/>
          <w:sz w:val="24"/>
        </w:rPr>
        <w:t>Ἴσσος. ὄνομα ποταμοῦ.</w:t>
      </w:r>
    </w:p>
    <w:p>
      <w:pPr>
        <w:jc w:val="center"/>
      </w:pPr>
      <w:r>
        <w:rPr>
          <w:rFonts w:ascii="Gentium Plus" w:hAnsi="Gentium Plus"/>
          <w:b/>
          <w:sz w:val="24"/>
        </w:rPr>
        <w:t>(Θηλυκόν.)</w:t>
      </w:r>
    </w:p>
    <w:p>
      <w:r>
        <w:rPr>
          <w:rFonts w:ascii="Courier New" w:hAnsi="Courier New"/>
          <w:color w:val="555555"/>
          <w:sz w:val="20"/>
        </w:rPr>
        <w:t>[3]</w:t>
      </w:r>
    </w:p>
    <w:p>
      <w:r>
        <w:rPr>
          <w:rFonts w:ascii="Gentium Plus" w:hAnsi="Gentium Plus"/>
          <w:sz w:val="24"/>
        </w:rPr>
        <w:t>Ἴς. ἡ δύναμις, τὰ νεῦρα. Ἴσσα. †ἡ Μιτυλήνη.† ὄνομα πόλεως.</w:t>
      </w:r>
    </w:p>
    <w:p>
      <w:r>
        <w:rPr>
          <w:rFonts w:ascii="Courier New" w:hAnsi="Courier New"/>
          <w:color w:val="555555"/>
          <w:sz w:val="20"/>
        </w:rPr>
        <w:t>[5]</w:t>
      </w:r>
    </w:p>
    <w:p>
      <w:r>
        <w:rPr>
          <w:rFonts w:ascii="Gentium Plus" w:hAnsi="Gentium Plus"/>
          <w:sz w:val="24"/>
        </w:rPr>
        <w:t>Ἴσας δ’ ὑσμίνη κεφαλὰς ἔχον. ἀντὶ τοῦ· ἥ τε τῶν Ἑλλήνων καὶ τῶν βαρβάρων μάχη ἰσο‐ κέφαλος ἦν. Ἰσθμικὴ πίτυς. ἆθλον ἐπινίκιον. Ἴσμαρος. ἡ νῦν καλουμένη Μαρώνεια. ἀπὸ τοῦ</w:t>
      </w:r>
    </w:p>
    <w:p>
      <w:r>
        <w:rPr>
          <w:rFonts w:ascii="Courier New" w:hAnsi="Courier New"/>
          <w:color w:val="555555"/>
          <w:sz w:val="20"/>
        </w:rPr>
        <w:t>[10]</w:t>
      </w:r>
    </w:p>
    <w:p>
      <w:r>
        <w:rPr>
          <w:rFonts w:ascii="Gentium Plus" w:hAnsi="Gentium Plus"/>
          <w:sz w:val="24"/>
        </w:rPr>
        <w:t>Ἰσμάρου, τοῦ Ἄρεως καὶ Θρᾴκης παιδός. Ἱστορία. θέα. διήγησις. Ἱστία. ἡ καθέδρα. Ἱστοπέδη. ξύλον ὀρθὸν ἀπὸ τῆς τροπώσεως,</w:t>
      </w:r>
    </w:p>
    <w:p>
      <w:r>
        <w:rPr>
          <w:rFonts w:ascii="Courier New" w:hAnsi="Courier New"/>
          <w:color w:val="555555"/>
          <w:sz w:val="20"/>
        </w:rPr>
        <w:t>[iota 1126]</w:t>
      </w:r>
    </w:p>
    <w:p>
      <w:r>
        <w:rPr>
          <w:rFonts w:ascii="Gentium Plus" w:hAnsi="Gentium Plus"/>
          <w:sz w:val="24"/>
        </w:rPr>
        <w:t>Ἱστοδόκη. ξύλον ὑποδεχόμενον τὸν ἱστόν. Ἰσχνομυθίας. λεπτολογίας.</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Ἴσθμια. περιστόμια· περιδέραια. καὶ ἑορτὴ</w:t>
      </w:r>
    </w:p>
    <w:p>
      <w:r>
        <w:rPr>
          <w:rFonts w:ascii="Courier New" w:hAnsi="Courier New"/>
          <w:color w:val="555555"/>
          <w:sz w:val="20"/>
        </w:rPr>
        <w:t>[5]</w:t>
      </w:r>
    </w:p>
    <w:p>
      <w:r>
        <w:rPr>
          <w:rFonts w:ascii="Gentium Plus" w:hAnsi="Gentium Plus"/>
          <w:sz w:val="24"/>
        </w:rPr>
        <w:t>τῶν Ἑλλήνων. καὶ ἰσθμιάζειν ἐπὶ τῶν κακῶς βιούντων. ἐπίνοσος γὰρ ὁ τῶν ἰσθμῶν καιρός. Ἴσμα. παρὰ τὸ ἵζω. Ἰσόῤῥοπον. τὸ ἰσοστάσιον. Ἰσοστάσιον. τὸ ἶσον τῷ σταθμῷ.</w:t>
      </w:r>
    </w:p>
    <w:p>
      <w:r>
        <w:rPr>
          <w:rFonts w:ascii="Courier New" w:hAnsi="Courier New"/>
          <w:color w:val="555555"/>
          <w:sz w:val="20"/>
        </w:rPr>
        <w:t>[10]</w:t>
      </w:r>
    </w:p>
    <w:p>
      <w:r>
        <w:rPr>
          <w:rFonts w:ascii="Gentium Plus" w:hAnsi="Gentium Plus"/>
          <w:sz w:val="24"/>
        </w:rPr>
        <w:t>Ἰσοσθενές. τὸ ἰσοδύναμον. Ἰσοκλεές. τὸ ἶσον ἔχον δόξαν. Ἰσόπεδον. ἔχον ἴσην τὴν γῆν. Ἰσόκωλον. τὸ ἶσα μέρη ἔχον.</w:t>
      </w:r>
    </w:p>
    <w:p>
      <w:r>
        <w:rPr>
          <w:rFonts w:ascii="Courier New" w:hAnsi="Courier New"/>
          <w:color w:val="555555"/>
          <w:sz w:val="20"/>
        </w:rPr>
        <w:t>[iota 1127]</w:t>
      </w:r>
    </w:p>
    <w:p>
      <w:r>
        <w:rPr>
          <w:rFonts w:ascii="Gentium Plus" w:hAnsi="Gentium Plus"/>
          <w:sz w:val="24"/>
        </w:rPr>
        <w:t>Ἱστίον. τὸ ἄρμενον. παρὰ τὸ ἵζειν ἐφ’ ἑνὸς τό‐ που καὶ ἱδρύσθαι. ἵζω, ἱστὸς καὶ ἱστίον. Ἰσχίον. τὸ κοῖλον γλουτοῦ, ὅπου ἡ κοτύλη στρέφεται.</w:t>
      </w:r>
    </w:p>
    <w:p>
      <w:r>
        <w:rPr>
          <w:rFonts w:ascii="Courier New" w:hAnsi="Courier New"/>
          <w:color w:val="555555"/>
          <w:sz w:val="20"/>
        </w:rPr>
        <w:t>[5]</w:t>
      </w:r>
    </w:p>
    <w:p>
      <w:r>
        <w:rPr>
          <w:rFonts w:ascii="Gentium Plus" w:hAnsi="Gentium Plus"/>
          <w:sz w:val="24"/>
        </w:rPr>
        <w:t>Ἰσχνόν. λεπτόν. Ἰσχυρόν. μέγα. βαθύ. ἔτι ἰσχυρὸν τραῦμα λαβοῦς’ ὑπ’ ἐμοῦ.</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Ἴσαν. ἐπορεύθησαν. παρ’ Ὁμήρῳ καὶ μόνον.</w:t>
      </w:r>
    </w:p>
    <w:p>
      <w:r>
        <w:rPr>
          <w:rFonts w:ascii="Courier New" w:hAnsi="Courier New"/>
          <w:color w:val="555555"/>
          <w:sz w:val="20"/>
        </w:rPr>
        <w:t>[10]</w:t>
      </w:r>
    </w:p>
    <w:p>
      <w:r>
        <w:rPr>
          <w:rFonts w:ascii="Gentium Plus" w:hAnsi="Gentium Plus"/>
          <w:sz w:val="24"/>
        </w:rPr>
        <w:t>εἶμι, ὁ παρατατικὸς ἦν, τὸ πληθυντικὸν τὸ α ἴμεν, ἴτε ἴσαν. καὶ ἴσαν ἀντὶ τοῦ ἔγνωσαν. Ἵσατο. καθίδρυσεν. Ἴσασι. γινώσκουσιν. ἀπὸ τοῦ ἰσῶ παράγωγον ἴσημι. τοῦτο δὲ πάλιν ἀπὸ τοῦ εἴδω τοῦ σημαί‐</w:t>
      </w:r>
    </w:p>
    <w:p>
      <w:r>
        <w:rPr>
          <w:rFonts w:ascii="Courier New" w:hAnsi="Courier New"/>
          <w:color w:val="555555"/>
          <w:sz w:val="20"/>
        </w:rPr>
        <w:t>[15]</w:t>
      </w:r>
    </w:p>
    <w:p>
      <w:r>
        <w:rPr>
          <w:rFonts w:ascii="Gentium Plus" w:hAnsi="Gentium Plus"/>
          <w:sz w:val="24"/>
        </w:rPr>
        <w:t>νοντος τὸ ἐπίσταμαι. τὸ πληθυντικὸν ἴσαμεν, ἴσατε, ἴσασιν. ὥσπερ δίδοσιν οὐ περισπᾶται. Ἴσθι. γίνωσκε. [ἔστιν εἰδῶ τὸ γινώσκω, ὁ μέλλων εἴσω. ἐξ οὗ καὶ τὸ εἴσομαι. οὗ ὁ μέλ‐ λων σπασθεὶς ἐνεστὼς γίνεται ἰσῶ, διὰ τοῦ ι.</w:t>
      </w:r>
    </w:p>
    <w:p>
      <w:r>
        <w:rPr>
          <w:rFonts w:ascii="Courier New" w:hAnsi="Courier New"/>
          <w:color w:val="555555"/>
          <w:sz w:val="20"/>
        </w:rPr>
        <w:t>[20]</w:t>
      </w:r>
    </w:p>
    <w:p>
      <w:r>
        <w:rPr>
          <w:rFonts w:ascii="Gentium Plus" w:hAnsi="Gentium Plus"/>
          <w:sz w:val="24"/>
        </w:rPr>
        <w:t>τὰ γὰρ εἰς ω λήγοντα ῥήματα κατ’ ἔνδειαν</w:t>
      </w:r>
    </w:p>
    <w:p>
      <w:r>
        <w:rPr>
          <w:rFonts w:ascii="Courier New" w:hAnsi="Courier New"/>
          <w:color w:val="555555"/>
          <w:sz w:val="20"/>
        </w:rPr>
        <w:t>[iota 1128]</w:t>
      </w:r>
    </w:p>
    <w:p>
      <w:r>
        <w:rPr>
          <w:rFonts w:ascii="Gentium Plus" w:hAnsi="Gentium Plus"/>
          <w:sz w:val="24"/>
        </w:rPr>
        <w:t>διχρόνῳ βραχεῖ παραλήγει. οἷον· πείθω, πιθῶ· στείχω, στιχῶ· φείδω, φιδῶ· τεύχω, τυχῶ· οὕ‐ τως οὖν καὶ εἴδω, εἴσω, ἰσῶ, διὰ τοῦ ι βρα‐ χέος. ἐκ τούτου γίνεται παράγωγον τῶν εἰς μι</w:t>
      </w:r>
    </w:p>
    <w:p>
      <w:r>
        <w:rPr>
          <w:rFonts w:ascii="Courier New" w:hAnsi="Courier New"/>
          <w:color w:val="555555"/>
          <w:sz w:val="20"/>
        </w:rPr>
        <w:t>[5]</w:t>
      </w:r>
    </w:p>
    <w:p>
      <w:r>
        <w:rPr>
          <w:rFonts w:ascii="Gentium Plus" w:hAnsi="Gentium Plus"/>
          <w:sz w:val="24"/>
        </w:rPr>
        <w:t>ἴσημι, ὁ παρατατικὸς, ὅπερ Δωρικῶς γίνεται ἴσαμι. τούτου τὸ πληθυντικὸν ἴσαμεν, καὶ κα‐ τὰ συγκοπὴν ἴσμεν. τὸ β ἴσατε, καὶ κατὰ συγ‐ κοπὴν ἴστε. τούτου τὸ προστακτικὸν ἴσαθι, καὶ ἐν συγκοπῇ ἴσθι. τὸ τρίτον ἴστω. τὸ β τῶν</w:t>
      </w:r>
    </w:p>
    <w:p>
      <w:r>
        <w:rPr>
          <w:rFonts w:ascii="Courier New" w:hAnsi="Courier New"/>
          <w:color w:val="555555"/>
          <w:sz w:val="20"/>
        </w:rPr>
        <w:t>[10]</w:t>
      </w:r>
    </w:p>
    <w:p>
      <w:r>
        <w:rPr>
          <w:rFonts w:ascii="Gentium Plus" w:hAnsi="Gentium Plus"/>
          <w:sz w:val="24"/>
        </w:rPr>
        <w:t>δυϊκῶν ἴστον· πλεονασμῷ τοῦ ε, ἰστέον.] [Ἴσθι. ὕπαρχε. ἀπὸ τοῦ εἰμί. τὸ α τῶν πλη‐ θυντικῶν ἔμεν, ὅπερ κατὰ πλεονασμὸν τοῦ ς γίνεται ἐσμέν. ἀπὸ τοῦ ἔμεν γέγονε τὸ προσ‐ τακτικὸν ἔθι, καὶ πλεονασμῷ τοῦ ς ἴσθι· τὸ</w:t>
      </w:r>
    </w:p>
    <w:p>
      <w:r>
        <w:rPr>
          <w:rFonts w:ascii="Courier New" w:hAnsi="Courier New"/>
          <w:color w:val="555555"/>
          <w:sz w:val="20"/>
        </w:rPr>
        <w:t>[15]</w:t>
      </w:r>
    </w:p>
    <w:p>
      <w:r>
        <w:rPr>
          <w:rFonts w:ascii="Gentium Plus" w:hAnsi="Gentium Plus"/>
          <w:sz w:val="24"/>
        </w:rPr>
        <w:t>γὰρ ε πλεονάσαντος συμφώνου τρέπεται εἰς ι. οἷον· ἔχω, ἴσχω. οὕτως οὖν καὶ ἔθι, ἴσθι. τοῦ‐ το δὲ τὸ ἴσθι κατὰ τὸ τρίτον πρόσωπον τὸ ὀφει‐ λόμενον ε ἀναδέχεται καὶ γίνεται ἔστω.] Ἰσηγορεῖ. ἐπ’ ἴσης λέγει.</w:t>
      </w:r>
    </w:p>
    <w:p>
      <w:r>
        <w:rPr>
          <w:rFonts w:ascii="Courier New" w:hAnsi="Courier New"/>
          <w:color w:val="555555"/>
          <w:sz w:val="20"/>
        </w:rPr>
        <w:t>[20]</w:t>
      </w:r>
    </w:p>
    <w:p>
      <w:r>
        <w:rPr>
          <w:rFonts w:ascii="Gentium Plus" w:hAnsi="Gentium Plus"/>
          <w:sz w:val="24"/>
        </w:rPr>
        <w:t>Ἴσημι. γινώσκω. καὶ ἴσαμεν.</w:t>
      </w:r>
    </w:p>
    <w:p>
      <w:r>
        <w:rPr>
          <w:rFonts w:ascii="Courier New" w:hAnsi="Courier New"/>
          <w:color w:val="555555"/>
          <w:sz w:val="20"/>
        </w:rPr>
        <w:t>[iota 1129]</w:t>
      </w:r>
    </w:p>
    <w:p>
      <w:r>
        <w:rPr>
          <w:rFonts w:ascii="Gentium Plus" w:hAnsi="Gentium Plus"/>
          <w:sz w:val="24"/>
        </w:rPr>
        <w:t>Ἴσκειν. τὸ εἰκάζειν. Ἰσοφαρίζειν. ἐξισοῦσθαι. ἶσος φαίνεται. ἐξι‐ σάζειν. Ἰστέον. γνωστέον.</w:t>
      </w:r>
    </w:p>
    <w:p>
      <w:r>
        <w:rPr>
          <w:rFonts w:ascii="Courier New" w:hAnsi="Courier New"/>
          <w:color w:val="555555"/>
          <w:sz w:val="20"/>
        </w:rPr>
        <w:t>[5]</w:t>
      </w:r>
    </w:p>
    <w:p>
      <w:r>
        <w:rPr>
          <w:rFonts w:ascii="Gentium Plus" w:hAnsi="Gentium Plus"/>
          <w:sz w:val="24"/>
        </w:rPr>
        <w:t>Ἱστορῆσαι. θεάσασθαι. Ἴστε. γινώσκετε. Ἵστη. ἀντὶ τοῦ στῆσον. προστακτικῶς. *καὶ ἵστης, εἰργάσω.* Ἱστορημένα. πρὸς θέαν ἱστάμενα. οὕτω γὰρ</w:t>
      </w:r>
    </w:p>
    <w:p>
      <w:r>
        <w:rPr>
          <w:rFonts w:ascii="Courier New" w:hAnsi="Courier New"/>
          <w:color w:val="555555"/>
          <w:sz w:val="20"/>
        </w:rPr>
        <w:t>[10]</w:t>
      </w:r>
    </w:p>
    <w:p>
      <w:r>
        <w:rPr>
          <w:rFonts w:ascii="Gentium Plus" w:hAnsi="Gentium Plus"/>
          <w:sz w:val="24"/>
        </w:rPr>
        <w:t>ἦσαν ἱστορημένα μόνον. Ἴσχανα. ἔξυσα. ἐλέπτυνα. Ἀριστοφάνης· ἴσχανα τὴν τέχνην ἐπυλλίοις καὶ περιπάτοις. Ἰσχάνει. κωλύει. καὶ ἰσχανόωσα. καὶ ἰσχα‐ νόωσιν.</w:t>
      </w:r>
    </w:p>
    <w:p>
      <w:r>
        <w:rPr>
          <w:rFonts w:ascii="Courier New" w:hAnsi="Courier New"/>
          <w:color w:val="555555"/>
          <w:sz w:val="20"/>
        </w:rPr>
        <w:t>[15]</w:t>
      </w:r>
    </w:p>
    <w:p>
      <w:r>
        <w:rPr>
          <w:rFonts w:ascii="Gentium Plus" w:hAnsi="Gentium Plus"/>
          <w:sz w:val="24"/>
        </w:rPr>
        <w:t>Ἰσχανόω δὲ, τὸ ἐπιθυμῶ, γενικῇ.</w:t>
      </w:r>
    </w:p>
    <w:p>
      <w:r>
        <w:rPr>
          <w:rFonts w:ascii="Courier New" w:hAnsi="Courier New"/>
          <w:color w:val="555555"/>
          <w:sz w:val="20"/>
        </w:rPr>
        <w:t>[iota 1130]</w:t>
      </w:r>
    </w:p>
    <w:p>
      <w:r>
        <w:rPr>
          <w:rFonts w:ascii="Gentium Plus" w:hAnsi="Gentium Plus"/>
          <w:sz w:val="24"/>
        </w:rPr>
        <w:t>Ἴσχει. κρατεῖ. Ἰσχυρίζεται. ἐνίσταται. διαβεβαιοῦται. φιλο‐ νεικεῖ. Ἰσχνομυθοῦντες. ἀκριβολογοῦντες. [λεπτολο‐</w:t>
      </w:r>
    </w:p>
    <w:p>
      <w:r>
        <w:rPr>
          <w:rFonts w:ascii="Courier New" w:hAnsi="Courier New"/>
          <w:color w:val="555555"/>
          <w:sz w:val="20"/>
        </w:rPr>
        <w:t>[5]</w:t>
      </w:r>
    </w:p>
    <w:p>
      <w:r>
        <w:rPr>
          <w:rFonts w:ascii="Gentium Plus" w:hAnsi="Gentium Plus"/>
          <w:sz w:val="24"/>
        </w:rPr>
        <w:t>γοῦντες.]</w:t>
      </w:r>
    </w:p>
    <w:p>
      <w:pPr>
        <w:jc w:val="center"/>
      </w:pPr>
      <w:r>
        <w:rPr>
          <w:rFonts w:ascii="Gentium Plus" w:hAnsi="Gentium Plus"/>
          <w:b/>
          <w:sz w:val="24"/>
        </w:rPr>
        <w:t>(Ἐπίῤῥημα.)</w:t>
      </w:r>
    </w:p>
    <w:p>
      <w:r>
        <w:rPr>
          <w:rFonts w:ascii="Courier New" w:hAnsi="Courier New"/>
          <w:color w:val="555555"/>
          <w:sz w:val="20"/>
        </w:rPr>
        <w:t>[7]</w:t>
      </w:r>
    </w:p>
    <w:p>
      <w:r>
        <w:rPr>
          <w:rFonts w:ascii="Gentium Plus" w:hAnsi="Gentium Plus"/>
          <w:sz w:val="24"/>
        </w:rPr>
        <w:t>Ἴσσα. ἐπίφθεγμα ἐπὶ τῶν ὅλως δυσπραγούντων. Ἴσως. τάχα ἢ ὁμοίως.</w:t>
      </w:r>
    </w:p>
    <w:p>
      <w:pPr>
        <w:jc w:val="center"/>
      </w:pPr>
      <w:r>
        <w:rPr>
          <w:rFonts w:ascii="Gentium Plus" w:hAnsi="Gentium Plus"/>
          <w:b/>
          <w:sz w:val="24"/>
        </w:rPr>
        <w:t>Τὸ Ι μετὰ τοῦ Τ.</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Ἰταμός. ἀναίσχυντος, ἀναιδής. παρὰ τὸ ἴεσθαι, ὅ ἐστιν ὁρμᾷν. Ἴτης. ὁ πτωχός. ὁ ὁρμητικός. ὁ ἐπὶ πάντας ὁρμῶν. ἀπὸ τοῦ ἰέναι. ἀπὸ τούτου καὶ εἰσητή‐</w:t>
      </w:r>
    </w:p>
    <w:p>
      <w:r>
        <w:rPr>
          <w:rFonts w:ascii="Courier New" w:hAnsi="Courier New"/>
          <w:color w:val="555555"/>
          <w:sz w:val="20"/>
        </w:rPr>
        <w:t>[15]</w:t>
      </w:r>
    </w:p>
    <w:p>
      <w:r>
        <w:rPr>
          <w:rFonts w:ascii="Gentium Plus" w:hAnsi="Gentium Plus"/>
          <w:sz w:val="24"/>
        </w:rPr>
        <w:t>ρια. οὕτως Ὦρος ὁ Μιλήσιος.</w:t>
      </w:r>
    </w:p>
    <w:p>
      <w:r>
        <w:rPr>
          <w:rFonts w:ascii="Courier New" w:hAnsi="Courier New"/>
          <w:color w:val="555555"/>
          <w:sz w:val="20"/>
        </w:rPr>
        <w:t>[iota 1131]</w:t>
      </w:r>
    </w:p>
    <w:p>
      <w:r>
        <w:rPr>
          <w:rFonts w:ascii="Gentium Plus" w:hAnsi="Gentium Plus"/>
          <w:sz w:val="24"/>
        </w:rPr>
        <w:t>Ἴτυλος. ὁ ὀρφανός.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Ἰτέα. τόπος. ἀφ’ ἧς ὁ δημότης ὁ Ἰτεαῖος. Ἰτέα. *τὸ δένδρον. παρὰ τὸ ἰέναι· ταχέως γὰρ αὔξεται.</w:t>
      </w:r>
    </w:p>
    <w:p>
      <w:r>
        <w:rPr>
          <w:rFonts w:ascii="Courier New" w:hAnsi="Courier New"/>
          <w:color w:val="555555"/>
          <w:sz w:val="20"/>
        </w:rPr>
        <w:t>[5]</w:t>
      </w:r>
    </w:p>
    <w:p>
      <w:r>
        <w:rPr>
          <w:rFonts w:ascii="Gentium Plus" w:hAnsi="Gentium Plus"/>
          <w:sz w:val="24"/>
        </w:rPr>
        <w:t>Ἴτυς. περιφέρεια ὅπλου. ὁ δὲ Καλλίμαχος, ὡς ὁρᾷ αὐτὸν παριόντα, ἐπιλαμβάνεται αὐτῆς τῆς ἴτυος. λέγει δὲ τὴν ἀσπίδα. Ἰτώνη. καὶ Ἰτωνία. ἡ Ἄρτεμις. Ἰτωνίς. χώρα. καὶ κλίνεται Ἰτωνίδος.</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Ἰταβύριον. ὄρος οὕτω καλούμενον. ἔστι δὲ λίαν ὑψηλόν. Ἰτρία. καπυρώδη πλάσματα. καὶ ἴτριον. ἀπὸ τοῦ ἰέναι· ἐπὶ λεπτὸν γὰρ ἕλκεται.</w:t>
      </w:r>
    </w:p>
    <w:p>
      <w:r>
        <w:rPr>
          <w:rFonts w:ascii="Courier New" w:hAnsi="Courier New"/>
          <w:color w:val="555555"/>
          <w:sz w:val="20"/>
        </w:rPr>
        <w:t>[15]</w:t>
      </w:r>
    </w:p>
    <w:p>
      <w:r>
        <w:rPr>
          <w:rFonts w:ascii="Gentium Plus" w:hAnsi="Gentium Plus"/>
          <w:sz w:val="24"/>
        </w:rPr>
        <w:t>[Ἴτρον. τὸ ὑποκάτω τοῦ ὀμφαλοῦ μέρος.] ἐξ οὗ καὶ ἴτρα, καὶ μίτρα, ἡ περὶ αὐτὴν ζώνη. Ἰτρόγαλα. ..... Ἰτέον. πορευτέον.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Ἴτην. ἐπορεύθησαν. ἴημι. καὶ σημαίνει τὸ πέμ‐ πω. τοῦτο γίνεται κατὰ συγκοπὴν τοῦ η ἴμι, ὁ παρατατικὸς ἴν, ἴσι, τὸ δυϊκὸν ἴτον, ἴτην.</w:t>
      </w:r>
    </w:p>
    <w:p>
      <w:r>
        <w:rPr>
          <w:rFonts w:ascii="Courier New" w:hAnsi="Courier New"/>
          <w:color w:val="555555"/>
          <w:sz w:val="20"/>
        </w:rPr>
        <w:t>[5]</w:t>
      </w:r>
    </w:p>
    <w:p>
      <w:r>
        <w:rPr>
          <w:rFonts w:ascii="Gentium Plus" w:hAnsi="Gentium Plus"/>
          <w:sz w:val="24"/>
        </w:rPr>
        <w:t>τὼ δ’ αὖτ’ ἴτην παρὰ νῆας Ἀχαιῶν. Ἴτω. ἰέτω. ἐρχέσθω. ἀλλ’ ἴτω· χαιρέτω γῆν πρὸ γῆς, ὅποι βούλοιτο. ἀπὸ τοῦ εἶμι. τὸ α τῶν πληθυντικῶν ἴμεν. τὸ προστακτικὸν ἴθι. τὸ τρίτον ἴτω.</w:t>
      </w:r>
    </w:p>
    <w:p>
      <w:pPr>
        <w:jc w:val="center"/>
      </w:pPr>
      <w:r>
        <w:rPr>
          <w:rFonts w:ascii="Gentium Plus" w:hAnsi="Gentium Plus"/>
          <w:b/>
          <w:sz w:val="24"/>
        </w:rPr>
        <w:t>Τὸ Ι μετὰ τοῦ Υ.</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Ἰϋγμός. βοὴ, φωνή. Ἴϋξ. κύριον.</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Ἴϋγξ. ἔρως, ἢ ὁ τοῦ λόγου ῥυθμός. καὶ τὸ ὄρ‐ νεον τὸ λεγόμενον σεισοπύγης. τοιαύτη τις προσῆν ἴϋγξ Διογένους τοῖς λόγοις τοῦ κυνός. Ἴϋγγες. λεπτοὶ πόροι. καὶ αἱ τέρψεις. καὶ τὰ ἐφέλκοντα τὴν διάνοιαν εἰς ἐπιθυμίαν καὶ</w:t>
      </w:r>
    </w:p>
    <w:p>
      <w:r>
        <w:rPr>
          <w:rFonts w:ascii="Courier New" w:hAnsi="Courier New"/>
          <w:color w:val="555555"/>
          <w:sz w:val="20"/>
        </w:rPr>
        <w:t>[20]</w:t>
      </w:r>
    </w:p>
    <w:p>
      <w:r>
        <w:rPr>
          <w:rFonts w:ascii="Gentium Plus" w:hAnsi="Gentium Plus"/>
          <w:sz w:val="24"/>
        </w:rPr>
        <w:t>ἔρωτα.</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Ἰΰζει. βοᾷ. κράζει. ἀγροικικῇ τῇ φωνῇ φωνεῖ. πεποίηται δὲ τὸ ὄνομα ἀπὸ τοῦ ἰοῦ ἐπιῤῥή‐ ματος.</w:t>
      </w:r>
    </w:p>
    <w:p>
      <w:pPr>
        <w:jc w:val="center"/>
      </w:pPr>
      <w:r>
        <w:rPr>
          <w:rFonts w:ascii="Gentium Plus" w:hAnsi="Gentium Plus"/>
          <w:b/>
          <w:sz w:val="24"/>
        </w:rPr>
        <w:t>Τὸ Ι μετὰ τοῦ Φ.</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Ἴφις, Ἴφιδος. ὄνομα κύριον. καὶ ὁ ταχύς. Ἰφίνοος· Ἰφικλῆς· Ἴφικλος· Ἰφικράτης· Ἴφι‐ τος· Ἰφίστιος. ὀνόματα κύρια.</w:t>
      </w:r>
    </w:p>
    <w:p>
      <w:r>
        <w:rPr>
          <w:rFonts w:ascii="Courier New" w:hAnsi="Courier New"/>
          <w:color w:val="555555"/>
          <w:sz w:val="20"/>
        </w:rPr>
        <w:t>[10]</w:t>
      </w:r>
    </w:p>
    <w:p>
      <w:r>
        <w:rPr>
          <w:rFonts w:ascii="Gentium Plus" w:hAnsi="Gentium Plus"/>
          <w:sz w:val="24"/>
        </w:rPr>
        <w:t>Ἴφθιμος. ὁ ἰσχυρὸς καὶ γενναῖος. [ὡς παρὰ τὸ ἄνθος γίνεται ἄνθιμος, καὶ κῦδος κύδιμος, οὕ‐ τως καὶ παρὰ τὸ ἴφι ἴφιμος καὶ πλεονασμῷ τοῦ θ ἴφθιμος. ἢ παρὰ τὸ ἴφι καὶ θυμὸς ἰφίθυμος καὶ συγκοπῇ ἴφθιμος.]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Ἰφιγένεια. κύριον.</w:t>
      </w:r>
    </w:p>
    <w:p>
      <w:r>
        <w:rPr>
          <w:rFonts w:ascii="Courier New" w:hAnsi="Courier New"/>
          <w:color w:val="555555"/>
          <w:sz w:val="20"/>
        </w:rPr>
        <w:t>[iota 1134]</w:t>
      </w:r>
    </w:p>
    <w:p>
      <w:r>
        <w:rPr>
          <w:rFonts w:ascii="Gentium Plus" w:hAnsi="Gentium Plus"/>
          <w:sz w:val="24"/>
        </w:rPr>
        <w:t>Ἰφικράτιδες. εἶδος ὑποδήματος. εἴποτε δὲ τὰς ἀττικὰς ἰφικράτιδας. ὁ γὰρ Ἰφικράτης σκυτέως πατρὸς υἱός. Ἰφίη. εἶδος ἀγρίου λαχάνου.</w:t>
      </w:r>
    </w:p>
    <w:p>
      <w:r>
        <w:rPr>
          <w:rFonts w:ascii="Courier New" w:hAnsi="Courier New"/>
          <w:color w:val="555555"/>
          <w:sz w:val="20"/>
        </w:rPr>
        <w:t>[5]</w:t>
      </w:r>
    </w:p>
    <w:p>
      <w:r>
        <w:rPr>
          <w:rFonts w:ascii="Gentium Plus" w:hAnsi="Gentium Plus"/>
          <w:sz w:val="24"/>
        </w:rPr>
        <w:t>Ἰφύς. ἡ ὀφρύς.</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Ἴφιον. τὸ λιπαρόν. Ἴφια μῆλα. ἰσχυρῶς βαδίζοντα. εὐτραφῆ. ἢ κατ’ εὐφημισμόν. ἢ ἰσχυροποιὰ τῶν ἀσθενούν‐</w:t>
      </w:r>
    </w:p>
    <w:p>
      <w:r>
        <w:rPr>
          <w:rFonts w:ascii="Courier New" w:hAnsi="Courier New"/>
          <w:color w:val="555555"/>
          <w:sz w:val="20"/>
        </w:rPr>
        <w:t>[10]</w:t>
      </w:r>
    </w:p>
    <w:p>
      <w:r>
        <w:rPr>
          <w:rFonts w:ascii="Gentium Plus" w:hAnsi="Gentium Plus"/>
          <w:sz w:val="24"/>
        </w:rPr>
        <w:t>των. μῆλα δὲ τὰ πρόβατα λέγει.</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Ἰφύει. βοᾷ.</w:t>
      </w:r>
    </w:p>
    <w:p>
      <w:pPr>
        <w:jc w:val="center"/>
      </w:pPr>
      <w:r>
        <w:rPr>
          <w:rFonts w:ascii="Gentium Plus" w:hAnsi="Gentium Plus"/>
          <w:b/>
          <w:sz w:val="24"/>
        </w:rPr>
        <w:t>(Ἐπίῤῥημα.)</w:t>
      </w:r>
    </w:p>
    <w:p>
      <w:r>
        <w:rPr>
          <w:rFonts w:ascii="Courier New" w:hAnsi="Courier New"/>
          <w:color w:val="555555"/>
          <w:sz w:val="20"/>
        </w:rPr>
        <w:t>[14]</w:t>
      </w:r>
    </w:p>
    <w:p>
      <w:r>
        <w:rPr>
          <w:rFonts w:ascii="Gentium Plus" w:hAnsi="Gentium Plus"/>
          <w:sz w:val="24"/>
        </w:rPr>
        <w:t>Ἶφι. ἰσχυρῶς. ὥσπερ ἀπὸ τοῦ νόστου γίνεται</w:t>
      </w:r>
    </w:p>
    <w:p>
      <w:r>
        <w:rPr>
          <w:rFonts w:ascii="Courier New" w:hAnsi="Courier New"/>
          <w:color w:val="555555"/>
          <w:sz w:val="20"/>
        </w:rPr>
        <w:t>[15]</w:t>
      </w:r>
    </w:p>
    <w:p>
      <w:r>
        <w:rPr>
          <w:rFonts w:ascii="Gentium Plus" w:hAnsi="Gentium Plus"/>
          <w:sz w:val="24"/>
        </w:rPr>
        <w:t>νοστόφι καὶ ἐν συγκοπῇ νόσφι, οὕτω καὶ ἀπὸ τοῦ ἲς, ἰνὸς, ἰνόσφι καὶ κατὰ συγκοπὴν ἶφι.</w:t>
      </w:r>
    </w:p>
    <w:p>
      <w:r>
        <w:rPr>
          <w:rFonts w:ascii="Courier New" w:hAnsi="Courier New"/>
          <w:color w:val="555555"/>
          <w:sz w:val="20"/>
        </w:rPr>
        <w:t>[iota 1135]</w:t>
      </w:r>
    </w:p>
    <w:p>
      <w:r>
        <w:rPr>
          <w:rFonts w:ascii="Gentium Plus" w:hAnsi="Gentium Plus"/>
          <w:sz w:val="24"/>
        </w:rPr>
        <w:t>νει δὲ τὰ ἀσθενῆ καὶ οὐ τὰ ἰσχυρά. ἡ εἰς φι συλλαβὴ κατὰ πᾶσαν πτῶσιν φυλάσσεται, οἷον· χαλκόφι· οὐρανιάφι.</w:t>
      </w:r>
    </w:p>
    <w:p>
      <w:pPr>
        <w:jc w:val="center"/>
      </w:pPr>
      <w:r>
        <w:rPr>
          <w:rFonts w:ascii="Gentium Plus" w:hAnsi="Gentium Plus"/>
          <w:b/>
          <w:sz w:val="24"/>
        </w:rPr>
        <w:t>Τὸ Ι μετὰ τοῦ Χ.</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Ἰχθυοβολεὺς καὶ ἰχθυουλκός. ὁ ἁλιεύς. Ἰχθῦς. περισπᾶται. παρὰ τὸ θύω, τὸ ὁρμῶ, ἰθῦς καὶ πλεονασμῷ τοῦ χ ἰχθῦς. Ἰχνεύμονος. εἶδος ζώου καὶ ἰχθύος.</w:t>
      </w:r>
    </w:p>
    <w:p>
      <w:r>
        <w:rPr>
          <w:rFonts w:ascii="Courier New" w:hAnsi="Courier New"/>
          <w:color w:val="555555"/>
          <w:sz w:val="20"/>
        </w:rPr>
        <w:t>[10]</w:t>
      </w:r>
    </w:p>
    <w:p>
      <w:r>
        <w:rPr>
          <w:rFonts w:ascii="Gentium Plus" w:hAnsi="Gentium Plus"/>
          <w:sz w:val="24"/>
        </w:rPr>
        <w:t>Ἰχώρ. τὸ σεσηπὸς αἷμα. παρὰ τὸ ἔχω, ἴσχω, ἰσχὼρ, κατὰ ἀποβολὴν τοῦ ς ἰχώρ. ὅθεν καὶ τὸ ι φυλάσσει μακρόν. τὸ γὰρ ἰχὼρ θέσει μα‐ κρόν ἐστι· ὡς ἐν τῷ γίγνεται, γίνεται. Ἰχῶ. τὸν ἰχῶρα, κατὰ ἀποκοπήν. ἡ εὐθεῖα ὁ</w:t>
      </w:r>
    </w:p>
    <w:p>
      <w:r>
        <w:rPr>
          <w:rFonts w:ascii="Courier New" w:hAnsi="Courier New"/>
          <w:color w:val="555555"/>
          <w:sz w:val="20"/>
        </w:rPr>
        <w:t>[15]</w:t>
      </w:r>
    </w:p>
    <w:p>
      <w:r>
        <w:rPr>
          <w:rFonts w:ascii="Gentium Plus" w:hAnsi="Gentium Plus"/>
          <w:sz w:val="24"/>
        </w:rPr>
        <w:t>ἰχὼρ, τοῦ ἰχῶρος, τὸν ἰχῶρα, τὸν ἰχῶ. ἀπ’ ἰχῶ χειρὸς ὀμόργνυ.</w:t>
      </w:r>
    </w:p>
    <w:p>
      <w:pPr>
        <w:jc w:val="center"/>
      </w:pPr>
      <w:r>
        <w:rPr>
          <w:rFonts w:ascii="Gentium Plus" w:hAnsi="Gentium Plus"/>
          <w:b/>
          <w:sz w:val="24"/>
        </w:rPr>
        <w:t>(Θηλυκόν.)</w:t>
      </w:r>
    </w:p>
    <w:p>
      <w:r>
        <w:rPr>
          <w:rFonts w:ascii="Courier New" w:hAnsi="Courier New"/>
          <w:color w:val="555555"/>
          <w:sz w:val="20"/>
        </w:rPr>
        <w:t>[18]</w:t>
      </w:r>
    </w:p>
    <w:p>
      <w:r>
        <w:rPr>
          <w:rFonts w:ascii="Gentium Plus" w:hAnsi="Gentium Plus"/>
          <w:sz w:val="24"/>
        </w:rPr>
        <w:t>Ἴχλα. ἡ κίχλα.</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Ἴχνος. βῆμα ποδός. παρὰ τὸ ἴσχειν, ὅ ἐστι συν‐ έχειν ὅλον τὸ πόδα. ἢ ἀπὸ τοῦ ἀνέχεσθαι τῆς γῆς. οὕτως Ὦρος ὁ Μιλήσιος.</w:t>
      </w:r>
    </w:p>
    <w:p>
      <w:r>
        <w:rPr>
          <w:rFonts w:ascii="Courier New" w:hAnsi="Courier New"/>
          <w:color w:val="555555"/>
          <w:sz w:val="20"/>
        </w:rPr>
        <w:t>[5]</w:t>
      </w:r>
    </w:p>
    <w:p>
      <w:r>
        <w:rPr>
          <w:rFonts w:ascii="Gentium Plus" w:hAnsi="Gentium Plus"/>
          <w:sz w:val="24"/>
        </w:rPr>
        <w:t>Ἰχθυόκεντρον. ἡ τρίαινα. ἤτοι καμάκιον.</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Ἰχθυάα. ἰχθύας ἀγρεύει. Ἰχνηλατῆσαι. διὰ τῶν ἰχνῶν ἀναζητῆσαι. Ἰχνεύει. ἐρευνᾷ. ζητεῖ.</w:t>
      </w:r>
    </w:p>
    <w:p>
      <w:r>
        <w:rPr>
          <w:rFonts w:ascii="Courier New" w:hAnsi="Courier New"/>
          <w:color w:val="555555"/>
          <w:sz w:val="20"/>
        </w:rPr>
        <w:t>[10]</w:t>
      </w:r>
    </w:p>
    <w:p>
      <w:r>
        <w:rPr>
          <w:rFonts w:ascii="Gentium Plus" w:hAnsi="Gentium Plus"/>
          <w:sz w:val="24"/>
        </w:rPr>
        <w:t>Ἰχνᾶται. ἰχνοσκοπεῖ.</w:t>
      </w:r>
    </w:p>
    <w:p>
      <w:pPr>
        <w:jc w:val="center"/>
      </w:pPr>
      <w:r>
        <w:rPr>
          <w:rFonts w:ascii="Gentium Plus" w:hAnsi="Gentium Plus"/>
          <w:b/>
          <w:sz w:val="24"/>
        </w:rPr>
        <w:t>Τὸ Ι μετὰ τοῦ Ψ.</w:t>
      </w:r>
    </w:p>
    <w:p>
      <w:pPr>
        <w:jc w:val="center"/>
      </w:pPr>
      <w:r>
        <w:rPr>
          <w:rFonts w:ascii="Gentium Plus" w:hAnsi="Gentium Plus"/>
          <w:b/>
          <w:sz w:val="24"/>
        </w:rPr>
        <w:t>(Ἀρσενικόν.)</w:t>
      </w:r>
    </w:p>
    <w:p>
      <w:r>
        <w:rPr>
          <w:rFonts w:ascii="Courier New" w:hAnsi="Courier New"/>
          <w:color w:val="555555"/>
          <w:sz w:val="20"/>
        </w:rPr>
        <w:t>[13]</w:t>
      </w:r>
    </w:p>
    <w:p>
      <w:r>
        <w:rPr>
          <w:rFonts w:ascii="Gentium Plus" w:hAnsi="Gentium Plus"/>
          <w:sz w:val="24"/>
        </w:rPr>
        <w:t>Ἴψ. ὁ σκώληξ. καὶ κλίνεται ἰπὸς, ἡ δοτικὴ τῶν πληθυντικῶν τοῖς ἰψίν.</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Ἴψας. ἔβλαψας. εἵψας δὲ ἀντὶ τοῦ ἠκολούθησας, δίφθογγον. Ἴψω. ἔβλαψας.</w:t>
      </w:r>
    </w:p>
    <w:p>
      <w:pPr>
        <w:jc w:val="center"/>
      </w:pPr>
      <w:r>
        <w:rPr>
          <w:rFonts w:ascii="Gentium Plus" w:hAnsi="Gentium Plus"/>
          <w:b/>
          <w:sz w:val="24"/>
        </w:rPr>
        <w:t>Τὸ Ι μετὰ τοῦ Ω.</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Ἰωάς. κύριον. Ἰωβάδας. κύριον.</w:t>
      </w:r>
    </w:p>
    <w:p>
      <w:r>
        <w:rPr>
          <w:rFonts w:ascii="Courier New" w:hAnsi="Courier New"/>
          <w:color w:val="555555"/>
          <w:sz w:val="20"/>
        </w:rPr>
        <w:t>[5]</w:t>
      </w:r>
    </w:p>
    <w:p>
      <w:r>
        <w:rPr>
          <w:rFonts w:ascii="Gentium Plus" w:hAnsi="Gentium Plus"/>
          <w:sz w:val="24"/>
        </w:rPr>
        <w:t>Ἰωβηλαῖος. μὴν οὕτω καλούμενος παρὰ Ἰου‐ δαίοις καὶ τιμώμενος. ἰστέον, ὅτι τὸ ἀργὸν ἔτος κατὰ τὴν ἑπταετίαν ἠργεῖτο παρὰ Ἰουδαίοις ὁμοίως ταῖς ἑβδομάσιν ἡμέραις. Ἰώβ. κύριον. ἑρμηνεύεται δὲ πρόσωπον πόνου.</w:t>
      </w:r>
    </w:p>
    <w:p>
      <w:r>
        <w:rPr>
          <w:rFonts w:ascii="Courier New" w:hAnsi="Courier New"/>
          <w:color w:val="555555"/>
          <w:sz w:val="20"/>
        </w:rPr>
        <w:t>[10]</w:t>
      </w:r>
    </w:p>
    <w:p>
      <w:r>
        <w:rPr>
          <w:rFonts w:ascii="Gentium Plus" w:hAnsi="Gentium Plus"/>
          <w:sz w:val="24"/>
        </w:rPr>
        <w:t>Ἰωδαέ. κύριον. Ἰώεσδρος. κύριον. †Ἰωήλ. κύριον.† Ἰωθάμ· Ἰωθήρ. ὀνόματα κύρια. Ἰώλκιος. κύριον.</w:t>
      </w:r>
    </w:p>
    <w:p>
      <w:r>
        <w:rPr>
          <w:rFonts w:ascii="Courier New" w:hAnsi="Courier New"/>
          <w:color w:val="555555"/>
          <w:sz w:val="20"/>
        </w:rPr>
        <w:t>[15]</w:t>
      </w:r>
    </w:p>
    <w:p>
      <w:r>
        <w:rPr>
          <w:rFonts w:ascii="Gentium Plus" w:hAnsi="Gentium Plus"/>
          <w:sz w:val="24"/>
        </w:rPr>
        <w:t>Ἰωνάθας. κύριον. Ἴωνες. οἱ περὶ τὴν Ἀσίαν. Ἰωάννης. κύριον. ἑρμηνεύεται χάρις, ἢ θεωρη‐ τικὸς, ἢ θεολογικὸς, ἢ ἀγαπώμενος, διὰ παρ‐ θενίας καὶ καθαρότητος.</w:t>
      </w:r>
    </w:p>
    <w:p>
      <w:r>
        <w:rPr>
          <w:rFonts w:ascii="Courier New" w:hAnsi="Courier New"/>
          <w:color w:val="555555"/>
          <w:sz w:val="20"/>
        </w:rPr>
        <w:t>[20]</w:t>
      </w:r>
    </w:p>
    <w:p>
      <w:r>
        <w:rPr>
          <w:rFonts w:ascii="Gentium Plus" w:hAnsi="Gentium Plus"/>
          <w:sz w:val="24"/>
        </w:rPr>
        <w:t>Ἰωάχαζ. κύριον. Ἰωάβ. κύριον. Ἰωσῆς. κύριον.</w:t>
      </w:r>
    </w:p>
    <w:p>
      <w:r>
        <w:rPr>
          <w:rFonts w:ascii="Courier New" w:hAnsi="Courier New"/>
          <w:color w:val="555555"/>
          <w:sz w:val="20"/>
        </w:rPr>
        <w:t>[iota 1138]</w:t>
      </w:r>
    </w:p>
    <w:p>
      <w:r>
        <w:rPr>
          <w:rFonts w:ascii="Gentium Plus" w:hAnsi="Gentium Plus"/>
          <w:sz w:val="24"/>
        </w:rPr>
        <w:t>Ἰωσίας. κύριον. οὗτος ὑπὲρ τῆς εὐσεβείας κατὰ τοῦ θεοῦ ἐζήλωσεν, ὡς καὶ τὰ ὀστᾶ τῶν πάλαι ἀποθανόντων [ἱερέων] τῶν εἰδώλων ἀνασκάψαι καὶ διαλικμῆσαι.</w:t>
      </w:r>
    </w:p>
    <w:p>
      <w:r>
        <w:rPr>
          <w:rFonts w:ascii="Courier New" w:hAnsi="Courier New"/>
          <w:color w:val="555555"/>
          <w:sz w:val="20"/>
        </w:rPr>
        <w:t>[5]</w:t>
      </w:r>
    </w:p>
    <w:p>
      <w:r>
        <w:rPr>
          <w:rFonts w:ascii="Gentium Plus" w:hAnsi="Gentium Plus"/>
          <w:sz w:val="24"/>
        </w:rPr>
        <w:t>*Ἰωάθαμ. κύριον. ἑρμηνεύεται δὲ καὶ συντέ‐ λεια.* Ἰωρός. κύριον. σημαίνει καὶ τὸν θυρωρὸν, καὶ τὸν φύλακα. Ἰωχμός. θόρυβος. παρὰ τὸ διώξω, διωγμὸς,</w:t>
      </w:r>
    </w:p>
    <w:p>
      <w:r>
        <w:rPr>
          <w:rFonts w:ascii="Courier New" w:hAnsi="Courier New"/>
          <w:color w:val="555555"/>
          <w:sz w:val="20"/>
        </w:rPr>
        <w:t>[10]</w:t>
      </w:r>
    </w:p>
    <w:p>
      <w:r>
        <w:rPr>
          <w:rFonts w:ascii="Gentium Plus" w:hAnsi="Gentium Plus"/>
          <w:sz w:val="24"/>
        </w:rPr>
        <w:t>καὶ τροπῇ τοῦ γ εἰς χ καὶ ἀποβολῇ τοῦ δ, ἰωχμός. Ἰωφονίας. κύριον. Ἰωάννης. ὁ τῷ λόγῳ διὰ πραότητα καὶ πολ‐ λὴν καθαρότητα τῆς καρδίας ἀγαπώμενος.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Ἰωάννα. κύριον. ἑρμηνεύεται περιστερά. Ἰωγή. ἡ σκέπη. Βορέω ὑπ’ ἰωγῇ. ἀπὸ τοῦ ἰέναι. τὸ γὰρ σκέπον ἐπὶ πᾶν, ὃ σκέ‐</w:t>
      </w:r>
    </w:p>
    <w:p>
      <w:r>
        <w:rPr>
          <w:rFonts w:ascii="Courier New" w:hAnsi="Courier New"/>
          <w:color w:val="555555"/>
          <w:sz w:val="20"/>
        </w:rPr>
        <w:t>[20]</w:t>
      </w:r>
    </w:p>
    <w:p>
      <w:r>
        <w:rPr>
          <w:rFonts w:ascii="Gentium Plus" w:hAnsi="Gentium Plus"/>
          <w:sz w:val="24"/>
        </w:rPr>
        <w:t>πει, ἴεται. Ἴων. ὄνομα πόλεως. Ἰωή. ἡ πνοή. παρὰ τὸ ἵημι, ἰὴ, καὶ πλεονα‐</w:t>
      </w:r>
    </w:p>
    <w:p>
      <w:r>
        <w:rPr>
          <w:rFonts w:ascii="Courier New" w:hAnsi="Courier New"/>
          <w:color w:val="555555"/>
          <w:sz w:val="20"/>
        </w:rPr>
        <w:t>[iota 1139]</w:t>
      </w:r>
    </w:p>
    <w:p>
      <w:r>
        <w:rPr>
          <w:rFonts w:ascii="Gentium Plus" w:hAnsi="Gentium Plus"/>
          <w:sz w:val="24"/>
        </w:rPr>
        <w:t>νεται ἰωὴ ἡ διϊκνουμένη εἰς ἀκοήν. οὕτως Ὦρος ὁ Μιλήσιος. Ἰωκή. ἡ βοή. δίωξις. παρὰ τὸ διώκω διωκὴ, καὶ ἀποβολῇ τοῦ δ, ἰωκή.</w:t>
      </w:r>
    </w:p>
    <w:p>
      <w:r>
        <w:rPr>
          <w:rFonts w:ascii="Courier New" w:hAnsi="Courier New"/>
          <w:color w:val="555555"/>
          <w:sz w:val="20"/>
        </w:rPr>
        <w:t>[5]</w:t>
      </w:r>
    </w:p>
    <w:p>
      <w:r>
        <w:rPr>
          <w:rFonts w:ascii="Gentium Plus" w:hAnsi="Gentium Plus"/>
          <w:sz w:val="24"/>
        </w:rPr>
        <w:t>Ἰῶκα. τὴν ἰωκὴν λέγει, ὅ ἐστι τὴν ὁρμὴν, τὴν δίωξιν. οὕτως Ὦρος. ὡς Ἡσίοδος τὴν κρό‐ κην, κρόκα. ὥστε μεταπλασμός ἐστιν. Ὅμη‐ ρος· ἰῶκά τε δακρυόεσσαν.</w:t>
      </w:r>
    </w:p>
    <w:p>
      <w:r>
        <w:rPr>
          <w:rFonts w:ascii="Courier New" w:hAnsi="Courier New"/>
          <w:color w:val="555555"/>
          <w:sz w:val="20"/>
        </w:rPr>
        <w:t>[10]</w:t>
      </w:r>
    </w:p>
    <w:p>
      <w:r>
        <w:rPr>
          <w:rFonts w:ascii="Gentium Plus" w:hAnsi="Gentium Plus"/>
          <w:sz w:val="24"/>
        </w:rPr>
        <w:t>Ἰωκάς. ὁρμὰς, διώξεις. Ἰῶλκα. αὔλακα. Ἴωξις. ἡ δίωξις. ὡς ἀπὸ τοῦ λέγω, λέξω, λέ‐ ξις, ἕξω, ἕξις, οὕτως καὶ ἀπὸ τοῦ διώκω, διώξω, δίωξις, καὶ ἀποβολῇ τοῦ δ, ἴωξις, ἡ δίωξις.</w:t>
      </w:r>
    </w:p>
    <w:p>
      <w:r>
        <w:rPr>
          <w:rFonts w:ascii="Courier New" w:hAnsi="Courier New"/>
          <w:color w:val="555555"/>
          <w:sz w:val="20"/>
        </w:rPr>
        <w:t>[15]</w:t>
      </w:r>
    </w:p>
    <w:p>
      <w:r>
        <w:rPr>
          <w:rFonts w:ascii="Gentium Plus" w:hAnsi="Gentium Plus"/>
          <w:sz w:val="24"/>
        </w:rPr>
        <w:t>Ἰωνία. χώρα. Ἰώνυμφα. κύριον. Ἰωνιά. ἡ τῶν ἴων πρασιά. ὡς καὶ κρινωνιὰ</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Ἰωτάπατα. τόπος. Ἰά. τὰ βέλη καὶ τὰ φάρμακα. Ἰῶτα. τὸ στοιχεῖον. παρὰ τὸν ἰὸν τῶν ἰοβόλων</w:t>
      </w:r>
    </w:p>
    <w:p>
      <w:r>
        <w:rPr>
          <w:rFonts w:ascii="Courier New" w:hAnsi="Courier New"/>
          <w:color w:val="555555"/>
          <w:sz w:val="20"/>
        </w:rPr>
        <w:t>[5]</w:t>
      </w:r>
    </w:p>
    <w:p>
      <w:r>
        <w:rPr>
          <w:rFonts w:ascii="Gentium Plus" w:hAnsi="Gentium Plus"/>
          <w:sz w:val="24"/>
        </w:rPr>
        <w:t>ζώων. εἰς ὀρθὸν γὰρ βαδίζειν ὁ ἰὸς, ὡς καὶ ἡ τούτου γραφή. ἢ ἀπὸ τοῦ ἰοῦ, τοῦ βέλους.</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Ἰώθη. ἐχολώθη. †ἢ ἰοῦ ἐπληρώθη.† Ἴωμεν. ἔλθωμεν. *βαδίσωμεν.*</w:t>
      </w:r>
    </w:p>
    <w:p>
      <w:r>
        <w:rPr>
          <w:rFonts w:ascii="Courier New" w:hAnsi="Courier New"/>
          <w:color w:val="555555"/>
          <w:sz w:val="20"/>
        </w:rPr>
        <w:t>[10]</w:t>
      </w:r>
    </w:p>
    <w:p>
      <w:r>
        <w:rPr>
          <w:rFonts w:ascii="Gentium Plus" w:hAnsi="Gentium Plus"/>
          <w:sz w:val="24"/>
        </w:rPr>
        <w:t>Ἰών. ἀντὶ τοῦ πορευθεὶς, ὀξυτόνως, καὶ ἀντὶ τοῦ ἐλθών. Ἰώ. ἀντὶ τοῦ φεῦ. ἰὼ τραυμάτων ἐποδύνων. ἰὼ, βαρύβρομοί τε βρονταί.</w:t>
      </w:r>
    </w:p>
    <w:p>
      <w:r>
        <w:rPr>
          <w:rFonts w:ascii="Courier New" w:hAnsi="Courier New"/>
          <w:color w:val="555555"/>
          <w:sz w:val="20"/>
        </w:rPr>
        <w:t>[15]</w:t>
      </w:r>
    </w:p>
    <w:p>
      <w:r>
        <w:rPr>
          <w:rFonts w:ascii="Gentium Plus" w:hAnsi="Gentium Plus"/>
          <w:sz w:val="24"/>
        </w:rPr>
        <w:t>ἐκ τοῦ ἰωὴ κατὰ συγκοπὴν ἰώ. Τρύφων δὲ λέ‐ γει, τὸ ω κλητικὸν προσέλαβε τὸ ι καὶ ἐγένε‐</w:t>
      </w:r>
    </w:p>
    <w:p>
      <w:pPr>
        <w:jc w:val="center"/>
      </w:pPr>
      <w:r>
        <w:rPr>
          <w:rFonts w:ascii="Gentium Plus" w:hAnsi="Gentium Plus"/>
          <w:b/>
          <w:sz w:val="24"/>
        </w:rPr>
        <w:t>Κ.</w:t>
      </w:r>
    </w:p>
    <w:p>
      <w:pPr>
        <w:jc w:val="center"/>
      </w:pPr>
      <w:r>
        <w:rPr>
          <w:rFonts w:ascii="Gentium Plus" w:hAnsi="Gentium Plus"/>
          <w:b/>
          <w:sz w:val="24"/>
        </w:rPr>
        <w:t>Τὸ Κ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Κάβαξ. ὁ πανοῦργος.</w:t>
      </w:r>
    </w:p>
    <w:p>
      <w:r>
        <w:rPr>
          <w:rFonts w:ascii="Courier New" w:hAnsi="Courier New"/>
          <w:color w:val="555555"/>
          <w:sz w:val="20"/>
        </w:rPr>
        <w:t>[5]</w:t>
      </w:r>
    </w:p>
    <w:p>
      <w:r>
        <w:rPr>
          <w:rFonts w:ascii="Gentium Plus" w:hAnsi="Gentium Plus"/>
          <w:sz w:val="24"/>
        </w:rPr>
        <w:t>Κάβαισος. ἄπληστος. κάβον γὰρ μέτρον σι‐ τικόν. Καδδίσκος. ἀγγεῖόν τι, εἰς ὃ ἐψηφηφόρουν οἱ δικασταί. Καθηγητής. διδάσκαλος.</w:t>
      </w:r>
    </w:p>
    <w:p>
      <w:r>
        <w:rPr>
          <w:rFonts w:ascii="Courier New" w:hAnsi="Courier New"/>
          <w:color w:val="555555"/>
          <w:sz w:val="20"/>
        </w:rPr>
        <w:t>[10]</w:t>
      </w:r>
    </w:p>
    <w:p>
      <w:r>
        <w:rPr>
          <w:rFonts w:ascii="Gentium Plus" w:hAnsi="Gentium Plus"/>
          <w:sz w:val="24"/>
        </w:rPr>
        <w:t>Κάθιδρος. κεκμηκώς. Καθαπτός. ἐνδεδυμένος. Ἀριστοφάνης· νεβρῶν δοραῖς καθαπτός. Καθαροί. οἱ τὴν καθολικὴν ἀρετὴν κεκτημένοι, καὶ μηδὲν ἑαυτοῖς συνειδότες πονηρόν. ἢ οἱ ἐν</w:t>
      </w:r>
    </w:p>
    <w:p>
      <w:r>
        <w:rPr>
          <w:rFonts w:ascii="Courier New" w:hAnsi="Courier New"/>
          <w:color w:val="555555"/>
          <w:sz w:val="20"/>
        </w:rPr>
        <w:t>[15]</w:t>
      </w:r>
    </w:p>
    <w:p>
      <w:r>
        <w:rPr>
          <w:rFonts w:ascii="Gentium Plus" w:hAnsi="Gentium Plus"/>
          <w:sz w:val="24"/>
        </w:rPr>
        <w:t>σωφροσύνῃ διάγοντες. ὡς τό· μακάριοι οἱ κα‐ θαροὶ τῇ καρδίᾳ. Καθαρός. ὁ πάντα καλῶς θεωρῶν. ἢ ὁ μὴ λαμ‐</w:t>
      </w:r>
    </w:p>
    <w:p>
      <w:r>
        <w:rPr>
          <w:rFonts w:ascii="Courier New" w:hAnsi="Courier New"/>
          <w:color w:val="555555"/>
          <w:sz w:val="20"/>
        </w:rPr>
        <w:t>[kappa 1142]</w:t>
      </w:r>
    </w:p>
    <w:p>
      <w:r>
        <w:rPr>
          <w:rFonts w:ascii="Gentium Plus" w:hAnsi="Gentium Plus"/>
          <w:sz w:val="24"/>
        </w:rPr>
        <w:t>ἢ ἐλλείψει ἢ ἀμελείᾳ. εἰ δὲ βούλει, ὁ μὴ μό‐ νον τῆς κατ’ ἐνέργειαν καὶ διὰ σώματος τε‐ λουμένης ἁμαρτίας ἀπεχόμενος, ἀλλ’ ὁ καὶ τοῖς λογισμοῖς καθαρεύων καὶ οὐδὲ ἐν τῇ ψυχῇ</w:t>
      </w:r>
    </w:p>
    <w:p>
      <w:r>
        <w:rPr>
          <w:rFonts w:ascii="Courier New" w:hAnsi="Courier New"/>
          <w:color w:val="555555"/>
          <w:sz w:val="20"/>
        </w:rPr>
        <w:t>[5]</w:t>
      </w:r>
    </w:p>
    <w:p>
      <w:r>
        <w:rPr>
          <w:rFonts w:ascii="Gentium Plus" w:hAnsi="Gentium Plus"/>
          <w:sz w:val="24"/>
        </w:rPr>
        <w:t>πλημμελῶν. ἱκανὴ γάρ ἐστιν ἡ τῆς ψυχῆς κα‐ θαρότης τὸν θεὸν κατ’ αὐτῆς κατοπτρίζεσθαι. τῶν γὰρ τῆς ἰδίας φύσεως ἀγαθῶν ὁ θεὸς ἐν‐ ετύπωσε τῇ ἡμετέρᾳ κατασκευῇ τὰ τιμήματα, οἷόν τινα κηρὸν σχήματι γλυφῆς προτυπώσας.</w:t>
      </w:r>
    </w:p>
    <w:p>
      <w:r>
        <w:rPr>
          <w:rFonts w:ascii="Courier New" w:hAnsi="Courier New"/>
          <w:color w:val="555555"/>
          <w:sz w:val="20"/>
        </w:rPr>
        <w:t>[10]</w:t>
      </w:r>
    </w:p>
    <w:p>
      <w:r>
        <w:rPr>
          <w:rFonts w:ascii="Gentium Plus" w:hAnsi="Gentium Plus"/>
          <w:sz w:val="24"/>
        </w:rPr>
        <w:t>*Κάϊν. ζῆλος ἑρμηνεύεται. ὁ δὲ Ἄβελ, πέν‐ θος.* Κακοδαίμων. δυστυχής. Κακήγορος. ὁ λέγων κακά. Κακός. ὁ μὴ θέλων τὸ καλὸν, καὶ ὁ δειλός. Ὅμη‐</w:t>
      </w:r>
    </w:p>
    <w:p>
      <w:r>
        <w:rPr>
          <w:rFonts w:ascii="Courier New" w:hAnsi="Courier New"/>
          <w:color w:val="555555"/>
          <w:sz w:val="20"/>
        </w:rPr>
        <w:t>[15]</w:t>
      </w:r>
    </w:p>
    <w:p>
      <w:r>
        <w:rPr>
          <w:rFonts w:ascii="Gentium Plus" w:hAnsi="Gentium Plus"/>
          <w:sz w:val="24"/>
        </w:rPr>
        <w:t>ρος· κακοὺς δ’ ἐς μέσον ἤλασεν. Κακόχαρτος. ὁ τοῖς κακοῖς χαίρων. Κακόσχολος. πονηρός. ἀπὸ τοῦ σχολάζειν τοῖς</w:t>
      </w:r>
    </w:p>
    <w:p>
      <w:r>
        <w:rPr>
          <w:rFonts w:ascii="Courier New" w:hAnsi="Courier New"/>
          <w:color w:val="555555"/>
          <w:sz w:val="20"/>
        </w:rPr>
        <w:t>[kappa 1143]</w:t>
      </w:r>
    </w:p>
    <w:p>
      <w:r>
        <w:rPr>
          <w:rFonts w:ascii="Gentium Plus" w:hAnsi="Gentium Plus"/>
          <w:sz w:val="24"/>
        </w:rPr>
        <w:t>Καλάσιρις. χιτὼν πλατύς. οὕτως Αἰγύπτιοι. Κάμμορος. ταλαίπωρος. οἱονεὶ κακόμορος. κα‐ τὰ συγκοπὴν κάμμορος. Κάμαξ. χάραξ ἢ ξύλον ὀρθόν.</w:t>
      </w:r>
    </w:p>
    <w:p>
      <w:r>
        <w:rPr>
          <w:rFonts w:ascii="Courier New" w:hAnsi="Courier New"/>
          <w:color w:val="555555"/>
          <w:sz w:val="20"/>
        </w:rPr>
        <w:t>[5]</w:t>
      </w:r>
    </w:p>
    <w:p>
      <w:r>
        <w:rPr>
          <w:rFonts w:ascii="Gentium Plus" w:hAnsi="Gentium Plus"/>
          <w:sz w:val="24"/>
        </w:rPr>
        <w:t>Κάνωτος. τόπος ἐν Ἀλεξανδρείᾳ. Κανών. λόγος ἔντεχνος δηλωτικὸς, ἀπευθύνων ὁμοιότητι πρὸς τὸ καθόλου τὸ διεστραμμένον τῶν λέξεων. ἢ κανών ἐστι νόμος ἀπαράβατος, καὶ μέτρον ἀδιάψευστον, πᾶσαν πρόθεσιν καὶ</w:t>
      </w:r>
    </w:p>
    <w:p>
      <w:r>
        <w:rPr>
          <w:rFonts w:ascii="Courier New" w:hAnsi="Courier New"/>
          <w:color w:val="555555"/>
          <w:sz w:val="20"/>
        </w:rPr>
        <w:t>[10]</w:t>
      </w:r>
    </w:p>
    <w:p>
      <w:r>
        <w:rPr>
          <w:rFonts w:ascii="Gentium Plus" w:hAnsi="Gentium Plus"/>
          <w:sz w:val="24"/>
        </w:rPr>
        <w:t>ἀφαίρεσιν μηδαμῶς ἐπιδεχόμενον. †ἐκ τοῦ κα‐ νόνος, ὅς ἐστι ξύλον, ᾧ κέχρηνται οἱ τεχνῖται εἰς ξύλων ἢ λίθων ἀπόρθωσιν. παρατιθέντες γὰρ τὸν κανόνα τοῖς παρ’ αὐτῶν ἐργαζομένοις, δι’ αὐτοῦ, εἴ τινα εὑρίσκουσιν ἐν αὐτοῖς λοξό‐</w:t>
      </w:r>
    </w:p>
    <w:p>
      <w:r>
        <w:rPr>
          <w:rFonts w:ascii="Courier New" w:hAnsi="Courier New"/>
          <w:color w:val="555555"/>
          <w:sz w:val="20"/>
        </w:rPr>
        <w:t>[15]</w:t>
      </w:r>
    </w:p>
    <w:p>
      <w:r>
        <w:rPr>
          <w:rFonts w:ascii="Gentium Plus" w:hAnsi="Gentium Plus"/>
          <w:sz w:val="24"/>
        </w:rPr>
        <w:t>τητα, εἰσοχάς τε καὶ ἐξοχὰς, εἰς εὐθύτητα ἀποξέουσι καὶ ὀρθοῦσι τὸ ἐργαζόμενον.† Κάπετος. σορὸς, θήκη. Καπνός. ἀναθυμίασις ξυλώδης ξηρὰ καὶ θερμή. ἢ ἀτμὸς δριμὺς ὑπὸ τῆς τοῦ πυρὸς ἀναφορᾶς,</w:t>
      </w:r>
    </w:p>
    <w:p>
      <w:r>
        <w:rPr>
          <w:rFonts w:ascii="Courier New" w:hAnsi="Courier New"/>
          <w:color w:val="555555"/>
          <w:sz w:val="20"/>
        </w:rPr>
        <w:t>[20]</w:t>
      </w:r>
    </w:p>
    <w:p>
      <w:r>
        <w:rPr>
          <w:rFonts w:ascii="Gentium Plus" w:hAnsi="Gentium Plus"/>
          <w:sz w:val="24"/>
        </w:rPr>
        <w:t>ἐκ τῶν ὑποτυφομένων ἀναπεμπόμενος. ἄνθραξ δὲ πῦρ γεῶδες μετὰ τὴν τῆς φλογὸς πάροδον τῇ παχυτέρᾳ καὶ γεωδεστέρᾳ ὕλῃ ἐναπομεῖναν.</w:t>
      </w:r>
    </w:p>
    <w:p>
      <w:r>
        <w:rPr>
          <w:rFonts w:ascii="Courier New" w:hAnsi="Courier New"/>
          <w:color w:val="555555"/>
          <w:sz w:val="20"/>
        </w:rPr>
        <w:t>[kappa 1144]</w:t>
      </w:r>
    </w:p>
    <w:p>
      <w:r>
        <w:rPr>
          <w:rFonts w:ascii="Gentium Plus" w:hAnsi="Gentium Plus"/>
          <w:sz w:val="24"/>
        </w:rPr>
        <w:t>γὸς, ἡ περὶ τὴν παχεῖαν ὕλην τοῦ πυρὸς ὁμι‐ λία ἄνθρακες ὀνομάζονται. Καρδιανός. ἀπὸ πόλεως Καρδίας. Καρθμός. ὁ ποῦς.</w:t>
      </w:r>
    </w:p>
    <w:p>
      <w:r>
        <w:rPr>
          <w:rFonts w:ascii="Courier New" w:hAnsi="Courier New"/>
          <w:color w:val="555555"/>
          <w:sz w:val="20"/>
        </w:rPr>
        <w:t>[5]</w:t>
      </w:r>
    </w:p>
    <w:p>
      <w:r>
        <w:rPr>
          <w:rFonts w:ascii="Gentium Plus" w:hAnsi="Gentium Plus"/>
          <w:sz w:val="24"/>
        </w:rPr>
        <w:t>Καρπός. ὁ πρὸς ἄμητον ἡτοιμασμένος στάχυς. σημαίνει καὶ τὸ κοῖλον τῆς χειρός. ὡς τό· κύσε χεῖρ’ ἐπὶ καρπῷ. ἔνθεν καὶ ὁ τῆς χειρὸς [ξηρὸς] τόπος καὶ ἄσαρκος καρπὸς λέγεται.</w:t>
      </w:r>
    </w:p>
    <w:p>
      <w:r>
        <w:rPr>
          <w:rFonts w:ascii="Courier New" w:hAnsi="Courier New"/>
          <w:color w:val="555555"/>
          <w:sz w:val="20"/>
        </w:rPr>
        <w:t>[10]</w:t>
      </w:r>
    </w:p>
    <w:p>
      <w:r>
        <w:rPr>
          <w:rFonts w:ascii="Gentium Plus" w:hAnsi="Gentium Plus"/>
          <w:sz w:val="24"/>
        </w:rPr>
        <w:t>Καρχαροδόντων. τραχεῖς ὀδόντας ἐχόντων ἢ ὀξεῖς. παρὰ τὸ χαράσσω κάρχαρος κατὰ ἀνα‐ διπλασιασμόν· τὸ γὰρ τραχὺ καὶ σκληρὸν χα‐ ράσσεται. *Κατοβλέψ. εἶδος θηρίου.*</w:t>
      </w:r>
    </w:p>
    <w:p>
      <w:r>
        <w:rPr>
          <w:rFonts w:ascii="Courier New" w:hAnsi="Courier New"/>
          <w:color w:val="555555"/>
          <w:sz w:val="20"/>
        </w:rPr>
        <w:t>[15]</w:t>
      </w:r>
    </w:p>
    <w:p>
      <w:r>
        <w:rPr>
          <w:rFonts w:ascii="Gentium Plus" w:hAnsi="Gentium Plus"/>
          <w:sz w:val="24"/>
        </w:rPr>
        <w:t>*Καταπέλτης. τιμωρητικὸν ὄργανον, ἐν ᾧ προσ‐ δεσμούμενός τις οὕτως κολάζεται.* Κατηφής. στυγνός. Κατάλληλος. ἁρμόζων. Καταπρανοῦς. ἤτοι κατωφεροῦς.</w:t>
      </w:r>
    </w:p>
    <w:p>
      <w:r>
        <w:rPr>
          <w:rFonts w:ascii="Courier New" w:hAnsi="Courier New"/>
          <w:color w:val="555555"/>
          <w:sz w:val="20"/>
        </w:rPr>
        <w:t>[20]</w:t>
      </w:r>
    </w:p>
    <w:p>
      <w:r>
        <w:rPr>
          <w:rFonts w:ascii="Gentium Plus" w:hAnsi="Gentium Plus"/>
          <w:sz w:val="24"/>
        </w:rPr>
        <w:t>Κατάγελως. ὀνειδισμός. ἐξουδένωσις. Κατάδουπος. ὁ κατάκτυπος. δοῦπος γὰρ ὁ κτύ‐ πος. ἢ ὁ καταῤῥάκτης.</w:t>
      </w:r>
    </w:p>
    <w:p>
      <w:r>
        <w:rPr>
          <w:rFonts w:ascii="Courier New" w:hAnsi="Courier New"/>
          <w:color w:val="555555"/>
          <w:sz w:val="20"/>
        </w:rPr>
        <w:t>[kappa 1145]</w:t>
      </w:r>
    </w:p>
    <w:p>
      <w:r>
        <w:rPr>
          <w:rFonts w:ascii="Gentium Plus" w:hAnsi="Gentium Plus"/>
          <w:sz w:val="24"/>
        </w:rPr>
        <w:t>Καυλῷ. τῷ ἄκρῳ τοῦ δόρατος. Καχρυδίας. ὁ ἐκ κριθῆς ἄρτος, ὃν παξαμᾶν λέγομεν. Καχύποπτοι. κακὰ ὑποπτεύοντες.</w:t>
      </w:r>
    </w:p>
    <w:p>
      <w:r>
        <w:rPr>
          <w:rFonts w:ascii="Courier New" w:hAnsi="Courier New"/>
          <w:color w:val="555555"/>
          <w:sz w:val="20"/>
        </w:rPr>
        <w:t>[5]</w:t>
      </w:r>
    </w:p>
    <w:p>
      <w:r>
        <w:rPr>
          <w:rFonts w:ascii="Gentium Plus" w:hAnsi="Gentium Plus"/>
          <w:sz w:val="24"/>
        </w:rPr>
        <w:t>Καιρός. χρόνος ἐπιτήδειος εἰς ἐργασίαν. Καινός. ὁ νέος. οἶμαι, ὅτι κραινός τις ὤν. κατ’ ἔλλειψιν τοῦ ρ. οἱονεὶ ὁ ἤδη ἐπιτελεσθείς. Κακός. ὁ δειλός. παρὰ τὸ χάζω, χακὸς καὶ κακὸς, ὁ ὑποχωρῶν καὶ φεύγων.</w:t>
      </w:r>
    </w:p>
    <w:p>
      <w:r>
        <w:rPr>
          <w:rFonts w:ascii="Courier New" w:hAnsi="Courier New"/>
          <w:color w:val="555555"/>
          <w:sz w:val="20"/>
        </w:rPr>
        <w:t>[10]</w:t>
      </w:r>
    </w:p>
    <w:p>
      <w:r>
        <w:rPr>
          <w:rFonts w:ascii="Gentium Plus" w:hAnsi="Gentium Plus"/>
          <w:sz w:val="24"/>
        </w:rPr>
        <w:t>Κάβειροι. δαίμονες ἢ ὀνόματα θεῶν. Ἀξιόκερ‐ σα ἡ Περσεφόνη· Ἀξίερος ἡ Δημήτηρ· Ἀξιο‐ κέρσης δὲ ὁ Ἅιδης. προσηγορεύθησαν δὲ ἀπὸ Καβείρων, ὀρέων Φρυγίας, ἐπεὶ ἐντεῦθεν με‐ τηνέχθησαν.</w:t>
      </w:r>
    </w:p>
    <w:p>
      <w:r>
        <w:rPr>
          <w:rFonts w:ascii="Courier New" w:hAnsi="Courier New"/>
          <w:color w:val="555555"/>
          <w:sz w:val="20"/>
        </w:rPr>
        <w:t>[15]</w:t>
      </w:r>
    </w:p>
    <w:p>
      <w:r>
        <w:rPr>
          <w:rFonts w:ascii="Gentium Plus" w:hAnsi="Gentium Plus"/>
          <w:sz w:val="24"/>
        </w:rPr>
        <w:t>†Κάϊκος. ὄνομα ποταμοῦ.† Κάδος. παρὰ τὸ χαδῶ, τὸ χωρῶ, περισπωμένως. ὁ μέλλων χαδήσω. ἀφ’ οὗ τὸ κεχάδηκα κατὰ ἀναδιπλασιασμὸν, ῥῆμα ὄνομα χάδος, καὶ κά‐ δος, τὸ χωρητικὸν ἀγγεῖον.</w:t>
      </w:r>
    </w:p>
    <w:p>
      <w:r>
        <w:rPr>
          <w:rFonts w:ascii="Courier New" w:hAnsi="Courier New"/>
          <w:color w:val="555555"/>
          <w:sz w:val="20"/>
        </w:rPr>
        <w:t>[20]</w:t>
      </w:r>
    </w:p>
    <w:p>
      <w:r>
        <w:rPr>
          <w:rFonts w:ascii="Gentium Plus" w:hAnsi="Gentium Plus"/>
          <w:sz w:val="24"/>
        </w:rPr>
        <w:t>Κάκιθος. ὁ κακιζόμενος. παρὰ τὸ κακίζω κά‐</w:t>
      </w:r>
    </w:p>
    <w:p>
      <w:r>
        <w:rPr>
          <w:rFonts w:ascii="Courier New" w:hAnsi="Courier New"/>
          <w:color w:val="555555"/>
          <w:sz w:val="20"/>
        </w:rPr>
        <w:t>[kappa 1146]</w:t>
      </w:r>
    </w:p>
    <w:p>
      <w:r>
        <w:rPr>
          <w:rFonts w:ascii="Gentium Plus" w:hAnsi="Gentium Plus"/>
          <w:sz w:val="24"/>
        </w:rPr>
        <w:t>Κακόσχολος. ὁ χρόνον διατιθέμενος ἐπὶ τὸ χεῖρον. Κάλαθος. εἰς ὃν τὰ κάλλη ἀποτίθενται. κυ‐ ρίως δὲ κάλλη τὰ βεβαμμένα ἔρια. καταχρη‐</w:t>
      </w:r>
    </w:p>
    <w:p>
      <w:r>
        <w:rPr>
          <w:rFonts w:ascii="Courier New" w:hAnsi="Courier New"/>
          <w:color w:val="555555"/>
          <w:sz w:val="20"/>
        </w:rPr>
        <w:t>[5]</w:t>
      </w:r>
    </w:p>
    <w:p>
      <w:r>
        <w:rPr>
          <w:rFonts w:ascii="Gentium Plus" w:hAnsi="Gentium Plus"/>
          <w:sz w:val="24"/>
        </w:rPr>
        <w:t>στικῶς δὲ καὶ ὁ ἐπιδεκτικὸς τῶν πυρῶν καὶ σταφυλῶν. ἢ γάλαθος, εἰς ὃν τὸ γάλα ἀπετί‐ θεσαν τυρεύοντες. Κάλλιμος. ἡ διὰ τοῦ ι παραγωγὴ ἐκ τριῶν γί‐ νεται. οἷον· σπόρος, σπόριμος· ἀγωγὴ, ἀγώγι‐</w:t>
      </w:r>
    </w:p>
    <w:p>
      <w:r>
        <w:rPr>
          <w:rFonts w:ascii="Courier New" w:hAnsi="Courier New"/>
          <w:color w:val="555555"/>
          <w:sz w:val="20"/>
        </w:rPr>
        <w:t>[10]</w:t>
      </w:r>
    </w:p>
    <w:p>
      <w:r>
        <w:rPr>
          <w:rFonts w:ascii="Gentium Plus" w:hAnsi="Gentium Plus"/>
          <w:sz w:val="24"/>
        </w:rPr>
        <w:t>μος· κῦδος, κύδιμος. οὕτως κάλλος, κάλλιμος. γίνεται καὶ ἀπὸ ῥήματος· προσδοκῶ, προσδόκιμος. Καλόπους. κυρίως ὁ ξύλινος ποῦς. κᾶλον γὰρ τὸ ξύλον. Καλός. ἔστι ῥῆμα κάζω, τὸ κοσμῶ. ὁ μέλλων</w:t>
      </w:r>
    </w:p>
    <w:p>
      <w:r>
        <w:rPr>
          <w:rFonts w:ascii="Courier New" w:hAnsi="Courier New"/>
          <w:color w:val="555555"/>
          <w:sz w:val="20"/>
        </w:rPr>
        <w:t>[15]</w:t>
      </w:r>
    </w:p>
    <w:p>
      <w:r>
        <w:rPr>
          <w:rFonts w:ascii="Gentium Plus" w:hAnsi="Gentium Plus"/>
          <w:sz w:val="24"/>
        </w:rPr>
        <w:t>κάσω. ῥῆμα ὄνομα καλός. ἢ παρὰ τὸ καλῶ ῥῆμα γίνεται καλός· διὰ τὸ καλεῖν πρὸς ἑαυτὸν ἕκαστον, ὡς ἀγαθὸν, ἐφ’ ᾧ ἄγαν θέομεν. Κάμαξ. ἀρσενικῶς μὲν σημαίνει τὸ ὄρυγμα, ἢ τοὺς πασσάλους τοὺς ἐν τῷ τάφρῳ πεπηγμέ‐</w:t>
      </w:r>
    </w:p>
    <w:p>
      <w:r>
        <w:rPr>
          <w:rFonts w:ascii="Courier New" w:hAnsi="Courier New"/>
          <w:color w:val="555555"/>
          <w:sz w:val="20"/>
        </w:rPr>
        <w:t>[20]</w:t>
      </w:r>
    </w:p>
    <w:p>
      <w:r>
        <w:rPr>
          <w:rFonts w:ascii="Gentium Plus" w:hAnsi="Gentium Plus"/>
          <w:sz w:val="24"/>
        </w:rPr>
        <w:t>νους πρὸς τὴν τῶν πολεμίων ἐρωήν. θηλυκῶς δὲ τὰς ῥάβδους, ἢ δόνακας πεπηγμένους ταῖς</w:t>
      </w:r>
    </w:p>
    <w:p>
      <w:r>
        <w:rPr>
          <w:rFonts w:ascii="Courier New" w:hAnsi="Courier New"/>
          <w:color w:val="555555"/>
          <w:sz w:val="20"/>
        </w:rPr>
        <w:t>[kappa 1147]</w:t>
      </w:r>
    </w:p>
    <w:p>
      <w:r>
        <w:rPr>
          <w:rFonts w:ascii="Gentium Plus" w:hAnsi="Gentium Plus"/>
          <w:sz w:val="24"/>
        </w:rPr>
        <w:t>σειόμενος σταφυλῇσι καὶ ἀργυρέῃσι κάμαξι. παρὰ τὸ κάμνειν ἐν τῷ βαστάζειν τὴν ἄμπελον. οἱονεὶ κάμναξ τὶς οὖσα, κατὰ ἀποβολὴν τοῦ ν κάμαξ.</w:t>
      </w:r>
    </w:p>
    <w:p>
      <w:r>
        <w:rPr>
          <w:rFonts w:ascii="Courier New" w:hAnsi="Courier New"/>
          <w:color w:val="555555"/>
          <w:sz w:val="20"/>
        </w:rPr>
        <w:t>[5]</w:t>
      </w:r>
    </w:p>
    <w:p>
      <w:r>
        <w:rPr>
          <w:rFonts w:ascii="Gentium Plus" w:hAnsi="Gentium Plus"/>
          <w:sz w:val="24"/>
        </w:rPr>
        <w:t>Καμπανοί. ὅτι Καμπτὸν ἔκτισαν πρὸς τὴν Κύ‐ μην τόπον οὕτω λεγόμενον. ὅθεν καὶ Καμπανοὶ ἐκλήθησαν. οὕτως Ὦρος ὁ Μιλήσιος. Κανθός. ὁ ἐπὶ τοῦ ὀφθαλμοῦ. οἱονεὶ κνηθός τις ὢν, ἀπὸ τοῦ κνήθεσθαι, συνεχῶς δακνομένους.</w:t>
      </w:r>
    </w:p>
    <w:p>
      <w:r>
        <w:rPr>
          <w:rFonts w:ascii="Courier New" w:hAnsi="Courier New"/>
          <w:color w:val="555555"/>
          <w:sz w:val="20"/>
        </w:rPr>
        <w:t>[10]</w:t>
      </w:r>
    </w:p>
    <w:p>
      <w:r>
        <w:rPr>
          <w:rFonts w:ascii="Gentium Plus" w:hAnsi="Gentium Plus"/>
          <w:sz w:val="24"/>
        </w:rPr>
        <w:t>Κάπηλος. ὁ μεταβολεὺς καὶ οἰνοπώλης. παρὰ τὸ χέειν τὸν πηλὸν, ἤγουν τὸν οἶνον. [ἢ παρὰ τὸ κακύνειν τὸν πηλόν.] Κάπετος. ἡ τάφρος. παρὰ τὸ σκάπτω, σκά‐ πετος, καὶ κάπετος. παρὰ τὸ ἐσκάφθαι.</w:t>
      </w:r>
    </w:p>
    <w:p>
      <w:r>
        <w:rPr>
          <w:rFonts w:ascii="Courier New" w:hAnsi="Courier New"/>
          <w:color w:val="555555"/>
          <w:sz w:val="20"/>
        </w:rPr>
        <w:t>[15]</w:t>
      </w:r>
    </w:p>
    <w:p>
      <w:r>
        <w:rPr>
          <w:rFonts w:ascii="Gentium Plus" w:hAnsi="Gentium Plus"/>
          <w:sz w:val="24"/>
        </w:rPr>
        <w:t>Κάραβος. παρὰ τὸ τὴν κάραν βαίνειν, τῆς κε‐ φαλῆς προεχούσης. ἢ καὶ τὴν ναῦν ὡσαύτως, κάρα γὰρ ἡ τρόπις. Καρκῖνος. ὁ πάγουρος, καρακῖνος τὶς ὢν, ὁ κι‐ νῶν ἐπὶ συχνῷ τὴν κάραν.</w:t>
      </w:r>
    </w:p>
    <w:p>
      <w:r>
        <w:rPr>
          <w:rFonts w:ascii="Courier New" w:hAnsi="Courier New"/>
          <w:color w:val="555555"/>
          <w:sz w:val="20"/>
        </w:rPr>
        <w:t>[20]</w:t>
      </w:r>
    </w:p>
    <w:p>
      <w:r>
        <w:rPr>
          <w:rFonts w:ascii="Gentium Plus" w:hAnsi="Gentium Plus"/>
          <w:sz w:val="24"/>
        </w:rPr>
        <w:t>Κάρος. ἡ σκότωσις. [ἡ μέθη.] παρὰ τὸ τὴν κά‐ ραν βλάπτειν. [Καρπός. ὁ πρὸς ἄμητον ἡτοιμασμένος στάχυς. παρὰ τὸ κάρφος, ὃ σημαίνει τὸ ξηρὸν, γίνεται</w:t>
      </w:r>
    </w:p>
    <w:p>
      <w:r>
        <w:rPr>
          <w:rFonts w:ascii="Courier New" w:hAnsi="Courier New"/>
          <w:color w:val="555555"/>
          <w:sz w:val="20"/>
        </w:rPr>
        <w:t>[kappa 1148]</w:t>
      </w:r>
    </w:p>
    <w:p>
      <w:r>
        <w:rPr>
          <w:rFonts w:ascii="Gentium Plus" w:hAnsi="Gentium Plus"/>
          <w:sz w:val="24"/>
        </w:rPr>
        <w:t>ρὸς τόπος καρπὸς λέγεται παρὰ τὸ κάρφος. οὕ‐ τως Ὦρος ὁ Μιλήσιος.] Καρχαρόδους. τὰ ζῶα τὰ κεχαραγμένους ἔχον‐ τα τοὺς ὀδόντας, τουτέστι στρογγύλους καὶ ὀξεῖς,</w:t>
      </w:r>
    </w:p>
    <w:p>
      <w:r>
        <w:rPr>
          <w:rFonts w:ascii="Courier New" w:hAnsi="Courier New"/>
          <w:color w:val="555555"/>
          <w:sz w:val="20"/>
        </w:rPr>
        <w:t>[5]</w:t>
      </w:r>
    </w:p>
    <w:p>
      <w:r>
        <w:rPr>
          <w:rFonts w:ascii="Gentium Plus" w:hAnsi="Gentium Plus"/>
          <w:sz w:val="24"/>
        </w:rPr>
        <w:t>ἐναλλάσσοντας ἑαυτῶν. ὡς λύκος, λέων, πάρδα‐ λις. εἴρηται δὲ παρὰ τὸ χαράσσω ῥῆμα. ὅπερ ἐν συνθέσει μετὰ τοῦ ὀδοὺς γίνεται χαρόδους, [καὶ κατὰ ἀναδιπλασιασμὸν χαρχαρόδους καὶ καρχα‐ ρόδους.] ἀμφόδοντα δὲ λέγει ζῶα, ὅσα οὐκ ἐνηλ‐</w:t>
      </w:r>
    </w:p>
    <w:p>
      <w:r>
        <w:rPr>
          <w:rFonts w:ascii="Courier New" w:hAnsi="Courier New"/>
          <w:color w:val="555555"/>
          <w:sz w:val="20"/>
        </w:rPr>
        <w:t>[10]</w:t>
      </w:r>
    </w:p>
    <w:p>
      <w:r>
        <w:rPr>
          <w:rFonts w:ascii="Gentium Plus" w:hAnsi="Gentium Plus"/>
          <w:sz w:val="24"/>
        </w:rPr>
        <w:t>λαγμένους ἔχει τοὺς ὀδόντας στρογγύλους καὶ ὀξεῖς, ἀλλὰ παχεῖς καὶ πλατεῖς. ὡς ἄνθρωπος, ἵππος καὶ τὰ ὅμοια. χαυριόδοντα δὲ, ὅσα ἔχει τοὺς ὀδόντας ὑπερφερεῖς. ὡς ἐλέφας, σῦς, ἀσπάλαξ. Κασίγνητος. ὁ γνήσιος ἀδελφός. παρὰ τὸ κά‐</w:t>
      </w:r>
    </w:p>
    <w:p>
      <w:r>
        <w:rPr>
          <w:rFonts w:ascii="Courier New" w:hAnsi="Courier New"/>
          <w:color w:val="555555"/>
          <w:sz w:val="20"/>
        </w:rPr>
        <w:t>[15]</w:t>
      </w:r>
    </w:p>
    <w:p>
      <w:r>
        <w:rPr>
          <w:rFonts w:ascii="Gentium Plus" w:hAnsi="Gentium Plus"/>
          <w:sz w:val="24"/>
        </w:rPr>
        <w:t>σις, ὁ ἀδελφὸς, καὶ τὸ γνὴς γνητὸς, ὃ σημαί‐ νει τὸν ἴδιον ἀδελφόν. Ἡσίοδος· μὴ δὲ κασιγνήτῳ ἶσον ποιεῖσθαι ἑταῖρον. Κατηφής. ὁ ὑπὸ αἰσχύνης κάτω νεύων τοὺς ὀφθαλμοὺς, ἤγουν ὁ αἰσχυνόμενος. παρὰ τὸ φῶ,</w:t>
      </w:r>
    </w:p>
    <w:p>
      <w:r>
        <w:rPr>
          <w:rFonts w:ascii="Courier New" w:hAnsi="Courier New"/>
          <w:color w:val="555555"/>
          <w:sz w:val="20"/>
        </w:rPr>
        <w:t>[20]</w:t>
      </w:r>
    </w:p>
    <w:p>
      <w:r>
        <w:rPr>
          <w:rFonts w:ascii="Gentium Plus" w:hAnsi="Gentium Plus"/>
          <w:sz w:val="24"/>
        </w:rPr>
        <w:t>τὸ φαίνω, γέγονε παράγωγον φαίω, φάος, καὶ ἐν συνθέσει μετὰ τῆς κατὰ προθέσεως γέγονε καταφαὴς, καὶ ἐν συγκοπῇ κατηφὴς, ὁ ἔχων κάτω τὰ φάη, ἤγουν τοὺς ὀφθαλμούς. Καύηξ. ὁ λάρος. διὰ τὸ ἀδδηφάγον. καύη γὰρ</w:t>
      </w:r>
    </w:p>
    <w:p>
      <w:r>
        <w:rPr>
          <w:rFonts w:ascii="Courier New" w:hAnsi="Courier New"/>
          <w:color w:val="555555"/>
          <w:sz w:val="20"/>
        </w:rPr>
        <w:t>[25]</w:t>
      </w:r>
    </w:p>
    <w:p>
      <w:r>
        <w:rPr>
          <w:rFonts w:ascii="Gentium Plus" w:hAnsi="Gentium Plus"/>
          <w:sz w:val="24"/>
        </w:rPr>
        <w:t>ἡ τροφή. Εὐφορίων·</w:t>
      </w:r>
    </w:p>
    <w:p>
      <w:r>
        <w:rPr>
          <w:rFonts w:ascii="Courier New" w:hAnsi="Courier New"/>
          <w:color w:val="555555"/>
          <w:sz w:val="20"/>
        </w:rPr>
        <w:t>[kappa 1149]</w:t>
      </w:r>
    </w:p>
    <w:p>
      <w:r>
        <w:rPr>
          <w:rFonts w:ascii="Gentium Plus" w:hAnsi="Gentium Plus"/>
          <w:sz w:val="24"/>
        </w:rPr>
        <w:t>τῆς οὐδ’ αἴθυιαι οὐδὲ κρυεροὶ καύηκες. ἢ ἀπὸ τοῦ καῦ καῦ λέγειν. καύηξ ἐρινοῦ προσκαθήμενος κλάδου. Καυλός. τὸ ἄκρον τοῦ δόρατος, εἰς ὃ τὸ ξύλον</w:t>
      </w:r>
    </w:p>
    <w:p>
      <w:r>
        <w:rPr>
          <w:rFonts w:ascii="Courier New" w:hAnsi="Courier New"/>
          <w:color w:val="555555"/>
          <w:sz w:val="20"/>
        </w:rPr>
        <w:t>[5]</w:t>
      </w:r>
    </w:p>
    <w:p>
      <w:r>
        <w:rPr>
          <w:rFonts w:ascii="Gentium Plus" w:hAnsi="Gentium Plus"/>
          <w:sz w:val="24"/>
        </w:rPr>
        <w:t>ἐντίθεται. γέγονε κατὰ πλεονασμὸν τοῦ κ. αὐ‐ λῷ γὰρ ἔοικε. πᾶν γὰρ ἐπίμηκες αὐλὸς λέ‐ γεται. Καῦρος. ὁ κοῦφος ταῖς φρεσὶν, οἱονεὶ αὖρος τὶς ὤν. καὶ πλεονασμῷ τοῦ κ, καῦρος. τὸν γὰρ</w:t>
      </w:r>
    </w:p>
    <w:p>
      <w:r>
        <w:rPr>
          <w:rFonts w:ascii="Courier New" w:hAnsi="Courier New"/>
          <w:color w:val="555555"/>
          <w:sz w:val="20"/>
        </w:rPr>
        <w:t>[10]</w:t>
      </w:r>
    </w:p>
    <w:p>
      <w:r>
        <w:rPr>
          <w:rFonts w:ascii="Gentium Plus" w:hAnsi="Gentium Plus"/>
          <w:sz w:val="24"/>
        </w:rPr>
        <w:t>κατὰ νοῦν ἐλαφρὸν καῦρον ἐπονομάζουσι. βέλ‐ τιον δὲ διὰ τοῦ γ γαῦρον λέγειν. ἵν’ ᾖ ὁ σφο‐ δρὸς καὶ ὑπερήφανος. παρὰ τὸ ἀπὸ γῆς αἴρε‐ σθαι. Καυστειρός. ἀπὸ τοῦ καίω, καύσω, κέκαυμαι,</w:t>
      </w:r>
    </w:p>
    <w:p>
      <w:r>
        <w:rPr>
          <w:rFonts w:ascii="Courier New" w:hAnsi="Courier New"/>
          <w:color w:val="555555"/>
          <w:sz w:val="20"/>
        </w:rPr>
        <w:t>[15]</w:t>
      </w:r>
    </w:p>
    <w:p>
      <w:r>
        <w:rPr>
          <w:rFonts w:ascii="Gentium Plus" w:hAnsi="Gentium Plus"/>
          <w:sz w:val="24"/>
        </w:rPr>
        <w:t>κέκαυσαι, καυστειρὸς, κατὰ τροπὴν δωρικὴν τοῦ η εἰς τὴν ει δίφθογγον. Κατὰ καιρόν. κατὰ τὸν εὔκαιρον καὶ προσήκον‐ τα καιρὸν καὶ χρόνον. οὕτως ὁ Ἀπόστολος·</w:t>
      </w:r>
    </w:p>
    <w:p>
      <w:r>
        <w:rPr>
          <w:rFonts w:ascii="Courier New" w:hAnsi="Courier New"/>
          <w:color w:val="555555"/>
          <w:sz w:val="20"/>
        </w:rPr>
        <w:t>[kappa 1150]</w:t>
      </w:r>
    </w:p>
    <w:p>
      <w:r>
        <w:rPr>
          <w:rFonts w:ascii="Gentium Plus" w:hAnsi="Gentium Plus"/>
          <w:sz w:val="24"/>
        </w:rPr>
        <w:t>Κάμασος καὶ κάμασον. τὸ πικούτζουλον. Κάδης. ἁγιασμὸς ἑρμηνεύεται.</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Καθαίρεσις. ἡ καταστροφή.</w:t>
      </w:r>
    </w:p>
    <w:p>
      <w:r>
        <w:rPr>
          <w:rFonts w:ascii="Courier New" w:hAnsi="Courier New"/>
          <w:color w:val="555555"/>
          <w:sz w:val="20"/>
        </w:rPr>
        <w:t>[5]</w:t>
      </w:r>
    </w:p>
    <w:p>
      <w:r>
        <w:rPr>
          <w:rFonts w:ascii="Gentium Plus" w:hAnsi="Gentium Plus"/>
          <w:sz w:val="24"/>
        </w:rPr>
        <w:t>Κάθοδος. ἀγωγὴ, περίοδος. Καθ’ ὁμοίωσιν. τὴν τῆς ἀρετῆς κατὰ τὸ δυ‐ νατὸν ὁμοίωσιν. Καθ’ ὥραν. κατὰ καιρόν. Καθοσίωσις. δικαίωσις.</w:t>
      </w:r>
    </w:p>
    <w:p>
      <w:r>
        <w:rPr>
          <w:rFonts w:ascii="Courier New" w:hAnsi="Courier New"/>
          <w:color w:val="555555"/>
          <w:sz w:val="20"/>
        </w:rPr>
        <w:t>[10]</w:t>
      </w:r>
    </w:p>
    <w:p>
      <w:r>
        <w:rPr>
          <w:rFonts w:ascii="Gentium Plus" w:hAnsi="Gentium Plus"/>
          <w:sz w:val="24"/>
        </w:rPr>
        <w:t>Κακοῤῥαφία. ἡ κακοφροσύνη, κακοσυνθεσία. Κακοέπεια. ἡ βλασφημία. Κακανδρία. ἡ δειλία. Κακεντρέχεια. ἡ πονηρία. Καλάβροψ. ἡ ποιμενικὴ ῥάβδος.</w:t>
      </w:r>
    </w:p>
    <w:p>
      <w:r>
        <w:rPr>
          <w:rFonts w:ascii="Courier New" w:hAnsi="Courier New"/>
          <w:color w:val="555555"/>
          <w:sz w:val="20"/>
        </w:rPr>
        <w:t>[15]</w:t>
      </w:r>
    </w:p>
    <w:p>
      <w:r>
        <w:rPr>
          <w:rFonts w:ascii="Gentium Plus" w:hAnsi="Gentium Plus"/>
          <w:sz w:val="24"/>
        </w:rPr>
        <w:t>†Καλλιτόκεια.† Κάλυξ. ἄνθος ῥόδου μήπω ἀνοιγέν. Καλλιῤῥόη. πηγὴ καλῶς ῥέουσα.</w:t>
      </w:r>
    </w:p>
    <w:p>
      <w:r>
        <w:rPr>
          <w:rFonts w:ascii="Courier New" w:hAnsi="Courier New"/>
          <w:color w:val="555555"/>
          <w:sz w:val="20"/>
        </w:rPr>
        <w:t>[kappa 1151]</w:t>
      </w:r>
    </w:p>
    <w:p>
      <w:r>
        <w:rPr>
          <w:rFonts w:ascii="Gentium Plus" w:hAnsi="Gentium Plus"/>
          <w:sz w:val="24"/>
        </w:rPr>
        <w:t>Καλιά. ἡ νοσσιά. Καλύπτρα. κόσμος καὶ σκέπασμα τῆς κεφαλῆς. Καλλιέπεια. ἡ εὐφράδεια. Κακία. διώνυμός ἐστιν ἡ λέξις. ἡ ὄντως κα‐</w:t>
      </w:r>
    </w:p>
    <w:p>
      <w:r>
        <w:rPr>
          <w:rFonts w:ascii="Courier New" w:hAnsi="Courier New"/>
          <w:color w:val="555555"/>
          <w:sz w:val="20"/>
        </w:rPr>
        <w:t>[5]</w:t>
      </w:r>
    </w:p>
    <w:p>
      <w:r>
        <w:rPr>
          <w:rFonts w:ascii="Gentium Plus" w:hAnsi="Gentium Plus"/>
          <w:sz w:val="24"/>
        </w:rPr>
        <w:t>κία, οἷον μοιχεία, πορνεία, πλεονεξία. λιμὸς δὲ καὶ λοιμὸς, θάνατος καὶ νόσοι καὶ τἄλλα οὐκ ἔστι κακία, διότι πολλάκις ἡμῖν ἀγαθῶν αἴτια γίνονται. καὶ περὶ ταύτης φησὶν ὁ προφήτης· οὐκ ἔστι κακία ἐν πόλει, ἣν κύριος οὐκ ἐποίη‐</w:t>
      </w:r>
    </w:p>
    <w:p>
      <w:r>
        <w:rPr>
          <w:rFonts w:ascii="Courier New" w:hAnsi="Courier New"/>
          <w:color w:val="555555"/>
          <w:sz w:val="20"/>
        </w:rPr>
        <w:t>[10]</w:t>
      </w:r>
    </w:p>
    <w:p>
      <w:r>
        <w:rPr>
          <w:rFonts w:ascii="Gentium Plus" w:hAnsi="Gentium Plus"/>
          <w:sz w:val="24"/>
        </w:rPr>
        <w:t>σεν. κακία καὶ ἡ παρεκτροπὴ τοῦ ἀγαθοῦ ἢ κρίσις διεφθαρμένη τοῦ νοῦ. ἢ τὸ δι’ ἑαυτοῦ φευκτὸν ὂν καὶ βλάπτον. †Καβήνη. ἡ κρήνη Λυκίας.† †Κακιθή. κύριον.†</w:t>
      </w:r>
    </w:p>
    <w:p>
      <w:r>
        <w:rPr>
          <w:rFonts w:ascii="Courier New" w:hAnsi="Courier New"/>
          <w:color w:val="555555"/>
          <w:sz w:val="20"/>
        </w:rPr>
        <w:t>[15]</w:t>
      </w:r>
    </w:p>
    <w:p>
      <w:r>
        <w:rPr>
          <w:rFonts w:ascii="Gentium Plus" w:hAnsi="Gentium Plus"/>
          <w:sz w:val="24"/>
        </w:rPr>
        <w:t>†Καμμονίη. ἡ μονομερὴς νίκη.† Κακοεργέτισι. κακοεργοῖς. Καθ’ ὑπόστασιν. τὸ ἐκ διαφόρων φύσεων ὑπε‐ στὼς πρᾶγμα.</w:t>
      </w:r>
    </w:p>
    <w:p>
      <w:r>
        <w:rPr>
          <w:rFonts w:ascii="Courier New" w:hAnsi="Courier New"/>
          <w:color w:val="555555"/>
          <w:sz w:val="20"/>
        </w:rPr>
        <w:t>[kappa 1152]</w:t>
      </w:r>
    </w:p>
    <w:p>
      <w:r>
        <w:rPr>
          <w:rFonts w:ascii="Gentium Plus" w:hAnsi="Gentium Plus"/>
          <w:sz w:val="24"/>
        </w:rPr>
        <w:t>Κάμηλος. τὸ ἀχθοφόρον ζῶον. κάμηλος καὶ τὸ παχὺ σχοινίον, ἐν ᾧ δεσμεύουσι τὰς ἀγκύ‐ ρας οἱ ναῦται. ὡς τὸ ἐν εὐαγγελίοις· κάμηλον διὰ τρυπήματος ῥαφίδος διελθεῖν. Κάμιλος δὲ</w:t>
      </w:r>
    </w:p>
    <w:p>
      <w:r>
        <w:rPr>
          <w:rFonts w:ascii="Courier New" w:hAnsi="Courier New"/>
          <w:color w:val="555555"/>
          <w:sz w:val="20"/>
        </w:rPr>
        <w:t>[5]</w:t>
      </w:r>
    </w:p>
    <w:p>
      <w:r>
        <w:rPr>
          <w:rFonts w:ascii="Gentium Plus" w:hAnsi="Gentium Plus"/>
          <w:sz w:val="24"/>
        </w:rPr>
        <w:t>ὁ στρατηγὸς, ι. Καρδοπός. ἔνθα τὰ ἄλευρα μαλάσσονται. Καρυκεία. ἡ ἡδύτης τῶν ζωμῶν. Καρχηδών. πόλις γειτονοῦσα Ἰταλοῖς καὶ Ἄφροις. Καρήνας. κορυφὰς, κεφαλὰς, ἀκρωτήρια.</w:t>
      </w:r>
    </w:p>
    <w:p>
      <w:r>
        <w:rPr>
          <w:rFonts w:ascii="Courier New" w:hAnsi="Courier New"/>
          <w:color w:val="555555"/>
          <w:sz w:val="20"/>
        </w:rPr>
        <w:t>[10]</w:t>
      </w:r>
    </w:p>
    <w:p>
      <w:r>
        <w:rPr>
          <w:rFonts w:ascii="Gentium Plus" w:hAnsi="Gentium Plus"/>
          <w:sz w:val="24"/>
        </w:rPr>
        <w:t>Κάσση καὶ κασσωρίς. ἡ πόρνη. Κασσία. φλοιός τις λεπτότατος καὶ εὐώδης, ξυ‐ λώδει κάρφει περιτεινομένη. Κάλχη. βοτάνη τις, δι’ ἧς ἡ πορφύρα βάπτεται. Κατὰ πρόσκλησιν. κατὰ χάριν, κατὰ προσ‐</w:t>
      </w:r>
    </w:p>
    <w:p>
      <w:r>
        <w:rPr>
          <w:rFonts w:ascii="Courier New" w:hAnsi="Courier New"/>
          <w:color w:val="555555"/>
          <w:sz w:val="20"/>
        </w:rPr>
        <w:t>[15]</w:t>
      </w:r>
    </w:p>
    <w:p>
      <w:r>
        <w:rPr>
          <w:rFonts w:ascii="Gentium Plus" w:hAnsi="Gentium Plus"/>
          <w:sz w:val="24"/>
        </w:rPr>
        <w:t>ωποληψίαν. Κατὰ συναίρεσιν. κατὰ συνάφειαν. Καταιγίς. ἐπιφορὰ ἀνέμου σφοδρά. λέγεται δὲ καὶ ἡ τῶν ὑδάτων ζάλη.</w:t>
      </w:r>
    </w:p>
    <w:p>
      <w:r>
        <w:rPr>
          <w:rFonts w:ascii="Courier New" w:hAnsi="Courier New"/>
          <w:color w:val="555555"/>
          <w:sz w:val="20"/>
        </w:rPr>
        <w:t>[kappa 1153]</w:t>
      </w:r>
    </w:p>
    <w:p>
      <w:r>
        <w:rPr>
          <w:rFonts w:ascii="Gentium Plus" w:hAnsi="Gentium Plus"/>
          <w:sz w:val="24"/>
        </w:rPr>
        <w:t>Κατηγορία. λόγος λέγων τὶ κατά τινος ἢ ἀπό τινος. Κατὰ φύσιν. τὸ κοινῶς ὁρώμενον ἐν τῷ γένει συστατικὸν τῆς οὐσίας.</w:t>
      </w:r>
    </w:p>
    <w:p>
      <w:r>
        <w:rPr>
          <w:rFonts w:ascii="Courier New" w:hAnsi="Courier New"/>
          <w:color w:val="555555"/>
          <w:sz w:val="20"/>
        </w:rPr>
        <w:t>[5]</w:t>
      </w:r>
    </w:p>
    <w:p>
      <w:r>
        <w:rPr>
          <w:rFonts w:ascii="Gentium Plus" w:hAnsi="Gentium Plus"/>
          <w:sz w:val="24"/>
        </w:rPr>
        <w:t>Κατάφασις. δόξα ἤγουν κατηγορία περί τινος λεγομένη. οἷον· ὁ ποταμὸς ἀνέρχεται. ἢ ὁ ἄρ‐ χων εἰσέρχεται. ἢ κατάφασίς ἐστι λόγος τινὸς ἀποφαντικὸς κατά τινος. οἷον· Σωκράτης φι‐ λόσοφός ἐστι. καὶ ἰδοὺ ἐπάνω Σωκράτους τὴν</w:t>
      </w:r>
    </w:p>
    <w:p>
      <w:r>
        <w:rPr>
          <w:rFonts w:ascii="Courier New" w:hAnsi="Courier New"/>
          <w:color w:val="555555"/>
          <w:sz w:val="20"/>
        </w:rPr>
        <w:t>[10]</w:t>
      </w:r>
    </w:p>
    <w:p>
      <w:r>
        <w:rPr>
          <w:rFonts w:ascii="Gentium Plus" w:hAnsi="Gentium Plus"/>
          <w:sz w:val="24"/>
        </w:rPr>
        <w:t>φιλοσοφίαν κατηγόρησεν. ἢ κατάφασίς ἐστι λό‐ γος ἀποφαντικός τινος κατά τινος. πᾶσα δὲ κα‐ τάφασις ἢ ἀλήθειαν σημαίνει ἢ ψεῦδος. οἷον· Σωκράτης φιλόσοφός ἐστι. καὶ ἰδοὺ ἀλήθεια. εἰ δέ· Σωκράτης ἰδιώτης ἐστὶ, ψεῦδος. οὐδὲν</w:t>
      </w:r>
    </w:p>
    <w:p>
      <w:r>
        <w:rPr>
          <w:rFonts w:ascii="Courier New" w:hAnsi="Courier New"/>
          <w:color w:val="555555"/>
          <w:sz w:val="20"/>
        </w:rPr>
        <w:t>[15]</w:t>
      </w:r>
    </w:p>
    <w:p>
      <w:r>
        <w:rPr>
          <w:rFonts w:ascii="Gentium Plus" w:hAnsi="Gentium Plus"/>
          <w:sz w:val="24"/>
        </w:rPr>
        <w:t>δὲ ἕτερον ἐστὶν ἡ ἀπόφασις εἰ μὴ κατάφασις μετὰ τῆς οὐ ἀρνήσεως. οἷον· Σωκράτης φιλόσο‐ φός ἐστι. Σωκράτης φιλόσοφος οὐκ ἔστι. καὶ ἰδοὺ χωρὶς τοῦ οὐ καὶ αὐτὸ καὶ αὐτό ἐστιν. ἐξ ἀνάγκης οὖν πᾶσα ἀπόφασις ἢ ἀλήθειαν ἢ</w:t>
      </w:r>
    </w:p>
    <w:p>
      <w:r>
        <w:rPr>
          <w:rFonts w:ascii="Courier New" w:hAnsi="Courier New"/>
          <w:color w:val="555555"/>
          <w:sz w:val="20"/>
        </w:rPr>
        <w:t>[20]</w:t>
      </w:r>
    </w:p>
    <w:p>
      <w:r>
        <w:rPr>
          <w:rFonts w:ascii="Gentium Plus" w:hAnsi="Gentium Plus"/>
          <w:sz w:val="24"/>
        </w:rPr>
        <w:t>ψεῦδος δηλοῖ. οἷον· Σωκράτης φιλόσοφος οὐκ ἔστι· ψεῦδος. Σωκράτης ἰδιώτης οὐκ ἔστιν· ἀλήθεια. ἡνίκα δὲ ἡ οὐ ἄρνησις τῷ τρόπῳ συν‐ άπτεται, κατάφασιν ποιεῖ. οἷον· Σωκράτης κα‐ λῶς διδάσκει. ἰδοὺ κατάφασις αὐτότροπος. πά‐</w:t>
      </w:r>
    </w:p>
    <w:p>
      <w:r>
        <w:rPr>
          <w:rFonts w:ascii="Courier New" w:hAnsi="Courier New"/>
          <w:color w:val="555555"/>
          <w:sz w:val="20"/>
        </w:rPr>
        <w:t>[25]</w:t>
      </w:r>
    </w:p>
    <w:p>
      <w:r>
        <w:rPr>
          <w:rFonts w:ascii="Gentium Plus" w:hAnsi="Gentium Plus"/>
          <w:sz w:val="24"/>
        </w:rPr>
        <w:t>λιν· Σωκράτης οὐ καλῶς διδάσκει. καὶ ἰδοὺ τοῦ‐ το οὐ συνῆψε τῷ τρόπῳ, καὶ ἐγένετο ἀπόφασις. ῥητέον οὖν τὴν κατάφασιν λόγον ἀποφαντικὸν τινὸς κατά τινος· τὴν δὲ ἀπόφασιν ἐκ τοῦ ἐναν‐ τίου· ἀποφαντικὸς τινὸς ἀπό τινος. οἷον· Σω‐</w:t>
      </w:r>
    </w:p>
    <w:p>
      <w:r>
        <w:rPr>
          <w:rFonts w:ascii="Courier New" w:hAnsi="Courier New"/>
          <w:color w:val="555555"/>
          <w:sz w:val="20"/>
        </w:rPr>
        <w:t>[30]</w:t>
      </w:r>
    </w:p>
    <w:p>
      <w:r>
        <w:rPr>
          <w:rFonts w:ascii="Gentium Plus" w:hAnsi="Gentium Plus"/>
          <w:sz w:val="24"/>
        </w:rPr>
        <w:t>κράτης οὐ καλῶς διδάσκει. διὰ τὸ εἰπεῖν οὐ, ἀπὸ Σωκράτους ἀπῇρεν. Κατηγορία. ἡ κατηγορία οὐ πάντως ἐπὶ κακῷ λέγεται, ἀλλὰ καὶ ἐπὶ ἀγαθῷ. κατηγορία ἐστὶ</w:t>
      </w:r>
    </w:p>
    <w:p>
      <w:r>
        <w:rPr>
          <w:rFonts w:ascii="Courier New" w:hAnsi="Courier New"/>
          <w:color w:val="555555"/>
          <w:sz w:val="20"/>
        </w:rPr>
        <w:t>[kappa 1154]</w:t>
      </w:r>
    </w:p>
    <w:p>
      <w:r>
        <w:rPr>
          <w:rFonts w:ascii="Gentium Plus" w:hAnsi="Gentium Plus"/>
          <w:sz w:val="24"/>
        </w:rPr>
        <w:t>φασις. οἷον· ὁ θεὸς ἀγαθὸς φύσει· ὁ διάβολος πανοῦργος· δολερὸν ἡ ἀλώπηξ· κλεπτικὸν ἡ γαλῆ. Καταφθορά. ἡ παντελὴς ἀπώλεια. διαφθορὰ</w:t>
      </w:r>
    </w:p>
    <w:p>
      <w:r>
        <w:rPr>
          <w:rFonts w:ascii="Courier New" w:hAnsi="Courier New"/>
          <w:color w:val="555555"/>
          <w:sz w:val="20"/>
        </w:rPr>
        <w:t>[5]</w:t>
      </w:r>
    </w:p>
    <w:p>
      <w:r>
        <w:rPr>
          <w:rFonts w:ascii="Gentium Plus" w:hAnsi="Gentium Plus"/>
          <w:sz w:val="24"/>
        </w:rPr>
        <w:t>δὲ, ὅταν ἄλλη οὐσία δι’ ἑτέρας ἀφανίζηται, ὥσπερ τὸ σῶμα ὑπὸ σκωλήκων. Κατάγνωσις. ἡ κατὰ γνῶσιν λαβὴ τοῦ ταύτην διαμαρτόντος. Κάχρυς. τὰς ἀληλεσμένας κριθάς.</w:t>
      </w:r>
    </w:p>
    <w:p>
      <w:r>
        <w:rPr>
          <w:rFonts w:ascii="Courier New" w:hAnsi="Courier New"/>
          <w:color w:val="555555"/>
          <w:sz w:val="20"/>
        </w:rPr>
        <w:t>[10]</w:t>
      </w:r>
    </w:p>
    <w:p>
      <w:r>
        <w:rPr>
          <w:rFonts w:ascii="Gentium Plus" w:hAnsi="Gentium Plus"/>
          <w:sz w:val="24"/>
        </w:rPr>
        <w:t>Καιρία. ἡ ἀπειλοῦσα θάνατον πληγή. Καινοτομία. τὸ κατὰ πάντα τρόπον παρηλ‐ λαγμένον τῆς κοινῆς φύσεως, καὶ ἐν μηδενὶ τῇ τῶν ἀνθρώπων συνηθείᾳ ἐξομοιούμενον. τοῦτον δὲ τὸν ὅρον ἀναγκαῖον ἐπίστασθαι διὰ τοὺς</w:t>
      </w:r>
    </w:p>
    <w:p>
      <w:r>
        <w:rPr>
          <w:rFonts w:ascii="Courier New" w:hAnsi="Courier New"/>
          <w:color w:val="555555"/>
          <w:sz w:val="20"/>
        </w:rPr>
        <w:t>[15]</w:t>
      </w:r>
    </w:p>
    <w:p>
      <w:r>
        <w:rPr>
          <w:rFonts w:ascii="Gentium Plus" w:hAnsi="Gentium Plus"/>
          <w:sz w:val="24"/>
        </w:rPr>
        <w:t>κακῶς νοοῦντας τὴν καινοτομίαν ἐν Χριστῷ. εἰ γὰρ ἐκαινοτόμησε τὴν φύσιν ἀσπόρως γεν‐ νηθεὶς, ἀλλ’ ὅμως μετὰ τὸν τόκον τὴν αὔξη‐ σιν τῆς ἡλικίας, καὶ τὰ πολλὰ τὰ ἐν τῷ σώ‐ ματι, καὶ τὰς εἰσκρίσεις καὶ τὰς ἐκκρίσεις, καὶ</w:t>
      </w:r>
    </w:p>
    <w:p>
      <w:r>
        <w:rPr>
          <w:rFonts w:ascii="Courier New" w:hAnsi="Courier New"/>
          <w:color w:val="555555"/>
          <w:sz w:val="20"/>
        </w:rPr>
        <w:t>[20]</w:t>
      </w:r>
    </w:p>
    <w:p>
      <w:r>
        <w:rPr>
          <w:rFonts w:ascii="Gentium Plus" w:hAnsi="Gentium Plus"/>
          <w:sz w:val="24"/>
        </w:rPr>
        <w:t>περιτομὴν καὶ μετάστασιν, καὶ τὸ εἶδος καὶ τὰ μέλη, καὶ τὰς ἐκφύσεις τῶν τριχῶν καὶ ὀδόν‐ των καὶ ὀνύχων, καὶ ψελλισμάτων καὶ νηπίων περιπάτου, πάντα ταῦτα οὐ κατὰ καινοτομίαν ἔσχεν, ἀλλὰ καθ’ ὁμοιότητα ἡμῶν χωρὶς ἁμαρ‐</w:t>
      </w:r>
    </w:p>
    <w:p>
      <w:r>
        <w:rPr>
          <w:rFonts w:ascii="Courier New" w:hAnsi="Courier New"/>
          <w:color w:val="555555"/>
          <w:sz w:val="20"/>
        </w:rPr>
        <w:t>[25]</w:t>
      </w:r>
    </w:p>
    <w:p>
      <w:r>
        <w:rPr>
          <w:rFonts w:ascii="Gentium Plus" w:hAnsi="Gentium Plus"/>
          <w:sz w:val="24"/>
        </w:rPr>
        <w:t>τίας, ὡς Παῦλος βοᾷ ὁ Χριστοκήρυξ Ἀπόστο‐ λος. Κάπη. ἡ φάτνη. παρὰ τὸ κάπτειν, τὸ ἐσθίειν, γέγονε κάπτη καὶ κάπη. [ἢ παρὰ τὸ κάπος, κάπη.] κάπος δέ ἐστι τὸ πνεῦμα. ἡ ὑπὸ τῶν</w:t>
      </w:r>
    </w:p>
    <w:p>
      <w:r>
        <w:rPr>
          <w:rFonts w:ascii="Courier New" w:hAnsi="Courier New"/>
          <w:color w:val="555555"/>
          <w:sz w:val="20"/>
        </w:rPr>
        <w:t>[30]</w:t>
      </w:r>
    </w:p>
    <w:p>
      <w:r>
        <w:rPr>
          <w:rFonts w:ascii="Gentium Plus" w:hAnsi="Gentium Plus"/>
          <w:sz w:val="24"/>
        </w:rPr>
        <w:t>ἀσθμάτων τῶν ἵππων καταπνεομένη. ἢ παρὰ τὸ ἐσκάφθαι καὶ κοιλάνθαι. Καβησός. πόλις Θρᾴκης. ἀπὸ Καβησοῦ τινός. Κακκάβη. σκεῦος πρὸς ἕψησιν ἐπιτήδειον. πα‐</w:t>
      </w:r>
    </w:p>
    <w:p>
      <w:r>
        <w:rPr>
          <w:rFonts w:ascii="Courier New" w:hAnsi="Courier New"/>
          <w:color w:val="555555"/>
          <w:sz w:val="20"/>
        </w:rPr>
        <w:t>[kappa 1155]</w:t>
      </w:r>
    </w:p>
    <w:p>
      <w:r>
        <w:rPr>
          <w:rFonts w:ascii="Gentium Plus" w:hAnsi="Gentium Plus"/>
          <w:sz w:val="24"/>
        </w:rPr>
        <w:t>ὄνομα κάβη, καὶ κατὰ ἀναδιπλασιασμὸν καὶ πλεονασμὸν τοῦ κ, κάκκαβος. ἀναλογώτερον δὲ θέλουσι λέγειν ἡ κάκκαβος, θηλυκόν· τὸ γὰρ ἀρσενικὸν παντελῶς ἀδόκιμον. οὕτως Ὦρος ὁ</w:t>
      </w:r>
    </w:p>
    <w:p>
      <w:r>
        <w:rPr>
          <w:rFonts w:ascii="Courier New" w:hAnsi="Courier New"/>
          <w:color w:val="555555"/>
          <w:sz w:val="20"/>
        </w:rPr>
        <w:t>[5]</w:t>
      </w:r>
    </w:p>
    <w:p>
      <w:r>
        <w:rPr>
          <w:rFonts w:ascii="Gentium Plus" w:hAnsi="Gentium Plus"/>
          <w:sz w:val="24"/>
        </w:rPr>
        <w:t>Μιλήσιος. Κακόχαρτος. ἡ ἐπὶ κακῷ χαίρουσα. ἢ ἐφ’ ᾗ οἱ κακοὶ χαίρουσιν. Ἡσίοδος· μὴ δέ ς’ ἔρις [κακόχαρτος] ἀπ’ ἔργου θυμὸν ἐρύκοι.</w:t>
      </w:r>
    </w:p>
    <w:p>
      <w:r>
        <w:rPr>
          <w:rFonts w:ascii="Courier New" w:hAnsi="Courier New"/>
          <w:color w:val="555555"/>
          <w:sz w:val="20"/>
        </w:rPr>
        <w:t>[10]</w:t>
      </w:r>
    </w:p>
    <w:p>
      <w:r>
        <w:rPr>
          <w:rFonts w:ascii="Gentium Plus" w:hAnsi="Gentium Plus"/>
          <w:sz w:val="24"/>
        </w:rPr>
        <w:t>Καλάβροπα. τὴν ποιμενικὴν ῥάβδον. παρὰ τὸ ῥέπειν τὸ κάλον εἰς ἓν μέρος, ἐν ᾧ ἐστι τὸ παχύ. καὶ ἡ καλουμένη κορδύλη. Καλιά. ἡ φωλεὰ, ἢ ἡ ἐκ κάλων, ὅ ἐστι ξύλων, κατασκευαζομένη οἰκία, μήπω εὑρεθέντων λί‐</w:t>
      </w:r>
    </w:p>
    <w:p>
      <w:r>
        <w:rPr>
          <w:rFonts w:ascii="Courier New" w:hAnsi="Courier New"/>
          <w:color w:val="555555"/>
          <w:sz w:val="20"/>
        </w:rPr>
        <w:t>[15]</w:t>
      </w:r>
    </w:p>
    <w:p>
      <w:r>
        <w:rPr>
          <w:rFonts w:ascii="Gentium Plus" w:hAnsi="Gentium Plus"/>
          <w:sz w:val="24"/>
        </w:rPr>
        <w:t>θων εἰς ἐργασίαν. καταχρηστικῶς δὲ ἡ ἐπὶ τῶν λίθων τῶν οἰκιῶν. Ἡσίοδος· μηδ’ ἀναβάλλεσθαι εἰς αὔριον ἔστ’ ἔννηφι. οὐ γὰρ ἐτωσιεργὸς ἀνὴρ πίμπλησι καλιήν. Καλλιπάρηον. παρὰ τὸ κάλλος καὶ τὸ παρειά.</w:t>
      </w:r>
    </w:p>
    <w:p>
      <w:r>
        <w:rPr>
          <w:rFonts w:ascii="Courier New" w:hAnsi="Courier New"/>
          <w:color w:val="555555"/>
          <w:sz w:val="20"/>
        </w:rPr>
        <w:t>[20]</w:t>
      </w:r>
    </w:p>
    <w:p>
      <w:r>
        <w:rPr>
          <w:rFonts w:ascii="Gentium Plus" w:hAnsi="Gentium Plus"/>
          <w:sz w:val="24"/>
        </w:rPr>
        <w:t>καλλιπάρηον κατὰ τροπὴν βοιωτικὴν τῆς ει διφθόγγου εἰς η. τὸ δὲ παρειὰ διὰ τῆς ει δι‐ φθόγγου. τὰ γὰρ διὰ τοῦ εια τρισύλλαβα διὰ τῆς ει διφθόγγου γράφονται, ὄντα ὀξύτονα, οἷον· φορβειὰ, παρειὰ, πλὴν τοῦ καλιά. πρόσ‐</w:t>
      </w:r>
    </w:p>
    <w:p>
      <w:r>
        <w:rPr>
          <w:rFonts w:ascii="Courier New" w:hAnsi="Courier New"/>
          <w:color w:val="555555"/>
          <w:sz w:val="20"/>
        </w:rPr>
        <w:t>[25]</w:t>
      </w:r>
    </w:p>
    <w:p>
      <w:r>
        <w:rPr>
          <w:rFonts w:ascii="Gentium Plus" w:hAnsi="Gentium Plus"/>
          <w:sz w:val="24"/>
        </w:rPr>
        <w:t>κειται τρισύλλαβα διὰ τὸ ἱμονιά.</w:t>
      </w:r>
    </w:p>
    <w:p>
      <w:r>
        <w:rPr>
          <w:rFonts w:ascii="Courier New" w:hAnsi="Courier New"/>
          <w:color w:val="555555"/>
          <w:sz w:val="20"/>
        </w:rPr>
        <w:t>[kappa 1156]</w:t>
      </w:r>
    </w:p>
    <w:p>
      <w:r>
        <w:rPr>
          <w:rFonts w:ascii="Gentium Plus" w:hAnsi="Gentium Plus"/>
          <w:sz w:val="24"/>
        </w:rPr>
        <w:t>Κάλπη. ἡ ὑδρία. Κάλπις δὲ ποταμὸς Βιθυνίας, ι. Καλύβη. οἱονεὶ καλύφη τις οὖσα. παρὰ τὸ κα‐ λύπτω, κατὰ τροπὴν τοῦ π εἰς φ. Κάμηλος. ἀπὸ τοῦ κάμπτειν τοὺς μηροὺς ἐν τῷ</w:t>
      </w:r>
    </w:p>
    <w:p>
      <w:r>
        <w:rPr>
          <w:rFonts w:ascii="Courier New" w:hAnsi="Courier New"/>
          <w:color w:val="555555"/>
          <w:sz w:val="20"/>
        </w:rPr>
        <w:t>[5]</w:t>
      </w:r>
    </w:p>
    <w:p>
      <w:r>
        <w:rPr>
          <w:rFonts w:ascii="Gentium Plus" w:hAnsi="Gentium Plus"/>
          <w:sz w:val="24"/>
        </w:rPr>
        <w:t>καθέζεσθαι, κάμηρός τις οὖσα καὶ κάμηλος. Κάμινος. παρὰ τὸ ὑπομένειν καιομένην. Κάμπη. ὅτι τὰ μὲν τελευταῖα μέσον ἀποτείνει, τὰ δὲ πρὸς τῷ τραχήλῳ κάμπτει, καὶ εἶθ’ οὕ‐ τως ἐπισύρει τὰ ὄπισθεν, κάμπτουσα ἑαυτήν.</w:t>
      </w:r>
    </w:p>
    <w:p>
      <w:r>
        <w:rPr>
          <w:rFonts w:ascii="Courier New" w:hAnsi="Courier New"/>
          <w:color w:val="555555"/>
          <w:sz w:val="20"/>
        </w:rPr>
        <w:t>[10]</w:t>
      </w:r>
    </w:p>
    <w:p>
      <w:r>
        <w:rPr>
          <w:rFonts w:ascii="Gentium Plus" w:hAnsi="Gentium Plus"/>
          <w:sz w:val="24"/>
        </w:rPr>
        <w:t>Καναχή. κτύπος. καὶ καναχίζειν. ἀπὸ τοῦ κενὸν ἀχεῖν. Κάππαρις. ὅτι ἡ καλὴ καὶ πολλὴ ἐν κάμποις φύεται, οὐχ οὕτως ἐν κρημνοῖς. εἴη ἂν οὖν κάμπαρις καὶ μεταβολῇ τοῦ μ εἰς π κάππα‐</w:t>
      </w:r>
    </w:p>
    <w:p>
      <w:r>
        <w:rPr>
          <w:rFonts w:ascii="Courier New" w:hAnsi="Courier New"/>
          <w:color w:val="555555"/>
          <w:sz w:val="20"/>
        </w:rPr>
        <w:t>[15]</w:t>
      </w:r>
    </w:p>
    <w:p>
      <w:r>
        <w:rPr>
          <w:rFonts w:ascii="Gentium Plus" w:hAnsi="Gentium Plus"/>
          <w:sz w:val="24"/>
        </w:rPr>
        <w:t>ρις. οὕτως Ὦρος ὁ Μιλήσιος. Καπύη. πόλις Ἰταλίας, ἣν Ῥῶμος καὶ Ῥωμύ‐ λος υἱοὶ Αἰνείου ἔκτισαν· ὡς φησὶ Κεφάλων ὁ Γεργήθιος. οὕτως Ὦρος ὁ Μιλήσιος. Κάρα. ἡ κεφαλή. ἀπὸ τοῦ κέρας, κέρα καὶ κά‐</w:t>
      </w:r>
    </w:p>
    <w:p>
      <w:r>
        <w:rPr>
          <w:rFonts w:ascii="Courier New" w:hAnsi="Courier New"/>
          <w:color w:val="555555"/>
          <w:sz w:val="20"/>
        </w:rPr>
        <w:t>[20]</w:t>
      </w:r>
    </w:p>
    <w:p>
      <w:r>
        <w:rPr>
          <w:rFonts w:ascii="Gentium Plus" w:hAnsi="Gentium Plus"/>
          <w:sz w:val="24"/>
        </w:rPr>
        <w:t>ρα. ἀπὸ τοῦ τετριχῶσθαι κάρα εἴρηται. κέρας γὰρ ἡ θρίξ. Καρίς. παρὰ τὸ σκαίρω σκαρίς. ἢ παρὰ τὸ κάρα καρίς. καὶ γὰρ ὅλη ἡ καρὶς σχεδὸν κεφαλή ἐστι. Καρός. σημαίνει τὴν θανατηφόρον μοῖραν. ἀπὸ</w:t>
      </w:r>
    </w:p>
    <w:p>
      <w:r>
        <w:rPr>
          <w:rFonts w:ascii="Courier New" w:hAnsi="Courier New"/>
          <w:color w:val="555555"/>
          <w:sz w:val="20"/>
        </w:rPr>
        <w:t>[25]</w:t>
      </w:r>
    </w:p>
    <w:p>
      <w:r>
        <w:rPr>
          <w:rFonts w:ascii="Gentium Plus" w:hAnsi="Gentium Plus"/>
          <w:sz w:val="24"/>
        </w:rPr>
        <w:t>τοῦ κὴρ κηρός· συστολῇ τοῦ η καρός. διὰ τοῦ</w:t>
      </w:r>
    </w:p>
    <w:p>
      <w:r>
        <w:rPr>
          <w:rFonts w:ascii="Courier New" w:hAnsi="Courier New"/>
          <w:color w:val="555555"/>
          <w:sz w:val="20"/>
        </w:rPr>
        <w:t>[kappa 1157]</w:t>
      </w:r>
    </w:p>
    <w:p>
      <w:r>
        <w:rPr>
          <w:rFonts w:ascii="Gentium Plus" w:hAnsi="Gentium Plus"/>
          <w:sz w:val="24"/>
        </w:rPr>
        <w:t>κῆρ τὸ η εἰς α ἐτράπη καὶ οὐκ εἰς ε, ὥσπερ φρὴν, φρενὸς, ὅτι οὐκ ἔστι τὸ καρὸς κατὰ ἀνά‐ λογον κλίσιν, ἀλλὰ συστολῇ ποιητικῇ. καὶ τού‐ του χάριν οὐκ ἐφύλαξε τὴν ἀκολουθίαν τοῦ</w:t>
      </w:r>
    </w:p>
    <w:p>
      <w:r>
        <w:rPr>
          <w:rFonts w:ascii="Courier New" w:hAnsi="Courier New"/>
          <w:color w:val="555555"/>
          <w:sz w:val="20"/>
        </w:rPr>
        <w:t>[5]</w:t>
      </w:r>
    </w:p>
    <w:p>
      <w:r>
        <w:rPr>
          <w:rFonts w:ascii="Gentium Plus" w:hAnsi="Gentium Plus"/>
          <w:sz w:val="24"/>
        </w:rPr>
        <w:t>φρὴν, φρενός. Καστανία.* πόλις Μαγνησίας. Κασσαβάς. ἡ πόρνη. παρὰ τὸ καλεῖν καὶ σο‐ βεῖν. Κατ’ ἐνῶπα. κατὰ πρόσοψιν. ἐνωπὴ γὰρ ἡ πρόσ‐</w:t>
      </w:r>
    </w:p>
    <w:p>
      <w:r>
        <w:rPr>
          <w:rFonts w:ascii="Courier New" w:hAnsi="Courier New"/>
          <w:color w:val="555555"/>
          <w:sz w:val="20"/>
        </w:rPr>
        <w:t>[10]</w:t>
      </w:r>
    </w:p>
    <w:p>
      <w:r>
        <w:rPr>
          <w:rFonts w:ascii="Gentium Plus" w:hAnsi="Gentium Plus"/>
          <w:sz w:val="24"/>
        </w:rPr>
        <w:t>οψις. ὃν οὖν τρόπον τὴν ἰωκὴν ἰῶκα εἶπε με‐ ταπλάσας, οὕτως καὶ τὴν ἐνωπὴν ἐνῶπα. Κατηλυσίη. ἡ κάθοδος, καὶ ἡ ἐπέλευσις. οἷον· —κατηλυσίῃ ζεφύροιο. ἐλευσίη τὶς οὖσα καὶ ἠλυσία, καὶ μετὰ τῆς κατὰ</w:t>
      </w:r>
    </w:p>
    <w:p>
      <w:r>
        <w:rPr>
          <w:rFonts w:ascii="Courier New" w:hAnsi="Courier New"/>
          <w:color w:val="555555"/>
          <w:sz w:val="20"/>
        </w:rPr>
        <w:t>[15]</w:t>
      </w:r>
    </w:p>
    <w:p>
      <w:r>
        <w:rPr>
          <w:rFonts w:ascii="Gentium Plus" w:hAnsi="Gentium Plus"/>
          <w:sz w:val="24"/>
        </w:rPr>
        <w:t>προθέσεως κατηλυσία. Κατουλάς. ἡ σκοτεινὴ νύξ. διὰ τὸ ὀλοὴν αὐτὴν εἶναι. οἷον· νὺξ ἐφόβει, τήνπερ κατουλάδα κικλήσκουσι. Καυμασία. καυμελαύκιον ἢ καυμελαύχιον. διὰ</w:t>
      </w:r>
    </w:p>
    <w:p>
      <w:r>
        <w:rPr>
          <w:rFonts w:ascii="Courier New" w:hAnsi="Courier New"/>
          <w:color w:val="555555"/>
          <w:sz w:val="20"/>
        </w:rPr>
        <w:t>[20]</w:t>
      </w:r>
    </w:p>
    <w:p>
      <w:r>
        <w:rPr>
          <w:rFonts w:ascii="Gentium Plus" w:hAnsi="Gentium Plus"/>
          <w:sz w:val="24"/>
        </w:rPr>
        <w:t>τὸ πρὸς τὸ καῦμα ἐπιτήδειον. Ἀντίπατρος ἐν ἐπιγράμματι· Καυσίη ἡ τοπάροιθε Μακηδόσιν εὔκολον</w:t>
      </w:r>
    </w:p>
    <w:p>
      <w:r>
        <w:rPr>
          <w:rFonts w:ascii="Courier New" w:hAnsi="Courier New"/>
          <w:color w:val="555555"/>
          <w:sz w:val="20"/>
        </w:rPr>
        <w:t>[kappa 1158]</w:t>
      </w:r>
    </w:p>
    <w:p>
      <w:r>
        <w:rPr>
          <w:rFonts w:ascii="Gentium Plus" w:hAnsi="Gentium Plus"/>
          <w:sz w:val="24"/>
        </w:rPr>
        <w:t>καὶ σκέπας ἐν νιφετῷ καὶ κόρυς ἐν πολέμῳ. κυρίως καλυμαύκιον λέγεται ἀπὸ τοῦ καλύπτειν τὸν αὐχένα.</w:t>
      </w:r>
    </w:p>
    <w:p>
      <w:r>
        <w:rPr>
          <w:rFonts w:ascii="Courier New" w:hAnsi="Courier New"/>
          <w:color w:val="555555"/>
          <w:sz w:val="20"/>
        </w:rPr>
        <w:t>[5]</w:t>
      </w:r>
    </w:p>
    <w:p>
      <w:r>
        <w:rPr>
          <w:rFonts w:ascii="Gentium Plus" w:hAnsi="Gentium Plus"/>
          <w:sz w:val="24"/>
        </w:rPr>
        <w:t>Καταχήνη. ἡ χάσμησις. παρὰ τὸ χαίνω ῥῆμα χήνη καὶ καταχήνη. Κακίαν. τὴν τοῦ κακῶσαι τὸν πέλας σπουδήν. οὕτως Παῦλος ὁ Ἀπόστολος κακοήθειαν τὴν κακοτροπίαν λέγει.</w:t>
      </w:r>
    </w:p>
    <w:p>
      <w:r>
        <w:rPr>
          <w:rFonts w:ascii="Courier New" w:hAnsi="Courier New"/>
          <w:color w:val="555555"/>
          <w:sz w:val="20"/>
        </w:rPr>
        <w:t>[10]</w:t>
      </w:r>
    </w:p>
    <w:p>
      <w:r>
        <w:rPr>
          <w:rFonts w:ascii="Gentium Plus" w:hAnsi="Gentium Plus"/>
          <w:sz w:val="24"/>
        </w:rPr>
        <w:t>†Καρχηδών. ἐπὶ τῆς Λιβύης.† †Καλχηδών. ἡ ἐν Βυζαντίῳ, ἣ καὶ Χαλκηδὼν λέγεται.†</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Κάγκανον. ξηρόν.</w:t>
      </w:r>
    </w:p>
    <w:p>
      <w:r>
        <w:rPr>
          <w:rFonts w:ascii="Courier New" w:hAnsi="Courier New"/>
          <w:color w:val="555555"/>
          <w:sz w:val="20"/>
        </w:rPr>
        <w:t>[15]</w:t>
      </w:r>
    </w:p>
    <w:p>
      <w:r>
        <w:rPr>
          <w:rFonts w:ascii="Gentium Plus" w:hAnsi="Gentium Plus"/>
          <w:sz w:val="24"/>
        </w:rPr>
        <w:t>Καθῆκον. πρέπον. Καθ’ αὑτό. τὸ πρώτως καὶ κατ’ οὐσίαν προσὸν τινὶ καὶ μὴ κατὰ συμβεβηκός. ὥσπερ τὸ λογι‐ κὸν, τοῦτο γὰρ οὐσιωδῶς πρόσεστι τῷ ἀνθρώπῳ. Κακόν. τὸ δι’ ἑαυτοῦ φευκτὸν, καὶ πρὸς ἕτερον</w:t>
      </w:r>
    </w:p>
    <w:p>
      <w:r>
        <w:rPr>
          <w:rFonts w:ascii="Courier New" w:hAnsi="Courier New"/>
          <w:color w:val="555555"/>
          <w:sz w:val="20"/>
        </w:rPr>
        <w:t>[20]</w:t>
      </w:r>
    </w:p>
    <w:p>
      <w:r>
        <w:rPr>
          <w:rFonts w:ascii="Gentium Plus" w:hAnsi="Gentium Plus"/>
          <w:sz w:val="24"/>
        </w:rPr>
        <w:t>βλαβερόν. Καλλιέρημα. θυσία εὐπρόσδεκτος. Καλώδια. σχοινία. Καλλίπνοα. εὐώδη.</w:t>
      </w:r>
    </w:p>
    <w:p>
      <w:r>
        <w:rPr>
          <w:rFonts w:ascii="Courier New" w:hAnsi="Courier New"/>
          <w:color w:val="555555"/>
          <w:sz w:val="20"/>
        </w:rPr>
        <w:t>[kappa 1159]</w:t>
      </w:r>
    </w:p>
    <w:p>
      <w:r>
        <w:rPr>
          <w:rFonts w:ascii="Gentium Plus" w:hAnsi="Gentium Plus"/>
          <w:sz w:val="24"/>
        </w:rPr>
        <w:t>Καλοπόδιον. σκυτοτομικὸν ἐργαλεῖον. Καλτίκια. τὰ καλλίγια. Καλόν. ὅπερ ἀγαθόν ἐστι καὶ ἡδύ. καλὸν φύσει ἐστὶν, ὃ ἀεὶ καὶ πᾶσι τοιοῦτόν ἐστιν, ὃ μὴ ἄλ‐</w:t>
      </w:r>
    </w:p>
    <w:p>
      <w:r>
        <w:rPr>
          <w:rFonts w:ascii="Courier New" w:hAnsi="Courier New"/>
          <w:color w:val="555555"/>
          <w:sz w:val="20"/>
        </w:rPr>
        <w:t>[5]</w:t>
      </w:r>
    </w:p>
    <w:p>
      <w:r>
        <w:rPr>
          <w:rFonts w:ascii="Gentium Plus" w:hAnsi="Gentium Plus"/>
          <w:sz w:val="24"/>
        </w:rPr>
        <w:t>λου τινὸς ἕνεκεν αἱρετὸν, ἀλλ’ αὐτὸ δι’ αὐτὸ ἐπιθυμητὸν ἀεὶ καὶ ὡσαύτως ἔχον καὶ οὐδέποτε ἀμβλυνόμενον κόρῳ. Καμελαύκιον. Ῥωμαία ἡ λέξις· ῥηθείη δ’ ἂν καὶ ἑλληνιστὶ παρὰ τὸ καῦμα ἐλαύνειν καυμε‐</w:t>
      </w:r>
    </w:p>
    <w:p>
      <w:r>
        <w:rPr>
          <w:rFonts w:ascii="Courier New" w:hAnsi="Courier New"/>
          <w:color w:val="555555"/>
          <w:sz w:val="20"/>
        </w:rPr>
        <w:t>[10]</w:t>
      </w:r>
    </w:p>
    <w:p>
      <w:r>
        <w:rPr>
          <w:rFonts w:ascii="Gentium Plus" w:hAnsi="Gentium Plus"/>
          <w:sz w:val="24"/>
        </w:rPr>
        <w:t>λαύκιον. Κανοῦν. τὸ κανίσκιον. Καπιτώλιον. ἱερὸν ἢ παλάτιον ἢ ἀγορά. καπι‐ τωλεῖον δὲ ὁ ἀγὼν, δίφθογγον. Κάπος. τὸ πνεῦμα.</w:t>
      </w:r>
    </w:p>
    <w:p>
      <w:r>
        <w:rPr>
          <w:rFonts w:ascii="Courier New" w:hAnsi="Courier New"/>
          <w:color w:val="555555"/>
          <w:sz w:val="20"/>
        </w:rPr>
        <w:t>[15]</w:t>
      </w:r>
    </w:p>
    <w:p>
      <w:r>
        <w:rPr>
          <w:rFonts w:ascii="Gentium Plus" w:hAnsi="Gentium Plus"/>
          <w:sz w:val="24"/>
        </w:rPr>
        <w:t>Καππαδόκιον τέρας. Κάππα. τὸ στοιχεῖον. ὅτι Κάπιος ἐστὶν εὕρε‐ μα. ἢ κάππα τὶ ὂν τὸ ἔχον ὄπα, ὅ ἐστι φωνήν· τὰ γὰρ ψιλὰ ἀπὸ κάτω τῆς γλώσσης ἔχει τὴν προφορὰν τῆς φωνῆς.</w:t>
      </w:r>
    </w:p>
    <w:p>
      <w:r>
        <w:rPr>
          <w:rFonts w:ascii="Courier New" w:hAnsi="Courier New"/>
          <w:color w:val="555555"/>
          <w:sz w:val="20"/>
        </w:rPr>
        <w:t>[20]</w:t>
      </w:r>
    </w:p>
    <w:p>
      <w:r>
        <w:rPr>
          <w:rFonts w:ascii="Gentium Plus" w:hAnsi="Gentium Plus"/>
          <w:sz w:val="24"/>
        </w:rPr>
        <w:t>Κάλανδα. ἡμέραι, ἢ μηνῶν ἀρχαὶ κατὰ Ῥωμαίους.</w:t>
      </w:r>
    </w:p>
    <w:p>
      <w:r>
        <w:rPr>
          <w:rFonts w:ascii="Courier New" w:hAnsi="Courier New"/>
          <w:color w:val="555555"/>
          <w:sz w:val="20"/>
        </w:rPr>
        <w:t>[kappa 1160]</w:t>
      </w:r>
    </w:p>
    <w:p>
      <w:r>
        <w:rPr>
          <w:rFonts w:ascii="Gentium Plus" w:hAnsi="Gentium Plus"/>
          <w:sz w:val="24"/>
        </w:rPr>
        <w:t>Κάρφος. ξύλον ξηρόν. Καρχαλέον. κατάξηρον. [τραχύ.] Κάρχαρον. τραχὺ ἢ ὀξύ. Κάρσιον. πλάγιον.</w:t>
      </w:r>
    </w:p>
    <w:p>
      <w:r>
        <w:rPr>
          <w:rFonts w:ascii="Courier New" w:hAnsi="Courier New"/>
          <w:color w:val="555555"/>
          <w:sz w:val="20"/>
        </w:rPr>
        <w:t>[5]</w:t>
      </w:r>
    </w:p>
    <w:p>
      <w:r>
        <w:rPr>
          <w:rFonts w:ascii="Gentium Plus" w:hAnsi="Gentium Plus"/>
          <w:sz w:val="24"/>
        </w:rPr>
        <w:t>Καρυκεύματα. τραγήματα. ἢ πολυτελῆ ἀρτύ‐ ματα. Καρχήσιον. τὸ ἄκρον τοῦ ἱστοῦ. Καρμεντάλια. ἑορτή. Καταδεέστερον. ταπεινότερον.</w:t>
      </w:r>
    </w:p>
    <w:p>
      <w:r>
        <w:rPr>
          <w:rFonts w:ascii="Courier New" w:hAnsi="Courier New"/>
          <w:color w:val="555555"/>
          <w:sz w:val="20"/>
        </w:rPr>
        <w:t>[10]</w:t>
      </w:r>
    </w:p>
    <w:p>
      <w:r>
        <w:rPr>
          <w:rFonts w:ascii="Gentium Plus" w:hAnsi="Gentium Plus"/>
          <w:sz w:val="24"/>
        </w:rPr>
        <w:t>Καταθύμιον. κατὰ νοῦν. Καταγώγιον. τὸ κατάλυμα. τὸ οἴκημα. Κάταντες. τὸ κατωφερές. Κατάῤῥυτον. ἀρδεύσιμον. Κατωμοτικόν. τὸ μεθ’ ὅρκου βεβαιωτικόν. οἷον·</w:t>
      </w:r>
    </w:p>
    <w:p>
      <w:r>
        <w:rPr>
          <w:rFonts w:ascii="Courier New" w:hAnsi="Courier New"/>
          <w:color w:val="555555"/>
          <w:sz w:val="20"/>
        </w:rPr>
        <w:t>[15]</w:t>
      </w:r>
    </w:p>
    <w:p>
      <w:r>
        <w:rPr>
          <w:rFonts w:ascii="Gentium Plus" w:hAnsi="Gentium Plus"/>
          <w:sz w:val="24"/>
        </w:rPr>
        <w:t>νὴ τὸ σκῆπτρον τοῦτο. Κατὰ κάθετον. τὸ ἀπὸ ὕψους εἰς βάθος διά‐ στημα. Καταχρηστικόν. πᾶν τὸ μὴ ὁριστικῶς, ἀλλ’ ἐν ἀφελότητι καὶ ἀκακίᾳ εἰρημένον ὑπό τινος.</w:t>
      </w:r>
    </w:p>
    <w:p>
      <w:r>
        <w:rPr>
          <w:rFonts w:ascii="Courier New" w:hAnsi="Courier New"/>
          <w:color w:val="555555"/>
          <w:sz w:val="20"/>
        </w:rPr>
        <w:t>[20]</w:t>
      </w:r>
    </w:p>
    <w:p>
      <w:r>
        <w:rPr>
          <w:rFonts w:ascii="Gentium Plus" w:hAnsi="Gentium Plus"/>
          <w:sz w:val="24"/>
        </w:rPr>
        <w:t>ἅτινα οὐδὲ εἰς νόμον ἢ ὅρον ἀναφέρεσθαι δύ‐ νανται, οἷόν ἐστι τὸ εἰρημένον· ὅτι τότε ἐνέ‐</w:t>
      </w:r>
    </w:p>
    <w:p>
      <w:r>
        <w:rPr>
          <w:rFonts w:ascii="Courier New" w:hAnsi="Courier New"/>
          <w:color w:val="555555"/>
          <w:sz w:val="20"/>
        </w:rPr>
        <w:t>[kappa 1161]</w:t>
      </w:r>
    </w:p>
    <w:p>
      <w:r>
        <w:rPr>
          <w:rFonts w:ascii="Gentium Plus" w:hAnsi="Gentium Plus"/>
          <w:sz w:val="24"/>
        </w:rPr>
        <w:t>το δυνάμεθα πρόσωπον ἰδικὸν εἰπεῖν τὸ ἅγιον σῶμα αὐτοῦ, ἀλλὰ φύσιν. Καυνάκιον. στρῶμα. Καινοτάφια. μεθ’ ὧν ἐλίσσεται ὁ νεκρός.</w:t>
      </w:r>
    </w:p>
    <w:p>
      <w:r>
        <w:rPr>
          <w:rFonts w:ascii="Courier New" w:hAnsi="Courier New"/>
          <w:color w:val="555555"/>
          <w:sz w:val="20"/>
        </w:rPr>
        <w:t>[5]</w:t>
      </w:r>
    </w:p>
    <w:p>
      <w:r>
        <w:rPr>
          <w:rFonts w:ascii="Gentium Plus" w:hAnsi="Gentium Plus"/>
          <w:sz w:val="24"/>
        </w:rPr>
        <w:t>Καίριον. ἀπὸ τοῦ κὴρ, ὃ σημαίνει τὴν θανα‐ τηφόρον μοῖραν, γίνεται καρὸς καὶ καίριον, ἤγουν τὸ θανάσιμον καὶ ἐπικίνδυνον. Κάλλυντρον. κόσμιον. παρὰ τὸ κορῶ, ὃ σημαί‐ νει τὸ σαίρω, τὸ καλλύνω.</w:t>
      </w:r>
    </w:p>
    <w:p>
      <w:r>
        <w:rPr>
          <w:rFonts w:ascii="Courier New" w:hAnsi="Courier New"/>
          <w:color w:val="555555"/>
          <w:sz w:val="20"/>
        </w:rPr>
        <w:t>[10]</w:t>
      </w:r>
    </w:p>
    <w:p>
      <w:r>
        <w:rPr>
          <w:rFonts w:ascii="Gentium Plus" w:hAnsi="Gentium Plus"/>
          <w:sz w:val="24"/>
        </w:rPr>
        <w:t>Κάγκανα. τὰ ξηρὰ ξύλα καὶ εἰς καῦσιν ἐπι‐ τήδεια, οἱονεὶ κατάκανα τινὰ ὄντα. παρὰ τὸ καίνειν, τὸ κόπτειν. καὶ συγκοπῇ καὶ πλεονα‐ σμῷ τοῦ γ κάγκανα. ἢ ὥσπερ ἀπὸ τοῦ τέκω γίνεται τέκανον, καὶ κατὰ συγκοπὴν τέκνον,</w:t>
      </w:r>
    </w:p>
    <w:p>
      <w:r>
        <w:rPr>
          <w:rFonts w:ascii="Courier New" w:hAnsi="Courier New"/>
          <w:color w:val="555555"/>
          <w:sz w:val="20"/>
        </w:rPr>
        <w:t>[15]</w:t>
      </w:r>
    </w:p>
    <w:p>
      <w:r>
        <w:rPr>
          <w:rFonts w:ascii="Gentium Plus" w:hAnsi="Gentium Plus"/>
          <w:sz w:val="24"/>
        </w:rPr>
        <w:t>οὕτω καὶ παρὰ τὸ καίω ῥῆμα γίνεται κάνον καὶ κατὰ ἀναδιπλασιασμὸν καὶ πλεονασμὸν τοῦ γ κάγκανον. ἔνθ’ ἔπειθ’ οἱ μὲν ξύλα κάγκανα—. Κάλλη. κυρίως τὰ βεβαμμένα ἔρια.</w:t>
      </w:r>
    </w:p>
    <w:p>
      <w:r>
        <w:rPr>
          <w:rFonts w:ascii="Courier New" w:hAnsi="Courier New"/>
          <w:color w:val="555555"/>
          <w:sz w:val="20"/>
        </w:rPr>
        <w:t>[20]</w:t>
      </w:r>
    </w:p>
    <w:p>
      <w:r>
        <w:rPr>
          <w:rFonts w:ascii="Gentium Plus" w:hAnsi="Gentium Plus"/>
          <w:sz w:val="24"/>
        </w:rPr>
        <w:t>Καλῴδιον. σὺν τῷ ι γράφεται· συνεξηκολού‐ θησε γὰρ τὸ λαγῴδιον, στῴδιον, κῴδιον. ση‐</w:t>
      </w:r>
    </w:p>
    <w:p>
      <w:r>
        <w:rPr>
          <w:rFonts w:ascii="Courier New" w:hAnsi="Courier New"/>
          <w:color w:val="555555"/>
          <w:sz w:val="20"/>
        </w:rPr>
        <w:t>[kappa 1162]</w:t>
      </w:r>
    </w:p>
    <w:p>
      <w:r>
        <w:rPr>
          <w:rFonts w:ascii="Gentium Plus" w:hAnsi="Gentium Plus"/>
          <w:sz w:val="24"/>
        </w:rPr>
        <w:t>Κανὸν καὶ κανοῦν. τὸ κανίσκιον. παρὰ τὸ χαί‐ νειν χανοῦν καὶ κανοῦν, ἀπὸ τοῦ κεχηνέναι. Κάρηνα. ἀκρόπολις. ἐξοχαί. ἀπὸ τοῦ κάρα κά‐ ρηνα. σημαίνει δὲ καὶ τὴν κεφαλήν.</w:t>
      </w:r>
    </w:p>
    <w:p>
      <w:r>
        <w:rPr>
          <w:rFonts w:ascii="Courier New" w:hAnsi="Courier New"/>
          <w:color w:val="555555"/>
          <w:sz w:val="20"/>
        </w:rPr>
        <w:t>[5]</w:t>
      </w:r>
    </w:p>
    <w:p>
      <w:r>
        <w:rPr>
          <w:rFonts w:ascii="Gentium Plus" w:hAnsi="Gentium Plus"/>
          <w:sz w:val="24"/>
        </w:rPr>
        <w:t>—τῇ ῥα μάλιστα ἀνδρῶν πίπτε κάρηνα—. Κάρητος. τῶν εἰς αρ οὐδετέρων τὰ μὲν ὑπὲρ δύο συλλαβὰς ἅπαντα διὰ τοῦ τος κλίνονται. ὄνειαρ, ὀνείατος. οὕτως οὖν κάρηαρ, καρήατος,</w:t>
      </w:r>
    </w:p>
    <w:p>
      <w:r>
        <w:rPr>
          <w:rFonts w:ascii="Courier New" w:hAnsi="Courier New"/>
          <w:color w:val="555555"/>
          <w:sz w:val="20"/>
        </w:rPr>
        <w:t>[10]</w:t>
      </w:r>
    </w:p>
    <w:p>
      <w:r>
        <w:rPr>
          <w:rFonts w:ascii="Gentium Plus" w:hAnsi="Gentium Plus"/>
          <w:sz w:val="24"/>
        </w:rPr>
        <w:t>καὶ κατὰ συγκοπὴν κάρητος. [τῶν δὲ δισυλλά‐ βων τὰ μὲν φύσει μακρὰ διὰ τοῦ τος κλίνον‐ ται, οἷον ἧπαρ, ἥπατος.] τὰ δὲ βραχέα ἢ θέσει μακρὰ παραλήγοντα διὰ τοῦ ρος κλίνον‐ ται. οἷον θέναρ, θέναρος, ὕπαρ, ὕπαρος· σημαί‐</w:t>
      </w:r>
    </w:p>
    <w:p>
      <w:r>
        <w:rPr>
          <w:rFonts w:ascii="Courier New" w:hAnsi="Courier New"/>
          <w:color w:val="555555"/>
          <w:sz w:val="20"/>
        </w:rPr>
        <w:t>[15]</w:t>
      </w:r>
    </w:p>
    <w:p>
      <w:r>
        <w:rPr>
          <w:rFonts w:ascii="Gentium Plus" w:hAnsi="Gentium Plus"/>
          <w:sz w:val="24"/>
        </w:rPr>
        <w:t>νει δὲ τὸ ἀληθὲς ἐνύπνιον, τὴν λεγομένην ὀπτα‐ σίαν· ἔαρ, ἔαρος καὶ κατὰ κρᾶσιν ἦρος, κέαρ, κεάρος καὶ κῆρος, ἄλκαρ, ἄλκαρος, ὃ σημαίνει τὴν βοήθειαν. σεσημείωται τὸ φρέαρ, φρέατος, καὶ στέαρ, στέατος, ὅτι βραχέα παραλήγεται,</w:t>
      </w:r>
    </w:p>
    <w:p>
      <w:r>
        <w:rPr>
          <w:rFonts w:ascii="Courier New" w:hAnsi="Courier New"/>
          <w:color w:val="555555"/>
          <w:sz w:val="20"/>
        </w:rPr>
        <w:t>[20]</w:t>
      </w:r>
    </w:p>
    <w:p>
      <w:r>
        <w:rPr>
          <w:rFonts w:ascii="Gentium Plus" w:hAnsi="Gentium Plus"/>
          <w:sz w:val="24"/>
        </w:rPr>
        <w:t>καὶ διὰ τοῦ τος ἐκλίθη. λέγει δὲ ὁ Ἡρωδιανός· τὰ εἰς αρ οὐδέτερα παραληγόμενα τὸ ω ἄκλι‐</w:t>
      </w:r>
    </w:p>
    <w:p>
      <w:r>
        <w:rPr>
          <w:rFonts w:ascii="Courier New" w:hAnsi="Courier New"/>
          <w:color w:val="555555"/>
          <w:sz w:val="20"/>
        </w:rPr>
        <w:t>[kappa 1163]</w:t>
      </w:r>
    </w:p>
    <w:p>
      <w:r>
        <w:rPr>
          <w:rFonts w:ascii="Gentium Plus" w:hAnsi="Gentium Plus"/>
          <w:sz w:val="24"/>
        </w:rPr>
        <w:t>βῶβαρ· σημαίνει δὲ τὸν μέγαν· νῶκαρ· ση‐ μαίνει δὲ *τὸν ἀσθενῆ, καὶ* τὴν στέρησιν τῆς ψυχῆς. Καῦμα. τὸ κεκαυμένον ἄημα.</w:t>
      </w:r>
    </w:p>
    <w:p>
      <w:r>
        <w:rPr>
          <w:rFonts w:ascii="Courier New" w:hAnsi="Courier New"/>
          <w:color w:val="555555"/>
          <w:sz w:val="20"/>
        </w:rPr>
        <w:t>[5]</w:t>
      </w:r>
    </w:p>
    <w:p>
      <w:r>
        <w:rPr>
          <w:rFonts w:ascii="Gentium Plus" w:hAnsi="Gentium Plus"/>
          <w:sz w:val="24"/>
        </w:rPr>
        <w:t>Κατώτερα μέρη τῆς γῆς. τὸν θάνατον λέγει ὁ Ἀπόστολος.</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Κατηρτισμένα. τέλεια. καὶ ὁ Ἀπόστολος· σκεύη ὀργῆς κατηρτισμένα.</w:t>
      </w:r>
    </w:p>
    <w:p>
      <w:r>
        <w:rPr>
          <w:rFonts w:ascii="Courier New" w:hAnsi="Courier New"/>
          <w:color w:val="555555"/>
          <w:sz w:val="20"/>
        </w:rPr>
        <w:t>[10]</w:t>
      </w:r>
    </w:p>
    <w:p>
      <w:r>
        <w:rPr>
          <w:rFonts w:ascii="Gentium Plus" w:hAnsi="Gentium Plus"/>
          <w:sz w:val="24"/>
        </w:rPr>
        <w:t>Καγχάζων. ἀσέμνως γελῶν. Καγχαλόων. χαίρων. Καββαλεῖν. ἀντὶ τοῦ καταβαλεῖν.</w:t>
      </w:r>
    </w:p>
    <w:p>
      <w:r>
        <w:rPr>
          <w:rFonts w:ascii="Courier New" w:hAnsi="Courier New"/>
          <w:color w:val="555555"/>
          <w:sz w:val="20"/>
        </w:rPr>
        <w:t>[kappa 1164]</w:t>
      </w:r>
    </w:p>
    <w:p>
      <w:r>
        <w:rPr>
          <w:rFonts w:ascii="Gentium Plus" w:hAnsi="Gentium Plus"/>
          <w:sz w:val="24"/>
        </w:rPr>
        <w:t>Καθικνεῖσθαι. καθάπτεσθαι. Καθέξει. κρατήσει. Καθεῖναι. χαλάσαι. καὶ καθείς. Καθεῖρκτο. ἐγκέκλειστο.</w:t>
      </w:r>
    </w:p>
    <w:p>
      <w:r>
        <w:rPr>
          <w:rFonts w:ascii="Courier New" w:hAnsi="Courier New"/>
          <w:color w:val="555555"/>
          <w:sz w:val="20"/>
        </w:rPr>
        <w:t>[5]</w:t>
      </w:r>
    </w:p>
    <w:p>
      <w:r>
        <w:rPr>
          <w:rFonts w:ascii="Gentium Plus" w:hAnsi="Gentium Plus"/>
          <w:sz w:val="24"/>
        </w:rPr>
        <w:t>Καθῆστο. ἐκαθέζετο. Καθυφῆκεν. ἐνέδωκεν. Καθεδοῦμαι. καθεσθήσομαι. Καθαπτόμενος. ἐπιπλήττων. Καθιεροῖ. θεῷ ἀνατίθησι.</w:t>
      </w:r>
    </w:p>
    <w:p>
      <w:r>
        <w:rPr>
          <w:rFonts w:ascii="Courier New" w:hAnsi="Courier New"/>
          <w:color w:val="555555"/>
          <w:sz w:val="20"/>
        </w:rPr>
        <w:t>[10]</w:t>
      </w:r>
    </w:p>
    <w:p>
      <w:r>
        <w:rPr>
          <w:rFonts w:ascii="Gentium Plus" w:hAnsi="Gentium Plus"/>
          <w:sz w:val="24"/>
        </w:rPr>
        <w:t>Καθίδρυσεν. ἐστήριξε. Καθίστησι. προχειρίζεται. Καθαιρήσετε. [ἀντὶ τοῦ] καθελεῖτε. οὕτως</w:t>
      </w:r>
    </w:p>
    <w:p>
      <w:r>
        <w:rPr>
          <w:rFonts w:ascii="Courier New" w:hAnsi="Courier New"/>
          <w:color w:val="555555"/>
          <w:sz w:val="20"/>
        </w:rPr>
        <w:t>[kappa 1165]</w:t>
      </w:r>
    </w:p>
    <w:p>
      <w:r>
        <w:rPr>
          <w:rFonts w:ascii="Gentium Plus" w:hAnsi="Gentium Plus"/>
          <w:sz w:val="24"/>
        </w:rPr>
        <w:t>Καθαιρήσονται. καταλήψονται. Καθελών. ἀντὶ τοῦ καταβιβάσας. Δημοσθένης δὲ καὶ Στησίχορος καὶ Σοφοκλῆς ἀντὶ τοῦ ἀνελὼν, ἤτοι ἀποκτείνας.</w:t>
      </w:r>
    </w:p>
    <w:p>
      <w:r>
        <w:rPr>
          <w:rFonts w:ascii="Courier New" w:hAnsi="Courier New"/>
          <w:color w:val="555555"/>
          <w:sz w:val="20"/>
        </w:rPr>
        <w:t>[5]</w:t>
      </w:r>
    </w:p>
    <w:p>
      <w:r>
        <w:rPr>
          <w:rFonts w:ascii="Gentium Plus" w:hAnsi="Gentium Plus"/>
          <w:sz w:val="24"/>
        </w:rPr>
        <w:t>Καθεσταμένος. ἀντὶ τοῦ ἐπιτεταγμένος. Καθεστῶτα. ἠρεμοῦντα. Καθεστώτων. ὡρισμένων. καθεστώτων τῶν νό‐ μων.</w:t>
      </w:r>
    </w:p>
    <w:p>
      <w:r>
        <w:rPr>
          <w:rFonts w:ascii="Courier New" w:hAnsi="Courier New"/>
          <w:color w:val="555555"/>
          <w:sz w:val="20"/>
        </w:rPr>
        <w:t>[kappa 1166]</w:t>
      </w:r>
    </w:p>
    <w:p>
      <w:r>
        <w:rPr>
          <w:rFonts w:ascii="Gentium Plus" w:hAnsi="Gentium Plus"/>
          <w:sz w:val="24"/>
        </w:rPr>
        <w:t>Καθῆκαν. προεβάλλοντο. οἱ δὲ ἐπ’ ἐξαπάτῃ Ῥω‐ μαίων καθῆκαν τὸν λόγον. Καθηκούσαις. πρεπούσαις, καὶ ἀντὶ τοῦ διεκτρε‐ χούσαις. Ξενοφῶν· ἐν πέτραις καθηκούσαις</w:t>
      </w:r>
    </w:p>
    <w:p>
      <w:r>
        <w:rPr>
          <w:rFonts w:ascii="Courier New" w:hAnsi="Courier New"/>
          <w:color w:val="555555"/>
          <w:sz w:val="20"/>
        </w:rPr>
        <w:t>[5]</w:t>
      </w:r>
    </w:p>
    <w:p>
      <w:r>
        <w:rPr>
          <w:rFonts w:ascii="Gentium Plus" w:hAnsi="Gentium Plus"/>
          <w:sz w:val="24"/>
        </w:rPr>
        <w:t>ἐπ’ αὐτὸν τὸν τόπον. Καθίδρυσαν. ἀσφαλῶς κατῴκισαν. Καθιδρύσασθαι. βεβαιῶσαι. Καθίεσαν. κατῆλθον.</w:t>
      </w:r>
    </w:p>
    <w:p>
      <w:r>
        <w:rPr>
          <w:rFonts w:ascii="Courier New" w:hAnsi="Courier New"/>
          <w:color w:val="555555"/>
          <w:sz w:val="20"/>
        </w:rPr>
        <w:t>[kappa 1167]</w:t>
      </w:r>
    </w:p>
    <w:p>
      <w:r>
        <w:rPr>
          <w:rFonts w:ascii="Gentium Plus" w:hAnsi="Gentium Plus"/>
          <w:sz w:val="24"/>
        </w:rPr>
        <w:t>Καθίει. ἐπεχείρει. ἐνέβαλεν. ὁ δὲ καθίει πεῖ‐ ραν ἐς τὸν ἄνδρα, οἰόμενος αὐτὸν ἕξειν κοινω‐ νὸν ὧν ὥρμηται. Καθιείς. ἐπιπέμπων.</w:t>
      </w:r>
    </w:p>
    <w:p>
      <w:r>
        <w:rPr>
          <w:rFonts w:ascii="Courier New" w:hAnsi="Courier New"/>
          <w:color w:val="555555"/>
          <w:sz w:val="20"/>
        </w:rPr>
        <w:t>[5]</w:t>
      </w:r>
    </w:p>
    <w:p>
      <w:r>
        <w:rPr>
          <w:rFonts w:ascii="Gentium Plus" w:hAnsi="Gentium Plus"/>
          <w:sz w:val="24"/>
        </w:rPr>
        <w:t>Καθικόμενοι. καθαψάμενοι. Καθιππάζεσθαι. συνελαύνειν, *συντρέχειν,* ἐρίζειν. Καθίστα. ἑτοίμαζε. Καθιστάμενος. πρὸς τὸ βέλτιον μετάγων.</w:t>
      </w:r>
    </w:p>
    <w:p>
      <w:r>
        <w:rPr>
          <w:rFonts w:ascii="Courier New" w:hAnsi="Courier New"/>
          <w:color w:val="555555"/>
          <w:sz w:val="20"/>
        </w:rPr>
        <w:t>[10]</w:t>
      </w:r>
    </w:p>
    <w:p>
      <w:r>
        <w:rPr>
          <w:rFonts w:ascii="Gentium Plus" w:hAnsi="Gentium Plus"/>
          <w:sz w:val="24"/>
        </w:rPr>
        <w:t>Καθυφίεντο. ἀντηλλάττοντο. Καθαγιάζεται. ἀφιεροῦται. Καθαγιάσω. [καύσω.] καθιερώσω. Καθαλλόμενος. καταπηδήσας. ὁ δὲ καθαλλό‐ μενος τοῦ ἵππου καὶ τὸ ξίφος ἑλκύσας, παίει</w:t>
      </w:r>
    </w:p>
    <w:p>
      <w:r>
        <w:rPr>
          <w:rFonts w:ascii="Courier New" w:hAnsi="Courier New"/>
          <w:color w:val="555555"/>
          <w:sz w:val="20"/>
        </w:rPr>
        <w:t>[15]</w:t>
      </w:r>
    </w:p>
    <w:p>
      <w:r>
        <w:rPr>
          <w:rFonts w:ascii="Gentium Plus" w:hAnsi="Gentium Plus"/>
          <w:sz w:val="24"/>
        </w:rPr>
        <w:t>αὐτόν.</w:t>
      </w:r>
    </w:p>
    <w:p>
      <w:r>
        <w:rPr>
          <w:rFonts w:ascii="Courier New" w:hAnsi="Courier New"/>
          <w:color w:val="555555"/>
          <w:sz w:val="20"/>
        </w:rPr>
        <w:t>[kappa 1168]</w:t>
      </w:r>
    </w:p>
    <w:p>
      <w:r>
        <w:rPr>
          <w:rFonts w:ascii="Gentium Plus" w:hAnsi="Gentium Plus"/>
          <w:sz w:val="24"/>
        </w:rPr>
        <w:t>Καθελεῖν. καταβαλεῖν. Καθηγεῖσθαι. ἀντὶ τοῦ ἡγεῖσθαι [παρὰ Ἡροδό‐ τῳ· φησὶ γοῦν, ὅτι καθηγέοντο οἱ Σκύθαι ἐς τῶν ἀνδροφάγων τοὺς χώρους. χρῶνται δὲ καὶ</w:t>
      </w:r>
    </w:p>
    <w:p>
      <w:r>
        <w:rPr>
          <w:rFonts w:ascii="Courier New" w:hAnsi="Courier New"/>
          <w:color w:val="555555"/>
          <w:sz w:val="20"/>
        </w:rPr>
        <w:t>[5]</w:t>
      </w:r>
    </w:p>
    <w:p>
      <w:r>
        <w:rPr>
          <w:rFonts w:ascii="Gentium Plus" w:hAnsi="Gentium Plus"/>
          <w:sz w:val="24"/>
        </w:rPr>
        <w:t>οἱ Ἀττικοὶ τῷ καθηγεῖσθαι] καὶ ἀφηγεῖσθαι. ἔστι δὲ καὶ τὸ προηγεῖσθαι παρ’ αὐτοῖς. Κάθου καὶ κάθησο. ἄμφω Ἑλληνικά. Ἀριστο‐ φάνης·* οὐχ ὅτι ς’ ἐκεῖνο λάχεν οἰμώζων κάθου.</w:t>
      </w:r>
    </w:p>
    <w:p>
      <w:r>
        <w:rPr>
          <w:rFonts w:ascii="Courier New" w:hAnsi="Courier New"/>
          <w:color w:val="555555"/>
          <w:sz w:val="20"/>
        </w:rPr>
        <w:t>[10]</w:t>
      </w:r>
    </w:p>
    <w:p>
      <w:r>
        <w:rPr>
          <w:rFonts w:ascii="Gentium Plus" w:hAnsi="Gentium Plus"/>
          <w:sz w:val="24"/>
        </w:rPr>
        <w:t>Κρατῖνος· τὴν χεῖρα μὴ ἐπίβαλλε, μὴ κλάων κάθῃ. λέγει γὰρ τὸ ὑποτακτικὸν ἀπὸ τοῦ κάθημι καὶ κάθῃ καὶ κάθηται ὁριστικῶς. Ἀριστοφάνης· ἰδοὺ κάθημαι.</w:t>
      </w:r>
    </w:p>
    <w:p>
      <w:r>
        <w:rPr>
          <w:rFonts w:ascii="Courier New" w:hAnsi="Courier New"/>
          <w:color w:val="555555"/>
          <w:sz w:val="20"/>
        </w:rPr>
        <w:t>[15]</w:t>
      </w:r>
    </w:p>
    <w:p>
      <w:r>
        <w:rPr>
          <w:rFonts w:ascii="Gentium Plus" w:hAnsi="Gentium Plus"/>
          <w:sz w:val="24"/>
        </w:rPr>
        <w:t>καὶ Ὑπερίδης· ἀπόκριναί μοι, Ἑρμεία, ὥσπερ</w:t>
      </w:r>
    </w:p>
    <w:p>
      <w:r>
        <w:rPr>
          <w:rFonts w:ascii="Courier New" w:hAnsi="Courier New"/>
          <w:color w:val="555555"/>
          <w:sz w:val="20"/>
        </w:rPr>
        <w:t>[kappa 1169]</w:t>
      </w:r>
    </w:p>
    <w:p>
      <w:r>
        <w:rPr>
          <w:rFonts w:ascii="Gentium Plus" w:hAnsi="Gentium Plus"/>
          <w:sz w:val="24"/>
        </w:rPr>
        <w:t>κάθῃ. τὸ δὲ κάθισον οὐκ ἔτι, ἀλλ’ ἀντὶ τοῦ καθίζου. σὺ δ’ ὦ τέκνον τέως καθίζου μοὐνθαδί. λέγουσι δὲ καὶ καθίζανε. Φερεκράτης·</w:t>
      </w:r>
    </w:p>
    <w:p>
      <w:r>
        <w:rPr>
          <w:rFonts w:ascii="Courier New" w:hAnsi="Courier New"/>
          <w:color w:val="555555"/>
          <w:sz w:val="20"/>
        </w:rPr>
        <w:t>[5]</w:t>
      </w:r>
    </w:p>
    <w:p>
      <w:r>
        <w:rPr>
          <w:rFonts w:ascii="Gentium Plus" w:hAnsi="Gentium Plus"/>
          <w:sz w:val="24"/>
        </w:rPr>
        <w:t>δεῖπνον παρασκεύαζε, σὺ δὲ καθίζανε. Ἄρχιππος· φέρε καθίζωμεν ἐνθαδί. Κρατῖνος· εἰ πρῶτος ἔλθοις, κἂν καθίζεσθαι λάβοις.</w:t>
      </w:r>
    </w:p>
    <w:p>
      <w:r>
        <w:rPr>
          <w:rFonts w:ascii="Courier New" w:hAnsi="Courier New"/>
          <w:color w:val="555555"/>
          <w:sz w:val="20"/>
        </w:rPr>
        <w:t>[10]</w:t>
      </w:r>
    </w:p>
    <w:p>
      <w:r>
        <w:rPr>
          <w:rFonts w:ascii="Gentium Plus" w:hAnsi="Gentium Plus"/>
          <w:sz w:val="24"/>
        </w:rPr>
        <w:t>καὶ καθίζοντας, καθίζηται, καθιζόμενον· καθή‐ μαθα, καὶ σὺν τῷ ε, ἐκαθήμεθα. Αἰσχίνης· ἀλλ’ εἰ μέν που χρήματ’ ἀναλώσει, προκαθιζήσει. καὶ Πλάτων· ἀλλὰ ποῦ δὴ δοκεῖ καθιζόμενοι ἀναγνῶμεν. καὶ προελθών· ἐς ὅπη ἂν δόξῃ, ἐν</w:t>
      </w:r>
    </w:p>
    <w:p>
      <w:r>
        <w:rPr>
          <w:rFonts w:ascii="Courier New" w:hAnsi="Courier New"/>
          <w:color w:val="555555"/>
          <w:sz w:val="20"/>
        </w:rPr>
        <w:t>[15]</w:t>
      </w:r>
    </w:p>
    <w:p>
      <w:r>
        <w:rPr>
          <w:rFonts w:ascii="Gentium Plus" w:hAnsi="Gentium Plus"/>
          <w:sz w:val="24"/>
        </w:rPr>
        <w:t>ἡσυχίᾳ καθιζησόμεθα. καὶ πολὺ καθέζεσθαι.]</w:t>
      </w:r>
    </w:p>
    <w:p>
      <w:r>
        <w:rPr>
          <w:rFonts w:ascii="Courier New" w:hAnsi="Courier New"/>
          <w:color w:val="555555"/>
          <w:sz w:val="20"/>
        </w:rPr>
        <w:t>[kappa 1170]</w:t>
      </w:r>
    </w:p>
    <w:p>
      <w:r>
        <w:rPr>
          <w:rFonts w:ascii="Gentium Plus" w:hAnsi="Gentium Plus"/>
          <w:sz w:val="24"/>
        </w:rPr>
        <w:t>Καθεδοῦμαι. τὸ καθεδοῦμαι καὶ καθεδῇ καὶ κα‐ θεδεῖται, Ἑλληνικά. τὸ δὲ καθεσθήσομαι καὶ ἐκαθέσθην καὶ καθεσθῆναι, ἔκφυλα. Ἀρι‐ στοφάνης·</w:t>
      </w:r>
    </w:p>
    <w:p>
      <w:r>
        <w:rPr>
          <w:rFonts w:ascii="Courier New" w:hAnsi="Courier New"/>
          <w:color w:val="555555"/>
          <w:sz w:val="20"/>
        </w:rPr>
        <w:t>[5]</w:t>
      </w:r>
    </w:p>
    <w:p>
      <w:r>
        <w:rPr>
          <w:rFonts w:ascii="Gentium Plus" w:hAnsi="Gentium Plus"/>
          <w:sz w:val="24"/>
        </w:rPr>
        <w:t>κᾆτα καθεδεῖ [δῆτα μοι]— καὶ ἐν Ἀχαρνεῦσι καθεδεῖται. [καὶ πάλιν· καθεδῶ] δικαστάς. φησί. [καὶ Τηλεκλείδης· καθεδοῦμαι. καὶ Φε‐ ρεκράτης· καθεστέον. καὶ Μένανδρος·]</w:t>
      </w:r>
    </w:p>
    <w:p>
      <w:r>
        <w:rPr>
          <w:rFonts w:ascii="Courier New" w:hAnsi="Courier New"/>
          <w:color w:val="555555"/>
          <w:sz w:val="20"/>
        </w:rPr>
        <w:t>[10]</w:t>
      </w:r>
    </w:p>
    <w:p>
      <w:r>
        <w:rPr>
          <w:rFonts w:ascii="Gentium Plus" w:hAnsi="Gentium Plus"/>
          <w:sz w:val="24"/>
        </w:rPr>
        <w:t>καθεδοῦμαι ἐνθαδὶ τὸν Λοξίαν αὐτὸν κατα‐ λαβών. καὶ Πλάτων· πρόαγε δὴ καὶ σκόπει ἅμα, ὅπου καθεδούμεθα. καὶ χωρίσαι χωρὶς μὲν τοὺς ὁπλίτας, χωρὶς δὲ τοὺς ἱππέας. καὶ καθέσαι,</w:t>
      </w:r>
    </w:p>
    <w:p>
      <w:r>
        <w:rPr>
          <w:rFonts w:ascii="Courier New" w:hAnsi="Courier New"/>
          <w:color w:val="555555"/>
          <w:sz w:val="20"/>
        </w:rPr>
        <w:t>[15]</w:t>
      </w:r>
    </w:p>
    <w:p>
      <w:r>
        <w:rPr>
          <w:rFonts w:ascii="Gentium Plus" w:hAnsi="Gentium Plus"/>
          <w:sz w:val="24"/>
        </w:rPr>
        <w:t>καὶ καθῆσθαι, καὶ καθιεῖ, καὶ καθίζειν, οὐ</w:t>
      </w:r>
    </w:p>
    <w:p>
      <w:r>
        <w:rPr>
          <w:rFonts w:ascii="Courier New" w:hAnsi="Courier New"/>
          <w:color w:val="555555"/>
          <w:sz w:val="20"/>
        </w:rPr>
        <w:t>[kappa 1171]</w:t>
      </w:r>
    </w:p>
    <w:p>
      <w:r>
        <w:rPr>
          <w:rFonts w:ascii="Gentium Plus" w:hAnsi="Gentium Plus"/>
          <w:sz w:val="24"/>
        </w:rPr>
        <w:t>καθιζάνειν. καὶ καθῆστο, καθοίμην, καθή‐ μην, κάθηντο. Καθηλωκυῖα. κατηλοκυῖα δέ. Κακύνειν. ὑβρίζειν. κακύνειν τὸν πηλὸν, ὅ ἐστι</w:t>
      </w:r>
    </w:p>
    <w:p>
      <w:r>
        <w:rPr>
          <w:rFonts w:ascii="Courier New" w:hAnsi="Courier New"/>
          <w:color w:val="555555"/>
          <w:sz w:val="20"/>
        </w:rPr>
        <w:t>[5]</w:t>
      </w:r>
    </w:p>
    <w:p>
      <w:r>
        <w:rPr>
          <w:rFonts w:ascii="Gentium Plus" w:hAnsi="Gentium Plus"/>
          <w:sz w:val="24"/>
        </w:rPr>
        <w:t>τὸν ἄξιον ὕβρεως ὑβρίζειν. καὶ κακύνειν ἀντὶ τοῦ μωραίνειν. Κακχεῦσαι. τὸ καταβαλεῖν. Κακίζει. ἐπισκώπτει. Κακερουτίας. ἀντὶ τοῦ μετεωρίζου, μέγα ἐφρό‐</w:t>
      </w:r>
    </w:p>
    <w:p>
      <w:r>
        <w:rPr>
          <w:rFonts w:ascii="Courier New" w:hAnsi="Courier New"/>
          <w:color w:val="555555"/>
          <w:sz w:val="20"/>
        </w:rPr>
        <w:t>[10]</w:t>
      </w:r>
    </w:p>
    <w:p>
      <w:r>
        <w:rPr>
          <w:rFonts w:ascii="Gentium Plus" w:hAnsi="Gentium Plus"/>
          <w:sz w:val="24"/>
        </w:rPr>
        <w:t>νεις. ἀπὸ δὲ τῶν κερατοφορούντων ἡ λέξις. Καλχαίνειν. κατὰ βάθος μεριμνᾷν. [καὶ κάλ‐ χη ἡ πορφύρα, ὅθεν καὶ πορφύρειν τὸ με‐ ριμνᾷν.] Καλαμῶνται. πλεονεκτοῦσι. καὶ καλαμᾶται,</w:t>
      </w:r>
    </w:p>
    <w:p>
      <w:r>
        <w:rPr>
          <w:rFonts w:ascii="Courier New" w:hAnsi="Courier New"/>
          <w:color w:val="555555"/>
          <w:sz w:val="20"/>
        </w:rPr>
        <w:t>[15]</w:t>
      </w:r>
    </w:p>
    <w:p>
      <w:r>
        <w:rPr>
          <w:rFonts w:ascii="Gentium Plus" w:hAnsi="Gentium Plus"/>
          <w:sz w:val="24"/>
        </w:rPr>
        <w:t>ἐπανατρυγᾷ, ἢ τὰ ἀποθερίσματα συλλέγει.</w:t>
      </w:r>
    </w:p>
    <w:p>
      <w:r>
        <w:rPr>
          <w:rFonts w:ascii="Courier New" w:hAnsi="Courier New"/>
          <w:color w:val="555555"/>
          <w:sz w:val="20"/>
        </w:rPr>
        <w:t>[kappa 1172]</w:t>
      </w:r>
    </w:p>
    <w:p>
      <w:r>
        <w:rPr>
          <w:rFonts w:ascii="Gentium Plus" w:hAnsi="Gentium Plus"/>
          <w:sz w:val="24"/>
        </w:rPr>
        <w:t>Καλινδούμενος. κυλιόμενος. Καλλύνει. κοσμεῖ. Καπηλεύουσιν. ἀγοράζουσιν, ἢ πιπράσκουσιν. Καρποφορήσει. προσφέρει.</w:t>
      </w:r>
    </w:p>
    <w:p>
      <w:r>
        <w:rPr>
          <w:rFonts w:ascii="Courier New" w:hAnsi="Courier New"/>
          <w:color w:val="555555"/>
          <w:sz w:val="20"/>
        </w:rPr>
        <w:t>[5]</w:t>
      </w:r>
    </w:p>
    <w:p>
      <w:r>
        <w:rPr>
          <w:rFonts w:ascii="Gentium Plus" w:hAnsi="Gentium Plus"/>
          <w:sz w:val="24"/>
        </w:rPr>
        <w:t>Καρηβαρῶν. τὴν κεφαλὴν βαρούμενος. Καρωθείς. τὴν κεφαλὴν σεισθεὶς, ἢ βαρυν‐ θεὶς, ἢ σκοτοδινήσας. Κατανύγητε. κολάσατε, τιμωρήσατε, νύξατε, κεντήσατε.</w:t>
      </w:r>
    </w:p>
    <w:p>
      <w:r>
        <w:rPr>
          <w:rFonts w:ascii="Courier New" w:hAnsi="Courier New"/>
          <w:color w:val="555555"/>
          <w:sz w:val="20"/>
        </w:rPr>
        <w:t>[10]</w:t>
      </w:r>
    </w:p>
    <w:p>
      <w:r>
        <w:rPr>
          <w:rFonts w:ascii="Gentium Plus" w:hAnsi="Gentium Plus"/>
          <w:sz w:val="24"/>
        </w:rPr>
        <w:t>Κατημαξευμένος. τετριμμένος. Κατηγλαϊσμένος. λελαμπρυσμένος. Κατεστυγημένον. μεμισημένον. Κάτιδε. θεώρησον. Καταπτήσσει. δειλιᾷ. φοβεῖται, συστέλλεται.</w:t>
      </w:r>
    </w:p>
    <w:p>
      <w:r>
        <w:rPr>
          <w:rFonts w:ascii="Courier New" w:hAnsi="Courier New"/>
          <w:color w:val="555555"/>
          <w:sz w:val="20"/>
        </w:rPr>
        <w:t>[15]</w:t>
      </w:r>
    </w:p>
    <w:p>
      <w:r>
        <w:rPr>
          <w:rFonts w:ascii="Gentium Plus" w:hAnsi="Gentium Plus"/>
          <w:sz w:val="24"/>
        </w:rPr>
        <w:t>Κατεδηδοκέναι. καταφαγεῖν. Καταλεάνας. κατατρίψας. ὁμαλίσας.</w:t>
      </w:r>
    </w:p>
    <w:p>
      <w:r>
        <w:rPr>
          <w:rFonts w:ascii="Courier New" w:hAnsi="Courier New"/>
          <w:color w:val="555555"/>
          <w:sz w:val="20"/>
        </w:rPr>
        <w:t>[kappa 1173]</w:t>
      </w:r>
    </w:p>
    <w:p>
      <w:r>
        <w:rPr>
          <w:rFonts w:ascii="Gentium Plus" w:hAnsi="Gentium Plus"/>
          <w:sz w:val="24"/>
        </w:rPr>
        <w:t>Κατεπιάνθη. ἐλιπάνθη. Καττύω. ῥάπτω, κατασκευάζω. Κατέλευσαν. ἐλιθοβόλησαν. Κατεξανίσταται. κατεπαίρεται.</w:t>
      </w:r>
    </w:p>
    <w:p>
      <w:r>
        <w:rPr>
          <w:rFonts w:ascii="Courier New" w:hAnsi="Courier New"/>
          <w:color w:val="555555"/>
          <w:sz w:val="20"/>
        </w:rPr>
        <w:t>[5]</w:t>
      </w:r>
    </w:p>
    <w:p>
      <w:r>
        <w:rPr>
          <w:rFonts w:ascii="Gentium Plus" w:hAnsi="Gentium Plus"/>
          <w:sz w:val="24"/>
        </w:rPr>
        <w:t>Κατεπτηχέναι. πεφοβῆσθαι. Κατοιόμενος. ὁ νομίζων ἑαυτὸν μέγαν, καὶ φυ‐ σῶν καὶ ὑπερηφανευόμενος. Κατακήλει. καταθέλγει. Κατοῤῥωδεῖ. φοβεῖται.</w:t>
      </w:r>
    </w:p>
    <w:p>
      <w:r>
        <w:rPr>
          <w:rFonts w:ascii="Courier New" w:hAnsi="Courier New"/>
          <w:color w:val="555555"/>
          <w:sz w:val="20"/>
        </w:rPr>
        <w:t>[10]</w:t>
      </w:r>
    </w:p>
    <w:p>
      <w:r>
        <w:rPr>
          <w:rFonts w:ascii="Gentium Plus" w:hAnsi="Gentium Plus"/>
          <w:sz w:val="24"/>
        </w:rPr>
        <w:t>Κατεγνυπῶσθαι. ἀντὶ τοῦ παρειμένος εἶναι καὶ μελανός. ἀπὸ τοῦ εἰς γόνυ πίπτειν. Κατακερματίζει. κατακόπτει. Κατηχήθησαν. ἐδιδάχθησαν. Κατέληξε. κατέπαυσε.</w:t>
      </w:r>
    </w:p>
    <w:p>
      <w:r>
        <w:rPr>
          <w:rFonts w:ascii="Courier New" w:hAnsi="Courier New"/>
          <w:color w:val="555555"/>
          <w:sz w:val="20"/>
        </w:rPr>
        <w:t>[15]</w:t>
      </w:r>
    </w:p>
    <w:p>
      <w:r>
        <w:rPr>
          <w:rFonts w:ascii="Gentium Plus" w:hAnsi="Gentium Plus"/>
          <w:sz w:val="24"/>
        </w:rPr>
        <w:t>Κατευνάσαι. κοιμίσαι, καταπραΰναι. Κατευμεγεθήσας. ὑπερβαλὼν, νικήσας. Κατῃκίσατο. ἐβασάνισεν. ἐμάστιξε.</w:t>
      </w:r>
    </w:p>
    <w:p>
      <w:r>
        <w:rPr>
          <w:rFonts w:ascii="Courier New" w:hAnsi="Courier New"/>
          <w:color w:val="555555"/>
          <w:sz w:val="20"/>
        </w:rPr>
        <w:t>[kappa 1174]</w:t>
      </w:r>
    </w:p>
    <w:p>
      <w:r>
        <w:rPr>
          <w:rFonts w:ascii="Gentium Plus" w:hAnsi="Gentium Plus"/>
          <w:sz w:val="24"/>
        </w:rPr>
        <w:t>Κατολιγώρησαν. ἐμικροψύχησαν. καὶ ἀντὶ τοῦ κατεφρόνησαν. Καταδύντος. βυθισθέντος. Κατῄδεσα. αἰσχυνθῆναι ἐποίησα.</w:t>
      </w:r>
    </w:p>
    <w:p>
      <w:r>
        <w:rPr>
          <w:rFonts w:ascii="Courier New" w:hAnsi="Courier New"/>
          <w:color w:val="555555"/>
          <w:sz w:val="20"/>
        </w:rPr>
        <w:t>[5]</w:t>
      </w:r>
    </w:p>
    <w:p>
      <w:r>
        <w:rPr>
          <w:rFonts w:ascii="Gentium Plus" w:hAnsi="Gentium Plus"/>
          <w:sz w:val="24"/>
        </w:rPr>
        <w:t>Κάτεισι. κατέρχεται. Καταληΐζεται. διαρπάζει. Καταῤῥαψῳδεῖ. φλυαρεῖ. Κατασείει. καταβάλλει. Κατεστόρεσεν. ἐπράϋνεν. κατέστρωσεν.</w:t>
      </w:r>
    </w:p>
    <w:p>
      <w:r>
        <w:rPr>
          <w:rFonts w:ascii="Courier New" w:hAnsi="Courier New"/>
          <w:color w:val="555555"/>
          <w:sz w:val="20"/>
        </w:rPr>
        <w:t>[10]</w:t>
      </w:r>
    </w:p>
    <w:p>
      <w:r>
        <w:rPr>
          <w:rFonts w:ascii="Gentium Plus" w:hAnsi="Gentium Plus"/>
          <w:sz w:val="24"/>
        </w:rPr>
        <w:t>Κατέστικται. πεποίκιλται. Καταψηφίζεται. κατακρίνεται. Κατεσκίῤῥωται. ἐσκλήρωται. σκίῤῥος γὰρ ὁ γύψος. Καταθρήσωμεν. θεωρήσωμεν.</w:t>
      </w:r>
    </w:p>
    <w:p>
      <w:r>
        <w:rPr>
          <w:rFonts w:ascii="Courier New" w:hAnsi="Courier New"/>
          <w:color w:val="555555"/>
          <w:sz w:val="20"/>
        </w:rPr>
        <w:t>[15]</w:t>
      </w:r>
    </w:p>
    <w:p>
      <w:r>
        <w:rPr>
          <w:rFonts w:ascii="Gentium Plus" w:hAnsi="Gentium Plus"/>
          <w:sz w:val="24"/>
        </w:rPr>
        <w:t>Κατασκίδναται. διασκορπίζεται. Κατειρωνεύεται. ὑποκρίνεται. Κατώλισθον. ἔπεσον.</w:t>
      </w:r>
    </w:p>
    <w:p>
      <w:r>
        <w:rPr>
          <w:rFonts w:ascii="Courier New" w:hAnsi="Courier New"/>
          <w:color w:val="555555"/>
          <w:sz w:val="20"/>
        </w:rPr>
        <w:t>[kappa 1175]</w:t>
      </w:r>
    </w:p>
    <w:p>
      <w:r>
        <w:rPr>
          <w:rFonts w:ascii="Gentium Plus" w:hAnsi="Gentium Plus"/>
          <w:sz w:val="24"/>
        </w:rPr>
        <w:t>Κατανδρίζεται. καταπαλαίει. Κατεκαλλύνετο. ἐκοσμεῖτο, ἐλαμπρύνετο. Κατακερτομοῦντες. σκώπτοντες. Κατασπέρχειν. κατασπουδάζειν.</w:t>
      </w:r>
    </w:p>
    <w:p>
      <w:r>
        <w:rPr>
          <w:rFonts w:ascii="Courier New" w:hAnsi="Courier New"/>
          <w:color w:val="555555"/>
          <w:sz w:val="20"/>
        </w:rPr>
        <w:t>[5]</w:t>
      </w:r>
    </w:p>
    <w:p>
      <w:r>
        <w:rPr>
          <w:rFonts w:ascii="Gentium Plus" w:hAnsi="Gentium Plus"/>
          <w:sz w:val="24"/>
        </w:rPr>
        <w:t>Κατεαγώς. καταθλάσας. Καταδύεται. κατακρύπτεται. Κατωρχήσαντο. ἐνέπαιξαν. Κατορυγῶσι. ταφῶσι. Κατεῤῥύη. ἠφανίσθη.</w:t>
      </w:r>
    </w:p>
    <w:p>
      <w:r>
        <w:rPr>
          <w:rFonts w:ascii="Courier New" w:hAnsi="Courier New"/>
          <w:color w:val="555555"/>
          <w:sz w:val="20"/>
        </w:rPr>
        <w:t>[10]</w:t>
      </w:r>
    </w:p>
    <w:p>
      <w:r>
        <w:rPr>
          <w:rFonts w:ascii="Gentium Plus" w:hAnsi="Gentium Plus"/>
          <w:sz w:val="24"/>
        </w:rPr>
        <w:t>Κατενεμήσατο. ἐβοσκήθη. Καταλάμπεσθαι. τὴν ὁλοτελῆ ὄψιν δηλοῖ. Καταιδέσῃ. ἀξίους αἰδοῦς παρασκευάσῃ. Καταβραβευέτω. παραλογιζέσθω· ἢ κατακρι‐ νέτω.</w:t>
      </w:r>
    </w:p>
    <w:p>
      <w:r>
        <w:rPr>
          <w:rFonts w:ascii="Courier New" w:hAnsi="Courier New"/>
          <w:color w:val="555555"/>
          <w:sz w:val="20"/>
        </w:rPr>
        <w:t>[15]</w:t>
      </w:r>
    </w:p>
    <w:p>
      <w:r>
        <w:rPr>
          <w:rFonts w:ascii="Gentium Plus" w:hAnsi="Gentium Plus"/>
          <w:sz w:val="24"/>
        </w:rPr>
        <w:t>Καταθοινήσασθαι. καταφαγεῖν. θοίνη γὰρ ἡ εὐωχία.</w:t>
      </w:r>
    </w:p>
    <w:p>
      <w:r>
        <w:rPr>
          <w:rFonts w:ascii="Courier New" w:hAnsi="Courier New"/>
          <w:color w:val="555555"/>
          <w:sz w:val="20"/>
        </w:rPr>
        <w:t>[kappa 1176]</w:t>
      </w:r>
    </w:p>
    <w:p>
      <w:r>
        <w:rPr>
          <w:rFonts w:ascii="Gentium Plus" w:hAnsi="Gentium Plus"/>
          <w:sz w:val="24"/>
        </w:rPr>
        <w:t>Κατεστρατοπέδευσε. κατέδραμε πολεμικῶς. Κατισχυμένος. κεκρατημένος. Κατῃσχυμμένος δὲ, ὁ ἄξιος αἰσχύνης, η. Κατοιχομένων. ἀπελθόντων, τεθνεώτων.</w:t>
      </w:r>
    </w:p>
    <w:p>
      <w:r>
        <w:rPr>
          <w:rFonts w:ascii="Courier New" w:hAnsi="Courier New"/>
          <w:color w:val="555555"/>
          <w:sz w:val="20"/>
        </w:rPr>
        <w:t>[5]</w:t>
      </w:r>
    </w:p>
    <w:p>
      <w:r>
        <w:rPr>
          <w:rFonts w:ascii="Gentium Plus" w:hAnsi="Gentium Plus"/>
          <w:sz w:val="24"/>
        </w:rPr>
        <w:t>Καταδαρθεῖν. ἀναπεσεῖν ἐπὶ κλίνης, ἢ ὑπνῶ‐ σαι. καταδαρθεῖν τάπησι. Καρδαμύττειν. τὸ συνεχῶς τὰ βλέφαρα κινεῖν, καὶ εἰς ἐπίμυσιν ἄγειν. εἴρηται ἐκ τοῦ καρδάμου. Καταργῶ. τὸ ἀποπαύω καὶ πληρῶ. κατηργήθη</w:t>
      </w:r>
    </w:p>
    <w:p>
      <w:r>
        <w:rPr>
          <w:rFonts w:ascii="Courier New" w:hAnsi="Courier New"/>
          <w:color w:val="555555"/>
          <w:sz w:val="20"/>
        </w:rPr>
        <w:t>[10]</w:t>
      </w:r>
    </w:p>
    <w:p>
      <w:r>
        <w:rPr>
          <w:rFonts w:ascii="Gentium Plus" w:hAnsi="Gentium Plus"/>
          <w:sz w:val="24"/>
        </w:rPr>
        <w:t>γὰρ ὁ νόμος ἀντὶ τοῦ ἀπεπαύθη. γίνεται δὲ ἐκ τῆς κατὰ προθέσεως καὶ τοῦ ἀργῶ. τοῦτο ἐκ τοῦ ἀργὸς, ὃ σημαίνει τὸ ἄπρακτον. τοῦτο παρὰ τὸ ἀεργὸς κατὰ συγκοπήν. Καχλάζει. ἀντὶ τοῦ βράζει.</w:t>
      </w:r>
    </w:p>
    <w:p>
      <w:r>
        <w:rPr>
          <w:rFonts w:ascii="Courier New" w:hAnsi="Courier New"/>
          <w:color w:val="555555"/>
          <w:sz w:val="20"/>
        </w:rPr>
        <w:t>[15]</w:t>
      </w:r>
    </w:p>
    <w:p>
      <w:r>
        <w:rPr>
          <w:rFonts w:ascii="Gentium Plus" w:hAnsi="Gentium Plus"/>
          <w:sz w:val="24"/>
        </w:rPr>
        <w:t>Καινοτομοῦνται. νεουργοῦνται.</w:t>
      </w:r>
    </w:p>
    <w:p>
      <w:r>
        <w:rPr>
          <w:rFonts w:ascii="Courier New" w:hAnsi="Courier New"/>
          <w:color w:val="555555"/>
          <w:sz w:val="20"/>
        </w:rPr>
        <w:t>[kappa 1177]</w:t>
      </w:r>
    </w:p>
    <w:p>
      <w:r>
        <w:rPr>
          <w:rFonts w:ascii="Gentium Plus" w:hAnsi="Gentium Plus"/>
          <w:sz w:val="24"/>
        </w:rPr>
        <w:t>Καραδοκεῖν. τὸ τῇ κεφαλῇ προσβλέπειν ἐκδεχό‐ μενον, μήποτε κέαρ ἔγκειται. Καρηβαρεῖν. τὴν κεφαλὴν καταβαρεῖσθαι. ἢ πα‐ ρὰ τὸ βάλλειν αὐτὴν ἀπὸ μέθης.</w:t>
      </w:r>
    </w:p>
    <w:p>
      <w:r>
        <w:rPr>
          <w:rFonts w:ascii="Courier New" w:hAnsi="Courier New"/>
          <w:color w:val="555555"/>
          <w:sz w:val="20"/>
        </w:rPr>
        <w:t>[5]</w:t>
      </w:r>
    </w:p>
    <w:p>
      <w:r>
        <w:rPr>
          <w:rFonts w:ascii="Gentium Plus" w:hAnsi="Gentium Plus"/>
          <w:sz w:val="24"/>
        </w:rPr>
        <w:t>Καταδημοβορῆσαι. ἀντὶ τοῦ καταναλῶσαι. Καγχαλᾷν. χαίρειν. ὡς παρὰ τὸ χῶ γίνεται κατὰ παραγωγὴν χαίρω, οὕτως καὶ παρὰ τὸ χῶ, χλῶ, καὶ κατὰ παραγωγὴν χαλῶ, καὶ κα‐ τὰ ἀναδιπλασιασμὸν καὶ πλεονασμὸν τοῦ γ γί‐</w:t>
      </w:r>
    </w:p>
    <w:p>
      <w:r>
        <w:rPr>
          <w:rFonts w:ascii="Courier New" w:hAnsi="Courier New"/>
          <w:color w:val="555555"/>
          <w:sz w:val="20"/>
        </w:rPr>
        <w:t>[10]</w:t>
      </w:r>
    </w:p>
    <w:p>
      <w:r>
        <w:rPr>
          <w:rFonts w:ascii="Gentium Plus" w:hAnsi="Gentium Plus"/>
          <w:sz w:val="24"/>
        </w:rPr>
        <w:t>νεται [χαγχαλῶ καὶ] καγχαλῶ. Κάθημαι. ἐκ τοῦ καθίζω. τοῦτο ἐκ τοῦ ἕζω, ἵζω. καὶ ἐν συνθέσει καθίζω. ἄλλους μὲν κάθισον Τρῶας— καὶ τὸ διὰ τοῦ η.</w:t>
      </w:r>
    </w:p>
    <w:p>
      <w:r>
        <w:rPr>
          <w:rFonts w:ascii="Courier New" w:hAnsi="Courier New"/>
          <w:color w:val="555555"/>
          <w:sz w:val="20"/>
        </w:rPr>
        <w:t>[15]</w:t>
      </w:r>
    </w:p>
    <w:p>
      <w:r>
        <w:rPr>
          <w:rFonts w:ascii="Gentium Plus" w:hAnsi="Gentium Plus"/>
          <w:sz w:val="24"/>
        </w:rPr>
        <w:t>—ἀλλ’ αὐτός τε κάθησο—. Καθ’ ἡμῶν. δεῖ γινώσκειν, ὅτι φωνήεντος δασέος ἐπιφερομένου τρέπεται τὸ ψιλὸν σύμφωνον εἰς ἀντίστοιχον τοῦ δασέος. οἷον· κατὰ ἡμῶν, καθ’ ἡμῶν. ἐπὶ ἡμᾶς, ἐφ’ ἡμᾶς. ψιλουμένου δὲ φω‐</w:t>
      </w:r>
    </w:p>
    <w:p>
      <w:r>
        <w:rPr>
          <w:rFonts w:ascii="Courier New" w:hAnsi="Courier New"/>
          <w:color w:val="555555"/>
          <w:sz w:val="20"/>
        </w:rPr>
        <w:t>[20]</w:t>
      </w:r>
    </w:p>
    <w:p>
      <w:r>
        <w:rPr>
          <w:rFonts w:ascii="Gentium Plus" w:hAnsi="Gentium Plus"/>
          <w:sz w:val="24"/>
        </w:rPr>
        <w:t>νήεντος ἐπιφερομένου, οὐ τρέπεται τὸ δασὺ σύμ‐ φωνον εἰς ψιλόν. οἷον· ἀμφὶ ἀγαθὸν, ἀμφ’ ἀγαθόν. τοῦτο δὲ γίνεται, ἐπειδὴ τὰ δασέα ἐπικρατέστερά εἰσι καὶ ἰσχυρότερα τῶν ψιλῶν. Καθῆστο. ἕω, ὁ μέλλων ἕσω, ὁ παρακείμενος</w:t>
      </w:r>
    </w:p>
    <w:p>
      <w:r>
        <w:rPr>
          <w:rFonts w:ascii="Courier New" w:hAnsi="Courier New"/>
          <w:color w:val="555555"/>
          <w:sz w:val="20"/>
        </w:rPr>
        <w:t>[25]</w:t>
      </w:r>
    </w:p>
    <w:p>
      <w:r>
        <w:rPr>
          <w:rFonts w:ascii="Gentium Plus" w:hAnsi="Gentium Plus"/>
          <w:sz w:val="24"/>
        </w:rPr>
        <w:t>ἧκα, ὁ παθητικὸς ἧσμαι, ὁ ὑπερσυντέλικος</w:t>
      </w:r>
    </w:p>
    <w:p>
      <w:r>
        <w:rPr>
          <w:rFonts w:ascii="Courier New" w:hAnsi="Courier New"/>
          <w:color w:val="555555"/>
          <w:sz w:val="20"/>
        </w:rPr>
        <w:t>[kappa 1178]</w:t>
      </w:r>
    </w:p>
    <w:p>
      <w:r>
        <w:rPr>
          <w:rFonts w:ascii="Gentium Plus" w:hAnsi="Gentium Plus"/>
          <w:sz w:val="24"/>
        </w:rPr>
        <w:t>ἥσμην, ἧσο τὸ δεύτερον, τὸ τρίτον ἧστο, καὶ ἐν συνθέσει καθῆστο. Κατάκτανε. φόνευσον. ἡ κατὰ συγκοπτομένη, ἐὰν ἐπάγηται δύο σύμφωνα παντελῶς ἀποβάλ‐</w:t>
      </w:r>
    </w:p>
    <w:p>
      <w:r>
        <w:rPr>
          <w:rFonts w:ascii="Courier New" w:hAnsi="Courier New"/>
          <w:color w:val="555555"/>
          <w:sz w:val="20"/>
        </w:rPr>
        <w:t>[5]</w:t>
      </w:r>
    </w:p>
    <w:p>
      <w:r>
        <w:rPr>
          <w:rFonts w:ascii="Gentium Plus" w:hAnsi="Gentium Plus"/>
          <w:sz w:val="24"/>
        </w:rPr>
        <w:t>λει τὸ τ. κατάκτανε, κάκτανε. κατάσχεθε, κάσχεθε. Καταρτίζω. ἁρμόζω. ἐκ τοῦ ἀρτῶ, ἀρτίζω. Καταποντωθῆναι. ἀντὶ τοῦ καταποντισθῆναι. τῶν Ἀττικῶν δέ ἐστι.</w:t>
      </w:r>
    </w:p>
    <w:p>
      <w:r>
        <w:rPr>
          <w:rFonts w:ascii="Courier New" w:hAnsi="Courier New"/>
          <w:color w:val="555555"/>
          <w:sz w:val="20"/>
        </w:rPr>
        <w:t>[10]</w:t>
      </w:r>
    </w:p>
    <w:p>
      <w:r>
        <w:rPr>
          <w:rFonts w:ascii="Gentium Plus" w:hAnsi="Gentium Plus"/>
          <w:sz w:val="24"/>
        </w:rPr>
        <w:t>Καταπροΐξασθαι. ἀπὸ τῆς προικὸς, ἣν διαι‐ ροῦντες οἱ Ἴωνες πρόϊκα λέγουσι. Κατέκτανθεν. ἀπὸ τοῦ κτείνω, κτανῶ· ὁ ἀό‐ ριστος παθητικὸς ἐκτάνθην, ὡς φαίνω ἐφάν‐ θημεν· τὸ πρῶτον τῶν πληθυντικῶν ἐκτάνθη‐</w:t>
      </w:r>
    </w:p>
    <w:p>
      <w:r>
        <w:rPr>
          <w:rFonts w:ascii="Courier New" w:hAnsi="Courier New"/>
          <w:color w:val="555555"/>
          <w:sz w:val="20"/>
        </w:rPr>
        <w:t>[15]</w:t>
      </w:r>
    </w:p>
    <w:p>
      <w:r>
        <w:rPr>
          <w:rFonts w:ascii="Gentium Plus" w:hAnsi="Gentium Plus"/>
          <w:sz w:val="24"/>
        </w:rPr>
        <w:t>μεν, ἐκτάνθητε, ἐκτάνθησαν, ἔκτανθεν· ὡς ἐφάνθημεν, ἐφάνθησαν, ἔφανθεν. Κατέκτανεν. ἀπὸ τοῦ κτείνω, κτενῶ, ἔκτεινα· ὁ δεύτερος ἀόριστος ἔκτανον, ἔκτανες, ἔκτανε, καὶ κατέκτανε.</w:t>
      </w:r>
    </w:p>
    <w:p>
      <w:r>
        <w:rPr>
          <w:rFonts w:ascii="Courier New" w:hAnsi="Courier New"/>
          <w:color w:val="555555"/>
          <w:sz w:val="20"/>
        </w:rPr>
        <w:t>[20]</w:t>
      </w:r>
    </w:p>
    <w:p>
      <w:r>
        <w:rPr>
          <w:rFonts w:ascii="Gentium Plus" w:hAnsi="Gentium Plus"/>
          <w:sz w:val="24"/>
        </w:rPr>
        <w:t>Κατισχνωθέντα. λεπτυνθέντα. ἀπὸ τοῦ ἴσχω ἰσχνῶ τρίτης συζυγίας τῶν περισπωμένων. Κατεπόθη. ἐποντίσθη. ἔστι ῥῆμα παράγωγον πῶμι, ὁ μέλλων πώσω, ὁ παρακείμενος πέπωκα, ὁ παθητικὸς πέπομαι, διὰ τοῦ ο μικροῦ· ὡς δέ‐</w:t>
      </w:r>
    </w:p>
    <w:p>
      <w:r>
        <w:rPr>
          <w:rFonts w:ascii="Courier New" w:hAnsi="Courier New"/>
          <w:color w:val="555555"/>
          <w:sz w:val="20"/>
        </w:rPr>
        <w:t>[25]</w:t>
      </w:r>
    </w:p>
    <w:p>
      <w:r>
        <w:rPr>
          <w:rFonts w:ascii="Gentium Plus" w:hAnsi="Gentium Plus"/>
          <w:sz w:val="24"/>
        </w:rPr>
        <w:t>δωκα, δέδομαι· ὁ δεύτερος ἀόριστος ἐπόθην καὶ</w:t>
      </w:r>
    </w:p>
    <w:p>
      <w:r>
        <w:rPr>
          <w:rFonts w:ascii="Courier New" w:hAnsi="Courier New"/>
          <w:color w:val="555555"/>
          <w:sz w:val="20"/>
        </w:rPr>
        <w:t>[kappa 1179]</w:t>
      </w:r>
    </w:p>
    <w:p>
      <w:r>
        <w:rPr>
          <w:rFonts w:ascii="Gentium Plus" w:hAnsi="Gentium Plus"/>
          <w:sz w:val="24"/>
        </w:rPr>
        <w:t>Κατῃόνων. κατήντλουν. ἔχει τὸ ι. ἀπὸ γὰρ τοῦ καταιονῶ, καταιονᾷς, καταιονᾷ. Κατῄρεε. κατέλαβε. παρὰ τὸ αἱρῶ περισπώμε‐ νον, ὃ σημαίνει τὸ καταλαμβάνω. καὶ Ὅμη‐</w:t>
      </w:r>
    </w:p>
    <w:p>
      <w:r>
        <w:rPr>
          <w:rFonts w:ascii="Courier New" w:hAnsi="Courier New"/>
          <w:color w:val="555555"/>
          <w:sz w:val="20"/>
        </w:rPr>
        <w:t>[5]</w:t>
      </w:r>
    </w:p>
    <w:p>
      <w:r>
        <w:rPr>
          <w:rFonts w:ascii="Gentium Plus" w:hAnsi="Gentium Plus"/>
          <w:sz w:val="24"/>
        </w:rPr>
        <w:t>ρος· —μὴ δέ σε λήθη αἱρείτω—. Καχλάζω. τὸ ταράσσω. πεποίηται ἡ λέξις. ὁ γὰρ ἦχος τοῦ κύματος ἐν τῷ κοιλώματι τῶν</w:t>
      </w:r>
    </w:p>
    <w:p>
      <w:r>
        <w:rPr>
          <w:rFonts w:ascii="Courier New" w:hAnsi="Courier New"/>
          <w:color w:val="555555"/>
          <w:sz w:val="20"/>
        </w:rPr>
        <w:t>[10]</w:t>
      </w:r>
    </w:p>
    <w:p>
      <w:r>
        <w:rPr>
          <w:rFonts w:ascii="Gentium Plus" w:hAnsi="Gentium Plus"/>
          <w:sz w:val="24"/>
        </w:rPr>
        <w:t>πετρῶν γινόμενος δοκεῖ μιμεῖσθαι τὸ κάχλα κάχλα. Καταλαλεῖν. τὸ εἰς ἀπόντα ὑπὸ τινῶν βλασ‐ φημεῖν. Καταργήσῃ. παύσῃ· νικήσῃ. ὅταν καταργήσῃ</w:t>
      </w:r>
    </w:p>
    <w:p>
      <w:r>
        <w:rPr>
          <w:rFonts w:ascii="Courier New" w:hAnsi="Courier New"/>
          <w:color w:val="555555"/>
          <w:sz w:val="20"/>
        </w:rPr>
        <w:t>[15]</w:t>
      </w:r>
    </w:p>
    <w:p>
      <w:r>
        <w:rPr>
          <w:rFonts w:ascii="Gentium Plus" w:hAnsi="Gentium Plus"/>
          <w:sz w:val="24"/>
        </w:rPr>
        <w:t>πᾶσαν ἀρχὴν καὶ πᾶσαν ἐξουσίαν. νῦν μὲν γὰρ ἐνεργοῦσιν αἱ πονηραὶ δυνάμεις, τότε δὲ οὐκ ἂν ἐνεργήσωσιν εἰς κόλασιν παραδιδόμενα.</w:t>
      </w:r>
    </w:p>
    <w:p>
      <w:pPr>
        <w:jc w:val="center"/>
      </w:pPr>
      <w:r>
        <w:rPr>
          <w:rFonts w:ascii="Gentium Plus" w:hAnsi="Gentium Plus"/>
          <w:b/>
          <w:sz w:val="24"/>
        </w:rPr>
        <w:t>(Ἐπίῤῥημα.)</w:t>
      </w:r>
    </w:p>
    <w:p>
      <w:r>
        <w:rPr>
          <w:rFonts w:ascii="Courier New" w:hAnsi="Courier New"/>
          <w:color w:val="555555"/>
          <w:sz w:val="20"/>
        </w:rPr>
        <w:t>[19]</w:t>
      </w:r>
    </w:p>
    <w:p>
      <w:r>
        <w:rPr>
          <w:rFonts w:ascii="Gentium Plus" w:hAnsi="Gentium Plus"/>
          <w:sz w:val="24"/>
        </w:rPr>
        <w:t>Καθάπαξ. παντελῶς, συντόμως, συλλήβδην.</w:t>
      </w:r>
    </w:p>
    <w:p>
      <w:r>
        <w:rPr>
          <w:rFonts w:ascii="Courier New" w:hAnsi="Courier New"/>
          <w:color w:val="555555"/>
          <w:sz w:val="20"/>
        </w:rPr>
        <w:t>[20]</w:t>
      </w:r>
    </w:p>
    <w:p>
      <w:r>
        <w:rPr>
          <w:rFonts w:ascii="Gentium Plus" w:hAnsi="Gentium Plus"/>
          <w:sz w:val="24"/>
        </w:rPr>
        <w:t>Καθαρῶς. ἀκριβῶς· σαφῶς. Κᾀνθάδε. ἀντὶ τοῦ ἐνθάδε. Καναχηδόν. μετὰ κτύπου. καναχὴ γὰρ ἡ βοὴ καὶ ἡ κραυγή. Κάρτα. ἀντὶ τοῦ λίαν.</w:t>
      </w:r>
    </w:p>
    <w:p>
      <w:r>
        <w:rPr>
          <w:rFonts w:ascii="Courier New" w:hAnsi="Courier New"/>
          <w:color w:val="555555"/>
          <w:sz w:val="20"/>
        </w:rPr>
        <w:t>[25]</w:t>
      </w:r>
    </w:p>
    <w:p>
      <w:r>
        <w:rPr>
          <w:rFonts w:ascii="Gentium Plus" w:hAnsi="Gentium Plus"/>
          <w:sz w:val="24"/>
        </w:rPr>
        <w:t>Καταφορικῶς. σφοδρῶς.</w:t>
      </w:r>
    </w:p>
    <w:p>
      <w:r>
        <w:rPr>
          <w:rFonts w:ascii="Courier New" w:hAnsi="Courier New"/>
          <w:color w:val="555555"/>
          <w:sz w:val="20"/>
        </w:rPr>
        <w:t>[kappa 1180]</w:t>
      </w:r>
    </w:p>
    <w:p>
      <w:r>
        <w:rPr>
          <w:rFonts w:ascii="Gentium Plus" w:hAnsi="Gentium Plus"/>
          <w:sz w:val="24"/>
        </w:rPr>
        <w:t>Κατὰ κράτος. ἰσχυρῶς. Κατὰ πόδας. παραυτά. Καταλλήλως. ἁρμοδίως, ἀκολούθως. Καταμόνας. ἀντὶ τοῦ κεχωρισμένως. ὡς τό· ὁ</w:t>
      </w:r>
    </w:p>
    <w:p>
      <w:r>
        <w:rPr>
          <w:rFonts w:ascii="Courier New" w:hAnsi="Courier New"/>
          <w:color w:val="555555"/>
          <w:sz w:val="20"/>
        </w:rPr>
        <w:t>[5]</w:t>
      </w:r>
    </w:p>
    <w:p>
      <w:r>
        <w:rPr>
          <w:rFonts w:ascii="Gentium Plus" w:hAnsi="Gentium Plus"/>
          <w:sz w:val="24"/>
        </w:rPr>
        <w:t>πλάσας κατὰ μόνας τὰς καρδίας αὐτῶν, ὡς λο‐ γικός φησι παρὰ τὰς τῶν λοιπῶν ζώων. Κατ’ εὐθύ. κατ’ εὐθεῖαν. Κατωμαδόν. κατὰ τοὺς ὤμους τῶν ἵππων. κατωμαδὸν ἤλασεν ἵππους.</w:t>
      </w:r>
    </w:p>
    <w:p>
      <w:r>
        <w:rPr>
          <w:rFonts w:ascii="Courier New" w:hAnsi="Courier New"/>
          <w:color w:val="555555"/>
          <w:sz w:val="20"/>
        </w:rPr>
        <w:t>[10]</w:t>
      </w:r>
    </w:p>
    <w:p>
      <w:r>
        <w:rPr>
          <w:rFonts w:ascii="Gentium Plus" w:hAnsi="Gentium Plus"/>
          <w:sz w:val="24"/>
        </w:rPr>
        <w:t>†Κατ’ ἶσον. ὁμοίως.† Καρπαλίμως. ταχέως. ὡς παρὰ τὸ γόνος γί‐ νεται γόνιμος, καὶ πομπὸς, πόμπιμος, οὕτως καὶ παρὰ τὸ κάπω, τὸ πνέω, ἐξ οὗ καὶ καπύω, οἷον· ἀπὸ δὲ ψυχὴν ἐκάπυσε—</w:t>
      </w:r>
    </w:p>
    <w:p>
      <w:r>
        <w:rPr>
          <w:rFonts w:ascii="Courier New" w:hAnsi="Courier New"/>
          <w:color w:val="555555"/>
          <w:sz w:val="20"/>
        </w:rPr>
        <w:t>[15]</w:t>
      </w:r>
    </w:p>
    <w:p>
      <w:r>
        <w:rPr>
          <w:rFonts w:ascii="Gentium Plus" w:hAnsi="Gentium Plus"/>
          <w:sz w:val="24"/>
        </w:rPr>
        <w:t>γίνεται κάπος καὶ πλεονασμῷ τοῦ ν, κάπνος, εἶτα μετὰ πλεονασμοῦ τοῦ ρ πάλιν κάρπνος καὶ κάρπνιμος. ἀποβολῇ οὖν τοῦ ν καὶ πλεονασμῷ τῆς αλ συλλαβῆς, καρπάλιμος, καὶ καρπαλί‐ μως ἐπίῤῥημα.</w:t>
      </w:r>
    </w:p>
    <w:p>
      <w:r>
        <w:rPr>
          <w:rFonts w:ascii="Courier New" w:hAnsi="Courier New"/>
          <w:color w:val="555555"/>
          <w:sz w:val="20"/>
        </w:rPr>
        <w:t>[20]</w:t>
      </w:r>
    </w:p>
    <w:p>
      <w:r>
        <w:rPr>
          <w:rFonts w:ascii="Gentium Plus" w:hAnsi="Gentium Plus"/>
          <w:sz w:val="24"/>
        </w:rPr>
        <w:t>Κάρτα. λίαν. παρὰ τὸ κρατὸς κρατέα, ὡς ταχὺς, ταχέα, καὶ κατὰ συγκοπὴν καὶ μετάθεσιν κάρτα. Καλῶς. παρὰ τὸ κάλλος. τὸ δὲ κάλλος παρὰ τὸ κάζω, τὸ κοσμῶ. Κακῶς. παρὰ τὸ χάζω, τὸ ὑποχωρῶ. τῷ γὰρ</w:t>
      </w:r>
    </w:p>
    <w:p>
      <w:r>
        <w:rPr>
          <w:rFonts w:ascii="Courier New" w:hAnsi="Courier New"/>
          <w:color w:val="555555"/>
          <w:sz w:val="20"/>
        </w:rPr>
        <w:t>[25]</w:t>
      </w:r>
    </w:p>
    <w:p>
      <w:r>
        <w:rPr>
          <w:rFonts w:ascii="Gentium Plus" w:hAnsi="Gentium Plus"/>
          <w:sz w:val="24"/>
        </w:rPr>
        <w:t>κακῷ πάντες ὑποχωροῦμεν.</w:t>
      </w:r>
    </w:p>
    <w:p>
      <w:pPr>
        <w:jc w:val="center"/>
      </w:pPr>
      <w:r>
        <w:rPr>
          <w:rFonts w:ascii="Gentium Plus" w:hAnsi="Gentium Plus"/>
          <w:b/>
          <w:sz w:val="24"/>
        </w:rPr>
        <w:t>Τὸ Κ μετὰ τοῦ Ε.</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Κεγχρίνης. εἶδος ὄρνιθος, ὃ λέγεται μηδ’ ὅλως διψᾷν. ἢ εἶδος ὄφεως· διὰ τὸ φαίνεσθαι αὐτὸν</w:t>
      </w:r>
    </w:p>
    <w:p>
      <w:r>
        <w:rPr>
          <w:rFonts w:ascii="Courier New" w:hAnsi="Courier New"/>
          <w:color w:val="555555"/>
          <w:sz w:val="20"/>
        </w:rPr>
        <w:t>[5]</w:t>
      </w:r>
    </w:p>
    <w:p>
      <w:r>
        <w:rPr>
          <w:rFonts w:ascii="Gentium Plus" w:hAnsi="Gentium Plus"/>
          <w:sz w:val="24"/>
        </w:rPr>
        <w:t>κατὰ καιρὸν τοῦ κέγχρου, ἢ διὰ τὸ ποικίλον εἶναι καὶ κατεστίχθαι· ὥσπερ γὰρ κέγχρους τινὰς ἐπὶ τὰ νῶτα ἔχει. Νίκανδρος· Θήεις κεγχρίνοις δολιχὸν τέρας. Κεδνός. συνετὸς, σώφρων, φρόνιμος, κηδεμονικώ‐</w:t>
      </w:r>
    </w:p>
    <w:p>
      <w:r>
        <w:rPr>
          <w:rFonts w:ascii="Courier New" w:hAnsi="Courier New"/>
          <w:color w:val="555555"/>
          <w:sz w:val="20"/>
        </w:rPr>
        <w:t>[10]</w:t>
      </w:r>
    </w:p>
    <w:p>
      <w:r>
        <w:rPr>
          <w:rFonts w:ascii="Gentium Plus" w:hAnsi="Gentium Plus"/>
          <w:sz w:val="24"/>
        </w:rPr>
        <w:t>τατος. κεδνὰ βουλεύματα. ἔστι ῥῆμα κοῶ, τὸ νοῶ, ὁ μέλλων κοήσω, καὶ ῥηματικὸν ὄνομα κόεδνος, ὥσπερ τέρπω, τερπνός· καὶ κατὰ συγ‐ κοπὴν κεδνός. ἢ κηδανός τις ὢν, οὗ ἄν τις κή‐ δοιτο.</w:t>
      </w:r>
    </w:p>
    <w:p>
      <w:r>
        <w:rPr>
          <w:rFonts w:ascii="Courier New" w:hAnsi="Courier New"/>
          <w:color w:val="555555"/>
          <w:sz w:val="20"/>
        </w:rPr>
        <w:t>[15]</w:t>
      </w:r>
    </w:p>
    <w:p>
      <w:r>
        <w:rPr>
          <w:rFonts w:ascii="Gentium Plus" w:hAnsi="Gentium Plus"/>
          <w:sz w:val="24"/>
        </w:rPr>
        <w:t>Κεηρός. κοῦφος. Κέθηγος. κύριον. Κέκροψ. ἀπατεὼν, ἢ γένος πιθήκων. κέρκωψ</w:t>
      </w:r>
    </w:p>
    <w:p>
      <w:r>
        <w:rPr>
          <w:rFonts w:ascii="Courier New" w:hAnsi="Courier New"/>
          <w:color w:val="555555"/>
          <w:sz w:val="20"/>
        </w:rPr>
        <w:t>[kappa 1182]</w:t>
      </w:r>
    </w:p>
    <w:p>
      <w:r>
        <w:rPr>
          <w:rFonts w:ascii="Gentium Plus" w:hAnsi="Gentium Plus"/>
          <w:sz w:val="24"/>
        </w:rPr>
        <w:t>Κέλωρ. κύριον, ἢ ὁ παῖς. Κέλης. ὁ μόνος ἵππος καὶ γεγυμνωμένος, ἢ καὶ σελλάριος ὁ μονοκάβαλλος. Κέλκοις. συάγροις.</w:t>
      </w:r>
    </w:p>
    <w:p>
      <w:r>
        <w:rPr>
          <w:rFonts w:ascii="Courier New" w:hAnsi="Courier New"/>
          <w:color w:val="555555"/>
          <w:sz w:val="20"/>
        </w:rPr>
        <w:t>[5]</w:t>
      </w:r>
    </w:p>
    <w:p>
      <w:r>
        <w:rPr>
          <w:rFonts w:ascii="Gentium Plus" w:hAnsi="Gentium Plus"/>
          <w:sz w:val="24"/>
        </w:rPr>
        <w:t>Κέλυφος. τὸ λέπυρον τοῦ ὠοῦ. Κελαδεινός. ἠχητικὸς, ἢ ὁ θορυβώδης. παρὰ τὸ κέλαδος, ὃ σημαίνει τὴν ταραχήν. πλῆτο ῥόος κελάδων. βαρυτονητέον τὴν μετοχὴν, κελάδοντος γὰρ ἡ</w:t>
      </w:r>
    </w:p>
    <w:p>
      <w:r>
        <w:rPr>
          <w:rFonts w:ascii="Courier New" w:hAnsi="Courier New"/>
          <w:color w:val="555555"/>
          <w:sz w:val="20"/>
        </w:rPr>
        <w:t>[10]</w:t>
      </w:r>
    </w:p>
    <w:p>
      <w:r>
        <w:rPr>
          <w:rFonts w:ascii="Gentium Plus" w:hAnsi="Gentium Plus"/>
          <w:sz w:val="24"/>
        </w:rPr>
        <w:t>μετοχὴ γενική· καὶ ἡ αἰτιατικὴ κελάδοντα, οὐ κελαδοῦντα. Κελαινεφής. μελανός. ἔστι φῶ, τὸ φαίνω, καὶ τὸ κελαίνειν, γίνεται κελαινοφὴς, καὶ τροπῇ κε‐ λαινεφής. *ἀπὸ γὰρ τοῦ Διὸς γέγονε καὶ τοῦ</w:t>
      </w:r>
    </w:p>
    <w:p>
      <w:r>
        <w:rPr>
          <w:rFonts w:ascii="Courier New" w:hAnsi="Courier New"/>
          <w:color w:val="555555"/>
          <w:sz w:val="20"/>
        </w:rPr>
        <w:t>[15]</w:t>
      </w:r>
    </w:p>
    <w:p>
      <w:r>
        <w:rPr>
          <w:rFonts w:ascii="Gentium Plus" w:hAnsi="Gentium Plus"/>
          <w:sz w:val="24"/>
        </w:rPr>
        <w:t>νέφους κελαινενοφής.* Κεκραγμός. ἡ βοή. κεκραγμὸν γάρ τινα [σκαιὸν]</w:t>
      </w:r>
    </w:p>
    <w:p>
      <w:r>
        <w:rPr>
          <w:rFonts w:ascii="Courier New" w:hAnsi="Courier New"/>
          <w:color w:val="555555"/>
          <w:sz w:val="20"/>
        </w:rPr>
        <w:t>[kappa 1183]</w:t>
      </w:r>
    </w:p>
    <w:p>
      <w:r>
        <w:rPr>
          <w:rFonts w:ascii="Gentium Plus" w:hAnsi="Gentium Plus"/>
          <w:sz w:val="24"/>
        </w:rPr>
        <w:t>Κέπφος. εἶδος ὀρνέου κούφου. καὶ κεπφωθεὶς ἀντὶ τοῦ ἐπαρθείς. †Κέπφος. ὁ λάρος.† Κενεῶνα. τὸν περὶ τὸν λαγόνα τόπον.</w:t>
      </w:r>
    </w:p>
    <w:p>
      <w:r>
        <w:rPr>
          <w:rFonts w:ascii="Courier New" w:hAnsi="Courier New"/>
          <w:color w:val="555555"/>
          <w:sz w:val="20"/>
        </w:rPr>
        <w:t>[5]</w:t>
      </w:r>
    </w:p>
    <w:p>
      <w:r>
        <w:rPr>
          <w:rFonts w:ascii="Gentium Plus" w:hAnsi="Gentium Plus"/>
          <w:sz w:val="24"/>
        </w:rPr>
        <w:t>Κεντυρίων. ἑκατόνταρχος. ἤτοι ταγματάρχης ἑκα‐ τοντάδος. κέντυ γὰρ παρὰ Ῥωμαίοις τὰ ἑκα‐ τόν. Κενός. ὁ μάταιος. [ὁ κοῦφος.] καὶ κενήριον τὸ κενοτάφιον.</w:t>
      </w:r>
    </w:p>
    <w:p>
      <w:r>
        <w:rPr>
          <w:rFonts w:ascii="Courier New" w:hAnsi="Courier New"/>
          <w:color w:val="555555"/>
          <w:sz w:val="20"/>
        </w:rPr>
        <w:t>[10]</w:t>
      </w:r>
    </w:p>
    <w:p>
      <w:r>
        <w:rPr>
          <w:rFonts w:ascii="Gentium Plus" w:hAnsi="Gentium Plus"/>
          <w:sz w:val="24"/>
        </w:rPr>
        <w:t>Κεῖνος. ἀντὶ τοῦ ἐκεῖνος. οὐκ ἔστιν ἐνταῦθα σχηματισμός· ἔστι γὰρ εἰπεῖν, τὸ ε φωνῆεν πέ‐ φυκε πλεονάζειν, οἷον ἥνδανεν, ἑήνδανεν, ὥρων, ἑώρων. Κέρα ἀγλαέ. λαμπρὲ τὴν τρίχα. κεραγλαέ.</w:t>
      </w:r>
    </w:p>
    <w:p>
      <w:r>
        <w:rPr>
          <w:rFonts w:ascii="Courier New" w:hAnsi="Courier New"/>
          <w:color w:val="555555"/>
          <w:sz w:val="20"/>
        </w:rPr>
        <w:t>[15]</w:t>
      </w:r>
    </w:p>
    <w:p>
      <w:r>
        <w:rPr>
          <w:rFonts w:ascii="Gentium Plus" w:hAnsi="Gentium Plus"/>
          <w:sz w:val="24"/>
        </w:rPr>
        <w:t>Κεραυνός. ἀστραπὴ σφοδρὰ, κατιοῦσα ἐπὶ γῆν καὶ τὰ περιτυχόντα φλογίζουσα.</w:t>
      </w:r>
    </w:p>
    <w:p>
      <w:r>
        <w:rPr>
          <w:rFonts w:ascii="Courier New" w:hAnsi="Courier New"/>
          <w:color w:val="555555"/>
          <w:sz w:val="20"/>
        </w:rPr>
        <w:t>[kappa 1184]</w:t>
      </w:r>
    </w:p>
    <w:p>
      <w:r>
        <w:rPr>
          <w:rFonts w:ascii="Gentium Plus" w:hAnsi="Gentium Plus"/>
          <w:sz w:val="24"/>
        </w:rPr>
        <w:t>Κερδαλέος. ποικίλος, πανοῦργος. κερδὼ γὰρ ἡ ἀλώπηξ, ὅ ἐστι ζῶον πανοῦργον. [κερδαλεόφρων, ὁ ἀπατεὼν, πανοῦργος. ὁ διόλου πείθων.] Κέρβερος. ὄνομα κυνὸς, ὃς μυθεύεται εἶναι ἐν τῷ</w:t>
      </w:r>
    </w:p>
    <w:p>
      <w:r>
        <w:rPr>
          <w:rFonts w:ascii="Courier New" w:hAnsi="Courier New"/>
          <w:color w:val="555555"/>
          <w:sz w:val="20"/>
        </w:rPr>
        <w:t>[5]</w:t>
      </w:r>
    </w:p>
    <w:p>
      <w:r>
        <w:rPr>
          <w:rFonts w:ascii="Gentium Plus" w:hAnsi="Gentium Plus"/>
          <w:sz w:val="24"/>
        </w:rPr>
        <w:t>ᾅδῃ, ὑπάρχειν δὲ καὶ τρικάρηνος ἤγουν τρικέ‐ φαλος. Κερουλκοί. οἱ τοὺς βόας ἕλκοντες τοῖς κέρασι. καὶ κερουλκούς τινας εἶδον ἄνδρας ἐγώ. Κεστός. ὁ κεντητὸς λῶρος, ἢ τὸ τῆς Ἀφροδίτης</w:t>
      </w:r>
    </w:p>
    <w:p>
      <w:r>
        <w:rPr>
          <w:rFonts w:ascii="Courier New" w:hAnsi="Courier New"/>
          <w:color w:val="555555"/>
          <w:sz w:val="20"/>
        </w:rPr>
        <w:t>[10]</w:t>
      </w:r>
    </w:p>
    <w:p>
      <w:r>
        <w:rPr>
          <w:rFonts w:ascii="Gentium Plus" w:hAnsi="Gentium Plus"/>
          <w:sz w:val="24"/>
        </w:rPr>
        <w:t>ἔνδυμα. καταχρηστικῶς δὲ καὶ πάντα τὰ τῶν γυναικῶν φαντασιώδη ἐνδύματα. Κεχὼς καὶ Κεχρέας. ὀνόματα κύρια. Κελεός. ὄρνεον ταχύτατον. ἀφ’ οὗ καὶ τὸ κέλ‐ λειν, ὅ ἐστι ταχέως βαδίζειν. καὶ τὸν ἱστόποδα</w:t>
      </w:r>
    </w:p>
    <w:p>
      <w:r>
        <w:rPr>
          <w:rFonts w:ascii="Courier New" w:hAnsi="Courier New"/>
          <w:color w:val="555555"/>
          <w:sz w:val="20"/>
        </w:rPr>
        <w:t>[15]</w:t>
      </w:r>
    </w:p>
    <w:p>
      <w:r>
        <w:rPr>
          <w:rFonts w:ascii="Gentium Plus" w:hAnsi="Gentium Plus"/>
          <w:sz w:val="24"/>
        </w:rPr>
        <w:t>κελεὸν λέγει ἀστεϊζόμενος. Κενεών. ἡ λαπάρα. παρὰ τὸ κενεὸν εἶναι</w:t>
      </w:r>
    </w:p>
    <w:p>
      <w:r>
        <w:rPr>
          <w:rFonts w:ascii="Courier New" w:hAnsi="Courier New"/>
          <w:color w:val="555555"/>
          <w:sz w:val="20"/>
        </w:rPr>
        <w:t>[kappa 1185]</w:t>
      </w:r>
    </w:p>
    <w:p>
      <w:r>
        <w:rPr>
          <w:rFonts w:ascii="Gentium Plus" w:hAnsi="Gentium Plus"/>
          <w:sz w:val="24"/>
        </w:rPr>
        <w:t>Κέλης. ὁ μονάμπυξ ἵππος καὶ δρομικός· ἐφ’ οὗ κάθηταί τις διεσκελισμένος. οὕτως Ἐπαφρόδι‐ τος. ὁ δὲ Ὠρίων λέγει, ὅτι παρὰ τὸ κέλλειν, τὸ τρέχειν. ὅθεν κέλευθος, ἡ ὁδός. παρ’ αὐτὸ</w:t>
      </w:r>
    </w:p>
    <w:p>
      <w:r>
        <w:rPr>
          <w:rFonts w:ascii="Courier New" w:hAnsi="Courier New"/>
          <w:color w:val="555555"/>
          <w:sz w:val="20"/>
        </w:rPr>
        <w:t>[5]</w:t>
      </w:r>
    </w:p>
    <w:p>
      <w:r>
        <w:rPr>
          <w:rFonts w:ascii="Gentium Plus" w:hAnsi="Gentium Plus"/>
          <w:sz w:val="24"/>
        </w:rPr>
        <w:t>γὰρ τὸ ἐξώκειλε φαμὲν, ὅ ἐστιν ἐξέβαλεν, ἐξέῤῥιψε. Κελτοί. ἔθνος. ἀπὸ Κελτοῦ, υἱοῦ Ἡρακλέος. Κενός. ὁ μάταιος, ὁ κοῦφος. οἶμαι, ὅτι παρὰ τὸ καίω κανὸς, καὶ κενὸς, ὁ κεκαυμένος καὶ σπο‐</w:t>
      </w:r>
    </w:p>
    <w:p>
      <w:r>
        <w:rPr>
          <w:rFonts w:ascii="Courier New" w:hAnsi="Courier New"/>
          <w:color w:val="555555"/>
          <w:sz w:val="20"/>
        </w:rPr>
        <w:t>[10]</w:t>
      </w:r>
    </w:p>
    <w:p>
      <w:r>
        <w:rPr>
          <w:rFonts w:ascii="Gentium Plus" w:hAnsi="Gentium Plus"/>
          <w:sz w:val="24"/>
        </w:rPr>
        <w:t>δὸς ὤν. ἢ ὅτι τὰ κεκαυμένα κοῦφα καὶ ἐλαφρὰ γίνεται. Κεραβάτης. ὁ τὰ ἀκρωτήρια τῶν ὀρέων, του‐ τέστι τὰς κορυφὰς βαίνων, οἱονεὶ ὀρειβάτης. κέρατα γὰρ καλοῦσι πάντα τὰ ἄκρα, ὡς φησὶ</w:t>
      </w:r>
    </w:p>
    <w:p>
      <w:r>
        <w:rPr>
          <w:rFonts w:ascii="Courier New" w:hAnsi="Courier New"/>
          <w:color w:val="555555"/>
          <w:sz w:val="20"/>
        </w:rPr>
        <w:t>[15]</w:t>
      </w:r>
    </w:p>
    <w:p>
      <w:r>
        <w:rPr>
          <w:rFonts w:ascii="Gentium Plus" w:hAnsi="Gentium Plus"/>
          <w:sz w:val="24"/>
        </w:rPr>
        <w:t>Πίνδαρος· ὑψικέραντα πέτραν. ὅ ἐστι τὸ ὑψηλὸν ἀκρωτήριον. Κεραμικός. ἀπὸ τοῦ κεραμεὺς, κεραμέως, κε‐ ραμεικὸς καὶ κεραμικός. καὶ κέραμος. παρὰ</w:t>
      </w:r>
    </w:p>
    <w:p>
      <w:r>
        <w:rPr>
          <w:rFonts w:ascii="Courier New" w:hAnsi="Courier New"/>
          <w:color w:val="555555"/>
          <w:sz w:val="20"/>
        </w:rPr>
        <w:t>[20]</w:t>
      </w:r>
    </w:p>
    <w:p>
      <w:r>
        <w:rPr>
          <w:rFonts w:ascii="Gentium Plus" w:hAnsi="Gentium Plus"/>
          <w:sz w:val="24"/>
        </w:rPr>
        <w:t>τὴν ἔραν ἔραμος, καὶ πλεονασμῷ τοῦ κ, κέρα‐ μος. οἱ δὲ παρὰ τὸ κεκαῦθαι τῇ ἔρᾳ.</w:t>
      </w:r>
    </w:p>
    <w:p>
      <w:r>
        <w:rPr>
          <w:rFonts w:ascii="Courier New" w:hAnsi="Courier New"/>
          <w:color w:val="555555"/>
          <w:sz w:val="20"/>
        </w:rPr>
        <w:t>[kappa 1186]</w:t>
      </w:r>
    </w:p>
    <w:p>
      <w:r>
        <w:rPr>
          <w:rFonts w:ascii="Gentium Plus" w:hAnsi="Gentium Plus"/>
          <w:sz w:val="24"/>
        </w:rPr>
        <w:t>†Κέρβερος. κύων τρικέφαλος, ὁ ἐν τοῖς τρισὶ στοιχείοις, ὕδατι, γῇ, ἀέρι, πονηρὸς δαίμων.† Κερδαλέος. κερδαλέος κ’ εἴη καὶ ἐπίκλοπος, ὅς σε πα‐</w:t>
      </w:r>
    </w:p>
    <w:p>
      <w:r>
        <w:rPr>
          <w:rFonts w:ascii="Courier New" w:hAnsi="Courier New"/>
          <w:color w:val="555555"/>
          <w:sz w:val="20"/>
        </w:rPr>
        <w:t>[5]</w:t>
      </w:r>
    </w:p>
    <w:p>
      <w:r>
        <w:rPr>
          <w:rFonts w:ascii="Gentium Plus" w:hAnsi="Gentium Plus"/>
          <w:sz w:val="24"/>
        </w:rPr>
        <w:t>ρέλθοι— ἀντὶ τοῦ συνετὸς καὶ παραλογιστικὸς, ὃς ἄν σε νικήσῃ. τὰς γὰρ ἐντρεχείας κέρδη ἐκάλουν. πα‐ ρὰ τὸ ἡδύνειν τὸ κέαρ, ὅ ἐστι τὴν ψυχὴν διὰ λόγων κλέπτειν. καὶ κερδαλεόφρων ὁ κερδαίνειν</w:t>
      </w:r>
    </w:p>
    <w:p>
      <w:r>
        <w:rPr>
          <w:rFonts w:ascii="Courier New" w:hAnsi="Courier New"/>
          <w:color w:val="555555"/>
          <w:sz w:val="20"/>
        </w:rPr>
        <w:t>[10]</w:t>
      </w:r>
    </w:p>
    <w:p>
      <w:r>
        <w:rPr>
          <w:rFonts w:ascii="Gentium Plus" w:hAnsi="Gentium Plus"/>
          <w:sz w:val="24"/>
        </w:rPr>
        <w:t>φρονῶν. παρὰ τὴν φρένα καὶ τὸ κερδαλέον. Κέρδιστον τὸν συνετόν φησιν. Κέρκουρος. τὸ μακρὰν πρύμναν ἔχον σκάφος. Κέρκωπες. διὰ τὸ κερδαλέον αὐτῶν καὶ πανοῦρ‐ γον. ἢ ἀπὸ τῆς μητρὸς Κερκώπης. ἢ κέρκωπες</w:t>
      </w:r>
    </w:p>
    <w:p>
      <w:r>
        <w:rPr>
          <w:rFonts w:ascii="Courier New" w:hAnsi="Courier New"/>
          <w:color w:val="555555"/>
          <w:sz w:val="20"/>
        </w:rPr>
        <w:t>[15]</w:t>
      </w:r>
    </w:p>
    <w:p>
      <w:r>
        <w:rPr>
          <w:rFonts w:ascii="Gentium Plus" w:hAnsi="Gentium Plus"/>
          <w:sz w:val="24"/>
        </w:rPr>
        <w:t>οἱ ἀπατεῶνες. ἀπὸ τῶν κυνῶν ἡ μεταφορὰ, οἳ ταῖς ὄψεσι καὶ τῇ κέρκῳ δάκνουσι σαίνοντες. οὕτως Ὦρος ὁ Μιλήσιος. Κερόεις. παρὰ τὸ κέρα γέγονε κερατόεις καὶ συγκοπῇ τοῦ ατ κερόεις. ἐξ οὗ τὸ θηλυκὸν κε‐</w:t>
      </w:r>
    </w:p>
    <w:p>
      <w:r>
        <w:rPr>
          <w:rFonts w:ascii="Courier New" w:hAnsi="Courier New"/>
          <w:color w:val="555555"/>
          <w:sz w:val="20"/>
        </w:rPr>
        <w:t>[20]</w:t>
      </w:r>
    </w:p>
    <w:p>
      <w:r>
        <w:rPr>
          <w:rFonts w:ascii="Gentium Plus" w:hAnsi="Gentium Plus"/>
          <w:sz w:val="24"/>
        </w:rPr>
        <w:t>ρατόεσσα. καὶ συγκριτικὸν κερόεσσα. καὶ γρά‐</w:t>
      </w:r>
    </w:p>
    <w:p>
      <w:r>
        <w:rPr>
          <w:rFonts w:ascii="Courier New" w:hAnsi="Courier New"/>
          <w:color w:val="555555"/>
          <w:sz w:val="20"/>
        </w:rPr>
        <w:t>[kappa 1187]</w:t>
      </w:r>
    </w:p>
    <w:p>
      <w:r>
        <w:rPr>
          <w:rFonts w:ascii="Gentium Plus" w:hAnsi="Gentium Plus"/>
          <w:sz w:val="24"/>
        </w:rPr>
        <w:t>Κεστός. ὁ κεντητὸς λῶρος. παρὰ τὸ κάζω, τὸ κοσμῶ, γίνεται ῥηματικὸν ὄνομα καστός. καὶ κεστὸς ὁ κεκοσμημένος. ἢ παρὰ τὸ κέντω ὄνομα Βαρύτονον. ἔνθεν καὶ</w:t>
      </w:r>
    </w:p>
    <w:p>
      <w:r>
        <w:rPr>
          <w:rFonts w:ascii="Courier New" w:hAnsi="Courier New"/>
          <w:color w:val="555555"/>
          <w:sz w:val="20"/>
        </w:rPr>
        <w:t>[5]</w:t>
      </w:r>
    </w:p>
    <w:p>
      <w:r>
        <w:rPr>
          <w:rFonts w:ascii="Gentium Plus" w:hAnsi="Gentium Plus"/>
          <w:sz w:val="24"/>
        </w:rPr>
        <w:t>κέντορες ἵππων. ὁ μέλλων κένσω. κένσαι ὁμοκλήσας. γίνεται ὄνομα ῥηματικὸν κενστὸς καὶ κεστός· ὡς κλαύσω, κλαυσμὸς καὶ κλαυθμός. ἐξ οὗ καὶ</w:t>
      </w:r>
    </w:p>
    <w:p>
      <w:r>
        <w:rPr>
          <w:rFonts w:ascii="Courier New" w:hAnsi="Courier New"/>
          <w:color w:val="555555"/>
          <w:sz w:val="20"/>
        </w:rPr>
        <w:t>[10]</w:t>
      </w:r>
    </w:p>
    <w:p>
      <w:r>
        <w:rPr>
          <w:rFonts w:ascii="Gentium Plus" w:hAnsi="Gentium Plus"/>
          <w:sz w:val="24"/>
        </w:rPr>
        <w:t>πολύκεστος ἱμὰς ὁ πολυκέντητος. Κευθμός. σκότος, κρύψις. ἐκ τοῦ κεύθω, τὸ κρύπτω, κευσμὸς καὶ αἰολικῶς κευθμὸς, ὡς κλαύ‐ σω, κλαυσμὸς καὶ κλαυθμὸς, καὶ μηνισμὸς, μη‐ νιθμός. ἐκ δὲ τοῦ κευθμὸς γίνεται κευθμών.</w:t>
      </w:r>
    </w:p>
    <w:p>
      <w:r>
        <w:rPr>
          <w:rFonts w:ascii="Courier New" w:hAnsi="Courier New"/>
          <w:color w:val="555555"/>
          <w:sz w:val="20"/>
        </w:rPr>
        <w:t>[15]</w:t>
      </w:r>
    </w:p>
    <w:p>
      <w:r>
        <w:rPr>
          <w:rFonts w:ascii="Gentium Plus" w:hAnsi="Gentium Plus"/>
          <w:sz w:val="24"/>
        </w:rPr>
        <w:t>Γαίης ἐν κευθμῶνι, κακῷ δ’ ἐτέρπετο ἔργῳ. Κεραυνός. ἡ μεταφορὰ ἀπὸ τῶν ζώων, τῶν τοῖς κέρασι χρωμένων καὶ διαφθειρόντων. παρὰ τὸ κεραΐζειν καὶ τὸ αὔειν, ὅ ἐστι καίειν. Κεκρύφαλος. μέρος τῆς γαστρός.</w:t>
      </w:r>
    </w:p>
    <w:p>
      <w:r>
        <w:rPr>
          <w:rFonts w:ascii="Courier New" w:hAnsi="Courier New"/>
          <w:color w:val="555555"/>
          <w:sz w:val="20"/>
        </w:rPr>
        <w:t>[20]</w:t>
      </w:r>
    </w:p>
    <w:p>
      <w:r>
        <w:rPr>
          <w:rFonts w:ascii="Gentium Plus" w:hAnsi="Gentium Plus"/>
          <w:sz w:val="24"/>
        </w:rPr>
        <w:t>Κενοῦχος. τὸ βαλάντιον. Κέλωρ. ὁ κελλάριος. παρὰ τὸ κέλλω, τὸ προσ‐</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Κέδροι. δένδρα ὑψήκομα. ταύταις δὲ ἀπεικάζει Δαβὶδ τὴν εἰδωλολατρείαν. Κεμάς. ἡ κοιμωμένη ἐν σπηλαίῳ ἔλαφος, κοι‐</w:t>
      </w:r>
    </w:p>
    <w:p>
      <w:r>
        <w:rPr>
          <w:rFonts w:ascii="Courier New" w:hAnsi="Courier New"/>
          <w:color w:val="555555"/>
          <w:sz w:val="20"/>
        </w:rPr>
        <w:t>[5]</w:t>
      </w:r>
    </w:p>
    <w:p>
      <w:r>
        <w:rPr>
          <w:rFonts w:ascii="Gentium Plus" w:hAnsi="Gentium Plus"/>
          <w:sz w:val="24"/>
        </w:rPr>
        <w:t>μάς τις οὖσα ἢ νεογενής. Κέλευθος. ἡ διὰ θαλάσσης ὁδός. Κενοφωνία. ἡ ματαιοφωνία. Κενή. ἡ ματαία. Κενὴν μακαρίαν. εἰς κενὸν καὶ μάταιον *λογι‐</w:t>
      </w:r>
    </w:p>
    <w:p>
      <w:r>
        <w:rPr>
          <w:rFonts w:ascii="Courier New" w:hAnsi="Courier New"/>
          <w:color w:val="555555"/>
          <w:sz w:val="20"/>
        </w:rPr>
        <w:t>[10]</w:t>
      </w:r>
    </w:p>
    <w:p>
      <w:r>
        <w:rPr>
          <w:rFonts w:ascii="Gentium Plus" w:hAnsi="Gentium Plus"/>
          <w:sz w:val="24"/>
        </w:rPr>
        <w:t>ζομένην καὶ* μακαριζομένην. Κέρκος. ἡ οὐρά. Κεραία. τὸ κερατάριον, τὸ διὰ πλαγίου ξύλον τῷ ἱστῷ ἐπικείμενον. οὗ καὶ τὴν ὀθόνην ἐξά‐ πτουσι.</w:t>
      </w:r>
    </w:p>
    <w:p>
      <w:r>
        <w:rPr>
          <w:rFonts w:ascii="Courier New" w:hAnsi="Courier New"/>
          <w:color w:val="555555"/>
          <w:sz w:val="20"/>
        </w:rPr>
        <w:t>[15]</w:t>
      </w:r>
    </w:p>
    <w:p>
      <w:r>
        <w:rPr>
          <w:rFonts w:ascii="Gentium Plus" w:hAnsi="Gentium Plus"/>
          <w:sz w:val="24"/>
        </w:rPr>
        <w:t>Κειρίαι. οἱ ἐπιτάφιοι δεσμοί. Κεχρέα. πόλις. καὶ Κεχρέαι, τόπος. Κεγχραμίδες. τῶν συκῶν καὶ τῶν ἐλαιῶν οἱ πυ‐ ρῆνες. Κενοδοξία. κενῶν ὄρεξις. ἢ κενοδοξία ἐστὶν ὁ</w:t>
      </w:r>
    </w:p>
    <w:p>
      <w:r>
        <w:rPr>
          <w:rFonts w:ascii="Courier New" w:hAnsi="Courier New"/>
          <w:color w:val="555555"/>
          <w:sz w:val="20"/>
        </w:rPr>
        <w:t>[20]</w:t>
      </w:r>
    </w:p>
    <w:p>
      <w:r>
        <w:rPr>
          <w:rFonts w:ascii="Gentium Plus" w:hAnsi="Gentium Plus"/>
          <w:sz w:val="24"/>
        </w:rPr>
        <w:t>πρὸ τῆς ἀπαθείας θέλων ὑπὸ τῶν ἀνθρώπων δοξάζεσθαι, ἐπὶ τοῖς πεφυκόσι γενέσθαι δι’</w:t>
      </w:r>
    </w:p>
    <w:p>
      <w:r>
        <w:rPr>
          <w:rFonts w:ascii="Courier New" w:hAnsi="Courier New"/>
          <w:color w:val="555555"/>
          <w:sz w:val="20"/>
        </w:rPr>
        <w:t>[kappa 1189]</w:t>
      </w:r>
    </w:p>
    <w:p>
      <w:r>
        <w:rPr>
          <w:rFonts w:ascii="Gentium Plus" w:hAnsi="Gentium Plus"/>
          <w:sz w:val="24"/>
        </w:rPr>
        <w:t>Κέβλη. ἡ κεφαλή. κατὰ συγκοπὴν καὶ τροπὴν τοῦ φ εἰς β γέγονε κέβλη. Κέδρος. παρὰ τὸ κέντρος· κεντρώδης γάρ ἐστιν. ἢ παρὰ τὸ καίεσθαι ῥαδίως.</w:t>
      </w:r>
    </w:p>
    <w:p>
      <w:r>
        <w:rPr>
          <w:rFonts w:ascii="Courier New" w:hAnsi="Courier New"/>
          <w:color w:val="555555"/>
          <w:sz w:val="20"/>
        </w:rPr>
        <w:t>[5]</w:t>
      </w:r>
    </w:p>
    <w:p>
      <w:r>
        <w:rPr>
          <w:rFonts w:ascii="Gentium Plus" w:hAnsi="Gentium Plus"/>
          <w:sz w:val="24"/>
        </w:rPr>
        <w:t>Κειρία. οἱ δεσμοί· τὰ σχοινία. θηλυκῶς. παρὰ τὸ κείρω, τὸ κόπτω, τουτέστι παρὰ τὸ εἰς λεπτὰ κόπτεσθαι αὐτά. ἢ παρὰ τὸ κέρας, τὸ σημαῖνον τὰς τρίχας, κερία, καὶ πλεονασμῷ τοῦ ι κειρία. καὶ γὰρ ἐκ τριχῶν ἦσαν κατὰ τὸ παλαιόν.</w:t>
      </w:r>
    </w:p>
    <w:p>
      <w:r>
        <w:rPr>
          <w:rFonts w:ascii="Courier New" w:hAnsi="Courier New"/>
          <w:color w:val="555555"/>
          <w:sz w:val="20"/>
        </w:rPr>
        <w:t>[10]</w:t>
      </w:r>
    </w:p>
    <w:p>
      <w:r>
        <w:rPr>
          <w:rFonts w:ascii="Gentium Plus" w:hAnsi="Gentium Plus"/>
          <w:sz w:val="24"/>
        </w:rPr>
        <w:t>Κέλευθος. ἡ ὁδός. παρὰ τὸ κέλλειν, ὃ σημαί‐ νει τὸ τρέχειν· ἐν ταύτῃ γὰρ τρέχομεν. ἢ παρὰ τὸ ἐλεύθω, ἔλευθος καὶ κέλευθος, πλεονασμῷ τοῦ κ. καὶ ἐπὶ οὐδετέρου· —ὑγρὰ κέλευθα.</w:t>
      </w:r>
    </w:p>
    <w:p>
      <w:r>
        <w:rPr>
          <w:rFonts w:ascii="Courier New" w:hAnsi="Courier New"/>
          <w:color w:val="555555"/>
          <w:sz w:val="20"/>
        </w:rPr>
        <w:t>[15]</w:t>
      </w:r>
    </w:p>
    <w:p>
      <w:r>
        <w:rPr>
          <w:rFonts w:ascii="Gentium Plus" w:hAnsi="Gentium Plus"/>
          <w:sz w:val="24"/>
        </w:rPr>
        <w:t>κατὰ μετάπλασιν γένους, ὡς ἀπὸ τοῦ ὁ τρά‐ χηλος τὸ τράχηλον. Καλλίμαχος· τὰ τράχηλα γυμνάζει. καὶ τάρταρος καὶ ἡ τάρταρος καὶ οὐδέτερον τὰ τάρταρα. Πίνδαρος·</w:t>
      </w:r>
    </w:p>
    <w:p>
      <w:r>
        <w:rPr>
          <w:rFonts w:ascii="Courier New" w:hAnsi="Courier New"/>
          <w:color w:val="555555"/>
          <w:sz w:val="20"/>
        </w:rPr>
        <w:t>[20]</w:t>
      </w:r>
    </w:p>
    <w:p>
      <w:r>
        <w:rPr>
          <w:rFonts w:ascii="Gentium Plus" w:hAnsi="Gentium Plus"/>
          <w:sz w:val="24"/>
        </w:rPr>
        <w:t>τάρταρά τ’ ἠερόεντα— καὶ λύχνους λύχνα, δίφρους δίφρα, δακτύλους</w:t>
      </w:r>
    </w:p>
    <w:p>
      <w:r>
        <w:rPr>
          <w:rFonts w:ascii="Courier New" w:hAnsi="Courier New"/>
          <w:color w:val="555555"/>
          <w:sz w:val="20"/>
        </w:rPr>
        <w:t>[kappa 1190]</w:t>
      </w:r>
    </w:p>
    <w:p>
      <w:r>
        <w:rPr>
          <w:rFonts w:ascii="Gentium Plus" w:hAnsi="Gentium Plus"/>
          <w:sz w:val="24"/>
        </w:rPr>
        <w:t>Κεντρηνεκέας. παρὰ τὸ διηνεκῶς καὶ συνεχῶς κεντρίζεσθαι. Κερκίς. παρὰ τὸ κρέκω, τὸ ἠχῶ, κρεκὶς καὶ κατὰ ὑπερβιβασμὸν κερκὶς, ἡ ἠχοῦσα.</w:t>
      </w:r>
    </w:p>
    <w:p>
      <w:r>
        <w:rPr>
          <w:rFonts w:ascii="Courier New" w:hAnsi="Courier New"/>
          <w:color w:val="555555"/>
          <w:sz w:val="20"/>
        </w:rPr>
        <w:t>[5]</w:t>
      </w:r>
    </w:p>
    <w:p>
      <w:r>
        <w:rPr>
          <w:rFonts w:ascii="Gentium Plus" w:hAnsi="Gentium Plus"/>
          <w:sz w:val="24"/>
        </w:rPr>
        <w:t>γλυκεῖα μᾶτερ, οὔτι δύναμαι κρέκειν τὸν ἱστόν. Κερκόλυρα. οὕτως ὁ Ἀλκμὰν ἐχρήσατο ἀντὶ τοῦ κρεκόλυρα. ἔστι δὲ τοῦτο πάθος. τὸ δὲ κερκόλυρα ἠχητικὴ λύρα· τὸ γὰρ κρέκε, κρέκε</w:t>
      </w:r>
    </w:p>
    <w:p>
      <w:r>
        <w:rPr>
          <w:rFonts w:ascii="Courier New" w:hAnsi="Courier New"/>
          <w:color w:val="555555"/>
          <w:sz w:val="20"/>
        </w:rPr>
        <w:t>[10]</w:t>
      </w:r>
    </w:p>
    <w:p>
      <w:r>
        <w:rPr>
          <w:rFonts w:ascii="Gentium Plus" w:hAnsi="Gentium Plus"/>
          <w:sz w:val="24"/>
        </w:rPr>
        <w:t>ἦχος ἐστὶ τῆς κιθάρας. Κεφαλή. παρὰ τὸ κάρφος καρφαλὴ, καὶ κε‐ φαλή· ὁ κατάξηρος καὶ ὀστώδης τόπος. ἢ κα‐ τὰ Ἀπολλόδωρον κελύφη τις οὖσα, παρὰ τὸ καλύφειν καὶ σκέπειν τὸν ἐγκέφαλον. τινὲς δὲ</w:t>
      </w:r>
    </w:p>
    <w:p>
      <w:r>
        <w:rPr>
          <w:rFonts w:ascii="Courier New" w:hAnsi="Courier New"/>
          <w:color w:val="555555"/>
          <w:sz w:val="20"/>
        </w:rPr>
        <w:t>[15]</w:t>
      </w:r>
    </w:p>
    <w:p>
      <w:r>
        <w:rPr>
          <w:rFonts w:ascii="Gentium Plus" w:hAnsi="Gentium Plus"/>
          <w:sz w:val="24"/>
        </w:rPr>
        <w:t>παρὰ τὸ ἐκεῖ κεῖσθαι τὰ φάη, κεφάη τις οὖσα καὶ κεφαλή. οἱ δὲ παρὰ τὸ κάπω, τὸ πνέω, κα‐ παλὴ καὶ κεφαλή· οἱονεὶ ἡ διαπνέουσα. ὅθεν καὶ κῆπος, ὁ διαπνεόμενος τόπος. διὸ καὶ ἐν ταῖς οἰκίαις τὸν ἀποπνεόμενον τόπον πρὸς ἀνάπαυ‐</w:t>
      </w:r>
    </w:p>
    <w:p>
      <w:r>
        <w:rPr>
          <w:rFonts w:ascii="Courier New" w:hAnsi="Courier New"/>
          <w:color w:val="555555"/>
          <w:sz w:val="20"/>
        </w:rPr>
        <w:t>[20]</w:t>
      </w:r>
    </w:p>
    <w:p>
      <w:r>
        <w:rPr>
          <w:rFonts w:ascii="Gentium Plus" w:hAnsi="Gentium Plus"/>
          <w:sz w:val="24"/>
        </w:rPr>
        <w:t>σιν κῆπον λέγομεν. παρὰ τὸ κάπω, τὸ πνέω. ἀπὸ δὲ ψυχῆς ἐκάπυσεν.</w:t>
      </w:r>
    </w:p>
    <w:p>
      <w:r>
        <w:rPr>
          <w:rFonts w:ascii="Courier New" w:hAnsi="Courier New"/>
          <w:color w:val="555555"/>
          <w:sz w:val="20"/>
        </w:rPr>
        <w:t>[kappa 1191]</w:t>
      </w:r>
    </w:p>
    <w:p>
      <w:r>
        <w:rPr>
          <w:rFonts w:ascii="Gentium Plus" w:hAnsi="Gentium Plus"/>
          <w:sz w:val="24"/>
        </w:rPr>
        <w:t>†Κερωσσός. πόλις Ἀπολλωνιάδος.† Κεφαλληνία. ἀπὸ Κεφάλου τινὸς, ὃς ἑκουσίως ἀνελὼν τὴν Ἐρεχθέως θυγατέρα ἔξεισι τῆς Ἀττικῆς καὶ σὺν Ἀμφιτρύωνι στρατεύεται κα‐</w:t>
      </w:r>
    </w:p>
    <w:p>
      <w:r>
        <w:rPr>
          <w:rFonts w:ascii="Courier New" w:hAnsi="Courier New"/>
          <w:color w:val="555555"/>
          <w:sz w:val="20"/>
        </w:rPr>
        <w:t>[5]</w:t>
      </w:r>
    </w:p>
    <w:p>
      <w:r>
        <w:rPr>
          <w:rFonts w:ascii="Gentium Plus" w:hAnsi="Gentium Plus"/>
          <w:sz w:val="24"/>
        </w:rPr>
        <w:t>τὰ τῶν Τηλεβόων. Κέως. ἡ νῆσος. ἀπὸ Κέω τοῦ Ἀπόλλωνος καὶ Ῥοδοέσσης νύμφης. Κενοφωνίας. τὸ νέα τινὰ ἐφευρίσκειν, ὡς Ἀρει‐ ανοὶ καὶ Νεστοριανοί. καὶ ὁ Ἀπόστολος· ἐκ‐</w:t>
      </w:r>
    </w:p>
    <w:p>
      <w:r>
        <w:rPr>
          <w:rFonts w:ascii="Courier New" w:hAnsi="Courier New"/>
          <w:color w:val="555555"/>
          <w:sz w:val="20"/>
        </w:rPr>
        <w:t>[10]</w:t>
      </w:r>
    </w:p>
    <w:p>
      <w:r>
        <w:rPr>
          <w:rFonts w:ascii="Gentium Plus" w:hAnsi="Gentium Plus"/>
          <w:sz w:val="24"/>
        </w:rPr>
        <w:t>τρεπόμενος τὰς βεβήλους κενοφωνίας καὶ ἀντι‐ θέσεις.</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Κέαρ. ἡ ψυχή. παρὰ τὸ κεκρᾶσθαι ἐκ ψυχροῦ καὶ θερμοῦ ἐπίσης ἔχον. κέαρ τὴν καρδίαν φη‐</w:t>
      </w:r>
    </w:p>
    <w:p>
      <w:r>
        <w:rPr>
          <w:rFonts w:ascii="Courier New" w:hAnsi="Courier New"/>
          <w:color w:val="555555"/>
          <w:sz w:val="20"/>
        </w:rPr>
        <w:t>[15]</w:t>
      </w:r>
    </w:p>
    <w:p>
      <w:r>
        <w:rPr>
          <w:rFonts w:ascii="Gentium Plus" w:hAnsi="Gentium Plus"/>
          <w:sz w:val="24"/>
        </w:rPr>
        <w:t>σὶν Ἀριστοφάνης· ἐφ’ ᾧ γε τὸ κέαρ εὐφράνθη. †Κέρμα. σωρεία λεπτῶν τε καὶ ὀβολῶν.† Κεκρύφαλον. σουδάριον, κεφαλοδέσμιον. Κεκράγμασιν. Ἀριστοφάνης·</w:t>
      </w:r>
    </w:p>
    <w:p>
      <w:r>
        <w:rPr>
          <w:rFonts w:ascii="Courier New" w:hAnsi="Courier New"/>
          <w:color w:val="555555"/>
          <w:sz w:val="20"/>
        </w:rPr>
        <w:t>[20]</w:t>
      </w:r>
    </w:p>
    <w:p>
      <w:r>
        <w:rPr>
          <w:rFonts w:ascii="Gentium Plus" w:hAnsi="Gentium Plus"/>
          <w:sz w:val="24"/>
        </w:rPr>
        <w:t>δικροῖς ἐώθουν τὸν θεὸν κεκράγμασιν. ἔδει δὲ εἰπεῖν ξύλοις, καὶ εἶπε κεκράγμασι. τὸ δὲ δικροῖς ἀντὶ τοῦ διφυέσι ξύλοις. Κελήτιον. μικρὸν πλοιάριον. ἀπὸ μεταφορᾶς</w:t>
      </w:r>
    </w:p>
    <w:p>
      <w:r>
        <w:rPr>
          <w:rFonts w:ascii="Courier New" w:hAnsi="Courier New"/>
          <w:color w:val="555555"/>
          <w:sz w:val="20"/>
        </w:rPr>
        <w:t>[kappa 1192]</w:t>
      </w:r>
    </w:p>
    <w:p>
      <w:r>
        <w:rPr>
          <w:rFonts w:ascii="Gentium Plus" w:hAnsi="Gentium Plus"/>
          <w:sz w:val="24"/>
        </w:rPr>
        <w:t>Κελαινόν. μέλαν. κελὸν γὰρ τὸ μέλαν κατὰ διάλεκτον. αἶψά τοι αἷμα κελαινὸν ἐρωήσει περὶ δουρί. Κέμεννα. ὄνομα ὄρους. καὶ Κέμμενα εἶδον ἐγώ.</w:t>
      </w:r>
    </w:p>
    <w:p>
      <w:r>
        <w:rPr>
          <w:rFonts w:ascii="Courier New" w:hAnsi="Courier New"/>
          <w:color w:val="555555"/>
          <w:sz w:val="20"/>
        </w:rPr>
        <w:t>[5]</w:t>
      </w:r>
    </w:p>
    <w:p>
      <w:r>
        <w:rPr>
          <w:rFonts w:ascii="Gentium Plus" w:hAnsi="Gentium Plus"/>
          <w:sz w:val="24"/>
        </w:rPr>
        <w:t>Κερασβόλα. ἄκαρπα, ἢ τὰ τοῖς κέρασι βάλ‐ λοντα. Κενήριον. τὸ κενὸν μνημεῖον. Κεφάλαιον. ἡ ἀρχὴ, ἢ τὸ ζήτημα. Κέρδιον. βέλτιον, κρεῖσσον. ἀπὸ τοῦ κέρδους.</w:t>
      </w:r>
    </w:p>
    <w:p>
      <w:r>
        <w:rPr>
          <w:rFonts w:ascii="Courier New" w:hAnsi="Courier New"/>
          <w:color w:val="555555"/>
          <w:sz w:val="20"/>
        </w:rPr>
        <w:t>[10]</w:t>
      </w:r>
    </w:p>
    <w:p>
      <w:r>
        <w:rPr>
          <w:rFonts w:ascii="Gentium Plus" w:hAnsi="Gentium Plus"/>
          <w:sz w:val="24"/>
        </w:rPr>
        <w:t>Κερτόμιον. παραλογιστικόν. παρὰ τὸ κέαρ τέ‐ μνειν, ὅ ἐστι τὴν ψυχὴν χλευάζειν διὰ λόγων. Κειμήλια. τὰ ἀπόθετα χρήματα. ὡς παρὰ τὸν θείσω μέλλοντα γίνεται θειμέλια, οὕτως καὶ παρὰ τὸν κείσω μέλλοντα γίνεται κειμήλιον. ἢ</w:t>
      </w:r>
    </w:p>
    <w:p>
      <w:r>
        <w:rPr>
          <w:rFonts w:ascii="Courier New" w:hAnsi="Courier New"/>
          <w:color w:val="555555"/>
          <w:sz w:val="20"/>
        </w:rPr>
        <w:t>[15]</w:t>
      </w:r>
    </w:p>
    <w:p>
      <w:r>
        <w:rPr>
          <w:rFonts w:ascii="Gentium Plus" w:hAnsi="Gentium Plus"/>
          <w:sz w:val="24"/>
        </w:rPr>
        <w:t>παρὰ τὸ ἐκεῖ κεῖσθαι τὰ μῆλα, δι’ ὧν τινὰ ἐκμειλισσόμεθα. Κελύφη. τὰ καλύμματα. ἀπὸ τοῦ καλύπτω. καὶ ἡ κάλυξ ἡ καλύπτουσα τὸ ῥόδον. Κέρας. ἡ θρίξ. διὰ τὸ τοῖς κέρασιν ὁμοίως ἐκ‐</w:t>
      </w:r>
    </w:p>
    <w:p>
      <w:r>
        <w:rPr>
          <w:rFonts w:ascii="Courier New" w:hAnsi="Courier New"/>
          <w:color w:val="555555"/>
          <w:sz w:val="20"/>
        </w:rPr>
        <w:t>[20]</w:t>
      </w:r>
    </w:p>
    <w:p>
      <w:r>
        <w:rPr>
          <w:rFonts w:ascii="Gentium Plus" w:hAnsi="Gentium Plus"/>
          <w:sz w:val="24"/>
        </w:rPr>
        <w:t>φύεσθαι. οἱ δὲ φασὶ, ὅτι ἡ ἐκ βάθους ἰκμὰς ἀπὸ τῆς θερμασίας ἀναφερομένη, κᾄπειτα τῇ τοῦ δέρματος τάσει σφιχθεῖσα, κερατοῦται. ἢ</w:t>
      </w:r>
    </w:p>
    <w:p>
      <w:r>
        <w:rPr>
          <w:rFonts w:ascii="Courier New" w:hAnsi="Courier New"/>
          <w:color w:val="555555"/>
          <w:sz w:val="20"/>
        </w:rPr>
        <w:t>[kappa 1193]</w:t>
      </w:r>
    </w:p>
    <w:p>
      <w:r>
        <w:rPr>
          <w:rFonts w:ascii="Gentium Plus" w:hAnsi="Gentium Plus"/>
          <w:sz w:val="24"/>
        </w:rPr>
        <w:t>Κέρας. καὶ ὄνομα ποταμοῦ. καὶ τὸ κέρατον καὶ τὸ κερατάριον καὶ ἄλλα πολλὰ σημαίνει. Κέδματα. τὰ χρόνια ἀλγήματα λέγει ὁ Ἱππο‐ κράτης. γράφει δὲ καὶ ὁ Ψελλός· χρόνια</w:t>
      </w:r>
    </w:p>
    <w:p>
      <w:r>
        <w:rPr>
          <w:rFonts w:ascii="Courier New" w:hAnsi="Courier New"/>
          <w:color w:val="555555"/>
          <w:sz w:val="20"/>
        </w:rPr>
        <w:t>[5]</w:t>
      </w:r>
    </w:p>
    <w:p>
      <w:r>
        <w:rPr>
          <w:rFonts w:ascii="Gentium Plus" w:hAnsi="Gentium Plus"/>
          <w:sz w:val="24"/>
        </w:rPr>
        <w:t>δὲ ἀλγήματα τὰ κέδματα τυγχάνει. *Κέντο. τὰ ἑκατὸν παρὰ Ῥωμαίοις.*</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Κέαται. κεῖνται. ὅτι οὐ μόνον ἐπὶ παρακειμέ‐ νου καὶ ἐπὶ πάθους ποιοῦσιν οἱ Ἴωνες τρίτον</w:t>
      </w:r>
    </w:p>
    <w:p>
      <w:r>
        <w:rPr>
          <w:rFonts w:ascii="Courier New" w:hAnsi="Courier New"/>
          <w:color w:val="555555"/>
          <w:sz w:val="20"/>
        </w:rPr>
        <w:t>[10]</w:t>
      </w:r>
    </w:p>
    <w:p>
      <w:r>
        <w:rPr>
          <w:rFonts w:ascii="Gentium Plus" w:hAnsi="Gentium Plus"/>
          <w:sz w:val="24"/>
        </w:rPr>
        <w:t>παθητικὸν, ἀλλὰ καὶ ἐπὶ ἐνεστῶτος. οἷον· κεῖ‐ μαι, κεῖσαι, κεῖται, κέαται. Κεδάζω. σκορπίζω. Κεκομψευμένος. κεκαλλωπισμένος, σεμνός· ἀστεῖος, ἢ κομπηρὸς, ἢ τεχνικὸς, ἢ φαντα‐</w:t>
      </w:r>
    </w:p>
    <w:p>
      <w:r>
        <w:rPr>
          <w:rFonts w:ascii="Courier New" w:hAnsi="Courier New"/>
          <w:color w:val="555555"/>
          <w:sz w:val="20"/>
        </w:rPr>
        <w:t>[15]</w:t>
      </w:r>
    </w:p>
    <w:p>
      <w:r>
        <w:rPr>
          <w:rFonts w:ascii="Gentium Plus" w:hAnsi="Gentium Plus"/>
          <w:sz w:val="24"/>
        </w:rPr>
        <w:t>σιώδης. Κέκραθι. κράξον. Κέκτημαι καὶ ἔκτημαι. ἀμφότερα Ἑλληνικά.</w:t>
      </w:r>
    </w:p>
    <w:p>
      <w:r>
        <w:rPr>
          <w:rFonts w:ascii="Courier New" w:hAnsi="Courier New"/>
          <w:color w:val="555555"/>
          <w:sz w:val="20"/>
        </w:rPr>
        <w:t>[kappa 1194]</w:t>
      </w:r>
    </w:p>
    <w:p>
      <w:r>
        <w:rPr>
          <w:rFonts w:ascii="Gentium Plus" w:hAnsi="Gentium Plus"/>
          <w:sz w:val="24"/>
        </w:rPr>
        <w:t>κεκτημένων· καὶ τὰ προεκτημένα φιλεῖ ἐλασ‐ σοῦσθαι. Δημοσθένης δ’ ἀεὶ σὺν τῷ κ. Κεκωδωνισμένος. ἐξητασμένος. ἀπὸ τῶν τοὺς φύλακας διὰ τοῦ κώδωνος ἐξεταζόντων. καὶ δια‐</w:t>
      </w:r>
    </w:p>
    <w:p>
      <w:r>
        <w:rPr>
          <w:rFonts w:ascii="Courier New" w:hAnsi="Courier New"/>
          <w:color w:val="555555"/>
          <w:sz w:val="20"/>
        </w:rPr>
        <w:t>[5]</w:t>
      </w:r>
    </w:p>
    <w:p>
      <w:r>
        <w:rPr>
          <w:rFonts w:ascii="Gentium Plus" w:hAnsi="Gentium Plus"/>
          <w:sz w:val="24"/>
        </w:rPr>
        <w:t>κωδωνίσαι τὸ ἐξετάσαι. [Ἀριστοφάνης· ὡς αἰσχρὸν ἀκωδώνιστον ἐᾷν.] Κεκαυτηριασμένος τὴν συνείδησιν. [τουτέστι μὴ] ἔχων ὑγιᾶ. Κεκοσυρῶσθαι. πεποικίλθαι.</w:t>
      </w:r>
    </w:p>
    <w:p>
      <w:r>
        <w:rPr>
          <w:rFonts w:ascii="Courier New" w:hAnsi="Courier New"/>
          <w:color w:val="555555"/>
          <w:sz w:val="20"/>
        </w:rPr>
        <w:t>[10]</w:t>
      </w:r>
    </w:p>
    <w:p>
      <w:r>
        <w:rPr>
          <w:rFonts w:ascii="Gentium Plus" w:hAnsi="Gentium Plus"/>
          <w:sz w:val="24"/>
        </w:rPr>
        <w:t>Κέκλυτέ μου. ἐπακούσατέ μου. Κεκόπακεν. ἐπαύσατο. Κεκόλαπται. γέγλυπται. Κεκραιπαληκώς. μεθύσας· εὐφρανθείς. Κέκμηκα. κεκοπίακα.</w:t>
      </w:r>
    </w:p>
    <w:p>
      <w:r>
        <w:rPr>
          <w:rFonts w:ascii="Courier New" w:hAnsi="Courier New"/>
          <w:color w:val="555555"/>
          <w:sz w:val="20"/>
        </w:rPr>
        <w:t>[15]</w:t>
      </w:r>
    </w:p>
    <w:p>
      <w:r>
        <w:rPr>
          <w:rFonts w:ascii="Gentium Plus" w:hAnsi="Gentium Plus"/>
          <w:sz w:val="24"/>
        </w:rPr>
        <w:t>Κεκλοφέναι. κλέψαι. Κεκολουμένος. ἐκτετηγμένος· ἀδυνάτως ἔχων· ἀμηχανῶν. Κεκονιαμένος. σπουδάζων πάνυ. ἔτι τὴν κόνιν</w:t>
      </w:r>
    </w:p>
    <w:p>
      <w:r>
        <w:rPr>
          <w:rFonts w:ascii="Courier New" w:hAnsi="Courier New"/>
          <w:color w:val="555555"/>
          <w:sz w:val="20"/>
        </w:rPr>
        <w:t>[kappa 1195]</w:t>
      </w:r>
    </w:p>
    <w:p>
      <w:r>
        <w:rPr>
          <w:rFonts w:ascii="Gentium Plus" w:hAnsi="Gentium Plus"/>
          <w:sz w:val="24"/>
        </w:rPr>
        <w:t>Κεκονιαμένοις. ἀσβέστῳ κεχρισμένοις. Κεκριγότες. μηδὲν διασαφοῦντες. κριγμὸς γὰρ ὁ τῶν ἀποθνησκόντων τρισμὸς τοῖς ὀδοῦσι γινό‐ μενος.</w:t>
      </w:r>
    </w:p>
    <w:p>
      <w:r>
        <w:rPr>
          <w:rFonts w:ascii="Courier New" w:hAnsi="Courier New"/>
          <w:color w:val="555555"/>
          <w:sz w:val="20"/>
        </w:rPr>
        <w:t>[5]</w:t>
      </w:r>
    </w:p>
    <w:p>
      <w:r>
        <w:rPr>
          <w:rFonts w:ascii="Gentium Plus" w:hAnsi="Gentium Plus"/>
          <w:sz w:val="24"/>
        </w:rPr>
        <w:t>Κεκασμένον. κεκοσμημένον. κάζω γὰρ τὸ καλ‐ λωπίζω. Κεκαφηότα. ἐκπνεύσαντα. κάπος γὰρ τὸ πνεῦμα. Κεκληγότες. κράζοντες.</w:t>
      </w:r>
    </w:p>
    <w:p>
      <w:r>
        <w:rPr>
          <w:rFonts w:ascii="Courier New" w:hAnsi="Courier New"/>
          <w:color w:val="555555"/>
          <w:sz w:val="20"/>
        </w:rPr>
        <w:t>[10]</w:t>
      </w:r>
    </w:p>
    <w:p>
      <w:r>
        <w:rPr>
          <w:rFonts w:ascii="Gentium Plus" w:hAnsi="Gentium Plus"/>
          <w:sz w:val="24"/>
        </w:rPr>
        <w:t>Κεκλόμενος. παρακελευόμενος. Κεκινέαται. κεκίνηνται. Κεκαδησόμεθα. φροντίσομεν. Κεκάδοντο. ἀντὶ τοῦ ἐκεχάδοντο, ὡς τό· —ὑπὸ δὲ Τρῶες κεκάδοντο.</w:t>
      </w:r>
    </w:p>
    <w:p>
      <w:r>
        <w:rPr>
          <w:rFonts w:ascii="Courier New" w:hAnsi="Courier New"/>
          <w:color w:val="555555"/>
          <w:sz w:val="20"/>
        </w:rPr>
        <w:t>[15]</w:t>
      </w:r>
    </w:p>
    <w:p>
      <w:r>
        <w:rPr>
          <w:rFonts w:ascii="Gentium Plus" w:hAnsi="Gentium Plus"/>
          <w:sz w:val="24"/>
        </w:rPr>
        <w:t>Κεκαδήσει. ἀπὸ τοῦ χάζω, τὸ ὑποχωρῶ, ὁ δεύτερος ἀόριστος ἔχαδον, ὁ μέσος ἐχαδόμην, ἐχάδοντο, καὶ κατὰ τροπὴν ἐκάδοντο. ἀπὸ δὲ τοῦ χάζω γίνεται χαδῶ, χαδήσω, τὸ τρίτον χα‐</w:t>
      </w:r>
    </w:p>
    <w:p>
      <w:r>
        <w:rPr>
          <w:rFonts w:ascii="Courier New" w:hAnsi="Courier New"/>
          <w:color w:val="555555"/>
          <w:sz w:val="20"/>
        </w:rPr>
        <w:t>[kappa 1196]</w:t>
      </w:r>
    </w:p>
    <w:p>
      <w:r>
        <w:rPr>
          <w:rFonts w:ascii="Gentium Plus" w:hAnsi="Gentium Plus"/>
          <w:sz w:val="24"/>
        </w:rPr>
        <w:t>σιασμὸν κεκαδήσει. καὶ ποιητικῷ ἀναδιπλασια‐ σμῷ κεκάδοντο. Κελαρύζει. μετὰ ἤχου ῥέει. Κελαδοῦσιν. ἠχοῦσιν ἢ θόρυβον ἐμποιοῦσι.</w:t>
      </w:r>
    </w:p>
    <w:p>
      <w:r>
        <w:rPr>
          <w:rFonts w:ascii="Courier New" w:hAnsi="Courier New"/>
          <w:color w:val="555555"/>
          <w:sz w:val="20"/>
        </w:rPr>
        <w:t>[5]</w:t>
      </w:r>
    </w:p>
    <w:p>
      <w:r>
        <w:rPr>
          <w:rFonts w:ascii="Gentium Plus" w:hAnsi="Gentium Plus"/>
          <w:sz w:val="24"/>
        </w:rPr>
        <w:t>Κέλλεται. προστάττει. [Κελευτιόων. παρακελευόμενος.] Κεπφωθείς. ἐπαρθείς. κέπφος γὰρ εἶδος ὀρ‐ νέου κούφου. Κενῶσαι. ἀντλῆσαι. ἔστι δὲ καὶ ἀντὶ τοῦ τῆξαι.</w:t>
      </w:r>
    </w:p>
    <w:p>
      <w:r>
        <w:rPr>
          <w:rFonts w:ascii="Courier New" w:hAnsi="Courier New"/>
          <w:color w:val="555555"/>
          <w:sz w:val="20"/>
        </w:rPr>
        <w:t>[10]</w:t>
      </w:r>
    </w:p>
    <w:p>
      <w:r>
        <w:rPr>
          <w:rFonts w:ascii="Gentium Plus" w:hAnsi="Gentium Plus"/>
          <w:sz w:val="24"/>
        </w:rPr>
        <w:t>Κεραννύς. κιρνῶν. Κεραΐζων. διακόπτων, ἀναιρῶν, διαρπάζων. Κερατιοῦμεν. καταγωνισώμεθα. ἐκ μεταφορᾶς τῶν ζώων, ἃ τοῖς κέρασι καταπαλαίει τὸν ἀν‐ τίπαλον.</w:t>
      </w:r>
    </w:p>
    <w:p>
      <w:r>
        <w:rPr>
          <w:rFonts w:ascii="Courier New" w:hAnsi="Courier New"/>
          <w:color w:val="555555"/>
          <w:sz w:val="20"/>
        </w:rPr>
        <w:t>[15]</w:t>
      </w:r>
    </w:p>
    <w:p>
      <w:r>
        <w:rPr>
          <w:rFonts w:ascii="Gentium Plus" w:hAnsi="Gentium Plus"/>
          <w:sz w:val="24"/>
        </w:rPr>
        <w:t>Κενεμβατεῖ. εἰς κενὰ ἐμβαίνει. Κεύθω. τὸ κρύπτω. Κεχαριτωμένη. πεφιλημένη, εὐλογημένη. Κείρειν. κόπτειν. ἀπὸ τοῦ αἴρειν καὶ ἀποκόπτειν</w:t>
      </w:r>
    </w:p>
    <w:p>
      <w:r>
        <w:rPr>
          <w:rFonts w:ascii="Courier New" w:hAnsi="Courier New"/>
          <w:color w:val="555555"/>
          <w:sz w:val="20"/>
        </w:rPr>
        <w:t>[kappa 1197]</w:t>
      </w:r>
    </w:p>
    <w:p>
      <w:r>
        <w:rPr>
          <w:rFonts w:ascii="Gentium Plus" w:hAnsi="Gentium Plus"/>
          <w:sz w:val="24"/>
        </w:rPr>
        <w:t>Κείω. τὸ κέω. ἀνεφάνη γὰρ τὸ ε, ὡς ἐν τῷ· κέδρου τ’ εὐκεάτοιο. Κείων. κοιμησόμενος. ἀπὸ τοῦ κέων. ὦρσο κέων.</w:t>
      </w:r>
    </w:p>
    <w:p>
      <w:r>
        <w:rPr>
          <w:rFonts w:ascii="Courier New" w:hAnsi="Courier New"/>
          <w:color w:val="555555"/>
          <w:sz w:val="20"/>
        </w:rPr>
        <w:t>[5]</w:t>
      </w:r>
    </w:p>
    <w:p>
      <w:r>
        <w:rPr>
          <w:rFonts w:ascii="Gentium Plus" w:hAnsi="Gentium Plus"/>
          <w:sz w:val="24"/>
        </w:rPr>
        <w:t>[πλεονασμῷ τοῦ ι, κείων. κίω δὲ τὸ πορεύομαι διὰ τοῦ ι, ἀπὸ τοῦ ἴω.] Κέραιρε. κίρνα. ἀπὸ τοῦ καιρῶ κεραίρω, ὡς μενῶ μεναίνω. Κερδαίνειν. παρὰ τὸ κέρδος. ἢ παρὰ τὸ κέαρ ἰαί‐</w:t>
      </w:r>
    </w:p>
    <w:p>
      <w:r>
        <w:rPr>
          <w:rFonts w:ascii="Courier New" w:hAnsi="Courier New"/>
          <w:color w:val="555555"/>
          <w:sz w:val="20"/>
        </w:rPr>
        <w:t>[10]</w:t>
      </w:r>
    </w:p>
    <w:p>
      <w:r>
        <w:rPr>
          <w:rFonts w:ascii="Gentium Plus" w:hAnsi="Gentium Plus"/>
          <w:sz w:val="24"/>
        </w:rPr>
        <w:t>νειν, ὅ ἐστιν εὐφραίνειν. †Κεκρηγέναι. ἀντὶ τοῦ κεκραγέναι.† Κεκαδησόμεθα. λυπηθησόμεθα, φροντιοῦ‐ μεν. οἶμαι ἀπὸ τοῦ ἄχος, ἀχῶ, ἀχάζω, ἀχα‐ δῶ, καὶ κατὰ ἀποβολὴν χαδῶ, χαδήσω, χαδή‐</w:t>
      </w:r>
    </w:p>
    <w:p>
      <w:r>
        <w:rPr>
          <w:rFonts w:ascii="Courier New" w:hAnsi="Courier New"/>
          <w:color w:val="555555"/>
          <w:sz w:val="20"/>
        </w:rPr>
        <w:t>[15]</w:t>
      </w:r>
    </w:p>
    <w:p>
      <w:r>
        <w:rPr>
          <w:rFonts w:ascii="Gentium Plus" w:hAnsi="Gentium Plus"/>
          <w:sz w:val="24"/>
        </w:rPr>
        <w:t>σομαι, καὶ καδήσομαι, καὶ κατὰ ἀναδιπλασια‐ σμὸν κεκαδήσομαι, [κεκαδησόμεθα.] Κεκαδών. στερήσας, χωρίσας. παρὰ τὸ χάζω ἔχαδον, ἡ μετοχὴ χαδὼν καὶ καδών. θυμοῦ καὶ ψυχῆς κεκαδών—.</w:t>
      </w:r>
    </w:p>
    <w:p>
      <w:r>
        <w:rPr>
          <w:rFonts w:ascii="Courier New" w:hAnsi="Courier New"/>
          <w:color w:val="555555"/>
          <w:sz w:val="20"/>
        </w:rPr>
        <w:t>[20]</w:t>
      </w:r>
    </w:p>
    <w:p>
      <w:r>
        <w:rPr>
          <w:rFonts w:ascii="Gentium Plus" w:hAnsi="Gentium Plus"/>
          <w:sz w:val="24"/>
        </w:rPr>
        <w:t>†Κεκασμένος. κεκαλλωπισμένος· κεκοσμημέ‐ νος. ἀπὸ τοῦ κάζω, τὸ κοσμῶ.† Κεκινέαται. ἀπὸ τοῦ κινῶ, κινήσω, κεκίνηκα, κεκίνημαι, κεκίνηται καὶ Ἰακῶς κεκινέαται. οἱ δέ μευ ὀδόντες ἐν τοῖσι γνάθοισι πάντες κεκι‐</w:t>
      </w:r>
    </w:p>
    <w:p>
      <w:r>
        <w:rPr>
          <w:rFonts w:ascii="Courier New" w:hAnsi="Courier New"/>
          <w:color w:val="555555"/>
          <w:sz w:val="20"/>
        </w:rPr>
        <w:t>[25]</w:t>
      </w:r>
    </w:p>
    <w:p>
      <w:r>
        <w:rPr>
          <w:rFonts w:ascii="Gentium Plus" w:hAnsi="Gentium Plus"/>
          <w:sz w:val="24"/>
        </w:rPr>
        <w:t>νέαται.</w:t>
      </w:r>
    </w:p>
    <w:p>
      <w:r>
        <w:rPr>
          <w:rFonts w:ascii="Courier New" w:hAnsi="Courier New"/>
          <w:color w:val="555555"/>
          <w:sz w:val="20"/>
        </w:rPr>
        <w:t>[kappa 1198]</w:t>
      </w:r>
    </w:p>
    <w:p>
      <w:r>
        <w:rPr>
          <w:rFonts w:ascii="Gentium Plus" w:hAnsi="Gentium Plus"/>
          <w:sz w:val="24"/>
        </w:rPr>
        <w:t>Κεκαφηότα. ἐκπεπνευκότα. [κάπφος γὰρ τὸ πνεῦμα,] ἀπὸ τοῦ κάφω, καφῶ, καφήσω. Κεκλαυμένην. ἀντὶ τοῦ κεκλαυκυῖαν. ἔστι δὲ ποιητικόν.</w:t>
      </w:r>
    </w:p>
    <w:p>
      <w:r>
        <w:rPr>
          <w:rFonts w:ascii="Courier New" w:hAnsi="Courier New"/>
          <w:color w:val="555555"/>
          <w:sz w:val="20"/>
        </w:rPr>
        <w:t>[5]</w:t>
      </w:r>
    </w:p>
    <w:p>
      <w:r>
        <w:rPr>
          <w:rFonts w:ascii="Gentium Plus" w:hAnsi="Gentium Plus"/>
          <w:sz w:val="24"/>
        </w:rPr>
        <w:t>Κέκληκα. ἐκ τοῦ καλῶ, καλέσω, κεκάληκα, καὶ κατὰ συγκοπὴν κέκληκα. ἐξ οὗ καὶ τὸ κεκλη‐ γὼς τροπῇ τοῦ κ εἰς γ. Κεκλίαται. Ἰστέον, ὅτι οἱ καθαριεύοντες παρα‐ κείμενοι τὸ α μόνον προσλαμβάνουσι κατὰ τὸ</w:t>
      </w:r>
    </w:p>
    <w:p>
      <w:r>
        <w:rPr>
          <w:rFonts w:ascii="Courier New" w:hAnsi="Courier New"/>
          <w:color w:val="555555"/>
          <w:sz w:val="20"/>
        </w:rPr>
        <w:t>[10]</w:t>
      </w:r>
    </w:p>
    <w:p>
      <w:r>
        <w:rPr>
          <w:rFonts w:ascii="Gentium Plus" w:hAnsi="Gentium Plus"/>
          <w:sz w:val="24"/>
        </w:rPr>
        <w:t>τρίτον πρόσωπον τῶν ἑνικῶν. καὶ εἰ μὲν μακρᾷ παραλήγει, ταύτην συστέλλει. καὶ οὕτως τὸ Ἰω‐ νικὸν ποιοῦσιν. οἷον ἐρύω, ἔρυται, ἐρύαται. οὕ‐ τως καὶ ἀπὸ τοῦ κλείω κέκλειται, κεκλίαται, κατὰ συστολὴν τῆς ει διφθόγγου. οἷον·</w:t>
      </w:r>
    </w:p>
    <w:p>
      <w:r>
        <w:rPr>
          <w:rFonts w:ascii="Courier New" w:hAnsi="Courier New"/>
          <w:color w:val="555555"/>
          <w:sz w:val="20"/>
        </w:rPr>
        <w:t>[15]</w:t>
      </w:r>
    </w:p>
    <w:p>
      <w:r>
        <w:rPr>
          <w:rFonts w:ascii="Gentium Plus" w:hAnsi="Gentium Plus"/>
          <w:sz w:val="24"/>
        </w:rPr>
        <w:t>αἳ ἁλὶ κεκλίαται. Κεκλόμενοι. παρακελευόμενοι. ἀπὸ τοῦ κέλλω κελλόμενοι, καὶ πλεονασμῷ τοῦ κ κεκλόμενοι. ἀλλήλοισί τε κεκλόμενοι—. Κέκλυθι καὶ κέκραθι. οἱ πλεῖστοι, ὡς καὶ ἡ</w:t>
      </w:r>
    </w:p>
    <w:p>
      <w:r>
        <w:rPr>
          <w:rFonts w:ascii="Courier New" w:hAnsi="Courier New"/>
          <w:color w:val="555555"/>
          <w:sz w:val="20"/>
        </w:rPr>
        <w:t>[20]</w:t>
      </w:r>
    </w:p>
    <w:p>
      <w:r>
        <w:rPr>
          <w:rFonts w:ascii="Gentium Plus" w:hAnsi="Gentium Plus"/>
          <w:sz w:val="24"/>
        </w:rPr>
        <w:t>χρῆσις μαρτυρεῖ, παρακείμενοι εἰσί. τοῦ δὲ πα‐ ρακειμένου τὰ προστακτικὰ ποτὲ μὲν εἰς ε λή‐ γουσιν, οἷον τέτυφε, ποτὲ δὲ εἰς θι, οἷον τέτυ‐ φθι. οὕτως οὖν καὶ κέκλυθι. τὸ δὲ κλυ μακρόν ἐστι.</w:t>
      </w:r>
    </w:p>
    <w:p>
      <w:r>
        <w:rPr>
          <w:rFonts w:ascii="Courier New" w:hAnsi="Courier New"/>
          <w:color w:val="555555"/>
          <w:sz w:val="20"/>
        </w:rPr>
        <w:t>[25]</w:t>
      </w:r>
    </w:p>
    <w:p>
      <w:r>
        <w:rPr>
          <w:rFonts w:ascii="Gentium Plus" w:hAnsi="Gentium Plus"/>
          <w:sz w:val="24"/>
        </w:rPr>
        <w:t>Κεκορυθμένα. καθωπλισμένα, ἠκονημένα. [ἀπὸ</w:t>
      </w:r>
    </w:p>
    <w:p>
      <w:r>
        <w:rPr>
          <w:rFonts w:ascii="Courier New" w:hAnsi="Courier New"/>
          <w:color w:val="555555"/>
          <w:sz w:val="20"/>
        </w:rPr>
        <w:t>[kappa 1199]</w:t>
      </w:r>
    </w:p>
    <w:p>
      <w:r>
        <w:rPr>
          <w:rFonts w:ascii="Gentium Plus" w:hAnsi="Gentium Plus"/>
          <w:sz w:val="24"/>
        </w:rPr>
        <w:t>ρυθμένα.] ἢ ἀπὸ τοῦ κορύσσω, τὸ καθοπλίζω. οἷον τῷ σιδήρῳ ἠμφιεσμένα. ἀπὸ τοῦ τὴν κορυ‐ φὴν θήγειν καὶ ἀκονᾷν εἰς ὀξύτητα. Κέκλω. εἰ παρὰ τὸ κέλλω λάβοιμεν, πλεονα‐</w:t>
      </w:r>
    </w:p>
    <w:p>
      <w:r>
        <w:rPr>
          <w:rFonts w:ascii="Courier New" w:hAnsi="Courier New"/>
          <w:color w:val="555555"/>
          <w:sz w:val="20"/>
        </w:rPr>
        <w:t>[5]</w:t>
      </w:r>
    </w:p>
    <w:p>
      <w:r>
        <w:rPr>
          <w:rFonts w:ascii="Gentium Plus" w:hAnsi="Gentium Plus"/>
          <w:sz w:val="24"/>
        </w:rPr>
        <w:t>σμός ἐστι τοῦ κ· εἰ δὲ παρὰ τὸ καλῶ, κλῶ, οὐ πλεονασμὸς, ἀλλὰ διπλασιασμός. Κέκμηκα. ἐκοπίασα. ἀπὸ τοῦ καμῶ, καμήσω, κεκάμηκα, κέκμηκα ἐν συγκοπῇ. Κελαρύζειν. κυρίως ἐπὶ τῶν ὑδάτων. τὸ μετὰ</w:t>
      </w:r>
    </w:p>
    <w:p>
      <w:r>
        <w:rPr>
          <w:rFonts w:ascii="Courier New" w:hAnsi="Courier New"/>
          <w:color w:val="555555"/>
          <w:sz w:val="20"/>
        </w:rPr>
        <w:t>[10]</w:t>
      </w:r>
    </w:p>
    <w:p>
      <w:r>
        <w:rPr>
          <w:rFonts w:ascii="Gentium Plus" w:hAnsi="Gentium Plus"/>
          <w:sz w:val="24"/>
        </w:rPr>
        <w:t>ποιοῦ ἤχου ῥεῖν καὶ ψόφου. σημαίνει δὲ τὸ ἁπλῶς ἠχεῖν. γίνεται παρὰ τὸ κρῶ, τὸ φωνῶ, οὗ παράγωγον κρύζω, καὶ μετὰ τοῦ λα ἐπιτα‐ τικοῦ μορίου, καὶ πλεονασμῷ τοῦ ε, κελαρύζω. ἐκ τούτου γίνεται καθ’ ὑπέρβασιν. ἀφ’ οὗ ῥη‐</w:t>
      </w:r>
    </w:p>
    <w:p>
      <w:r>
        <w:rPr>
          <w:rFonts w:ascii="Courier New" w:hAnsi="Courier New"/>
          <w:color w:val="555555"/>
          <w:sz w:val="20"/>
        </w:rPr>
        <w:t>[15]</w:t>
      </w:r>
    </w:p>
    <w:p>
      <w:r>
        <w:rPr>
          <w:rFonts w:ascii="Gentium Plus" w:hAnsi="Gentium Plus"/>
          <w:sz w:val="24"/>
        </w:rPr>
        <w:t>ματικὸν ὄνομα λακέρυζα κορώνη. Κέλεαι. [κέλλω,] ὁ παθητικὸς ἐνεστὼς κέλομαι, καὶ τὸ δεύτερον Ἰωνικὸν κέλεαι. Κελητίζειν. τουτέστι διεσκελισμένως καθῆσθαι. τούτου ἡ γενικὴ κέλητος καὶ ἐξ αὐτοῦ ῥῆμα κε‐</w:t>
      </w:r>
    </w:p>
    <w:p>
      <w:r>
        <w:rPr>
          <w:rFonts w:ascii="Courier New" w:hAnsi="Courier New"/>
          <w:color w:val="555555"/>
          <w:sz w:val="20"/>
        </w:rPr>
        <w:t>[20]</w:t>
      </w:r>
    </w:p>
    <w:p>
      <w:r>
        <w:rPr>
          <w:rFonts w:ascii="Gentium Plus" w:hAnsi="Gentium Plus"/>
          <w:sz w:val="24"/>
        </w:rPr>
        <w:t>λητῶ, κελητίζω, κατὰ παραγωγὴν, ἀντὶ τοῦ ἱππεύω. Κελευτίω. κελεύω. ὡς κυνηγέτης κυνηγῶ, οὕτω κελευτὴς κελευτῶ. παράγωγον κελευτιόω, ὡς φυσῶ, φυσιόω. ἔνιοι δὲ διὰ τοῦ ς, κελευσιόων.</w:t>
      </w:r>
    </w:p>
    <w:p>
      <w:r>
        <w:rPr>
          <w:rFonts w:ascii="Courier New" w:hAnsi="Courier New"/>
          <w:color w:val="555555"/>
          <w:sz w:val="20"/>
        </w:rPr>
        <w:t>[25]</w:t>
      </w:r>
    </w:p>
    <w:p>
      <w:r>
        <w:rPr>
          <w:rFonts w:ascii="Gentium Plus" w:hAnsi="Gentium Plus"/>
          <w:sz w:val="24"/>
        </w:rPr>
        <w:t>κελευσιόων τοὺς Ἕλληνας, ἀντὶ τοῦ ὁδηγῶν.</w:t>
      </w:r>
    </w:p>
    <w:p>
      <w:r>
        <w:rPr>
          <w:rFonts w:ascii="Courier New" w:hAnsi="Courier New"/>
          <w:color w:val="555555"/>
          <w:sz w:val="20"/>
        </w:rPr>
        <w:t>[kappa 1200]</w:t>
      </w:r>
    </w:p>
    <w:p>
      <w:r>
        <w:rPr>
          <w:rFonts w:ascii="Gentium Plus" w:hAnsi="Gentium Plus"/>
          <w:sz w:val="24"/>
        </w:rPr>
        <w:t>Κένσαι. ἀπὸ τοῦ κέντω, [κένσω. δύναται δὲ καὶ ἀπὸ τοῦ] κεντῶ, κεντήσω, καὶ ἐν συγκοπῇ κέν‐ σω. ἐκέντησα, κεντῆσαι, καὶ ἐν συγκοπῇ κέν‐ σαι. ἔστιν ἀόριστος αʹ καὶ μέλλων.</w:t>
      </w:r>
    </w:p>
    <w:p>
      <w:r>
        <w:rPr>
          <w:rFonts w:ascii="Courier New" w:hAnsi="Courier New"/>
          <w:color w:val="555555"/>
          <w:sz w:val="20"/>
        </w:rPr>
        <w:t>[5]</w:t>
      </w:r>
    </w:p>
    <w:p>
      <w:r>
        <w:rPr>
          <w:rFonts w:ascii="Gentium Plus" w:hAnsi="Gentium Plus"/>
          <w:sz w:val="24"/>
        </w:rPr>
        <w:t>Κεραννύς. ἀπὸ τοῦ [κερῶ] κεραννύω, κεράννυ‐ μι, καὶ ἡ μετοχὴ κεραννὺς, διὰ δύο νν. τὰ ἀπὸ τῶν εἰς υω περισπωμένων διὰ νύω γινόμενα, διὰ δύο νν γράφεται, οἷον χῶ χωννύω, ῥῶ ῥωννύω. Κέρσαι. κόψαι. κείρω τὸ κόπτω, καὶ αἰολικῶς</w:t>
      </w:r>
    </w:p>
    <w:p>
      <w:r>
        <w:rPr>
          <w:rFonts w:ascii="Courier New" w:hAnsi="Courier New"/>
          <w:color w:val="555555"/>
          <w:sz w:val="20"/>
        </w:rPr>
        <w:t>[10]</w:t>
      </w:r>
    </w:p>
    <w:p>
      <w:r>
        <w:rPr>
          <w:rFonts w:ascii="Gentium Plus" w:hAnsi="Gentium Plus"/>
          <w:sz w:val="24"/>
        </w:rPr>
        <w:t>κέρσω. Κερτομέων. ἀντὶ τοῦ ἐρεθίζων. καί· —κερτομίοις ἐπέεσσιν. ἐρεθιστικοῖς, παροξυντικοῖς, χλευαστικοῖς· ἀπα‐ τηλοῖς.</w:t>
      </w:r>
    </w:p>
    <w:p>
      <w:r>
        <w:rPr>
          <w:rFonts w:ascii="Courier New" w:hAnsi="Courier New"/>
          <w:color w:val="555555"/>
          <w:sz w:val="20"/>
        </w:rPr>
        <w:t>[15]</w:t>
      </w:r>
    </w:p>
    <w:p>
      <w:r>
        <w:rPr>
          <w:rFonts w:ascii="Gentium Plus" w:hAnsi="Gentium Plus"/>
          <w:sz w:val="24"/>
        </w:rPr>
        <w:t>Κεύθομαι. ἐνταῦθα εἰς ᾅδου τὴν κέλευθον, ὅ ἐστι τὴν ὁδὸν, ποιήσομαι. συγκέκοπται δὲ ἀπὸ τοῦ κελεύθομαι, καὶ σημαίνει τὸ πορεύομαι. οἷον· —ἄϊδι κεύθομαι.</w:t>
      </w:r>
    </w:p>
    <w:p>
      <w:r>
        <w:rPr>
          <w:rFonts w:ascii="Courier New" w:hAnsi="Courier New"/>
          <w:color w:val="555555"/>
          <w:sz w:val="20"/>
        </w:rPr>
        <w:t>[20]</w:t>
      </w:r>
    </w:p>
    <w:p>
      <w:r>
        <w:rPr>
          <w:rFonts w:ascii="Gentium Plus" w:hAnsi="Gentium Plus"/>
          <w:sz w:val="24"/>
        </w:rPr>
        <w:t>καὶ ἀντὶ τοῦ κρύπτομαι. κεύθω γὰρ τὸ κρύπτω. Κεχανδότα. χωροῦντα. χάζω, χάσω, κέχαδα, κεχαδὼς, κεχαδότος, κεχαδότα, καὶ πλεονα‐ σμῷ τοῦ ν κεχανδότα, ὁ δεύτερος ἀόριστος ἔχα‐</w:t>
      </w:r>
    </w:p>
    <w:p>
      <w:r>
        <w:rPr>
          <w:rFonts w:ascii="Courier New" w:hAnsi="Courier New"/>
          <w:color w:val="555555"/>
          <w:sz w:val="20"/>
        </w:rPr>
        <w:t>[kappa 1201]</w:t>
      </w:r>
    </w:p>
    <w:p>
      <w:r>
        <w:rPr>
          <w:rFonts w:ascii="Gentium Plus" w:hAnsi="Gentium Plus"/>
          <w:sz w:val="24"/>
        </w:rPr>
        <w:t>Κεχαρηότα. ἀπὸ τοῦ χαίρω γέγονεν, οὗ ὁ πα‐ ρακείμενος κεχάρηκα, ἡ μετοχὴ κεχαρηκὼς, κεχαρηκότος, καὶ κατὰ ἀφαίρεσιν [Ἰωνικὴν] κεχαρηότος, κεχαρηότα.</w:t>
      </w:r>
    </w:p>
    <w:p>
      <w:r>
        <w:rPr>
          <w:rFonts w:ascii="Courier New" w:hAnsi="Courier New"/>
          <w:color w:val="555555"/>
          <w:sz w:val="20"/>
        </w:rPr>
        <w:t>[5]</w:t>
      </w:r>
    </w:p>
    <w:p>
      <w:r>
        <w:rPr>
          <w:rFonts w:ascii="Gentium Plus" w:hAnsi="Gentium Plus"/>
          <w:sz w:val="24"/>
        </w:rPr>
        <w:t>—ἐμῷ κεχαρηότα θυμῷ. Κεχαροίατο. χαίρω, χαρῶ, ὁ δεύτερος ἀόριστος ἔχαρον, ἐχαροίμην, ἐχάροιο, ἐχάροιτο, καὶ πλεονασμῷ τοῦ κ, κεχάροιτο, καὶ ἰωνικῶς κε‐ χαροίατο.</w:t>
      </w:r>
    </w:p>
    <w:p>
      <w:r>
        <w:rPr>
          <w:rFonts w:ascii="Courier New" w:hAnsi="Courier New"/>
          <w:color w:val="555555"/>
          <w:sz w:val="20"/>
        </w:rPr>
        <w:t>[10]</w:t>
      </w:r>
    </w:p>
    <w:p>
      <w:r>
        <w:rPr>
          <w:rFonts w:ascii="Gentium Plus" w:hAnsi="Gentium Plus"/>
          <w:sz w:val="24"/>
        </w:rPr>
        <w:t>Κεχολώσεται. ἀπὸ τοῦ χολῶ, χολώσω, κεχό‐ λωκα, κεχόλωμαι, κεχόλωσαι, ὁ μετ’ ὀλίγον μέλλων κεχολώσεται. διαφέρει δὲ ὁ μέλλων τοῦ μετ’ ὀλίγον μέλλοντος, ὅτι ὁ μὲν μέλλων ἀορι‐ στός ἐστιν, ὁ δὲ μετ’ ὀλίγον μέλλων ὡρισμένος.</w:t>
      </w:r>
    </w:p>
    <w:p>
      <w:r>
        <w:rPr>
          <w:rFonts w:ascii="Courier New" w:hAnsi="Courier New"/>
          <w:color w:val="555555"/>
          <w:sz w:val="20"/>
        </w:rPr>
        <w:t>[15]</w:t>
      </w:r>
    </w:p>
    <w:p>
      <w:r>
        <w:rPr>
          <w:rFonts w:ascii="Gentium Plus" w:hAnsi="Gentium Plus"/>
          <w:sz w:val="24"/>
        </w:rPr>
        <w:t>Κεχρημάτισται. ἀκήκοεν· εἶδε. καὶ ὁ Ἀπόστο‐ λος· καθὼς κεχρημάτισται Μωυσῆς. Κενωθῇ. οἷον βλάβην καὶ ἐλάττωσιν ὑπομένει. ἀποστολικὴ ἡ λέξις. ἵνα μὴ κενωθῇ ὁ σταυ‐ ρὸς τοῦ Χριστοῦ.</w:t>
      </w:r>
    </w:p>
    <w:p>
      <w:r>
        <w:rPr>
          <w:rFonts w:ascii="Courier New" w:hAnsi="Courier New"/>
          <w:color w:val="555555"/>
          <w:sz w:val="20"/>
        </w:rPr>
        <w:t>[20]</w:t>
      </w:r>
    </w:p>
    <w:p>
      <w:r>
        <w:rPr>
          <w:rFonts w:ascii="Gentium Plus" w:hAnsi="Gentium Plus"/>
          <w:sz w:val="24"/>
        </w:rPr>
        <w:t>Κεάσαι. σχίσαι. Κεῖθεν. ἀντὶ τοῦ ἐκεῖθεν. ἐκ τοῦ ἐκεῖνος ἐκεί‐ νοθεν, [καὶ κατὰ συγκοπὴν ἐκεῖθεν καὶ κεῖθεν.</w:t>
      </w:r>
    </w:p>
    <w:p>
      <w:r>
        <w:rPr>
          <w:rFonts w:ascii="Courier New" w:hAnsi="Courier New"/>
          <w:color w:val="555555"/>
          <w:sz w:val="20"/>
        </w:rPr>
        <w:t>[kappa 1202]</w:t>
      </w:r>
    </w:p>
    <w:p>
      <w:r>
        <w:rPr>
          <w:rFonts w:ascii="Gentium Plus" w:hAnsi="Gentium Plus"/>
          <w:sz w:val="24"/>
        </w:rPr>
        <w:t>θεν.] οὐδὲν εἰς θεν λῆγον ἐπίῤῥημα τῇ ει δι‐ φθόγγῳ λήγεται χωρὶς τούτου. Κεῖθι. ἐκ τοῦ ἐκείνοθι, ἢ κεινόθι. καὶ ἐκ τοῦ ἐκεῖσε, κεῖσε.</w:t>
      </w:r>
    </w:p>
    <w:p>
      <w:pPr>
        <w:jc w:val="center"/>
      </w:pPr>
      <w:r>
        <w:rPr>
          <w:rFonts w:ascii="Gentium Plus" w:hAnsi="Gentium Plus"/>
          <w:b/>
          <w:sz w:val="24"/>
        </w:rPr>
        <w:t>Τὸ Κ μετὰ τοῦ Η.</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Κηδάρ. χώρα παρακειμένη Βαβυλωνίοις, οἰκήτο‐ ρας ἔχουσα βδελυρούς. σκότος ἑρμηνεύεται. Κηδεστής. ὁ πενθερός. καὶ ὁ φροντιστής. κήδω</w:t>
      </w:r>
    </w:p>
    <w:p>
      <w:r>
        <w:rPr>
          <w:rFonts w:ascii="Courier New" w:hAnsi="Courier New"/>
          <w:color w:val="555555"/>
          <w:sz w:val="20"/>
        </w:rPr>
        <w:t>[10]</w:t>
      </w:r>
    </w:p>
    <w:p>
      <w:r>
        <w:rPr>
          <w:rFonts w:ascii="Gentium Plus" w:hAnsi="Gentium Plus"/>
          <w:sz w:val="24"/>
        </w:rPr>
        <w:t>γὰρ τὸ φροντίζω. Κηδεμών. φροντιστής. Κηκασμός. λοιδορησμός. καὶ κηκὰς ὁ λοίδορος. καὶ κηκὰς ἡ ἀλώπηξ ἡ κακωτικὴ καὶ πανοῦρ‐ γος καὶ πονηρά.</w:t>
      </w:r>
    </w:p>
    <w:p>
      <w:r>
        <w:rPr>
          <w:rFonts w:ascii="Courier New" w:hAnsi="Courier New"/>
          <w:color w:val="555555"/>
          <w:sz w:val="20"/>
        </w:rPr>
        <w:t>[15]</w:t>
      </w:r>
    </w:p>
    <w:p>
      <w:r>
        <w:rPr>
          <w:rFonts w:ascii="Gentium Plus" w:hAnsi="Gentium Plus"/>
          <w:sz w:val="24"/>
        </w:rPr>
        <w:t>Κηλέστης. ὁ ἀπατεών. ἀπὸ τοῦ κηλῶ, τὸ θέλγω. Κηληθμός. ἡ μετ’ ᾠδῆς τέρψις. Κηλεός. καυστικός. Κήλων. θερμὸς εἰς συνουσίαν. παρὰ τὸν κή‐ σω μέλλοντα, ὃ δηλοῖ τὸ καύσω.</w:t>
      </w:r>
    </w:p>
    <w:p>
      <w:r>
        <w:rPr>
          <w:rFonts w:ascii="Courier New" w:hAnsi="Courier New"/>
          <w:color w:val="555555"/>
          <w:sz w:val="20"/>
        </w:rPr>
        <w:t>[20]</w:t>
      </w:r>
    </w:p>
    <w:p>
      <w:r>
        <w:rPr>
          <w:rFonts w:ascii="Gentium Plus" w:hAnsi="Gentium Plus"/>
          <w:sz w:val="24"/>
        </w:rPr>
        <w:t>Κημός. εἶδος χαλινοῦ.</w:t>
      </w:r>
    </w:p>
    <w:p>
      <w:r>
        <w:rPr>
          <w:rFonts w:ascii="Courier New" w:hAnsi="Courier New"/>
          <w:color w:val="555555"/>
          <w:sz w:val="20"/>
        </w:rPr>
        <w:t>[kappa 1203]</w:t>
      </w:r>
    </w:p>
    <w:p>
      <w:r>
        <w:rPr>
          <w:rFonts w:ascii="Gentium Plus" w:hAnsi="Gentium Plus"/>
          <w:sz w:val="24"/>
        </w:rPr>
        <w:t>Κῆπος. ὁ καταπνεόμενος τόπος πρὸς ἀνάπαυσιν. παρὰ τὸ κάπω, τὸ πνέω, κάπος καὶ κῆπος. †Κήρυλος. ὁ τῶν ἀλκυόνων ἄῤῥην.† †Κῆσος. ὄνομα ποταμοῦ.†</w:t>
      </w:r>
    </w:p>
    <w:p>
      <w:r>
        <w:rPr>
          <w:rFonts w:ascii="Courier New" w:hAnsi="Courier New"/>
          <w:color w:val="555555"/>
          <w:sz w:val="20"/>
        </w:rPr>
        <w:t>[5]</w:t>
      </w:r>
    </w:p>
    <w:p>
      <w:r>
        <w:rPr>
          <w:rFonts w:ascii="Gentium Plus" w:hAnsi="Gentium Plus"/>
          <w:sz w:val="24"/>
        </w:rPr>
        <w:t>Κηφήν. εἶδος μελίσσης. ἔστι δὲ ἀργόν. τινὲς δὲ τοὺς ὑδροφόρους τῶν μελισσῶν κηφῆνας λέγουσι. Κηώεις καὶ κηώδης. ὁ εὐώδης καὶ τεθυμιασμέ‐ νος οἶκος. Κής. ὁ σκώληξ.</w:t>
      </w:r>
    </w:p>
    <w:p>
      <w:r>
        <w:rPr>
          <w:rFonts w:ascii="Courier New" w:hAnsi="Courier New"/>
          <w:color w:val="555555"/>
          <w:sz w:val="20"/>
        </w:rPr>
        <w:t>[10]</w:t>
      </w:r>
    </w:p>
    <w:p>
      <w:r>
        <w:rPr>
          <w:rFonts w:ascii="Gentium Plus" w:hAnsi="Gentium Plus"/>
          <w:sz w:val="24"/>
        </w:rPr>
        <w:t>Κηδεός. ὁ νέκυς, ὁ φροντίδος καὶ κηδεμονίας ἄξιος τῆς κηδεύσεως. παρὰ τὸ κήδω, τὸ φροντί‐ ζω, γέγονε κηδεύω, κηδεὸς, ὡς φωλεύω, φωλεός. Κηδεστής. ὁ κατ’ ἐπιγαμβρίαν συγγενής. του‐ τέστιν ὁ πατὴρ τῆς γαμουμένης, καὶ αὐτὸς ὁ</w:t>
      </w:r>
    </w:p>
    <w:p>
      <w:r>
        <w:rPr>
          <w:rFonts w:ascii="Courier New" w:hAnsi="Courier New"/>
          <w:color w:val="555555"/>
          <w:sz w:val="20"/>
        </w:rPr>
        <w:t>[15]</w:t>
      </w:r>
    </w:p>
    <w:p>
      <w:r>
        <w:rPr>
          <w:rFonts w:ascii="Gentium Plus" w:hAnsi="Gentium Plus"/>
          <w:sz w:val="24"/>
        </w:rPr>
        <w:t>γαμῶν. παρὰ τὸ κήδω ῥῆμα ὄνομα κῆδος, ὅ ἐστιν ἡ κατ’ ἐπιγαμίαν συγγένεια. ἐπεὶ ἐκ προνοίας καὶ κηδεμονίας συνίσταται. παρὰ τὸ κῆδος οὖν κηδεστής. [ἢ παρὰ τὸ κήδω. τὸ δὲ κηδεστὴς] ὀξύτονον ὡς προσηγορικὸν, τὸ δὲ κύριον ὄνομα</w:t>
      </w:r>
    </w:p>
    <w:p>
      <w:r>
        <w:rPr>
          <w:rFonts w:ascii="Courier New" w:hAnsi="Courier New"/>
          <w:color w:val="555555"/>
          <w:sz w:val="20"/>
        </w:rPr>
        <w:t>[20]</w:t>
      </w:r>
    </w:p>
    <w:p>
      <w:r>
        <w:rPr>
          <w:rFonts w:ascii="Gentium Plus" w:hAnsi="Gentium Plus"/>
          <w:sz w:val="24"/>
        </w:rPr>
        <w:t>βαρύτονον. ὡς θύω, Θυέστης. Κήδιστος. φροντιστικώτατος. ὅς μοι κήδιστος ἑτάρων ἦν κεδνότατός τε. καὶ ὥσπερ παρὰ τὸ κάλλος γίνεται καλλίων, καὶ τὸ ὑπερθετικὸν κάλλιστος, οὕτως οὖν παρὰ</w:t>
      </w:r>
    </w:p>
    <w:p>
      <w:r>
        <w:rPr>
          <w:rFonts w:ascii="Courier New" w:hAnsi="Courier New"/>
          <w:color w:val="555555"/>
          <w:sz w:val="20"/>
        </w:rPr>
        <w:t>[25]</w:t>
      </w:r>
    </w:p>
    <w:p>
      <w:r>
        <w:rPr>
          <w:rFonts w:ascii="Gentium Plus" w:hAnsi="Gentium Plus"/>
          <w:sz w:val="24"/>
        </w:rPr>
        <w:t>τὸ κῆδος κήδιστος.</w:t>
      </w:r>
    </w:p>
    <w:p>
      <w:r>
        <w:rPr>
          <w:rFonts w:ascii="Courier New" w:hAnsi="Courier New"/>
          <w:color w:val="555555"/>
          <w:sz w:val="20"/>
        </w:rPr>
        <w:t>[kappa 1204]</w:t>
      </w:r>
    </w:p>
    <w:p>
      <w:r>
        <w:rPr>
          <w:rFonts w:ascii="Gentium Plus" w:hAnsi="Gentium Plus"/>
          <w:sz w:val="24"/>
        </w:rPr>
        <w:t>Κηλεύς. παρὰ τὸ κηλεῖν καὶ τέρπειν. οἷον· κηλιθμῷ δ’ ἔσχοντο κατὰ μέγαρα. τὸ δὲ κηλιθμὸς οἱονεὶ κηλιδιθμός· καὶ κατὰ συγκοπὴν κηλιθμός. οὕτως εὗρον ἐν ὑπομνήμα‐</w:t>
      </w:r>
    </w:p>
    <w:p>
      <w:r>
        <w:rPr>
          <w:rFonts w:ascii="Courier New" w:hAnsi="Courier New"/>
          <w:color w:val="555555"/>
          <w:sz w:val="20"/>
        </w:rPr>
        <w:t>[5]</w:t>
      </w:r>
    </w:p>
    <w:p>
      <w:r>
        <w:rPr>
          <w:rFonts w:ascii="Gentium Plus" w:hAnsi="Gentium Plus"/>
          <w:sz w:val="24"/>
        </w:rPr>
        <w:t>τι Ὀδυσσείας. Κῆρυξ. ὡς παρὰ τὸ πτερὸν γίνεται πτερῶ καὶ πτερύσσω, οὕτως καὶ παρὰ τὸ ἐρῶ, τὸ λέγω, ἐρύσσω καὶ ἠρύσσω καὶ πλεονασμῷ τοῦ κ κη‐ ρύσσω, ὁ μέλλων κηρύξω. οὕτως καὶ ἀποβολῇ</w:t>
      </w:r>
    </w:p>
    <w:p>
      <w:r>
        <w:rPr>
          <w:rFonts w:ascii="Courier New" w:hAnsi="Courier New"/>
          <w:color w:val="555555"/>
          <w:sz w:val="20"/>
        </w:rPr>
        <w:t>[10]</w:t>
      </w:r>
    </w:p>
    <w:p>
      <w:r>
        <w:rPr>
          <w:rFonts w:ascii="Gentium Plus" w:hAnsi="Gentium Plus"/>
          <w:sz w:val="24"/>
        </w:rPr>
        <w:t>τοῦ ω κῆρυξ. Κηώεις. ἐπὶ τοῦ θαλάμου. παρὰ τὸ κέω, τὸ κοι‐ μῶμαι. ὦρσο κέων ὦ ξεῖνε. γέγονε κεώεις καὶ κηώεις, ὁ εἰς τὸ κοιμᾶσθαι</w:t>
      </w:r>
    </w:p>
    <w:p>
      <w:r>
        <w:rPr>
          <w:rFonts w:ascii="Courier New" w:hAnsi="Courier New"/>
          <w:color w:val="555555"/>
          <w:sz w:val="20"/>
        </w:rPr>
        <w:t>[15]</w:t>
      </w:r>
    </w:p>
    <w:p>
      <w:r>
        <w:rPr>
          <w:rFonts w:ascii="Gentium Plus" w:hAnsi="Gentium Plus"/>
          <w:sz w:val="24"/>
        </w:rPr>
        <w:t>εἰργασμένος. σημαίνει δὲ τὸν τεθυμιαμένον θά‐ λαμον καὶ οἶκον. ἀπὸ τοῦ τὰ θυμιάματα εἰς αὐτὸν καίεσθαι. Κηφισσός. ὄνομα ποταμοῦ.</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Κηδεμονία. φροντίς. Κηδεία. ἡ ταφή. καὶ ἡ συγγαμβρία. Κηδαλία. χώρα. Κηκίς. ἡ ὀξύτης. Κήλη. τὸ πάθος. καὶ κηλήτης.</w:t>
      </w:r>
    </w:p>
    <w:p>
      <w:r>
        <w:rPr>
          <w:rFonts w:ascii="Courier New" w:hAnsi="Courier New"/>
          <w:color w:val="555555"/>
          <w:sz w:val="20"/>
        </w:rPr>
        <w:t>[25]</w:t>
      </w:r>
    </w:p>
    <w:p>
      <w:r>
        <w:rPr>
          <w:rFonts w:ascii="Gentium Plus" w:hAnsi="Gentium Plus"/>
          <w:sz w:val="24"/>
        </w:rPr>
        <w:t>Κηλίς. ὁ ῥύπος. καὶ κλίνεται κηλίδος.</w:t>
      </w:r>
    </w:p>
    <w:p>
      <w:r>
        <w:rPr>
          <w:rFonts w:ascii="Courier New" w:hAnsi="Courier New"/>
          <w:color w:val="555555"/>
          <w:sz w:val="20"/>
        </w:rPr>
        <w:t>[kappa 1205]</w:t>
      </w:r>
    </w:p>
    <w:p>
      <w:r>
        <w:rPr>
          <w:rFonts w:ascii="Gentium Plus" w:hAnsi="Gentium Plus"/>
          <w:sz w:val="24"/>
        </w:rPr>
        <w:t>Κήλησις. ἡδονὴ καὶ θέλξις μετὰ μέλους. Κηπαία. ἡ ἐν τῷ κήπῳ κηπαία παγὶς ἱσταμένη. Κηπεία. ἡ κήπευσις. Κηρουλκός. ἡ εἰς θάνατον ἕλπουσα. παρὰ τὴν</w:t>
      </w:r>
    </w:p>
    <w:p>
      <w:r>
        <w:rPr>
          <w:rFonts w:ascii="Courier New" w:hAnsi="Courier New"/>
          <w:color w:val="555555"/>
          <w:sz w:val="20"/>
        </w:rPr>
        <w:t>[5]</w:t>
      </w:r>
    </w:p>
    <w:p>
      <w:r>
        <w:rPr>
          <w:rFonts w:ascii="Gentium Plus" w:hAnsi="Gentium Plus"/>
          <w:sz w:val="24"/>
        </w:rPr>
        <w:t>κῆρα, τὴν θανατηφόρον μοῖραν. Κήρινθος. πόλις. Κηρυκίνη. ῥάβδος. Κηφηΐς. ἡ Αἰθιοπία γῆ. ἀπὸ Κηφέως. Νίκαν‐ δρος·</w:t>
      </w:r>
    </w:p>
    <w:p>
      <w:r>
        <w:rPr>
          <w:rFonts w:ascii="Courier New" w:hAnsi="Courier New"/>
          <w:color w:val="555555"/>
          <w:sz w:val="20"/>
        </w:rPr>
        <w:t>[10]</w:t>
      </w:r>
    </w:p>
    <w:p>
      <w:r>
        <w:rPr>
          <w:rFonts w:ascii="Gentium Plus" w:hAnsi="Gentium Plus"/>
          <w:sz w:val="24"/>
        </w:rPr>
        <w:t>Περσεὺς ἥν ποτε λιπὼν Κηφηΐδα γαῖαν. Κηλάς. ἡ ἀλώπηξ. Κῆδος. ἡ συναλλαγὴ τοῦ γάμου. Κήδεα. φροντίδες, λύπαι, ἢ τὰ κακά. Κηκίδιον. τὸ τοῦ μέλανος.</w:t>
      </w:r>
    </w:p>
    <w:p>
      <w:r>
        <w:rPr>
          <w:rFonts w:ascii="Courier New" w:hAnsi="Courier New"/>
          <w:color w:val="555555"/>
          <w:sz w:val="20"/>
        </w:rPr>
        <w:t>[15]</w:t>
      </w:r>
    </w:p>
    <w:p>
      <w:r>
        <w:rPr>
          <w:rFonts w:ascii="Gentium Plus" w:hAnsi="Gentium Plus"/>
          <w:sz w:val="24"/>
        </w:rPr>
        <w:t>Κηλώνιον. ἵππος ἐπιβατήριος. παρὰ τὸ κήλων, ὃ σημαίνει τὸν θερμόν. κήλων γὰρ ὁ θερμὸς εἰς συνουσίαν. ἢ παρὰ τὸν κήσω μέλλοντα, ὃ δηλοῖ τὸ καύσω. Κηλόνειον δὲ τὸ γεράνιον. μικρὸν καὶ δίφθογ‐</w:t>
      </w:r>
    </w:p>
    <w:p>
      <w:r>
        <w:rPr>
          <w:rFonts w:ascii="Courier New" w:hAnsi="Courier New"/>
          <w:color w:val="555555"/>
          <w:sz w:val="20"/>
        </w:rPr>
        <w:t>[20]</w:t>
      </w:r>
    </w:p>
    <w:p>
      <w:r>
        <w:rPr>
          <w:rFonts w:ascii="Gentium Plus" w:hAnsi="Gentium Plus"/>
          <w:sz w:val="24"/>
        </w:rPr>
        <w:t>γον. παρὰ τὸ κάλον, τὸ ξύλον, καὶ μετὰ τοῦ νεύειν γέγονε καλόνειον καὶ κηλόνειον, τὸ ἀνα‐ νεῦον καὶ κατανεῦον ξύλον. Κῆλον. τὸ βέλος τὸ ξύλινον. παρὰ τὸ κάλον, ὃ δηλοῖ τὸ ξύλον. ἢ βέλος θεῖον, τουτέστιν</w:t>
      </w:r>
    </w:p>
    <w:p>
      <w:r>
        <w:rPr>
          <w:rFonts w:ascii="Courier New" w:hAnsi="Courier New"/>
          <w:color w:val="555555"/>
          <w:sz w:val="20"/>
        </w:rPr>
        <w:t>[25]</w:t>
      </w:r>
    </w:p>
    <w:p>
      <w:r>
        <w:rPr>
          <w:rFonts w:ascii="Gentium Plus" w:hAnsi="Gentium Plus"/>
          <w:sz w:val="24"/>
        </w:rPr>
        <w:t>ἀστραπὰς καὶ βροντάς.</w:t>
      </w:r>
    </w:p>
    <w:p>
      <w:r>
        <w:rPr>
          <w:rFonts w:ascii="Courier New" w:hAnsi="Courier New"/>
          <w:color w:val="555555"/>
          <w:sz w:val="20"/>
        </w:rPr>
        <w:t>[kappa 1206]</w:t>
      </w:r>
    </w:p>
    <w:p>
      <w:r>
        <w:rPr>
          <w:rFonts w:ascii="Gentium Plus" w:hAnsi="Gentium Plus"/>
          <w:sz w:val="24"/>
        </w:rPr>
        <w:t>—ᾤχετο κῆλα θεοῖο. παρὰ τὸν κήσω μέλλοντα τὸν δηλοῦντα τὸ καύ‐ σω. ὅθεν καὶ τό· πυρὶ κηλέῳ, τουτέστι καυ‐ στικῷ.</w:t>
      </w:r>
    </w:p>
    <w:p>
      <w:r>
        <w:rPr>
          <w:rFonts w:ascii="Courier New" w:hAnsi="Courier New"/>
          <w:color w:val="555555"/>
          <w:sz w:val="20"/>
        </w:rPr>
        <w:t>[5]</w:t>
      </w:r>
    </w:p>
    <w:p>
      <w:r>
        <w:rPr>
          <w:rFonts w:ascii="Gentium Plus" w:hAnsi="Gentium Plus"/>
          <w:sz w:val="24"/>
        </w:rPr>
        <w:t>Κήναιον. ὄρος. Κήπιον. κῆπος. Κῆρ. ἡ ψυχὴ, ἀπὸ τοῦ δίκην κηροῦ ἀπομάττε‐ σθαι τὰ μαθήματα. Κῆρ. περισπωμένως μὲν τὴν ψυχήν· παρὰ τὸ</w:t>
      </w:r>
    </w:p>
    <w:p>
      <w:r>
        <w:rPr>
          <w:rFonts w:ascii="Courier New" w:hAnsi="Courier New"/>
          <w:color w:val="555555"/>
          <w:sz w:val="20"/>
        </w:rPr>
        <w:t>[10]</w:t>
      </w:r>
    </w:p>
    <w:p>
      <w:r>
        <w:rPr>
          <w:rFonts w:ascii="Gentium Plus" w:hAnsi="Gentium Plus"/>
          <w:sz w:val="24"/>
        </w:rPr>
        <w:t>κέαρ. ὀξυτόνως δὲ τὴν θανατηφόρον μοῖραν, ἡ τὸ κακύναι ἐπιφέρουσα. Κηρύκειον. ὄρος Ἐφέσου. καὶ ὁ τῶν κηρύκων μισθός. κηρύκιον δὲ πᾶσα ῥάβδος, ι.</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Κήδεται. φροντίζει. Κῇεν. ἔκαυσεν. καὶ κήσω. Κήκιεν. ἐφέρετο. κατέβαινεν. ἔῤῥει. παρὰ τὸ κίω, τὸ περιπατῶ καὶ πορεύομαι, ἔκιε, καὶ πλεονασμῷ τοῦ κ καὶ ἐκτάσει κήκιεν.</w:t>
      </w:r>
    </w:p>
    <w:p>
      <w:r>
        <w:rPr>
          <w:rFonts w:ascii="Courier New" w:hAnsi="Courier New"/>
          <w:color w:val="555555"/>
          <w:sz w:val="20"/>
        </w:rPr>
        <w:t>[20]</w:t>
      </w:r>
    </w:p>
    <w:p>
      <w:r>
        <w:rPr>
          <w:rFonts w:ascii="Gentium Plus" w:hAnsi="Gentium Plus"/>
          <w:sz w:val="24"/>
        </w:rPr>
        <w:t>αἷμα δ’ ἀνεκήκιε. †Κηλοβλάπτω. ἀπατῶ.† Κηλάζω. τὸ λοιδορῶ. Κήδω. τὸ λυποῦμαι. καί·</w:t>
      </w:r>
    </w:p>
    <w:p>
      <w:r>
        <w:rPr>
          <w:rFonts w:ascii="Courier New" w:hAnsi="Courier New"/>
          <w:color w:val="555555"/>
          <w:sz w:val="20"/>
        </w:rPr>
        <w:t>[kappa 1207]</w:t>
      </w:r>
    </w:p>
    <w:p>
      <w:r>
        <w:rPr>
          <w:rFonts w:ascii="Gentium Plus" w:hAnsi="Gentium Plus"/>
          <w:sz w:val="24"/>
        </w:rPr>
        <w:t>οἶμαι παρὰ τὸ καίεσθαι εἴρηται· τοῖς γὰρ λυπουμένοις ἕπεται ἡ ἔκκαυσις. Κηλῆσαι. θέλξαι. Κημῶ. χαλιναγωγῶ.</w:t>
      </w:r>
    </w:p>
    <w:p>
      <w:r>
        <w:rPr>
          <w:rFonts w:ascii="Courier New" w:hAnsi="Courier New"/>
          <w:color w:val="555555"/>
          <w:sz w:val="20"/>
        </w:rPr>
        <w:t>[5]</w:t>
      </w:r>
    </w:p>
    <w:p>
      <w:r>
        <w:rPr>
          <w:rFonts w:ascii="Gentium Plus" w:hAnsi="Gentium Plus"/>
          <w:sz w:val="24"/>
        </w:rPr>
        <w:t>Κηρύσσω. παρὰ τὸ γῆρυς, ὃ σημαίνει τὴν φωνὴν, κατὰ τροπὴν τοῦ γ εἰς κ. ἢ παρὰ τὸ ἐρύσσω, ἠρύσσω, καὶ πλεονασμῷ τοῦ κ, κηρύσσω. Κηρόθι. ἐκ ψυχῆς. εἰ δέ τοι Ἀτρείδης μὲν ἀπήχθετο κηρόθι</w:t>
      </w:r>
    </w:p>
    <w:p>
      <w:r>
        <w:rPr>
          <w:rFonts w:ascii="Courier New" w:hAnsi="Courier New"/>
          <w:color w:val="555555"/>
          <w:sz w:val="20"/>
        </w:rPr>
        <w:t>[10]</w:t>
      </w:r>
    </w:p>
    <w:p>
      <w:r>
        <w:rPr>
          <w:rFonts w:ascii="Gentium Plus" w:hAnsi="Gentium Plus"/>
          <w:sz w:val="24"/>
        </w:rPr>
        <w:t>μᾶλλον. Κῆχος. πρὸ ὀλίγου, ἢ ὅπου.</w:t>
      </w:r>
    </w:p>
    <w:p>
      <w:pPr>
        <w:jc w:val="center"/>
      </w:pPr>
      <w:r>
        <w:rPr>
          <w:rFonts w:ascii="Gentium Plus" w:hAnsi="Gentium Plus"/>
          <w:b/>
          <w:sz w:val="24"/>
        </w:rPr>
        <w:t>Τὸ Κ μετὰ τοῦ Ι.</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Κιανός. κόλπος. καὶ Κιανὶς ποταμός.</w:t>
      </w:r>
    </w:p>
    <w:p>
      <w:r>
        <w:rPr>
          <w:rFonts w:ascii="Courier New" w:hAnsi="Courier New"/>
          <w:color w:val="555555"/>
          <w:sz w:val="20"/>
        </w:rPr>
        <w:t>[15]</w:t>
      </w:r>
    </w:p>
    <w:p>
      <w:r>
        <w:rPr>
          <w:rFonts w:ascii="Gentium Plus" w:hAnsi="Gentium Plus"/>
          <w:sz w:val="24"/>
        </w:rPr>
        <w:t>Κιβυῤῥαιώτης. τοπικόν. Κίβδηλος. ἀδόκιμος, ἀπεῤῥιμμένος.</w:t>
      </w:r>
    </w:p>
    <w:p>
      <w:r>
        <w:rPr>
          <w:rFonts w:ascii="Courier New" w:hAnsi="Courier New"/>
          <w:color w:val="555555"/>
          <w:sz w:val="20"/>
        </w:rPr>
        <w:t>[kappa 1208]</w:t>
      </w:r>
    </w:p>
    <w:p>
      <w:r>
        <w:rPr>
          <w:rFonts w:ascii="Gentium Plus" w:hAnsi="Gentium Plus"/>
          <w:sz w:val="24"/>
        </w:rPr>
        <w:t>Κίκυς. ὁ ὀξὺς, ὁ ἰσχυρός. σημαίνει τὴν ἰσχύν. παρὰ τὸ κίω, τὸ πορεύομαι. ὁ γὰρ ἰσχυρὸς ἐκ τῆς κινήσεως φαίνεται. Κιλίκιοι. δασεῖς. κιλίκιοι τράγοι. τοιοῦτοι γὰρ οἱ</w:t>
      </w:r>
    </w:p>
    <w:p>
      <w:r>
        <w:rPr>
          <w:rFonts w:ascii="Courier New" w:hAnsi="Courier New"/>
          <w:color w:val="555555"/>
          <w:sz w:val="20"/>
        </w:rPr>
        <w:t>[5]</w:t>
      </w:r>
    </w:p>
    <w:p>
      <w:r>
        <w:rPr>
          <w:rFonts w:ascii="Gentium Plus" w:hAnsi="Gentium Plus"/>
          <w:sz w:val="24"/>
        </w:rPr>
        <w:t>ἐν Κιλικίᾳ γίνονται τράγοι. ὅθεν τὰ ἐκ τριχῶν ἐκτιθέμενα κιλίκια λέγονται. Κίμβρος. ὁ λῃστής. Κίμβις. ποταμός. Κιμμερίους. φησὶν Ἡρακλείδης ὁ Ποντικὸς, ὑπο‐</w:t>
      </w:r>
    </w:p>
    <w:p>
      <w:r>
        <w:rPr>
          <w:rFonts w:ascii="Courier New" w:hAnsi="Courier New"/>
          <w:color w:val="555555"/>
          <w:sz w:val="20"/>
        </w:rPr>
        <w:t>[10]</w:t>
      </w:r>
    </w:p>
    <w:p>
      <w:r>
        <w:rPr>
          <w:rFonts w:ascii="Gentium Plus" w:hAnsi="Gentium Plus"/>
          <w:sz w:val="24"/>
        </w:rPr>
        <w:t>κάτω τοῦ Πόντου εἶναι τοὺς Κιμμερίους. †ἀεὶ γὰρ οἱ τοιοῦτοι ἐν χειμῶνι εἰσίν.† κέμμερον γὰρ λέγουσι τὴν ὁμίχλην. καὶ Σκυθικὸν ἔθνος οἱ Κιμμέριοι. †Κίνιψ. ὁ λιμήν.†</w:t>
      </w:r>
    </w:p>
    <w:p>
      <w:r>
        <w:rPr>
          <w:rFonts w:ascii="Courier New" w:hAnsi="Courier New"/>
          <w:color w:val="555555"/>
          <w:sz w:val="20"/>
        </w:rPr>
        <w:t>[15]</w:t>
      </w:r>
    </w:p>
    <w:p>
      <w:r>
        <w:rPr>
          <w:rFonts w:ascii="Gentium Plus" w:hAnsi="Gentium Plus"/>
          <w:sz w:val="24"/>
        </w:rPr>
        <w:t>Κίναιδος. ὁ πόρνος, ὁ ἀσελγής. ὁ κενὸς αἰδοῦς. οὕτως Διονύσιος. ἢ παρὰ τὸ κινεῖν τὰ αἰδοῖα. οὕτως Ὦρος ὁ Μιλήσιος. Κίναδος. ἐπὶ τῶν θηρίων. παρὰ τὸ ἄδδην κι‐ νεῖσθαι. πολυκίνητα γὰρ τὰ θηρία. οἱ δὲ κατα‐</w:t>
      </w:r>
    </w:p>
    <w:p>
      <w:r>
        <w:rPr>
          <w:rFonts w:ascii="Courier New" w:hAnsi="Courier New"/>
          <w:color w:val="555555"/>
          <w:sz w:val="20"/>
        </w:rPr>
        <w:t>[20]</w:t>
      </w:r>
    </w:p>
    <w:p>
      <w:r>
        <w:rPr>
          <w:rFonts w:ascii="Gentium Plus" w:hAnsi="Gentium Plus"/>
          <w:sz w:val="24"/>
        </w:rPr>
        <w:t>ποθῆναι ὑπὸ τοῦ κινάδεος. καὶ τῷ κινάδει.</w:t>
      </w:r>
    </w:p>
    <w:p>
      <w:r>
        <w:rPr>
          <w:rFonts w:ascii="Courier New" w:hAnsi="Courier New"/>
          <w:color w:val="555555"/>
          <w:sz w:val="20"/>
        </w:rPr>
        <w:t>[kappa 1209]</w:t>
      </w:r>
    </w:p>
    <w:p>
      <w:r>
        <w:rPr>
          <w:rFonts w:ascii="Gentium Plus" w:hAnsi="Gentium Plus"/>
          <w:sz w:val="24"/>
        </w:rPr>
        <w:t>Κινδαψός. εἶδος ὀρνέου. λέγει δὲ καὶ Διονύσιος, ὅτι ἔθνος ἐστὶν Ἰνδικόν. Κίνδυνος. φοβεροῦ πλησιασμός. Κίρκος. ὁ κωπηλάτης. ἢ ὁ ἱέραξ.</w:t>
      </w:r>
    </w:p>
    <w:p>
      <w:r>
        <w:rPr>
          <w:rFonts w:ascii="Courier New" w:hAnsi="Courier New"/>
          <w:color w:val="555555"/>
          <w:sz w:val="20"/>
        </w:rPr>
        <w:t>[5]</w:t>
      </w:r>
    </w:p>
    <w:p>
      <w:r>
        <w:rPr>
          <w:rFonts w:ascii="Gentium Plus" w:hAnsi="Gentium Plus"/>
          <w:sz w:val="24"/>
        </w:rPr>
        <w:t>Κιῤῥός. ὁ κίτρινος. Κιῤῥαῖος. ἐθνικός. καὶ ὁ Κιῤῥαίων λιμήν. Κίς. ὁ σκώληξ. καὶ κλίνεται κιός. Κιχηλάς. ὁ κίχλας, πλεονασμῷ τοῦ η. κρεά‐ των ὀρνίθασι κιχηλῶν.</w:t>
      </w:r>
    </w:p>
    <w:p>
      <w:r>
        <w:rPr>
          <w:rFonts w:ascii="Courier New" w:hAnsi="Courier New"/>
          <w:color w:val="555555"/>
          <w:sz w:val="20"/>
        </w:rPr>
        <w:t>[10]</w:t>
      </w:r>
    </w:p>
    <w:p>
      <w:r>
        <w:rPr>
          <w:rFonts w:ascii="Gentium Plus" w:hAnsi="Gentium Plus"/>
          <w:sz w:val="24"/>
        </w:rPr>
        <w:t>Κίων. ἀπὸ τοῦ κίειν καὶ ἀνιέναι εἰς ὕψος. παρὰ τὸ τὴν ἰὼν μετοχὴν γέγονεν ἴων καὶ κίων. τοῦ‐ το οἱ Ἀττικοὶ ἀρσενικῶς λέγουσιν, οἱ δὲ Ἴω‐ νες θηλυκῶς. Κίῤῥις. ζῶον.</w:t>
      </w:r>
    </w:p>
    <w:p>
      <w:r>
        <w:rPr>
          <w:rFonts w:ascii="Courier New" w:hAnsi="Courier New"/>
          <w:color w:val="555555"/>
          <w:sz w:val="20"/>
        </w:rPr>
        <w:t>[15]</w:t>
      </w:r>
    </w:p>
    <w:p>
      <w:r>
        <w:rPr>
          <w:rFonts w:ascii="Gentium Plus" w:hAnsi="Gentium Plus"/>
          <w:sz w:val="24"/>
        </w:rPr>
        <w:t>Κιγκλισμός. ἀντὶ τοῦ τάραχος. οὕτως Μέναν‐ δρος. ἀπὸ μεταφορᾶς τῆς κιγκλίδος. †Κιλλαγητήρ. ὀνειλάτης.†</w:t>
      </w:r>
    </w:p>
    <w:p>
      <w:r>
        <w:rPr>
          <w:rFonts w:ascii="Courier New" w:hAnsi="Courier New"/>
          <w:color w:val="555555"/>
          <w:sz w:val="20"/>
        </w:rPr>
        <w:t>[kappa 1210]</w:t>
      </w:r>
    </w:p>
    <w:p>
      <w:r>
        <w:rPr>
          <w:rFonts w:ascii="Gentium Plus" w:hAnsi="Gentium Plus"/>
          <w:sz w:val="24"/>
        </w:rPr>
        <w:t>†Κίνιφος. ὁ ποικίλος.† †Κίγκλος. εἶδος ὀρνέου.† Κίμβιξ. ὁ φιλοχρήματος. Κιχλισμός. μικρὸς γέλως.</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Κίαρος. ὄνομα πόλεως. Κία. ἡ μέθη. Κιβωτός. ὤφειλε διὰ τῆς ει διφθόγγου, ἐπειδὴ διὰ τὸ κεῖσθαι ἐκεῖ τὴν βόσιν εἴρηται. ἀλλ’ ἡ</w:t>
      </w:r>
    </w:p>
    <w:p>
      <w:r>
        <w:rPr>
          <w:rFonts w:ascii="Courier New" w:hAnsi="Courier New"/>
          <w:color w:val="555555"/>
          <w:sz w:val="20"/>
        </w:rPr>
        <w:t>[10]</w:t>
      </w:r>
    </w:p>
    <w:p>
      <w:r>
        <w:rPr>
          <w:rFonts w:ascii="Gentium Plus" w:hAnsi="Gentium Plus"/>
          <w:sz w:val="24"/>
        </w:rPr>
        <w:t>παράδοσις τὸ ι ἔχει. καὶ λέγει Ὦρος ὁ Μιλή‐ σιος· ἴσως παρὰ τὸ κίβος γέγονεν, ὃ σημαίνει τὴν τροφήν. καὶ κίβισος ἡ πήρα ἢ ἡ κιβωτός. παρὰ τὸ κεῖσθαι ἐκεῖ τὴν βόσιν, ὃ σημαίνει τὴν τροφὴν, ἡ εἰς τὸ κίειν καὶ ἰέναι βόσιν</w:t>
      </w:r>
    </w:p>
    <w:p>
      <w:r>
        <w:rPr>
          <w:rFonts w:ascii="Courier New" w:hAnsi="Courier New"/>
          <w:color w:val="555555"/>
          <w:sz w:val="20"/>
        </w:rPr>
        <w:t>[15]</w:t>
      </w:r>
    </w:p>
    <w:p>
      <w:r>
        <w:rPr>
          <w:rFonts w:ascii="Gentium Plus" w:hAnsi="Gentium Plus"/>
          <w:sz w:val="24"/>
        </w:rPr>
        <w:t>ἔχουσα. Κιγκλίς. τὸ τοῦ δικαστηρίου κάγκελον, ἢ ἡ σω‐</w:t>
      </w:r>
    </w:p>
    <w:p>
      <w:r>
        <w:rPr>
          <w:rFonts w:ascii="Courier New" w:hAnsi="Courier New"/>
          <w:color w:val="555555"/>
          <w:sz w:val="20"/>
        </w:rPr>
        <w:t>[kappa 1211]</w:t>
      </w:r>
    </w:p>
    <w:p>
      <w:r>
        <w:rPr>
          <w:rFonts w:ascii="Gentium Plus" w:hAnsi="Gentium Plus"/>
          <w:sz w:val="24"/>
        </w:rPr>
        <w:t>Κιβωτός. διὰ τοῦ ι γράφεται, τῷ λόγῳ τοῦ θλί‐ βω. Κίδαρις. περίθεμα κεφαλῆς εὔκοσμον, δι’ οὗ οἱ ἱερεῖς τὸ παλαιὸν ἐκοσμοῦντο. ἢ ἐκ τριχῶν κα‐</w:t>
      </w:r>
    </w:p>
    <w:p>
      <w:r>
        <w:rPr>
          <w:rFonts w:ascii="Courier New" w:hAnsi="Courier New"/>
          <w:color w:val="555555"/>
          <w:sz w:val="20"/>
        </w:rPr>
        <w:t>[5]</w:t>
      </w:r>
    </w:p>
    <w:p>
      <w:r>
        <w:rPr>
          <w:rFonts w:ascii="Gentium Plus" w:hAnsi="Gentium Plus"/>
          <w:sz w:val="24"/>
        </w:rPr>
        <w:t>μελαύκιον. ἀνὴρ παρὰ Πέρσαις τὴν κίδαριν ἀνε‐ δήσατο. Κίθαρις. παρὰ τὸ κεύθειν τὸν ἔρωτα. †Κικονία. γῆ.† Κιμωλός. νῆσος.</w:t>
      </w:r>
    </w:p>
    <w:p>
      <w:r>
        <w:rPr>
          <w:rFonts w:ascii="Courier New" w:hAnsi="Courier New"/>
          <w:color w:val="555555"/>
          <w:sz w:val="20"/>
        </w:rPr>
        <w:t>[10]</w:t>
      </w:r>
    </w:p>
    <w:p>
      <w:r>
        <w:rPr>
          <w:rFonts w:ascii="Gentium Plus" w:hAnsi="Gentium Plus"/>
          <w:sz w:val="24"/>
        </w:rPr>
        <w:t>Κιμωλία. νῆσος. καὶ ὁ γύψος. Κίμαρα. τόπος. Κιναύρα. ἡ τῶν τράγων δυσοδμία. Κιννύρα. ὄργανον μουσικόν. Κίνησις. ἀγὼν, πόλεμος, σεισμός. ἢ κίνησις</w:t>
      </w:r>
    </w:p>
    <w:p>
      <w:r>
        <w:rPr>
          <w:rFonts w:ascii="Courier New" w:hAnsi="Courier New"/>
          <w:color w:val="555555"/>
          <w:sz w:val="20"/>
        </w:rPr>
        <w:t>[15]</w:t>
      </w:r>
    </w:p>
    <w:p>
      <w:r>
        <w:rPr>
          <w:rFonts w:ascii="Gentium Plus" w:hAnsi="Gentium Plus"/>
          <w:sz w:val="24"/>
        </w:rPr>
        <w:t>ἐστὶν ἡ ἐντεύχεια καὶ ἐντελέχεια τοῦ δυνά‐ μει, καθὸ τοιοῦτόν ἐστιν ὃ ἦν. κίνησις θεωρεῖ‐ ται ἐν τῇ οὐσίᾳ, καὶ ἐν τῷ ποσῷ καὶ τῷ ποιῷ,</w:t>
      </w:r>
    </w:p>
    <w:p>
      <w:r>
        <w:rPr>
          <w:rFonts w:ascii="Courier New" w:hAnsi="Courier New"/>
          <w:color w:val="555555"/>
          <w:sz w:val="20"/>
        </w:rPr>
        <w:t>[kappa 1212]</w:t>
      </w:r>
    </w:p>
    <w:p>
      <w:r>
        <w:rPr>
          <w:rFonts w:ascii="Gentium Plus" w:hAnsi="Gentium Plus"/>
          <w:sz w:val="24"/>
        </w:rPr>
        <w:t>νεσις καὶ φθορά· ἐν τῷ ποσῷ αὔξησις καὶ μείωσις· ἐν δὲ τῷ ποιῷ ἀλλοίωσις· ἐν δὲ τῷ ποῦ τὸ κυκλοφορούμενον καὶ τὸ ἐπ’ εὐθείας κινούμενον. καὶ καλεῖται τὸ μὲν πρότερον περι‐</w:t>
      </w:r>
    </w:p>
    <w:p>
      <w:r>
        <w:rPr>
          <w:rFonts w:ascii="Courier New" w:hAnsi="Courier New"/>
          <w:color w:val="555555"/>
          <w:sz w:val="20"/>
        </w:rPr>
        <w:t>[5]</w:t>
      </w:r>
    </w:p>
    <w:p>
      <w:r>
        <w:rPr>
          <w:rFonts w:ascii="Gentium Plus" w:hAnsi="Gentium Plus"/>
          <w:sz w:val="24"/>
        </w:rPr>
        <w:t>φορά· τὸ δὲ δεύτερον ἁπλῶς ἐπ’ εὐθείας κίνη‐ σις. ἑπτὰ δὲ εἰσὶν ἐν τῇ ποῦ κατηγορίᾳ κινή‐ σεις· τουτέστιν αἱ τοπικαὶ καὶ μεταβατικαί· ἡ ἄνωθεν· ἡ κάτωθεν· ἡ ἐντός· ἡ ἐκτός· ἡ δε‐ ξιά· ἡ ἀριστερὰ καὶ ἡ κυκλοφορουμένη.</w:t>
      </w:r>
    </w:p>
    <w:p>
      <w:r>
        <w:rPr>
          <w:rFonts w:ascii="Courier New" w:hAnsi="Courier New"/>
          <w:color w:val="555555"/>
          <w:sz w:val="20"/>
        </w:rPr>
        <w:t>[10]</w:t>
      </w:r>
    </w:p>
    <w:p>
      <w:r>
        <w:rPr>
          <w:rFonts w:ascii="Gentium Plus" w:hAnsi="Gentium Plus"/>
          <w:sz w:val="24"/>
        </w:rPr>
        <w:t>Κῖος. πόλις Μυσίας. ἀπὸ Κίου τοῦ ἡγησαμένου τῆς τῶν Μιλησίων ἀποικίας. τὸ ἐθνικὸν Κιανός. †Κίσηρις. τὸ κισήριον. παρὰ τὸ ἐν τῷ κινεῖσθαι σαίρειν.† Κίσσηρις. βούνευρον. ἢ εἶδος ὁμαλιστηρίου.</w:t>
      </w:r>
    </w:p>
    <w:p>
      <w:r>
        <w:rPr>
          <w:rFonts w:ascii="Courier New" w:hAnsi="Courier New"/>
          <w:color w:val="555555"/>
          <w:sz w:val="20"/>
        </w:rPr>
        <w:t>[15]</w:t>
      </w:r>
    </w:p>
    <w:p>
      <w:r>
        <w:rPr>
          <w:rFonts w:ascii="Gentium Plus" w:hAnsi="Gentium Plus"/>
          <w:sz w:val="24"/>
        </w:rPr>
        <w:t>Κισσία. χώρα. Κίσσινα. πόλις. Κίσσα. τὸ ζῶον.</w:t>
      </w:r>
    </w:p>
    <w:p>
      <w:r>
        <w:rPr>
          <w:rFonts w:ascii="Courier New" w:hAnsi="Courier New"/>
          <w:color w:val="555555"/>
          <w:sz w:val="20"/>
        </w:rPr>
        <w:t>[kappa 1213]</w:t>
      </w:r>
    </w:p>
    <w:p>
      <w:r>
        <w:rPr>
          <w:rFonts w:ascii="Gentium Plus" w:hAnsi="Gentium Plus"/>
          <w:sz w:val="24"/>
        </w:rPr>
        <w:t>Κίτωρα. πόλις. τινὲς δύο ττ γράφουσι. †Κιφήν. ἡ ἀλώπηξ.† Κιχῶναι. τὰ μεσόσκελα. Κίνησιν. κίνησιν ὁ θεόλογος Γρηγόριος τὴν τοῦ</w:t>
      </w:r>
    </w:p>
    <w:p>
      <w:r>
        <w:rPr>
          <w:rFonts w:ascii="Courier New" w:hAnsi="Courier New"/>
          <w:color w:val="555555"/>
          <w:sz w:val="20"/>
        </w:rPr>
        <w:t>[5]</w:t>
      </w:r>
    </w:p>
    <w:p>
      <w:r>
        <w:rPr>
          <w:rFonts w:ascii="Gentium Plus" w:hAnsi="Gentium Plus"/>
          <w:sz w:val="24"/>
        </w:rPr>
        <w:t>θεοῦ πρὸς ἑαυτὸν ἐπιστροφήν τε καὶ σύννευσιν. ἐκινεῖτο μὲν γὰρ ὁ θεὸς τοῦ οἰκείου κάλλους τὴν αἴγλην θεωρῶν. ἐκινεῖτο δὲ βλέπων καὶ τοὺς τύπους τοῦ κόσμου, οὓς ἔστησεν ἐν τοῖς ἰδίοις μεγάλοις νοήμασιν ὁ κοσμογόνος νοῦς.</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Κιβύσιον. φλασκίον. Κίβδηλον. ἀδόκιμον. ἀπεῤῥιμμένον. ἀπὸ ἱστορίας τινός. οἱ Ἀθηναῖοι τῷ πρὸς τοὺς Χίους μίσει φερόμενοι, ἐν τοῖς ἀδοκίμοις ἑαυτῶν νομίσμασι</w:t>
      </w:r>
    </w:p>
    <w:p>
      <w:r>
        <w:rPr>
          <w:rFonts w:ascii="Courier New" w:hAnsi="Courier New"/>
          <w:color w:val="555555"/>
          <w:sz w:val="20"/>
        </w:rPr>
        <w:t>[15]</w:t>
      </w:r>
    </w:p>
    <w:p>
      <w:r>
        <w:rPr>
          <w:rFonts w:ascii="Gentium Plus" w:hAnsi="Gentium Plus"/>
          <w:sz w:val="24"/>
        </w:rPr>
        <w:t>τὸν τοῦ χ τύπον ἐγχαράττοντες ἀπέῤῥιπτον βδελυττόμενοι. κυρίως δὲ λέγεται κίβδηλον τὸ ὑπόχαλκον χρυσίον. †ἐπειδὴ τὰ κακυνόμενα πάντα ἢ τῇ ὕλῃ τὸ κακύνεσθαι ἔχουσιν, ὡς τοῦτο, ἢ τῷ εἴδει.†</w:t>
      </w:r>
    </w:p>
    <w:p>
      <w:r>
        <w:rPr>
          <w:rFonts w:ascii="Courier New" w:hAnsi="Courier New"/>
          <w:color w:val="555555"/>
          <w:sz w:val="20"/>
        </w:rPr>
        <w:t>[20]</w:t>
      </w:r>
    </w:p>
    <w:p>
      <w:r>
        <w:rPr>
          <w:rFonts w:ascii="Gentium Plus" w:hAnsi="Gentium Plus"/>
          <w:sz w:val="24"/>
        </w:rPr>
        <w:t>Κίκι. εἶδος ἐλαίου.</w:t>
      </w:r>
    </w:p>
    <w:p>
      <w:r>
        <w:rPr>
          <w:rFonts w:ascii="Courier New" w:hAnsi="Courier New"/>
          <w:color w:val="555555"/>
          <w:sz w:val="20"/>
        </w:rPr>
        <w:t>[kappa 1214]</w:t>
      </w:r>
    </w:p>
    <w:p>
      <w:r>
        <w:rPr>
          <w:rFonts w:ascii="Gentium Plus" w:hAnsi="Gentium Plus"/>
          <w:sz w:val="24"/>
        </w:rPr>
        <w:t>†Κίλον. βιανόν.† †Κίμωρα. τόπος.† Κινάμωμον. ἄρωμά τι μυρεψικόν. Κιννάβαρ. χρῶμα κόκκινον. καὶ κλίνεται κιν‐</w:t>
      </w:r>
    </w:p>
    <w:p>
      <w:r>
        <w:rPr>
          <w:rFonts w:ascii="Courier New" w:hAnsi="Courier New"/>
          <w:color w:val="555555"/>
          <w:sz w:val="20"/>
        </w:rPr>
        <w:t>[5]</w:t>
      </w:r>
    </w:p>
    <w:p>
      <w:r>
        <w:rPr>
          <w:rFonts w:ascii="Gentium Plus" w:hAnsi="Gentium Plus"/>
          <w:sz w:val="24"/>
        </w:rPr>
        <w:t>ναβάρεως. Κινώπεον. ὄρνεον. καὶ κινώπετα, ἑρπετά. τὰ ἀεὶ κινούμενα ἐν τῷ πέδῳ. [κινώπεδα καὶ κινόπετα. οὕτως Ὦρος ὁ Μιλήσιος.] †Κιόκρανον. τὸ ἄκρον τοῦ κίονος.†</w:t>
      </w:r>
    </w:p>
    <w:p>
      <w:r>
        <w:rPr>
          <w:rFonts w:ascii="Courier New" w:hAnsi="Courier New"/>
          <w:color w:val="555555"/>
          <w:sz w:val="20"/>
        </w:rPr>
        <w:t>[10]</w:t>
      </w:r>
    </w:p>
    <w:p>
      <w:r>
        <w:rPr>
          <w:rFonts w:ascii="Gentium Plus" w:hAnsi="Gentium Plus"/>
          <w:sz w:val="24"/>
        </w:rPr>
        <w:t>Κιῤῥόν. τὸ κίτρινον. Κισσύβιον. ποιμενικὸν ποτήριον. ἴσως ἀπὸ τοῦ κισσοῦ, ἐξ οὗ κατεσκευάζοντο τὰ ποτήρια. κοι‐ νοτέρως δὲ καὶ ἐπὶ πάντων τῶν ξυλίνων ποτη‐ ρίων ἡ λέξις τίθεται. παρὰ τὸ κεχύσθαι εἰς</w:t>
      </w:r>
    </w:p>
    <w:p>
      <w:r>
        <w:rPr>
          <w:rFonts w:ascii="Courier New" w:hAnsi="Courier New"/>
          <w:color w:val="555555"/>
          <w:sz w:val="20"/>
        </w:rPr>
        <w:t>[15]</w:t>
      </w:r>
    </w:p>
    <w:p>
      <w:r>
        <w:rPr>
          <w:rFonts w:ascii="Gentium Plus" w:hAnsi="Gentium Plus"/>
          <w:sz w:val="24"/>
        </w:rPr>
        <w:t>αὐτὸ τὸν οἶνον. οἷον χύω, χύσω, χυσσύβιον καὶ κισσύβιον. Ἡσίοδος· ὀλίγῳ δ’ εἴσεται κισσυβίῳ. Κίτιον. τόπος. Κιτρίον. ἡ κέδρος.</w:t>
      </w:r>
    </w:p>
    <w:p>
      <w:r>
        <w:rPr>
          <w:rFonts w:ascii="Courier New" w:hAnsi="Courier New"/>
          <w:color w:val="555555"/>
          <w:sz w:val="20"/>
        </w:rPr>
        <w:t>[20]</w:t>
      </w:r>
    </w:p>
    <w:p>
      <w:r>
        <w:rPr>
          <w:rFonts w:ascii="Gentium Plus" w:hAnsi="Gentium Plus"/>
          <w:sz w:val="24"/>
        </w:rPr>
        <w:t>Κίτρον. ὁ καρπός.</w:t>
      </w:r>
    </w:p>
    <w:p>
      <w:r>
        <w:rPr>
          <w:rFonts w:ascii="Courier New" w:hAnsi="Courier New"/>
          <w:color w:val="555555"/>
          <w:sz w:val="20"/>
        </w:rPr>
        <w:t>[kappa 1215]</w:t>
      </w:r>
    </w:p>
    <w:p>
      <w:r>
        <w:rPr>
          <w:rFonts w:ascii="Gentium Plus" w:hAnsi="Gentium Plus"/>
          <w:sz w:val="24"/>
        </w:rPr>
        <w:t>Κιχώριον. βοτάνιον. λέγει δὲ τὸ ἄγριον ἰντύ‐ βιον.</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Κίδναται. σκεδάννυται, σκορπίζεται.</w:t>
      </w:r>
    </w:p>
    <w:p>
      <w:r>
        <w:rPr>
          <w:rFonts w:ascii="Courier New" w:hAnsi="Courier New"/>
          <w:color w:val="555555"/>
          <w:sz w:val="20"/>
        </w:rPr>
        <w:t>[5]</w:t>
      </w:r>
    </w:p>
    <w:p>
      <w:r>
        <w:rPr>
          <w:rFonts w:ascii="Gentium Plus" w:hAnsi="Gentium Plus"/>
          <w:sz w:val="24"/>
        </w:rPr>
        <w:t>Κιγκλίω καὶ κιγκλίσαι. τὸ ἀσφαλίσαι. παρὰ τὴν Ἀττικὴν κιγκλίδα, ἥτις ἐστὶ καγκελοθυ‐ ρίς. τοιαῦται γὰρ ἦσαν αἱ τοῦ δικαστηρίου κιγ‐ κλίδες, ἵνα ταχέως ἀνοίγωνται καὶ κλείωνται· συνεχῶς γὰρ εἰσῄεσαν καὶ ἐξῄεσαν. γέγονεν οὖν</w:t>
      </w:r>
    </w:p>
    <w:p>
      <w:r>
        <w:rPr>
          <w:rFonts w:ascii="Courier New" w:hAnsi="Courier New"/>
          <w:color w:val="555555"/>
          <w:sz w:val="20"/>
        </w:rPr>
        <w:t>[10]</w:t>
      </w:r>
    </w:p>
    <w:p>
      <w:r>
        <w:rPr>
          <w:rFonts w:ascii="Gentium Plus" w:hAnsi="Gentium Plus"/>
          <w:sz w:val="24"/>
        </w:rPr>
        <w:t>παρὰ τὸ κλείω. τινὲς δὲ ἀπὸ κίγκλου τοῦ ὀρ‐ νέου. οὕτως λέγεται ἡ σεισοπυγίς. καὶ Μέναν‐ δρος κιγκλισμὸς φησὶν ἀντὶ τοῦ τάραχος. Κίε. πορεύου. Κίω. τὸ πορεύομαι. πλεονασμῷ τοῦ κ. [ἀπὸ τοῦ ἴω.]</w:t>
      </w:r>
    </w:p>
    <w:p>
      <w:r>
        <w:rPr>
          <w:rFonts w:ascii="Courier New" w:hAnsi="Courier New"/>
          <w:color w:val="555555"/>
          <w:sz w:val="20"/>
        </w:rPr>
        <w:t>[15]</w:t>
      </w:r>
    </w:p>
    <w:p>
      <w:r>
        <w:rPr>
          <w:rFonts w:ascii="Gentium Plus" w:hAnsi="Gentium Plus"/>
          <w:sz w:val="24"/>
        </w:rPr>
        <w:t>Κικλήσκω. τὸ καλῶ. ἀπὸ τοῦ κλῶ, τὸ καλῶ, γίνεται κλήσκω, καὶ κατὰ ἀναδιπλασιασμὸν κι‐ κλήσκω, ὡς τρώσω, τιτρώσκω. Κικυμώειν. τυφλώττειν. Κικύω. τὸ ταχύνω, τὸ ἰσχύω. καὶ γέγονε παρὰ</w:t>
      </w:r>
    </w:p>
    <w:p>
      <w:r>
        <w:rPr>
          <w:rFonts w:ascii="Courier New" w:hAnsi="Courier New"/>
          <w:color w:val="555555"/>
          <w:sz w:val="20"/>
        </w:rPr>
        <w:t>[20]</w:t>
      </w:r>
    </w:p>
    <w:p>
      <w:r>
        <w:rPr>
          <w:rFonts w:ascii="Gentium Plus" w:hAnsi="Gentium Plus"/>
          <w:sz w:val="24"/>
        </w:rPr>
        <w:t>τὸ κίκυς. ἔχει δὲ καὶ τοῦτο τὸ υ κατὰ τὴν δευ‐ τέραν συλλαβήν. Κινόμενος, κινούμενος καὶ κιννύμενος. ἀντὶ τοῦ ἐπὶ πρᾶξιν ὁρμῶν. ἀπὸ τοῦ κινῶ, κιννύω,</w:t>
      </w:r>
    </w:p>
    <w:p>
      <w:r>
        <w:rPr>
          <w:rFonts w:ascii="Courier New" w:hAnsi="Courier New"/>
          <w:color w:val="555555"/>
          <w:sz w:val="20"/>
        </w:rPr>
        <w:t>[kappa 1216]</w:t>
      </w:r>
    </w:p>
    <w:p>
      <w:r>
        <w:rPr>
          <w:rFonts w:ascii="Gentium Plus" w:hAnsi="Gentium Plus"/>
          <w:sz w:val="24"/>
        </w:rPr>
        <w:t>Κινῶ. παρὰ τὸ ἲς, ἰνὸς, ὃ σημαίνει τὴν δύναμιν, γίνεται ἰνῶ καὶ κινῶ. Κισσῶ. μεθ’ ἡδονῆς συλλαμβάνω. παρὰ τὸ τὴν κίσσαν κισσῶ. λαγνότατον γὰρ ἡ κίσσα, τὸ ὄρ‐</w:t>
      </w:r>
    </w:p>
    <w:p>
      <w:r>
        <w:rPr>
          <w:rFonts w:ascii="Courier New" w:hAnsi="Courier New"/>
          <w:color w:val="555555"/>
          <w:sz w:val="20"/>
        </w:rPr>
        <w:t>[5]</w:t>
      </w:r>
    </w:p>
    <w:p>
      <w:r>
        <w:rPr>
          <w:rFonts w:ascii="Gentium Plus" w:hAnsi="Gentium Plus"/>
          <w:sz w:val="24"/>
        </w:rPr>
        <w:t>νεον, καὶ πρὸς τὰς ἡδονὰς καὶ συνουσίας κατα‐ φερέστατον. ἐτυμολογεῖται δὲ παρὰ τὸ κίειν καὶ μετὰ σφοδρότητος σεύεσθαι πρὸς τὸ συνουσιά‐ ζειν. Κιχήσατο. κατέλαβε. καὶ κιχείω τὸ καταλαμ‐</w:t>
      </w:r>
    </w:p>
    <w:p>
      <w:r>
        <w:rPr>
          <w:rFonts w:ascii="Courier New" w:hAnsi="Courier New"/>
          <w:color w:val="555555"/>
          <w:sz w:val="20"/>
        </w:rPr>
        <w:t>[10]</w:t>
      </w:r>
    </w:p>
    <w:p>
      <w:r>
        <w:rPr>
          <w:rFonts w:ascii="Gentium Plus" w:hAnsi="Gentium Plus"/>
          <w:sz w:val="24"/>
        </w:rPr>
        <w:t>βάνω. κιχῶ κιχείω, ὡς τελῶ τελείω, ὄψω ὀψείω. ἀπὸ δὲ τοῦ κιχῶ γίνεται καὶ κιχάνω. κιχῶ ἀπὸ τοῦ κιῶ. κιχῶ τὸ καταλαμβάνω. Κιχρῶ. τὸ δανείζω.</w:t>
      </w:r>
    </w:p>
    <w:p>
      <w:pPr>
        <w:jc w:val="center"/>
      </w:pPr>
      <w:r>
        <w:rPr>
          <w:rFonts w:ascii="Gentium Plus" w:hAnsi="Gentium Plus"/>
          <w:b/>
          <w:sz w:val="24"/>
        </w:rPr>
        <w:t>Τὸ Κ μετὰ τοῦ Λ.</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Κλεόπας. κύριον. Κλέπτης. ὁ κρυφῆ τὰ ἀλλότρια λαμβάνων ἐπὶ βλάβῃ τοῦ πλησίον. ἀπὸ τοῦ καλύπτειν καλύ‐ πτης καὶ κλέπτης, λάθρα γὰρ ἀφαιρεῖται.</w:t>
      </w:r>
    </w:p>
    <w:p>
      <w:r>
        <w:rPr>
          <w:rFonts w:ascii="Courier New" w:hAnsi="Courier New"/>
          <w:color w:val="555555"/>
          <w:sz w:val="20"/>
        </w:rPr>
        <w:t>[20]</w:t>
      </w:r>
    </w:p>
    <w:p>
      <w:r>
        <w:rPr>
          <w:rFonts w:ascii="Gentium Plus" w:hAnsi="Gentium Plus"/>
          <w:sz w:val="24"/>
        </w:rPr>
        <w:t>Κλεβηνοί. ἔθνος. Κλειτός. ὁ ἔνδοξος. κλητὸς δὲ ὁ καλούμενος, η. κλιτὸς δὲ ὁ κλινόμενος, ι. Κλεινός. ὁ ἔνδοξος.</w:t>
      </w:r>
    </w:p>
    <w:p>
      <w:r>
        <w:rPr>
          <w:rFonts w:ascii="Courier New" w:hAnsi="Courier New"/>
          <w:color w:val="555555"/>
          <w:sz w:val="20"/>
        </w:rPr>
        <w:t>[kappa 1217]</w:t>
      </w:r>
    </w:p>
    <w:p>
      <w:r>
        <w:rPr>
          <w:rFonts w:ascii="Gentium Plus" w:hAnsi="Gentium Plus"/>
          <w:sz w:val="24"/>
        </w:rPr>
        <w:t>†Κλέψ. ὁ κλέπτης.† Κλῆθρος. δένδρον. καὶ κλήθρη. Κληρονόμος. παρὰ τὸ κλῆρος καὶ τοῦ νόμος· τὸ δὲ κλῆρος παρὰ τὸ κλῶ. ἢ διὰ τὸ κάλον καὶ</w:t>
      </w:r>
    </w:p>
    <w:p>
      <w:r>
        <w:rPr>
          <w:rFonts w:ascii="Courier New" w:hAnsi="Courier New"/>
          <w:color w:val="555555"/>
          <w:sz w:val="20"/>
        </w:rPr>
        <w:t>[5]</w:t>
      </w:r>
    </w:p>
    <w:p>
      <w:r>
        <w:rPr>
          <w:rFonts w:ascii="Gentium Plus" w:hAnsi="Gentium Plus"/>
          <w:sz w:val="24"/>
        </w:rPr>
        <w:t>τὸ ξύλον κλῆρος γέγονεν, ἐπειδὴ ἐν ξύλῳ οἱ κλῆροι ἐχαράσσοντο. Κληδόνιος. κύριον. Κλαζομένιος. τοπικόν. Κλίβανος. φοῦρνος ἢ κάμινος.</w:t>
      </w:r>
    </w:p>
    <w:p>
      <w:r>
        <w:rPr>
          <w:rFonts w:ascii="Courier New" w:hAnsi="Courier New"/>
          <w:color w:val="555555"/>
          <w:sz w:val="20"/>
        </w:rPr>
        <w:t>[10]</w:t>
      </w:r>
    </w:p>
    <w:p>
      <w:r>
        <w:rPr>
          <w:rFonts w:ascii="Gentium Plus" w:hAnsi="Gentium Plus"/>
          <w:sz w:val="24"/>
        </w:rPr>
        <w:t>Κλισμός. ἡ καθέδρα καὶ ὁ θρόνος ὁ ἔχων ἀνά‐ κλισιν. παρὰ τὸ κλίνω. Κλόνος. ἡ ταραχή. Κλοιὸς καὶ κλοιά. τὰ σίδηρα, ἃ φοροῦσιν οἱ κατάδικοι. παρὰ τὸ κλείω, κλοιός. κλείει γὰρ</w:t>
      </w:r>
    </w:p>
    <w:p>
      <w:r>
        <w:rPr>
          <w:rFonts w:ascii="Courier New" w:hAnsi="Courier New"/>
          <w:color w:val="555555"/>
          <w:sz w:val="20"/>
        </w:rPr>
        <w:t>[15]</w:t>
      </w:r>
    </w:p>
    <w:p>
      <w:r>
        <w:rPr>
          <w:rFonts w:ascii="Gentium Plus" w:hAnsi="Gentium Plus"/>
          <w:sz w:val="24"/>
        </w:rPr>
        <w:t>τὰ περιτιθέμενα. Κλωβός. κύριον. Κλωπᾶς. κύριον. Κλὼν, κλωνός. τὸ κλωνάριον τοῦ δένδρου. Κλώψ. ὁ κλέπτης καὶ ὁ λῃστής. παρὰ τὸν</w:t>
      </w:r>
    </w:p>
    <w:p>
      <w:r>
        <w:rPr>
          <w:rFonts w:ascii="Courier New" w:hAnsi="Courier New"/>
          <w:color w:val="555555"/>
          <w:sz w:val="20"/>
        </w:rPr>
        <w:t>[20]</w:t>
      </w:r>
    </w:p>
    <w:p>
      <w:r>
        <w:rPr>
          <w:rFonts w:ascii="Gentium Plus" w:hAnsi="Gentium Plus"/>
          <w:sz w:val="24"/>
        </w:rPr>
        <w:t>κλέψω μέλλοντα γίνεται κατὰ ἀποβολὴν τοῦ ω κλὲψ, καὶ κλὸψ, καὶ κατὰ ἔκτασιν κλώψ. ὡς βλέπω, βλὲψ, καὶ βλὼψ, ὁ στράβος. Κλιμακισμός. πάλαισμα ποιόν. καὶ διακλιμα‐ κίσας. τὸ διαπαλαίσας.</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Κλαζομενὴ καὶ Κλαζομεναί. πόλις.</w:t>
      </w:r>
    </w:p>
    <w:p>
      <w:r>
        <w:rPr>
          <w:rFonts w:ascii="Courier New" w:hAnsi="Courier New"/>
          <w:color w:val="555555"/>
          <w:sz w:val="20"/>
        </w:rPr>
        <w:t>[kappa 1218]</w:t>
      </w:r>
    </w:p>
    <w:p>
      <w:r>
        <w:rPr>
          <w:rFonts w:ascii="Gentium Plus" w:hAnsi="Gentium Plus"/>
          <w:sz w:val="24"/>
        </w:rPr>
        <w:t>Κλεωναί. τόπος. Κλεψύδρα. ὄργανον ἀστρολογικὸν, ἐν ᾧ αἱ ὧραι μετροῦνται. Κλεῖν. τὴν κλεῖδα. ἀπὸ τοῦ κλεὶς, κλειδὸς, κλεῖ‐</w:t>
      </w:r>
    </w:p>
    <w:p>
      <w:r>
        <w:rPr>
          <w:rFonts w:ascii="Courier New" w:hAnsi="Courier New"/>
          <w:color w:val="555555"/>
          <w:sz w:val="20"/>
        </w:rPr>
        <w:t>[5]</w:t>
      </w:r>
    </w:p>
    <w:p>
      <w:r>
        <w:rPr>
          <w:rFonts w:ascii="Gentium Plus" w:hAnsi="Gentium Plus"/>
          <w:sz w:val="24"/>
        </w:rPr>
        <w:t>δα, καὶ συγκοπῇ τῆς δα συλλαβῆς κλεῖ. ἀλλ’ ἐπειδὴ πᾶσα αἰτιατικὴ μονοσύλλαβος ἑνικὴ ἀρ‐ σενικὴ ἢ θηλυκὴ, αὐτὴ καθ’ ἑαυτὴν οὖσα, εἰς ν θέλει λήγειν, οἷον μῦν, σῦν, δρῦν, τούτου χά‐ ριν προσέλαβε τὸ ν καὶ γέγονε κλεῖν.</w:t>
      </w:r>
    </w:p>
    <w:p>
      <w:r>
        <w:rPr>
          <w:rFonts w:ascii="Courier New" w:hAnsi="Courier New"/>
          <w:color w:val="555555"/>
          <w:sz w:val="20"/>
        </w:rPr>
        <w:t>[10]</w:t>
      </w:r>
    </w:p>
    <w:p>
      <w:r>
        <w:rPr>
          <w:rFonts w:ascii="Gentium Plus" w:hAnsi="Gentium Plus"/>
          <w:sz w:val="24"/>
        </w:rPr>
        <w:t>Κλητή. ἡ καλεστὴ καὶ ἡ ἐξοχωτάτη. ὡς τό· αὕτη ἡ κλητὴ καὶ ἁγία ἡμέρα. [κλειτὴ δὲ, κύριον, καὶ ἡ ἔνδοξος, δίφθογγον. κλιτὴ δὲ ἡ κλινο‐ μένη, ἰῶτα.] Κληδόνος. μαντείας ἢ φήμης. παρὰ τὸ κλέος, ὃ</w:t>
      </w:r>
    </w:p>
    <w:p>
      <w:r>
        <w:rPr>
          <w:rFonts w:ascii="Courier New" w:hAnsi="Courier New"/>
          <w:color w:val="555555"/>
          <w:sz w:val="20"/>
        </w:rPr>
        <w:t>[15]</w:t>
      </w:r>
    </w:p>
    <w:p>
      <w:r>
        <w:rPr>
          <w:rFonts w:ascii="Gentium Plus" w:hAnsi="Gentium Plus"/>
          <w:sz w:val="24"/>
        </w:rPr>
        <w:t>σημαίνει τὴν φήμην. Ὅμηρος· ἡμεῖς δὲ κλέος οἶον ἀκούομεν.— ἀπὸ τοῦ καλῶ, κλῶ, κληδὼν, ἐξ οὗ καὶ κλῆσις ἡ κάλεσις. Κληΐδες. αἱ τῶν ἐρεσσόντων καθέδραι.</w:t>
      </w:r>
    </w:p>
    <w:p>
      <w:r>
        <w:rPr>
          <w:rFonts w:ascii="Courier New" w:hAnsi="Courier New"/>
          <w:color w:val="555555"/>
          <w:sz w:val="20"/>
        </w:rPr>
        <w:t>[20]</w:t>
      </w:r>
    </w:p>
    <w:p>
      <w:r>
        <w:rPr>
          <w:rFonts w:ascii="Gentium Plus" w:hAnsi="Gentium Plus"/>
          <w:sz w:val="24"/>
        </w:rPr>
        <w:t>καὶ φεύγειν σὺν νηυσὶ πολυκληΐσι κελεύσω. παρὰ τὴν κλάσιν τῶν γονάτων. ὅθεν καὶ τὸ μετοκλάζειν, παρὰ τὸ ἐγκλᾷν καὶ κάμπτειν τὰ γόνατα. Κλαγγή. ποιὰ φωνή.</w:t>
      </w:r>
    </w:p>
    <w:p>
      <w:r>
        <w:rPr>
          <w:rFonts w:ascii="Courier New" w:hAnsi="Courier New"/>
          <w:color w:val="555555"/>
          <w:sz w:val="20"/>
        </w:rPr>
        <w:t>[25]</w:t>
      </w:r>
    </w:p>
    <w:p>
      <w:r>
        <w:rPr>
          <w:rFonts w:ascii="Gentium Plus" w:hAnsi="Gentium Plus"/>
          <w:sz w:val="24"/>
        </w:rPr>
        <w:t>—κλαγγὴ γεράνων ἠεροφώνων.</w:t>
      </w:r>
    </w:p>
    <w:p>
      <w:r>
        <w:rPr>
          <w:rFonts w:ascii="Courier New" w:hAnsi="Courier New"/>
          <w:color w:val="555555"/>
          <w:sz w:val="20"/>
        </w:rPr>
        <w:t>[kappa 1219]</w:t>
      </w:r>
    </w:p>
    <w:p>
      <w:r>
        <w:rPr>
          <w:rFonts w:ascii="Gentium Plus" w:hAnsi="Gentium Plus"/>
          <w:sz w:val="24"/>
        </w:rPr>
        <w:t>Κλίμαξ. ἡ σκάλα. παρὰ τὸ κλίνω, κλίνη, [κλί‐ ναξ καὶ κλίμαξ, ὡς χλαῖνα, χλαμύς. κλῆμαξ δὲ, ἡ ἄμπελος. ἢ κλίνη] παρὰ τὸ κλῶ. κλά‐ σιν γὰρ λαμβάνουσι τὰ κλινόμενα, στερισκόμενα</w:t>
      </w:r>
    </w:p>
    <w:p>
      <w:r>
        <w:rPr>
          <w:rFonts w:ascii="Courier New" w:hAnsi="Courier New"/>
          <w:color w:val="555555"/>
          <w:sz w:val="20"/>
        </w:rPr>
        <w:t>[5]</w:t>
      </w:r>
    </w:p>
    <w:p>
      <w:r>
        <w:rPr>
          <w:rFonts w:ascii="Gentium Plus" w:hAnsi="Gentium Plus"/>
          <w:sz w:val="24"/>
        </w:rPr>
        <w:t>τῆς ὀρθότητος. Κλισιάδες. αἱ δίπτυχοι θύραι. Κλισία. ἡ σκηνή. οἶμαι, ὅτι καὶ τοῦτο ἀπὸ τοῦ κλίνω τοῦ σημαίνοντος τὸ περιέχω γίνεται. κλί‐ νω, κλίσις καὶ κλισία.</w:t>
      </w:r>
    </w:p>
    <w:p>
      <w:r>
        <w:rPr>
          <w:rFonts w:ascii="Courier New" w:hAnsi="Courier New"/>
          <w:color w:val="555555"/>
          <w:sz w:val="20"/>
        </w:rPr>
        <w:t>[10]</w:t>
      </w:r>
    </w:p>
    <w:p>
      <w:r>
        <w:rPr>
          <w:rFonts w:ascii="Gentium Plus" w:hAnsi="Gentium Plus"/>
          <w:sz w:val="24"/>
        </w:rPr>
        <w:t>Κλιτύς. ἡ ἐξοχὴ τοῦ ὄρους. Κλυταιμνήστρα. κύριον. Κλοποφορία. κλωπεία δὲ μέγα καὶ δίφθογγον. Κληϊσταί. ἠσφαλισμέναι. Ὅμηρος· κληϊσταὶ δ’ ἔπεσαν σανίδες πυκινῶς ἀραρυῖαι.</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Κλέος. ἡ δόξα, ὁ ἔπαινος. κλαῖος δὲ, ὁ θρῆ‐</w:t>
      </w:r>
    </w:p>
    <w:p>
      <w:r>
        <w:rPr>
          <w:rFonts w:ascii="Courier New" w:hAnsi="Courier New"/>
          <w:color w:val="555555"/>
          <w:sz w:val="20"/>
        </w:rPr>
        <w:t>[kappa 1220]</w:t>
      </w:r>
    </w:p>
    <w:p>
      <w:r>
        <w:rPr>
          <w:rFonts w:ascii="Gentium Plus" w:hAnsi="Gentium Plus"/>
          <w:sz w:val="24"/>
        </w:rPr>
        <w:t>Κλέα. τὸ κλέα καὶ χρέα οὐδέτερα ἀπὸ τοῦ κλέεα καὶ χρέεα γίνεται κατὰ συγκοπήν. Κλείσιον. ἐν ᾧ ἵστανται οἱ βόες. κλίσιον δὲ, ἔν‐ θα οἱ θρόνοι ἵστανται, ι.</w:t>
      </w:r>
    </w:p>
    <w:p>
      <w:r>
        <w:rPr>
          <w:rFonts w:ascii="Courier New" w:hAnsi="Courier New"/>
          <w:color w:val="555555"/>
          <w:sz w:val="20"/>
        </w:rPr>
        <w:t>[5]</w:t>
      </w:r>
    </w:p>
    <w:p>
      <w:r>
        <w:rPr>
          <w:rFonts w:ascii="Gentium Plus" w:hAnsi="Gentium Plus"/>
          <w:sz w:val="24"/>
        </w:rPr>
        <w:t>Κλῆτος. τὸ πλῆθος. Κλίτος δὲ, τὸ μέρος. καὶ κλῖμα καὶ κλίματα, τὰ μέρη, ι. Κλῇθρα. τὰ κλειδία. ἀπὸ τοῦ κλεῖς γέγονε κλῇθρα. ἢ ἀπὸ τοῦ κλείσω. τὸ δὲ κλῄω οἱ</w:t>
      </w:r>
    </w:p>
    <w:p>
      <w:r>
        <w:rPr>
          <w:rFonts w:ascii="Courier New" w:hAnsi="Courier New"/>
          <w:color w:val="555555"/>
          <w:sz w:val="20"/>
        </w:rPr>
        <w:t>[10]</w:t>
      </w:r>
    </w:p>
    <w:p>
      <w:r>
        <w:rPr>
          <w:rFonts w:ascii="Gentium Plus" w:hAnsi="Gentium Plus"/>
          <w:sz w:val="24"/>
        </w:rPr>
        <w:t>Ἴωνες διὰ τοῦ η καὶ ι γράφουσιν, ἐξ οὗ καὶ τὸ κλῇθρα διὰ τοῦ η καὶ ι γράφεται παρ’ ἐκεί‐ νοις. ἡμεῖς δὲ τὸ κλῆθρα διφθογγογραφοῦμεν. Κλητώριον. Κλοπιμαῖον. τὸ ἀπὸ κλοπῆς πρᾶγμα.</w:t>
      </w:r>
    </w:p>
    <w:p>
      <w:r>
        <w:rPr>
          <w:rFonts w:ascii="Courier New" w:hAnsi="Courier New"/>
          <w:color w:val="555555"/>
          <w:sz w:val="20"/>
        </w:rPr>
        <w:t>[15]</w:t>
      </w:r>
    </w:p>
    <w:p>
      <w:r>
        <w:rPr>
          <w:rFonts w:ascii="Gentium Plus" w:hAnsi="Gentium Plus"/>
          <w:sz w:val="24"/>
        </w:rPr>
        <w:t>Κλυστήριον. ἰατρικὸν ἐργαλεῖον. καὶ κλυσταί. Κλάρια. τὰ ψέλλια. Κλέος. ἡ δόξα. παρὰ τὸ καλῶ. τὴν γὰρ δόξαν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Κλάειν. ἀντὶ τοῦ κλαίειν. Κλαίω. τὸ θρηνῶ. κλῶ, τὸ κλαύω. καὶ γίνεται κατὰ παραγωγὴν κλαίω. κλᾶται γὰρ τῶν ἀν‐</w:t>
      </w:r>
    </w:p>
    <w:p>
      <w:r>
        <w:rPr>
          <w:rFonts w:ascii="Courier New" w:hAnsi="Courier New"/>
          <w:color w:val="555555"/>
          <w:sz w:val="20"/>
        </w:rPr>
        <w:t>[5]</w:t>
      </w:r>
    </w:p>
    <w:p>
      <w:r>
        <w:rPr>
          <w:rFonts w:ascii="Gentium Plus" w:hAnsi="Gentium Plus"/>
          <w:sz w:val="24"/>
        </w:rPr>
        <w:t>θρώπων ἡ φωνὴ, καὶ ἡ ψυχὴ τοῦτο πάσχουσα. ἢ παρὰ τὸ καλῶ, κλῶ, κλαίω. ἐπικαλοῦνται γὰρ τοὺς ἀποθανόντας οἱ κλαίοντες. Κλεΐζω. τὸ δοξάζω. Κλείω. τὸ δοξάζω. παρὰ τὸ κλέος, κλέω καὶ</w:t>
      </w:r>
    </w:p>
    <w:p>
      <w:r>
        <w:rPr>
          <w:rFonts w:ascii="Courier New" w:hAnsi="Courier New"/>
          <w:color w:val="555555"/>
          <w:sz w:val="20"/>
        </w:rPr>
        <w:t>[10]</w:t>
      </w:r>
    </w:p>
    <w:p>
      <w:r>
        <w:rPr>
          <w:rFonts w:ascii="Gentium Plus" w:hAnsi="Gentium Plus"/>
          <w:sz w:val="24"/>
        </w:rPr>
        <w:t>κλείω. Κλείωμεν. ὀνομάσωμεν. [παρὰ τὸ κλείω, ἢ] παρὰ τὸ κλύειν, ὅ ἐστιν ἀκούειν. Κληδονίζεται. μαντεύεται ἢ φημίζεται. Κλυδωνίζεται. ἀντὶ τοῦ ταραχίζεται. ψιλὸν</w:t>
      </w:r>
    </w:p>
    <w:p>
      <w:r>
        <w:rPr>
          <w:rFonts w:ascii="Courier New" w:hAnsi="Courier New"/>
          <w:color w:val="555555"/>
          <w:sz w:val="20"/>
        </w:rPr>
        <w:t>[15]</w:t>
      </w:r>
    </w:p>
    <w:p>
      <w:r>
        <w:rPr>
          <w:rFonts w:ascii="Gentium Plus" w:hAnsi="Gentium Plus"/>
          <w:sz w:val="24"/>
        </w:rPr>
        <w:t>καὶ μέγα. Κληΐζω. τὸ δοξάζω, τὸ καλῶ.</w:t>
      </w:r>
    </w:p>
    <w:p>
      <w:r>
        <w:rPr>
          <w:rFonts w:ascii="Courier New" w:hAnsi="Courier New"/>
          <w:color w:val="555555"/>
          <w:sz w:val="20"/>
        </w:rPr>
        <w:t>[kappa 1222]</w:t>
      </w:r>
    </w:p>
    <w:p>
      <w:r>
        <w:rPr>
          <w:rFonts w:ascii="Gentium Plus" w:hAnsi="Gentium Plus"/>
          <w:sz w:val="24"/>
        </w:rPr>
        <w:t>Κλίνθη. ἀπὸ τοῦ κλίνω. αἰολικόν ἐστι τὸ τοι‐ οῦτον. Κλῦθι. ἄκουσον. ἀπὸ τοῦ κλύω, κλῦμι. καὶ τὸ προστακτικὸν κλῦθι.</w:t>
      </w:r>
    </w:p>
    <w:p>
      <w:r>
        <w:rPr>
          <w:rFonts w:ascii="Courier New" w:hAnsi="Courier New"/>
          <w:color w:val="555555"/>
          <w:sz w:val="20"/>
        </w:rPr>
        <w:t>[5]</w:t>
      </w:r>
    </w:p>
    <w:p>
      <w:r>
        <w:rPr>
          <w:rFonts w:ascii="Gentium Plus" w:hAnsi="Gentium Plus"/>
          <w:sz w:val="24"/>
        </w:rPr>
        <w:t>Κλύω. ἀκούω. παρὰ τὸ καλῶ, κλῶ, ὃ σημαίνει τὸ φωνῶ, γίνεται κατὰ παραγωγὴν κλύω. [Κλώζω. καλῶ.] Κλωπεύω, κλωπιτεύω. ἀντὶ τοῦ κλέπτω. κλο‐ τοπεύω δὲ μικρόν.</w:t>
      </w:r>
    </w:p>
    <w:p>
      <w:pPr>
        <w:jc w:val="center"/>
      </w:pPr>
      <w:r>
        <w:rPr>
          <w:rFonts w:ascii="Gentium Plus" w:hAnsi="Gentium Plus"/>
          <w:b/>
          <w:sz w:val="24"/>
        </w:rPr>
        <w:t>(Ἐπίῤῥημα.)</w:t>
      </w:r>
    </w:p>
    <w:p>
      <w:r>
        <w:rPr>
          <w:rFonts w:ascii="Courier New" w:hAnsi="Courier New"/>
          <w:color w:val="555555"/>
          <w:sz w:val="20"/>
        </w:rPr>
        <w:t>[11]</w:t>
      </w:r>
    </w:p>
    <w:p>
      <w:r>
        <w:rPr>
          <w:rFonts w:ascii="Gentium Plus" w:hAnsi="Gentium Plus"/>
          <w:sz w:val="24"/>
        </w:rPr>
        <w:t>Κλαγγηδόν. μετὰ ἤχου. Κλήδην. κλητικῶς· καλεστικῶς.</w:t>
      </w:r>
    </w:p>
    <w:p>
      <w:pPr>
        <w:jc w:val="center"/>
      </w:pPr>
      <w:r>
        <w:rPr>
          <w:rFonts w:ascii="Gentium Plus" w:hAnsi="Gentium Plus"/>
          <w:b/>
          <w:sz w:val="24"/>
        </w:rPr>
        <w:t>Τὸ Κ μετὰ τοῦ Ν.</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Κναφεύς. ὁ τὰ δέρματα ξύων. παρὰ τὸ κνά‐ πτω, ὅπέρ ἐστιν ἀπὸ τοῦ κνῶ, τὸ ξύω.</w:t>
      </w:r>
    </w:p>
    <w:p>
      <w:r>
        <w:rPr>
          <w:rFonts w:ascii="Courier New" w:hAnsi="Courier New"/>
          <w:color w:val="555555"/>
          <w:sz w:val="20"/>
        </w:rPr>
        <w:t>[kappa 1223]</w:t>
      </w:r>
    </w:p>
    <w:p>
      <w:r>
        <w:rPr>
          <w:rFonts w:ascii="Gentium Plus" w:hAnsi="Gentium Plus"/>
          <w:sz w:val="24"/>
        </w:rPr>
        <w:t>Κνίδιος. τοπικός. κνίδειος δὲ καρπὸς, δίφθογ‐ γον τὸ δει. Κνόσαρ. ὁ ξηρός. Κνυζηθμός. ἡ ἀσαφὴς τῶν κυνῶν βοή. καὶ ὁ</w:t>
      </w:r>
    </w:p>
    <w:p>
      <w:r>
        <w:rPr>
          <w:rFonts w:ascii="Courier New" w:hAnsi="Courier New"/>
          <w:color w:val="555555"/>
          <w:sz w:val="20"/>
        </w:rPr>
        <w:t>[5]</w:t>
      </w:r>
    </w:p>
    <w:p>
      <w:r>
        <w:rPr>
          <w:rFonts w:ascii="Gentium Plus" w:hAnsi="Gentium Plus"/>
          <w:sz w:val="24"/>
        </w:rPr>
        <w:t>κλαυθμός. Κνώψ. ὁ τυφλός. Κνησμός. ὁ τραχὺς τόπος. τοῦ Ψελλοῦ· κίμ‐ βιξ ὁ φιλοχρήματος, [κνησμὸς ὁ τραχὺς τό‐ πος.]</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Κνήμη. ἡ τοῦ σκέλους τραχύτης. ἀπὸ τοῦ κινῶ, κινήμη, καὶ κατὰ συγκοπὴν κνήμη, οἱονεὶ τὰ τῆς κινήσεως αἴτια. ἰστέον, ὅτι τὰ ἔμπροσθεν λέγεται ἀντικνήμια, τὸ δὲ ὄπισθεν γαστροκνή‐</w:t>
      </w:r>
    </w:p>
    <w:p>
      <w:r>
        <w:rPr>
          <w:rFonts w:ascii="Courier New" w:hAnsi="Courier New"/>
          <w:color w:val="555555"/>
          <w:sz w:val="20"/>
        </w:rPr>
        <w:t>[15]</w:t>
      </w:r>
    </w:p>
    <w:p>
      <w:r>
        <w:rPr>
          <w:rFonts w:ascii="Gentium Plus" w:hAnsi="Gentium Plus"/>
          <w:sz w:val="24"/>
        </w:rPr>
        <w:t>μιον. κυρίως δὲ κνῆμαι λέγονται τὰ διαιροῦν‐ τα ξύλα τὴν χοινικίδα τοῦ τροχοῦ. σημαίνει δὲ καὶ τὰς ἐξοχὰς καὶ προβάσεις, καὶ καθύ‐</w:t>
      </w:r>
    </w:p>
    <w:p>
      <w:r>
        <w:rPr>
          <w:rFonts w:ascii="Courier New" w:hAnsi="Courier New"/>
          <w:color w:val="555555"/>
          <w:sz w:val="20"/>
        </w:rPr>
        <w:t>[kappa 1224]</w:t>
      </w:r>
    </w:p>
    <w:p>
      <w:r>
        <w:rPr>
          <w:rFonts w:ascii="Gentium Plus" w:hAnsi="Gentium Plus"/>
          <w:sz w:val="24"/>
        </w:rPr>
        <w:t>†Κνίδη. βοτάνη στυπτική.† Κνημίς. τὸ ὑπόδημα, ἢ ἡ κάλτζα. Κνῆστις. ἡ μάχαιρα. τὸ πληθυντικὸν τὰς κνή‐ στεις.</w:t>
      </w:r>
    </w:p>
    <w:p>
      <w:r>
        <w:rPr>
          <w:rFonts w:ascii="Courier New" w:hAnsi="Courier New"/>
          <w:color w:val="555555"/>
          <w:sz w:val="20"/>
        </w:rPr>
        <w:t>[5]</w:t>
      </w:r>
    </w:p>
    <w:p>
      <w:r>
        <w:rPr>
          <w:rFonts w:ascii="Gentium Plus" w:hAnsi="Gentium Plus"/>
          <w:sz w:val="24"/>
        </w:rPr>
        <w:t>—κνῆ τυρὸν κνήστι χαλκείῃ—. Κνίδος. νῆσος. καὶ Κνιδίη. Κνιδεία. ἡ φειδωλία. Κνίσσα. τὸ λίπος, ἢ ἡ τῶν κρεάτων ἀναθυμία‐</w:t>
      </w:r>
    </w:p>
    <w:p>
      <w:r>
        <w:rPr>
          <w:rFonts w:ascii="Courier New" w:hAnsi="Courier New"/>
          <w:color w:val="555555"/>
          <w:sz w:val="20"/>
        </w:rPr>
        <w:t>[10]</w:t>
      </w:r>
    </w:p>
    <w:p>
      <w:r>
        <w:rPr>
          <w:rFonts w:ascii="Gentium Plus" w:hAnsi="Gentium Plus"/>
          <w:sz w:val="24"/>
        </w:rPr>
        <w:t>σις. παρὰ τὸ κνῶ, κνίζω, ὁ μέλλων κνίσω, καὶ κνίσα. τὸ δὲ κνῶ σημαίνει τὸ ξύω. κνησμὸς γίνεται κατὰ τῆς ὀσφρήσεως. Κνωσσός. πόλις. καὶ Κνωσσία.</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Κνάφος. ἀκανθῶδές τι, ᾧ ξύουσι τὰ ἱμάτια. Κναφεῖον. ἐν ᾧ τὰς ἐσθῆτας κνάπτουσιν, ὅ ἐστι</w:t>
      </w:r>
    </w:p>
    <w:p>
      <w:r>
        <w:rPr>
          <w:rFonts w:ascii="Courier New" w:hAnsi="Courier New"/>
          <w:color w:val="555555"/>
          <w:sz w:val="20"/>
        </w:rPr>
        <w:t>[kappa 1225]</w:t>
      </w:r>
    </w:p>
    <w:p>
      <w:r>
        <w:rPr>
          <w:rFonts w:ascii="Gentium Plus" w:hAnsi="Gentium Plus"/>
          <w:sz w:val="24"/>
        </w:rPr>
        <w:t>Κνέφας. τὸ σκότος. διὰ τὸ κενὸν εἶναι φάους, κενέφας καὶ ἐν συγκοπῇ κνέφας. καὶ κνέφος. ὡς οὖδας, οὖδος. Κνισσάριον. τὸ μικρὸν λίπος.</w:t>
      </w:r>
    </w:p>
    <w:p>
      <w:r>
        <w:rPr>
          <w:rFonts w:ascii="Courier New" w:hAnsi="Courier New"/>
          <w:color w:val="555555"/>
          <w:sz w:val="20"/>
        </w:rPr>
        <w:t>[5]</w:t>
      </w:r>
    </w:p>
    <w:p>
      <w:r>
        <w:rPr>
          <w:rFonts w:ascii="Gentium Plus" w:hAnsi="Gentium Plus"/>
          <w:sz w:val="24"/>
        </w:rPr>
        <w:t>Κνώδαλα. κυρίως μὲν τὰ θαλάσσια θηρία, διὰ τὸ ἐν ἁλὶ κινεῖσθαι, κινόδαλα τινὰ ὄντα. ποτὲ δὲ καὶ τὰ χερσαῖα, διὰ τὸ ὑπὸ κυνῶν ἁλίσκε‐ σθαι. Ἡσίοδος· κνώδαλα, ὅς’ ἤπειρος πολλὰ τρέφει ἠδὲ</w:t>
      </w:r>
    </w:p>
    <w:p>
      <w:r>
        <w:rPr>
          <w:rFonts w:ascii="Courier New" w:hAnsi="Courier New"/>
          <w:color w:val="555555"/>
          <w:sz w:val="20"/>
        </w:rPr>
        <w:t>[10]</w:t>
      </w:r>
    </w:p>
    <w:p>
      <w:r>
        <w:rPr>
          <w:rFonts w:ascii="Gentium Plus" w:hAnsi="Gentium Plus"/>
          <w:sz w:val="24"/>
        </w:rPr>
        <w:t>θάλασσα.</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Κνάθω. τὸ πορεύομαι. Κνάπτω. τὸ βάπτω. Κνάω. τὸ κνήθω.</w:t>
      </w:r>
    </w:p>
    <w:p>
      <w:r>
        <w:rPr>
          <w:rFonts w:ascii="Courier New" w:hAnsi="Courier New"/>
          <w:color w:val="555555"/>
          <w:sz w:val="20"/>
        </w:rPr>
        <w:t>[15]</w:t>
      </w:r>
    </w:p>
    <w:p>
      <w:r>
        <w:rPr>
          <w:rFonts w:ascii="Gentium Plus" w:hAnsi="Gentium Plus"/>
          <w:sz w:val="24"/>
        </w:rPr>
        <w:t>Κναίω. τὸ λυπῶ. Κνησθεῖεν. ἐκ τοῦ κνήθω, καὶ κνήσας. Κνίζω. τὸ λυπῶ. ἀπὸ τοῦ κνισμός. καὶ κνίσας ἀντὶ τοῦ κόψας καὶ λυπήσας. Κνίζειν. κατατέμνειν, ἐκθλίβειν. συκάμινα κνί‐</w:t>
      </w:r>
    </w:p>
    <w:p>
      <w:r>
        <w:rPr>
          <w:rFonts w:ascii="Courier New" w:hAnsi="Courier New"/>
          <w:color w:val="555555"/>
          <w:sz w:val="20"/>
        </w:rPr>
        <w:t>[20]</w:t>
      </w:r>
    </w:p>
    <w:p>
      <w:r>
        <w:rPr>
          <w:rFonts w:ascii="Gentium Plus" w:hAnsi="Gentium Plus"/>
          <w:sz w:val="24"/>
        </w:rPr>
        <w:t>ζειν. φασὶ γὰρ τὴν συκάμινον κάθυγρον οὖσαν κατατέμνεσθαι ξίφεσι τῶν γεωργῶν τὸν φλοῦν αὐτῆς, ἵν’ ὅπως τὸ ὑγρὸν καὶ πλεονάζον ἐκκε‐</w:t>
      </w:r>
    </w:p>
    <w:p>
      <w:r>
        <w:rPr>
          <w:rFonts w:ascii="Courier New" w:hAnsi="Courier New"/>
          <w:color w:val="555555"/>
          <w:sz w:val="20"/>
        </w:rPr>
        <w:t>[kappa 1226]</w:t>
      </w:r>
    </w:p>
    <w:p>
      <w:r>
        <w:rPr>
          <w:rFonts w:ascii="Gentium Plus" w:hAnsi="Gentium Plus"/>
          <w:sz w:val="24"/>
        </w:rPr>
        <w:t>παίνειν τοὺς καρποὺς αὐτῆς. καὶ γὰρ εἰ μὴ τοῦτο ἦν, ἀπώλοντο ἂν οἱ καρποὶ αὐτῆς ἐκ τῆς οὕτω πολλῆς ὑγρότητος, ὡς γεννώσας σῆψιν αὐταῖς.</w:t>
      </w:r>
    </w:p>
    <w:p>
      <w:r>
        <w:rPr>
          <w:rFonts w:ascii="Courier New" w:hAnsi="Courier New"/>
          <w:color w:val="555555"/>
          <w:sz w:val="20"/>
        </w:rPr>
        <w:t>[5]</w:t>
      </w:r>
    </w:p>
    <w:p>
      <w:r>
        <w:rPr>
          <w:rFonts w:ascii="Gentium Plus" w:hAnsi="Gentium Plus"/>
          <w:sz w:val="24"/>
        </w:rPr>
        <w:t>†Κνήσας. ξύσας. τὸ δὲ λυπήσας, ι, ὡς ἀπὸ τοῦ κνίζω.† Κνύειν. κρούειν. Κνυζόμενος. ἐπὶ κυνός. καὶ κνυζῶσαι ἀντὶ τοῦ λυπῆσαι.</w:t>
      </w:r>
    </w:p>
    <w:p>
      <w:r>
        <w:rPr>
          <w:rFonts w:ascii="Courier New" w:hAnsi="Courier New"/>
          <w:color w:val="555555"/>
          <w:sz w:val="20"/>
        </w:rPr>
        <w:t>[10]</w:t>
      </w:r>
    </w:p>
    <w:p>
      <w:r>
        <w:rPr>
          <w:rFonts w:ascii="Gentium Plus" w:hAnsi="Gentium Plus"/>
          <w:sz w:val="24"/>
        </w:rPr>
        <w:t>Κνώζει. βοᾷ. Κνώμενοι. γαργαλιζόμενοι, ἢ κνηθόμενοι, ἢ θελγόμενοι. Κνώσσω. τὸ κοιμῶμαι. παρὰ τὸ ὄσσω, τὸ βλέ‐ πω. ἢ παρὰ τὸ κενὸν, τουτέστι κενοῦσθαι τοῦ</w:t>
      </w:r>
    </w:p>
    <w:p>
      <w:r>
        <w:rPr>
          <w:rFonts w:ascii="Courier New" w:hAnsi="Courier New"/>
          <w:color w:val="555555"/>
          <w:sz w:val="20"/>
        </w:rPr>
        <w:t>[15]</w:t>
      </w:r>
    </w:p>
    <w:p>
      <w:r>
        <w:rPr>
          <w:rFonts w:ascii="Gentium Plus" w:hAnsi="Gentium Plus"/>
          <w:sz w:val="24"/>
        </w:rPr>
        <w:t>βλέπειν. ἢ παρὰ τὸ κενὰ καὶ ἀργὰ εἶναι τὰ ὄσσα, ἤτοι τοὺς ὀφθαλμοὺς, εἰς τὸ κοιμᾶσθαι. κενώσσειν, καὶ κατὰ συγκοπὴν κνώσσειν. Κνηθόμενοι. τερπόμενοι. Ἀπόστολος· κνηθό‐ μενοι τὴν ἀκοήν.</w:t>
      </w:r>
    </w:p>
    <w:p>
      <w:r>
        <w:rPr>
          <w:rFonts w:ascii="Courier New" w:hAnsi="Courier New"/>
          <w:color w:val="555555"/>
          <w:sz w:val="20"/>
        </w:rPr>
        <w:t>[20]</w:t>
      </w:r>
    </w:p>
    <w:p>
      <w:r>
        <w:rPr>
          <w:rFonts w:ascii="Gentium Plus" w:hAnsi="Gentium Plus"/>
          <w:sz w:val="24"/>
        </w:rPr>
        <w:t>Κνίζειν. τὸ φυλλοκοπεῖν τὰ συκάμινα πρὸς τρο‐ φὴν τῶν αἰγῶν. κατὰ δὲ τὸν ἅγιον Κύριλλον τὸ ἀποκόπτειν τὰ συκάμινα, ἤγουν τοὺς καρ‐</w:t>
      </w:r>
    </w:p>
    <w:p>
      <w:pPr>
        <w:jc w:val="center"/>
      </w:pPr>
      <w:r>
        <w:rPr>
          <w:rFonts w:ascii="Gentium Plus" w:hAnsi="Gentium Plus"/>
          <w:b/>
          <w:sz w:val="24"/>
        </w:rPr>
        <w:t>Τὸ Κ μετὰ τοῦ Ο.</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Κοάλεμος. ὁ μωρὸς, ὁ μάταιος. παρὰ τὸ κοεῖν καὶ τὸ ἐλύματα. οἷον ὁ μάταια νοῶν. ἢ κοιά‐</w:t>
      </w:r>
    </w:p>
    <w:p>
      <w:r>
        <w:rPr>
          <w:rFonts w:ascii="Courier New" w:hAnsi="Courier New"/>
          <w:color w:val="555555"/>
          <w:sz w:val="20"/>
        </w:rPr>
        <w:t>[5]</w:t>
      </w:r>
    </w:p>
    <w:p>
      <w:r>
        <w:rPr>
          <w:rFonts w:ascii="Gentium Plus" w:hAnsi="Gentium Plus"/>
          <w:sz w:val="24"/>
        </w:rPr>
        <w:t>λεμος. Κόβαλος. ὁ πανοῦργος, ὁ λῃστὴς, καὶ ὁ λάλος. ἀπὸ τοῦ κόψαι πεποιημένης τῆς λέξεως. ὅθεν καὶ κόπιν λέγουσι τὸν λάλον. ὁμοίως καὶ κόψ.</w:t>
      </w:r>
    </w:p>
    <w:p>
      <w:r>
        <w:rPr>
          <w:rFonts w:ascii="Courier New" w:hAnsi="Courier New"/>
          <w:color w:val="555555"/>
          <w:sz w:val="20"/>
        </w:rPr>
        <w:t>[10]</w:t>
      </w:r>
    </w:p>
    <w:p>
      <w:r>
        <w:rPr>
          <w:rFonts w:ascii="Gentium Plus" w:hAnsi="Gentium Plus"/>
          <w:sz w:val="24"/>
        </w:rPr>
        <w:t>Κοδράντης. τὸ πᾶν. ἢ λεπτὰ δύο, ἢ τὸ ἔσχα‐ τον τοῦ λεπτοῦ. λέγεται καὶ ἡ πρᾶξις, καὶ αὐτὸ τὸ ἐνθύμημα. [Κόθορνος. τὸ ἀμφοτεροδέξιον ὑπόδημα.] Κόθουρος. ὁ κούντουρος.</w:t>
      </w:r>
    </w:p>
    <w:p>
      <w:r>
        <w:rPr>
          <w:rFonts w:ascii="Courier New" w:hAnsi="Courier New"/>
          <w:color w:val="555555"/>
          <w:sz w:val="20"/>
        </w:rPr>
        <w:t>[15]</w:t>
      </w:r>
    </w:p>
    <w:p>
      <w:r>
        <w:rPr>
          <w:rFonts w:ascii="Gentium Plus" w:hAnsi="Gentium Plus"/>
          <w:sz w:val="24"/>
        </w:rPr>
        <w:t>κηφήνεσι κοθούροις ἴκελος ὀργήν. παρὰ τὸ κεύθειν τὴν οὐράν. ἢ ὁ κολοβὴν τὴν</w:t>
      </w:r>
    </w:p>
    <w:p>
      <w:r>
        <w:rPr>
          <w:rFonts w:ascii="Courier New" w:hAnsi="Courier New"/>
          <w:color w:val="555555"/>
          <w:sz w:val="20"/>
        </w:rPr>
        <w:t>[kappa 1228]</w:t>
      </w:r>
    </w:p>
    <w:p>
      <w:r>
        <w:rPr>
          <w:rFonts w:ascii="Gentium Plus" w:hAnsi="Gentium Plus"/>
          <w:sz w:val="24"/>
        </w:rPr>
        <w:t>Κόθουρος. καὶ ὁ κλέπτης. †Κοῖτος. ὁ ὕπνος.† Κοινός. οἶμαι, ὅτι παρὰ τὸ κείω, τὸ κεῖμαι. κεῖος καὶ κοινὸς, ὁ πᾶσι προκείμενος ἢ γενόμενος.</w:t>
      </w:r>
    </w:p>
    <w:p>
      <w:r>
        <w:rPr>
          <w:rFonts w:ascii="Courier New" w:hAnsi="Courier New"/>
          <w:color w:val="555555"/>
          <w:sz w:val="20"/>
        </w:rPr>
        <w:t>[5]</w:t>
      </w:r>
    </w:p>
    <w:p>
      <w:r>
        <w:rPr>
          <w:rFonts w:ascii="Gentium Plus" w:hAnsi="Gentium Plus"/>
          <w:sz w:val="24"/>
        </w:rPr>
        <w:t>ἢ παρὰ τὸ γῶ, τὸ χωρῶ καὶ δέχομαι, γίνεται γοινὸς καὶ κοινὸς, ὁ δεκτικὸς καὶ εὐπρόσδεκτος. Κοίρανος. ὁ βασιλεὺς, ὁ ἄρχων. παρὰ τὸ καιρὸς γέγονε καίρανος, [καὶ μεταθέσει τοῦ αι εἰς οι κοίρανος,] οἱονεὶ ὁ ἐν καιρῷ ἄρχων.</w:t>
      </w:r>
    </w:p>
    <w:p>
      <w:r>
        <w:rPr>
          <w:rFonts w:ascii="Courier New" w:hAnsi="Courier New"/>
          <w:color w:val="555555"/>
          <w:sz w:val="20"/>
        </w:rPr>
        <w:t>[10]</w:t>
      </w:r>
    </w:p>
    <w:p>
      <w:r>
        <w:rPr>
          <w:rFonts w:ascii="Gentium Plus" w:hAnsi="Gentium Plus"/>
          <w:sz w:val="24"/>
        </w:rPr>
        <w:t>Κοκύας. ὁ πρόγονος. †πάππος.† Κόκκυξ. ὁ κοῦκος. Κόλαξ. ὁ ἐπαινῶν ὑπὲρ τὸ πρέπον· ὁ ὡς φί‐ λος ὑπερχόμενός τινα· ὁ ταπεινῶς θεραπεύων τινά. παρὰ τὸ κόλον παράγωγον κόλαξ. †κό‐</w:t>
      </w:r>
    </w:p>
    <w:p>
      <w:r>
        <w:rPr>
          <w:rFonts w:ascii="Courier New" w:hAnsi="Courier New"/>
          <w:color w:val="555555"/>
          <w:sz w:val="20"/>
        </w:rPr>
        <w:t>[15]</w:t>
      </w:r>
    </w:p>
    <w:p>
      <w:r>
        <w:rPr>
          <w:rFonts w:ascii="Gentium Plus" w:hAnsi="Gentium Plus"/>
          <w:sz w:val="24"/>
        </w:rPr>
        <w:t>λον δὲ, τὸ ταπεινὸν καὶ μὴ ὁλόκληρον.† τινὲς δέ φασι παρὰ τὸ κολλᾶσθαι, ἐξ οὗ καὶ δύσκο‐ λος ὁ δυσχερῶς τινὶ κολλώμενος. κόλαξ καὶ ὁ</w:t>
      </w:r>
    </w:p>
    <w:p>
      <w:r>
        <w:rPr>
          <w:rFonts w:ascii="Courier New" w:hAnsi="Courier New"/>
          <w:color w:val="555555"/>
          <w:sz w:val="20"/>
        </w:rPr>
        <w:t>[kappa 1229]</w:t>
      </w:r>
    </w:p>
    <w:p>
      <w:r>
        <w:rPr>
          <w:rFonts w:ascii="Gentium Plus" w:hAnsi="Gentium Plus"/>
          <w:sz w:val="24"/>
        </w:rPr>
        <w:t>Κολοσυρτός. ὁ ἐκ φρυγάνων συρφετός. ἀπὸ τοῦ τὰ κόλα σύρειν, τουτέστι τὰ φρύγανα. —κόνιός τε καὶ ἀργαλέου κολοσυρτοῦ. σημαίνει δὲ καὶ ταραχὴν καὶ θόρυβον ἀνδρῶν.</w:t>
      </w:r>
    </w:p>
    <w:p>
      <w:r>
        <w:rPr>
          <w:rFonts w:ascii="Courier New" w:hAnsi="Courier New"/>
          <w:color w:val="555555"/>
          <w:sz w:val="20"/>
        </w:rPr>
        <w:t>[5]</w:t>
      </w:r>
    </w:p>
    <w:p>
      <w:r>
        <w:rPr>
          <w:rFonts w:ascii="Gentium Plus" w:hAnsi="Gentium Plus"/>
          <w:sz w:val="24"/>
        </w:rPr>
        <w:t>ἀνδρῶν ἠδὲ κυνῶν δέχατο κολοσυρτὸν ἐόντα. Κόλλαβοι. οἱ μικροὶ ἄρτοι. παρὰ τὸ ἐκ τῶν μεγάλων κολοβοῦσθαι. Κόλλαβοι καὶ οἱ πασσαλίσκοι τοῦ ψαλτηρίου ἢ τῆς κιθάρας.</w:t>
      </w:r>
    </w:p>
    <w:p>
      <w:r>
        <w:rPr>
          <w:rFonts w:ascii="Courier New" w:hAnsi="Courier New"/>
          <w:color w:val="555555"/>
          <w:sz w:val="20"/>
        </w:rPr>
        <w:t>[10]</w:t>
      </w:r>
    </w:p>
    <w:p>
      <w:r>
        <w:rPr>
          <w:rFonts w:ascii="Gentium Plus" w:hAnsi="Gentium Plus"/>
          <w:sz w:val="24"/>
        </w:rPr>
        <w:t>†Κορβωνάς. τὸ θησαυροφυλάκιον, τὸ δωροδο‐ χεῖον, τὸ γαζοφυλάκιον. γάζα γὰρ παρὰ Ῥω‐ μαίοις ὁ πλοῦτος καλεῖται.† †Κόλυβος. ὁ ὀβολός.† Κόλιξ. τὸ γαρδούμιον.</w:t>
      </w:r>
    </w:p>
    <w:p>
      <w:r>
        <w:rPr>
          <w:rFonts w:ascii="Courier New" w:hAnsi="Courier New"/>
          <w:color w:val="555555"/>
          <w:sz w:val="20"/>
        </w:rPr>
        <w:t>[15]</w:t>
      </w:r>
    </w:p>
    <w:p>
      <w:r>
        <w:rPr>
          <w:rFonts w:ascii="Gentium Plus" w:hAnsi="Gentium Plus"/>
          <w:sz w:val="24"/>
        </w:rPr>
        <w:t>Κολοβός. ὁ παλαιὸς, καὶ ὁ μικρὸς καὶ ὀλίγος. Κολοιός. †ὃ καὶ κλωὸς γράφουσι.† παρὰ τὸ</w:t>
      </w:r>
    </w:p>
    <w:p>
      <w:r>
        <w:rPr>
          <w:rFonts w:ascii="Courier New" w:hAnsi="Courier New"/>
          <w:color w:val="555555"/>
          <w:sz w:val="20"/>
        </w:rPr>
        <w:t>[kappa 1230]</w:t>
      </w:r>
    </w:p>
    <w:p>
      <w:r>
        <w:rPr>
          <w:rFonts w:ascii="Gentium Plus" w:hAnsi="Gentium Plus"/>
          <w:sz w:val="24"/>
        </w:rPr>
        <w:t>σμῷ τοῦ ο καὶ ι κολοιός. κρακτικὸν γὰρ τὸ ζῶον. Κόλλοψ. ἡ χορδὴ, καὶ τὸ νωτιαῖον, καὶ τὸ τρα‐ χηλιαῖον δέρμα τοῦ βοός. διὰ τὸ εἰς κόλλαν</w:t>
      </w:r>
    </w:p>
    <w:p>
      <w:r>
        <w:rPr>
          <w:rFonts w:ascii="Courier New" w:hAnsi="Courier New"/>
          <w:color w:val="555555"/>
          <w:sz w:val="20"/>
        </w:rPr>
        <w:t>[5]</w:t>
      </w:r>
    </w:p>
    <w:p>
      <w:r>
        <w:rPr>
          <w:rFonts w:ascii="Gentium Plus" w:hAnsi="Gentium Plus"/>
          <w:sz w:val="24"/>
        </w:rPr>
        <w:t>ἐπιτήδειον εἶναι. Κολοβρός. ὁ μικρὸς χοῖρος. Κολοφών. τὸ μέγα καὶ ὑψηλὸν ἀκρωτήριον. λαμ‐ βάνεται δὲ καὶ ἐπὶ μεγάλων κακῶν. Κολεὸς καὶ κουλεός. ἡ ξιφοθήκη. παρὰ τὸ κε‐</w:t>
      </w:r>
    </w:p>
    <w:p>
      <w:r>
        <w:rPr>
          <w:rFonts w:ascii="Courier New" w:hAnsi="Courier New"/>
          <w:color w:val="555555"/>
          <w:sz w:val="20"/>
        </w:rPr>
        <w:t>[10]</w:t>
      </w:r>
    </w:p>
    <w:p>
      <w:r>
        <w:rPr>
          <w:rFonts w:ascii="Gentium Plus" w:hAnsi="Gentium Plus"/>
          <w:sz w:val="24"/>
        </w:rPr>
        <w:t>κοιλάνθαι. ἢ παρὰ τὰ κῆλα, ὅ ἐστι τὰ τόξα καὶ τὰ βέλη. κωλεὸς δὲ ὄνομα τὸ ἔντερον, μέγα. Κολλυβιστής. ὁ τραπεζίτης. Κολωνός. τόπος ὑψηλός.</w:t>
      </w:r>
    </w:p>
    <w:p>
      <w:r>
        <w:rPr>
          <w:rFonts w:ascii="Courier New" w:hAnsi="Courier New"/>
          <w:color w:val="555555"/>
          <w:sz w:val="20"/>
        </w:rPr>
        <w:t>[15]</w:t>
      </w:r>
    </w:p>
    <w:p>
      <w:r>
        <w:rPr>
          <w:rFonts w:ascii="Gentium Plus" w:hAnsi="Gentium Plus"/>
          <w:sz w:val="24"/>
        </w:rPr>
        <w:t>Κολωός. ὁ θόρυβος. παρὰ τὸ κλῶ, τὸ καλῶ, γίνεται ῥηματικὸν ὄνομα κλὼς, ὡς σῶ, σὼς, καὶ πλεονασμῷ τοῦ ω κολωός. ἢ παρὰ τὸ κο‐</w:t>
      </w:r>
    </w:p>
    <w:p>
      <w:r>
        <w:rPr>
          <w:rFonts w:ascii="Courier New" w:hAnsi="Courier New"/>
          <w:color w:val="555555"/>
          <w:sz w:val="20"/>
        </w:rPr>
        <w:t>[kappa 1231]</w:t>
      </w:r>
    </w:p>
    <w:p>
      <w:r>
        <w:rPr>
          <w:rFonts w:ascii="Gentium Plus" w:hAnsi="Gentium Plus"/>
          <w:sz w:val="24"/>
        </w:rPr>
        <w:t>Κομμός. παρὰ τὸ κόπτω κομμός. κόψω γὰρ ὁ μέλλων, ὡς καὶ παρὰ τὸ γράψω γραμμὸς καὶ ὑπογραμμός. Κομψός. εἴρηται μὲν ἡ λέξις ἐπὶ τοῦ πανούρ‐</w:t>
      </w:r>
    </w:p>
    <w:p>
      <w:r>
        <w:rPr>
          <w:rFonts w:ascii="Courier New" w:hAnsi="Courier New"/>
          <w:color w:val="555555"/>
          <w:sz w:val="20"/>
        </w:rPr>
        <w:t>[5]</w:t>
      </w:r>
    </w:p>
    <w:p>
      <w:r>
        <w:rPr>
          <w:rFonts w:ascii="Gentium Plus" w:hAnsi="Gentium Plus"/>
          <w:sz w:val="24"/>
        </w:rPr>
        <w:t>γου, καὶ ἐπὶ τοῦ μετρίου, καὶ ἐπὶ τοῦ ἐπιει‐ κοῦς. ἀμφότερα οὖν παρὰ τὸ κάμπτω ῥῆμα. ἀλλ’ ἐπὶ μὲν τοῦ πανούργου παρὰ τὸ εὐκάμ‐ πηλον καὶ διεστραμμένον τῇ διανοίᾳ· ἐπὶ δὲ τοῦ ἐπιεικοῦς παρὰ τὸ εὐκαμπῆ αὐτὸν εἶναι,</w:t>
      </w:r>
    </w:p>
    <w:p>
      <w:r>
        <w:rPr>
          <w:rFonts w:ascii="Courier New" w:hAnsi="Courier New"/>
          <w:color w:val="555555"/>
          <w:sz w:val="20"/>
        </w:rPr>
        <w:t>[10]</w:t>
      </w:r>
    </w:p>
    <w:p>
      <w:r>
        <w:rPr>
          <w:rFonts w:ascii="Gentium Plus" w:hAnsi="Gentium Plus"/>
          <w:sz w:val="24"/>
        </w:rPr>
        <w:t>οἷον εὐπειθῆ καὶ προσηνῆ. οὕτως Εἰρηναῖος ὁ Ἀττικός. ἢ κομψὸς ὁ πιθανολόγος, ὁ μετὰ ὑπερηφανίας καὶ κόμπου ῥητορεύων. Κομπαστής. ψεύστης. Κόμπος. ἡ κενοδοξία. παρὰ τὸ κενὴν ὄπα ἔχειν,</w:t>
      </w:r>
    </w:p>
    <w:p>
      <w:r>
        <w:rPr>
          <w:rFonts w:ascii="Courier New" w:hAnsi="Courier New"/>
          <w:color w:val="555555"/>
          <w:sz w:val="20"/>
        </w:rPr>
        <w:t>[15]</w:t>
      </w:r>
    </w:p>
    <w:p>
      <w:r>
        <w:rPr>
          <w:rFonts w:ascii="Gentium Plus" w:hAnsi="Gentium Plus"/>
          <w:sz w:val="24"/>
        </w:rPr>
        <w:t>ὅ ἐστι φωνήν. [Κομποῤῥήμων. ὁ κενόδοξα λέγων. Κόμαρος. εἶδος φυτοῦ. Κομενταρήσιος. χαρτουλάριος. Κόναβος. ψόφος· ἦχος. παρὰ τὸ τὴν βοὴν</w:t>
      </w:r>
    </w:p>
    <w:p>
      <w:r>
        <w:rPr>
          <w:rFonts w:ascii="Courier New" w:hAnsi="Courier New"/>
          <w:color w:val="555555"/>
          <w:sz w:val="20"/>
        </w:rPr>
        <w:t>[20]</w:t>
      </w:r>
    </w:p>
    <w:p>
      <w:r>
        <w:rPr>
          <w:rFonts w:ascii="Gentium Plus" w:hAnsi="Gentium Plus"/>
          <w:sz w:val="24"/>
        </w:rPr>
        <w:t>κινεῖν.</w:t>
      </w:r>
    </w:p>
    <w:p>
      <w:r>
        <w:rPr>
          <w:rFonts w:ascii="Courier New" w:hAnsi="Courier New"/>
          <w:color w:val="555555"/>
          <w:sz w:val="20"/>
        </w:rPr>
        <w:t>[kappa 1232]</w:t>
      </w:r>
    </w:p>
    <w:p>
      <w:r>
        <w:rPr>
          <w:rFonts w:ascii="Gentium Plus" w:hAnsi="Gentium Plus"/>
          <w:sz w:val="24"/>
        </w:rPr>
        <w:t>οἱονεὶ κάνδυλοι ὄντες. περὶ αὐτοὺς γὰρ ἡ κάμ‐ ψις τῶν δακτύλων ἐγγίνεται. ἢ κένδυλος τὶς ὢν, ὁ εἰς τὰ κενὰ δυόμενος τῶν ῥαπιζομένων. κενὰ δὲ σαρκῶν τὰ μέρη ταῦτα.</w:t>
      </w:r>
    </w:p>
    <w:p>
      <w:r>
        <w:rPr>
          <w:rFonts w:ascii="Courier New" w:hAnsi="Courier New"/>
          <w:color w:val="555555"/>
          <w:sz w:val="20"/>
        </w:rPr>
        <w:t>[5]</w:t>
      </w:r>
    </w:p>
    <w:p>
      <w:r>
        <w:rPr>
          <w:rFonts w:ascii="Gentium Plus" w:hAnsi="Gentium Plus"/>
          <w:sz w:val="24"/>
        </w:rPr>
        <w:t>Κονιορτός. ὁ χοῦς. παρὰ τὸ ὄρω, τὸ διεγείρω, ὁ μέλλων ὄρσω, αἰολικῶς. ῥῆμα ὄνομα ὀρτὸς, ὡς κείρω κορμὸς, καὶ ἐν συνθέσει μετὰ τοῦ κόνις κονιορτὸς, ὁ τὴν κόνιν ὀρούων καὶ ὁρμῶν καὶ διεγείρων.</w:t>
      </w:r>
    </w:p>
    <w:p>
      <w:r>
        <w:rPr>
          <w:rFonts w:ascii="Courier New" w:hAnsi="Courier New"/>
          <w:color w:val="555555"/>
          <w:sz w:val="20"/>
        </w:rPr>
        <w:t>[10]</w:t>
      </w:r>
    </w:p>
    <w:p>
      <w:r>
        <w:rPr>
          <w:rFonts w:ascii="Gentium Plus" w:hAnsi="Gentium Plus"/>
          <w:sz w:val="24"/>
        </w:rPr>
        <w:t>Κοντός. παρὰ τὸ κέντω κοντὸς, ὡς τρέφω τροφός. Κονσουλάριος. ὑπατικός. Κόνων. ὄνομα κύριον. καὶ κλίνεται Κόνωνος. Κόπις. σύντομος, ὀξὺς τῷ λόγῳ, ἤγουν λάλος.</w:t>
      </w:r>
    </w:p>
    <w:p>
      <w:r>
        <w:rPr>
          <w:rFonts w:ascii="Courier New" w:hAnsi="Courier New"/>
          <w:color w:val="555555"/>
          <w:sz w:val="20"/>
        </w:rPr>
        <w:t>[15]</w:t>
      </w:r>
    </w:p>
    <w:p>
      <w:r>
        <w:rPr>
          <w:rFonts w:ascii="Gentium Plus" w:hAnsi="Gentium Plus"/>
          <w:sz w:val="24"/>
        </w:rPr>
        <w:t>Κοπετός. ὁ θρῆνος. ἀπὸ τοῦ κόπτεσθαι. Κορύβαντες. ἔθνος βακχικὸν καὶ μανικόν. πα‐ ρὰ τὸ κρύβειν τὸν Δία, κρύβαντες καὶ πλεο‐ νασμῷ τοῦ ο κορύβαντες. ἢ οἱ τὴν κόρην κα‐ ταβάντες ἀναγαγεῖν καὶ μὴ ὑποστρέφειν. Κο‐</w:t>
      </w:r>
    </w:p>
    <w:p>
      <w:r>
        <w:rPr>
          <w:rFonts w:ascii="Courier New" w:hAnsi="Courier New"/>
          <w:color w:val="555555"/>
          <w:sz w:val="20"/>
        </w:rPr>
        <w:t>[20]</w:t>
      </w:r>
    </w:p>
    <w:p>
      <w:r>
        <w:rPr>
          <w:rFonts w:ascii="Gentium Plus" w:hAnsi="Gentium Plus"/>
          <w:sz w:val="24"/>
        </w:rPr>
        <w:t>ρύβαντες δέ εἰσι δαίμονες τινὲς φυλάσσειν τα‐</w:t>
      </w:r>
    </w:p>
    <w:p>
      <w:r>
        <w:rPr>
          <w:rFonts w:ascii="Courier New" w:hAnsi="Courier New"/>
          <w:color w:val="555555"/>
          <w:sz w:val="20"/>
        </w:rPr>
        <w:t>[kappa 1233]</w:t>
      </w:r>
    </w:p>
    <w:p>
      <w:r>
        <w:rPr>
          <w:rFonts w:ascii="Gentium Plus" w:hAnsi="Gentium Plus"/>
          <w:sz w:val="24"/>
        </w:rPr>
        <w:t>Κόρταφος. παρὰ τὴν κόρσην εἶναι κόρσαφος καὶ κόρταφος, καὶ ἐν ὑπερβιβασμῷ κρόταφος. ἢ ὅτι τῆς κόρσης καὶ τῆς κεφαλῆς ἁφὴ ἐστί. Κορυθαίολος. ὁ τὴν κόρυθα εὐκίνητον ἔχων ἢ</w:t>
      </w:r>
    </w:p>
    <w:p>
      <w:r>
        <w:rPr>
          <w:rFonts w:ascii="Courier New" w:hAnsi="Courier New"/>
          <w:color w:val="555555"/>
          <w:sz w:val="20"/>
        </w:rPr>
        <w:t>[5]</w:t>
      </w:r>
    </w:p>
    <w:p>
      <w:r>
        <w:rPr>
          <w:rFonts w:ascii="Gentium Plus" w:hAnsi="Gentium Plus"/>
          <w:sz w:val="24"/>
        </w:rPr>
        <w:t>ποικίλην. ἔστι γὰρ αἰόλλω τὸ κινῶ καὶ συν‐ εχῶς στρέφω. ἢ ἀπὸ τοῦ αἰόλος, ὁ ποικίλος. Τυδεὺς κορυθαίολος. καί· κορυθαίολος Ἕκτωρ.</w:t>
      </w:r>
    </w:p>
    <w:p>
      <w:r>
        <w:rPr>
          <w:rFonts w:ascii="Courier New" w:hAnsi="Courier New"/>
          <w:color w:val="555555"/>
          <w:sz w:val="20"/>
        </w:rPr>
        <w:t>[10]</w:t>
      </w:r>
    </w:p>
    <w:p>
      <w:r>
        <w:rPr>
          <w:rFonts w:ascii="Gentium Plus" w:hAnsi="Gentium Plus"/>
          <w:sz w:val="24"/>
        </w:rPr>
        <w:t>Κορβανᾶς. ὁ θησαυρός. Κορβάν. οὐκ ἔστιν ἡ δωρεὰ καὶ ἡ προῖξ, ἀλλὰ κυρίως ἡ προσφορὰ λέγεται. οὕτως ὁ ἅγιος Κύ‐ ριλλος. Κόροιβος. ὁ μωρός. ἀπὸ τοῦ Κοροίβου, τινὸς</w:t>
      </w:r>
    </w:p>
    <w:p>
      <w:r>
        <w:rPr>
          <w:rFonts w:ascii="Courier New" w:hAnsi="Courier New"/>
          <w:color w:val="555555"/>
          <w:sz w:val="20"/>
        </w:rPr>
        <w:t>[15]</w:t>
      </w:r>
    </w:p>
    <w:p>
      <w:r>
        <w:rPr>
          <w:rFonts w:ascii="Gentium Plus" w:hAnsi="Gentium Plus"/>
          <w:sz w:val="24"/>
        </w:rPr>
        <w:t>μετροῦντος τὰ κύματα. Κορδυλησμός. ἡ περιβολή. Κορυφαῖος. ἔνδοξος, μέγας. καὶ κορυφαιότατος, ὁ ἐξοχώτατος. Κόρβους. τοὺς κόρακας λέγουσιν οἱ Ῥωμαῖοι.</w:t>
      </w:r>
    </w:p>
    <w:p>
      <w:r>
        <w:rPr>
          <w:rFonts w:ascii="Courier New" w:hAnsi="Courier New"/>
          <w:color w:val="555555"/>
          <w:sz w:val="20"/>
        </w:rPr>
        <w:t>[20]</w:t>
      </w:r>
    </w:p>
    <w:p>
      <w:r>
        <w:rPr>
          <w:rFonts w:ascii="Gentium Plus" w:hAnsi="Gentium Plus"/>
          <w:sz w:val="24"/>
        </w:rPr>
        <w:t>Κόσυμβος. κροσσὸς, ἢ ὁ ἀνάδεσμος.</w:t>
      </w:r>
    </w:p>
    <w:p>
      <w:r>
        <w:rPr>
          <w:rFonts w:ascii="Courier New" w:hAnsi="Courier New"/>
          <w:color w:val="555555"/>
          <w:sz w:val="20"/>
        </w:rPr>
        <w:t>[kappa 1234]</w:t>
      </w:r>
    </w:p>
    <w:p>
      <w:r>
        <w:rPr>
          <w:rFonts w:ascii="Gentium Plus" w:hAnsi="Gentium Plus"/>
          <w:sz w:val="24"/>
        </w:rPr>
        <w:t>Κόσσος. ῥωμαϊστὶ μαξίλλα, γραικιστὶ δὲ, ῥά‐ πισμα. Κόσμος. καλλωπισμὸς ἢ σύστημα ἐξ οὐρανοῦ καὶ γῆς καὶ τῶν ἐν μέσῳ. κόσμος παρὰ τὸ ἔχειν</w:t>
      </w:r>
    </w:p>
    <w:p>
      <w:r>
        <w:rPr>
          <w:rFonts w:ascii="Courier New" w:hAnsi="Courier New"/>
          <w:color w:val="555555"/>
          <w:sz w:val="20"/>
        </w:rPr>
        <w:t>[5]</w:t>
      </w:r>
    </w:p>
    <w:p>
      <w:r>
        <w:rPr>
          <w:rFonts w:ascii="Gentium Plus" w:hAnsi="Gentium Plus"/>
          <w:sz w:val="24"/>
        </w:rPr>
        <w:t>ἐν ἑαυτῷ πάντα κεκοσμημένα καὶ διατεταγμέ‐ να. ἢ παρὰ τὸ κάζω, κάσω, κέκασμαι, κασμὸς, ῥηματικὸν ὄνομα, καὶ μεταθέσει τοῦ α εἰς ο καὶ ἐναλλαγῇ τοῦ τόνου κόσμος. οὕτως Φίλων. Κότος. ὀργὴ ἐπιτηροῦσα καιρὸν εἰς τιμωρίαν,</w:t>
      </w:r>
    </w:p>
    <w:p>
      <w:r>
        <w:rPr>
          <w:rFonts w:ascii="Courier New" w:hAnsi="Courier New"/>
          <w:color w:val="555555"/>
          <w:sz w:val="20"/>
        </w:rPr>
        <w:t>[10]</w:t>
      </w:r>
    </w:p>
    <w:p>
      <w:r>
        <w:rPr>
          <w:rFonts w:ascii="Gentium Plus" w:hAnsi="Gentium Plus"/>
          <w:sz w:val="24"/>
        </w:rPr>
        <w:t>ἢ ἐναπομένουσα ὀργή. παρὰ τὸ κέω, ὃ σημαί‐ νει τὸ κεῖμαι, κέημι, ὁ παθητικὸς κέαμαι, κεῖμαι, τὸ τρίτον κεῖται, ῥηματικὸν ὄνομα κό‐ τος. ἢ παρὰ τὸ κέεσθαι, κεῖσθαι, κότος. Κοτόεις. ὀργίλος.</w:t>
      </w:r>
    </w:p>
    <w:p>
      <w:r>
        <w:rPr>
          <w:rFonts w:ascii="Courier New" w:hAnsi="Courier New"/>
          <w:color w:val="555555"/>
          <w:sz w:val="20"/>
        </w:rPr>
        <w:t>[15]</w:t>
      </w:r>
    </w:p>
    <w:p>
      <w:r>
        <w:rPr>
          <w:rFonts w:ascii="Gentium Plus" w:hAnsi="Gentium Plus"/>
          <w:sz w:val="24"/>
        </w:rPr>
        <w:t>Κότινος. ὁ ἐξ ἀγριελαίας στέφανος. Κότταβος. ὁ ἦχος. Κουροτρόφος. παιδοτρόφος. Κούρους. νεωτέρους. Κοινωνικούς. τουτέστι πρᾴους, προσηνεῖς, ἀτύ‐</w:t>
      </w:r>
    </w:p>
    <w:p>
      <w:r>
        <w:rPr>
          <w:rFonts w:ascii="Courier New" w:hAnsi="Courier New"/>
          <w:color w:val="555555"/>
          <w:sz w:val="20"/>
        </w:rPr>
        <w:t>[20]</w:t>
      </w:r>
    </w:p>
    <w:p>
      <w:r>
        <w:rPr>
          <w:rFonts w:ascii="Gentium Plus" w:hAnsi="Gentium Plus"/>
          <w:sz w:val="24"/>
        </w:rPr>
        <w:t>φους, συγκαταβατικούς. ὁ Ἀπόστολος· εὐμε‐</w:t>
      </w:r>
    </w:p>
    <w:p>
      <w:r>
        <w:rPr>
          <w:rFonts w:ascii="Courier New" w:hAnsi="Courier New"/>
          <w:color w:val="555555"/>
          <w:sz w:val="20"/>
        </w:rPr>
        <w:t>[kappa 1235]</w:t>
      </w:r>
    </w:p>
    <w:p>
      <w:r>
        <w:rPr>
          <w:rFonts w:ascii="Gentium Plus" w:hAnsi="Gentium Plus"/>
          <w:sz w:val="24"/>
        </w:rPr>
        <w:t>Κόσμον. τοὺς ἐν ἀπιστίᾳ καὶ ἐν ἁμαρτίαις ἀν‐ θρώπους λέγει ὁ Ἀπόστολος· ἵνα μὴ σὺν τῷ κόσμῳ κατακριθῶμεν.</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Κοίτη. ἡσυχία ἢ στρωμνή. παρὰ τὸ κέω, τὸ κεῖ‐ μαι· ὁ παθητικὸς ἐνεστὼς τῶν εἰς μι κεῖμαι, κεῖται, καὶ ἐξ αὐτοῦ ὄνομα ῥηματικὸν κοίτη. Κοίταις. γυναικείαις ἐπιθυμίαις. Κοιλία. ἀπὸ τοῦ κοίλην εἶναι, ἢ ἀπὸ τοῦ λεαί‐</w:t>
      </w:r>
    </w:p>
    <w:p>
      <w:r>
        <w:rPr>
          <w:rFonts w:ascii="Courier New" w:hAnsi="Courier New"/>
          <w:color w:val="555555"/>
          <w:sz w:val="20"/>
        </w:rPr>
        <w:t>[10]</w:t>
      </w:r>
    </w:p>
    <w:p>
      <w:r>
        <w:rPr>
          <w:rFonts w:ascii="Gentium Plus" w:hAnsi="Gentium Plus"/>
          <w:sz w:val="24"/>
        </w:rPr>
        <w:t>νειν τὴν τροφὴν καὶ χυλοῦν, χολία καὶ κοιλία. Κοινωνία. ἡ τῶν θείων μυστηρίων μετάληψις, διὰ τὸ τὴν πρὸς Χριστὸν ἡμῖν χαρίζεσθαι ἕνω‐ σιν, καὶ κοινωνοὺς ἡμᾶς τῆς αὐτοῦ βασιλείας ποιεῖν.</w:t>
      </w:r>
    </w:p>
    <w:p>
      <w:r>
        <w:rPr>
          <w:rFonts w:ascii="Courier New" w:hAnsi="Courier New"/>
          <w:color w:val="555555"/>
          <w:sz w:val="20"/>
        </w:rPr>
        <w:t>[15]</w:t>
      </w:r>
    </w:p>
    <w:p>
      <w:r>
        <w:rPr>
          <w:rFonts w:ascii="Gentium Plus" w:hAnsi="Gentium Plus"/>
          <w:sz w:val="24"/>
        </w:rPr>
        <w:t>Κοιτίς. τὸ σπυρίδιον, καὶ ἀγγεῖόν τι. Κολακεία. ἔπαινος ὑπὲρ τὸ πρέπον. Κολοβότης. ὀλιγότης. μικρότης. Κολώνη. †ὄχθος.† τόπος. καὶ Κολώνεια, πόλις. Κολοφωνία. εἶδος τὶ παρόμοιον πίσσῃ.</w:t>
      </w:r>
    </w:p>
    <w:p>
      <w:r>
        <w:rPr>
          <w:rFonts w:ascii="Courier New" w:hAnsi="Courier New"/>
          <w:color w:val="555555"/>
          <w:sz w:val="20"/>
        </w:rPr>
        <w:t>[20]</w:t>
      </w:r>
    </w:p>
    <w:p>
      <w:r>
        <w:rPr>
          <w:rFonts w:ascii="Gentium Plus" w:hAnsi="Gentium Plus"/>
          <w:sz w:val="24"/>
        </w:rPr>
        <w:t>Κομιδή. ἡ ἐπιμέλεια. παρὰ τὸ κομίζω, τὸ ἐπι‐ μελοῦμαι καὶ περιποιοῦμαι. κομιδή. Κόμη. ἡ θρίξ. παρὰ τὸ κόσμον εἶναι τοῦ σώ‐ ματος. οἱ δὲ, παρὰ τὸ κομᾷν καὶ ἐπιμελείας</w:t>
      </w:r>
    </w:p>
    <w:p>
      <w:r>
        <w:rPr>
          <w:rFonts w:ascii="Courier New" w:hAnsi="Courier New"/>
          <w:color w:val="555555"/>
          <w:sz w:val="20"/>
        </w:rPr>
        <w:t>[kappa 1236]</w:t>
      </w:r>
    </w:p>
    <w:p>
      <w:r>
        <w:rPr>
          <w:rFonts w:ascii="Gentium Plus" w:hAnsi="Gentium Plus"/>
          <w:sz w:val="24"/>
        </w:rPr>
        <w:t>Κομψεία. σοφιστεία. Κονίστρα. ὁ ἀγών. ἡ παλαίστρα ἢ ἡ κυλίστρα. Κόνυζα. βοτάνη τίς. Κόνις. χοῦς. κονιορτός.</w:t>
      </w:r>
    </w:p>
    <w:p>
      <w:r>
        <w:rPr>
          <w:rFonts w:ascii="Courier New" w:hAnsi="Courier New"/>
          <w:color w:val="555555"/>
          <w:sz w:val="20"/>
        </w:rPr>
        <w:t>[5]</w:t>
      </w:r>
    </w:p>
    <w:p>
      <w:r>
        <w:rPr>
          <w:rFonts w:ascii="Gentium Plus" w:hAnsi="Gentium Plus"/>
          <w:sz w:val="24"/>
        </w:rPr>
        <w:t>Κονία. ἡ λευκασία. Κόνις. παρὰ τὸ καίνω, τὸ διακόπτω καὶ δια‐ φθείρω. ἡ εἰς μικρὰ κατακεκομμένη γῆ. Κονίσσαλος. κονιορτός. οἱονεὶ ἡ σεσαλευμένη γῆ. Κόπρος. οἱονεὶ κόπος τὶς οὖσα. βαρεῖ γὰρ τὸ</w:t>
      </w:r>
    </w:p>
    <w:p>
      <w:r>
        <w:rPr>
          <w:rFonts w:ascii="Courier New" w:hAnsi="Courier New"/>
          <w:color w:val="555555"/>
          <w:sz w:val="20"/>
        </w:rPr>
        <w:t>[10]</w:t>
      </w:r>
    </w:p>
    <w:p>
      <w:r>
        <w:rPr>
          <w:rFonts w:ascii="Gentium Plus" w:hAnsi="Gentium Plus"/>
          <w:sz w:val="24"/>
        </w:rPr>
        <w:t>περισσὸν καὶ κοποῖ ἐγκείμενον. ἢ χήπορος τὶς οὖσα, ἀπὸ τοῦ χεῖσθαι διὰ τοῦ πόρου, κατὰ συγκοπὴν καὶ τροπὴν τοῦ χ εἰς κ κόπρος. Κόρινθος. ἀπὸ Κορίνθου τοῦ Μαραθῶνος, ἢ ἀπὸ Κορίνθου τοῦ Πέλοπος.</w:t>
      </w:r>
    </w:p>
    <w:p>
      <w:r>
        <w:rPr>
          <w:rFonts w:ascii="Courier New" w:hAnsi="Courier New"/>
          <w:color w:val="555555"/>
          <w:sz w:val="20"/>
        </w:rPr>
        <w:t>[15]</w:t>
      </w:r>
    </w:p>
    <w:p>
      <w:r>
        <w:rPr>
          <w:rFonts w:ascii="Gentium Plus" w:hAnsi="Gentium Plus"/>
          <w:sz w:val="24"/>
        </w:rPr>
        <w:t>Κόρση. ἡ κεφαλή. ἀπὸ τοῦ κορυφοῦσθαι, ἢ ἀπὸ τοῦ κείρεσθαι, ὅθεν κορσωτὴρ λέγεται, ὁ τὰς τρίχας κουρεύων. καὶ κόρσαι αἱ τρίχες. Αἰ‐ σχύλος· λευκὰς δὲ κόρσας τῇδ’ ἐπαντέλλειν νόσῳ.</w:t>
      </w:r>
    </w:p>
    <w:p>
      <w:r>
        <w:rPr>
          <w:rFonts w:ascii="Courier New" w:hAnsi="Courier New"/>
          <w:color w:val="555555"/>
          <w:sz w:val="20"/>
        </w:rPr>
        <w:t>[20]</w:t>
      </w:r>
    </w:p>
    <w:p>
      <w:r>
        <w:rPr>
          <w:rFonts w:ascii="Gentium Plus" w:hAnsi="Gentium Plus"/>
          <w:sz w:val="24"/>
        </w:rPr>
        <w:t>καὶ κόρση, ὁ κρόταφος. Κόρυς. ἡ περικεφαλαία. καὶ κλίνεται κόρυθος. παρὰ τὸ κάρη, κάρυς καὶ κόρυς. ἢ παρὰ τὸ</w:t>
      </w:r>
    </w:p>
    <w:p>
      <w:r>
        <w:rPr>
          <w:rFonts w:ascii="Courier New" w:hAnsi="Courier New"/>
          <w:color w:val="555555"/>
          <w:sz w:val="20"/>
        </w:rPr>
        <w:t>[kappa 1237]</w:t>
      </w:r>
    </w:p>
    <w:p>
      <w:r>
        <w:rPr>
          <w:rFonts w:ascii="Gentium Plus" w:hAnsi="Gentium Plus"/>
          <w:sz w:val="24"/>
        </w:rPr>
        <w:t>τὸ κορσοῦσθαι ἐπὶ τοῦ κείρειν ἔλεγον οἱ Ἴω‐ νες. καὶ κορσωτῆρα τὸν κουρέα. Κορυφή. τὸ μέσον τῆς κεφαλῆς. παρὰ τὸ τῆς κάρας κορυφὴν εἶναι. ἢ παρὰ τὸ κεκρύφθαι</w:t>
      </w:r>
    </w:p>
    <w:p>
      <w:r>
        <w:rPr>
          <w:rFonts w:ascii="Courier New" w:hAnsi="Courier New"/>
          <w:color w:val="555555"/>
          <w:sz w:val="20"/>
        </w:rPr>
        <w:t>[5]</w:t>
      </w:r>
    </w:p>
    <w:p>
      <w:r>
        <w:rPr>
          <w:rFonts w:ascii="Gentium Plus" w:hAnsi="Gentium Plus"/>
          <w:sz w:val="24"/>
        </w:rPr>
        <w:t>αὐτὴν ὑπὸ τῶν τριχῶν, κρυφὴ τὶς οὖσα, καὶ πλεονασμῷ τοῦ ο κορυφή. κορυφὴ καὶ τὸ ἄκρον τοῦ ὄρους. Κορώνη. τὸ ὄρνεον. παρὰ τὸ καῦρον, ὃ σημαί‐ νει τὸ κακόν. κορώνη καὶ ὁ τῆς θύρας κρίκος.</w:t>
      </w:r>
    </w:p>
    <w:p>
      <w:r>
        <w:rPr>
          <w:rFonts w:ascii="Courier New" w:hAnsi="Courier New"/>
          <w:color w:val="555555"/>
          <w:sz w:val="20"/>
        </w:rPr>
        <w:t>[10]</w:t>
      </w:r>
    </w:p>
    <w:p>
      <w:r>
        <w:rPr>
          <w:rFonts w:ascii="Gentium Plus" w:hAnsi="Gentium Plus"/>
          <w:sz w:val="24"/>
        </w:rPr>
        <w:t>τίθεται ἡ λέξις καὶ ἐπὶ τοῦ ἐπικαμποῦς τόξου. κορωνὶς δὲ, ἐπὶ τῶν νεῶν. σὺν νηυσὶ κορωνίσιν. ὅ ἐστι καμπυλοπρύμνοις. διὰ τὸ εἰς ὕψος ἀνέ‐ χειν. ἐκ τοῦ κάρα.</w:t>
      </w:r>
    </w:p>
    <w:p>
      <w:r>
        <w:rPr>
          <w:rFonts w:ascii="Courier New" w:hAnsi="Courier New"/>
          <w:color w:val="555555"/>
          <w:sz w:val="20"/>
        </w:rPr>
        <w:t>[15]</w:t>
      </w:r>
    </w:p>
    <w:p>
      <w:r>
        <w:rPr>
          <w:rFonts w:ascii="Gentium Plus" w:hAnsi="Gentium Plus"/>
          <w:sz w:val="24"/>
        </w:rPr>
        <w:t>Κορωνίς. τὸ ἄκρον ἢ τὸ τελευταῖον τῆς οἰκοδο‐ μῆς ἐπίθεμα. κυρίως δὲ ἡ ἀκρώρεια. Κόρη. ἐπὶ τοῦ ὀφθαλμοῦ. οἱονεὶ χόρη τὶς οὖσα, ἀπὸ τοῦ δι’ αὐτῆς χεῖσθαι τὸ διορατικὸν πνεῦ‐ μα. κόρη δὲ, ἡ παρθένος, ἀπὸ τοῦ κορεῖν, τὸ</w:t>
      </w:r>
    </w:p>
    <w:p>
      <w:r>
        <w:rPr>
          <w:rFonts w:ascii="Courier New" w:hAnsi="Courier New"/>
          <w:color w:val="555555"/>
          <w:sz w:val="20"/>
        </w:rPr>
        <w:t>[20]</w:t>
      </w:r>
    </w:p>
    <w:p>
      <w:r>
        <w:rPr>
          <w:rFonts w:ascii="Gentium Plus" w:hAnsi="Gentium Plus"/>
          <w:sz w:val="24"/>
        </w:rPr>
        <w:t>καλλωπίζειν, ὃ καὶ ἐπὶ τοῦ ὀφθαλμοῦ εἴρηται. ἢ ἡ καθαρὰν καὶ ἄφθορον ἔχουσα τὴν ἡλικίαν.</w:t>
      </w:r>
    </w:p>
    <w:p>
      <w:r>
        <w:rPr>
          <w:rFonts w:ascii="Courier New" w:hAnsi="Courier New"/>
          <w:color w:val="555555"/>
          <w:sz w:val="20"/>
        </w:rPr>
        <w:t>[kappa 1238]</w:t>
      </w:r>
    </w:p>
    <w:p>
      <w:r>
        <w:rPr>
          <w:rFonts w:ascii="Gentium Plus" w:hAnsi="Gentium Plus"/>
          <w:sz w:val="24"/>
        </w:rPr>
        <w:t>Κοριθαλίς. ἡ δάφνη. καὶ κόρος, ὁ κλάδος, καὶ κορεῖν, τὸ τοῖς κλάδοις σαροῦν. Κορύνη. ἡ ῥάβδος, ἢ ῥόπαλον. οἱ δὲ ξίφος. ἕτεροι ξύλον ἐπικαμπές. ἡ κατὰ τὸ κάρα νεύ‐</w:t>
      </w:r>
    </w:p>
    <w:p>
      <w:r>
        <w:rPr>
          <w:rFonts w:ascii="Courier New" w:hAnsi="Courier New"/>
          <w:color w:val="555555"/>
          <w:sz w:val="20"/>
        </w:rPr>
        <w:t>[5]</w:t>
      </w:r>
    </w:p>
    <w:p>
      <w:r>
        <w:rPr>
          <w:rFonts w:ascii="Gentium Plus" w:hAnsi="Gentium Plus"/>
          <w:sz w:val="24"/>
        </w:rPr>
        <w:t>ουσα. Κόρυζα. κατάῤῥους. ἀρχὴ ἢ πλῆθος μυξῶν. Κοσμιωτάτη. εὐγενεστάτη, εὐκαλλώπιστος. Κοσμογένεια. ἡ κοσμοποιΐα. Κοτύλη. ὅπου ἐγκλίνεται ἡ κεφαλὴ τοῦ μηροῦ.</w:t>
      </w:r>
    </w:p>
    <w:p>
      <w:r>
        <w:rPr>
          <w:rFonts w:ascii="Courier New" w:hAnsi="Courier New"/>
          <w:color w:val="555555"/>
          <w:sz w:val="20"/>
        </w:rPr>
        <w:t>[10]</w:t>
      </w:r>
    </w:p>
    <w:p>
      <w:r>
        <w:rPr>
          <w:rFonts w:ascii="Gentium Plus" w:hAnsi="Gentium Plus"/>
          <w:sz w:val="24"/>
        </w:rPr>
        <w:t>παρὰ τὴν κοιλότητα τὴν ἐν αὐτῷ γινομένην. λέγεται κοτύλη τὸ κοῖλον τῆς χειρός. ὅθεν κο‐ τυλήρυτον, τουτέστι τοσοῦτον τῷ πλήθει, ὥστε καὶ κοτύλην ἀρύεσθαι. παρὰ τὸ ἀρύω, ἀρύσω, ἀρυτὸν, καὶ ἐν συνθέσει κοτυλήρυτον. λέγεται</w:t>
      </w:r>
    </w:p>
    <w:p>
      <w:r>
        <w:rPr>
          <w:rFonts w:ascii="Courier New" w:hAnsi="Courier New"/>
          <w:color w:val="555555"/>
          <w:sz w:val="20"/>
        </w:rPr>
        <w:t>[15]</w:t>
      </w:r>
    </w:p>
    <w:p>
      <w:r>
        <w:rPr>
          <w:rFonts w:ascii="Gentium Plus" w:hAnsi="Gentium Plus"/>
          <w:sz w:val="24"/>
        </w:rPr>
        <w:t>καὶ κοτύλη εἶδος ποτηρίου καὶ μέτρου. κυρίως δὲ τὸ ὁποσοῦν μέτρον κοτύλην ἔλεγον οἱ ἀρ‐ χαῖοι παρὰ τὴν κοιλότητα. Κομμώτρια. ἐμπλέκτρια. Κοῦραι. παρθένοι, νεάνιδες.</w:t>
      </w:r>
    </w:p>
    <w:p>
      <w:r>
        <w:rPr>
          <w:rFonts w:ascii="Courier New" w:hAnsi="Courier New"/>
          <w:color w:val="555555"/>
          <w:sz w:val="20"/>
        </w:rPr>
        <w:t>[20]</w:t>
      </w:r>
    </w:p>
    <w:p>
      <w:r>
        <w:rPr>
          <w:rFonts w:ascii="Gentium Plus" w:hAnsi="Gentium Plus"/>
          <w:sz w:val="24"/>
        </w:rPr>
        <w:t>Κουριδίης. παρθενικῆς. Κουστωδία. τὸ στράτευμα. ὅπερ οἱ Ῥωμαῖοι</w:t>
      </w:r>
    </w:p>
    <w:p>
      <w:r>
        <w:rPr>
          <w:rFonts w:ascii="Courier New" w:hAnsi="Courier New"/>
          <w:color w:val="555555"/>
          <w:sz w:val="20"/>
        </w:rPr>
        <w:t>[kappa 1239]</w:t>
      </w:r>
    </w:p>
    <w:p>
      <w:r>
        <w:rPr>
          <w:rFonts w:ascii="Gentium Plus" w:hAnsi="Gentium Plus"/>
          <w:sz w:val="24"/>
        </w:rPr>
        <w:t>Κοινωνία. ἡ ἐλεημοσύνη. παρὰ τῷ Ἀποστόλῳ· εὐδόκησαν γὰρ Μακεδονία καὶ Ἀχαΐα κοινω‐ νίαν τινὰ ποιήσασθαι εἰς τοὺς πτωχοὺς τῶν ἁγίων τῶν ἐν Ἱερουσαλήμ.</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Κόϊ. μίμημα φωνῆς χοίρου. Κοινὸν γένος. τὸ τὰς μὲν πτώσεις ἔχον τὰς αὐ‐ τὰς, ὑποτασσόμενον δὲ ἰδίοις ἄρθροις, οἷον ὁ ἄνθρωπος καὶ ἡ ἄνθρωπος, ὁ κύων καὶ ἡ κύων,</w:t>
      </w:r>
    </w:p>
    <w:p>
      <w:r>
        <w:rPr>
          <w:rFonts w:ascii="Courier New" w:hAnsi="Courier New"/>
          <w:color w:val="555555"/>
          <w:sz w:val="20"/>
        </w:rPr>
        <w:t>[10]</w:t>
      </w:r>
    </w:p>
    <w:p>
      <w:r>
        <w:rPr>
          <w:rFonts w:ascii="Gentium Plus" w:hAnsi="Gentium Plus"/>
          <w:sz w:val="24"/>
        </w:rPr>
        <w:t>ὁ ἵππος καὶ ἡ ἵππος. Κοινόν. ἢ τὸ ἐν πολλοῖς θεωρούμενον, ἢ τὸ πολλῶν κατηγορούμενον. κοινὸν πάλιν τετρα‐ χῶς· ἢ εἰς τὰ μέρη διαιρετὸν, ὡς ἡ κληρου‐ χουμένη γῆ· ἢ τὸ ἀδιαιρέτως ἐν χρήσει κοινῇ</w:t>
      </w:r>
    </w:p>
    <w:p>
      <w:r>
        <w:rPr>
          <w:rFonts w:ascii="Courier New" w:hAnsi="Courier New"/>
          <w:color w:val="555555"/>
          <w:sz w:val="20"/>
        </w:rPr>
        <w:t>[15]</w:t>
      </w:r>
    </w:p>
    <w:p>
      <w:r>
        <w:rPr>
          <w:rFonts w:ascii="Gentium Plus" w:hAnsi="Gentium Plus"/>
          <w:sz w:val="24"/>
        </w:rPr>
        <w:t>λαμβανόμενον, οὐχ ἅμα δὲ, ὡς εἷς δοῦλος, εἷς ἵππος δύο δεσποτῶν· ἢ τὸ ἐν προκαταλήψει ἰδιοποιούμενον, εἰς δὲ τὸ κοινὸν ἀναπεμπόμενον, ὡς ὁ ἐν θεάτρῳ τόπος ἢ ὁ ἐν βαλανείῳ· ἢ τὸ ἀδιαιρέτως εἰς κοινὴν καὶ τὴν αὐτὴν ἔννοιαν</w:t>
      </w:r>
    </w:p>
    <w:p>
      <w:r>
        <w:rPr>
          <w:rFonts w:ascii="Courier New" w:hAnsi="Courier New"/>
          <w:color w:val="555555"/>
          <w:sz w:val="20"/>
        </w:rPr>
        <w:t>[20]</w:t>
      </w:r>
    </w:p>
    <w:p>
      <w:r>
        <w:rPr>
          <w:rFonts w:ascii="Gentium Plus" w:hAnsi="Gentium Plus"/>
          <w:sz w:val="24"/>
        </w:rPr>
        <w:t>προβαλλόμενον, ὡς ἡ φωνὴ τοῦ κήρυκος.</w:t>
      </w:r>
    </w:p>
    <w:p>
      <w:r>
        <w:rPr>
          <w:rFonts w:ascii="Courier New" w:hAnsi="Courier New"/>
          <w:color w:val="555555"/>
          <w:sz w:val="20"/>
        </w:rPr>
        <w:t>[kappa 1240]</w:t>
      </w:r>
    </w:p>
    <w:p>
      <w:r>
        <w:rPr>
          <w:rFonts w:ascii="Gentium Plus" w:hAnsi="Gentium Plus"/>
          <w:sz w:val="24"/>
        </w:rPr>
        <w:t>Κοινὸν καὶ καθόλου ἐστὶν ἡ οὐσία, ἤγουν ἡ φύσις. Κοινόν. τὸ ἀκάθαρτον. Κοινεῖον. πορνεῖον· καπηλεῖον.</w:t>
      </w:r>
    </w:p>
    <w:p>
      <w:r>
        <w:rPr>
          <w:rFonts w:ascii="Courier New" w:hAnsi="Courier New"/>
          <w:color w:val="555555"/>
          <w:sz w:val="20"/>
        </w:rPr>
        <w:t>[5]</w:t>
      </w:r>
    </w:p>
    <w:p>
      <w:r>
        <w:rPr>
          <w:rFonts w:ascii="Gentium Plus" w:hAnsi="Gentium Plus"/>
          <w:sz w:val="24"/>
        </w:rPr>
        <w:t>Κοινοδήμιον. τὸ δημόσιον. Κοκκύμηλα. εἶδος ὀπώρας. Κόκκυ. ἐπιφώνημά τι. Κοκκότιον. ὁ δῆμος ἑλληνιστὶ, ἁπάσης οἰκου‐ μένης.</w:t>
      </w:r>
    </w:p>
    <w:p>
      <w:r>
        <w:rPr>
          <w:rFonts w:ascii="Courier New" w:hAnsi="Courier New"/>
          <w:color w:val="555555"/>
          <w:sz w:val="20"/>
        </w:rPr>
        <w:t>[10]</w:t>
      </w:r>
    </w:p>
    <w:p>
      <w:r>
        <w:rPr>
          <w:rFonts w:ascii="Gentium Plus" w:hAnsi="Gentium Plus"/>
          <w:sz w:val="24"/>
        </w:rPr>
        <w:t>Κόλον. τὸ κεκλασμένον δόρυ. Κολοβόν. ἐλλιπές. Κόλυθρον. εἶδος συκῆς. Κόλυβα. σῖτος ἑψητός. Κόλον. τὸ μὴ τέλειον, ἀλλὰ κολοβόν.</w:t>
      </w:r>
    </w:p>
    <w:p>
      <w:r>
        <w:rPr>
          <w:rFonts w:ascii="Courier New" w:hAnsi="Courier New"/>
          <w:color w:val="555555"/>
          <w:sz w:val="20"/>
        </w:rPr>
        <w:t>[15]</w:t>
      </w:r>
    </w:p>
    <w:p>
      <w:r>
        <w:rPr>
          <w:rFonts w:ascii="Gentium Plus" w:hAnsi="Gentium Plus"/>
          <w:sz w:val="24"/>
        </w:rPr>
        <w:t>Κολλούριον. ἀπὸ τοῦ κολοβόν. κόλλιξ γὰρ ὁ ἄρτος. Κόμμι. τὸ ψιμμίθιον. Κομμωτικόν. ἐπίπλαστον. Κομίδιον. τὸ τοῦ δένδρου δάκρυον.</w:t>
      </w:r>
    </w:p>
    <w:p>
      <w:r>
        <w:rPr>
          <w:rFonts w:ascii="Courier New" w:hAnsi="Courier New"/>
          <w:color w:val="555555"/>
          <w:sz w:val="20"/>
        </w:rPr>
        <w:t>[20]</w:t>
      </w:r>
    </w:p>
    <w:p>
      <w:r>
        <w:rPr>
          <w:rFonts w:ascii="Gentium Plus" w:hAnsi="Gentium Plus"/>
          <w:sz w:val="24"/>
        </w:rPr>
        <w:t>Κομμονιτήριον. ἔγγραφον ἐνταλτήριον εἰς ὑπό‐</w:t>
      </w:r>
    </w:p>
    <w:p>
      <w:r>
        <w:rPr>
          <w:rFonts w:ascii="Courier New" w:hAnsi="Courier New"/>
          <w:color w:val="555555"/>
          <w:sz w:val="20"/>
        </w:rPr>
        <w:t>[kappa 1241]</w:t>
      </w:r>
    </w:p>
    <w:p>
      <w:r>
        <w:rPr>
          <w:rFonts w:ascii="Gentium Plus" w:hAnsi="Gentium Plus"/>
          <w:sz w:val="24"/>
        </w:rPr>
        <w:t>Κονσίστριον. κατὰ Λατίνους θεῖον συνέδριον. Κόνδυ. εἶδος ποτηρίου. *Κόνειον. βοτάνη ὀλεθρία.* Κόριον. τὸ μικρὸν κοράσιον. λέγεται δὲ καὶ τὸ</w:t>
      </w:r>
    </w:p>
    <w:p>
      <w:r>
        <w:rPr>
          <w:rFonts w:ascii="Courier New" w:hAnsi="Courier New"/>
          <w:color w:val="555555"/>
          <w:sz w:val="20"/>
        </w:rPr>
        <w:t>[5]</w:t>
      </w:r>
    </w:p>
    <w:p>
      <w:r>
        <w:rPr>
          <w:rFonts w:ascii="Gentium Plus" w:hAnsi="Gentium Plus"/>
          <w:sz w:val="24"/>
        </w:rPr>
        <w:t>μάννα, ὡς λευκοειδές. Κοράλλιον. λίθος θαλάσσιος. Κορδύλημα. τὸ περίβλημα. Κόρημα. τὸ σάρωμα. Κόσμιον. εὔτακτον.</w:t>
      </w:r>
    </w:p>
    <w:p>
      <w:r>
        <w:rPr>
          <w:rFonts w:ascii="Courier New" w:hAnsi="Courier New"/>
          <w:color w:val="555555"/>
          <w:sz w:val="20"/>
        </w:rPr>
        <w:t>[10]</w:t>
      </w:r>
    </w:p>
    <w:p>
      <w:r>
        <w:rPr>
          <w:rFonts w:ascii="Gentium Plus" w:hAnsi="Gentium Plus"/>
          <w:sz w:val="24"/>
        </w:rPr>
        <w:t>Κότυ. τὸ ταχύ. Κοτυάειον. τόπος. Κοτυλήρυτον. τουτέστι τοσοῦτον ἐν πλήθει, ὥστε καὶ κοτύλῃ ἀρύεσθαι. παρὰ τὸ ἀρύω, ἀρύσω, ἀρυτὸν, καὶ ἐν συνθέσει κοτυλήρυτον.</w:t>
      </w:r>
    </w:p>
    <w:p>
      <w:r>
        <w:rPr>
          <w:rFonts w:ascii="Courier New" w:hAnsi="Courier New"/>
          <w:color w:val="555555"/>
          <w:sz w:val="20"/>
        </w:rPr>
        <w:t>[15]</w:t>
      </w:r>
    </w:p>
    <w:p>
      <w:r>
        <w:rPr>
          <w:rFonts w:ascii="Gentium Plus" w:hAnsi="Gentium Plus"/>
          <w:sz w:val="24"/>
        </w:rPr>
        <w:t>ἢ ὅσον ἡ παλάμη κρατεῖ.</w:t>
      </w:r>
    </w:p>
    <w:p>
      <w:r>
        <w:rPr>
          <w:rFonts w:ascii="Courier New" w:hAnsi="Courier New"/>
          <w:color w:val="555555"/>
          <w:sz w:val="20"/>
        </w:rPr>
        <w:t>[kappa 1242]</w:t>
      </w:r>
    </w:p>
    <w:p>
      <w:r>
        <w:rPr>
          <w:rFonts w:ascii="Gentium Plus" w:hAnsi="Gentium Plus"/>
          <w:sz w:val="24"/>
        </w:rPr>
        <w:t>Κουροτρόφον. τὸ τρέφον τοὺς νέους καὶ γενναίους ἵππους. Κουρόσυνα. ἡ ἐν χρῷ κουρεία τῆς γενειάδος. *Κουράτωρας. φροντιστάς. διοικητάς.*</w:t>
      </w:r>
    </w:p>
    <w:p>
      <w:r>
        <w:rPr>
          <w:rFonts w:ascii="Courier New" w:hAnsi="Courier New"/>
          <w:color w:val="555555"/>
          <w:sz w:val="20"/>
        </w:rPr>
        <w:t>[5]</w:t>
      </w:r>
    </w:p>
    <w:p>
      <w:r>
        <w:rPr>
          <w:rFonts w:ascii="Gentium Plus" w:hAnsi="Gentium Plus"/>
          <w:sz w:val="24"/>
        </w:rPr>
        <w:t>Κουρατωρεῖον. ἐν ᾧ ὁ κουράτωρ. Κοχλιάριον. παρὰ τὸ [κόχλος] κοχλάριον καὶ πλεονασμῷ τοῦ ι κοχλιάριον. Κοχλίδιον. ὥσπερ ἀπὸ τοῦ κοιλία κοιλίδιον, οὕ‐ τως καὶ ἀπὸ τοῦ κοχλίας κοχλίδιον.</w:t>
      </w:r>
    </w:p>
    <w:p>
      <w:r>
        <w:rPr>
          <w:rFonts w:ascii="Courier New" w:hAnsi="Courier New"/>
          <w:color w:val="555555"/>
          <w:sz w:val="20"/>
        </w:rPr>
        <w:t>[10]</w:t>
      </w:r>
    </w:p>
    <w:p>
      <w:r>
        <w:rPr>
          <w:rFonts w:ascii="Gentium Plus" w:hAnsi="Gentium Plus"/>
          <w:sz w:val="24"/>
        </w:rPr>
        <w:t>Κορκορύγημα καὶ κορκορυγή. ὁ θόρυβος τῆς γαστρός. τοῦ Ψελλοῦ· κορκορυγὴ ὁ θόρυβος· ὁ δόλιος δὲ κέρκωψ. κορδακισμὸς ἡ ὄρχη‐ σις· κωμάζει κῶμον ᾄδει. †Κοττάβια. τὰ ὑπολύχνια.†</w:t>
      </w:r>
    </w:p>
    <w:p>
      <w:r>
        <w:rPr>
          <w:rFonts w:ascii="Courier New" w:hAnsi="Courier New"/>
          <w:color w:val="555555"/>
          <w:sz w:val="20"/>
        </w:rPr>
        <w:t>[15]</w:t>
      </w:r>
    </w:p>
    <w:p>
      <w:r>
        <w:rPr>
          <w:rFonts w:ascii="Gentium Plus" w:hAnsi="Gentium Plus"/>
          <w:sz w:val="24"/>
        </w:rPr>
        <w:t>Κογχύλια. τὰ ὄστρεα.</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Κοινολογεῖται. διαλέγεται κοινῇ. Κοινῶ. τὸ μολύνω. καὶ κοινόω. Κοισυροῦται. καλλωπίζεται.</w:t>
      </w:r>
    </w:p>
    <w:p>
      <w:r>
        <w:rPr>
          <w:rFonts w:ascii="Courier New" w:hAnsi="Courier New"/>
          <w:color w:val="555555"/>
          <w:sz w:val="20"/>
        </w:rPr>
        <w:t>[5]</w:t>
      </w:r>
    </w:p>
    <w:p>
      <w:r>
        <w:rPr>
          <w:rFonts w:ascii="Gentium Plus" w:hAnsi="Gentium Plus"/>
          <w:sz w:val="24"/>
        </w:rPr>
        <w:t>Κοιρανέων. διατάσσων, ἐπερχόμενος, καὶ τὸ τοῦ κοιράνου ἔργον ἐπιτελῶν. Κοιμῶμαι. ἀπὸ τοῦ κῶ τοῦ σημαίνοντος τὸ ὑπνῶ γίνεται κείω, ὡς θῶ, θείω, σῶ, σείω. ὁ παθητικὸς ἐνεστὼς κεῖμαι κατὰ συγκοπὴν, ἀφ’</w:t>
      </w:r>
    </w:p>
    <w:p>
      <w:r>
        <w:rPr>
          <w:rFonts w:ascii="Courier New" w:hAnsi="Courier New"/>
          <w:color w:val="555555"/>
          <w:sz w:val="20"/>
        </w:rPr>
        <w:t>[10]</w:t>
      </w:r>
    </w:p>
    <w:p>
      <w:r>
        <w:rPr>
          <w:rFonts w:ascii="Gentium Plus" w:hAnsi="Gentium Plus"/>
          <w:sz w:val="24"/>
        </w:rPr>
        <w:t>οὗ ὄνομα ῥηματικὸν κοίμη, ἐξ οὗ ῥῆμα δευτέ‐ ρας συζυγίας τῶν περισπωμένων κοιμῶ, κοι‐ μᾷς· τὰ γὰρ ἀπὸ τῶν εἰς η θηλυκῶν γινό‐ μενα ὀνόματα δευτέρας συζυγίας εἰσὶν ὡς ἐπὶ</w:t>
      </w:r>
    </w:p>
    <w:p>
      <w:r>
        <w:rPr>
          <w:rFonts w:ascii="Courier New" w:hAnsi="Courier New"/>
          <w:color w:val="555555"/>
          <w:sz w:val="20"/>
        </w:rPr>
        <w:t>[kappa 1244]</w:t>
      </w:r>
    </w:p>
    <w:p>
      <w:r>
        <w:rPr>
          <w:rFonts w:ascii="Gentium Plus" w:hAnsi="Gentium Plus"/>
          <w:sz w:val="24"/>
        </w:rPr>
        <w:t>τὸ κείω κοιμὸς, ὡς λείπω, λοιμὸς, καὶ ῥῆμα κοιμῶ. Κοκκύζω. ἐπὶ ὄρνιθος. κωκύω δὲ, τὸ θρηνῶ, ἐπὶ ἀνθρώπου, μέγα.</w:t>
      </w:r>
    </w:p>
    <w:p>
      <w:r>
        <w:rPr>
          <w:rFonts w:ascii="Courier New" w:hAnsi="Courier New"/>
          <w:color w:val="555555"/>
          <w:sz w:val="20"/>
        </w:rPr>
        <w:t>[5]</w:t>
      </w:r>
    </w:p>
    <w:p>
      <w:r>
        <w:rPr>
          <w:rFonts w:ascii="Gentium Plus" w:hAnsi="Gentium Plus"/>
          <w:sz w:val="24"/>
        </w:rPr>
        <w:t>Κολαβρισθείησαν. περιῤῥαγείησαν. χλευασθείη‐ σαν. ἐκτιναχθείησαν. εὐτελεῖς νομισθείησαν. ἐν τῷ Ἰὼβ ἡ λέξις αὕτη. Κολάπτει. γλύφει. Κολοβεῖ. ἐπικόπτει. ἀκρωτηριάζει.</w:t>
      </w:r>
    </w:p>
    <w:p>
      <w:r>
        <w:rPr>
          <w:rFonts w:ascii="Courier New" w:hAnsi="Courier New"/>
          <w:color w:val="555555"/>
          <w:sz w:val="20"/>
        </w:rPr>
        <w:t>[10]</w:t>
      </w:r>
    </w:p>
    <w:p>
      <w:r>
        <w:rPr>
          <w:rFonts w:ascii="Gentium Plus" w:hAnsi="Gentium Plus"/>
          <w:sz w:val="24"/>
        </w:rPr>
        <w:t>Κολαφίζειν. πυγμῇ παίειν. παρὰ τὸ κωλύειν τὸ φῶς ἢ τὸ τυφλοπανιάζειν. Κολούω. τὸ βλάπτω. Κολυμβᾶν. οἱ Δωριεῖς κολυφᾷν λέγουσιν. ἀπὸ τοῦ κόλους, ὅ ἐστι κολοβοὺς, φαίνεσθαι τοὺς</w:t>
      </w:r>
    </w:p>
    <w:p>
      <w:r>
        <w:rPr>
          <w:rFonts w:ascii="Courier New" w:hAnsi="Courier New"/>
          <w:color w:val="555555"/>
          <w:sz w:val="20"/>
        </w:rPr>
        <w:t>[15]</w:t>
      </w:r>
    </w:p>
    <w:p>
      <w:r>
        <w:rPr>
          <w:rFonts w:ascii="Gentium Plus" w:hAnsi="Gentium Plus"/>
          <w:sz w:val="24"/>
        </w:rPr>
        <w:t>ἐν ὕδατι καὶ μὴ ὁλοτελεῖς.</w:t>
      </w:r>
    </w:p>
    <w:p>
      <w:r>
        <w:rPr>
          <w:rFonts w:ascii="Courier New" w:hAnsi="Courier New"/>
          <w:color w:val="555555"/>
          <w:sz w:val="20"/>
        </w:rPr>
        <w:t>[kappa 1245]</w:t>
      </w:r>
    </w:p>
    <w:p>
      <w:r>
        <w:rPr>
          <w:rFonts w:ascii="Gentium Plus" w:hAnsi="Gentium Plus"/>
          <w:sz w:val="24"/>
        </w:rPr>
        <w:t>Κομείτην. ἐπιμελείας ἠξίουν. ἀπὸ τοῦ κομέω κομῶ, κομέεις κομεῖς. Κομμεῖν. τὸ τὸ σῶμα ὡραΐσαι. Κομμωτίζω. ἐπιμελοῦμαι τὰς παρειὰς τῷ ψιμ‐</w:t>
      </w:r>
    </w:p>
    <w:p>
      <w:r>
        <w:rPr>
          <w:rFonts w:ascii="Courier New" w:hAnsi="Courier New"/>
          <w:color w:val="555555"/>
          <w:sz w:val="20"/>
        </w:rPr>
        <w:t>[5]</w:t>
      </w:r>
    </w:p>
    <w:p>
      <w:r>
        <w:rPr>
          <w:rFonts w:ascii="Gentium Plus" w:hAnsi="Gentium Plus"/>
          <w:sz w:val="24"/>
        </w:rPr>
        <w:t>μιθίῳ. [κόμμι γὰρ τὸ ψιμμίθιον.] Κομῶ. τὸ θάλλω. καὶ κομόωντες. Κομᾶ. γαυριᾷ, μέγα φρονεῖ. Κομίζω. τὸ ἐπιμελοῦμαι καὶ περιποιοῦμαι. παρὰ τὸ κομῶ, ὅθεν καὶ ἱπποκόμος, ὁ ἐπιμελούμενος</w:t>
      </w:r>
    </w:p>
    <w:p>
      <w:r>
        <w:rPr>
          <w:rFonts w:ascii="Courier New" w:hAnsi="Courier New"/>
          <w:color w:val="555555"/>
          <w:sz w:val="20"/>
        </w:rPr>
        <w:t>[10]</w:t>
      </w:r>
    </w:p>
    <w:p>
      <w:r>
        <w:rPr>
          <w:rFonts w:ascii="Gentium Plus" w:hAnsi="Gentium Plus"/>
          <w:sz w:val="24"/>
        </w:rPr>
        <w:t>τῶν ἵππων. Κομψεύεται. σεμνύνεται, ἀλαζονεύεται. Κονάβησαν. ἤχησαν. Κονίζεσθαι. ἀγωνίζεσθαι. ἢ κονιορτοῦσθαι. Κονίζω. τὸ ἀγωνίζομαι, καὶ παρασκευάζω πρὸς</w:t>
      </w:r>
    </w:p>
    <w:p>
      <w:r>
        <w:rPr>
          <w:rFonts w:ascii="Courier New" w:hAnsi="Courier New"/>
          <w:color w:val="555555"/>
          <w:sz w:val="20"/>
        </w:rPr>
        <w:t>[15]</w:t>
      </w:r>
    </w:p>
    <w:p>
      <w:r>
        <w:rPr>
          <w:rFonts w:ascii="Gentium Plus" w:hAnsi="Gentium Plus"/>
          <w:sz w:val="24"/>
        </w:rPr>
        <w:t>τὸν πόλεμον. ἀπὸ τοῦ κόνις. οἱ γὰρ ἀρχαῖοι,</w:t>
      </w:r>
    </w:p>
    <w:p>
      <w:r>
        <w:rPr>
          <w:rFonts w:ascii="Courier New" w:hAnsi="Courier New"/>
          <w:color w:val="555555"/>
          <w:sz w:val="20"/>
        </w:rPr>
        <w:t>[kappa 1246]</w:t>
      </w:r>
    </w:p>
    <w:p>
      <w:r>
        <w:rPr>
          <w:rFonts w:ascii="Gentium Plus" w:hAnsi="Gentium Plus"/>
          <w:sz w:val="24"/>
        </w:rPr>
        <w:t>πτύοντες, κόνιν προσελάμβανον, διὰ τὸ ἰσχυ‐ ρῶς κρατεῖν. †Κοικύλλει. περιτρέπει.† †Κοισυροῦσθαι. ἐπὶ τῆς κοίτης σύρεσθαι.†</w:t>
      </w:r>
    </w:p>
    <w:p>
      <w:r>
        <w:rPr>
          <w:rFonts w:ascii="Courier New" w:hAnsi="Courier New"/>
          <w:color w:val="555555"/>
          <w:sz w:val="20"/>
        </w:rPr>
        <w:t>[5]</w:t>
      </w:r>
    </w:p>
    <w:p>
      <w:r>
        <w:rPr>
          <w:rFonts w:ascii="Gentium Plus" w:hAnsi="Gentium Plus"/>
          <w:sz w:val="24"/>
        </w:rPr>
        <w:t>†Κοννῶ. τὸ νοσῶ.† †Κομπτεῖ. τρυφᾷ, θεραπεύει.† Κονίσουσιν. ἀντὶ τοῦ φεύξονται. εὐρὺ κονίσουσι πεδίον— ἐκ τοῦ παρακολουθοῦντος νοεῖται τὸ φεύξονται·</w:t>
      </w:r>
    </w:p>
    <w:p>
      <w:r>
        <w:rPr>
          <w:rFonts w:ascii="Courier New" w:hAnsi="Courier New"/>
          <w:color w:val="555555"/>
          <w:sz w:val="20"/>
        </w:rPr>
        <w:t>[10]</w:t>
      </w:r>
    </w:p>
    <w:p>
      <w:r>
        <w:rPr>
          <w:rFonts w:ascii="Gentium Plus" w:hAnsi="Gentium Plus"/>
          <w:sz w:val="24"/>
        </w:rPr>
        <w:t>οἱ γὰρ φεύγοντες κατὰ δρόμον ἐγείρουσι κόνιν. οὕτως εὗρον ἐγώ. Κονίω. τὸ ἀγωνίζομαι. ὥσπερ ἀπὸ τοῦ μῆτις μη‐ τίω, καὶ δῆρις δηρίω, καὶ μῆνις μηνίω, οὕτως καὶ ἀπὸ τοῦ κόνις κονίω.</w:t>
      </w:r>
    </w:p>
    <w:p>
      <w:r>
        <w:rPr>
          <w:rFonts w:ascii="Courier New" w:hAnsi="Courier New"/>
          <w:color w:val="555555"/>
          <w:sz w:val="20"/>
        </w:rPr>
        <w:t>[15]</w:t>
      </w:r>
    </w:p>
    <w:p>
      <w:r>
        <w:rPr>
          <w:rFonts w:ascii="Gentium Plus" w:hAnsi="Gentium Plus"/>
          <w:sz w:val="24"/>
        </w:rPr>
        <w:t>Κονίησι. κονιορτὸν ποιήσει. [καὶ κονίσουσιν</w:t>
      </w:r>
    </w:p>
    <w:p>
      <w:r>
        <w:rPr>
          <w:rFonts w:ascii="Courier New" w:hAnsi="Courier New"/>
          <w:color w:val="555555"/>
          <w:sz w:val="20"/>
        </w:rPr>
        <w:t>[kappa 1247]</w:t>
      </w:r>
    </w:p>
    <w:p>
      <w:r>
        <w:rPr>
          <w:rFonts w:ascii="Gentium Plus" w:hAnsi="Gentium Plus"/>
          <w:sz w:val="24"/>
        </w:rPr>
        <w:t>Κονιάω. τὸ τοῖχον χρίω. Κορεῖν. τὸ σαίρειν, καὶ φιλοκαλεῖν παρὰ Ἀτ‐ τικοῖς, ἢ βίβλους κοσμεῖν. Κορδακίζει. αἰσχρῶς ὀρχεῖται.</w:t>
      </w:r>
    </w:p>
    <w:p>
      <w:r>
        <w:rPr>
          <w:rFonts w:ascii="Courier New" w:hAnsi="Courier New"/>
          <w:color w:val="555555"/>
          <w:sz w:val="20"/>
        </w:rPr>
        <w:t>[5]</w:t>
      </w:r>
    </w:p>
    <w:p>
      <w:r>
        <w:rPr>
          <w:rFonts w:ascii="Gentium Plus" w:hAnsi="Gentium Plus"/>
          <w:sz w:val="24"/>
        </w:rPr>
        <w:t>Κορθύεται. αὔξεται, κορυφοῦται. ἀπὸ τοῦ κο‐ ρύσσω, ἢ ἀπὸ τοῦ κόρυθος. ἔνιοι δὲ ἀπὸ τοῦ σωρεύεσθαι ἤκουσαν, κόρθυς γὰρ ἡ σωρός. Κοτταβίζειν. ἀποσπογγίζειν. ἢ τὸ ἠχεῖν. Κουρήσατε. ἐπιμελήθητε.</w:t>
      </w:r>
    </w:p>
    <w:p>
      <w:r>
        <w:rPr>
          <w:rFonts w:ascii="Courier New" w:hAnsi="Courier New"/>
          <w:color w:val="555555"/>
          <w:sz w:val="20"/>
        </w:rPr>
        <w:t>[10]</w:t>
      </w:r>
    </w:p>
    <w:p>
      <w:r>
        <w:rPr>
          <w:rFonts w:ascii="Gentium Plus" w:hAnsi="Gentium Plus"/>
          <w:sz w:val="24"/>
        </w:rPr>
        <w:t>Κουριῶ. ἐπιθυμῶ κουρευθῆναι. Κουρίζω. νέα φρονῶ. κοῦροι γὰρ οἱ νέοι. Κόχλω. τὸ γυρίζω. ἐξ οὗ καὶ κοχλίας. τὸ δὲ κοχλίας παρὰ τὸ ὀλῶ, τὸ συστρέφω. γίνεται ὀλίας, καὶ πλεονασμῷ τοῦ κχ κοχλίας.</w:t>
      </w:r>
    </w:p>
    <w:p>
      <w:r>
        <w:rPr>
          <w:rFonts w:ascii="Courier New" w:hAnsi="Courier New"/>
          <w:color w:val="555555"/>
          <w:sz w:val="20"/>
        </w:rPr>
        <w:t>[15]</w:t>
      </w:r>
    </w:p>
    <w:p>
      <w:r>
        <w:rPr>
          <w:rFonts w:ascii="Gentium Plus" w:hAnsi="Gentium Plus"/>
          <w:sz w:val="24"/>
        </w:rPr>
        <w:t>Κοβαλεύω. λῃστεύω. πανουργεύω. Κομιστέον. δεῖ κομίζειν. Κορυβαντιῶν. μέγα κτυπῶν. ἢ ὀρχούμενος. ἢ μαινόμενος.</w:t>
      </w:r>
    </w:p>
    <w:p>
      <w:r>
        <w:rPr>
          <w:rFonts w:ascii="Courier New" w:hAnsi="Courier New"/>
          <w:color w:val="555555"/>
          <w:sz w:val="20"/>
        </w:rPr>
        <w:t>[kappa 1248]</w:t>
      </w:r>
    </w:p>
    <w:p>
      <w:r>
        <w:rPr>
          <w:rFonts w:ascii="Gentium Plus" w:hAnsi="Gentium Plus"/>
          <w:sz w:val="24"/>
        </w:rPr>
        <w:t>νείτω δὲ ὁ κατηχούμενος τὸν λόγον τῷ κατη‐ χοῦντι ἐν πᾶσιν.</w:t>
      </w:r>
    </w:p>
    <w:p>
      <w:pPr>
        <w:jc w:val="center"/>
      </w:pPr>
      <w:r>
        <w:rPr>
          <w:rFonts w:ascii="Gentium Plus" w:hAnsi="Gentium Plus"/>
          <w:b/>
          <w:sz w:val="24"/>
        </w:rPr>
        <w:t>(Ἐπίῤῥημα.)</w:t>
      </w:r>
    </w:p>
    <w:p>
      <w:r>
        <w:rPr>
          <w:rFonts w:ascii="Courier New" w:hAnsi="Courier New"/>
          <w:color w:val="555555"/>
          <w:sz w:val="20"/>
        </w:rPr>
        <w:t>[4]</w:t>
      </w:r>
    </w:p>
    <w:p>
      <w:r>
        <w:rPr>
          <w:rFonts w:ascii="Gentium Plus" w:hAnsi="Gentium Plus"/>
          <w:sz w:val="24"/>
        </w:rPr>
        <w:t>Κομιδῆ. ἀντὶ τοῦ λίαν ἢ παντελῶς.</w:t>
      </w:r>
    </w:p>
    <w:p>
      <w:r>
        <w:rPr>
          <w:rFonts w:ascii="Courier New" w:hAnsi="Courier New"/>
          <w:color w:val="555555"/>
          <w:sz w:val="20"/>
        </w:rPr>
        <w:t>[5]</w:t>
      </w:r>
    </w:p>
    <w:p>
      <w:r>
        <w:rPr>
          <w:rFonts w:ascii="Gentium Plus" w:hAnsi="Gentium Plus"/>
          <w:sz w:val="24"/>
        </w:rPr>
        <w:t>Κοσμίως. σεμνῶς. Κολαφιστικῶς. κολάφισμά ἐστι κοίλης ἁφῆς πληγὴ κατὰ τοῦ τραχήλου γινομένη λεληθότως, καὶ ψόφον ἐμποιοῦσα.</w:t>
      </w:r>
    </w:p>
    <w:p>
      <w:pPr>
        <w:jc w:val="center"/>
      </w:pPr>
      <w:r>
        <w:rPr>
          <w:rFonts w:ascii="Gentium Plus" w:hAnsi="Gentium Plus"/>
          <w:b/>
          <w:sz w:val="24"/>
        </w:rPr>
        <w:t>Τὸ Κ μετὰ τοῦ Ρ.</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Κρατύς. ἀπὸ τοῦ κράτος, κρατὺς, ὡς πλάτος, πλατύς. Κραδοφάγος. συκοφάγος. κράδη γὰρ ἡ συκῆ. διὰ τὸ συνεχῶς κραδαίνεσθαι.</w:t>
      </w:r>
    </w:p>
    <w:p>
      <w:r>
        <w:rPr>
          <w:rFonts w:ascii="Courier New" w:hAnsi="Courier New"/>
          <w:color w:val="555555"/>
          <w:sz w:val="20"/>
        </w:rPr>
        <w:t>[15]</w:t>
      </w:r>
    </w:p>
    <w:p>
      <w:r>
        <w:rPr>
          <w:rFonts w:ascii="Gentium Plus" w:hAnsi="Gentium Plus"/>
          <w:sz w:val="24"/>
        </w:rPr>
        <w:t>Κράνειος. καρπός. Κραιπνός. ὁ ταχύς. ἀπὸ τοῦ κάπω, τὸ πνέω, ὅθεν καὶ κάπος, τὸ πνεῦμα, καὶ καπνὸς, τὸ ἐκ</w:t>
      </w:r>
    </w:p>
    <w:p>
      <w:r>
        <w:rPr>
          <w:rFonts w:ascii="Courier New" w:hAnsi="Courier New"/>
          <w:color w:val="555555"/>
          <w:sz w:val="20"/>
        </w:rPr>
        <w:t>[kappa 1249]</w:t>
      </w:r>
    </w:p>
    <w:p>
      <w:r>
        <w:rPr>
          <w:rFonts w:ascii="Gentium Plus" w:hAnsi="Gentium Plus"/>
          <w:sz w:val="24"/>
        </w:rPr>
        <w:t>κατὰ πλεονασμὸν τοῦ ρ καρπνὸς καὶ καθ’ ὑπερ‐ βιβασμὸν καὶ πλεονασμὸν τοῦ ι κραιπνός. οὕτω Φίλων. Κρείων. ὁ βασιλεύς.</w:t>
      </w:r>
    </w:p>
    <w:p>
      <w:r>
        <w:rPr>
          <w:rFonts w:ascii="Courier New" w:hAnsi="Courier New"/>
          <w:color w:val="555555"/>
          <w:sz w:val="20"/>
        </w:rPr>
        <w:t>[5]</w:t>
      </w:r>
    </w:p>
    <w:p>
      <w:r>
        <w:rPr>
          <w:rFonts w:ascii="Gentium Plus" w:hAnsi="Gentium Plus"/>
          <w:sz w:val="24"/>
        </w:rPr>
        <w:t>Κρείσσων. ὁ βελτίων. ὡς ἀπὸ τοῦ τάχα γίνε‐ ται ταχίων, καὶ ὁ τρίτος τύπος θάσσων, οὕτως καὶ παρὰ τὸ κρατὺς γίνεται κρατίων, καὶ ὁ τρί‐ τος τύπος κράσσων, καὶ τροπῇ τοῦ α εἰς ε κρέσσων, καὶ πλεονασμῷ τοῦ ι κρείσσων. οὐ‐</w:t>
      </w:r>
    </w:p>
    <w:p>
      <w:r>
        <w:rPr>
          <w:rFonts w:ascii="Courier New" w:hAnsi="Courier New"/>
          <w:color w:val="555555"/>
          <w:sz w:val="20"/>
        </w:rPr>
        <w:t>[10]</w:t>
      </w:r>
    </w:p>
    <w:p>
      <w:r>
        <w:rPr>
          <w:rFonts w:ascii="Gentium Plus" w:hAnsi="Gentium Plus"/>
          <w:sz w:val="24"/>
        </w:rPr>
        <w:t>δέποτε γὰρ πρὸ τῶν δύο σς εὑρίσκεται δί‐ φθογγον, οἷον φρίσσω, ἀΐσσω, πλὴν τοῦ κρείσ‐ σων, καὶ τοῦ ῥήματος τοῦ ἐξ αὐτοῦ γινομένου. χωρὶς καὶ τοῦ γλαύσσω, τὸ φωτίζω. Κρητήρ. ὁ κρατήρ.</w:t>
      </w:r>
    </w:p>
    <w:p>
      <w:r>
        <w:rPr>
          <w:rFonts w:ascii="Courier New" w:hAnsi="Courier New"/>
          <w:color w:val="555555"/>
          <w:sz w:val="20"/>
        </w:rPr>
        <w:t>[15]</w:t>
      </w:r>
    </w:p>
    <w:p>
      <w:r>
        <w:rPr>
          <w:rFonts w:ascii="Gentium Plus" w:hAnsi="Gentium Plus"/>
          <w:sz w:val="24"/>
        </w:rPr>
        <w:t>Κνημνός. παρὰ τὸ κρεμῶ κρεμὸς, καὶ τροπῇ τοῦ ε εἰς η καὶ πλεονασμῷ τοῦ ν κρημνός. ἢ παρὰ τὸ κάρα καὶ τὸ νεύω κάρανος καὶ κρημνὸς, ὁ ἐπὶ κάρα νεύων. κριμνὸς δὲ, ἡ κριθὴ, ι. Κρίβανος. ἡ κάμινος, ἔνθα ὤπτουν τοὺς ἄρτους.</w:t>
      </w:r>
    </w:p>
    <w:p>
      <w:r>
        <w:rPr>
          <w:rFonts w:ascii="Courier New" w:hAnsi="Courier New"/>
          <w:color w:val="555555"/>
          <w:sz w:val="20"/>
        </w:rPr>
        <w:t>[20]</w:t>
      </w:r>
    </w:p>
    <w:p>
      <w:r>
        <w:rPr>
          <w:rFonts w:ascii="Gentium Plus" w:hAnsi="Gentium Plus"/>
          <w:sz w:val="24"/>
        </w:rPr>
        <w:t>παρὰ τὸ κρῖ καὶ τὸ βαῦνος, ἡ κάμινος. Κρίκος. τὸ κρικέλλιον. παρὰ τὸ κλείω, ἀπο‐ βολῇ τοῦ ε κλίκος, ὁ πάντοθεν περικεκλεισμέ‐ νος, καὶ κρίκος, τοῦ λ τραπέντος εἰς ρ. ἔστι δὲ καὶ κίρκος ἐν ὑπερθέσει. ὡς κραδία καρδία.</w:t>
      </w:r>
    </w:p>
    <w:p>
      <w:r>
        <w:rPr>
          <w:rFonts w:ascii="Courier New" w:hAnsi="Courier New"/>
          <w:color w:val="555555"/>
          <w:sz w:val="20"/>
        </w:rPr>
        <w:t>[25]</w:t>
      </w:r>
    </w:p>
    <w:p>
      <w:r>
        <w:rPr>
          <w:rFonts w:ascii="Gentium Plus" w:hAnsi="Gentium Plus"/>
          <w:sz w:val="24"/>
        </w:rPr>
        <w:t>Κριός. ὥσπερ λέγεται κρείων, ὁ βασιλεὺς, οὕτως</w:t>
      </w:r>
    </w:p>
    <w:p>
      <w:r>
        <w:rPr>
          <w:rFonts w:ascii="Courier New" w:hAnsi="Courier New"/>
          <w:color w:val="555555"/>
          <w:sz w:val="20"/>
        </w:rPr>
        <w:t>[kappa 1250]</w:t>
      </w:r>
    </w:p>
    <w:p>
      <w:r>
        <w:rPr>
          <w:rFonts w:ascii="Gentium Plus" w:hAnsi="Gentium Plus"/>
          <w:sz w:val="24"/>
        </w:rPr>
        <w:t>διανὸς φησὶ παρὰ τὸ κεκρίσθαι τὰς τρίχας· διαφέρουσι γὰρ αἱ τρίχες τοῦ κριοῦ τῶν ἄλλων. Κριτής. ἀπὸ τοῦ κρίνω, τὸ χωρίζω καὶ διακρί‐ νω. ἔνθεν καὶ ἀκριτόμυθος, ὁ μὴ διακρίνων τὰ</w:t>
      </w:r>
    </w:p>
    <w:p>
      <w:r>
        <w:rPr>
          <w:rFonts w:ascii="Courier New" w:hAnsi="Courier New"/>
          <w:color w:val="555555"/>
          <w:sz w:val="20"/>
        </w:rPr>
        <w:t>[5]</w:t>
      </w:r>
    </w:p>
    <w:p>
      <w:r>
        <w:rPr>
          <w:rFonts w:ascii="Gentium Plus" w:hAnsi="Gentium Plus"/>
          <w:sz w:val="24"/>
        </w:rPr>
        <w:t>λεγόμενα. Κριμνός. ἡ κριθή. Κριτός. ὁ κατάκριτος, ὁ κρινόμενος καὶ πάσχων. Κριγμός. ὁ τῶν ἀποθνησκόντων τρισμὸς τοῖς ὀδοῦσι γινόμενος.</w:t>
      </w:r>
    </w:p>
    <w:p>
      <w:r>
        <w:rPr>
          <w:rFonts w:ascii="Courier New" w:hAnsi="Courier New"/>
          <w:color w:val="555555"/>
          <w:sz w:val="20"/>
        </w:rPr>
        <w:t>[10]</w:t>
      </w:r>
    </w:p>
    <w:p>
      <w:r>
        <w:rPr>
          <w:rFonts w:ascii="Gentium Plus" w:hAnsi="Gentium Plus"/>
          <w:sz w:val="24"/>
        </w:rPr>
        <w:t>Κροσσός. τὸ κράσπεδον. κρωσσὸς δὲ, ἡ ὑδρία ἤ τι ἄγγος ἄλλο εἰς τὸ ἐπιχέαι ὕδωρ, μέγα. παρὰ τὸ κρῶ, τὸ ἐπιχέω. τοῦτο γέγονε παρὰ τὸ κερῶ, κατὰ συγκοπὴν κρῶ. Κροκωτός. ἔνδυμα ποικίλον. τὸν κροκωτὸν ἡ</w:t>
      </w:r>
    </w:p>
    <w:p>
      <w:r>
        <w:rPr>
          <w:rFonts w:ascii="Courier New" w:hAnsi="Courier New"/>
          <w:color w:val="555555"/>
          <w:sz w:val="20"/>
        </w:rPr>
        <w:t>[15]</w:t>
      </w:r>
    </w:p>
    <w:p>
      <w:r>
        <w:rPr>
          <w:rFonts w:ascii="Gentium Plus" w:hAnsi="Gentium Plus"/>
          <w:sz w:val="24"/>
        </w:rPr>
        <w:t>γαλῆ. Κρόκος. παρὰ τὸ ἐν τῷ κρύει ἔχειν τὴν αὔξη‐ σιν. οἱονεὶ κρύσκιός τις ὤν. Κροκόδειλος. παρὰ τὸ δειλὸς καὶ τὸ κρόκος γί‐ νεται κροκόδειλος. καὶ γὰρ ὁ χερσαῖος κροκό‐</w:t>
      </w:r>
    </w:p>
    <w:p>
      <w:r>
        <w:rPr>
          <w:rFonts w:ascii="Courier New" w:hAnsi="Courier New"/>
          <w:color w:val="555555"/>
          <w:sz w:val="20"/>
        </w:rPr>
        <w:t>[20]</w:t>
      </w:r>
    </w:p>
    <w:p>
      <w:r>
        <w:rPr>
          <w:rFonts w:ascii="Gentium Plus" w:hAnsi="Gentium Plus"/>
          <w:sz w:val="24"/>
        </w:rPr>
        <w:t>δειλος φοβεῖται τὸν κρόκον, ὅθεν καὶ οἱ μελι‐ τουργοὶ, ἐπειδὰν ἀνέρχεται καὶ ἐσθίει τὸ μέλι, ἐπιτιθέασιν ἔξω κρόκον, ὅνπερ ὁρῶν φεύγει. ὁ δὲ θαλάσσιος, παρὰ τὸ δειλαίνεσθαι τὰς κρό‐ κας, ὃ σημαίνει τοὺς αἰγιαλούς· οἱονεὶ ὁ περὶ</w:t>
      </w:r>
    </w:p>
    <w:p>
      <w:r>
        <w:rPr>
          <w:rFonts w:ascii="Courier New" w:hAnsi="Courier New"/>
          <w:color w:val="555555"/>
          <w:sz w:val="20"/>
        </w:rPr>
        <w:t>[25]</w:t>
      </w:r>
    </w:p>
    <w:p>
      <w:r>
        <w:rPr>
          <w:rFonts w:ascii="Gentium Plus" w:hAnsi="Gentium Plus"/>
          <w:sz w:val="24"/>
        </w:rPr>
        <w:t>τὴν γῆν δειλός. ὁ δὲ κροκόδειλος ζωΰφιόν</w:t>
      </w:r>
    </w:p>
    <w:p>
      <w:r>
        <w:rPr>
          <w:rFonts w:ascii="Courier New" w:hAnsi="Courier New"/>
          <w:color w:val="555555"/>
          <w:sz w:val="20"/>
        </w:rPr>
        <w:t>[kappa 1251]</w:t>
      </w:r>
    </w:p>
    <w:p>
      <w:r>
        <w:rPr>
          <w:rFonts w:ascii="Gentium Plus" w:hAnsi="Gentium Plus"/>
          <w:sz w:val="24"/>
        </w:rPr>
        <w:t>ἐστι μικρόν. γράφεται καὶ κρεκόδειλος κατὰ ἐναλλαγὴν τῶν στοιχείων. Κρόταφον. τὸν μήνιγγα λέγει. ὁ ἅμα τῇ κρούσει τὸν τάφον φέρων. ἢ ὅτι τῆς κόρσης καὶ</w:t>
      </w:r>
    </w:p>
    <w:p>
      <w:r>
        <w:rPr>
          <w:rFonts w:ascii="Courier New" w:hAnsi="Courier New"/>
          <w:color w:val="555555"/>
          <w:sz w:val="20"/>
        </w:rPr>
        <w:t>[5]</w:t>
      </w:r>
    </w:p>
    <w:p>
      <w:r>
        <w:rPr>
          <w:rFonts w:ascii="Gentium Plus" w:hAnsi="Gentium Plus"/>
          <w:sz w:val="24"/>
        </w:rPr>
        <w:t>τῆς κεφαλῆς ἐστὶν ἁφή. κρόταφος δὲ κυρίως ἐπὶ τῶν ζώων τῶν κερατοφόρων, διὰ τὸ ἐξ αὐ‐ τῶν τῶν μερῶν φύεσθαι τὰ κέρατα· οἱονεὶ κε‐ ρατοφόροι τινὲς ὄντες. ἢ ὅτι κρούουσι τὴν ἁφὴν παλλόμενοι, οἷον κρούταφοι. ὁ δὲ Ἀπολλόδω‐</w:t>
      </w:r>
    </w:p>
    <w:p>
      <w:r>
        <w:rPr>
          <w:rFonts w:ascii="Courier New" w:hAnsi="Courier New"/>
          <w:color w:val="555555"/>
          <w:sz w:val="20"/>
        </w:rPr>
        <w:t>[10]</w:t>
      </w:r>
    </w:p>
    <w:p>
      <w:r>
        <w:rPr>
          <w:rFonts w:ascii="Gentium Plus" w:hAnsi="Gentium Plus"/>
          <w:sz w:val="24"/>
        </w:rPr>
        <w:t>ρος, ὅτι συγκεκρότηνται ἀμφοτέρωθεν. ὁ δὲ Ἀπίων, ὅτι τοῦ κροσσοῦ ἅπτονται, τουτέστι τῆς κεφαλῆς. Κρῆτες. παρὰ τὸ ἐπὶ κρέασι βιοτεύειν· κυνη‐ γετικοὶ γάρ. ὁ δὲ Ἀπολλόδωρος παρὰ τὸ εὖ κε‐</w:t>
      </w:r>
    </w:p>
    <w:p>
      <w:r>
        <w:rPr>
          <w:rFonts w:ascii="Courier New" w:hAnsi="Courier New"/>
          <w:color w:val="555555"/>
          <w:sz w:val="20"/>
        </w:rPr>
        <w:t>[15]</w:t>
      </w:r>
    </w:p>
    <w:p>
      <w:r>
        <w:rPr>
          <w:rFonts w:ascii="Gentium Plus" w:hAnsi="Gentium Plus"/>
          <w:sz w:val="24"/>
        </w:rPr>
        <w:t>κρᾶσθαι τὸν περὶ τὴν νῆσον ἀέρα. Κρυεροῦ. φοβεροῦ. καὶ κρυόεντος, φοβεροῦ, ψυ‐ χροῦ. συμβαίνει γὰρ τοὺς φοβουμένους συγ‐ κρούειν τοὺς ὀδόντας. Κρυμός. αὐτὸ τὸ πάγος. παρὰ τὸ κρύπτω, κρυμ‐</w:t>
      </w:r>
    </w:p>
    <w:p>
      <w:r>
        <w:rPr>
          <w:rFonts w:ascii="Courier New" w:hAnsi="Courier New"/>
          <w:color w:val="555555"/>
          <w:sz w:val="20"/>
        </w:rPr>
        <w:t>[20]</w:t>
      </w:r>
    </w:p>
    <w:p>
      <w:r>
        <w:rPr>
          <w:rFonts w:ascii="Gentium Plus" w:hAnsi="Gentium Plus"/>
          <w:sz w:val="24"/>
        </w:rPr>
        <w:t>μὸς, καὶ ἀποβολῇ τοῦ μ κρυμός. ἐν χειμερίῳ γὰρ καιρῷ ἐπικρυπτόμεθα. Κρυψίνους. πανοῦργος, δόλιος. Κρύσταλλος. τὸ πεπηγὸς ὕδωρ.</w:t>
      </w:r>
    </w:p>
    <w:p>
      <w:r>
        <w:rPr>
          <w:rFonts w:ascii="Courier New" w:hAnsi="Courier New"/>
          <w:color w:val="555555"/>
          <w:sz w:val="20"/>
        </w:rPr>
        <w:t>[kappa 1252]</w:t>
      </w:r>
    </w:p>
    <w:p>
      <w:r>
        <w:rPr>
          <w:rFonts w:ascii="Gentium Plus" w:hAnsi="Gentium Plus"/>
          <w:sz w:val="24"/>
        </w:rPr>
        <w:t>νασμῷ τοῦ υ κρούω, ὅπερ γίνεται ἀπὸ τοῦ κε‐ ρῶ, κρῶ. ἐκ τούτου γίνεται κρονὸς καὶ κρουνός. Κρῶπος. ἡ ὑδρία. Κρόκας. τοὺς αἰγιαλούς.</w:t>
      </w:r>
    </w:p>
    <w:p>
      <w:r>
        <w:rPr>
          <w:rFonts w:ascii="Courier New" w:hAnsi="Courier New"/>
          <w:color w:val="555555"/>
          <w:sz w:val="20"/>
        </w:rPr>
        <w:t>[5]</w:t>
      </w:r>
    </w:p>
    <w:p>
      <w:r>
        <w:rPr>
          <w:rFonts w:ascii="Gentium Plus" w:hAnsi="Gentium Plus"/>
          <w:sz w:val="24"/>
        </w:rPr>
        <w:t>Κρωβύλος. εἶδος πλέγματος τῶν τριχῶν ἀπὸ ἑκατέρων εἰς ὀξὺ καταλῆγον. ἐνέρσει κρωβύ‐ λων ἀναδούμενοι. Κραντῆρας. τοὺς ὀδόντας φησὶν ὁ Ἱπποκράτης.</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Κράμβη. τὸ λάχανον. τινὲς κοράμβη, ἡ ἀμβλύ‐ νουσα τὰς κόρας. βέλτιον δὲ ἡ τῷ κόρῳ ἀνα‐ βαίνουσα. Κραναῆς. τραχείας, σκληρᾶς, κάρηνα ἐχού‐ σης. παρὰ τὸ κραναὸν, τοῦτο παρὰ τὸ κρά‐</w:t>
      </w:r>
    </w:p>
    <w:p>
      <w:r>
        <w:rPr>
          <w:rFonts w:ascii="Courier New" w:hAnsi="Courier New"/>
          <w:color w:val="555555"/>
          <w:sz w:val="20"/>
        </w:rPr>
        <w:t>[15]</w:t>
      </w:r>
    </w:p>
    <w:p>
      <w:r>
        <w:rPr>
          <w:rFonts w:ascii="Gentium Plus" w:hAnsi="Gentium Plus"/>
          <w:sz w:val="24"/>
        </w:rPr>
        <w:t>νιον, ὅπέρ ἐστι καὶ τραχὺ καὶ ὀστῶδες. Κρᾶσις. σωμάτων παράθεσις, ποιοτήτων ἀντέμ‐ βασις. ἢ σύντευξις σωμάτων, τὰς ἐν αὐτοῖς ἀλλήλας ἀντικιρνῶντος ποιότητας. ἢ κρᾶσις ἐστὶν οὐσιῶν ἀλλήλαις ἑτεροία συνδρομὴ, καὶ</w:t>
      </w:r>
    </w:p>
    <w:p>
      <w:r>
        <w:rPr>
          <w:rFonts w:ascii="Courier New" w:hAnsi="Courier New"/>
          <w:color w:val="555555"/>
          <w:sz w:val="20"/>
        </w:rPr>
        <w:t>[20]</w:t>
      </w:r>
    </w:p>
    <w:p>
      <w:r>
        <w:rPr>
          <w:rFonts w:ascii="Gentium Plus" w:hAnsi="Gentium Plus"/>
          <w:sz w:val="24"/>
        </w:rPr>
        <w:t>τῶν περὶ αὐτὰς ποιοτήτων ἀντεμβολή. Κράδη. ἡ συκῆ. παρὰ τὸ συνεχῶς κραδαίνεσθαι. Κραιπάλη. τρυφὴ, μέθη. ἢ ὁ ἐκ πολλῆς οἰνώ‐ σεως ἐπακολουθῶν παλμὸς καὶ κλόνος τῇ κε‐ φαλῇ. παρὰ τὸ κάρα καὶ τὸ πάλλω, τὸ κινῶ,</w:t>
      </w:r>
    </w:p>
    <w:p>
      <w:r>
        <w:rPr>
          <w:rFonts w:ascii="Courier New" w:hAnsi="Courier New"/>
          <w:color w:val="555555"/>
          <w:sz w:val="20"/>
        </w:rPr>
        <w:t>[25]</w:t>
      </w:r>
    </w:p>
    <w:p>
      <w:r>
        <w:rPr>
          <w:rFonts w:ascii="Gentium Plus" w:hAnsi="Gentium Plus"/>
          <w:sz w:val="24"/>
        </w:rPr>
        <w:t>καραπάλη, καὶ πλεονασμῷ τοῦ ι κραιπάλη.</w:t>
      </w:r>
    </w:p>
    <w:p>
      <w:r>
        <w:rPr>
          <w:rFonts w:ascii="Courier New" w:hAnsi="Courier New"/>
          <w:color w:val="555555"/>
          <w:sz w:val="20"/>
        </w:rPr>
        <w:t>[kappa 1253]</w:t>
      </w:r>
    </w:p>
    <w:p>
      <w:r>
        <w:rPr>
          <w:rFonts w:ascii="Gentium Plus" w:hAnsi="Gentium Plus"/>
          <w:sz w:val="24"/>
        </w:rPr>
        <w:t>Κρεοδοσία. κρεωδαισία δὲ ἡ κρεωφαγία, μέγα καὶ δίφθογγον. Κρείουσα. ἡ βασίλισσα. παρὰ τὸ κρατείνω. ὡς κιχῶ, κιχείω, καὶ ὀλῶ, ὀλείω. καὶ τὸ θηλυκὸν</w:t>
      </w:r>
    </w:p>
    <w:p>
      <w:r>
        <w:rPr>
          <w:rFonts w:ascii="Courier New" w:hAnsi="Courier New"/>
          <w:color w:val="555555"/>
          <w:sz w:val="20"/>
        </w:rPr>
        <w:t>[5]</w:t>
      </w:r>
    </w:p>
    <w:p>
      <w:r>
        <w:rPr>
          <w:rFonts w:ascii="Gentium Plus" w:hAnsi="Gentium Plus"/>
          <w:sz w:val="24"/>
        </w:rPr>
        <w:t>κρατείουσα, καὶ συγκοπῇ κρείουσα. [καὶ κρείων ὁ βασιλεύς.] †Κράτεια. τόπος. τὸ δὲ κύριον ι.† †Κρανεία. δένδρον. κρανία δὲ, αἱ κεφαλάι.† †Κρατῆρα. σκύφον· σίτλον.†</w:t>
      </w:r>
    </w:p>
    <w:p>
      <w:r>
        <w:rPr>
          <w:rFonts w:ascii="Courier New" w:hAnsi="Courier New"/>
          <w:color w:val="555555"/>
          <w:sz w:val="20"/>
        </w:rPr>
        <w:t>[10]</w:t>
      </w:r>
    </w:p>
    <w:p>
      <w:r>
        <w:rPr>
          <w:rFonts w:ascii="Gentium Plus" w:hAnsi="Gentium Plus"/>
          <w:sz w:val="24"/>
        </w:rPr>
        <w:t>†Κροιός. κολοβός.† †Κροκώδης. δεσμός.† †Κρόταλος. λάλος.† †Κρυβηλός. πύργος.† †Κρωσσός. κεράμιον. κρατήρ.†</w:t>
      </w:r>
    </w:p>
    <w:p>
      <w:r>
        <w:rPr>
          <w:rFonts w:ascii="Courier New" w:hAnsi="Courier New"/>
          <w:color w:val="555555"/>
          <w:sz w:val="20"/>
        </w:rPr>
        <w:t>[15]</w:t>
      </w:r>
    </w:p>
    <w:p>
      <w:r>
        <w:rPr>
          <w:rFonts w:ascii="Gentium Plus" w:hAnsi="Gentium Plus"/>
          <w:sz w:val="24"/>
        </w:rPr>
        <w:t>Κρηπίς. θεμέλιον· ὑποβάθρα. καὶ εἶδος ὑπο‐ δήματος. παρὰ τὸ ἕρπειν ἑρπὶς, καὶ πλεονασμῷ τοῦ κ καὶ ὑπερβιβασμῷ καὶ τροπῇ τοῦ ε εἰς η κρηπὶς, δι’ ἧς ἕρπειν δυνάμεθα. Κρήνη. πηγή· ἐκροὴ ὕδατος.</w:t>
      </w:r>
    </w:p>
    <w:p>
      <w:r>
        <w:rPr>
          <w:rFonts w:ascii="Courier New" w:hAnsi="Courier New"/>
          <w:color w:val="555555"/>
          <w:sz w:val="20"/>
        </w:rPr>
        <w:t>[20]</w:t>
      </w:r>
    </w:p>
    <w:p>
      <w:r>
        <w:rPr>
          <w:rFonts w:ascii="Gentium Plus" w:hAnsi="Gentium Plus"/>
          <w:sz w:val="24"/>
        </w:rPr>
        <w:t>Κρίσεως. δοκιμασίας.</w:t>
      </w:r>
    </w:p>
    <w:p>
      <w:r>
        <w:rPr>
          <w:rFonts w:ascii="Courier New" w:hAnsi="Courier New"/>
          <w:color w:val="555555"/>
          <w:sz w:val="20"/>
        </w:rPr>
        <w:t>[kappa 1254]</w:t>
      </w:r>
    </w:p>
    <w:p>
      <w:r>
        <w:rPr>
          <w:rFonts w:ascii="Gentium Plus" w:hAnsi="Gentium Plus"/>
          <w:sz w:val="24"/>
        </w:rPr>
        <w:t>Κρίσις. ἡ κόλασις ἐν τῷ εὐαγγελίῳ. καὶ εἰς κρί‐ σιν οὐκ ἔρχεται, τουτέστιν εἰς κόλασιν. †Κριγή. ὁ γινόμενος τοῖς ὀδοῦσι τῶν ἀποθνη‐ σκόντων τρισμός.†</w:t>
      </w:r>
    </w:p>
    <w:p>
      <w:r>
        <w:rPr>
          <w:rFonts w:ascii="Courier New" w:hAnsi="Courier New"/>
          <w:color w:val="555555"/>
          <w:sz w:val="20"/>
        </w:rPr>
        <w:t>[5]</w:t>
      </w:r>
    </w:p>
    <w:p>
      <w:r>
        <w:rPr>
          <w:rFonts w:ascii="Gentium Plus" w:hAnsi="Gentium Plus"/>
          <w:sz w:val="24"/>
        </w:rPr>
        <w:t>Κριθή. παρὰ τὸ προκριθῆναι τῶν ἀκροδρύων· ἀκρόδρυα γὰρ ἤσθιον πρὸ τῶν καρπῶν. ἢ παρὰ τὸ διακρίνεσθαι τῆς ἄχνης, ἤγουν διαχωρίζεσθαι. κρίνει ἐπειγομένων ἀνέμων—. Κρόκη. παρὰ τὸν κρούσω μέλλοντα, ἀποβολῇ</w:t>
      </w:r>
    </w:p>
    <w:p>
      <w:r>
        <w:rPr>
          <w:rFonts w:ascii="Courier New" w:hAnsi="Courier New"/>
          <w:color w:val="555555"/>
          <w:sz w:val="20"/>
        </w:rPr>
        <w:t>[10]</w:t>
      </w:r>
    </w:p>
    <w:p>
      <w:r>
        <w:rPr>
          <w:rFonts w:ascii="Gentium Plus" w:hAnsi="Gentium Plus"/>
          <w:sz w:val="24"/>
        </w:rPr>
        <w:t>τοῦ υ κρόκη· ᾗ τὸ κρούεσθαι διόλου παρακο‐ λουθεῖ. Κρόσσας. οἱ μὲν τὰς κεφαλίδας τοῦ τείχους, ἄλλοι τοὺς προμαχῶνας. Ἀρίσταρχος κλίμακας τινὰς ἢ ὄργανα τινὰ πρὸς τειχομαχίαν ἐπιτή‐</w:t>
      </w:r>
    </w:p>
    <w:p>
      <w:r>
        <w:rPr>
          <w:rFonts w:ascii="Courier New" w:hAnsi="Courier New"/>
          <w:color w:val="555555"/>
          <w:sz w:val="20"/>
        </w:rPr>
        <w:t>[15]</w:t>
      </w:r>
    </w:p>
    <w:p>
      <w:r>
        <w:rPr>
          <w:rFonts w:ascii="Gentium Plus" w:hAnsi="Gentium Plus"/>
          <w:sz w:val="24"/>
        </w:rPr>
        <w:t>δεια. οἷον καὶ τὰς μὲν προκρόσσας κλιμακηδόν. ἄλλοι δὲ τὰ ἀποκρηδώματα. καὶ γὰρ κροσσοὺς τὰ ἄκρα τῶν ἱματίων λέγουσι. ὃ καὶ βέλτιον. οἱονεὶ κορσοὺς τινὰς ὄντας, παρὰ τὴν κόρσην, τὴν κεφαλήν. ἡ μεταφορὰ ἀπὸ τῶν πλοκάμων,</w:t>
      </w:r>
    </w:p>
    <w:p>
      <w:r>
        <w:rPr>
          <w:rFonts w:ascii="Courier New" w:hAnsi="Courier New"/>
          <w:color w:val="555555"/>
          <w:sz w:val="20"/>
        </w:rPr>
        <w:t>[20]</w:t>
      </w:r>
    </w:p>
    <w:p>
      <w:r>
        <w:rPr>
          <w:rFonts w:ascii="Gentium Plus" w:hAnsi="Gentium Plus"/>
          <w:sz w:val="24"/>
        </w:rPr>
        <w:t>μεταθέσει τοῦ ρ, κρόσσας. οὕτω Φίλων ἐν</w:t>
      </w:r>
    </w:p>
    <w:p>
      <w:r>
        <w:rPr>
          <w:rFonts w:ascii="Courier New" w:hAnsi="Courier New"/>
          <w:color w:val="555555"/>
          <w:sz w:val="20"/>
        </w:rPr>
        <w:t>[kappa 1255]</w:t>
      </w:r>
    </w:p>
    <w:p>
      <w:r>
        <w:rPr>
          <w:rFonts w:ascii="Gentium Plus" w:hAnsi="Gentium Plus"/>
          <w:sz w:val="24"/>
        </w:rPr>
        <w:t>Κρυόεσσα. ψυχρὰ, φοβερά. ἀπὸ τοῦ κρύος, κρυόεις καὶ κρυόεσσα. Κρῶμνα. πόλις †Παφλαγονίας.† Κρωπία. πόλις.</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Κράσπεδον. τὸ τοῦ ἱματίου ἄκρον. ἔνιοι δὲ τὸ θυσανωτὸν τοῦ χιτῶνος, ὅ ἐστι τὸ κροσσωτόν. παρὰ τὰ ἄκρα καὶ τὸ πέδον, κατὰ ἀφαίρεσιν τοῦ α, καὶ πλεονασμὸν τοῦ ς, κράσπεδον.</w:t>
      </w:r>
    </w:p>
    <w:p>
      <w:r>
        <w:rPr>
          <w:rFonts w:ascii="Courier New" w:hAnsi="Courier New"/>
          <w:color w:val="555555"/>
          <w:sz w:val="20"/>
        </w:rPr>
        <w:t>[10]</w:t>
      </w:r>
    </w:p>
    <w:p>
      <w:r>
        <w:rPr>
          <w:rFonts w:ascii="Gentium Plus" w:hAnsi="Gentium Plus"/>
          <w:sz w:val="24"/>
        </w:rPr>
        <w:t>Κράμα. μίγμα. [κέρασμα.] †Κρεῖον. τὸ δεκτικὸν τῶν κρεῶν ἀγγεῖον.† Κράνος. περικεφαλαία. Κραταιγυίαλον. τὸ κρατοῦν τὰ μέλη. Κρανίον. ἀπὸ τοῦ κάρα καρανεῖον καὶ κρανεῖον,</w:t>
      </w:r>
    </w:p>
    <w:p>
      <w:r>
        <w:rPr>
          <w:rFonts w:ascii="Courier New" w:hAnsi="Courier New"/>
          <w:color w:val="555555"/>
          <w:sz w:val="20"/>
        </w:rPr>
        <w:t>[15]</w:t>
      </w:r>
    </w:p>
    <w:p>
      <w:r>
        <w:rPr>
          <w:rFonts w:ascii="Gentium Plus" w:hAnsi="Gentium Plus"/>
          <w:sz w:val="24"/>
        </w:rPr>
        <w:t>καὶ κατ’ ἐκβολὴν τοῦ ε κρανίον. Κρατερόν. ἰσχυρόν. Κραταίωμα. ἰσχὺς, ἀσφάλεια. Κράτιστον. ἰσχυρότατον. Κρέας. παρὰ τὸ κρατύνειν καὶ ἰσχυροποιεῖν τὸ</w:t>
      </w:r>
    </w:p>
    <w:p>
      <w:r>
        <w:rPr>
          <w:rFonts w:ascii="Courier New" w:hAnsi="Courier New"/>
          <w:color w:val="555555"/>
          <w:sz w:val="20"/>
        </w:rPr>
        <w:t>[20]</w:t>
      </w:r>
    </w:p>
    <w:p>
      <w:r>
        <w:rPr>
          <w:rFonts w:ascii="Gentium Plus" w:hAnsi="Gentium Plus"/>
          <w:sz w:val="24"/>
        </w:rPr>
        <w:t>σῶμα. Κρεοδόχον. τὸ δεχόμενον τὰ κρέα ἀγγεῖον. Κρειῶν. τῶν κρεάτων. παρὰ τὸ κρεάτων γέγο‐ νε ἀποβολῇ τοῦ τ κρεάων, καὶ κατὰ κρᾶσιν κρεῶν, καὶ πλεονασμῷ τοῦ ι κρειῶν. οὐκ ἔστι</w:t>
      </w:r>
    </w:p>
    <w:p>
      <w:r>
        <w:rPr>
          <w:rFonts w:ascii="Courier New" w:hAnsi="Courier New"/>
          <w:color w:val="555555"/>
          <w:sz w:val="20"/>
        </w:rPr>
        <w:t>[25]</w:t>
      </w:r>
    </w:p>
    <w:p>
      <w:r>
        <w:rPr>
          <w:rFonts w:ascii="Gentium Plus" w:hAnsi="Gentium Plus"/>
          <w:sz w:val="24"/>
        </w:rPr>
        <w:t>δὲ [μετοχὴ, ἀλλ’] ὄνομα. [οὕτως Ὦρος ὁ Μι‐</w:t>
      </w:r>
    </w:p>
    <w:p>
      <w:r>
        <w:rPr>
          <w:rFonts w:ascii="Courier New" w:hAnsi="Courier New"/>
          <w:color w:val="555555"/>
          <w:sz w:val="20"/>
        </w:rPr>
        <w:t>[kappa 1256]</w:t>
      </w:r>
    </w:p>
    <w:p>
      <w:r>
        <w:rPr>
          <w:rFonts w:ascii="Gentium Plus" w:hAnsi="Gentium Plus"/>
          <w:sz w:val="24"/>
        </w:rPr>
        <w:t>Κρήγυον. ἀληθὲς, ἀγαθόν· ὑγιές. —οὐδέποτέ μοι τὸ κρήγυον εἶπας. παρὰ τὸ κῆρ καὶ τὸ ἡδὺ γέγονεν κηρήδυον καὶ κατὰ συγκοπὴν κρήδυον καὶ τροπῇ τοῦ τ εἰς γ</w:t>
      </w:r>
    </w:p>
    <w:p>
      <w:r>
        <w:rPr>
          <w:rFonts w:ascii="Courier New" w:hAnsi="Courier New"/>
          <w:color w:val="555555"/>
          <w:sz w:val="20"/>
        </w:rPr>
        <w:t>[5]</w:t>
      </w:r>
    </w:p>
    <w:p>
      <w:r>
        <w:rPr>
          <w:rFonts w:ascii="Gentium Plus" w:hAnsi="Gentium Plus"/>
          <w:sz w:val="24"/>
        </w:rPr>
        <w:t>κρήγυον, τὸ τὴν ψυχὴν ἡδύνον. †Κρησέριον. τὸ κόσκινον.† Κρήδεμνον. τὸ κεφαλοδέσμιον. παρὰ τὸ κάρη, ὃ σημαίνει τὴν κεφαλὴν, καὶ τὸ δέω, τὸ δε‐ σμεύω, καρήδεμνον καὶ ἐν συγκοπῇ κρήδεμνον.</w:t>
      </w:r>
    </w:p>
    <w:p>
      <w:r>
        <w:rPr>
          <w:rFonts w:ascii="Courier New" w:hAnsi="Courier New"/>
          <w:color w:val="555555"/>
          <w:sz w:val="20"/>
        </w:rPr>
        <w:t>[10]</w:t>
      </w:r>
    </w:p>
    <w:p>
      <w:r>
        <w:rPr>
          <w:rFonts w:ascii="Gentium Plus" w:hAnsi="Gentium Plus"/>
          <w:sz w:val="24"/>
        </w:rPr>
        <w:t>†Κρίμνα. βρώματα.† Κρησφύγετον. τὸ καταφύγητον. Κρῖ. ἡ κριθή. —κρῖ λευκὸν ἐρεπτόμενοι— ὅ ἐστιν ἐσθίοντες. ἢ ἀπὸ τοῦ κριθὴ γέγονε</w:t>
      </w:r>
    </w:p>
    <w:p>
      <w:r>
        <w:rPr>
          <w:rFonts w:ascii="Courier New" w:hAnsi="Courier New"/>
          <w:color w:val="555555"/>
          <w:sz w:val="20"/>
        </w:rPr>
        <w:t>[15]</w:t>
      </w:r>
    </w:p>
    <w:p>
      <w:r>
        <w:rPr>
          <w:rFonts w:ascii="Gentium Plus" w:hAnsi="Gentium Plus"/>
          <w:sz w:val="24"/>
        </w:rPr>
        <w:t>κατὰ ἀποκοπήν. [ἢ ἀπὸ τοῦ κρίμνον, τοῦ ση‐ μαίνοντος τὸ παχὺ τοῦ ἀλεύρου, κατὰ συγκο‐ πὴν κρῖ.] Κρισσαῖον. πέλαγος. Κρίμα. τὸ κατάκριμα καὶ ἡ καταδίκη. ὡς τό·</w:t>
      </w:r>
    </w:p>
    <w:p>
      <w:r>
        <w:rPr>
          <w:rFonts w:ascii="Courier New" w:hAnsi="Courier New"/>
          <w:color w:val="555555"/>
          <w:sz w:val="20"/>
        </w:rPr>
        <w:t>[20]</w:t>
      </w:r>
    </w:p>
    <w:p>
      <w:r>
        <w:rPr>
          <w:rFonts w:ascii="Gentium Plus" w:hAnsi="Gentium Plus"/>
          <w:sz w:val="24"/>
        </w:rPr>
        <w:t>κρίμα ἑαυτῷ ἐσθίει καὶ πίνει. κρίμα τὸ δί‐ καιον, ὡς τό· κρίμα δίκαιον κρίνατε. καὶ οἱ ἐξητασμένοι τοῦ θεοῦ λόγοι. Κρησφύγετα. φρούρια τινὰ οὕτω λεγόμενα, ἐν οἷς ἐκρύπτοντο οἱ νησιῶται τὸν Μίνωα φεύγον‐</w:t>
      </w:r>
    </w:p>
    <w:p>
      <w:r>
        <w:rPr>
          <w:rFonts w:ascii="Courier New" w:hAnsi="Courier New"/>
          <w:color w:val="555555"/>
          <w:sz w:val="20"/>
        </w:rPr>
        <w:t>[25]</w:t>
      </w:r>
    </w:p>
    <w:p>
      <w:r>
        <w:rPr>
          <w:rFonts w:ascii="Gentium Plus" w:hAnsi="Gentium Plus"/>
          <w:sz w:val="24"/>
        </w:rPr>
        <w:t>τες. παρὰ τὸ Κρῆτα αὐτὸν εἶναι. τὸ οὖν κρησ‐ φύγετον ἔλεγον χρήσιμον τοῖς φεύγουσιν εἰς τὸ</w:t>
      </w:r>
    </w:p>
    <w:p>
      <w:r>
        <w:rPr>
          <w:rFonts w:ascii="Courier New" w:hAnsi="Courier New"/>
          <w:color w:val="555555"/>
          <w:sz w:val="20"/>
        </w:rPr>
        <w:t>[kappa 1257]</w:t>
      </w:r>
    </w:p>
    <w:p>
      <w:r>
        <w:rPr>
          <w:rFonts w:ascii="Gentium Plus" w:hAnsi="Gentium Plus"/>
          <w:sz w:val="24"/>
        </w:rPr>
        <w:t>†Κροκύλιον. πόλις.† Κρόμυον. παρὰ τὸ τὰς κόρας μύειν ἐσθιόντων αὐτό. δριμὺ γάρ ἐστι. †Κροκύλειον. κροκίδιον.†</w:t>
      </w:r>
    </w:p>
    <w:p>
      <w:r>
        <w:rPr>
          <w:rFonts w:ascii="Courier New" w:hAnsi="Courier New"/>
          <w:color w:val="555555"/>
          <w:sz w:val="20"/>
        </w:rPr>
        <w:t>[5]</w:t>
      </w:r>
    </w:p>
    <w:p>
      <w:r>
        <w:rPr>
          <w:rFonts w:ascii="Gentium Plus" w:hAnsi="Gentium Plus"/>
          <w:sz w:val="24"/>
        </w:rPr>
        <w:t>†Κρύος. ψύχος· παγετός.† †Κρώσσιον. ἡ στάμνος.† Κρῶφι καὶ Μῶφι. ὀνόματα ὀρῶν. Κρύος. παρὰ τὴν γενομένην κροῦσιν τῶν ὀδόν‐ των ἐν τῷ ψύχει, κροῦος καὶ κρύος.</w:t>
      </w:r>
    </w:p>
    <w:p>
      <w:r>
        <w:rPr>
          <w:rFonts w:ascii="Courier New" w:hAnsi="Courier New"/>
          <w:color w:val="555555"/>
          <w:sz w:val="20"/>
        </w:rPr>
        <w:t>[10]</w:t>
      </w:r>
    </w:p>
    <w:p>
      <w:r>
        <w:rPr>
          <w:rFonts w:ascii="Gentium Plus" w:hAnsi="Gentium Plus"/>
          <w:sz w:val="24"/>
        </w:rPr>
        <w:t>Κρυπτάδια. οἱονεὶ κρυφαῖα, λαθρίδια. ἐκ τοῦ κρύπτω κρυπτάδιον. Κρέας. παρὰ τὸ κείρω, τὸ κόπτω.</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Κρατῶ. παρὰ τὸ κράτος· τοῦτο παρὰ τὸ κάρα·</w:t>
      </w:r>
    </w:p>
    <w:p>
      <w:r>
        <w:rPr>
          <w:rFonts w:ascii="Courier New" w:hAnsi="Courier New"/>
          <w:color w:val="555555"/>
          <w:sz w:val="20"/>
        </w:rPr>
        <w:t>[15]</w:t>
      </w:r>
    </w:p>
    <w:p>
      <w:r>
        <w:rPr>
          <w:rFonts w:ascii="Gentium Plus" w:hAnsi="Gentium Plus"/>
          <w:sz w:val="24"/>
        </w:rPr>
        <w:t>ὁ γὰρ κρατῶν καὶ ἄρχων ἐκεῖνος ἐστὶ κεφαλή. Κραδαίνει. τὸ σείει. Κρατυνθέν. βεβαιωθέν. Κραίνω. τελειῶ, ἀποπληρῶ. παρὰ τὸ κάρα κα‐</w:t>
      </w:r>
    </w:p>
    <w:p>
      <w:r>
        <w:rPr>
          <w:rFonts w:ascii="Courier New" w:hAnsi="Courier New"/>
          <w:color w:val="555555"/>
          <w:sz w:val="20"/>
        </w:rPr>
        <w:t>[kappa 1258]</w:t>
      </w:r>
    </w:p>
    <w:p>
      <w:r>
        <w:rPr>
          <w:rFonts w:ascii="Gentium Plus" w:hAnsi="Gentium Plus"/>
          <w:sz w:val="24"/>
        </w:rPr>
        <w:t>νω. κυρίως δὲ ἡ λέξις ἐπὶ τοῦ τελειοῦσθαι καὶ τῇ κεφαλῇ κάτω νεύειν τὸν ὑποσχόμενον. Κρεοδοτῶ. κρεωδαιτῶ δὲ μέγα καὶ δίφθογγον. Κρεωνομῶ.</w:t>
      </w:r>
    </w:p>
    <w:p>
      <w:r>
        <w:rPr>
          <w:rFonts w:ascii="Courier New" w:hAnsi="Courier New"/>
          <w:color w:val="555555"/>
          <w:sz w:val="20"/>
        </w:rPr>
        <w:t>[5]</w:t>
      </w:r>
    </w:p>
    <w:p>
      <w:r>
        <w:rPr>
          <w:rFonts w:ascii="Gentium Plus" w:hAnsi="Gentium Plus"/>
          <w:sz w:val="24"/>
        </w:rPr>
        <w:t>Κρητίζει. ψεύδεται. ψεῦσται γὰρ οἱ Κρῆτες. Κρηφαγεῖν. τὸ κρέας ἐσθίειν. Κρήμνη. ἐκρήμνα. ἐκ τοῦ κρήμνημι, κρημνίζω. Κρηῆναι καὶ κρήηνον. ἀντὶ τοῦ τελείωσον καὶ πλήρωσον. ἔστι κραίνω, κρανῶ, ἔκρανα, τὸ</w:t>
      </w:r>
    </w:p>
    <w:p>
      <w:r>
        <w:rPr>
          <w:rFonts w:ascii="Courier New" w:hAnsi="Courier New"/>
          <w:color w:val="555555"/>
          <w:sz w:val="20"/>
        </w:rPr>
        <w:t>[10]</w:t>
      </w:r>
    </w:p>
    <w:p>
      <w:r>
        <w:rPr>
          <w:rFonts w:ascii="Gentium Plus" w:hAnsi="Gentium Plus"/>
          <w:sz w:val="24"/>
        </w:rPr>
        <w:t>ἀπαρέμφατον κρᾶναι, καὶ κρῆναι, ἰωνικῶς, καὶ πλεονασμῷ τοῦ η κρηῆναι· τὸ προστακτικὸν κρῆνον, κρήηνον. Κρίνοντες. ἀντὶ τοῦ κατακρίνοντες. †ὡς ἐν τῷ εὐαγγελίῳ· κρίνοντες† τὰς δώδεκα φυλὰς</w:t>
      </w:r>
    </w:p>
    <w:p>
      <w:r>
        <w:rPr>
          <w:rFonts w:ascii="Courier New" w:hAnsi="Courier New"/>
          <w:color w:val="555555"/>
          <w:sz w:val="20"/>
        </w:rPr>
        <w:t>[15]</w:t>
      </w:r>
    </w:p>
    <w:p>
      <w:r>
        <w:rPr>
          <w:rFonts w:ascii="Gentium Plus" w:hAnsi="Gentium Plus"/>
          <w:sz w:val="24"/>
        </w:rPr>
        <w:t>τοῦ Ἰσραήλ. Κρίνε. ἀντὶ τοῦ χώριζε. Κρίκε. συνεσχέθη. ἢ ἀντὶ τοῦ ἐψόφησεν, ἤχησεν, ποιὸν ἦχον ἀπετέλεσεν. ἀπὸ τοῦ θέ‐ ματος τοῦ κρίζω. καὶ κριγὴ ῥηματικὸν ὄνομα,</w:t>
      </w:r>
    </w:p>
    <w:p>
      <w:r>
        <w:rPr>
          <w:rFonts w:ascii="Courier New" w:hAnsi="Courier New"/>
          <w:color w:val="555555"/>
          <w:sz w:val="20"/>
        </w:rPr>
        <w:t>[20]</w:t>
      </w:r>
    </w:p>
    <w:p>
      <w:r>
        <w:rPr>
          <w:rFonts w:ascii="Gentium Plus" w:hAnsi="Gentium Plus"/>
          <w:sz w:val="24"/>
        </w:rPr>
        <w:t>οἷον·</w:t>
      </w:r>
    </w:p>
    <w:p>
      <w:r>
        <w:rPr>
          <w:rFonts w:ascii="Courier New" w:hAnsi="Courier New"/>
          <w:color w:val="555555"/>
          <w:sz w:val="20"/>
        </w:rPr>
        <w:t>[kappa 1259]</w:t>
      </w:r>
    </w:p>
    <w:p>
      <w:r>
        <w:rPr>
          <w:rFonts w:ascii="Gentium Plus" w:hAnsi="Gentium Plus"/>
          <w:sz w:val="24"/>
        </w:rPr>
        <w:t>Κροτήσατε. ἀλαλάξατε, βοήσατε. Κροαίνειν. τοῖς ποσὶ κρούειν, πηδᾷν. κροαίνειν κατὰ πεδίου. †Κρυαίνει. ἱμείρει.†</w:t>
      </w:r>
    </w:p>
    <w:p>
      <w:r>
        <w:rPr>
          <w:rFonts w:ascii="Courier New" w:hAnsi="Courier New"/>
          <w:color w:val="555555"/>
          <w:sz w:val="20"/>
        </w:rPr>
        <w:t>[5]</w:t>
      </w:r>
    </w:p>
    <w:p>
      <w:r>
        <w:rPr>
          <w:rFonts w:ascii="Gentium Plus" w:hAnsi="Gentium Plus"/>
          <w:sz w:val="24"/>
        </w:rPr>
        <w:t>†Κρυμῶσα. ῥιγῶσα.† Κρούειν. ἔστι ῥῆμα κρῶ, οὗ τὸ παράγωγον κρόω καὶ πλεονασμῷ τοῦ υ κρούω, ὡς ὀρῶ, ὀρόω, ὀρούω. κυρίως δὲ τὸ κρούειν ἐπὶ τῶν κερατο‐ φόρων ζώων εἴρηται. κορούειν γὰρ τὸ τοῖς κέ‐</w:t>
      </w:r>
    </w:p>
    <w:p>
      <w:r>
        <w:rPr>
          <w:rFonts w:ascii="Courier New" w:hAnsi="Courier New"/>
          <w:color w:val="555555"/>
          <w:sz w:val="20"/>
        </w:rPr>
        <w:t>[10]</w:t>
      </w:r>
    </w:p>
    <w:p>
      <w:r>
        <w:rPr>
          <w:rFonts w:ascii="Gentium Plus" w:hAnsi="Gentium Plus"/>
          <w:sz w:val="24"/>
        </w:rPr>
        <w:t>ρασι κρούειν καὶ παίειν, καὶ κατὰ συγκοπὴν κρούειν. οὕτω Φίλων. Κρώζει. κράζει, ὡς κορώνη ἢ κόραξ. †Κρῶσι. βοῶσι.† Κριθήσονται. ἀντὶ τοῦ κατακριθήσονται. καὶ ὁ</w:t>
      </w:r>
    </w:p>
    <w:p>
      <w:r>
        <w:rPr>
          <w:rFonts w:ascii="Courier New" w:hAnsi="Courier New"/>
          <w:color w:val="555555"/>
          <w:sz w:val="20"/>
        </w:rPr>
        <w:t>[15]</w:t>
      </w:r>
    </w:p>
    <w:p>
      <w:r>
        <w:rPr>
          <w:rFonts w:ascii="Gentium Plus" w:hAnsi="Gentium Plus"/>
          <w:sz w:val="24"/>
        </w:rPr>
        <w:t>Ἀπόστολος· διὰ νόμου κριθήσονται. καὶ κρι‐ νεῖ ἀντὶ τοῦ κατακρινεῖ. καὶ κρινεῖ ἡ ἐκ φύ‐ σεως ἀκροβυστία τὸν νόμον, τελοῦσα δὲ τὸν διὰ γράμματος. Κρήτηθεν. ἀπὸ Κρήτης.</w:t>
      </w:r>
    </w:p>
    <w:p>
      <w:r>
        <w:rPr>
          <w:rFonts w:ascii="Courier New" w:hAnsi="Courier New"/>
          <w:color w:val="555555"/>
          <w:sz w:val="20"/>
        </w:rPr>
        <w:t>[20]</w:t>
      </w:r>
    </w:p>
    <w:p>
      <w:r>
        <w:rPr>
          <w:rFonts w:ascii="Gentium Plus" w:hAnsi="Gentium Plus"/>
          <w:sz w:val="24"/>
        </w:rPr>
        <w:t>Κρουνηδόν. δίκην κρουνοῦ.</w:t>
      </w:r>
    </w:p>
    <w:p>
      <w:pPr>
        <w:jc w:val="center"/>
      </w:pPr>
      <w:r>
        <w:rPr>
          <w:rFonts w:ascii="Gentium Plus" w:hAnsi="Gentium Plus"/>
          <w:b/>
          <w:sz w:val="24"/>
        </w:rPr>
        <w:t>Τὸ Κ μετὰ τοῦ Τ.</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Κτεὶς, κτενός. τὸ κτένιον. παρὰ τὸ ἐκτείνειν τὰς χεῖρας ἢ τὰς τρίχας. κτεὶς δὲ ἐπὶ τοῦ θα‐</w:t>
      </w:r>
    </w:p>
    <w:p>
      <w:r>
        <w:rPr>
          <w:rFonts w:ascii="Courier New" w:hAnsi="Courier New"/>
          <w:color w:val="555555"/>
          <w:sz w:val="20"/>
        </w:rPr>
        <w:t>[5]</w:t>
      </w:r>
    </w:p>
    <w:p>
      <w:r>
        <w:rPr>
          <w:rFonts w:ascii="Gentium Plus" w:hAnsi="Gentium Plus"/>
          <w:sz w:val="24"/>
        </w:rPr>
        <w:t>λασσίου, παρὰ τὸ ἐκτείνεσθαι καὶ ἁπλοῦσθαι. Κτηνώδης. ἀλογώτερος. Κτησίας· Κτήσων, Κτήσωνος· Κτησίοχος· Κτησίδαμος· Κτησιφῶν, Κτησιφῶντος, καὶ Κτῖμος. ταῦτα ὀνόματα κύρια. τὸ Κτῖμος</w:t>
      </w:r>
    </w:p>
    <w:p>
      <w:r>
        <w:rPr>
          <w:rFonts w:ascii="Courier New" w:hAnsi="Courier New"/>
          <w:color w:val="555555"/>
          <w:sz w:val="20"/>
        </w:rPr>
        <w:t>[10]</w:t>
      </w:r>
    </w:p>
    <w:p>
      <w:r>
        <w:rPr>
          <w:rFonts w:ascii="Gentium Plus" w:hAnsi="Gentium Plus"/>
          <w:sz w:val="24"/>
        </w:rPr>
        <w:t>δὲ διὰ τοῦ ι. Κτήσιος. Ζεύς. Κτίλος. ὁ προηγούμενος τῶν προβάτων κριός. οἱονεὶ κίλος τὶς ὢν, πλεονασμῷ τοῦ τ κτίλος. παρὰ τὸ κίειν, ὅ ἐστι πορεύεσθαι. οἱ δὲ νεώ‐</w:t>
      </w:r>
    </w:p>
    <w:p>
      <w:r>
        <w:rPr>
          <w:rFonts w:ascii="Courier New" w:hAnsi="Courier New"/>
          <w:color w:val="555555"/>
          <w:sz w:val="20"/>
        </w:rPr>
        <w:t>[15]</w:t>
      </w:r>
    </w:p>
    <w:p>
      <w:r>
        <w:rPr>
          <w:rFonts w:ascii="Gentium Plus" w:hAnsi="Gentium Plus"/>
          <w:sz w:val="24"/>
        </w:rPr>
        <w:t>τεροι τάσσουσι τὴν λέξιν ἐπὶ τοῦ εἰθισμένου γεγονότος ἡμέρου ζώου. ἢ ἀπὸ τοῦ ἵκω, ἱκτός. ὡς τάσσω τακτὸς, καὶ πλέκω πλεκτός. ὥσπερ ἀπὸ τοῦ πένθους γίνεται πενθίλος, καὶ ἀπὸ τοῦ ναῦς ναυτίλος, οὕτως οὖν καὶ ἱκτὸς ἱκτίλος, καὶ</w:t>
      </w:r>
    </w:p>
    <w:p>
      <w:r>
        <w:rPr>
          <w:rFonts w:ascii="Courier New" w:hAnsi="Courier New"/>
          <w:color w:val="555555"/>
          <w:sz w:val="20"/>
        </w:rPr>
        <w:t>[20]</w:t>
      </w:r>
    </w:p>
    <w:p>
      <w:r>
        <w:rPr>
          <w:rFonts w:ascii="Gentium Plus" w:hAnsi="Gentium Plus"/>
          <w:sz w:val="24"/>
        </w:rPr>
        <w:t>μετὰ τῆς ἐπάρσεως τοῦ ι κτίλος. τὸ μὲν πρῶ‐ τον Ὦρος ὁ Μιλήσιος, τοῦτο δὲ Ἡρωδιανός. Κτείς. παρὰ τὸ κτείνειν τοὺς φθεῖρας.</w:t>
      </w:r>
    </w:p>
    <w:p>
      <w:r>
        <w:rPr>
          <w:rFonts w:ascii="Courier New" w:hAnsi="Courier New"/>
          <w:color w:val="555555"/>
          <w:sz w:val="20"/>
        </w:rPr>
        <w:t>[kappa 1261]</w:t>
      </w:r>
    </w:p>
    <w:p>
      <w:r>
        <w:rPr>
          <w:rFonts w:ascii="Gentium Plus" w:hAnsi="Gentium Plus"/>
          <w:sz w:val="24"/>
        </w:rPr>
        <w:t>Κτύπος. παρὰ τὸ τύπτω, τύπος, καὶ πλεονα‐ σμῷ τοῦ κ κτύπος. τὰ γὰρ τυπτόμενα ψοφεῖ. †Κτηνεία.† Κτῆσις. ἡ περιουσία, ὁ πλοῦτος.</w:t>
      </w:r>
    </w:p>
    <w:p>
      <w:r>
        <w:rPr>
          <w:rFonts w:ascii="Courier New" w:hAnsi="Courier New"/>
          <w:color w:val="555555"/>
          <w:sz w:val="20"/>
        </w:rPr>
        <w:t>[5]</w:t>
      </w:r>
    </w:p>
    <w:p>
      <w:r>
        <w:rPr>
          <w:rFonts w:ascii="Gentium Plus" w:hAnsi="Gentium Plus"/>
          <w:sz w:val="24"/>
        </w:rPr>
        <w:t>Κτιδέα. εἶδος περικεφαλαίας ἐξ ἴκτιδος δέρ‐ ματος. ἴκτις δὲ ζῶον γαλῇ παραπλήσιον. καὶ κτιδιώτις τέχνη τῆς περικεφαλαίας. Κτίσις. ὁ κόσμος. πᾶσα ἡ τοῦ θεοῦ κτίσις διαι‐ ρεῖται εἰς ἕξ· εἰς ἀόρατα λογικά· εἰς σύνθετα</w:t>
      </w:r>
    </w:p>
    <w:p>
      <w:r>
        <w:rPr>
          <w:rFonts w:ascii="Courier New" w:hAnsi="Courier New"/>
          <w:color w:val="555555"/>
          <w:sz w:val="20"/>
        </w:rPr>
        <w:t>[10]</w:t>
      </w:r>
    </w:p>
    <w:p>
      <w:r>
        <w:rPr>
          <w:rFonts w:ascii="Gentium Plus" w:hAnsi="Gentium Plus"/>
          <w:sz w:val="24"/>
        </w:rPr>
        <w:t>λογικά· εἰς σύνθετα ἄλογα· εἰς αὐξητικὰ καὶ γεννητικά· εἰς ἐκπορευτὰ καὶ κινητά· εἰς ἀναι‐ σθητὰ καὶ ἀκίνητα. Κτητήν. ἀγοραστήν. Ἡσίοδος· κτητὴν, οὐ γαμετήν—.</w:t>
      </w:r>
    </w:p>
    <w:p>
      <w:r>
        <w:rPr>
          <w:rFonts w:ascii="Courier New" w:hAnsi="Courier New"/>
          <w:color w:val="555555"/>
          <w:sz w:val="20"/>
        </w:rPr>
        <w:t>[15]</w:t>
      </w:r>
    </w:p>
    <w:p>
      <w:r>
        <w:rPr>
          <w:rFonts w:ascii="Gentium Plus" w:hAnsi="Gentium Plus"/>
          <w:sz w:val="24"/>
        </w:rPr>
        <w:t>Κτέαρ. τὸ κτῆμα. καὶ κλίνεται κτέατος. Κτένιον. ἐν ᾧ κτείνομεν τοὺς φθεῖρας. καὶ τὸ τοῦ ποδός. Κτητικόν. τὸ ὑπὸ τὴν κτῆσιν ἐμπεπτωκός. ἐμ‐ περιειλημμένου τοῦ κτήτορος.</w:t>
      </w:r>
    </w:p>
    <w:p>
      <w:r>
        <w:rPr>
          <w:rFonts w:ascii="Courier New" w:hAnsi="Courier New"/>
          <w:color w:val="555555"/>
          <w:sz w:val="20"/>
        </w:rPr>
        <w:t>[20]</w:t>
      </w:r>
    </w:p>
    <w:p>
      <w:r>
        <w:rPr>
          <w:rFonts w:ascii="Gentium Plus" w:hAnsi="Gentium Plus"/>
          <w:sz w:val="24"/>
        </w:rPr>
        <w:t>Κτῆνος. τὸ ζῶον. Κτησείδιον. ὀλίγη περιουσία. Κτίσμα. κτιστόν. Κτήνη. κυρίως τὰ ἥμερα. θηρία δὲ τὰ ἄγρια. πολλάκις δὲ ἡ γραφὴ καὶ τὰ ἄγρια κτήνη ὀνο‐</w:t>
      </w:r>
    </w:p>
    <w:p>
      <w:r>
        <w:rPr>
          <w:rFonts w:ascii="Courier New" w:hAnsi="Courier New"/>
          <w:color w:val="555555"/>
          <w:sz w:val="20"/>
        </w:rPr>
        <w:t>[25]</w:t>
      </w:r>
    </w:p>
    <w:p>
      <w:r>
        <w:rPr>
          <w:rFonts w:ascii="Gentium Plus" w:hAnsi="Gentium Plus"/>
          <w:sz w:val="24"/>
        </w:rPr>
        <w:t>μάζει. ὡς ὅταν λέγει· ἔτι δὲ καὶ τὰ κτήνη τοῦ πεδίου.</w:t>
      </w:r>
    </w:p>
    <w:p>
      <w:r>
        <w:rPr>
          <w:rFonts w:ascii="Courier New" w:hAnsi="Courier New"/>
          <w:color w:val="555555"/>
          <w:sz w:val="20"/>
        </w:rPr>
        <w:t>[kappa 1262]</w:t>
      </w:r>
    </w:p>
    <w:p>
      <w:r>
        <w:rPr>
          <w:rFonts w:ascii="Gentium Plus" w:hAnsi="Gentium Plus"/>
          <w:sz w:val="24"/>
        </w:rPr>
        <w:t>Κτᾶσθαι. καρποῦσθαι, ἢ ἀγοράζειν, ἢ φυ‐ τεύειν. Κτεάτισα. ἐκτισάμην. Κτεριοῦσι. θάψουσι.</w:t>
      </w:r>
    </w:p>
    <w:p>
      <w:r>
        <w:rPr>
          <w:rFonts w:ascii="Courier New" w:hAnsi="Courier New"/>
          <w:color w:val="555555"/>
          <w:sz w:val="20"/>
        </w:rPr>
        <w:t>[5]</w:t>
      </w:r>
    </w:p>
    <w:p>
      <w:r>
        <w:rPr>
          <w:rFonts w:ascii="Gentium Plus" w:hAnsi="Gentium Plus"/>
          <w:sz w:val="24"/>
        </w:rPr>
        <w:t>Κτείνει. ἀναιρεῖ, φονεύει. κτιννύει δὲ, ὅ ἐστι φονεύει, ι. †Κτησάμενος. ἀεί.† †Κτίζω.† †Κτῶ. τὸ κτῶμαι.†</w:t>
      </w:r>
    </w:p>
    <w:p>
      <w:r>
        <w:rPr>
          <w:rFonts w:ascii="Courier New" w:hAnsi="Courier New"/>
          <w:color w:val="555555"/>
          <w:sz w:val="20"/>
        </w:rPr>
        <w:t>[10]</w:t>
      </w:r>
    </w:p>
    <w:p>
      <w:r>
        <w:rPr>
          <w:rFonts w:ascii="Gentium Plus" w:hAnsi="Gentium Plus"/>
          <w:sz w:val="24"/>
        </w:rPr>
        <w:t>Κτερεΐξαι. ἐνταφιάσαι. Ὅμηρος· σῆμα δέ οἱ χῶσαι καὶ ἐπὶ κτέρεα κτερεΐξαι.</w:t>
      </w:r>
    </w:p>
    <w:p>
      <w:pPr>
        <w:jc w:val="center"/>
      </w:pPr>
      <w:r>
        <w:rPr>
          <w:rFonts w:ascii="Gentium Plus" w:hAnsi="Gentium Plus"/>
          <w:b/>
          <w:sz w:val="24"/>
        </w:rPr>
        <w:t>Τὸ Κ μετὰ τοῦ Υ.</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Κυανοχαίτης. μελανόθριξ. κυανὸν γὰρ τὸ μέ‐</w:t>
      </w:r>
    </w:p>
    <w:p>
      <w:r>
        <w:rPr>
          <w:rFonts w:ascii="Courier New" w:hAnsi="Courier New"/>
          <w:color w:val="555555"/>
          <w:sz w:val="20"/>
        </w:rPr>
        <w:t>[15]</w:t>
      </w:r>
    </w:p>
    <w:p>
      <w:r>
        <w:rPr>
          <w:rFonts w:ascii="Gentium Plus" w:hAnsi="Gentium Plus"/>
          <w:sz w:val="24"/>
        </w:rPr>
        <w:t>λαν, καὶ χαίτη ἡ θρίξ. Κυδάλιμος. ὁ δίυγρος. λέγεται δὲ καὶ ὁ ἔνδο‐ ξος καὶ ἔντιμος. ἀπὸ τοῦ κῦδος, ὃ σημαίνει τὴν δόξαν. Κυδοιμός. θόρυβος, ταραχὴ, ἢ πόλεμος. ἀπὸ</w:t>
      </w:r>
    </w:p>
    <w:p>
      <w:r>
        <w:rPr>
          <w:rFonts w:ascii="Courier New" w:hAnsi="Courier New"/>
          <w:color w:val="555555"/>
          <w:sz w:val="20"/>
        </w:rPr>
        <w:t>[20]</w:t>
      </w:r>
    </w:p>
    <w:p>
      <w:r>
        <w:rPr>
          <w:rFonts w:ascii="Gentium Plus" w:hAnsi="Gentium Plus"/>
          <w:sz w:val="24"/>
        </w:rPr>
        <w:t>τοῦ κύειν τὸ δέος ἢ τὸ δεῖμα. Κύδιμος. ὁ ἔνδοξος. ἀπὸ τοῦ κῦδος κύδιμος, καὶ πλεονασμῷ τῆς αλ συλλαβῆς κυδάλιμος. Κυδρός. ἀγαθὸς, τίμιος. ἀπὸ τοῦ κῦδος κυδρός. Κυδωνιάτης. τοπικός.</w:t>
      </w:r>
    </w:p>
    <w:p>
      <w:r>
        <w:rPr>
          <w:rFonts w:ascii="Courier New" w:hAnsi="Courier New"/>
          <w:color w:val="555555"/>
          <w:sz w:val="20"/>
        </w:rPr>
        <w:t>[25]</w:t>
      </w:r>
    </w:p>
    <w:p>
      <w:r>
        <w:rPr>
          <w:rFonts w:ascii="Gentium Plus" w:hAnsi="Gentium Plus"/>
          <w:sz w:val="24"/>
        </w:rPr>
        <w:t>Κύβηλις. ὁ πέλεκυς.</w:t>
      </w:r>
    </w:p>
    <w:p>
      <w:r>
        <w:rPr>
          <w:rFonts w:ascii="Courier New" w:hAnsi="Courier New"/>
          <w:color w:val="555555"/>
          <w:sz w:val="20"/>
        </w:rPr>
        <w:t>[kappa 1263]</w:t>
      </w:r>
    </w:p>
    <w:p>
      <w:r>
        <w:rPr>
          <w:rFonts w:ascii="Gentium Plus" w:hAnsi="Gentium Plus"/>
          <w:sz w:val="24"/>
        </w:rPr>
        <w:t>Κύβος. πᾶν τετράγωνον. ὁ κύκλωθεν βάσιν ἔχων. Κύβειρος. ἀναιδής. Κυκεών. εἶδος ποτοῦ. ἢ πόμα δηλητήριον. ἀπὸ τοῦ κεχύσθαι. χυχεὼν καὶ κυκεών. ἔστι δὲ</w:t>
      </w:r>
    </w:p>
    <w:p>
      <w:r>
        <w:rPr>
          <w:rFonts w:ascii="Courier New" w:hAnsi="Courier New"/>
          <w:color w:val="555555"/>
          <w:sz w:val="20"/>
        </w:rPr>
        <w:t>[5]</w:t>
      </w:r>
    </w:p>
    <w:p>
      <w:r>
        <w:rPr>
          <w:rFonts w:ascii="Gentium Plus" w:hAnsi="Gentium Plus"/>
          <w:sz w:val="24"/>
        </w:rPr>
        <w:t>πόμα κατασκευασθὲν, παυστικὸν δίψης. Κυκεῶ. ἀποκοπή ἐστι. κυκεῶνα γάρ ἐστιν ἡ αἰ‐ τιατική. κυκῶ δὲ τὸ ταράσσω. Κυκλάμινος. εἶδος βοτάνης. Κύκλος. σφαῖρα· ἐνιαυτός· κόσμος.</w:t>
      </w:r>
    </w:p>
    <w:p>
      <w:r>
        <w:rPr>
          <w:rFonts w:ascii="Courier New" w:hAnsi="Courier New"/>
          <w:color w:val="555555"/>
          <w:sz w:val="20"/>
        </w:rPr>
        <w:t>[10]</w:t>
      </w:r>
    </w:p>
    <w:p>
      <w:r>
        <w:rPr>
          <w:rFonts w:ascii="Gentium Plus" w:hAnsi="Gentium Plus"/>
          <w:sz w:val="24"/>
        </w:rPr>
        <w:t>Κύκλωπες. κυκλόωπες, καὶ κατὰ συγκοπὴν κύ‐ κλωπες, ὅτι κυκλοτερὴς ὀφθαλμὸς ἕεις ἐνέκειτο μετώπῳ. Κύκνος. ζῶον. ἀπὸ τοῦ κλῶ, τὸ φωνῶ, γίνεται κλύω, κλύκος, καὶ καθ’ ὑπερβιβασμὸν [καὶ με‐</w:t>
      </w:r>
    </w:p>
    <w:p>
      <w:r>
        <w:rPr>
          <w:rFonts w:ascii="Courier New" w:hAnsi="Courier New"/>
          <w:color w:val="555555"/>
          <w:sz w:val="20"/>
        </w:rPr>
        <w:t>[15]</w:t>
      </w:r>
    </w:p>
    <w:p>
      <w:r>
        <w:rPr>
          <w:rFonts w:ascii="Gentium Plus" w:hAnsi="Gentium Plus"/>
          <w:sz w:val="24"/>
        </w:rPr>
        <w:t>τάθεσιν] τοῦ λ κύκνος. [ἢ] ὁ κυκλοτερῆ ἔχων τὸν τράχηλον. παρὰ τὸ κύκλος. Κυλλός. ὁ χωλός. Κυλλοποδίων. ὁ Ἥφαιστος. ὡς ἀπὸ τοῦ Οἰδί‐ πους, Οἰδίποδος, Οἰδιποδίων διὰ τοῦ ι, οὕτως</w:t>
      </w:r>
    </w:p>
    <w:p>
      <w:r>
        <w:rPr>
          <w:rFonts w:ascii="Courier New" w:hAnsi="Courier New"/>
          <w:color w:val="555555"/>
          <w:sz w:val="20"/>
        </w:rPr>
        <w:t>[20]</w:t>
      </w:r>
    </w:p>
    <w:p>
      <w:r>
        <w:rPr>
          <w:rFonts w:ascii="Gentium Plus" w:hAnsi="Gentium Plus"/>
          <w:sz w:val="24"/>
        </w:rPr>
        <w:t>καὶ ἀπὸ τοῦ κυλλόπους κυλλοποδίων. Κύμβαχος. ἐπὶ κεφαλῆς πεσών. ἢ κατὰ κεφα‐ λῆς. ἢ κύμβαχός ἐστι τὸ σκεπάζον τὴν κεφα‐</w:t>
      </w:r>
    </w:p>
    <w:p>
      <w:r>
        <w:rPr>
          <w:rFonts w:ascii="Courier New" w:hAnsi="Courier New"/>
          <w:color w:val="555555"/>
          <w:sz w:val="20"/>
        </w:rPr>
        <w:t>[kappa 1264]</w:t>
      </w:r>
    </w:p>
    <w:p>
      <w:r>
        <w:rPr>
          <w:rFonts w:ascii="Gentium Plus" w:hAnsi="Gentium Plus"/>
          <w:sz w:val="24"/>
        </w:rPr>
        <w:t>ριαγὲς καὶ περιφερές. κύμβη γὰρ ἡ κεφαλή. ὅθεν τὸ κυμβητιᾷν. σημαίνει δὲ καὶ τὸ ἄκρον μέρος τῆς κεφαλῆς, ᾧ ἐμβάλλεται ὁ λόφος. οἷον·</w:t>
      </w:r>
    </w:p>
    <w:p>
      <w:r>
        <w:rPr>
          <w:rFonts w:ascii="Courier New" w:hAnsi="Courier New"/>
          <w:color w:val="555555"/>
          <w:sz w:val="20"/>
        </w:rPr>
        <w:t>[5]</w:t>
      </w:r>
    </w:p>
    <w:p>
      <w:r>
        <w:rPr>
          <w:rFonts w:ascii="Gentium Plus" w:hAnsi="Gentium Plus"/>
          <w:sz w:val="24"/>
        </w:rPr>
        <w:t>κύμβαχον ἀκρότατον νύξ’ ἔγχεϊ—. Κύμινδος. ὁ ἀετός. Κυνικοί. οἱ φιλόσοφοι, διὰ τὸ αὔθαδες καὶ θρασὺ καὶ ἀναιδές. τοιοῦτοι γὰρ οἱ κύνες. Κυνοραϊσταί. οἱ κρότωνες, οἱ τὸ αἷμα τῶν κυ‐</w:t>
      </w:r>
    </w:p>
    <w:p>
      <w:r>
        <w:rPr>
          <w:rFonts w:ascii="Courier New" w:hAnsi="Courier New"/>
          <w:color w:val="555555"/>
          <w:sz w:val="20"/>
        </w:rPr>
        <w:t>[10]</w:t>
      </w:r>
    </w:p>
    <w:p>
      <w:r>
        <w:rPr>
          <w:rFonts w:ascii="Gentium Plus" w:hAnsi="Gentium Plus"/>
          <w:sz w:val="24"/>
        </w:rPr>
        <w:t>νῶν ἐκμυζῶντες. Κύρβαντες καὶ Κρύβαντες. οἱ τὸν κόρον φυλάξαντες. βαίνειν γὰρ τὸ φυλάττειν. —ὃς Χρύσην ἀμφιβέβηκας. ἀντὶ τοῦ φυλάττεις. ἢ, ὡς Ἡρωδιανὸς, παρὰ τὸ</w:t>
      </w:r>
    </w:p>
    <w:p>
      <w:r>
        <w:rPr>
          <w:rFonts w:ascii="Courier New" w:hAnsi="Courier New"/>
          <w:color w:val="555555"/>
          <w:sz w:val="20"/>
        </w:rPr>
        <w:t>[15]</w:t>
      </w:r>
    </w:p>
    <w:p>
      <w:r>
        <w:rPr>
          <w:rFonts w:ascii="Gentium Plus" w:hAnsi="Gentium Plus"/>
          <w:sz w:val="24"/>
        </w:rPr>
        <w:t>κρύβειν, Κρύβαντες καὶ Κύρβαντες. ὅθεν καὶ κυρβασία καὶ κρυβασία. ἔνιοι δὲ τὸ τὴν κε‐ φαλὴν καλύπτειν. ἄλλοι δὲ τὰς περικεφαλαίας φασὶ κυρβασίας. Κυρηναῖος. ἀπὸ τῆς Κυρήνης πόλεως. ἑρμηνεύε‐</w:t>
      </w:r>
    </w:p>
    <w:p>
      <w:r>
        <w:rPr>
          <w:rFonts w:ascii="Courier New" w:hAnsi="Courier New"/>
          <w:color w:val="555555"/>
          <w:sz w:val="20"/>
        </w:rPr>
        <w:t>[20]</w:t>
      </w:r>
    </w:p>
    <w:p>
      <w:r>
        <w:rPr>
          <w:rFonts w:ascii="Gentium Plus" w:hAnsi="Gentium Plus"/>
          <w:sz w:val="24"/>
        </w:rPr>
        <w:t>ται δὲ ἑτοιμότης. Κύριος. ὄνομα δηλωτικὸν τῆς θεότητος.</w:t>
      </w:r>
    </w:p>
    <w:p>
      <w:r>
        <w:rPr>
          <w:rFonts w:ascii="Courier New" w:hAnsi="Courier New"/>
          <w:color w:val="555555"/>
          <w:sz w:val="20"/>
        </w:rPr>
        <w:t>[kappa 1265]</w:t>
      </w:r>
    </w:p>
    <w:p>
      <w:r>
        <w:rPr>
          <w:rFonts w:ascii="Gentium Plus" w:hAnsi="Gentium Plus"/>
          <w:sz w:val="24"/>
        </w:rPr>
        <w:t>Κύρτος. τὸ δίκτυον· ἢ βρυλλίνη σπυρὶς, ἐν ᾗ οἱ καρκῖνοι ἀγρεύονται. Κύφων. ὁ δεσμὸς τοῦ ξυλοπανταρίου. Κύων. ὁ σκύλος. ἀπὸ τοῦ κινεῖν καὶ σαίνειν. ἢ</w:t>
      </w:r>
    </w:p>
    <w:p>
      <w:r>
        <w:rPr>
          <w:rFonts w:ascii="Courier New" w:hAnsi="Courier New"/>
          <w:color w:val="555555"/>
          <w:sz w:val="20"/>
        </w:rPr>
        <w:t>[5]</w:t>
      </w:r>
    </w:p>
    <w:p>
      <w:r>
        <w:rPr>
          <w:rFonts w:ascii="Gentium Plus" w:hAnsi="Gentium Plus"/>
          <w:sz w:val="24"/>
        </w:rPr>
        <w:t>παρὰ τὸ ὀξὺ εἶναι τὸ ζῶον· κατὰ μετάθεσιν τοῦ στοιχείου. ἢ παρὰ τὸ κύω, ὃ σημαίνει τὸ φιλῶ· κύνω καὶ ἐξ αὐτοῦ κύων· τὸ γὰρ ζῶον φιλοδέσποτον. Κύων. ὁ κυνικός.</w:t>
      </w:r>
    </w:p>
    <w:p>
      <w:r>
        <w:rPr>
          <w:rFonts w:ascii="Courier New" w:hAnsi="Courier New"/>
          <w:color w:val="555555"/>
          <w:sz w:val="20"/>
        </w:rPr>
        <w:t>[10]</w:t>
      </w:r>
    </w:p>
    <w:p>
      <w:r>
        <w:rPr>
          <w:rFonts w:ascii="Gentium Plus" w:hAnsi="Gentium Plus"/>
          <w:sz w:val="24"/>
        </w:rPr>
        <w:t>Κύτωρις. ὄνομα ποταμοῦ. Κυφών. ἡ κυνάγχη. τοῦ Ψελλοῦ· κηλὰς ἀλώ‐ πηξ πέφυκε καὶ κυφὼν ἡ κυνάγχη. Κύβιτον. τὸν ἀγκῶνα. Κύαθος. ἀντλητήριον· μέτρον ἢ παλάμη.</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Κυβέρνησις. φρόνησις. ἢ κυβέρνησίς ἐστι ψυ‐ χῆς ἐπιστήμη περὶ τὴν ἄστατον φύσιν τῶν ἀνθρωπίνων πραγμάτων. παρὰ τὸ τὰ κύματα ἐρευνᾷν, καὶ πρὸς αὐτὰ ἰθύνειν τὴν ναῦν. τρο‐</w:t>
      </w:r>
    </w:p>
    <w:p>
      <w:r>
        <w:rPr>
          <w:rFonts w:ascii="Courier New" w:hAnsi="Courier New"/>
          <w:color w:val="555555"/>
          <w:sz w:val="20"/>
        </w:rPr>
        <w:t>[20]</w:t>
      </w:r>
    </w:p>
    <w:p>
      <w:r>
        <w:rPr>
          <w:rFonts w:ascii="Gentium Plus" w:hAnsi="Gentium Plus"/>
          <w:sz w:val="24"/>
        </w:rPr>
        <w:t>πῇ τοῦ μ εἰς β.</w:t>
      </w:r>
    </w:p>
    <w:p>
      <w:r>
        <w:rPr>
          <w:rFonts w:ascii="Courier New" w:hAnsi="Courier New"/>
          <w:color w:val="555555"/>
          <w:sz w:val="20"/>
        </w:rPr>
        <w:t>[kappa 1266]</w:t>
      </w:r>
    </w:p>
    <w:p>
      <w:r>
        <w:rPr>
          <w:rFonts w:ascii="Gentium Plus" w:hAnsi="Gentium Plus"/>
          <w:sz w:val="24"/>
        </w:rPr>
        <w:t>Κυβεία. πανουργία. ἢ παίγνιον. Κύβη καὶ κύμβη. ἡ κεφαλή. [Κυβαρσία. κεφαλὴ ἀλέκτορος. ἄλλοι κυβαρ‐ σίας φασὶ τὰς περικεφαλαίας.]</w:t>
      </w:r>
    </w:p>
    <w:p>
      <w:r>
        <w:rPr>
          <w:rFonts w:ascii="Courier New" w:hAnsi="Courier New"/>
          <w:color w:val="555555"/>
          <w:sz w:val="20"/>
        </w:rPr>
        <w:t>[5]</w:t>
      </w:r>
    </w:p>
    <w:p>
      <w:r>
        <w:rPr>
          <w:rFonts w:ascii="Gentium Plus" w:hAnsi="Gentium Plus"/>
          <w:sz w:val="24"/>
        </w:rPr>
        <w:t>Κυβίστησις. συστροφή. [ὄρχησις.] †Κυβιστία. ἡ ὄρχησις.† [Κυδιάνειρα. ἡ δοξάζουσα τοὺς ἄνδρας. κῦδος γὰρ ἡ δόξα.] [Κυκλάμινος. εἶδος βοτάνης.]</w:t>
      </w:r>
    </w:p>
    <w:p>
      <w:r>
        <w:rPr>
          <w:rFonts w:ascii="Courier New" w:hAnsi="Courier New"/>
          <w:color w:val="555555"/>
          <w:sz w:val="20"/>
        </w:rPr>
        <w:t>[10]</w:t>
      </w:r>
    </w:p>
    <w:p>
      <w:r>
        <w:rPr>
          <w:rFonts w:ascii="Gentium Plus" w:hAnsi="Gentium Plus"/>
          <w:sz w:val="24"/>
        </w:rPr>
        <w:t>[Κυκήθρα.] συμφορά· ταραχή· κυκῶ γὰρ τὸ ταράσσω. Κυθέρεια. ἡ Ἀφροδίτη. παρὰ τὸ κεύθειν τοὺς ἔρωτας. ἢ ἡ κευθόμενον ἔχουσα ἐν ἑαυτῇ τὸν ἔρωτα.</w:t>
      </w:r>
    </w:p>
    <w:p>
      <w:r>
        <w:rPr>
          <w:rFonts w:ascii="Courier New" w:hAnsi="Courier New"/>
          <w:color w:val="555555"/>
          <w:sz w:val="20"/>
        </w:rPr>
        <w:t>[15]</w:t>
      </w:r>
    </w:p>
    <w:p>
      <w:r>
        <w:rPr>
          <w:rFonts w:ascii="Gentium Plus" w:hAnsi="Gentium Plus"/>
          <w:sz w:val="24"/>
        </w:rPr>
        <w:t>Κύθηρα. πόλις τῆς Ἀφροδίτης. Κύθρα. γέλως σκωπτικός. ἀπὸ τοῦ κῦτος γέ‐ γονε κῦθος [καὶ κύθρα.] [Κυλλήνη. ὄρος Ἀρκαδίας. καί· Κυλλήνιος Ἑρ‐ μῆς.]</w:t>
      </w:r>
    </w:p>
    <w:p>
      <w:r>
        <w:rPr>
          <w:rFonts w:ascii="Courier New" w:hAnsi="Courier New"/>
          <w:color w:val="555555"/>
          <w:sz w:val="20"/>
        </w:rPr>
        <w:t>[20]</w:t>
      </w:r>
    </w:p>
    <w:p>
      <w:r>
        <w:rPr>
          <w:rFonts w:ascii="Gentium Plus" w:hAnsi="Gentium Plus"/>
          <w:sz w:val="24"/>
        </w:rPr>
        <w:t>[Κυλλάδες. τὰ ἀπὸ] τῶν ὀφθαλμῶν μέρη.</w:t>
      </w:r>
    </w:p>
    <w:p>
      <w:r>
        <w:rPr>
          <w:rFonts w:ascii="Courier New" w:hAnsi="Courier New"/>
          <w:color w:val="555555"/>
          <w:sz w:val="20"/>
        </w:rPr>
        <w:t>[kappa 1267]</w:t>
      </w:r>
    </w:p>
    <w:p>
      <w:r>
        <w:rPr>
          <w:rFonts w:ascii="Gentium Plus" w:hAnsi="Gentium Plus"/>
          <w:sz w:val="24"/>
        </w:rPr>
        <w:t>ὅθεν καὶ τὸ ταῦτα οἰδεῖν κυλοιδιῶ καλοῦσι. συνέσταλται δὲ τὸ υ. Κύλιξ. τὸ ποτήριον. ἀπὸ τοῦ κύκλος κύκλιξ καὶ κύλιξ.</w:t>
      </w:r>
    </w:p>
    <w:p>
      <w:r>
        <w:rPr>
          <w:rFonts w:ascii="Courier New" w:hAnsi="Courier New"/>
          <w:color w:val="555555"/>
          <w:sz w:val="20"/>
        </w:rPr>
        <w:t>[5]</w:t>
      </w:r>
    </w:p>
    <w:p>
      <w:r>
        <w:rPr>
          <w:rFonts w:ascii="Gentium Plus" w:hAnsi="Gentium Plus"/>
          <w:sz w:val="24"/>
        </w:rPr>
        <w:t>Κυλίχναι. λεκανίδες· τρυβλία ἢ φιάλαι. καὶ κυλικνίδες παρὰ Ἀθηναίοις αἱ πυξίδες, ἢ οἱ λι‐ βανωτοὶ, ἢ ἀγγεῖα κεράμεια. Κύμβη. ἡ κεφαλή. Κυνόμυια. τὸ ὄνομα ἔσχηκεν ἀπὸ τοῦ κυνὸς καὶ</w:t>
      </w:r>
    </w:p>
    <w:p>
      <w:r>
        <w:rPr>
          <w:rFonts w:ascii="Courier New" w:hAnsi="Courier New"/>
          <w:color w:val="555555"/>
          <w:sz w:val="20"/>
        </w:rPr>
        <w:t>[10]</w:t>
      </w:r>
    </w:p>
    <w:p>
      <w:r>
        <w:rPr>
          <w:rFonts w:ascii="Gentium Plus" w:hAnsi="Gentium Plus"/>
          <w:sz w:val="24"/>
        </w:rPr>
        <w:t>τῆς μυίας· ὁ μὲν γὰρ ἀναιδὴς, ἡ δὲ θρασεῖα. Κυνέη. περικεφαλαία. †Κυπάς. ἱμάτιον.† Κύπρις. ἡ Ἀφροδίτη. ἡ τὸ κύειν παρέχουσα. ἢ ὅτι ἐν Κύπρῳ τιμᾶται.</w:t>
      </w:r>
    </w:p>
    <w:p>
      <w:r>
        <w:rPr>
          <w:rFonts w:ascii="Courier New" w:hAnsi="Courier New"/>
          <w:color w:val="555555"/>
          <w:sz w:val="20"/>
        </w:rPr>
        <w:t>[15]</w:t>
      </w:r>
    </w:p>
    <w:p>
      <w:r>
        <w:rPr>
          <w:rFonts w:ascii="Gentium Plus" w:hAnsi="Gentium Plus"/>
          <w:sz w:val="24"/>
        </w:rPr>
        <w:t>Κύπρος. παρὰ τὸ κυοφόρον καὶ λιπαρὰν γῆν ἔχειν. †Κύρα. ἡ κρήνη.† †Κυρεία. ἡ ἐξουσία. κυρία δὲ ἡμέρα καὶ ὥρα, ι.†</w:t>
      </w:r>
    </w:p>
    <w:p>
      <w:r>
        <w:rPr>
          <w:rFonts w:ascii="Courier New" w:hAnsi="Courier New"/>
          <w:color w:val="555555"/>
          <w:sz w:val="20"/>
        </w:rPr>
        <w:t>[20]</w:t>
      </w:r>
    </w:p>
    <w:p>
      <w:r>
        <w:rPr>
          <w:rFonts w:ascii="Gentium Plus" w:hAnsi="Gentium Plus"/>
          <w:sz w:val="24"/>
        </w:rPr>
        <w:t>†Κύρβεσις. ἑορτή τις, καὶ τὸ πινακίδιον.†</w:t>
      </w:r>
    </w:p>
    <w:p>
      <w:r>
        <w:rPr>
          <w:rFonts w:ascii="Courier New" w:hAnsi="Courier New"/>
          <w:color w:val="555555"/>
          <w:sz w:val="20"/>
        </w:rPr>
        <w:t>[kappa 1268]</w:t>
      </w:r>
    </w:p>
    <w:p>
      <w:r>
        <w:rPr>
          <w:rFonts w:ascii="Gentium Plus" w:hAnsi="Gentium Plus"/>
          <w:sz w:val="24"/>
        </w:rPr>
        <w:t>Κύῤῥος. πόλις ἐν Συρίᾳ, ἣν ἔκτισε Σέλευκος καὶ ὠνόμασεν ὁμωνύμως τῇ ἐν Μακεδονίᾳ. Κύρβεις. τρίγωνοι πίνακες, ἐν οἷς οἱ περὶ τῶν ἱερῶν καὶ πολιτικῶν νόμων ἐγγεγραμμένοι ἦσαν.</w:t>
      </w:r>
    </w:p>
    <w:p>
      <w:r>
        <w:rPr>
          <w:rFonts w:ascii="Courier New" w:hAnsi="Courier New"/>
          <w:color w:val="555555"/>
          <w:sz w:val="20"/>
        </w:rPr>
        <w:t>[5]</w:t>
      </w:r>
    </w:p>
    <w:p>
      <w:r>
        <w:rPr>
          <w:rFonts w:ascii="Gentium Plus" w:hAnsi="Gentium Plus"/>
          <w:sz w:val="24"/>
        </w:rPr>
        <w:t>Κύστις. ἡ κοιλία ἢ τὰ ὑπογάστρια. Κυψέλλη. πλεκτὸν ἀγγεῖον. Κυψελλίς. ὁ ῥύπος τοῦ ὠτίου. [Κυτωρίς. ὄνομα ποταμοῦ.] Κύστις. ἀπὸ τοῦ κεύθειν ἢ κρύπτειν τὸ οὖ‐</w:t>
      </w:r>
    </w:p>
    <w:p>
      <w:r>
        <w:rPr>
          <w:rFonts w:ascii="Courier New" w:hAnsi="Courier New"/>
          <w:color w:val="555555"/>
          <w:sz w:val="20"/>
        </w:rPr>
        <w:t>[10]</w:t>
      </w:r>
    </w:p>
    <w:p>
      <w:r>
        <w:rPr>
          <w:rFonts w:ascii="Gentium Plus" w:hAnsi="Gentium Plus"/>
          <w:sz w:val="24"/>
        </w:rPr>
        <w:t>ρον. σημαίνει καὶ τὸ οὐροδόχον ἀγγεῖον. Κύμβαι. περιφερῆ πλοῖα παρὰ Ῥωμαίοις.</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Κυανόν. τὸ μέλαν. Κῦδος. ἡ δόξα.</w:t>
      </w:r>
    </w:p>
    <w:p>
      <w:r>
        <w:rPr>
          <w:rFonts w:ascii="Courier New" w:hAnsi="Courier New"/>
          <w:color w:val="555555"/>
          <w:sz w:val="20"/>
        </w:rPr>
        <w:t>[15]</w:t>
      </w:r>
    </w:p>
    <w:p>
      <w:r>
        <w:rPr>
          <w:rFonts w:ascii="Gentium Plus" w:hAnsi="Gentium Plus"/>
          <w:sz w:val="24"/>
        </w:rPr>
        <w:t>Κύκλα. οἱ τροχοί. καὶ κυκλήσομεν ἀντὶ τοῦ ἐφ’ ἁμαξῶν ἄξομεν. Κυκλίον. Κυλώνειον ἄγος.</w:t>
      </w:r>
    </w:p>
    <w:p>
      <w:r>
        <w:rPr>
          <w:rFonts w:ascii="Courier New" w:hAnsi="Courier New"/>
          <w:color w:val="555555"/>
          <w:sz w:val="20"/>
        </w:rPr>
        <w:t>[kappa 1269]</w:t>
      </w:r>
    </w:p>
    <w:p>
      <w:r>
        <w:rPr>
          <w:rFonts w:ascii="Gentium Plus" w:hAnsi="Gentium Plus"/>
          <w:sz w:val="24"/>
        </w:rPr>
        <w:t>Κύμβαλα. ὄργανα εὔηχα. παρὰ τὸ κύφον, κύ‐ φαλα τινὰ ὄντα. Κυμβία. τὰ κύφα ἐκπώματα. διὰ τὸ περιφερῆ εἶναι καὶ κύφα.</w:t>
      </w:r>
    </w:p>
    <w:p>
      <w:r>
        <w:rPr>
          <w:rFonts w:ascii="Courier New" w:hAnsi="Courier New"/>
          <w:color w:val="555555"/>
          <w:sz w:val="20"/>
        </w:rPr>
        <w:t>[5]</w:t>
      </w:r>
    </w:p>
    <w:p>
      <w:r>
        <w:rPr>
          <w:rFonts w:ascii="Gentium Plus" w:hAnsi="Gentium Plus"/>
          <w:sz w:val="24"/>
        </w:rPr>
        <w:t>Κῦμα. παρὰ τὸ κύω, τὸ γεννῶ. καὶ κύματα κωφὰ, τὰ ἄνευ ἀνέμου ἠρεμοῦντα. Κύντερον. ἀναιδέστερον· χαλεπώτερον. παρὰ τὴν κυνὸς γενικὴν κυνότερον καὶ ἐν συγκοπῇ κύν‐ τερον· ὡς μέλαν, μελανότερον καὶ μελάντερον.</w:t>
      </w:r>
    </w:p>
    <w:p>
      <w:r>
        <w:rPr>
          <w:rFonts w:ascii="Courier New" w:hAnsi="Courier New"/>
          <w:color w:val="555555"/>
          <w:sz w:val="20"/>
        </w:rPr>
        <w:t>[10]</w:t>
      </w:r>
    </w:p>
    <w:p>
      <w:r>
        <w:rPr>
          <w:rFonts w:ascii="Gentium Plus" w:hAnsi="Gentium Plus"/>
          <w:sz w:val="24"/>
        </w:rPr>
        <w:t>Κύπελλον. ἔκπωμα. παρὰ τὸ κύφον, κύφελ‐ λον καὶ κύπελλον. ἢ χύπελον, ἔνθα ὁ πηλὸς ἤτοι ὁ οἶνος χεῖται. Κύπειρον καὶ κύπερον. εἶδος βοτάνης. Κῦρος. ἡ ἐξουσία.</w:t>
      </w:r>
    </w:p>
    <w:p>
      <w:r>
        <w:rPr>
          <w:rFonts w:ascii="Courier New" w:hAnsi="Courier New"/>
          <w:color w:val="555555"/>
          <w:sz w:val="20"/>
        </w:rPr>
        <w:t>[15]</w:t>
      </w:r>
    </w:p>
    <w:p>
      <w:r>
        <w:rPr>
          <w:rFonts w:ascii="Gentium Plus" w:hAnsi="Gentium Plus"/>
          <w:sz w:val="24"/>
        </w:rPr>
        <w:t>Κυριακὸν δεῖπνον. τὸ τοῦ κυρίου. ἢ τὸ ἔγκληρον ἐν ἐκκλησίᾳ ἄριστον. Κύρμα. τὸ ἐπιτύχημα. παρὰ τὸ κύρω, τὸ ἐπι‐ τυγχάνω. Κυρτόν. τὸ παρ’ ἡμῖν ἀπὸ τοῦ κύπτω. κυρτὸν</w:t>
      </w:r>
    </w:p>
    <w:p>
      <w:r>
        <w:rPr>
          <w:rFonts w:ascii="Courier New" w:hAnsi="Courier New"/>
          <w:color w:val="555555"/>
          <w:sz w:val="20"/>
        </w:rPr>
        <w:t>[20]</w:t>
      </w:r>
    </w:p>
    <w:p>
      <w:r>
        <w:rPr>
          <w:rFonts w:ascii="Gentium Plus" w:hAnsi="Gentium Plus"/>
          <w:sz w:val="24"/>
        </w:rPr>
        <w:t>καὶ τὸ μετέωρον καὶ ὑψηλόν. ἀπὸ τοῦ κύειν</w:t>
      </w:r>
    </w:p>
    <w:p>
      <w:r>
        <w:rPr>
          <w:rFonts w:ascii="Courier New" w:hAnsi="Courier New"/>
          <w:color w:val="555555"/>
          <w:sz w:val="20"/>
        </w:rPr>
        <w:t>[kappa 1270]</w:t>
      </w:r>
    </w:p>
    <w:p>
      <w:r>
        <w:rPr>
          <w:rFonts w:ascii="Gentium Plus" w:hAnsi="Gentium Plus"/>
          <w:sz w:val="24"/>
        </w:rPr>
        <w:t>Κυρναῖον. πέλαγος. Κῦφον. τὸ περιαγές· τὸ περιφερές· τὸ κυρτοει‐ δές. παρὰ τὸ κύπτω. Κύφελλα. τὰ νέφη. οἱονεὶ κρύφελλα, τὰ ἀπο‐</w:t>
      </w:r>
    </w:p>
    <w:p>
      <w:r>
        <w:rPr>
          <w:rFonts w:ascii="Courier New" w:hAnsi="Courier New"/>
          <w:color w:val="555555"/>
          <w:sz w:val="20"/>
        </w:rPr>
        <w:t>[5]</w:t>
      </w:r>
    </w:p>
    <w:p>
      <w:r>
        <w:rPr>
          <w:rFonts w:ascii="Gentium Plus" w:hAnsi="Gentium Plus"/>
          <w:sz w:val="24"/>
        </w:rPr>
        <w:t>κρύπτοντα τὴν σελήνην. ἐτμήγη δὲ κύφελλα— Καλλίμαχος δὲ τὰ κούφως ἐλαυνόμενα. Κυψελλόβυστον. τὸ ὑπὸ ῥύπου κεκαλυμμένον. Κυρήβια. τὰ ἀπὸ τῶν κυάμων σχίσματα.</w:t>
      </w:r>
    </w:p>
    <w:p>
      <w:r>
        <w:rPr>
          <w:rFonts w:ascii="Courier New" w:hAnsi="Courier New"/>
          <w:color w:val="555555"/>
          <w:sz w:val="20"/>
        </w:rPr>
        <w:t>[10]</w:t>
      </w:r>
    </w:p>
    <w:p>
      <w:r>
        <w:rPr>
          <w:rFonts w:ascii="Gentium Plus" w:hAnsi="Gentium Plus"/>
          <w:sz w:val="24"/>
        </w:rPr>
        <w:t>Κυβήβειν. κυρίως τὸ ἐπὶ κεφαλῆς ῥιπτεῖν. Ὅμηρος· κύμβαχος ἐν κονίῃσιν. ἐπεὶ οἱ μανιώδεις, περὶ τὴν κεφαλὴν πάθους γινομένου, τοιοῦτοι γίνονται.</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Κυβιστᾷν. τὸ ἐπὶ κεφαλῆς πηδᾷν. κύβη γὰρ ἡ κεφαλή. Κυβεύειν. δουλεύειν. Κυδιόων. γαυριῶν, χαίρων καὶ κυδιούμενος.</w:t>
      </w:r>
    </w:p>
    <w:p>
      <w:r>
        <w:rPr>
          <w:rFonts w:ascii="Courier New" w:hAnsi="Courier New"/>
          <w:color w:val="555555"/>
          <w:sz w:val="20"/>
        </w:rPr>
        <w:t>[20]</w:t>
      </w:r>
    </w:p>
    <w:p>
      <w:r>
        <w:rPr>
          <w:rFonts w:ascii="Gentium Plus" w:hAnsi="Gentium Plus"/>
          <w:sz w:val="24"/>
        </w:rPr>
        <w:t>Κυδαίνω. ἀπὸ τοῦ κῦδος κυδαίνω. λέγεται καὶ</w:t>
      </w:r>
    </w:p>
    <w:p>
      <w:r>
        <w:rPr>
          <w:rFonts w:ascii="Courier New" w:hAnsi="Courier New"/>
          <w:color w:val="555555"/>
          <w:sz w:val="20"/>
        </w:rPr>
        <w:t>[kappa 1271]</w:t>
      </w:r>
    </w:p>
    <w:p>
      <w:r>
        <w:rPr>
          <w:rFonts w:ascii="Gentium Plus" w:hAnsi="Gentium Plus"/>
          <w:sz w:val="24"/>
        </w:rPr>
        <w:t>Κυδάζεται. ἀντὶ τοῦ λοιδορεῖται. τοῖς πᾶσιν Ἀργείοις κυδάζεται. Κυδοίμεον. ἐθορύβουν. Κύειν. γεννᾷν. κυρίως τὸ ἐν γαστρὶ [φέρειν τὸ</w:t>
      </w:r>
    </w:p>
    <w:p>
      <w:r>
        <w:rPr>
          <w:rFonts w:ascii="Courier New" w:hAnsi="Courier New"/>
          <w:color w:val="555555"/>
          <w:sz w:val="20"/>
        </w:rPr>
        <w:t>[5]</w:t>
      </w:r>
    </w:p>
    <w:p>
      <w:r>
        <w:rPr>
          <w:rFonts w:ascii="Gentium Plus" w:hAnsi="Gentium Plus"/>
          <w:sz w:val="24"/>
        </w:rPr>
        <w:t>ἔμβρυον. ἀποκύειν δὲ τὸ τίκτειν καὶ προσφέρειν εἰς φῶς τὸ ἐν γαστρὶ] φερόμενον. Κυθρίσαι. ἐπὶ τοῦ σκῶψαι καὶ γελάσαι. καὶ πανήγυρις παρ’ Ἀθηναίοις οἱ κύθροι, ἐν ᾗ ἀλ‐ λήλους ἔσκωπτον.</w:t>
      </w:r>
    </w:p>
    <w:p>
      <w:r>
        <w:rPr>
          <w:rFonts w:ascii="Courier New" w:hAnsi="Courier New"/>
          <w:color w:val="555555"/>
          <w:sz w:val="20"/>
        </w:rPr>
        <w:t>[10]</w:t>
      </w:r>
    </w:p>
    <w:p>
      <w:r>
        <w:rPr>
          <w:rFonts w:ascii="Gentium Plus" w:hAnsi="Gentium Plus"/>
          <w:sz w:val="24"/>
        </w:rPr>
        <w:t>Κυΐσκω. τὸ γεννῶ. Κυκλοφορεῖται. κατὰ κύκλον φέρεται. Κυκῶ. τὸ ταράσσω. καὶ κυκῶσαι. Κυκηθήτην. ἐταράχθησαν. καὶ κυκηθρήτην. κυκήθρα γὰρ ἡ ταραχή.</w:t>
      </w:r>
    </w:p>
    <w:p>
      <w:r>
        <w:rPr>
          <w:rFonts w:ascii="Courier New" w:hAnsi="Courier New"/>
          <w:color w:val="555555"/>
          <w:sz w:val="20"/>
        </w:rPr>
        <w:t>[15]</w:t>
      </w:r>
    </w:p>
    <w:p>
      <w:r>
        <w:rPr>
          <w:rFonts w:ascii="Gentium Plus" w:hAnsi="Gentium Plus"/>
          <w:sz w:val="24"/>
        </w:rPr>
        <w:t>Κυλοιδιῶ. τοὺς ὦπας ὀγκῶ. Κυλινδούμενος. κυλιόμενος. Κυμαίνεται. ταράσσεται. Κυνῶ. τὸ προσκυνῶ.</w:t>
      </w:r>
    </w:p>
    <w:p>
      <w:r>
        <w:rPr>
          <w:rFonts w:ascii="Courier New" w:hAnsi="Courier New"/>
          <w:color w:val="555555"/>
          <w:sz w:val="20"/>
        </w:rPr>
        <w:t>[kappa 1272]</w:t>
      </w:r>
    </w:p>
    <w:p>
      <w:r>
        <w:rPr>
          <w:rFonts w:ascii="Gentium Plus" w:hAnsi="Gentium Plus"/>
          <w:sz w:val="24"/>
        </w:rPr>
        <w:t>Κυοφοροῦσα. ἐγκυμονοῦσα. Κυπρίζουσαι. ἀνθοῦσαι, αὔξουσαι. Κύρσας. προσκρούσας· ἢ ἐντυχών. Κυρίττω. τὸ κερατίζω.</w:t>
      </w:r>
    </w:p>
    <w:p>
      <w:r>
        <w:rPr>
          <w:rFonts w:ascii="Courier New" w:hAnsi="Courier New"/>
          <w:color w:val="555555"/>
          <w:sz w:val="20"/>
        </w:rPr>
        <w:t>[5]</w:t>
      </w:r>
    </w:p>
    <w:p>
      <w:r>
        <w:rPr>
          <w:rFonts w:ascii="Gentium Plus" w:hAnsi="Gentium Plus"/>
          <w:sz w:val="24"/>
        </w:rPr>
        <w:t>Κύσας. φιλήσας. Κυκλήσομεν. ἐφ’ ἁμαξῶν ἄξομεν. [κύκλα γὰρ οἱ τροχοί.] Κυρηβάσει. μαχήσεται. τοῦ Ψελλοῦ· κυρηβά‐ σει. μαχήσεται· Κύρητα ἡ Δημήτηρ.</w:t>
      </w:r>
    </w:p>
    <w:p>
      <w:r>
        <w:rPr>
          <w:rFonts w:ascii="Courier New" w:hAnsi="Courier New"/>
          <w:color w:val="555555"/>
          <w:sz w:val="20"/>
        </w:rPr>
        <w:t>[10]</w:t>
      </w:r>
    </w:p>
    <w:p>
      <w:r>
        <w:rPr>
          <w:rFonts w:ascii="Gentium Plus" w:hAnsi="Gentium Plus"/>
          <w:sz w:val="24"/>
        </w:rPr>
        <w:t>Κυλινδοῦται. κυλίεται. καὶ καλινδοῦται ὁμοίως. Κυθήρηθεν. ἀπὸ Κυθήρων. Κυνηδόν. δίκην κυνός. Κυνόσαργες. μακράν. καὶ ἐπὶ οὐδετέρου. Κύκλω. εἴτε ὄνομα, εἴτε ἐπίῤῥημα, σὺν τῷ ι</w:t>
      </w:r>
    </w:p>
    <w:p>
      <w:r>
        <w:rPr>
          <w:rFonts w:ascii="Courier New" w:hAnsi="Courier New"/>
          <w:color w:val="555555"/>
          <w:sz w:val="20"/>
        </w:rPr>
        <w:t>[15]</w:t>
      </w:r>
    </w:p>
    <w:p>
      <w:r>
        <w:rPr>
          <w:rFonts w:ascii="Gentium Plus" w:hAnsi="Gentium Plus"/>
          <w:sz w:val="24"/>
        </w:rPr>
        <w:t>γράφεται. ἔστι γὰρ κύκλος, κύκλου, κύκλῳ. καὶ λοιπὸν αὗται αἱ δοτικαὶ μετερχόμεναι εἰς ἐπιῤῥήματα σύνταξιν τῆς δοτικῆς τῇ γραφῇ φυ‐ λάττει. οἷον· ἰδίᾳ, δημοσίᾳ.</w:t>
      </w:r>
    </w:p>
    <w:p>
      <w:pPr>
        <w:jc w:val="center"/>
      </w:pPr>
      <w:r>
        <w:rPr>
          <w:rFonts w:ascii="Gentium Plus" w:hAnsi="Gentium Plus"/>
          <w:b/>
          <w:sz w:val="24"/>
        </w:rPr>
        <w:t>Τὸ Κ μετὰ τοῦ Ω.</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†Κωδαλοῦ. μέτρον γῆς.† †Κωδαλοῦχος. σχοῖνιξ. μέτρον.†</w:t>
      </w:r>
    </w:p>
    <w:p>
      <w:r>
        <w:rPr>
          <w:rFonts w:ascii="Courier New" w:hAnsi="Courier New"/>
          <w:color w:val="555555"/>
          <w:sz w:val="20"/>
        </w:rPr>
        <w:t>[5]</w:t>
      </w:r>
    </w:p>
    <w:p>
      <w:r>
        <w:rPr>
          <w:rFonts w:ascii="Gentium Plus" w:hAnsi="Gentium Plus"/>
          <w:sz w:val="24"/>
        </w:rPr>
        <w:t>†Κώδιξ. ὁ χάρτης.† †Κῶθος. τὸ κοίμημα.† †Κώθων. κωρᾶς εἶδος.† Κωκυτός. ὁ θρῆνος· ἢ μίμημα φωνῆς θρηνώ‐ δους. ἀπὸ τοῦ τὰ ἄχη εἰς αὐτὸν ῥεῖν. χοάκυ‐</w:t>
      </w:r>
    </w:p>
    <w:p>
      <w:r>
        <w:rPr>
          <w:rFonts w:ascii="Courier New" w:hAnsi="Courier New"/>
          <w:color w:val="555555"/>
          <w:sz w:val="20"/>
        </w:rPr>
        <w:t>[10]</w:t>
      </w:r>
    </w:p>
    <w:p>
      <w:r>
        <w:rPr>
          <w:rFonts w:ascii="Gentium Plus" w:hAnsi="Gentium Plus"/>
          <w:sz w:val="24"/>
        </w:rPr>
        <w:t>τος καὶ κωκυτός. †Κωλαγρέτης. ὁ ταμίας.† Κωλήν. τὸ †ἔντερον.† τὸ ἀντζίον. Κώληψ. τὸ ὀστοῦν. καὶ κλίνεται κώληπος.</w:t>
      </w:r>
    </w:p>
    <w:p>
      <w:r>
        <w:rPr>
          <w:rFonts w:ascii="Courier New" w:hAnsi="Courier New"/>
          <w:color w:val="555555"/>
          <w:sz w:val="20"/>
        </w:rPr>
        <w:t>[kappa 1274]</w:t>
      </w:r>
    </w:p>
    <w:p>
      <w:r>
        <w:rPr>
          <w:rFonts w:ascii="Gentium Plus" w:hAnsi="Gentium Plus"/>
          <w:sz w:val="24"/>
        </w:rPr>
        <w:t>†Κωλώτης. ὁ ἀσκαλαβώτης.† †Κωλύβδαινος. ὁ κίνδυνος.† Κωμαστής. μέθυσος, ἢ ἀσελγὴς ἐκ μέθης. ἢ ὁ ἐν παραφορᾷ οἴνου ᾄδων.</w:t>
      </w:r>
    </w:p>
    <w:p>
      <w:r>
        <w:rPr>
          <w:rFonts w:ascii="Courier New" w:hAnsi="Courier New"/>
          <w:color w:val="555555"/>
          <w:sz w:val="20"/>
        </w:rPr>
        <w:t>[5]</w:t>
      </w:r>
    </w:p>
    <w:p>
      <w:r>
        <w:rPr>
          <w:rFonts w:ascii="Gentium Plus" w:hAnsi="Gentium Plus"/>
          <w:sz w:val="24"/>
        </w:rPr>
        <w:t>Κῶμος. ἡ μετ’ ὀρχήσεως ᾠδή. καὶ ἡ ἐκ μέθης ἀσέλγεια. καὶ κῶμος ὁ ὕπνος. Κώμυθος. ἡ δέσμη τοῦ χόρτου. Κῶνος. ὁ στρόβυλος. καὶ κύριον ὄνομα. ἢ κῶ‐ νος ἐστὶ σχῆμα ἀπὸ πλατείας βάσεως εἰς ὀξὺ</w:t>
      </w:r>
    </w:p>
    <w:p>
      <w:r>
        <w:rPr>
          <w:rFonts w:ascii="Courier New" w:hAnsi="Courier New"/>
          <w:color w:val="555555"/>
          <w:sz w:val="20"/>
        </w:rPr>
        <w:t>[10]</w:t>
      </w:r>
    </w:p>
    <w:p>
      <w:r>
        <w:rPr>
          <w:rFonts w:ascii="Gentium Plus" w:hAnsi="Gentium Plus"/>
          <w:sz w:val="24"/>
        </w:rPr>
        <w:t>λῆγον. †Κῶπος. ὁ μεθ’ ἡδονῆς ποτός. καὶ ὁ στενω‐ πός.† †Κωπτίλος. ὁ βάτραχος.†</w:t>
      </w:r>
    </w:p>
    <w:p>
      <w:r>
        <w:rPr>
          <w:rFonts w:ascii="Courier New" w:hAnsi="Courier New"/>
          <w:color w:val="555555"/>
          <w:sz w:val="20"/>
        </w:rPr>
        <w:t>[kappa 1275]</w:t>
      </w:r>
    </w:p>
    <w:p>
      <w:r>
        <w:rPr>
          <w:rFonts w:ascii="Gentium Plus" w:hAnsi="Gentium Plus"/>
          <w:sz w:val="24"/>
        </w:rPr>
        <w:t>Κώρυκος. ὁ θύλαξ καὶ ἀκρωτήριον. †Κωρυκῶος. ἐπακροώμενος.† Κωτίλλος. ὄρνεον οὕτω καλούμενον. ἀφ’ οὗ καὶ οἱ πολλὰ λαλοῦντες κωτίλλοι καλοῦνται.</w:t>
      </w:r>
    </w:p>
    <w:p>
      <w:r>
        <w:rPr>
          <w:rFonts w:ascii="Courier New" w:hAnsi="Courier New"/>
          <w:color w:val="555555"/>
          <w:sz w:val="20"/>
        </w:rPr>
        <w:t>[5]</w:t>
      </w:r>
    </w:p>
    <w:p>
      <w:r>
        <w:rPr>
          <w:rFonts w:ascii="Gentium Plus" w:hAnsi="Gentium Plus"/>
          <w:sz w:val="24"/>
        </w:rPr>
        <w:t>Κωφήν. ποταμός. καὶ κλίνεται Κωφῆνος. Κωφός. παρὰ τὸ κεκόφθαι τὴν ὄπα. ἢ κένοπος τὶς ὢν, ὁ μήτε φθεγγόμενος, μήτε ἀκούων. Κῷος. σὺν τῷ ι γράφεται· ἐπειδὴ εὕρηται κατὰ διάστασιν. Καλλίμαχος·</w:t>
      </w:r>
    </w:p>
    <w:p>
      <w:r>
        <w:rPr>
          <w:rFonts w:ascii="Courier New" w:hAnsi="Courier New"/>
          <w:color w:val="555555"/>
          <w:sz w:val="20"/>
        </w:rPr>
        <w:t>[10]</w:t>
      </w:r>
    </w:p>
    <w:p>
      <w:r>
        <w:rPr>
          <w:rFonts w:ascii="Gentium Plus" w:hAnsi="Gentium Plus"/>
          <w:sz w:val="24"/>
        </w:rPr>
        <w:t>τὸ ἴκελον τὸ γραμματεῖον τὸ Κώϊον. ἢ ὅτι τὰ εἰς ος κτητικὰ τῷ ι θέλει παραλή‐ γεσθαι. ἔστωσαν δὲ παραδείγματα ταῦτα· Ξε‐ νοφώντειος· Ἡροδότειος· Ἀριστάρχειος· πα‐ τρῷος· μηνῷος· ἡρῷος. οὕτως οὖν καὶ Κῷος.</w:t>
      </w:r>
    </w:p>
    <w:p>
      <w:r>
        <w:rPr>
          <w:rFonts w:ascii="Courier New" w:hAnsi="Courier New"/>
          <w:color w:val="555555"/>
          <w:sz w:val="20"/>
        </w:rPr>
        <w:t>[15]</w:t>
      </w:r>
    </w:p>
    <w:p>
      <w:r>
        <w:rPr>
          <w:rFonts w:ascii="Gentium Plus" w:hAnsi="Gentium Plus"/>
          <w:sz w:val="24"/>
        </w:rPr>
        <w:t>οὐκ ἔστι δὲ θηλυκὸν, ἀλλὰ ἀρσενικόν.</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†Κωβύλη. ἡ συνουσία.† Κώδεια. ἡ κεφαλὴ τῆς μήκωνος. ὑπνωτικὸν γὰρ τὸ τοιοῦτον φυτόν. καὶ κῶμος ὁ ὕπνος.</w:t>
      </w:r>
    </w:p>
    <w:p>
      <w:r>
        <w:rPr>
          <w:rFonts w:ascii="Courier New" w:hAnsi="Courier New"/>
          <w:color w:val="555555"/>
          <w:sz w:val="20"/>
        </w:rPr>
        <w:t>[20]</w:t>
      </w:r>
    </w:p>
    <w:p>
      <w:r>
        <w:rPr>
          <w:rFonts w:ascii="Gentium Plus" w:hAnsi="Gentium Plus"/>
          <w:sz w:val="24"/>
        </w:rPr>
        <w:t>Κωλύμη. ἡ κώλυσις. τὴν κωλύμην ἔχειν δοκῶ.</w:t>
      </w:r>
    </w:p>
    <w:p>
      <w:r>
        <w:rPr>
          <w:rFonts w:ascii="Courier New" w:hAnsi="Courier New"/>
          <w:color w:val="555555"/>
          <w:sz w:val="20"/>
        </w:rPr>
        <w:t>[kappa 1276]</w:t>
      </w:r>
    </w:p>
    <w:p>
      <w:r>
        <w:rPr>
          <w:rFonts w:ascii="Gentium Plus" w:hAnsi="Gentium Plus"/>
          <w:sz w:val="24"/>
        </w:rPr>
        <w:t>Κώμη. ἡ πόλις. παρὰ τὸ κῶ, τὸ κοιμῶμαι, κώ‐ μη. ὡς ἂν εἴποι τις κωμητήρια καὶ ἀναπαύ‐ σεις ζώων τὲ καὶ ἀνθρώπων ἀπὸ τῶν ἔργων. †Κωμῳδία. γέλως, ὕβρις, διασυρμός.†</w:t>
      </w:r>
    </w:p>
    <w:p>
      <w:r>
        <w:rPr>
          <w:rFonts w:ascii="Courier New" w:hAnsi="Courier New"/>
          <w:color w:val="555555"/>
          <w:sz w:val="20"/>
        </w:rPr>
        <w:t>[5]</w:t>
      </w:r>
    </w:p>
    <w:p>
      <w:r>
        <w:rPr>
          <w:rFonts w:ascii="Gentium Plus" w:hAnsi="Gentium Plus"/>
          <w:sz w:val="24"/>
        </w:rPr>
        <w:t>†Κῷος. σὺν τῷ ι γράφεται, ἐπειδὴ εὕρηται κατὰ διάστασιν. Καλλίμαχος· τὸ ἴκελον τὸ γράμμα τὸ Κώϊον.† †Κωπαΐς. ἔγχελυς.† Κώπη. ἡ λαβὴ τοῦ ξίφους, ᾗ κόπτειν δυνάμε‐</w:t>
      </w:r>
    </w:p>
    <w:p>
      <w:r>
        <w:rPr>
          <w:rFonts w:ascii="Courier New" w:hAnsi="Courier New"/>
          <w:color w:val="555555"/>
          <w:sz w:val="20"/>
        </w:rPr>
        <w:t>[10]</w:t>
      </w:r>
    </w:p>
    <w:p>
      <w:r>
        <w:rPr>
          <w:rFonts w:ascii="Gentium Plus" w:hAnsi="Gentium Plus"/>
          <w:sz w:val="24"/>
        </w:rPr>
        <w:t>θα. παρὰ τὸ κόπτω κοπὴ, καὶ ἀναβιβασμῷ καὶ τροπῇ τοῦ ο εἰς ω μέγα κώπη. κώπη καὶ ἡ τῶν κωπηλατῶν, παρὰ τὸ κόπτειν τὸ ὕδωρ. Κῶς. ἡ νῆσος. ἀπὸ Κῶς, θυγατρὸς Μέροπος καὶ Ἐχεμείας. ἢ παρὰ τὸ κῶ, τὸ κοιμῶμαι. ἐξ</w:t>
      </w:r>
    </w:p>
    <w:p>
      <w:r>
        <w:rPr>
          <w:rFonts w:ascii="Courier New" w:hAnsi="Courier New"/>
          <w:color w:val="555555"/>
          <w:sz w:val="20"/>
        </w:rPr>
        <w:t>[15]</w:t>
      </w:r>
    </w:p>
    <w:p>
      <w:r>
        <w:rPr>
          <w:rFonts w:ascii="Gentium Plus" w:hAnsi="Gentium Plus"/>
          <w:sz w:val="24"/>
        </w:rPr>
        <w:t>οὗ καὶ κῴδιον, τὸ τοῦ προβάτου δέρμα.</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Κῴδιον. τὸ δέρμα. κωίδιον γέγονε καὶ συναιρέ‐ σει κῴδιον. καὶ τὸ λαγῴδιον ἔχει τὸ ι, ὅτι ἀπὸ τοῦ λαγωὸς, λαγωοῦ, γέγονε. κατὰ συνδρομὴν</w:t>
      </w:r>
    </w:p>
    <w:p>
      <w:r>
        <w:rPr>
          <w:rFonts w:ascii="Courier New" w:hAnsi="Courier New"/>
          <w:color w:val="555555"/>
          <w:sz w:val="20"/>
        </w:rPr>
        <w:t>[20]</w:t>
      </w:r>
    </w:p>
    <w:p>
      <w:r>
        <w:rPr>
          <w:rFonts w:ascii="Gentium Plus" w:hAnsi="Gentium Plus"/>
          <w:sz w:val="24"/>
        </w:rPr>
        <w:t>τοῦ κῴδιον καὶ στῴδιον· σημαίνει δὲ τὴν μικρὰν</w:t>
      </w:r>
    </w:p>
    <w:p>
      <w:r>
        <w:rPr>
          <w:rFonts w:ascii="Courier New" w:hAnsi="Courier New"/>
          <w:color w:val="555555"/>
          <w:sz w:val="20"/>
        </w:rPr>
        <w:t>[kappa 1277]</w:t>
      </w:r>
    </w:p>
    <w:p>
      <w:r>
        <w:rPr>
          <w:rFonts w:ascii="Gentium Plus" w:hAnsi="Gentium Plus"/>
          <w:sz w:val="24"/>
        </w:rPr>
        <w:t>στοάν. συνεξέδραμε τούτοις καὶ τὸ καλῴδιον, καὶ ἔχει τὸ ι προσγεγραμμένον· σημαίνει δὲ τὸ σχοινίον. †Κώδιστρον. ὁ ποὺς τοῦ μήκωνος.†</w:t>
      </w:r>
    </w:p>
    <w:p>
      <w:r>
        <w:rPr>
          <w:rFonts w:ascii="Courier New" w:hAnsi="Courier New"/>
          <w:color w:val="555555"/>
          <w:sz w:val="20"/>
        </w:rPr>
        <w:t>[5]</w:t>
      </w:r>
    </w:p>
    <w:p>
      <w:r>
        <w:rPr>
          <w:rFonts w:ascii="Gentium Plus" w:hAnsi="Gentium Plus"/>
          <w:sz w:val="24"/>
        </w:rPr>
        <w:t>Κώεα. τὰ δέρματα. μεταπέπλασται τὸ κῶας εἰς τὸ κῶος, τοῦ κώους, ὡς τεῖχος, τείχους. ἡ εὐθεῖα τῶν πληθυντικῶν τὰ κώεα. καὶ Ἡσίο‐ δος μετέπλασε τὸ ὕδας εἰς τὸ ὕδος, εἰπών· γαῖαν ὕδει φύρειν.</w:t>
      </w:r>
    </w:p>
    <w:p>
      <w:r>
        <w:rPr>
          <w:rFonts w:ascii="Courier New" w:hAnsi="Courier New"/>
          <w:color w:val="555555"/>
          <w:sz w:val="20"/>
        </w:rPr>
        <w:t>[10]</w:t>
      </w:r>
    </w:p>
    <w:p>
      <w:r>
        <w:rPr>
          <w:rFonts w:ascii="Gentium Plus" w:hAnsi="Gentium Plus"/>
          <w:sz w:val="24"/>
        </w:rPr>
        <w:t>†Κωκόν. τὸ ἀναίσθητον.† Κῶλα. κυρίως ἐπὶ τῶν μελοποιῶν· μεταφορι‐ κῶς δὲ ἐπὶ τῶν πεζῶν τῷ λόγῳ, κώλοις μὴ χρω‐ μένων. καὶ κῶλον τὸ ὀστοῦν. Κῶμα. ὁ ὕπνος. παρὰ τὸ κῶ, τὸ κοιμῶμαι, γί‐</w:t>
      </w:r>
    </w:p>
    <w:p>
      <w:r>
        <w:rPr>
          <w:rFonts w:ascii="Courier New" w:hAnsi="Courier New"/>
          <w:color w:val="555555"/>
          <w:sz w:val="20"/>
        </w:rPr>
        <w:t>[15]</w:t>
      </w:r>
    </w:p>
    <w:p>
      <w:r>
        <w:rPr>
          <w:rFonts w:ascii="Gentium Plus" w:hAnsi="Gentium Plus"/>
          <w:sz w:val="24"/>
        </w:rPr>
        <w:t>νεται κῶμα, ἐξ οὗ καὶ κείω, τὸ κοιμῶμαι. Κωμύδριον. ἡ μικρὰ καὶ εὐτελὴς πόλις. Κώνειον. τὸ φάρμακον. τὸ κώνειον παραπλήσιόν ἐστι τῷ καρπῷ τῆς λαπάθου, τὰ δὲ φύλλα σελίνῳ ἀγρίῳ. λέγεται δὲ καὶ ὑπόπικρον. κα‐</w:t>
      </w:r>
    </w:p>
    <w:p>
      <w:r>
        <w:rPr>
          <w:rFonts w:ascii="Courier New" w:hAnsi="Courier New"/>
          <w:color w:val="555555"/>
          <w:sz w:val="20"/>
        </w:rPr>
        <w:t>[20]</w:t>
      </w:r>
    </w:p>
    <w:p>
      <w:r>
        <w:rPr>
          <w:rFonts w:ascii="Gentium Plus" w:hAnsi="Gentium Plus"/>
          <w:sz w:val="24"/>
        </w:rPr>
        <w:t>λεῖται δὲ καὶ ἐφήμερον, διὰ τὴν ὀξύτητα τῆς ἀναιρέσεως. κώνειον δὲ αὐτὸ καλοῦσι διὰ τὸν</w:t>
      </w:r>
    </w:p>
    <w:p>
      <w:r>
        <w:rPr>
          <w:rFonts w:ascii="Courier New" w:hAnsi="Courier New"/>
          <w:color w:val="555555"/>
          <w:sz w:val="20"/>
        </w:rPr>
        <w:t>[kappa 1278]</w:t>
      </w:r>
    </w:p>
    <w:p>
      <w:r>
        <w:rPr>
          <w:rFonts w:ascii="Gentium Plus" w:hAnsi="Gentium Plus"/>
          <w:sz w:val="24"/>
        </w:rPr>
        <w:t>γὰρ στρέψαι κωνῆσαι λέγουσιν οἱ παλαιοί. ἢ παρὰ τὸ καίνειν καὶ κόπτειν. ἢ παρὰ τὸ κοί‐ μημα. Κωνοειδές. τὸ ἀπὸ πλατέος εἰς ὀξὺ λῆγον.</w:t>
      </w:r>
    </w:p>
    <w:p>
      <w:r>
        <w:rPr>
          <w:rFonts w:ascii="Courier New" w:hAnsi="Courier New"/>
          <w:color w:val="555555"/>
          <w:sz w:val="20"/>
        </w:rPr>
        <w:t>[5]</w:t>
      </w:r>
    </w:p>
    <w:p>
      <w:r>
        <w:rPr>
          <w:rFonts w:ascii="Gentium Plus" w:hAnsi="Gentium Plus"/>
          <w:sz w:val="24"/>
        </w:rPr>
        <w:t>†Κωνσίλιον. παρὰ Ῥωμαίοις τὸ συμβούλιον.† Κωπήεντα. μελάνδετα. ἢ μελαίνας λαβὰς ἔχον‐ τα. ἔστι γὰρ ἡ λαβὴ δεσμὸς τοῦ ξίφους. Κωρύκιον. ὄρος καὶ ἄντρον ἐν τῷ Παρνασῷ. ἀπὸ νύμφης Κωρυκίας. Παρνασὸς δὲ ὄρος Δελφῶν.</w:t>
      </w:r>
    </w:p>
    <w:p>
      <w:r>
        <w:rPr>
          <w:rFonts w:ascii="Courier New" w:hAnsi="Courier New"/>
          <w:color w:val="555555"/>
          <w:sz w:val="20"/>
        </w:rPr>
        <w:t>[10]</w:t>
      </w:r>
    </w:p>
    <w:p>
      <w:r>
        <w:rPr>
          <w:rFonts w:ascii="Gentium Plus" w:hAnsi="Gentium Plus"/>
          <w:sz w:val="24"/>
        </w:rPr>
        <w:t>†Κῶρον. πόλις Καππαδοκίας.† Κωσιτώριον. τὸ θεῖον συνέδριον κατὰ Ῥωμαίους. Κωπεῖον. τὸ τῆς νεώς. Κῶμα. ὁ ὕπνος· ἡ καταφορά. τοῦ Ψελλοῦ· φωΐ‐ δας τὰ φλογίσματα· καταφορὰν δὲ κῶμα.</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†Κώζοντες. κράζοντες.† Κωμάζειν. τὸ ποιῶς ὀρχεῖσθαι. ἐξ οὗ καὶ κῶ‐ μος, εἶδος ὀρχήσεως· οἱ δὲ μέλους. παρὰ τὸ κῶ, τὸ κοιμῶμαι. ἐμφαίνει γὰρ τὸν ἀπὸ δείπνου</w:t>
      </w:r>
    </w:p>
    <w:p>
      <w:r>
        <w:rPr>
          <w:rFonts w:ascii="Courier New" w:hAnsi="Courier New"/>
          <w:color w:val="555555"/>
          <w:sz w:val="20"/>
        </w:rPr>
        <w:t>[20]</w:t>
      </w:r>
    </w:p>
    <w:p>
      <w:r>
        <w:rPr>
          <w:rFonts w:ascii="Gentium Plus" w:hAnsi="Gentium Plus"/>
          <w:sz w:val="24"/>
        </w:rPr>
        <w:t>καὶ μέθης ἐπὶ τοῦ κοιμηθῆναι βαδίζειν καιρόν. †Κωμᾶται. λοιδορεῖται.† †Κωμήνασθαι. τὸ κείρασθαι.†</w:t>
      </w:r>
    </w:p>
    <w:p>
      <w:r>
        <w:rPr>
          <w:rFonts w:ascii="Courier New" w:hAnsi="Courier New"/>
          <w:color w:val="555555"/>
          <w:sz w:val="20"/>
        </w:rPr>
        <w:t>[kappa 1279]</w:t>
      </w:r>
    </w:p>
    <w:p>
      <w:r>
        <w:rPr>
          <w:rFonts w:ascii="Gentium Plus" w:hAnsi="Gentium Plus"/>
          <w:sz w:val="24"/>
        </w:rPr>
        <w:t>φειν. καὶ τοὺς βέμβικας ἤτοι τοὺς στρόμ‐ βους κώνους λέγουσι. κωνῆσαι, τὸ ἀγαγεῖν τὸν ἵππον κύκλῳ, η. κονίσαι δὲ ἀντὶ τοῦ ἀγωνίσαι μικρὸν καὶ ι.</w:t>
      </w:r>
    </w:p>
    <w:p>
      <w:r>
        <w:rPr>
          <w:rFonts w:ascii="Courier New" w:hAnsi="Courier New"/>
          <w:color w:val="555555"/>
          <w:sz w:val="20"/>
        </w:rPr>
        <w:t>[5]</w:t>
      </w:r>
    </w:p>
    <w:p>
      <w:r>
        <w:rPr>
          <w:rFonts w:ascii="Gentium Plus" w:hAnsi="Gentium Plus"/>
          <w:sz w:val="24"/>
        </w:rPr>
        <w:t>Κωνειῶ. φαρμακεύω. ἀπὸ τοῦ κωνείου. Κωτίλλων. πανούργως κολακεύων καὶ πολλὰ</w:t>
      </w:r>
    </w:p>
    <w:p>
      <w:r>
        <w:rPr>
          <w:rFonts w:ascii="Courier New" w:hAnsi="Courier New"/>
          <w:color w:val="555555"/>
          <w:sz w:val="20"/>
        </w:rPr>
        <w:t>[kappa 1280]</w:t>
      </w:r>
    </w:p>
    <w:p>
      <w:r>
        <w:rPr>
          <w:rFonts w:ascii="Gentium Plus" w:hAnsi="Gentium Plus"/>
          <w:sz w:val="24"/>
        </w:rPr>
        <w:t>†Κώφειν. τὸ κωλύειν.† Κωχεύειν. †συνουσιάζειν.† μετεωρίζειν· ἀν‐ έχειν. Κωμαίνειν. νυστάζειν. τοῦ Ψελλοῦ· καλχαίνειν</w:t>
      </w:r>
    </w:p>
    <w:p>
      <w:r>
        <w:rPr>
          <w:rFonts w:ascii="Courier New" w:hAnsi="Courier New"/>
          <w:color w:val="555555"/>
          <w:sz w:val="20"/>
        </w:rPr>
        <w:t>[5]</w:t>
      </w:r>
    </w:p>
    <w:p>
      <w:r>
        <w:rPr>
          <w:rFonts w:ascii="Gentium Plus" w:hAnsi="Gentium Plus"/>
          <w:sz w:val="24"/>
        </w:rPr>
        <w:t>τὸ ταράσσεσθαι· κωμαίνειν τὸ νυστάζειν.</w:t>
      </w:r>
    </w:p>
    <w:p>
      <w:pPr>
        <w:jc w:val="center"/>
      </w:pPr>
      <w:r>
        <w:rPr>
          <w:rFonts w:ascii="Gentium Plus" w:hAnsi="Gentium Plus"/>
          <w:b/>
          <w:sz w:val="24"/>
        </w:rPr>
        <w:t>(Ἐπίῤῥημα.)</w:t>
      </w:r>
    </w:p>
    <w:p>
      <w:r>
        <w:rPr>
          <w:rFonts w:ascii="Courier New" w:hAnsi="Courier New"/>
          <w:color w:val="555555"/>
          <w:sz w:val="20"/>
        </w:rPr>
        <w:t>[7]</w:t>
      </w:r>
    </w:p>
    <w:p>
      <w:r>
        <w:rPr>
          <w:rFonts w:ascii="Gentium Plus" w:hAnsi="Gentium Plus"/>
          <w:sz w:val="24"/>
        </w:rPr>
        <w:t>†Κωμηδόν. σὺν πάσῃ τῇ πόλει.†</w:t>
      </w:r>
    </w:p>
    <w:p>
      <w:pPr>
        <w:jc w:val="center"/>
      </w:pPr>
      <w:r>
        <w:rPr>
          <w:rFonts w:ascii="Gentium Plus" w:hAnsi="Gentium Plus"/>
          <w:b/>
          <w:sz w:val="24"/>
        </w:rPr>
        <w:t>Λ.</w:t>
      </w:r>
    </w:p>
    <w:p>
      <w:pPr>
        <w:jc w:val="center"/>
      </w:pPr>
      <w:r>
        <w:rPr>
          <w:rFonts w:ascii="Gentium Plus" w:hAnsi="Gentium Plus"/>
          <w:b/>
          <w:sz w:val="24"/>
        </w:rPr>
        <w:t>Τὸ Λ μετὰ τοῦ Α.</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Λάας. ὁ λίθος. καὶ κλίνεται λάα. ἔστι δὲ καὶ ὁ λᾶς, ἡ εὐθεῖα. τῶν πληθυντικῶν οἱ λαῖ, τῶν λῶν, καὶ λάων. Λαβραγόρας. ὁ φλύαρος, ὁ σφοδρῶς δημηγο‐</w:t>
      </w:r>
    </w:p>
    <w:p>
      <w:r>
        <w:rPr>
          <w:rFonts w:ascii="Courier New" w:hAnsi="Courier New"/>
          <w:color w:val="555555"/>
          <w:sz w:val="20"/>
        </w:rPr>
        <w:t>[15]</w:t>
      </w:r>
    </w:p>
    <w:p>
      <w:r>
        <w:rPr>
          <w:rFonts w:ascii="Gentium Plus" w:hAnsi="Gentium Plus"/>
          <w:sz w:val="24"/>
        </w:rPr>
        <w:t>ρῶν· ὁ προπετὴς ἐν τῷ λέγειν, καὶ οἷον λά‐ βρος καὶ θρασύς.</w:t>
      </w:r>
    </w:p>
    <w:p>
      <w:r>
        <w:rPr>
          <w:rFonts w:ascii="Courier New" w:hAnsi="Courier New"/>
          <w:color w:val="555555"/>
          <w:sz w:val="20"/>
        </w:rPr>
        <w:t>[lambda 1280 (8)]</w:t>
      </w:r>
    </w:p>
    <w:p>
      <w:r>
        <w:rPr>
          <w:rFonts w:ascii="Gentium Plus" w:hAnsi="Gentium Plus"/>
          <w:sz w:val="24"/>
        </w:rPr>
        <w:t>Λαγώς. παρὰ τὸ λα ἐπιτατικὸν μορίον, καὶ τοῦ ὦς, ὠτὸς, ὁ μεγάλα ὦτα ἔχων. γράφεται</w:t>
      </w:r>
    </w:p>
    <w:p>
      <w:r>
        <w:rPr>
          <w:rFonts w:ascii="Courier New" w:hAnsi="Courier New"/>
          <w:color w:val="555555"/>
          <w:sz w:val="20"/>
        </w:rPr>
        <w:t>[10]</w:t>
      </w:r>
    </w:p>
    <w:p>
      <w:r>
        <w:rPr>
          <w:rFonts w:ascii="Gentium Plus" w:hAnsi="Gentium Plus"/>
          <w:sz w:val="24"/>
        </w:rPr>
        <w:t>καὶ λαγωός. Λαγγόβαρδος. κύριον. γράφεται καὶ Λαγγίβαρ‐ βος. Λαβύρινθος. κοχλιοειδὴς καὶ δυσδιεξίτητος τό‐ πος.</w:t>
      </w:r>
    </w:p>
    <w:p>
      <w:r>
        <w:rPr>
          <w:rFonts w:ascii="Courier New" w:hAnsi="Courier New"/>
          <w:color w:val="555555"/>
          <w:sz w:val="20"/>
        </w:rPr>
        <w:t>[15]</w:t>
      </w:r>
    </w:p>
    <w:p>
      <w:r>
        <w:rPr>
          <w:rFonts w:ascii="Gentium Plus" w:hAnsi="Gentium Plus"/>
          <w:sz w:val="24"/>
        </w:rPr>
        <w:t>Λάγνος. πόρνος· αἰσχρός· κατωφερὴς πρὸς τὰ</w:t>
      </w:r>
    </w:p>
    <w:p>
      <w:r>
        <w:rPr>
          <w:rFonts w:ascii="Courier New" w:hAnsi="Courier New"/>
          <w:color w:val="555555"/>
          <w:sz w:val="20"/>
        </w:rPr>
        <w:t>[lambda 1281]</w:t>
      </w:r>
    </w:p>
    <w:p>
      <w:r>
        <w:rPr>
          <w:rFonts w:ascii="Gentium Plus" w:hAnsi="Gentium Plus"/>
          <w:sz w:val="24"/>
        </w:rPr>
        <w:t>Λαθικήδης. ὁ λήθην τῶν κακῶν ποιούμενος. [καὶ λαθικηδέα τὸν ἐμποιοῦντα λήθην πάν‐ των τῶν κακῶν.] κήδεα γὰρ τὰ κακὰ καὶ αἱ θλίψεις καὶ αἱ λύπαι.</w:t>
      </w:r>
    </w:p>
    <w:p>
      <w:r>
        <w:rPr>
          <w:rFonts w:ascii="Courier New" w:hAnsi="Courier New"/>
          <w:color w:val="555555"/>
          <w:sz w:val="20"/>
        </w:rPr>
        <w:t>[5]</w:t>
      </w:r>
    </w:p>
    <w:p>
      <w:r>
        <w:rPr>
          <w:rFonts w:ascii="Gentium Plus" w:hAnsi="Gentium Plus"/>
          <w:sz w:val="24"/>
        </w:rPr>
        <w:t>Λάϊγξ. ὁ μικρὸς λίθος. παρὰ τὴν λαὸς γενι‐ κὴν λάϊξ, καὶ πλεονασμῷ τοῦ γ λάϊγξ, ἔν‐ θεν καὶ τὸ λάϊγγες. ὡς ψῆφος, ψῆφιξ, καὶ πλεονασμῷ τοῦ γ ψήφιγξ. †Λαιδρός. ὁ θρασύς.†</w:t>
      </w:r>
    </w:p>
    <w:p>
      <w:r>
        <w:rPr>
          <w:rFonts w:ascii="Courier New" w:hAnsi="Courier New"/>
          <w:color w:val="555555"/>
          <w:sz w:val="20"/>
        </w:rPr>
        <w:t>[10]</w:t>
      </w:r>
    </w:p>
    <w:p>
      <w:r>
        <w:rPr>
          <w:rFonts w:ascii="Gentium Plus" w:hAnsi="Gentium Plus"/>
          <w:sz w:val="24"/>
        </w:rPr>
        <w:t>†Λαίλας. ὁ μὴ ἐκ γένους τύραννος, ἀλλ’ ἐπι‐ θέμενος.† †Λαϊσκέδης. ὁ βούπαις.† Λάκωνες. οἱ Σπαρτιᾶται. εἰσὶν δὲ οὗτοι ἀνδρεῖοι. Σπαρτιάτας ἡ λόγχη γνωρίζει.</w:t>
      </w:r>
    </w:p>
    <w:p>
      <w:r>
        <w:rPr>
          <w:rFonts w:ascii="Courier New" w:hAnsi="Courier New"/>
          <w:color w:val="555555"/>
          <w:sz w:val="20"/>
        </w:rPr>
        <w:t>[15]</w:t>
      </w:r>
    </w:p>
    <w:p>
      <w:r>
        <w:rPr>
          <w:rFonts w:ascii="Gentium Plus" w:hAnsi="Gentium Plus"/>
          <w:sz w:val="24"/>
        </w:rPr>
        <w:t>Λάκων. ὁ μεταλαμβάνων τῆς φάλαγγος τὸν ὀπίσω τόπον· ὁμοίως δὲ ἀντὶ τῆς ἔμπροσθεν</w:t>
      </w:r>
    </w:p>
    <w:p>
      <w:r>
        <w:rPr>
          <w:rFonts w:ascii="Courier New" w:hAnsi="Courier New"/>
          <w:color w:val="555555"/>
          <w:sz w:val="20"/>
        </w:rPr>
        <w:t>[lambda 1282]</w:t>
      </w:r>
    </w:p>
    <w:p>
      <w:r>
        <w:rPr>
          <w:rFonts w:ascii="Gentium Plus" w:hAnsi="Gentium Plus"/>
          <w:sz w:val="24"/>
        </w:rPr>
        <w:t>Λάμυρος. ὁ φλύαρος. Λαμπρός. λαμπρὸς ἐπανέζευξε καὶ ὅσα μετὰ κινήσεως μικρά· λαμπρῶς δὲ ἀνηγορεύθη καὶ ὅσα μετὰ στάσεως μεγάλα.</w:t>
      </w:r>
    </w:p>
    <w:p>
      <w:r>
        <w:rPr>
          <w:rFonts w:ascii="Courier New" w:hAnsi="Courier New"/>
          <w:color w:val="555555"/>
          <w:sz w:val="20"/>
        </w:rPr>
        <w:t>[5]</w:t>
      </w:r>
    </w:p>
    <w:p>
      <w:r>
        <w:rPr>
          <w:rFonts w:ascii="Gentium Plus" w:hAnsi="Gentium Plus"/>
          <w:sz w:val="24"/>
        </w:rPr>
        <w:t>†Λάμπων. ὄνομα κύριον.† Λαοσσόος. ὁ λαοὺς σώζων. Λαπιστής. ψεύστης, προπετής. Λάσιοι. πολύτριχες. δασεῖς. ἡ γὰρ θέρμη αἰ‐ τία ἐστὶ τῆς ἐκφύσεως τῶν τριχῶν. λάσιος δὲ</w:t>
      </w:r>
    </w:p>
    <w:p>
      <w:r>
        <w:rPr>
          <w:rFonts w:ascii="Courier New" w:hAnsi="Courier New"/>
          <w:color w:val="555555"/>
          <w:sz w:val="20"/>
        </w:rPr>
        <w:t>[10]</w:t>
      </w:r>
    </w:p>
    <w:p>
      <w:r>
        <w:rPr>
          <w:rFonts w:ascii="Gentium Plus" w:hAnsi="Gentium Plus"/>
          <w:sz w:val="24"/>
        </w:rPr>
        <w:t>παρὰ τὸ λα καὶ τὸ σεύω, τὸ ὁρμῶ. Λάτρις. ὁ μισθῷ δουλεύων. λάτρον γὰρ ὁ μι‐ σθός. ἢ παρὰ τὸ λα ἐπιτατικὸν καὶ τρεῖν, ὅ ἐστι φοβεῖσθαι. Λαῦσος. ὁ συνετός. καὶ ὄνομα κύριον.</w:t>
      </w:r>
    </w:p>
    <w:p>
      <w:r>
        <w:rPr>
          <w:rFonts w:ascii="Courier New" w:hAnsi="Courier New"/>
          <w:color w:val="555555"/>
          <w:sz w:val="20"/>
        </w:rPr>
        <w:t>[15]</w:t>
      </w:r>
    </w:p>
    <w:p>
      <w:r>
        <w:rPr>
          <w:rFonts w:ascii="Gentium Plus" w:hAnsi="Gentium Plus"/>
          <w:sz w:val="24"/>
        </w:rPr>
        <w:t>Λαφύστιος. ὁ λαίμαργος. ἀπὸ τοῦ λαφύσσω, λαφύξω.</w:t>
      </w:r>
    </w:p>
    <w:p>
      <w:r>
        <w:rPr>
          <w:rFonts w:ascii="Courier New" w:hAnsi="Courier New"/>
          <w:color w:val="555555"/>
          <w:sz w:val="20"/>
        </w:rPr>
        <w:t>[lambda 1283]</w:t>
      </w:r>
    </w:p>
    <w:p>
      <w:r>
        <w:rPr>
          <w:rFonts w:ascii="Gentium Plus" w:hAnsi="Gentium Plus"/>
          <w:sz w:val="24"/>
        </w:rPr>
        <w:t>Λαχμῷ. τῷ δασεῖ τῶν ἐρίων. παρὰ τὸ λίαν ἔχεσθαι. Ἀντίμαχος δὲ τὸν λακτισμὸν τῶν ἵππων λέγει λαχμόν. οἷον· λαχμὸν δ’ οὐ δείδιεν ἵππων. Σέλευκος δὲ διὰ τοῦ ν γράφει</w:t>
      </w:r>
    </w:p>
    <w:p>
      <w:r>
        <w:rPr>
          <w:rFonts w:ascii="Courier New" w:hAnsi="Courier New"/>
          <w:color w:val="555555"/>
          <w:sz w:val="20"/>
        </w:rPr>
        <w:t>[5]</w:t>
      </w:r>
    </w:p>
    <w:p>
      <w:r>
        <w:rPr>
          <w:rFonts w:ascii="Gentium Plus" w:hAnsi="Gentium Plus"/>
          <w:sz w:val="24"/>
        </w:rPr>
        <w:t>λαχνῷ, ἵνα σημάνῃ ἡ λάχνη. Λαιδρός. ὁ θρασύς. παρὰ τὸ λα ἐπιτατικόν. Λαίθαργος. ὁ κρυφοδάκτης καὶ ἀργός· ὁ λα‐ θραίως δάκνων. καὶ οἷόν τις κύων λαίθαργος. Λαιμός. παρὰ τὸ λίαν μᾷν, ὅ ἐστι ζητεῖν.</w:t>
      </w:r>
    </w:p>
    <w:p>
      <w:r>
        <w:rPr>
          <w:rFonts w:ascii="Courier New" w:hAnsi="Courier New"/>
          <w:color w:val="555555"/>
          <w:sz w:val="20"/>
        </w:rPr>
        <w:t>[10]</w:t>
      </w:r>
    </w:p>
    <w:p>
      <w:r>
        <w:rPr>
          <w:rFonts w:ascii="Gentium Plus" w:hAnsi="Gentium Plus"/>
          <w:sz w:val="24"/>
        </w:rPr>
        <w:t>Λαιστρυγόνες. ἔθνος. Λαίσκαπρος. ὁ λάγνος καὶ λαμός. παρὰ τὴν λα ἐπίτασιν, πλεονασμῷ τοῦ ι, ὡς ἐν τῷ μα‐ στροπὸς, μαιστροπός. Λαιψηρός. ὁ ταχύς.</w:t>
      </w:r>
    </w:p>
    <w:p>
      <w:r>
        <w:rPr>
          <w:rFonts w:ascii="Courier New" w:hAnsi="Courier New"/>
          <w:color w:val="555555"/>
          <w:sz w:val="20"/>
        </w:rPr>
        <w:t>[15]</w:t>
      </w:r>
    </w:p>
    <w:p>
      <w:r>
        <w:rPr>
          <w:rFonts w:ascii="Gentium Plus" w:hAnsi="Gentium Plus"/>
          <w:sz w:val="24"/>
        </w:rPr>
        <w:t>Λάχης. κύριον. παρὰ τὸ λήχω, τὸ λαγχάνω. ὁ</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Λαβή. ἡ ἀφορμή. †Λαβρεία. ἡ φλυαρία.† Λάβωρα. εἶδος ὀπώρας.</w:t>
      </w:r>
    </w:p>
    <w:p>
      <w:r>
        <w:rPr>
          <w:rFonts w:ascii="Courier New" w:hAnsi="Courier New"/>
          <w:color w:val="555555"/>
          <w:sz w:val="20"/>
        </w:rPr>
        <w:t>[5]</w:t>
      </w:r>
    </w:p>
    <w:p>
      <w:r>
        <w:rPr>
          <w:rFonts w:ascii="Gentium Plus" w:hAnsi="Gentium Plus"/>
          <w:sz w:val="24"/>
        </w:rPr>
        <w:t>Λάγυνος. ἡ πάνυ καὶ λίαν δεκτική. παρὰ τὸ λα καὶ τὸ χῶ, τὸ χωρῶ. Λάδη. πόλις. †Λαιδάς. ἡ ἀσπίς· ἀπὸ βύρσης.† †Λαίσθη. ἡ ἀκολασία.†</w:t>
      </w:r>
    </w:p>
    <w:p>
      <w:r>
        <w:rPr>
          <w:rFonts w:ascii="Courier New" w:hAnsi="Courier New"/>
          <w:color w:val="555555"/>
          <w:sz w:val="20"/>
        </w:rPr>
        <w:t>[10]</w:t>
      </w:r>
    </w:p>
    <w:p>
      <w:r>
        <w:rPr>
          <w:rFonts w:ascii="Gentium Plus" w:hAnsi="Gentium Plus"/>
          <w:sz w:val="24"/>
        </w:rPr>
        <w:t>†Λαισίνη. ὄνομα πόλεως.† Λακέρυζα κορώνη. μεγάλως [κράζουσα]. [Λακέρεια. ὄνομα πόλεως. παρὰ τὸ λα καὶ τὸ ῥέω. οἱονεὶ ἡ μεγάλως ἐπιῤῥεομένη.] †Λάκμων. ἡ κορυφὴ τοῦ ὄρους.†</w:t>
      </w:r>
    </w:p>
    <w:p>
      <w:r>
        <w:rPr>
          <w:rFonts w:ascii="Courier New" w:hAnsi="Courier New"/>
          <w:color w:val="555555"/>
          <w:sz w:val="20"/>
        </w:rPr>
        <w:t>[15]</w:t>
      </w:r>
    </w:p>
    <w:p>
      <w:r>
        <w:rPr>
          <w:rFonts w:ascii="Gentium Plus" w:hAnsi="Gentium Plus"/>
          <w:sz w:val="24"/>
        </w:rPr>
        <w:t>Λάμια. θηρίον. ἢ πολυχώρητόν τι ἀντρῶδες. ἢ γυνή τις ἀρχαία Λίβυσσα οὕτω καλουμένη.</w:t>
      </w:r>
    </w:p>
    <w:p>
      <w:r>
        <w:rPr>
          <w:rFonts w:ascii="Courier New" w:hAnsi="Courier New"/>
          <w:color w:val="555555"/>
          <w:sz w:val="20"/>
        </w:rPr>
        <w:t>[lambda 1285]</w:t>
      </w:r>
    </w:p>
    <w:p>
      <w:r>
        <w:rPr>
          <w:rFonts w:ascii="Gentium Plus" w:hAnsi="Gentium Plus"/>
          <w:sz w:val="24"/>
        </w:rPr>
        <w:t>†Λαμπάς. ἔστιν ἄναψις καὶ ἄθροισμα πυρός.† †Λαμπουρίς. εἶδος ἀλώπεκος ἐχούσης λευκὴν τὴν οὐράν.† Λάμψακος. ὄνομα πόλεως. τοῖς Λαμψακηνοῖς</w:t>
      </w:r>
    </w:p>
    <w:p>
      <w:r>
        <w:rPr>
          <w:rFonts w:ascii="Courier New" w:hAnsi="Courier New"/>
          <w:color w:val="555555"/>
          <w:sz w:val="20"/>
        </w:rPr>
        <w:t>[5]</w:t>
      </w:r>
    </w:p>
    <w:p>
      <w:r>
        <w:rPr>
          <w:rFonts w:ascii="Gentium Plus" w:hAnsi="Gentium Plus"/>
          <w:sz w:val="24"/>
        </w:rPr>
        <w:t>ἐδόθη χρησμὸς, ὅπου ἂν αὐτοῖς λάμψῃ, ἐκεῖ πόλιν κτίσαι· ἀστραπῆς δὲ γενομένης εἶδον τὸν τόπον, καὶ ἐκεῖ ἔκτισαν πόλιν ὀνομαζομέ‐ νην Λάμψακον. †Λάξ. ἡ λῖξις.†</w:t>
      </w:r>
    </w:p>
    <w:p>
      <w:r>
        <w:rPr>
          <w:rFonts w:ascii="Courier New" w:hAnsi="Courier New"/>
          <w:color w:val="555555"/>
          <w:sz w:val="20"/>
        </w:rPr>
        <w:t>[10]</w:t>
      </w:r>
    </w:p>
    <w:p>
      <w:r>
        <w:rPr>
          <w:rFonts w:ascii="Gentium Plus" w:hAnsi="Gentium Plus"/>
          <w:sz w:val="24"/>
        </w:rPr>
        <w:t>†Λαοδίκεια ...† Λάπαθος. εἶδος βοτάνης. ἀπὸ τοῦ λαπάσσειν. ἔστι δὲ τὸ λάχανον εὔθετον εἰς γαστέρα· ἁπα‐ λύνει γάρ. Λαπάραν. τὴν λαγόνα. παρὰ τὸ λελάφθαι,</w:t>
      </w:r>
    </w:p>
    <w:p>
      <w:r>
        <w:rPr>
          <w:rFonts w:ascii="Courier New" w:hAnsi="Courier New"/>
          <w:color w:val="555555"/>
          <w:sz w:val="20"/>
        </w:rPr>
        <w:t>[15]</w:t>
      </w:r>
    </w:p>
    <w:p>
      <w:r>
        <w:rPr>
          <w:rFonts w:ascii="Gentium Plus" w:hAnsi="Gentium Plus"/>
          <w:sz w:val="24"/>
        </w:rPr>
        <w:t>ὅ ἐστιν ἐκκενῶσθαι τὸν τόπον. πρὸς σύγκρισιν τῶν πλευρῶν. λαπάξαι γὰρ τὸ κενῶσαι. ὅθεν</w:t>
      </w:r>
    </w:p>
    <w:p>
      <w:r>
        <w:rPr>
          <w:rFonts w:ascii="Courier New" w:hAnsi="Courier New"/>
          <w:color w:val="555555"/>
          <w:sz w:val="20"/>
        </w:rPr>
        <w:t>[lambda 1286]</w:t>
      </w:r>
    </w:p>
    <w:p>
      <w:r>
        <w:rPr>
          <w:rFonts w:ascii="Gentium Plus" w:hAnsi="Gentium Plus"/>
          <w:sz w:val="24"/>
        </w:rPr>
        <w:t>Λάταξ. ἡ μεγάλη σταγών. †Λαταγή. ὁ θόρυβος.† †Λαΐνθη. λάρναξ λιθίνη.† †Λατρεία. θυσία.†</w:t>
      </w:r>
    </w:p>
    <w:p>
      <w:r>
        <w:rPr>
          <w:rFonts w:ascii="Courier New" w:hAnsi="Courier New"/>
          <w:color w:val="555555"/>
          <w:sz w:val="20"/>
        </w:rPr>
        <w:t>[5]</w:t>
      </w:r>
    </w:p>
    <w:p>
      <w:r>
        <w:rPr>
          <w:rFonts w:ascii="Gentium Plus" w:hAnsi="Gentium Plus"/>
          <w:sz w:val="24"/>
        </w:rPr>
        <w:t>Λάτρις. ἡ θεράπαινα, ἡ δούλη. Λατρεία. δουλεία θεῷ μόνῳ πρέπουσα. Λαμυρία. ἡ στωμυλία. ἢ ἡ ἄκαιρος ἀνδρεία. Λαῦρα. πλατεῖα ῥύμη, δι’ ἧς ὁ λαὸς παρέρ‐ χεται. παρὰ τὸ λίαν αὔραν ἔχειν. ἦν οὐδὸς</w:t>
      </w:r>
    </w:p>
    <w:p>
      <w:r>
        <w:rPr>
          <w:rFonts w:ascii="Courier New" w:hAnsi="Courier New"/>
          <w:color w:val="555555"/>
          <w:sz w:val="20"/>
        </w:rPr>
        <w:t>[10]</w:t>
      </w:r>
    </w:p>
    <w:p>
      <w:r>
        <w:rPr>
          <w:rFonts w:ascii="Gentium Plus" w:hAnsi="Gentium Plus"/>
          <w:sz w:val="24"/>
        </w:rPr>
        <w:t>ἐς λαύρην. Λαυκανίη. ὁ λαιμός. ἀπὸ τῆς ἀπολαύσεως. ἄλλοι δέ φασι λευκανίη. Λαφυραγωγία. ἡ αἰχμαλωσία. Λάχνη. ἡ τρίχωσις. λέγεται δὲ καὶ ὁ τῆς θα‐</w:t>
      </w:r>
    </w:p>
    <w:p>
      <w:r>
        <w:rPr>
          <w:rFonts w:ascii="Courier New" w:hAnsi="Courier New"/>
          <w:color w:val="555555"/>
          <w:sz w:val="20"/>
        </w:rPr>
        <w:t>[15]</w:t>
      </w:r>
    </w:p>
    <w:p>
      <w:r>
        <w:rPr>
          <w:rFonts w:ascii="Gentium Plus" w:hAnsi="Gentium Plus"/>
          <w:sz w:val="24"/>
        </w:rPr>
        <w:t>λάσσης ἀφρός.</w:t>
      </w:r>
    </w:p>
    <w:p>
      <w:r>
        <w:rPr>
          <w:rFonts w:ascii="Courier New" w:hAnsi="Courier New"/>
          <w:color w:val="555555"/>
          <w:sz w:val="20"/>
        </w:rPr>
        <w:t>[lambda 1287]</w:t>
      </w:r>
    </w:p>
    <w:p>
      <w:r>
        <w:rPr>
          <w:rFonts w:ascii="Gentium Plus" w:hAnsi="Gentium Plus"/>
          <w:sz w:val="24"/>
        </w:rPr>
        <w:t>Λάχεια. σημαίνει τὴν καλῶς ἐσκαμμένην γῆν. παρὰ τὸ λα ἐπιτατικόν. ὡς ἀπὸ τοῦ χαίρω χάρεια, καὶ ἀνθῶ ἄνθεια, καὶ κρατῶ κράτεια, οὕτως ἀπὸ τοῦ λαχῶ λάχεια. τὰ γὰρ ἀπὸ</w:t>
      </w:r>
    </w:p>
    <w:p>
      <w:r>
        <w:rPr>
          <w:rFonts w:ascii="Courier New" w:hAnsi="Courier New"/>
          <w:color w:val="555555"/>
          <w:sz w:val="20"/>
        </w:rPr>
        <w:t>[5]</w:t>
      </w:r>
    </w:p>
    <w:p>
      <w:r>
        <w:rPr>
          <w:rFonts w:ascii="Gentium Plus" w:hAnsi="Gentium Plus"/>
          <w:sz w:val="24"/>
        </w:rPr>
        <w:t>ἐνεστῶτος διὰ τοῦ εια γινόμενα θηλυκὰ προ‐ παροξύνονται καὶ διὰ τῆς ει διφθόγγου γρά‐ φονται, οἷον· μήδω μήδεια· θέρω θέρεια. Λαικάστρια. ἡ πόρνη. Λαίλαψ. σκότος μετὰ συστροφῆς ἀνέμων.</w:t>
      </w:r>
    </w:p>
    <w:p>
      <w:r>
        <w:rPr>
          <w:rFonts w:ascii="Courier New" w:hAnsi="Courier New"/>
          <w:color w:val="555555"/>
          <w:sz w:val="20"/>
        </w:rPr>
        <w:t>[10]</w:t>
      </w:r>
    </w:p>
    <w:p>
      <w:r>
        <w:rPr>
          <w:rFonts w:ascii="Gentium Plus" w:hAnsi="Gentium Plus"/>
          <w:sz w:val="24"/>
        </w:rPr>
        <w:t>Λαιμαργία. λαιμοῦ ἔφεσις. οὐκ ἐν πλήθει, ἀλλ’ ἐφ’ ἡδύτητι βρωμάτων μαινομένη. Λαίστη. ἡ αἰσχύνη. Λαίνιλα. ὄνομα νήσου. Λαῖρος. ὄνομα πόλεως.</w:t>
      </w:r>
    </w:p>
    <w:p>
      <w:r>
        <w:rPr>
          <w:rFonts w:ascii="Courier New" w:hAnsi="Courier New"/>
          <w:color w:val="555555"/>
          <w:sz w:val="20"/>
        </w:rPr>
        <w:t>[15]</w:t>
      </w:r>
    </w:p>
    <w:p>
      <w:r>
        <w:rPr>
          <w:rFonts w:ascii="Gentium Plus" w:hAnsi="Gentium Plus"/>
          <w:sz w:val="24"/>
        </w:rPr>
        <w:t>Λαίτρινα. πόλις. Λαμπάς. παρὰ τὸ λάμπω, τὸ φαίνω, γίνεται</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Λάγειον. αἷμα καὶ κρέας. †Λαῖγμα. τὸ ἱερὸν θῦμα.† †Λαίετον. τὸ ἀρχεῖον.†</w:t>
      </w:r>
    </w:p>
    <w:p>
      <w:r>
        <w:rPr>
          <w:rFonts w:ascii="Courier New" w:hAnsi="Courier New"/>
          <w:color w:val="555555"/>
          <w:sz w:val="20"/>
        </w:rPr>
        <w:t>[5]</w:t>
      </w:r>
    </w:p>
    <w:p>
      <w:r>
        <w:rPr>
          <w:rFonts w:ascii="Gentium Plus" w:hAnsi="Gentium Plus"/>
          <w:sz w:val="24"/>
        </w:rPr>
        <w:t>†Λαιτρόν. τὸ ἀχρεῖον. καὶ λαιτρὸν τὸ πρυ‐ τανεῖον.† †Λαῖφος. ἡ χλαῖνα.† Λάϊνον. λίθινον. Λακίσματα. τὰ σχίσματα τὰ ἀποπίπτοντα</w:t>
      </w:r>
    </w:p>
    <w:p>
      <w:r>
        <w:rPr>
          <w:rFonts w:ascii="Courier New" w:hAnsi="Courier New"/>
          <w:color w:val="555555"/>
          <w:sz w:val="20"/>
        </w:rPr>
        <w:t>[10]</w:t>
      </w:r>
    </w:p>
    <w:p>
      <w:r>
        <w:rPr>
          <w:rFonts w:ascii="Gentium Plus" w:hAnsi="Gentium Plus"/>
          <w:sz w:val="24"/>
        </w:rPr>
        <w:t>τῶν σαρκῶν. Λακίνιον. ὄνομα ὄρους. Λάκκαιον. ὕδωρ καὶ ὄρος. Λακέντιον ... [Λαλίστατον. εὔγλωττον· εὔφωνον.]</w:t>
      </w:r>
    </w:p>
    <w:p>
      <w:r>
        <w:rPr>
          <w:rFonts w:ascii="Courier New" w:hAnsi="Courier New"/>
          <w:color w:val="555555"/>
          <w:sz w:val="20"/>
        </w:rPr>
        <w:t>[15]</w:t>
      </w:r>
    </w:p>
    <w:p>
      <w:r>
        <w:rPr>
          <w:rFonts w:ascii="Gentium Plus" w:hAnsi="Gentium Plus"/>
          <w:sz w:val="24"/>
        </w:rPr>
        <w:t>Λαμυρόν. κομψὸν, λαμπρόν.</w:t>
      </w:r>
    </w:p>
    <w:p>
      <w:r>
        <w:rPr>
          <w:rFonts w:ascii="Courier New" w:hAnsi="Courier New"/>
          <w:color w:val="555555"/>
          <w:sz w:val="20"/>
        </w:rPr>
        <w:t>[lambda 1289]</w:t>
      </w:r>
    </w:p>
    <w:p>
      <w:r>
        <w:rPr>
          <w:rFonts w:ascii="Gentium Plus" w:hAnsi="Gentium Plus"/>
          <w:sz w:val="24"/>
        </w:rPr>
        <w:t>Λαξευτήριον. ἐργαλεῖον οἰκοδομικὸν ἢ λιθο‐ ξοϊκόν. Λαρόν. προσηνὲς, ἡδύ. παρὰ τὸ ἱλαρὸν, λαρόν. ἢ παρὰ τὸ λῶ, τὸ θέλω καὶ ἀπολαύω.</w:t>
      </w:r>
    </w:p>
    <w:p>
      <w:r>
        <w:rPr>
          <w:rFonts w:ascii="Courier New" w:hAnsi="Courier New"/>
          <w:color w:val="555555"/>
          <w:sz w:val="20"/>
        </w:rPr>
        <w:t>[5]</w:t>
      </w:r>
    </w:p>
    <w:p>
      <w:r>
        <w:rPr>
          <w:rFonts w:ascii="Gentium Plus" w:hAnsi="Gentium Plus"/>
          <w:sz w:val="24"/>
        </w:rPr>
        <w:t>Λάσιον. τὸ δασύ. καὶ τὸ ἰσχυρόν. ὡς τό· λάσιον κέαρ. ὅ ἐστιν ἰσχυρὰ ψυχή. παρὰ τὸ λα ἐπιτατι‐ κὸν καὶ τὸ σεύω, τὸ ὁρμῶ. στήθεσι λασίοισιν—.</w:t>
      </w:r>
    </w:p>
    <w:p>
      <w:r>
        <w:rPr>
          <w:rFonts w:ascii="Courier New" w:hAnsi="Courier New"/>
          <w:color w:val="555555"/>
          <w:sz w:val="20"/>
        </w:rPr>
        <w:t>[10]</w:t>
      </w:r>
    </w:p>
    <w:p>
      <w:r>
        <w:rPr>
          <w:rFonts w:ascii="Gentium Plus" w:hAnsi="Gentium Plus"/>
          <w:sz w:val="24"/>
        </w:rPr>
        <w:t>ὑπὸ γὰρ τὴν γαστέρα κεῖται ἡ καρδία, ἐν ᾗ τὸ ξηρῶδες καὶ θερμὸν καὶ μανικὸν τῆς ψυχῆς. Λασάνια. γραικιστὶ αἱ πρασιαί. Λάχιον. τὸ λάχος· ὁ κλῆρος. Λαχανηρόν. τὸ τῶν λαχάνων.</w:t>
      </w:r>
    </w:p>
    <w:p>
      <w:r>
        <w:rPr>
          <w:rFonts w:ascii="Courier New" w:hAnsi="Courier New"/>
          <w:color w:val="555555"/>
          <w:sz w:val="20"/>
        </w:rPr>
        <w:t>[15]</w:t>
      </w:r>
    </w:p>
    <w:p>
      <w:r>
        <w:rPr>
          <w:rFonts w:ascii="Gentium Plus" w:hAnsi="Gentium Plus"/>
          <w:sz w:val="24"/>
        </w:rPr>
        <w:t>Λαχνῆεν. τὸ δασύ. Λάφυρα. τὰ ἐκ τῶν πολεμίων ἔτι ζώντων λαμ‐ βανόμενα· τὰ γὰρ ἐκ τῶν τεθνεώτων σκύλα λέγονται. Λαμώνιον. ὄνομα ὄρους.</w:t>
      </w:r>
    </w:p>
    <w:p>
      <w:r>
        <w:rPr>
          <w:rFonts w:ascii="Courier New" w:hAnsi="Courier New"/>
          <w:color w:val="555555"/>
          <w:sz w:val="20"/>
        </w:rPr>
        <w:t>[20]</w:t>
      </w:r>
    </w:p>
    <w:p>
      <w:r>
        <w:rPr>
          <w:rFonts w:ascii="Gentium Plus" w:hAnsi="Gentium Plus"/>
          <w:sz w:val="24"/>
        </w:rPr>
        <w:t>Λαιόν. τὸ ἀριστερόν. Λαισήϊα. μικρὰ ἀσπιδίσκια. ὠμοβύρσια. βαρ‐</w:t>
      </w:r>
    </w:p>
    <w:p>
      <w:r>
        <w:rPr>
          <w:rFonts w:ascii="Courier New" w:hAnsi="Courier New"/>
          <w:color w:val="555555"/>
          <w:sz w:val="20"/>
        </w:rPr>
        <w:t>[lambda 1290]</w:t>
      </w:r>
    </w:p>
    <w:p>
      <w:r>
        <w:rPr>
          <w:rFonts w:ascii="Gentium Plus" w:hAnsi="Gentium Plus"/>
          <w:sz w:val="24"/>
        </w:rPr>
        <w:t>Λαῖτμα. τὸ χάσμα καὶ μέγα πέλαγος, ἢ τὸ κῦμα. Λαῖφος. τὸ ἄρμενον. παρὰ τὸ λίαν φαίνεσθαι. Λαίφυρον. τὸ ἀσθενές.</w:t>
      </w:r>
    </w:p>
    <w:p>
      <w:r>
        <w:rPr>
          <w:rFonts w:ascii="Courier New" w:hAnsi="Courier New"/>
          <w:color w:val="555555"/>
          <w:sz w:val="20"/>
        </w:rPr>
        <w:t>[5]</w:t>
      </w:r>
    </w:p>
    <w:p>
      <w:r>
        <w:rPr>
          <w:rFonts w:ascii="Gentium Plus" w:hAnsi="Gentium Plus"/>
          <w:sz w:val="24"/>
        </w:rPr>
        <w:t>Λάμβδα. τὸ στοιχεῖον. οἱονεὶ λάβα τὶ ὄν· παρὰ τὸ λείως βαίνειν ἐν τοῖς μέτροις καὶ ἀσθε‐ νὲς εἶναι πρὸς [τὸ μηκύνειν] τὰς συλλαβάς.</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Λαβόμενος. δραξάμενος.</w:t>
      </w:r>
    </w:p>
    <w:p>
      <w:r>
        <w:rPr>
          <w:rFonts w:ascii="Courier New" w:hAnsi="Courier New"/>
          <w:color w:val="555555"/>
          <w:sz w:val="20"/>
        </w:rPr>
        <w:t>[10]</w:t>
      </w:r>
    </w:p>
    <w:p>
      <w:r>
        <w:rPr>
          <w:rFonts w:ascii="Gentium Plus" w:hAnsi="Gentium Plus"/>
          <w:sz w:val="24"/>
        </w:rPr>
        <w:t>Λάζετο. ἐκράτησεν. λήβω, τὸ λαμβάνω, ὁ δεύ‐ τερος ἀόριστος ἔλαβον, καὶ ἐξ αὐτοῦ λαβάζω καὶ κατὰ συγκοπὴν λάζω, λάζομαι, ἐλαζόμην, καὶ λάζου, ἐλάζετο. †Λαβράζων. ἠχῶν τοῖς πτεροῖς.†</w:t>
      </w:r>
    </w:p>
    <w:p>
      <w:r>
        <w:rPr>
          <w:rFonts w:ascii="Courier New" w:hAnsi="Courier New"/>
          <w:color w:val="555555"/>
          <w:sz w:val="20"/>
        </w:rPr>
        <w:t>[15]</w:t>
      </w:r>
    </w:p>
    <w:p>
      <w:r>
        <w:rPr>
          <w:rFonts w:ascii="Gentium Plus" w:hAnsi="Gentium Plus"/>
          <w:sz w:val="24"/>
        </w:rPr>
        <w:t>†Λαίεται. καταλύεται.† †Λαιθυράζειν. τὸ διὰ στόματος ψόφον ποιεῖν ἐπὶ τῷ μαζῷ.† †Λαιλάχω. τὸ ψοφῶ.† †Λαιμάσσω. τὸ ἀμέτρως ἐσθίω.†</w:t>
      </w:r>
    </w:p>
    <w:p>
      <w:r>
        <w:rPr>
          <w:rFonts w:ascii="Courier New" w:hAnsi="Courier New"/>
          <w:color w:val="555555"/>
          <w:sz w:val="20"/>
        </w:rPr>
        <w:t>[20]</w:t>
      </w:r>
    </w:p>
    <w:p>
      <w:r>
        <w:rPr>
          <w:rFonts w:ascii="Gentium Plus" w:hAnsi="Gentium Plus"/>
          <w:sz w:val="24"/>
        </w:rPr>
        <w:t>†Λαιμφεύειν. τὸ δραπετεύειν.† †Λαίω. τὸ βλέπω. καὶ τὸ φονεύω.†</w:t>
      </w:r>
    </w:p>
    <w:p>
      <w:r>
        <w:rPr>
          <w:rFonts w:ascii="Courier New" w:hAnsi="Courier New"/>
          <w:color w:val="555555"/>
          <w:sz w:val="20"/>
        </w:rPr>
        <w:t>[lambda 1291]</w:t>
      </w:r>
    </w:p>
    <w:p>
      <w:r>
        <w:rPr>
          <w:rFonts w:ascii="Gentium Plus" w:hAnsi="Gentium Plus"/>
          <w:sz w:val="24"/>
        </w:rPr>
        <w:t>Λακίσαι. σχίσαι. καὶ λακῶ ὁμοίως. Λακωνίζειν. τὸ γράφειν περὶ πλείστων ὀλίγας συλλαβάς. Λαμπετόωντι. λάμποντι.</w:t>
      </w:r>
    </w:p>
    <w:p>
      <w:r>
        <w:rPr>
          <w:rFonts w:ascii="Courier New" w:hAnsi="Courier New"/>
          <w:color w:val="555555"/>
          <w:sz w:val="20"/>
        </w:rPr>
        <w:t>[5]</w:t>
      </w:r>
    </w:p>
    <w:p>
      <w:r>
        <w:rPr>
          <w:rFonts w:ascii="Gentium Plus" w:hAnsi="Gentium Plus"/>
          <w:sz w:val="24"/>
        </w:rPr>
        <w:t>—πυρὶ λαμπετόωντι— παρὰ τὸ λάμπω γίνεται λαμπετῶ. ἡ μετοχὴ λαμπετῶν, λαμπετῶντος, λαμπετῶντι καὶ πλεο‐ νασμῷ τοῦ ο λαμπετόωντι. εἰώθασιν οἱ ποιηταὶ ἐπὶ τῆς δευτέρας συζυγίας πλεονάζειν τὸ ο.</w:t>
      </w:r>
    </w:p>
    <w:p>
      <w:r>
        <w:rPr>
          <w:rFonts w:ascii="Courier New" w:hAnsi="Courier New"/>
          <w:color w:val="555555"/>
          <w:sz w:val="20"/>
        </w:rPr>
        <w:t>[10]</w:t>
      </w:r>
    </w:p>
    <w:p>
      <w:r>
        <w:rPr>
          <w:rFonts w:ascii="Gentium Plus" w:hAnsi="Gentium Plus"/>
          <w:sz w:val="24"/>
        </w:rPr>
        <w:t>Λαπάξαι. τὸ κενῶσαι. καὶ λάπτειν τὸ ἐκκε‐ νοῦν. κενωτικὸν γὰρ γαστρὸς ἡ λάπαθος βο‐ τάνη. Λαπίζειν. ἀλαζονεύεσθαι, προπετεύεσθαι, ψεύ‐ δεσθαι.</w:t>
      </w:r>
    </w:p>
    <w:p>
      <w:r>
        <w:rPr>
          <w:rFonts w:ascii="Courier New" w:hAnsi="Courier New"/>
          <w:color w:val="555555"/>
          <w:sz w:val="20"/>
        </w:rPr>
        <w:t>[15]</w:t>
      </w:r>
    </w:p>
    <w:p>
      <w:r>
        <w:rPr>
          <w:rFonts w:ascii="Gentium Plus" w:hAnsi="Gentium Plus"/>
          <w:sz w:val="24"/>
        </w:rPr>
        <w:t>Λαρυγγίζειν. τὸ πλατύνειν τὴν φωνὴν καὶ μὴ κατὰ φύσιν φθέγγεσθαι, ἀλλὰ περιεργότερον τῷ λάρυγγι χρῆσθαι καὶ ἐπιτηδεύειν. Λατρεύειν. κυρίως τὸ δουλεύειν καὶ πάντα ποιεῖν ἀπὸ διαθέσεως. καθὼς καὶ Παῦλος ὁ Ἀπό‐</w:t>
      </w:r>
    </w:p>
    <w:p>
      <w:r>
        <w:rPr>
          <w:rFonts w:ascii="Courier New" w:hAnsi="Courier New"/>
          <w:color w:val="555555"/>
          <w:sz w:val="20"/>
        </w:rPr>
        <w:t>[20]</w:t>
      </w:r>
    </w:p>
    <w:p>
      <w:r>
        <w:rPr>
          <w:rFonts w:ascii="Gentium Plus" w:hAnsi="Gentium Plus"/>
          <w:sz w:val="24"/>
        </w:rPr>
        <w:t>στολος φησίν· ᾧ λατρεύω ἐν τῷ πνεύματί μου. Λαφύξας. διασπαράξας· ἀφειδῶς θοινησάμε‐</w:t>
      </w:r>
    </w:p>
    <w:p>
      <w:r>
        <w:rPr>
          <w:rFonts w:ascii="Courier New" w:hAnsi="Courier New"/>
          <w:color w:val="555555"/>
          <w:sz w:val="20"/>
        </w:rPr>
        <w:t>[lambda 1292]</w:t>
      </w:r>
    </w:p>
    <w:p>
      <w:r>
        <w:rPr>
          <w:rFonts w:ascii="Gentium Plus" w:hAnsi="Gentium Plus"/>
          <w:sz w:val="24"/>
        </w:rPr>
        <w:t>Λαχόντα. κληρωσάμενον. Λαχόην. ἔστι λάχοιμι, λάχοις, λάχοι. ἐκ τούτου γίνεται λαχοίη κατὰ πλεονασμὸν τοῦ η ἀττικῶς. εἶτα προσθήκῃ τοῦ ς λαχοίης καὶ</w:t>
      </w:r>
    </w:p>
    <w:p>
      <w:r>
        <w:rPr>
          <w:rFonts w:ascii="Courier New" w:hAnsi="Courier New"/>
          <w:color w:val="555555"/>
          <w:sz w:val="20"/>
        </w:rPr>
        <w:t>[5]</w:t>
      </w:r>
    </w:p>
    <w:p>
      <w:r>
        <w:rPr>
          <w:rFonts w:ascii="Gentium Plus" w:hAnsi="Gentium Plus"/>
          <w:sz w:val="24"/>
        </w:rPr>
        <w:t>τροπῇ τοῦ ς εἰς τὸ ν τὸ πρῶτον λαχοίην. ὥσπερ ἐτύφθην, ἐτύφθης, ἐτύφθη. καὶ λοιπὸν οἱ Αἰο‐ λεῖς ἀποβάλλουσι τὸ ι, καὶ γίνεται λαχόην. Λαχῆναι. σκάψαι. Λάψαι. τῇ γλώσσῃ πιεῖν, ἢ ῥοφῆσαι.</w:t>
      </w:r>
    </w:p>
    <w:p>
      <w:r>
        <w:rPr>
          <w:rFonts w:ascii="Courier New" w:hAnsi="Courier New"/>
          <w:color w:val="555555"/>
          <w:sz w:val="20"/>
        </w:rPr>
        <w:t>[10]</w:t>
      </w:r>
    </w:p>
    <w:p>
      <w:r>
        <w:rPr>
          <w:rFonts w:ascii="Gentium Plus" w:hAnsi="Gentium Plus"/>
          <w:sz w:val="24"/>
        </w:rPr>
        <w:t>Λαιθυράζω. χλευάζω. Λαικάζω. τὸ ἀπατῶ. ἀπατητικαὶ γὰρ αἱ λαι‐ κάστριαι, ὅ ἐστιν αἱ πόρναι. Λαμβανόμενος. προβαλλόμενος. Ἀποστολικὴ ἡ λέξις. πᾶς γὰρ ἀρχιερεὺς ἐξ ἀνθρώπων λαμ‐</w:t>
      </w:r>
    </w:p>
    <w:p>
      <w:r>
        <w:rPr>
          <w:rFonts w:ascii="Courier New" w:hAnsi="Courier New"/>
          <w:color w:val="555555"/>
          <w:sz w:val="20"/>
        </w:rPr>
        <w:t>[15]</w:t>
      </w:r>
    </w:p>
    <w:p>
      <w:r>
        <w:rPr>
          <w:rFonts w:ascii="Gentium Plus" w:hAnsi="Gentium Plus"/>
          <w:sz w:val="24"/>
        </w:rPr>
        <w:t>βανόμενος ὑπὲρ ἀνθρώπων καθίσταται.</w:t>
      </w:r>
    </w:p>
    <w:p>
      <w:pPr>
        <w:jc w:val="center"/>
      </w:pPr>
      <w:r>
        <w:rPr>
          <w:rFonts w:ascii="Gentium Plus" w:hAnsi="Gentium Plus"/>
          <w:b/>
          <w:sz w:val="24"/>
        </w:rPr>
        <w:t>(Ἐπίῤῥημα.)</w:t>
      </w:r>
    </w:p>
    <w:p>
      <w:r>
        <w:rPr>
          <w:rFonts w:ascii="Courier New" w:hAnsi="Courier New"/>
          <w:color w:val="555555"/>
          <w:sz w:val="20"/>
        </w:rPr>
        <w:t>[17]</w:t>
      </w:r>
    </w:p>
    <w:p>
      <w:r>
        <w:rPr>
          <w:rFonts w:ascii="Gentium Plus" w:hAnsi="Gentium Plus"/>
          <w:sz w:val="24"/>
        </w:rPr>
        <w:t>Λὰξ ἐντείνων. ἀντὶ τοῦ λακτίσματι τύπτων.</w:t>
      </w:r>
    </w:p>
    <w:p>
      <w:pPr>
        <w:jc w:val="center"/>
      </w:pPr>
      <w:r>
        <w:rPr>
          <w:rFonts w:ascii="Gentium Plus" w:hAnsi="Gentium Plus"/>
          <w:b/>
          <w:sz w:val="24"/>
        </w:rPr>
        <w:t>Τὸ Λ μετὰ τοῦ Ε.</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Λέβης. τὸ χερνίβιον. ἀπὸ τοῦ τὰς λιβάδας</w:t>
      </w:r>
    </w:p>
    <w:p>
      <w:r>
        <w:rPr>
          <w:rFonts w:ascii="Courier New" w:hAnsi="Courier New"/>
          <w:color w:val="555555"/>
          <w:sz w:val="20"/>
        </w:rPr>
        <w:t>[lambda 1293]</w:t>
      </w:r>
    </w:p>
    <w:p>
      <w:r>
        <w:rPr>
          <w:rFonts w:ascii="Gentium Plus" w:hAnsi="Gentium Plus"/>
          <w:sz w:val="24"/>
        </w:rPr>
        <w:t>κάβιον· εἰς ὃν λείβεται καὶ ἐμβάλλεται τὸ ὕδωρ. Λέβης. καὶ ὄνομα ἰχθύος. τὰ ὕεια κρέα καὶ τοὺς λέβητας.</w:t>
      </w:r>
    </w:p>
    <w:p>
      <w:r>
        <w:rPr>
          <w:rFonts w:ascii="Courier New" w:hAnsi="Courier New"/>
          <w:color w:val="555555"/>
          <w:sz w:val="20"/>
        </w:rPr>
        <w:t>[5]</w:t>
      </w:r>
    </w:p>
    <w:p>
      <w:r>
        <w:rPr>
          <w:rFonts w:ascii="Gentium Plus" w:hAnsi="Gentium Plus"/>
          <w:sz w:val="24"/>
        </w:rPr>
        <w:t>Λεβηδών. τόπος, ἐν ᾧ ἐθυσίαζον οἱ κατὰ τὴν λιβανησίαν Ἀῤῥαβίαν Μωαβῖται. Λεγεών. αἱ δώδεκα μυριάδες. Λέκιθος. ὁ κρόκος τοῦ ὠοῦ. Λέμβος. τὸ μικρὸν πλοιάριον.</w:t>
      </w:r>
    </w:p>
    <w:p>
      <w:r>
        <w:rPr>
          <w:rFonts w:ascii="Courier New" w:hAnsi="Courier New"/>
          <w:color w:val="555555"/>
          <w:sz w:val="20"/>
        </w:rPr>
        <w:t>[10]</w:t>
      </w:r>
    </w:p>
    <w:p>
      <w:r>
        <w:rPr>
          <w:rFonts w:ascii="Gentium Plus" w:hAnsi="Gentium Plus"/>
          <w:sz w:val="24"/>
        </w:rPr>
        <w:t>Λευστῆρα. λιθοβόλον. Λυκόφρων· λευστῆρα οὕνεκ’ ἔριψε πρῶτος πέτρον. Λευΐτης. ὁ διάκονας, καὶ ὁ ἀπὸ φυλῆς τοῦ Λευΐ. ἢ λευΐτης ἐστὶν ὁ διακονῆσαι τὸν τοῦ θεοῦ λό‐ γον πρὸς ὠφέλειαν ἄλλοις δυνάμενος.</w:t>
      </w:r>
    </w:p>
    <w:p>
      <w:r>
        <w:rPr>
          <w:rFonts w:ascii="Courier New" w:hAnsi="Courier New"/>
          <w:color w:val="555555"/>
          <w:sz w:val="20"/>
        </w:rPr>
        <w:t>[15]</w:t>
      </w:r>
    </w:p>
    <w:p>
      <w:r>
        <w:rPr>
          <w:rFonts w:ascii="Gentium Plus" w:hAnsi="Gentium Plus"/>
          <w:sz w:val="24"/>
        </w:rPr>
        <w:t>Λευγαλέος. ὀλέθριος· χαλεπός. Λευρός. ὁμαλὸς, λεῖος· πλατύς. ἀπὸ τοῦ λίαν εὐρύς. Λευϊθὰν, ἢ λευϊαθάν. βασιλεὺς ὑδάτων ἑρ‐ μηνεύεται.</w:t>
      </w:r>
    </w:p>
    <w:p>
      <w:r>
        <w:rPr>
          <w:rFonts w:ascii="Courier New" w:hAnsi="Courier New"/>
          <w:color w:val="555555"/>
          <w:sz w:val="20"/>
        </w:rPr>
        <w:t>[20]</w:t>
      </w:r>
    </w:p>
    <w:p>
      <w:r>
        <w:rPr>
          <w:rFonts w:ascii="Gentium Plus" w:hAnsi="Gentium Plus"/>
          <w:sz w:val="24"/>
        </w:rPr>
        <w:t>Λευχείμων. λευκὰ ἱμάτια ἐνδεδυμένος. Λεώς. ὁ λαός. Ἀττικὸν δέ ἐστι.</w:t>
      </w:r>
    </w:p>
    <w:p>
      <w:r>
        <w:rPr>
          <w:rFonts w:ascii="Courier New" w:hAnsi="Courier New"/>
          <w:color w:val="555555"/>
          <w:sz w:val="20"/>
        </w:rPr>
        <w:t>[lambda 1294]</w:t>
      </w:r>
    </w:p>
    <w:p>
      <w:r>
        <w:rPr>
          <w:rFonts w:ascii="Gentium Plus" w:hAnsi="Gentium Plus"/>
          <w:sz w:val="24"/>
        </w:rPr>
        <w:t>ὁ ἐστερημένος τοῦ βλέπειν. ὀξυδερκέστατον γὰρ τὸ ζῶον, ὡς φησὶν ὁ Μανέθων ἐν τῷ πρὸς Ἡρόδοτον, ὅτι οὐδέποτε καθεύδει ὁ λέων. τοῦ‐ το δὲ ἀπίθανον· οὐκ ἐνδέχεται γὰρ ἐγρηγορέ‐</w:t>
      </w:r>
    </w:p>
    <w:p>
      <w:r>
        <w:rPr>
          <w:rFonts w:ascii="Courier New" w:hAnsi="Courier New"/>
          <w:color w:val="555555"/>
          <w:sz w:val="20"/>
        </w:rPr>
        <w:t>[5]</w:t>
      </w:r>
    </w:p>
    <w:p>
      <w:r>
        <w:rPr>
          <w:rFonts w:ascii="Gentium Plus" w:hAnsi="Gentium Plus"/>
          <w:sz w:val="24"/>
        </w:rPr>
        <w:t>ναι ἀεί. ἀλλ’ ἴσως, ὡς ἡ δορκὰς ἐν τῷ καθεύ‐ δειν, οὕτως καὶ ὁ λέων ἀνεωγμένους ἔχει τοὺς ὀφθαλμούς· ἐπειδὴ τῶν ὀφθαλμῶν αὐτοῦ με‐ γάλων ὄντων τὸ δέρμα τὸ ἐπικείμενον τοῖς ὀφθαλμοῖς μικρότερόν ἐστι καὶ οὐ δύναται σκε‐</w:t>
      </w:r>
    </w:p>
    <w:p>
      <w:r>
        <w:rPr>
          <w:rFonts w:ascii="Courier New" w:hAnsi="Courier New"/>
          <w:color w:val="555555"/>
          <w:sz w:val="20"/>
        </w:rPr>
        <w:t>[10]</w:t>
      </w:r>
    </w:p>
    <w:p>
      <w:r>
        <w:rPr>
          <w:rFonts w:ascii="Gentium Plus" w:hAnsi="Gentium Plus"/>
          <w:sz w:val="24"/>
        </w:rPr>
        <w:t>πάσαι αὐτούς. Λειμών. κῆπος· ἢ τόπος ἀνθηρὸς, ἢ παράδει‐ σος. παρὰ τὸ λείβω, λειβὼν, καὶ λειμών. πε‐ ριεκτικὸν δέ ἐστιν, ὡς καὶ τὸ χειμών. καὶ λεί‐ μαξ, ὁ κῆπος.</w:t>
      </w:r>
    </w:p>
    <w:p>
      <w:r>
        <w:rPr>
          <w:rFonts w:ascii="Courier New" w:hAnsi="Courier New"/>
          <w:color w:val="555555"/>
          <w:sz w:val="20"/>
        </w:rPr>
        <w:t>[15]</w:t>
      </w:r>
    </w:p>
    <w:p>
      <w:r>
        <w:rPr>
          <w:rFonts w:ascii="Gentium Plus" w:hAnsi="Gentium Plus"/>
          <w:sz w:val="24"/>
        </w:rPr>
        <w:t>Λείξουρος. ὁ πλεονέκτης. Λειβήθριοι. ἔθνος μωρόν. ἀπὸ τόπου Λειβήθρα καλουμένου, ἐν ᾧ κατοικοῦσιν ἀνόητοι ἄνθρω‐ ποι. Θουκυδίδης· Λειβηθρίων ἀνοητότεροι. Λείους. ὁμαλούς.</w:t>
      </w:r>
    </w:p>
    <w:p>
      <w:r>
        <w:rPr>
          <w:rFonts w:ascii="Courier New" w:hAnsi="Courier New"/>
          <w:color w:val="555555"/>
          <w:sz w:val="20"/>
        </w:rPr>
        <w:t>[20]</w:t>
      </w:r>
    </w:p>
    <w:p>
      <w:r>
        <w:rPr>
          <w:rFonts w:ascii="Gentium Plus" w:hAnsi="Gentium Plus"/>
          <w:sz w:val="24"/>
        </w:rPr>
        <w:t>Λειόβατος. ὁμαλός. Λειρόφθαλμος. εἰ μὲν σημαίνει τὸν προσηνῆ,</w:t>
      </w:r>
    </w:p>
    <w:p>
      <w:r>
        <w:rPr>
          <w:rFonts w:ascii="Courier New" w:hAnsi="Courier New"/>
          <w:color w:val="555555"/>
          <w:sz w:val="20"/>
        </w:rPr>
        <w:t>[lambda 1295]</w:t>
      </w:r>
    </w:p>
    <w:p>
      <w:r>
        <w:rPr>
          <w:rFonts w:ascii="Gentium Plus" w:hAnsi="Gentium Plus"/>
          <w:sz w:val="24"/>
        </w:rPr>
        <w:t>ριον, ὃ σημαίνει τὸ ἄνθος. εἰ δὲ διὰ τοῦ ι, ση‐ μαίνει τὸν ἀναιδῆ. τοῦτο δὲ παρὰ τὸ λίαν ὁρᾷν. λέγει δὲ Ὦρος ὁ Μιλήσιος, ὅτι οὐ τῶν ἀνθῶν δεῖ λέγειν, ἀλλὰ τῶν ἀνθέων διὰ τὴν</w:t>
      </w:r>
    </w:p>
    <w:p>
      <w:r>
        <w:rPr>
          <w:rFonts w:ascii="Courier New" w:hAnsi="Courier New"/>
          <w:color w:val="555555"/>
          <w:sz w:val="20"/>
        </w:rPr>
        <w:t>[5]</w:t>
      </w:r>
    </w:p>
    <w:p>
      <w:r>
        <w:rPr>
          <w:rFonts w:ascii="Gentium Plus" w:hAnsi="Gentium Plus"/>
          <w:sz w:val="24"/>
        </w:rPr>
        <w:t>συνέμπτωσιν τοῦ ἀνθ’ ὧν ἐπίστατο, ὅπερ ἐκ τῆς ἀντὶ προθέσεως καὶ τοῦ ὧν ὑποτακτικοῦ ἄρθρου γέγονε. Λειποτάκτης. ὁ φεύγων καὶ καταλιμπάνων τὴν τάξιν. κυρίως δὲ ἐπὶ στρατιωτῶν φευγόντων</w:t>
      </w:r>
    </w:p>
    <w:p>
      <w:r>
        <w:rPr>
          <w:rFonts w:ascii="Courier New" w:hAnsi="Courier New"/>
          <w:color w:val="555555"/>
          <w:sz w:val="20"/>
        </w:rPr>
        <w:t>[10]</w:t>
      </w:r>
    </w:p>
    <w:p>
      <w:r>
        <w:rPr>
          <w:rFonts w:ascii="Gentium Plus" w:hAnsi="Gentium Plus"/>
          <w:sz w:val="24"/>
        </w:rPr>
        <w:t>τὸν πόλεμον. Λειπόνεως. ὁ λιπὼν τὴν ναῦν. Λειχήν. εἶδος πάθους. παρὰ τὸ λείχω· καὶ γὰρ φασὶν, ὡς ἐκ τοῦ λείχειν τὸ πάθος ἐπαίρεται. ἢ παρὰ τὸ λεῖον κατὰ ἀντίφρασιν γέγονε, τὸ</w:t>
      </w:r>
    </w:p>
    <w:p>
      <w:r>
        <w:rPr>
          <w:rFonts w:ascii="Courier New" w:hAnsi="Courier New"/>
          <w:color w:val="555555"/>
          <w:sz w:val="20"/>
        </w:rPr>
        <w:t>[15]</w:t>
      </w:r>
    </w:p>
    <w:p>
      <w:r>
        <w:rPr>
          <w:rFonts w:ascii="Gentium Plus" w:hAnsi="Gentium Plus"/>
          <w:sz w:val="24"/>
        </w:rPr>
        <w:t>μὴ ὂν λεῖον.</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Λεηλασία. αἰχμαλωσία. Λεκάνη. ἧς τὸ χάσμα λεῖόν ἐστι· πεπλάτυνται γάρ. λειοχάνη οὖν ἡ ἐτυμολογία.</w:t>
      </w:r>
    </w:p>
    <w:p>
      <w:r>
        <w:rPr>
          <w:rFonts w:ascii="Courier New" w:hAnsi="Courier New"/>
          <w:color w:val="555555"/>
          <w:sz w:val="20"/>
        </w:rPr>
        <w:t>[20]</w:t>
      </w:r>
    </w:p>
    <w:p>
      <w:r>
        <w:rPr>
          <w:rFonts w:ascii="Gentium Plus" w:hAnsi="Gentium Plus"/>
          <w:sz w:val="24"/>
        </w:rPr>
        <w:t>Λεκιθοπῶλις. ἡ τὰ ὠὰ πωλοῦσα. Λέξις. μέρος ἐλάχιστον τοῦ κατὰ σύνταξιν λό‐ γου. κυρίως δὲ λέξις ἡ ἔχουσα τὶ λεκτὸν ἐν αὐτῇ, τουτέστι σημαντικόν. Λεβηρίς. τὸ δέρμα τοῦ ὄφεως.</w:t>
      </w:r>
    </w:p>
    <w:p>
      <w:r>
        <w:rPr>
          <w:rFonts w:ascii="Courier New" w:hAnsi="Courier New"/>
          <w:color w:val="555555"/>
          <w:sz w:val="20"/>
        </w:rPr>
        <w:t>[25]</w:t>
      </w:r>
    </w:p>
    <w:p>
      <w:r>
        <w:rPr>
          <w:rFonts w:ascii="Gentium Plus" w:hAnsi="Gentium Plus"/>
          <w:sz w:val="24"/>
        </w:rPr>
        <w:t>†Λέπαργος. ἡ χιών.†</w:t>
      </w:r>
    </w:p>
    <w:p>
      <w:r>
        <w:rPr>
          <w:rFonts w:ascii="Courier New" w:hAnsi="Courier New"/>
          <w:color w:val="555555"/>
          <w:sz w:val="20"/>
        </w:rPr>
        <w:t>[lambda 1296]</w:t>
      </w:r>
    </w:p>
    <w:p>
      <w:r>
        <w:rPr>
          <w:rFonts w:ascii="Gentium Plus" w:hAnsi="Gentium Plus"/>
          <w:sz w:val="24"/>
        </w:rPr>
        <w:t>Λέσχαι. τὰ δειπνητήρια, καὶ αἱ φλυαρίαι, καὶ αἱ πολυλογίαι, καὶ αἱ ὕβρεις. οἱ γὰρ καθεζόμε‐ νοι χάριν θέρμης ἐν ταῖς οἰκίαις λόγους συν‐ αίρουσιν.</w:t>
      </w:r>
    </w:p>
    <w:p>
      <w:r>
        <w:rPr>
          <w:rFonts w:ascii="Courier New" w:hAnsi="Courier New"/>
          <w:color w:val="555555"/>
          <w:sz w:val="20"/>
        </w:rPr>
        <w:t>[5]</w:t>
      </w:r>
    </w:p>
    <w:p>
      <w:r>
        <w:rPr>
          <w:rFonts w:ascii="Gentium Plus" w:hAnsi="Gentium Plus"/>
          <w:sz w:val="24"/>
        </w:rPr>
        <w:t>Λεσχέραι. αἱ σχολαί. ἀπὸ τοῦ λέξαι· ἐκεῖ γὰρ ὡμίλουν. Λέπρα. σπῖλος ἐγγινόμενος τῷ σώματι κατά τι πάθος, σβεννυμένου τοῦ αἵματος καὶ λευκαινο‐ μένου. οὐδὲν γὰρ ἕτερον ἐστὶ σὰρξ ἢ πεπηγὸς</w:t>
      </w:r>
    </w:p>
    <w:p>
      <w:r>
        <w:rPr>
          <w:rFonts w:ascii="Courier New" w:hAnsi="Courier New"/>
          <w:color w:val="555555"/>
          <w:sz w:val="20"/>
        </w:rPr>
        <w:t>[10]</w:t>
      </w:r>
    </w:p>
    <w:p>
      <w:r>
        <w:rPr>
          <w:rFonts w:ascii="Gentium Plus" w:hAnsi="Gentium Plus"/>
          <w:sz w:val="24"/>
        </w:rPr>
        <w:t>αἷμα. †Λέρνη. ἡ κρήνη.† Λευκή. νήσου ὄνομα ἐν Πόντῳ. Λευκὴ δὲ λέγε‐ ται διὰ τὸ ἐνδιαιτᾶσθαι ἐν αὐτῇ πλῆθος λευ‐ κῶν ὀρνέων.</w:t>
      </w:r>
    </w:p>
    <w:p>
      <w:r>
        <w:rPr>
          <w:rFonts w:ascii="Courier New" w:hAnsi="Courier New"/>
          <w:color w:val="555555"/>
          <w:sz w:val="20"/>
        </w:rPr>
        <w:t>[15]</w:t>
      </w:r>
    </w:p>
    <w:p>
      <w:r>
        <w:rPr>
          <w:rFonts w:ascii="Gentium Plus" w:hAnsi="Gentium Plus"/>
          <w:sz w:val="24"/>
        </w:rPr>
        <w:t>Λευκή. ἡ διαφανὴς καὶ λαμπρά. παρὰ τὸ λεύ‐ σω, τὸ βλέπω. Λευκανία. ὁ λαιμὸς, ὁ στόμαχος, ὁ βρόγχος, ἢ τὸ ἀπηρτημένον τοῦ γαργαρεῶνος. παρὰ τὸ λευκὸν εἶναι τῇ φύσει. ἢ παρὰ τὸ χεύω, χευ‐</w:t>
      </w:r>
    </w:p>
    <w:p>
      <w:r>
        <w:rPr>
          <w:rFonts w:ascii="Courier New" w:hAnsi="Courier New"/>
          <w:color w:val="555555"/>
          <w:sz w:val="20"/>
        </w:rPr>
        <w:t>[20]</w:t>
      </w:r>
    </w:p>
    <w:p>
      <w:r>
        <w:rPr>
          <w:rFonts w:ascii="Gentium Plus" w:hAnsi="Gentium Plus"/>
          <w:sz w:val="24"/>
        </w:rPr>
        <w:t>κανία καὶ λευκανία. †Λεωρία. ἡ χαλεπή.† Λεωφόρος. ἡ τὸν λαὸν φέρουσα ὁδός. Λεία. ἡ λαφυραγωγία. καὶ ὁμαλὴ ὁδός. Λειξουρία. ἡ λαιμαργία, ἡ πλεονεξία.</w:t>
      </w:r>
    </w:p>
    <w:p>
      <w:r>
        <w:rPr>
          <w:rFonts w:ascii="Courier New" w:hAnsi="Courier New"/>
          <w:color w:val="555555"/>
          <w:sz w:val="20"/>
        </w:rPr>
        <w:t>[25]</w:t>
      </w:r>
    </w:p>
    <w:p>
      <w:r>
        <w:rPr>
          <w:rFonts w:ascii="Gentium Plus" w:hAnsi="Gentium Plus"/>
          <w:sz w:val="24"/>
        </w:rPr>
        <w:t>Λεική. τὸ πτύον.</w:t>
      </w:r>
    </w:p>
    <w:p>
      <w:r>
        <w:rPr>
          <w:rFonts w:ascii="Courier New" w:hAnsi="Courier New"/>
          <w:color w:val="555555"/>
          <w:sz w:val="20"/>
        </w:rPr>
        <w:t>[lambda 1297]</w:t>
      </w:r>
    </w:p>
    <w:p>
      <w:r>
        <w:rPr>
          <w:rFonts w:ascii="Gentium Plus" w:hAnsi="Gentium Plus"/>
          <w:sz w:val="24"/>
        </w:rPr>
        <w:t>Λειριόεσσαν. ἡδυτάτην, γλυκεῖαν. Ὅμηρος· λειριόεσσαν ὄπα ἴησιν. ἀπὸ τοῦ λείρια, ὃ σημαίνει τὰ ἄνθη, λειριόεις καὶ λειριόεσσαν.</w:t>
      </w:r>
    </w:p>
    <w:p>
      <w:r>
        <w:rPr>
          <w:rFonts w:ascii="Courier New" w:hAnsi="Courier New"/>
          <w:color w:val="555555"/>
          <w:sz w:val="20"/>
        </w:rPr>
        <w:t>[5]</w:t>
      </w:r>
    </w:p>
    <w:p>
      <w:r>
        <w:rPr>
          <w:rFonts w:ascii="Gentium Plus" w:hAnsi="Gentium Plus"/>
          <w:sz w:val="24"/>
        </w:rPr>
        <w:t>Λειτουργική. κυρίως μὲν ἡ ἱερατικὴ, καταχρη‐ στικῶς δὲ καὶ ἡ δουλικὴ ὑπηρεσία. Λειψυδρία. ἡ λεῖψις τοῦ ὕδατος.</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Λέμβος. τὸ μικρὸν πλοιάριον.</w:t>
      </w:r>
    </w:p>
    <w:p>
      <w:r>
        <w:rPr>
          <w:rFonts w:ascii="Courier New" w:hAnsi="Courier New"/>
          <w:color w:val="555555"/>
          <w:sz w:val="20"/>
        </w:rPr>
        <w:t>[10]</w:t>
      </w:r>
    </w:p>
    <w:p>
      <w:r>
        <w:rPr>
          <w:rFonts w:ascii="Gentium Plus" w:hAnsi="Gentium Plus"/>
          <w:sz w:val="24"/>
        </w:rPr>
        <w:t>†Λέγνον. τὸ εἰλητὸν καὶ ποικίλον.† †Λέκος. τὸ τρυβλίον.† Λέκτρον. κλίνη· κραββάτιον. Λέντιον. παρὰ τὸ λιαίνω, τὸ καθαίρω, λιέντιον καὶ λέντιον.</w:t>
      </w:r>
    </w:p>
    <w:p>
      <w:r>
        <w:rPr>
          <w:rFonts w:ascii="Courier New" w:hAnsi="Courier New"/>
          <w:color w:val="555555"/>
          <w:sz w:val="20"/>
        </w:rPr>
        <w:t>[15]</w:t>
      </w:r>
    </w:p>
    <w:p>
      <w:r>
        <w:rPr>
          <w:rFonts w:ascii="Gentium Plus" w:hAnsi="Gentium Plus"/>
          <w:sz w:val="24"/>
        </w:rPr>
        <w:t>†Λέπας. τὸ πρόσαντες.† Λέπος καὶ λέπισμα καὶ λέπυρον. ὁ φλοιός. Λεπτόμιτον φάρος. τὸ λεπτὸν ἱμάτιον. Λέπαδνα. οἱ χαλινοὶ καὶ οἱ κατὰ τῶν ἱππείων στηθῶν ἱμάντες ἤτοι οἱ μασχαλιστῆρες.</w:t>
      </w:r>
    </w:p>
    <w:p>
      <w:r>
        <w:rPr>
          <w:rFonts w:ascii="Courier New" w:hAnsi="Courier New"/>
          <w:color w:val="555555"/>
          <w:sz w:val="20"/>
        </w:rPr>
        <w:t>[20]</w:t>
      </w:r>
    </w:p>
    <w:p>
      <w:r>
        <w:rPr>
          <w:rFonts w:ascii="Gentium Plus" w:hAnsi="Gentium Plus"/>
          <w:sz w:val="24"/>
        </w:rPr>
        <w:t>Λευγαλέον. ὀλέθριον καὶ χαλεπόν. παρὰ τὸν</w:t>
      </w:r>
    </w:p>
    <w:p>
      <w:r>
        <w:rPr>
          <w:rFonts w:ascii="Courier New" w:hAnsi="Courier New"/>
          <w:color w:val="555555"/>
          <w:sz w:val="20"/>
        </w:rPr>
        <w:t>[lambda 1298]</w:t>
      </w:r>
    </w:p>
    <w:p>
      <w:r>
        <w:rPr>
          <w:rFonts w:ascii="Gentium Plus" w:hAnsi="Gentium Plus"/>
          <w:sz w:val="24"/>
        </w:rPr>
        <w:t>λοιγὸν, ὃ σημαίνει τὸν ὄλεθρον, λοιγαλέον καὶ μεταθέσει τῶν στοιχείων λευγαλέον. Λευρόν. τὸ λεῖον καὶ πλατύ. ἀπὸ τοῦ λίαν εὐρύ.</w:t>
      </w:r>
    </w:p>
    <w:p>
      <w:r>
        <w:rPr>
          <w:rFonts w:ascii="Courier New" w:hAnsi="Courier New"/>
          <w:color w:val="555555"/>
          <w:sz w:val="20"/>
        </w:rPr>
        <w:t>[5]</w:t>
      </w:r>
    </w:p>
    <w:p>
      <w:r>
        <w:rPr>
          <w:rFonts w:ascii="Gentium Plus" w:hAnsi="Gentium Plus"/>
          <w:sz w:val="24"/>
        </w:rPr>
        <w:t>Λευκόνιον. τόπος. Λέχος. μίξις, συνουσία, κοίτη. παρὰ τὸ λε‐ χρίους ἡμᾶς ποιεῖν, ὅ ἐστι πλαγίους, ἢ παρὸ τὸ λέγω, τὸ κοιμῶμαι, λέχος. Λεχέων στυγερῶν. μισητῶν γάμων.</w:t>
      </w:r>
    </w:p>
    <w:p>
      <w:r>
        <w:rPr>
          <w:rFonts w:ascii="Courier New" w:hAnsi="Courier New"/>
          <w:color w:val="555555"/>
          <w:sz w:val="20"/>
        </w:rPr>
        <w:t>[10]</w:t>
      </w:r>
    </w:p>
    <w:p>
      <w:r>
        <w:rPr>
          <w:rFonts w:ascii="Gentium Plus" w:hAnsi="Gentium Plus"/>
          <w:sz w:val="24"/>
        </w:rPr>
        <w:t>Λέχαιον. ὄνομα ὄρους. Λέχριον. πλάγιον. Λεωκόριον. τόπος *ἐν Ἀθήναις.* †Λεῶρες. τὸ ἄωρον.† Λεῖον. τὸ ὁμαλόν. ἔστι λαύω τὸ ἀπολαύω. ὄνο‐</w:t>
      </w:r>
    </w:p>
    <w:p>
      <w:r>
        <w:rPr>
          <w:rFonts w:ascii="Courier New" w:hAnsi="Courier New"/>
          <w:color w:val="555555"/>
          <w:sz w:val="20"/>
        </w:rPr>
        <w:t>[15]</w:t>
      </w:r>
    </w:p>
    <w:p>
      <w:r>
        <w:rPr>
          <w:rFonts w:ascii="Gentium Plus" w:hAnsi="Gentium Plus"/>
          <w:sz w:val="24"/>
        </w:rPr>
        <w:t>μα ῥηματικὸν λαύος. καὶ τροπῇ τοῦ μὲν α εἰς ε τοῦ δὲ υ εἰς ι, γίνεται λεὼς καὶ λεῖον, οὗ πᾶς ἐφίεται. Λείρια. τὰ ἄνθη. Λείψανον. παρὰ τὸ λείπω λείψανον. λείψανα</w:t>
      </w:r>
    </w:p>
    <w:p>
      <w:r>
        <w:rPr>
          <w:rFonts w:ascii="Courier New" w:hAnsi="Courier New"/>
          <w:color w:val="555555"/>
          <w:sz w:val="20"/>
        </w:rPr>
        <w:t>[20]</w:t>
      </w:r>
    </w:p>
    <w:p>
      <w:r>
        <w:rPr>
          <w:rFonts w:ascii="Gentium Plus" w:hAnsi="Gentium Plus"/>
          <w:sz w:val="24"/>
        </w:rPr>
        <w:t>γὰρ τὰ ἐγκαταλείμματα. ἢ παρὰ τὸ λείβω,</w:t>
      </w:r>
    </w:p>
    <w:p>
      <w:r>
        <w:rPr>
          <w:rFonts w:ascii="Courier New" w:hAnsi="Courier New"/>
          <w:color w:val="555555"/>
          <w:sz w:val="20"/>
        </w:rPr>
        <w:t>[lambda 1299]</w:t>
      </w:r>
    </w:p>
    <w:p>
      <w:r>
        <w:rPr>
          <w:rFonts w:ascii="Gentium Plus" w:hAnsi="Gentium Plus"/>
          <w:sz w:val="24"/>
        </w:rPr>
        <w:t>λείψω, λείψανον. καὶ γὰρ ἔσπενδον ὑπὲρ τῶν τεθνεώτων. λείβω γὰρ τὸ σπένδω. Λεξείδιον. εἰ μὲν ἀπὸ τῆς λέξεως γέγονε με‐ τοχῆς, διὰ τῆς ει διφθόγγου γράφεται· εἰ δὲ</w:t>
      </w:r>
    </w:p>
    <w:p>
      <w:r>
        <w:rPr>
          <w:rFonts w:ascii="Courier New" w:hAnsi="Courier New"/>
          <w:color w:val="555555"/>
          <w:sz w:val="20"/>
        </w:rPr>
        <w:t>[5]</w:t>
      </w:r>
    </w:p>
    <w:p>
      <w:r>
        <w:rPr>
          <w:rFonts w:ascii="Gentium Plus" w:hAnsi="Gentium Plus"/>
          <w:sz w:val="24"/>
        </w:rPr>
        <w:t>ἀπὸ τῆς λέξιος ἰωνικῶς, διὰ τοῦ ι. †Λέγανον. τὸ καπύριον.†</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Λεανῶ. ἐκτρίψω· λεπτυνῶ, ἢ ὁμαλίσω. Λέγω. τὸ κοιμῶμαι.</w:t>
      </w:r>
    </w:p>
    <w:p>
      <w:r>
        <w:rPr>
          <w:rFonts w:ascii="Courier New" w:hAnsi="Courier New"/>
          <w:color w:val="555555"/>
          <w:sz w:val="20"/>
        </w:rPr>
        <w:t>[10]</w:t>
      </w:r>
    </w:p>
    <w:p>
      <w:r>
        <w:rPr>
          <w:rFonts w:ascii="Gentium Plus" w:hAnsi="Gentium Plus"/>
          <w:sz w:val="24"/>
        </w:rPr>
        <w:t>Λεγόμεθεν. *ἐκοιμώμεθα.* [οἱ Αἰολεῖς τὸ λε‐ γόμεθα καὶ φερόμεθα εἰς ε ποιοῦσι, λεγόμε‐ θεν καὶ φερόμεθεν, μετὰ τοῦ ν. ἀλλὰ καὶ τὰ εἰς θεν λήγοντα ἐπιῤῥήματα εἰς α ποιοῦσι, οἷον ὄπισθεν, ὄπισθα, ἄτερθεν, ἄτερθα, χωρὶς τοῦ</w:t>
      </w:r>
    </w:p>
    <w:p>
      <w:r>
        <w:rPr>
          <w:rFonts w:ascii="Courier New" w:hAnsi="Courier New"/>
          <w:color w:val="555555"/>
          <w:sz w:val="20"/>
        </w:rPr>
        <w:t>[15]</w:t>
      </w:r>
    </w:p>
    <w:p>
      <w:r>
        <w:rPr>
          <w:rFonts w:ascii="Gentium Plus" w:hAnsi="Gentium Plus"/>
          <w:sz w:val="24"/>
        </w:rPr>
        <w:t>ν. ὅτε γὰρ ᾖ εἰς ε τὰ ἐπιῤῥήματα, τότε καὶ τὸ ν, οἷον ὄπισθεν· ὅτε δὲ εἰς α, ἀφίσταται τὸ ν, ὥσπερ καὶ τὸ λεγόμεθα. εἶτα τὸ λεγό‐ μεθεν ἐπλεόνασε τὸ ν. οὕτως Ἡρωδιανὸς περὶ</w:t>
      </w:r>
    </w:p>
    <w:p>
      <w:r>
        <w:rPr>
          <w:rFonts w:ascii="Courier New" w:hAnsi="Courier New"/>
          <w:color w:val="555555"/>
          <w:sz w:val="20"/>
        </w:rPr>
        <w:t>[lambda 1300]</w:t>
      </w:r>
    </w:p>
    <w:p>
      <w:r>
        <w:rPr>
          <w:rFonts w:ascii="Gentium Plus" w:hAnsi="Gentium Plus"/>
          <w:sz w:val="24"/>
        </w:rPr>
        <w:t>†Λέγω. τὸ λαλῶ· καὶ μετρῶ· κοιμῶμαι· συλλέγω· καὶ τὸ λαγχάνω.† Λεηλατῶ. πορθῶ, αἰχμαλωτίζω. †Λελεγίζω. τὸ κιθαρίζω.†</w:t>
      </w:r>
    </w:p>
    <w:p>
      <w:r>
        <w:rPr>
          <w:rFonts w:ascii="Courier New" w:hAnsi="Courier New"/>
          <w:color w:val="555555"/>
          <w:sz w:val="20"/>
        </w:rPr>
        <w:t>[5]</w:t>
      </w:r>
    </w:p>
    <w:p>
      <w:r>
        <w:rPr>
          <w:rFonts w:ascii="Gentium Plus" w:hAnsi="Gentium Plus"/>
          <w:sz w:val="24"/>
        </w:rPr>
        <w:t>Λελιημένος. προθυμούμενος· ἢ ἐπιθυμῶν. πα‐ ρὰ τὸ μένος. ἢ παρὰ τὸ λίαν τεθραμμένος. ἢ ἔστι ῥῆμα λῶ, τὸ θέλω καὶ προθυμοῦμαι· ἐκ τούτου λιλῶ καὶ κατὰ παραγωγὴν λιλαίω. ἐξ οὗ καὶ τὸ λιλαίεται. τοῦ λιλῶ ὁ παρακείμενος</w:t>
      </w:r>
    </w:p>
    <w:p>
      <w:r>
        <w:rPr>
          <w:rFonts w:ascii="Courier New" w:hAnsi="Courier New"/>
          <w:color w:val="555555"/>
          <w:sz w:val="20"/>
        </w:rPr>
        <w:t>[10]</w:t>
      </w:r>
    </w:p>
    <w:p>
      <w:r>
        <w:rPr>
          <w:rFonts w:ascii="Gentium Plus" w:hAnsi="Gentium Plus"/>
          <w:sz w:val="24"/>
        </w:rPr>
        <w:t>λελίληκα, ὁ παθητικὸς λελίλημαι, ἡ μετοχὴ ὁ λελιλημένος, [καὶ ἀποβολῇ τοῦ λ λελιημέ‐ νος.] Λελιμμένος. ὁ ἐπιθυμῶν. ἀπὸ τοῦ λίπτω, τὸ ἐπιθυμῶ. λελημμένος δὲ ὁ κρατηθεὶς, η.</w:t>
      </w:r>
    </w:p>
    <w:p>
      <w:r>
        <w:rPr>
          <w:rFonts w:ascii="Courier New" w:hAnsi="Courier New"/>
          <w:color w:val="555555"/>
          <w:sz w:val="20"/>
        </w:rPr>
        <w:t>[15]</w:t>
      </w:r>
    </w:p>
    <w:p>
      <w:r>
        <w:rPr>
          <w:rFonts w:ascii="Gentium Plus" w:hAnsi="Gentium Plus"/>
          <w:sz w:val="24"/>
        </w:rPr>
        <w:t>Λελάχωσι. θάψωσιν. ἢ ἀντὶ τοῦ σκάψωσιν. Λελαχώς. τυχών. λαχών. Λελέξεται. ἀντὶ τοῦ λεχθήσεται. Λελυμασμένος. βεβλαμμένος. ἀπὸ τοῦ λύμη,</w:t>
      </w:r>
    </w:p>
    <w:p>
      <w:r>
        <w:rPr>
          <w:rFonts w:ascii="Courier New" w:hAnsi="Courier New"/>
          <w:color w:val="555555"/>
          <w:sz w:val="20"/>
        </w:rPr>
        <w:t>[lambda 1301]</w:t>
      </w:r>
    </w:p>
    <w:p>
      <w:r>
        <w:rPr>
          <w:rFonts w:ascii="Gentium Plus" w:hAnsi="Gentium Plus"/>
          <w:sz w:val="24"/>
        </w:rPr>
        <w:t>μαι, καὶ λελυμαμμένος, καὶ τροπῇ τοῦ μ εἰς ς λελυμασμένος. †Λενῶ. τὸ λυποῦμαι.† Λέξας. εἰπών.</w:t>
      </w:r>
    </w:p>
    <w:p>
      <w:r>
        <w:rPr>
          <w:rFonts w:ascii="Courier New" w:hAnsi="Courier New"/>
          <w:color w:val="555555"/>
          <w:sz w:val="20"/>
        </w:rPr>
        <w:t>[5]</w:t>
      </w:r>
    </w:p>
    <w:p>
      <w:r>
        <w:rPr>
          <w:rFonts w:ascii="Gentium Plus" w:hAnsi="Gentium Plus"/>
          <w:sz w:val="24"/>
        </w:rPr>
        <w:t>Λεπρωθέντες. μιανθέντες. Λεύσω. τὸ βλέπω. Λεύω. λιθάζω. Λεσχηνεύω. φλυαρῶ. Λεαίνω. τὸ ὁμαλίζω. καὶ λειαίνω.</w:t>
      </w:r>
    </w:p>
    <w:p>
      <w:r>
        <w:rPr>
          <w:rFonts w:ascii="Courier New" w:hAnsi="Courier New"/>
          <w:color w:val="555555"/>
          <w:sz w:val="20"/>
        </w:rPr>
        <w:t>[10]</w:t>
      </w:r>
    </w:p>
    <w:p>
      <w:r>
        <w:rPr>
          <w:rFonts w:ascii="Gentium Plus" w:hAnsi="Gentium Plus"/>
          <w:sz w:val="24"/>
        </w:rPr>
        <w:t>Λείβω. τὸ στάζω καὶ τὸ σπένδω. Λειανέων. ὁμαλὸν ποιήσων. Λειήνας. ὁμαλίσας. Λειποδρανέω. ἀσθενῶ, λειποθυμῶ. [Λειποτακτεῖ. τὴν τάξιν καταλιμπάνει. κυ‐</w:t>
      </w:r>
    </w:p>
    <w:p>
      <w:r>
        <w:rPr>
          <w:rFonts w:ascii="Courier New" w:hAnsi="Courier New"/>
          <w:color w:val="555555"/>
          <w:sz w:val="20"/>
        </w:rPr>
        <w:t>[15]</w:t>
      </w:r>
    </w:p>
    <w:p>
      <w:r>
        <w:rPr>
          <w:rFonts w:ascii="Gentium Plus" w:hAnsi="Gentium Plus"/>
          <w:sz w:val="24"/>
        </w:rPr>
        <w:t>ρίως δὲ ἐπὶ στρατιωτῶν φευγοπολέμων.] Λειτουργεῖν. τὸ ὑπηρετεῖν. παρὰ τὸ λήϊτον, ὅ ἐστι τὸ δημόσιον. ἀπὸ οὖν τοῦ ἔργον καὶ λήϊ‐ τον ληϊτουργεῖν, καὶ κατὰ συστολὴν τοῦ η εἰς ε λεϊτουργεῖν, [καὶ κατὰ συναίρεσιν τοῦ ε καὶ</w:t>
      </w:r>
    </w:p>
    <w:p>
      <w:r>
        <w:rPr>
          <w:rFonts w:ascii="Courier New" w:hAnsi="Courier New"/>
          <w:color w:val="555555"/>
          <w:sz w:val="20"/>
        </w:rPr>
        <w:t>[20]</w:t>
      </w:r>
    </w:p>
    <w:p>
      <w:r>
        <w:rPr>
          <w:rFonts w:ascii="Gentium Plus" w:hAnsi="Gentium Plus"/>
          <w:sz w:val="24"/>
        </w:rPr>
        <w:t>ι λειτουργεῖν.] Λειφαιμεῖ. αἱμοῤῥεῖ. Λέκτο. ἠρίθμησεν. Ὅμηρος· —λέκτο δ’ ἀριθμόν. καὶ λέγω τὸ ἀριθμῶ.</w:t>
      </w:r>
    </w:p>
    <w:p>
      <w:r>
        <w:rPr>
          <w:rFonts w:ascii="Courier New" w:hAnsi="Courier New"/>
          <w:color w:val="555555"/>
          <w:sz w:val="20"/>
        </w:rPr>
        <w:t>[25]</w:t>
      </w:r>
    </w:p>
    <w:p>
      <w:r>
        <w:rPr>
          <w:rFonts w:ascii="Gentium Plus" w:hAnsi="Gentium Plus"/>
          <w:sz w:val="24"/>
        </w:rPr>
        <w:t>ἐν δ’ ἡμέας πρώτους λέγε—.</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Λεληθότως. λανθανόντως. Λελιημένως. ἐπιθυμητῶς. Λεοντηδόν. φοβερῶς· δίκην λέοντος.</w:t>
      </w:r>
    </w:p>
    <w:p>
      <w:r>
        <w:rPr>
          <w:rFonts w:ascii="Courier New" w:hAnsi="Courier New"/>
          <w:color w:val="555555"/>
          <w:sz w:val="20"/>
        </w:rPr>
        <w:t>[5]</w:t>
      </w:r>
    </w:p>
    <w:p>
      <w:r>
        <w:rPr>
          <w:rFonts w:ascii="Gentium Plus" w:hAnsi="Gentium Plus"/>
          <w:sz w:val="24"/>
        </w:rPr>
        <w:t>Λευρῶς. ὁμαλῶς. [Λεχρίως. πλαγίως.]</w:t>
      </w:r>
    </w:p>
    <w:p>
      <w:pPr>
        <w:jc w:val="center"/>
      </w:pPr>
      <w:r>
        <w:rPr>
          <w:rFonts w:ascii="Gentium Plus" w:hAnsi="Gentium Plus"/>
          <w:b/>
          <w:sz w:val="24"/>
        </w:rPr>
        <w:t>Τὸ Λ μετὰ τοῦ Η.</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Λήθαργος. ὁ ἐπιλήσμων.</w:t>
      </w:r>
    </w:p>
    <w:p>
      <w:r>
        <w:rPr>
          <w:rFonts w:ascii="Courier New" w:hAnsi="Courier New"/>
          <w:color w:val="555555"/>
          <w:sz w:val="20"/>
        </w:rPr>
        <w:t>[10]</w:t>
      </w:r>
    </w:p>
    <w:p>
      <w:r>
        <w:rPr>
          <w:rFonts w:ascii="Gentium Plus" w:hAnsi="Gentium Plus"/>
          <w:sz w:val="24"/>
        </w:rPr>
        <w:t>†Λῆθος. ὄνομα κύριον.† Ληϊβοτήρ. ὁ ἄγριος χοῖρος. Ληϊστός. ὁ ἐκ λείας, ὅ ἐστι λαφύρων, κτητός. [Λήϊνος. ὕμνος. καὶ λήναιος Διόνυσος.] [Λήπτης. ὁ λαμβάνων.]</w:t>
      </w:r>
    </w:p>
    <w:p>
      <w:r>
        <w:rPr>
          <w:rFonts w:ascii="Courier New" w:hAnsi="Courier New"/>
          <w:color w:val="555555"/>
          <w:sz w:val="20"/>
        </w:rPr>
        <w:t>[15]</w:t>
      </w:r>
    </w:p>
    <w:p>
      <w:r>
        <w:rPr>
          <w:rFonts w:ascii="Gentium Plus" w:hAnsi="Gentium Plus"/>
          <w:sz w:val="24"/>
        </w:rPr>
        <w:t>[Ληπτός. κρατητός.] Λητόϊος. κύριον. Λητοΐδης. ὁ Ἀπόλλων. ὡς ἀπὸ τῆς Λητοῦς. Λῆρος. ἡ φλυαρία. Λῃστής. ἀπὸ τοῦ ληΐζω, τὸ πραιδεύω, γέγονε</w:t>
      </w:r>
    </w:p>
    <w:p>
      <w:r>
        <w:rPr>
          <w:rFonts w:ascii="Courier New" w:hAnsi="Courier New"/>
          <w:color w:val="555555"/>
          <w:sz w:val="20"/>
        </w:rPr>
        <w:t>[20]</w:t>
      </w:r>
    </w:p>
    <w:p>
      <w:r>
        <w:rPr>
          <w:rFonts w:ascii="Gentium Plus" w:hAnsi="Gentium Plus"/>
          <w:sz w:val="24"/>
        </w:rPr>
        <w:t>ληϊστὴς, καὶ κατὰ συναίρεσιν λῃστής.</w:t>
      </w:r>
    </w:p>
    <w:p>
      <w:r>
        <w:rPr>
          <w:rFonts w:ascii="Courier New" w:hAnsi="Courier New"/>
          <w:color w:val="555555"/>
          <w:sz w:val="20"/>
        </w:rPr>
        <w:t>[lambda 1303]</w:t>
      </w:r>
    </w:p>
    <w:p>
      <w:r>
        <w:rPr>
          <w:rFonts w:ascii="Gentium Plus" w:hAnsi="Gentium Plus"/>
          <w:sz w:val="24"/>
        </w:rPr>
        <w:t>Ληναιών. Ἰαννουάριος μήν. Ἡσίοδος ὄψιμον ἤγουν ψεκτόν· μῆνα δὲ ληναιῶνα κάκ’ ἤματα βούδορα πάντα. Ληγουρία ....</w:t>
      </w:r>
    </w:p>
    <w:p>
      <w:r>
        <w:rPr>
          <w:rFonts w:ascii="Courier New" w:hAnsi="Courier New"/>
          <w:color w:val="555555"/>
          <w:sz w:val="20"/>
        </w:rPr>
        <w:t>[5]</w:t>
      </w:r>
    </w:p>
    <w:p>
      <w:r>
        <w:rPr>
          <w:rFonts w:ascii="Gentium Plus" w:hAnsi="Gentium Plus"/>
          <w:sz w:val="24"/>
        </w:rPr>
        <w:t>Ληθαίη. ὄρος.</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Λήθη. ἡ λάθησις. καὶ ληθεδὼν, ληθεδῶνος. †Ληθότης. ἡ λησμοσύνη.† Ληΐς. ἡ λαφυραγωγία.</w:t>
      </w:r>
    </w:p>
    <w:p>
      <w:r>
        <w:rPr>
          <w:rFonts w:ascii="Courier New" w:hAnsi="Courier New"/>
          <w:color w:val="555555"/>
          <w:sz w:val="20"/>
        </w:rPr>
        <w:t>[10]</w:t>
      </w:r>
    </w:p>
    <w:p>
      <w:r>
        <w:rPr>
          <w:rFonts w:ascii="Gentium Plus" w:hAnsi="Gentium Plus"/>
          <w:sz w:val="24"/>
        </w:rPr>
        <w:t>ἐκ νηῶν αὐταῖσιν ἀπείρονα ληΐδα κούραις. λεία ἡ λαφυραγωγία καὶ ἐν διαιρέσει ληΐς. τὸ δὲ λεία, οἶμαι, παρὰ τὸ λάβω, τὸ ἀπολαύω. λέγονται δὲ καὶ ληϊάδες καὶ ληΐτιδες. αὐτὰρ ληϊάδεσσι δορυκτήταις περιαύων—</w:t>
      </w:r>
    </w:p>
    <w:p>
      <w:r>
        <w:rPr>
          <w:rFonts w:ascii="Courier New" w:hAnsi="Courier New"/>
          <w:color w:val="555555"/>
          <w:sz w:val="20"/>
        </w:rPr>
        <w:t>[15]</w:t>
      </w:r>
    </w:p>
    <w:p>
      <w:r>
        <w:rPr>
          <w:rFonts w:ascii="Gentium Plus" w:hAnsi="Gentium Plus"/>
          <w:sz w:val="24"/>
        </w:rPr>
        <w:t>εἰλαπίνῃσι μέλποντο ληΐτιδες. Ληϊβοτείρης. ὄνομα ἐπίθετον. γέγονε παρὰ τὸ βοτὴρ βότειρα· ὡς πατὴρ πάτειρα, καὶ μήτηρ</w:t>
      </w:r>
    </w:p>
    <w:p>
      <w:r>
        <w:rPr>
          <w:rFonts w:ascii="Courier New" w:hAnsi="Courier New"/>
          <w:color w:val="555555"/>
          <w:sz w:val="20"/>
        </w:rPr>
        <w:t>[lambda 1304]</w:t>
      </w:r>
    </w:p>
    <w:p>
      <w:r>
        <w:rPr>
          <w:rFonts w:ascii="Gentium Plus" w:hAnsi="Gentium Plus"/>
          <w:sz w:val="24"/>
        </w:rPr>
        <w:t>†Ληκύθη. πόλις.† Λήκυθος. ἐλαιοδόχον ἀγγεῖον ἢ λαγύνιον. λά‐ χυτός τις οὖσα. ἢ παρὰ τὸ κύτος τις οὖσα, ἡ μέγα κύτος ἔχουσα. λήκυθος καὶ ἐπὶ ἀρσενικοῦ.</w:t>
      </w:r>
    </w:p>
    <w:p>
      <w:r>
        <w:rPr>
          <w:rFonts w:ascii="Courier New" w:hAnsi="Courier New"/>
          <w:color w:val="555555"/>
          <w:sz w:val="20"/>
        </w:rPr>
        <w:t>[5]</w:t>
      </w:r>
    </w:p>
    <w:p>
      <w:r>
        <w:rPr>
          <w:rFonts w:ascii="Gentium Plus" w:hAnsi="Gentium Plus"/>
          <w:sz w:val="24"/>
        </w:rPr>
        <w:t>Λήμη. λευκὸν ὑγρὸν ἐν τῷ ὀφθαλμῷ συναγόμε‐ νον. ὅπέρ ἐστιν ἡ τζίμβλα. †Λημνία γῆ καὶ γυνή. λιμνεία δὲ, ἡ λίμνευ‐ σις, ι.† Λῆμνος. ὄνομα νήσου.</w:t>
      </w:r>
    </w:p>
    <w:p>
      <w:r>
        <w:rPr>
          <w:rFonts w:ascii="Courier New" w:hAnsi="Courier New"/>
          <w:color w:val="555555"/>
          <w:sz w:val="20"/>
        </w:rPr>
        <w:t>[10]</w:t>
      </w:r>
    </w:p>
    <w:p>
      <w:r>
        <w:rPr>
          <w:rFonts w:ascii="Gentium Plus" w:hAnsi="Gentium Plus"/>
          <w:sz w:val="24"/>
        </w:rPr>
        <w:t>Ληνίς. ἡ μέθη. Ληνός. παρὰ τὸ λεαίνω, τὸ λεπτύνω, λεανῶ, λεανὸς καὶ ληνός. Λήξεως. καταπαύσεως, κληρονομίας. Λητή. ὄνομα πόλεως.</w:t>
      </w:r>
    </w:p>
    <w:p>
      <w:r>
        <w:rPr>
          <w:rFonts w:ascii="Courier New" w:hAnsi="Courier New"/>
          <w:color w:val="555555"/>
          <w:sz w:val="20"/>
        </w:rPr>
        <w:t>[15]</w:t>
      </w:r>
    </w:p>
    <w:p>
      <w:r>
        <w:rPr>
          <w:rFonts w:ascii="Gentium Plus" w:hAnsi="Gentium Plus"/>
          <w:sz w:val="24"/>
        </w:rPr>
        <w:t>†Λητώ. ἡ νύξ.† Λήθη. μνήμης ἔξοδος καὶ ἐκβολή. Λητώ. παρὰ τὸ λήθω, τὸ λανθάνω· ἐπιληστι‐ κὴ γὰρ τῶν κακῶν ἡ θεὸς, ὡς Ἕλληνες μυθο‐</w:t>
      </w:r>
    </w:p>
    <w:p>
      <w:r>
        <w:rPr>
          <w:rFonts w:ascii="Courier New" w:hAnsi="Courier New"/>
          <w:color w:val="555555"/>
          <w:sz w:val="20"/>
        </w:rPr>
        <w:t>[lambda 1305]</w:t>
      </w:r>
    </w:p>
    <w:p>
      <w:r>
        <w:rPr>
          <w:rFonts w:ascii="Gentium Plus" w:hAnsi="Gentium Plus"/>
          <w:sz w:val="24"/>
        </w:rPr>
        <w:t>*Λήδα. κύριον.* †Λήδανον. εὐῶδες φυτόν.†</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Ληδάριον. εἶδος ἱματίου.</w:t>
      </w:r>
    </w:p>
    <w:p>
      <w:r>
        <w:rPr>
          <w:rFonts w:ascii="Courier New" w:hAnsi="Courier New"/>
          <w:color w:val="555555"/>
          <w:sz w:val="20"/>
        </w:rPr>
        <w:t>[5]</w:t>
      </w:r>
    </w:p>
    <w:p>
      <w:r>
        <w:rPr>
          <w:rFonts w:ascii="Gentium Plus" w:hAnsi="Gentium Plus"/>
          <w:sz w:val="24"/>
        </w:rPr>
        <w:t>Ληθεδανὸν φάρμακον. τὸ λήθην ἐμποιοῦν. Λήθαιον ὕδωρ. ἐπιληστικὸν καὶ λήθιον πόμα. Ληΐδιον. τριβώνιον εὐτελὲς ἢ χλανίδιον παλαιόν. Λήϊον. χωράφιον· ἢ σιτοφόρον πεδίον. Ληϊστόν. τὸ ἐκ λείας κτητόν.</w:t>
      </w:r>
    </w:p>
    <w:p>
      <w:r>
        <w:rPr>
          <w:rFonts w:ascii="Courier New" w:hAnsi="Courier New"/>
          <w:color w:val="555555"/>
          <w:sz w:val="20"/>
        </w:rPr>
        <w:t>[10]</w:t>
      </w:r>
    </w:p>
    <w:p>
      <w:r>
        <w:rPr>
          <w:rFonts w:ascii="Gentium Plus" w:hAnsi="Gentium Plus"/>
          <w:sz w:val="24"/>
        </w:rPr>
        <w:t>[Ληκύθιον. †ῥογίον.† ἐλαιοδόχον ἄγγος ἢ ἄλ‐ λό τι.] Λῆμμα. τὸ δῶρον· τὸ φρόνημα· τὸ κέρδος· τὸ κράτημα. Λήμματα. προβλήματα ἢ πορίσματα· καὶ τό‐</w:t>
      </w:r>
    </w:p>
    <w:p>
      <w:r>
        <w:rPr>
          <w:rFonts w:ascii="Courier New" w:hAnsi="Courier New"/>
          <w:color w:val="555555"/>
          <w:sz w:val="20"/>
        </w:rPr>
        <w:t>[15]</w:t>
      </w:r>
    </w:p>
    <w:p>
      <w:r>
        <w:rPr>
          <w:rFonts w:ascii="Gentium Plus" w:hAnsi="Gentium Plus"/>
          <w:sz w:val="24"/>
        </w:rPr>
        <w:t>πους καὶ ἀφορμὰς τῶν ἐπιχειρημάτων τῶν εἰς</w:t>
      </w:r>
    </w:p>
    <w:p>
      <w:r>
        <w:rPr>
          <w:rFonts w:ascii="Courier New" w:hAnsi="Courier New"/>
          <w:color w:val="555555"/>
          <w:sz w:val="20"/>
        </w:rPr>
        <w:t>[lambda 1306]</w:t>
      </w:r>
    </w:p>
    <w:p>
      <w:r>
        <w:rPr>
          <w:rFonts w:ascii="Gentium Plus" w:hAnsi="Gentium Plus"/>
          <w:sz w:val="24"/>
        </w:rPr>
        <w:t>Λημμάτιον. ὅπερ εἴληπται πρὸς κατασκευὴν τινὸς ὡς ὁμολογούμενον. Λήμνια κακά. ἀπὸ γυναικὸς τινὸς κακῆς οὔ‐ σης ἀπὸ τῆς Λήμνου νήσου.</w:t>
      </w:r>
    </w:p>
    <w:p>
      <w:r>
        <w:rPr>
          <w:rFonts w:ascii="Courier New" w:hAnsi="Courier New"/>
          <w:color w:val="555555"/>
          <w:sz w:val="20"/>
        </w:rPr>
        <w:t>[5]</w:t>
      </w:r>
    </w:p>
    <w:p>
      <w:r>
        <w:rPr>
          <w:rFonts w:ascii="Gentium Plus" w:hAnsi="Gentium Plus"/>
          <w:sz w:val="24"/>
        </w:rPr>
        <w:t>Λήναιον. ἑορτὴ Διονυσιακή. Λήδιον. ἔσθημα. τοῦ Ψελλοῦ· λευρὸν τὸ λεῖον καὶ πλατύ· λήδιον ἔσθημά τι. Λῆμμα. ἡ προφητεία. τοῦ Θεολόγου· τὸ κατὰ Νενευῒ λῆμμα δημοσιεύει.</w:t>
      </w:r>
    </w:p>
    <w:p>
      <w:pPr>
        <w:jc w:val="center"/>
      </w:pPr>
      <w:r>
        <w:rPr>
          <w:rFonts w:ascii="Gentium Plus" w:hAnsi="Gentium Plus"/>
          <w:b/>
          <w:sz w:val="24"/>
        </w:rPr>
        <w:t>(Ῥῆμα.)</w:t>
      </w:r>
    </w:p>
    <w:p>
      <w:r>
        <w:rPr>
          <w:rFonts w:ascii="Courier New" w:hAnsi="Courier New"/>
          <w:color w:val="555555"/>
          <w:sz w:val="20"/>
        </w:rPr>
        <w:t>[11]</w:t>
      </w:r>
    </w:p>
    <w:p>
      <w:r>
        <w:rPr>
          <w:rFonts w:ascii="Gentium Plus" w:hAnsi="Gentium Plus"/>
          <w:sz w:val="24"/>
        </w:rPr>
        <w:t>Λήγω. τὸ παύω. λίγω δὲ, τὸ ὑμνῶ, ι. Λήβω. τὸ λαμβάνω. λείβω δὲ, τὸ στάζω καὶ σπένδω, δίφθογγον. Λήθω. τὸ λανθάνω καὶ ληθαργῶ.</w:t>
      </w:r>
    </w:p>
    <w:p>
      <w:r>
        <w:rPr>
          <w:rFonts w:ascii="Courier New" w:hAnsi="Courier New"/>
          <w:color w:val="555555"/>
          <w:sz w:val="20"/>
        </w:rPr>
        <w:t>[15]</w:t>
      </w:r>
    </w:p>
    <w:p>
      <w:r>
        <w:rPr>
          <w:rFonts w:ascii="Gentium Plus" w:hAnsi="Gentium Plus"/>
          <w:sz w:val="24"/>
        </w:rPr>
        <w:t>Ληΐζει. αἰχμαλωτίζει. ἁρπάζει, λαφυραγωγεῖ.</w:t>
      </w:r>
    </w:p>
    <w:p>
      <w:r>
        <w:rPr>
          <w:rFonts w:ascii="Courier New" w:hAnsi="Courier New"/>
          <w:color w:val="555555"/>
          <w:sz w:val="20"/>
        </w:rPr>
        <w:t>[lambda 1307]</w:t>
      </w:r>
    </w:p>
    <w:p>
      <w:r>
        <w:rPr>
          <w:rFonts w:ascii="Gentium Plus" w:hAnsi="Gentium Plus"/>
          <w:sz w:val="24"/>
        </w:rPr>
        <w:t>Λήσεται. ἐπιλάθοι. Ληΐσατο. ἐκ λείας κατέλιπεν. Ὅμηρος· —οὕς μοι ληΐσατο δῖος Ὀδυσσεύς.</w:t>
      </w:r>
    </w:p>
    <w:p>
      <w:pPr>
        <w:jc w:val="center"/>
      </w:pPr>
      <w:r>
        <w:rPr>
          <w:rFonts w:ascii="Gentium Plus" w:hAnsi="Gentium Plus"/>
          <w:b/>
          <w:sz w:val="24"/>
        </w:rPr>
        <w:t>Τὸ Λ μετὰ τοῦ Ι.</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Λιάμαθοι. οἱ αἰπόλοι. ἀπὸ τοῦ εἶναι λίαν ἀμα‐ θεῖς. Λίβανον. δένδρον ἢ καὶ ὄρος οὕτως καλούμενον. λίβανος δὲ εἴρηται, οἱονεὶ ὁ λειβόμενος καὶ</w:t>
      </w:r>
    </w:p>
    <w:p>
      <w:r>
        <w:rPr>
          <w:rFonts w:ascii="Courier New" w:hAnsi="Courier New"/>
          <w:color w:val="555555"/>
          <w:sz w:val="20"/>
        </w:rPr>
        <w:t>[10]</w:t>
      </w:r>
    </w:p>
    <w:p>
      <w:r>
        <w:rPr>
          <w:rFonts w:ascii="Gentium Plus" w:hAnsi="Gentium Plus"/>
          <w:sz w:val="24"/>
        </w:rPr>
        <w:t>σπενδόμενος. δοκοῦσι γὰρ αὐτὸν οἱ Ἰουδαῖοι ὅλον εἶναι πνεῦμα καὶ θεόν. ἀνωφανὲς γάρ ἐστιν· ὅθεν καὶ αὐτὸν σέβονται. λίβανον δὲ καὶ θηλυκῶς εὕρηται παρ’ Εὐριπίδῃ· —Συρίας δ’ ὡς λιβάνου καρπός.</w:t>
      </w:r>
    </w:p>
    <w:p>
      <w:r>
        <w:rPr>
          <w:rFonts w:ascii="Courier New" w:hAnsi="Courier New"/>
          <w:color w:val="555555"/>
          <w:sz w:val="20"/>
        </w:rPr>
        <w:t>[15]</w:t>
      </w:r>
    </w:p>
    <w:p>
      <w:r>
        <w:rPr>
          <w:rFonts w:ascii="Gentium Plus" w:hAnsi="Gentium Plus"/>
          <w:sz w:val="24"/>
        </w:rPr>
        <w:t>καὶ Πίνδαρος· αἵ τε τὰν χλωρὰν λίβανον ξανθὰ δάκρυα θυμιᾶται.</w:t>
      </w:r>
    </w:p>
    <w:p>
      <w:r>
        <w:rPr>
          <w:rFonts w:ascii="Courier New" w:hAnsi="Courier New"/>
          <w:color w:val="555555"/>
          <w:sz w:val="20"/>
        </w:rPr>
        <w:t>[lambda 1308]</w:t>
      </w:r>
    </w:p>
    <w:p>
      <w:r>
        <w:rPr>
          <w:rFonts w:ascii="Gentium Plus" w:hAnsi="Gentium Plus"/>
          <w:sz w:val="24"/>
        </w:rPr>
        <w:t>Λίβελλος. ἔκδοτος, ἡ αἰτία τῆς ὑποθέσεως. Λίγειρ. ὄνομα ποταμοῦ. Λιγύς. ἡδύς· ὀξύς· γλυκύς. Λιθόλευστος. ὁ λιθόβλητος.</w:t>
      </w:r>
    </w:p>
    <w:p>
      <w:r>
        <w:rPr>
          <w:rFonts w:ascii="Courier New" w:hAnsi="Courier New"/>
          <w:color w:val="555555"/>
          <w:sz w:val="20"/>
        </w:rPr>
        <w:t>[5]</w:t>
      </w:r>
    </w:p>
    <w:p>
      <w:r>
        <w:rPr>
          <w:rFonts w:ascii="Gentium Plus" w:hAnsi="Gentium Plus"/>
          <w:sz w:val="24"/>
        </w:rPr>
        <w:t>Λιθουργός. ὁ λιθοκόπος ἢ ὁ λιθογλύπτης. Λικνοειδής. ῥυπαρός. Λιμητανέων. ἐθνικόν. Λιμός. παρὰ τὸ λείπω. ὁ γὰρ λιμὸς λεῖψις ἐστὶ τῶν ἐπιτηδείων. ἡ παράδοσις ἔχει τὸ ι.</w:t>
      </w:r>
    </w:p>
    <w:p>
      <w:r>
        <w:rPr>
          <w:rFonts w:ascii="Courier New" w:hAnsi="Courier New"/>
          <w:color w:val="555555"/>
          <w:sz w:val="20"/>
        </w:rPr>
        <w:t>[10]</w:t>
      </w:r>
    </w:p>
    <w:p>
      <w:r>
        <w:rPr>
          <w:rFonts w:ascii="Gentium Plus" w:hAnsi="Gentium Plus"/>
          <w:sz w:val="24"/>
        </w:rPr>
        <w:t>ὤφειλε δὲ διὰ τῆς ει διφθόγγου γράφεσθαι. καὶ φησὶν ὁ Τρύφων, ὅτι συνέπαθε ἡ φωνὴ τῷ σημαινομένῳ· ἐπειδὴ γὰρ ἔνδειαν τινὰ ση‐ μαίνει, φημὶ δὴ τῶν ἐπιτηδείων, τούτου χάριν καὶ ἔνδειαν φωνήεντος ἀνεδέξατο. ὁ δὲ Ἀπολ‐</w:t>
      </w:r>
    </w:p>
    <w:p>
      <w:r>
        <w:rPr>
          <w:rFonts w:ascii="Courier New" w:hAnsi="Courier New"/>
          <w:color w:val="555555"/>
          <w:sz w:val="20"/>
        </w:rPr>
        <w:t>[15]</w:t>
      </w:r>
    </w:p>
    <w:p>
      <w:r>
        <w:rPr>
          <w:rFonts w:ascii="Gentium Plus" w:hAnsi="Gentium Plus"/>
          <w:sz w:val="24"/>
        </w:rPr>
        <w:t>λώνιος διὰ τοῦ ι, ἐξ ἀφορμῆς τοῦ λιμπάνω. ἰστέον δὲ, ὅτι παρ’ Ἀθηναίοις ἀρσενικῶς λέγε‐ ται ὁ λιμός· παρὰ τοῖς Δωριεῦσι δὲ θηλυκῶς</w:t>
      </w:r>
    </w:p>
    <w:p>
      <w:r>
        <w:rPr>
          <w:rFonts w:ascii="Courier New" w:hAnsi="Courier New"/>
          <w:color w:val="555555"/>
          <w:sz w:val="20"/>
        </w:rPr>
        <w:t>[lambda 1309]</w:t>
      </w:r>
    </w:p>
    <w:p>
      <w:r>
        <w:rPr>
          <w:rFonts w:ascii="Gentium Plus" w:hAnsi="Gentium Plus"/>
          <w:sz w:val="24"/>
        </w:rPr>
        <w:t>Λῖνον. τὸ δίκτυον. Λιπερνήτης. ἐνδεὴς, πτωχός· ἢ ὁ ἁλιεύς. Ἡρωδιανὸς λέγει τὸν πρότερον πλούσιον, ὕστε‐ ρον δὲ πένητα, παρὰ τὸ λείπεσθαι ἐρνέων ἤγουν</w:t>
      </w:r>
    </w:p>
    <w:p>
      <w:r>
        <w:rPr>
          <w:rFonts w:ascii="Courier New" w:hAnsi="Courier New"/>
          <w:color w:val="555555"/>
          <w:sz w:val="20"/>
        </w:rPr>
        <w:t>[5]</w:t>
      </w:r>
    </w:p>
    <w:p>
      <w:r>
        <w:rPr>
          <w:rFonts w:ascii="Gentium Plus" w:hAnsi="Gentium Plus"/>
          <w:sz w:val="24"/>
        </w:rPr>
        <w:t>φυτῶν. Λίρος. ὁ ἀναιδής. παρὰ τὸ λίαν ὁρᾷν. ἢ λιρός. Λίς. ὁ λέων. παρὰ τὸ λιαρόν. ἔνθερμον γὰρ τὸ ζῶον. Λίταργος. ὁ ἀργός. λίταργον κύνα. παρὰ τὸ</w:t>
      </w:r>
    </w:p>
    <w:p>
      <w:r>
        <w:rPr>
          <w:rFonts w:ascii="Courier New" w:hAnsi="Courier New"/>
          <w:color w:val="555555"/>
          <w:sz w:val="20"/>
        </w:rPr>
        <w:t>[10]</w:t>
      </w:r>
    </w:p>
    <w:p>
      <w:r>
        <w:rPr>
          <w:rFonts w:ascii="Gentium Plus" w:hAnsi="Gentium Plus"/>
          <w:sz w:val="24"/>
        </w:rPr>
        <w:t>λίαν ἀργὸν ἢ ταχὺν εἶναι. Λιτόεις. κύριον. Λιτός. ὁ εὐτελής· ὁ πένης, ὁ δημότης, ὁ ἐκ λιτανείας ζῶν, ἢ ὁ ἐπὶ γῆς κοιμώμενος. Λίχνος. ὁ λαίμαργος. ἀπὸ τοῦ λίαν χαίνειν,</w:t>
      </w:r>
    </w:p>
    <w:p>
      <w:r>
        <w:rPr>
          <w:rFonts w:ascii="Courier New" w:hAnsi="Courier New"/>
          <w:color w:val="555555"/>
          <w:sz w:val="20"/>
        </w:rPr>
        <w:t>[15]</w:t>
      </w:r>
    </w:p>
    <w:p>
      <w:r>
        <w:rPr>
          <w:rFonts w:ascii="Gentium Plus" w:hAnsi="Gentium Plus"/>
          <w:sz w:val="24"/>
        </w:rPr>
        <w:t>ὅ ἐστιν ἐπιθυμεῖν. Λιχανός. ὁ δεύτερος δάκτυλος. παρὰ τὸ λίαν χαίνειν ἀπὸ τοῦ πρώτου. Λίψ. ὁ ἄνεμος. ἢ ἧττα. καὶ ἡ λιβάς. ἀμ‐</w:t>
      </w:r>
    </w:p>
    <w:p>
      <w:r>
        <w:rPr>
          <w:rFonts w:ascii="Courier New" w:hAnsi="Courier New"/>
          <w:color w:val="555555"/>
          <w:sz w:val="20"/>
        </w:rPr>
        <w:t>[lambda 1310]</w:t>
      </w:r>
    </w:p>
    <w:p>
      <w:r>
        <w:rPr>
          <w:rFonts w:ascii="Gentium Plus" w:hAnsi="Gentium Plus"/>
          <w:sz w:val="24"/>
        </w:rPr>
        <w:t>λήγοντα ἀποστρέφονται τὴν ὀξεῖαν τάσιν τῆς διφθόγγου, ἤγουν τὸ γράφεσθαι δίφθογγα. οἷον αἰθίοψ, αἰγίλιψ, σκνὶψ σκνιφὸς καὶ σκνι‐ πὸς, νὶψ νιβὸς, ὄνομα κρήνης. οὕτως οὖν καὶ</w:t>
      </w:r>
    </w:p>
    <w:p>
      <w:r>
        <w:rPr>
          <w:rFonts w:ascii="Courier New" w:hAnsi="Courier New"/>
          <w:color w:val="555555"/>
          <w:sz w:val="20"/>
        </w:rPr>
        <w:t>[5]</w:t>
      </w:r>
    </w:p>
    <w:p>
      <w:r>
        <w:rPr>
          <w:rFonts w:ascii="Gentium Plus" w:hAnsi="Gentium Plus"/>
          <w:sz w:val="24"/>
        </w:rPr>
        <w:t>λὶψ διὰ τοῦ ι. λέγεται δὲ ὁ ἄνεμος, καθὰ λεί‐ πει ὁ ἥλιος.</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Λιαρή. ἡ ὁμαλή. διὰ τοῦ ι. λιαρὴ γὰρ ὑπὸ κνέ‐ φας ἠμάτιοι.</w:t>
      </w:r>
    </w:p>
    <w:p>
      <w:r>
        <w:rPr>
          <w:rFonts w:ascii="Courier New" w:hAnsi="Courier New"/>
          <w:color w:val="555555"/>
          <w:sz w:val="20"/>
        </w:rPr>
        <w:t>[10]</w:t>
      </w:r>
    </w:p>
    <w:p>
      <w:r>
        <w:rPr>
          <w:rFonts w:ascii="Gentium Plus" w:hAnsi="Gentium Plus"/>
          <w:sz w:val="24"/>
        </w:rPr>
        <w:t>Λιβάς. ὁ σταλαγμός. Λιβρή. ἡ σκοτεινὴ νύξ. ἀπὸ τοῦ λίαν ἐρεβενή. ἢ παρὰ τὸ λίαν βαίνειν. Λιβύη. χώρα ἐν βορείοις μέρεσι κειμένη. ἀπὸ τῆς λιβάδος· ἔστι γὰρ ἐλλιπὴς ὑετῶν.</w:t>
      </w:r>
    </w:p>
    <w:p>
      <w:r>
        <w:rPr>
          <w:rFonts w:ascii="Courier New" w:hAnsi="Courier New"/>
          <w:color w:val="555555"/>
          <w:sz w:val="20"/>
        </w:rPr>
        <w:t>[15]</w:t>
      </w:r>
    </w:p>
    <w:p>
      <w:r>
        <w:rPr>
          <w:rFonts w:ascii="Gentium Plus" w:hAnsi="Gentium Plus"/>
          <w:sz w:val="24"/>
        </w:rPr>
        <w:t>Λιγνύς. ἡ κνίσσα· ἢ ἡ ἀνάδοσις τοῦ πυρός. λέ‐ γει δὲ τὸν ἀπὸ τῶν ἐλαιωδῶν καιομένων κα‐ πνόν. ἀπὸ τοῦ λίαν ἱκνεῖσθαι. αἰθάλη δὲ ὁ</w:t>
      </w:r>
    </w:p>
    <w:p>
      <w:r>
        <w:rPr>
          <w:rFonts w:ascii="Courier New" w:hAnsi="Courier New"/>
          <w:color w:val="555555"/>
          <w:sz w:val="20"/>
        </w:rPr>
        <w:t>[lambda 1311]</w:t>
      </w:r>
    </w:p>
    <w:p>
      <w:r>
        <w:rPr>
          <w:rFonts w:ascii="Gentium Plus" w:hAnsi="Gentium Plus"/>
          <w:sz w:val="24"/>
        </w:rPr>
        <w:t>Λίνδος. χώρα ἐν τῇ Ῥόδῳ, ἢ καὶ νῆσος. Λιπάρεως. τῆς ἐν Σικελίᾳ νήσου. Λισσή. ὁμαλή. παρὰ τὸ λίαν ἴση εἶναι. [καὶ λισσὸν τὸ ὁμαλόν.]</w:t>
      </w:r>
    </w:p>
    <w:p>
      <w:r>
        <w:rPr>
          <w:rFonts w:ascii="Courier New" w:hAnsi="Courier New"/>
          <w:color w:val="555555"/>
          <w:sz w:val="20"/>
        </w:rPr>
        <w:t>[5]</w:t>
      </w:r>
    </w:p>
    <w:p>
      <w:r>
        <w:rPr>
          <w:rFonts w:ascii="Gentium Plus" w:hAnsi="Gentium Plus"/>
          <w:sz w:val="24"/>
        </w:rPr>
        <w:t>Λιτή. εὐτελής. καὶ ἡ παράκλησις.</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Λιαρόν. θερμὸν, χλιαρὸν, προσηνές. παρὰ τὸ λῶ, τὸ θέλω, λαρόν. ὡς νῶ ναρὸν, λῶ λαρὸν, καὶ πλεονασμῷ τοῦ ι λιαρόν. ἢ ἱλαρὸν, καὶ</w:t>
      </w:r>
    </w:p>
    <w:p>
      <w:r>
        <w:rPr>
          <w:rFonts w:ascii="Courier New" w:hAnsi="Courier New"/>
          <w:color w:val="555555"/>
          <w:sz w:val="20"/>
        </w:rPr>
        <w:t>[10]</w:t>
      </w:r>
    </w:p>
    <w:p>
      <w:r>
        <w:rPr>
          <w:rFonts w:ascii="Gentium Plus" w:hAnsi="Gentium Plus"/>
          <w:sz w:val="24"/>
        </w:rPr>
        <w:t>καθ’ ὑπερβιβασμὸν λιαρόν. Λιβάνιον ὄρος. τοῦ Λιβάνου. Λίβος. τὸ δάκρυον. Λίβυρνον. πλοῖον πολεμικόν. Λιγυρόν. ὀξὺ, ἡδύτατον.</w:t>
      </w:r>
    </w:p>
    <w:p>
      <w:r>
        <w:rPr>
          <w:rFonts w:ascii="Courier New" w:hAnsi="Courier New"/>
          <w:color w:val="555555"/>
          <w:sz w:val="20"/>
        </w:rPr>
        <w:t>[15]</w:t>
      </w:r>
    </w:p>
    <w:p>
      <w:r>
        <w:rPr>
          <w:rFonts w:ascii="Gentium Plus" w:hAnsi="Gentium Plus"/>
          <w:sz w:val="24"/>
        </w:rPr>
        <w:t>Λιγύριον. ὄνομα λίθου. Λιγυστικόν. πέλαγος. Λίκνον. τὸ πτύον. Λίλαιον· Λίλαντον· [Λιλύβαιον.] ὀνόματα</w:t>
      </w:r>
    </w:p>
    <w:p>
      <w:r>
        <w:rPr>
          <w:rFonts w:ascii="Courier New" w:hAnsi="Courier New"/>
          <w:color w:val="555555"/>
          <w:sz w:val="20"/>
        </w:rPr>
        <w:t>[lambda 1312]</w:t>
      </w:r>
    </w:p>
    <w:p>
      <w:r>
        <w:rPr>
          <w:rFonts w:ascii="Gentium Plus" w:hAnsi="Gentium Plus"/>
          <w:sz w:val="24"/>
        </w:rPr>
        <w:t>Λινόν. τὸ ἔριον. ἀπὸ τῆς λειότητος. ἢ λεπτὸν ὕφασμα. λινὸν ἔλεγον ἀπὸ τοῦ λίαν νενῆσθαι. καὶ λίνειον ἔσθημα. Λίσφη. τὰ ἰσχία παρ’ Ἀττικοῖς. παρὰ τὸ λεί‐</w:t>
      </w:r>
    </w:p>
    <w:p>
      <w:r>
        <w:rPr>
          <w:rFonts w:ascii="Courier New" w:hAnsi="Courier New"/>
          <w:color w:val="555555"/>
          <w:sz w:val="20"/>
        </w:rPr>
        <w:t>[5]</w:t>
      </w:r>
    </w:p>
    <w:p>
      <w:r>
        <w:rPr>
          <w:rFonts w:ascii="Gentium Plus" w:hAnsi="Gentium Plus"/>
          <w:sz w:val="24"/>
        </w:rPr>
        <w:t>πειν αὐτὰ σαρκῶν. δύναται δὲ καὶ λέσφη εἶναι κατὰ τὴν ὀσφύν. Λίστρον. τὸ ξύστρον. —λίστροισιν ἐοικότα— ἀπὸ τοῦ λίαν στορεννύειν δι’ αὐτῶν τὴν ὑποκει‐</w:t>
      </w:r>
    </w:p>
    <w:p>
      <w:r>
        <w:rPr>
          <w:rFonts w:ascii="Courier New" w:hAnsi="Courier New"/>
          <w:color w:val="555555"/>
          <w:sz w:val="20"/>
        </w:rPr>
        <w:t>[10]</w:t>
      </w:r>
    </w:p>
    <w:p>
      <w:r>
        <w:rPr>
          <w:rFonts w:ascii="Gentium Plus" w:hAnsi="Gentium Plus"/>
          <w:sz w:val="24"/>
        </w:rPr>
        <w:t>μένην ὕλην. Λίτα. καταπετάσματα, ἢ λεπτὰ περιβόλαια. —λίτα πετάσαντες—. Λίτυον. ἡ βακτηρία.</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Λιάζω. τὸ ἐκκλίνω. καὶ λιασθείς. τὸ θέμα λιάζω, παρὰ τὸ ἀλῶ, τὸ πλανῶ καὶ ἐκκλίνω. ἀλῶ οὖν ἀλίζω καὶ μεταθέσει τοῦ λ λιάζω.</w:t>
      </w:r>
    </w:p>
    <w:p>
      <w:r>
        <w:rPr>
          <w:rFonts w:ascii="Courier New" w:hAnsi="Courier New"/>
          <w:color w:val="555555"/>
          <w:sz w:val="20"/>
        </w:rPr>
        <w:t>[lambda 1313]</w:t>
      </w:r>
    </w:p>
    <w:p>
      <w:r>
        <w:rPr>
          <w:rFonts w:ascii="Gentium Plus" w:hAnsi="Gentium Plus"/>
          <w:sz w:val="24"/>
        </w:rPr>
        <w:t>Λικμῶ. τὸ διασκορπίζω. καὶ λικμᾶν, καὶ λικμών‐ των, ὅ ἐστι διαπτυϊζόντων. διὰ τὸ λίαν κα‐ μεῖν. Λιλαίω. τὸ ἐπιθυμῶ. [προθυμοῦμαι.]</w:t>
      </w:r>
    </w:p>
    <w:p>
      <w:r>
        <w:rPr>
          <w:rFonts w:ascii="Courier New" w:hAnsi="Courier New"/>
          <w:color w:val="555555"/>
          <w:sz w:val="20"/>
        </w:rPr>
        <w:t>[5]</w:t>
      </w:r>
    </w:p>
    <w:p>
      <w:r>
        <w:rPr>
          <w:rFonts w:ascii="Gentium Plus" w:hAnsi="Gentium Plus"/>
          <w:sz w:val="24"/>
        </w:rPr>
        <w:t>Λιμπάνω. ἀπὸ γὰρ τοῦ λείπω λιμπάνω. τὰ γὰρ διὰ τοῦ ανω, εἰ μὲν πλεονάζει τὸ ν, συ‐ στέλλει τὴν ἀρχὴν, οἷον λήθω λανθάνω, πείθω πανθάνω· οὕτως οὖν καὶ λείπω λιμπάνω· εἰ δὲ μὴ πλεονάζει τὸ ν, φυλάσσει τὴν ἀρχὴν,</w:t>
      </w:r>
    </w:p>
    <w:p>
      <w:r>
        <w:rPr>
          <w:rFonts w:ascii="Courier New" w:hAnsi="Courier New"/>
          <w:color w:val="555555"/>
          <w:sz w:val="20"/>
        </w:rPr>
        <w:t>[10]</w:t>
      </w:r>
    </w:p>
    <w:p>
      <w:r>
        <w:rPr>
          <w:rFonts w:ascii="Gentium Plus" w:hAnsi="Gentium Plus"/>
          <w:sz w:val="24"/>
        </w:rPr>
        <w:t>οἷον λήθω ληθάνω, ὡς παρὰ τῷ ποιητῇ· ληθάνει, ὅσς’ ἔπαθεν— αὔξω αὐξάνω. Λιπαρεῖν. παρακαλεῖν. παρὰ τὸ λίαν παρεῖναι. Λίπτω. τὸ ἐπιθυμῶ.</w:t>
      </w:r>
    </w:p>
    <w:p>
      <w:r>
        <w:rPr>
          <w:rFonts w:ascii="Courier New" w:hAnsi="Courier New"/>
          <w:color w:val="555555"/>
          <w:sz w:val="20"/>
        </w:rPr>
        <w:t>[15]</w:t>
      </w:r>
    </w:p>
    <w:p>
      <w:r>
        <w:rPr>
          <w:rFonts w:ascii="Gentium Plus" w:hAnsi="Gentium Plus"/>
          <w:sz w:val="24"/>
        </w:rPr>
        <w:t>Λιπόμενος. ὁ ἀπολειφθείς. λειπόμενος δὲ ὁ ἀπολιμπανόμενος, δίφθογγον. Λιπώμενος δὲ, ὁ λιπαρῶν, ι καὶ μέγα. Λίποιτο. καταλειφθείη.</w:t>
      </w:r>
    </w:p>
    <w:p>
      <w:r>
        <w:rPr>
          <w:rFonts w:ascii="Courier New" w:hAnsi="Courier New"/>
          <w:color w:val="555555"/>
          <w:sz w:val="20"/>
        </w:rPr>
        <w:t>[lambda 1314]</w:t>
      </w:r>
    </w:p>
    <w:p>
      <w:r>
        <w:rPr>
          <w:rFonts w:ascii="Gentium Plus" w:hAnsi="Gentium Plus"/>
          <w:sz w:val="24"/>
        </w:rPr>
        <w:t>Λίσσομαι. ἱκετεύω, παρακαλῶ, δυσωπῶ. Λιτάζομαι. δέομαι· παρακαλῶ. Λιχμώμενος. ἀντὶ τοῦ λείχων. καὶ λιχμάζω. Λικριφίς. εἰς πλάγιον. παρὰ τὸ λέχριον, τὸ</w:t>
      </w:r>
    </w:p>
    <w:p>
      <w:r>
        <w:rPr>
          <w:rFonts w:ascii="Courier New" w:hAnsi="Courier New"/>
          <w:color w:val="555555"/>
          <w:sz w:val="20"/>
        </w:rPr>
        <w:t>[5]</w:t>
      </w:r>
    </w:p>
    <w:p>
      <w:r>
        <w:rPr>
          <w:rFonts w:ascii="Gentium Plus" w:hAnsi="Gentium Plus"/>
          <w:sz w:val="24"/>
        </w:rPr>
        <w:t>πλάγιον. οἱονεὶ λεκριφὶς καὶ τροπῇ λικριφίς.</w:t>
      </w:r>
    </w:p>
    <w:p>
      <w:pPr>
        <w:jc w:val="center"/>
      </w:pPr>
      <w:r>
        <w:rPr>
          <w:rFonts w:ascii="Gentium Plus" w:hAnsi="Gentium Plus"/>
          <w:b/>
          <w:sz w:val="24"/>
        </w:rPr>
        <w:t>Τὸ Λ μετὰ τοῦ Ο.</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Λοβός. ὁ μετὰ τῆς πιμελῆς νεφρός· ἢ τὰ ἄκρα τῶν ὤτων. †ἐφ’ ὧν τὰ ἐνώτια.†</w:t>
      </w:r>
    </w:p>
    <w:p>
      <w:r>
        <w:rPr>
          <w:rFonts w:ascii="Courier New" w:hAnsi="Courier New"/>
          <w:color w:val="555555"/>
          <w:sz w:val="20"/>
        </w:rPr>
        <w:t>[10]</w:t>
      </w:r>
    </w:p>
    <w:p>
      <w:r>
        <w:rPr>
          <w:rFonts w:ascii="Gentium Plus" w:hAnsi="Gentium Plus"/>
          <w:sz w:val="24"/>
        </w:rPr>
        <w:t>Λογοποιῶν. πλαττόντων ψευδεῖς λόγους. Λογικός. ὅστις μετὰ λόγου πράττει. οἷον γραμ‐ ματικὸς, ῥήτωρ. Λογγῶνες. οἱ ἐπὶ τῶν λιμένων τρητοὶ λίθοι, ἐν οἷς ἐξαρτῶσι τὰ σχοινία τῶν νεῶν. τοὺς δὲ</w:t>
      </w:r>
    </w:p>
    <w:p>
      <w:r>
        <w:rPr>
          <w:rFonts w:ascii="Courier New" w:hAnsi="Courier New"/>
          <w:color w:val="555555"/>
          <w:sz w:val="20"/>
        </w:rPr>
        <w:t>[15]</w:t>
      </w:r>
    </w:p>
    <w:p>
      <w:r>
        <w:rPr>
          <w:rFonts w:ascii="Gentium Plus" w:hAnsi="Gentium Plus"/>
          <w:sz w:val="24"/>
        </w:rPr>
        <w:t>τοιούτους λίθους καὶ λογγάσια ἔλεγον. Λόγος τριχῶς εἴρηται. λόγος ἐνούσιος, ὁ θεὸς</w:t>
      </w:r>
    </w:p>
    <w:p>
      <w:r>
        <w:rPr>
          <w:rFonts w:ascii="Courier New" w:hAnsi="Courier New"/>
          <w:color w:val="555555"/>
          <w:sz w:val="20"/>
        </w:rPr>
        <w:t>[lambda 1315]</w:t>
      </w:r>
    </w:p>
    <w:p>
      <w:r>
        <w:rPr>
          <w:rFonts w:ascii="Gentium Plus" w:hAnsi="Gentium Plus"/>
          <w:sz w:val="24"/>
        </w:rPr>
        <w:t>ὁ ἐν τῇ ἡμετέρᾳ διανοίᾳ λαλῶν. λόγος καὶ ὁ προφορικὸς τῆς γλώττης. λόγος δὲ εἴρηται ἐκ τοῦ λέγειν. λόγος ἐστὶν ἄγγελος νοήματος ἐς φῶς ἐκφέρων τὸ νοηθέν. ἔστι δὲ καὶ πεζῆς</w:t>
      </w:r>
    </w:p>
    <w:p>
      <w:r>
        <w:rPr>
          <w:rFonts w:ascii="Courier New" w:hAnsi="Courier New"/>
          <w:color w:val="555555"/>
          <w:sz w:val="20"/>
        </w:rPr>
        <w:t>[5]</w:t>
      </w:r>
    </w:p>
    <w:p>
      <w:r>
        <w:rPr>
          <w:rFonts w:ascii="Gentium Plus" w:hAnsi="Gentium Plus"/>
          <w:sz w:val="24"/>
        </w:rPr>
        <w:t>λέξεως σύνθεσις, διανοίας ἀπηρτισμένης. λόγος ὁ οὐσιωδῶς ἀεὶ τῷ πατρὶ συμπαρών. καὶ ὁ μὲν ἀκούει οὐσιώδης, ὁ δὲ ἐνδιάθετος. λόγος ὁ μὲν ἐν τῇ διανοίᾳ, ἐνδιάθετος λεγόμενος, λέγεται συμπλοκὴ νοημάτων ἐν ψυχῇ· ὁ δὲ ἐν τῇ προ‐</w:t>
      </w:r>
    </w:p>
    <w:p>
      <w:r>
        <w:rPr>
          <w:rFonts w:ascii="Courier New" w:hAnsi="Courier New"/>
          <w:color w:val="555555"/>
          <w:sz w:val="20"/>
        </w:rPr>
        <w:t>[10]</w:t>
      </w:r>
    </w:p>
    <w:p>
      <w:r>
        <w:rPr>
          <w:rFonts w:ascii="Gentium Plus" w:hAnsi="Gentium Plus"/>
          <w:sz w:val="24"/>
        </w:rPr>
        <w:t>φορᾷ καὶ χρήσει ῥεῦμα ἀπὸ διανοίας ἐκπεμπό‐ μενον μετὰ φωνῆς· ἢ ἔμφασις διανοίας μετὰ ῥημάτων καὶ ὀνομάτων. Λόγος, καὶ ἡ φροντίς. †λέγεται καὶ ὁ τραπε‐ ζητικὸς, καὶ ὁ γεωμετρικὸς, καὶ ὁ ἐκ λημμά‐</w:t>
      </w:r>
    </w:p>
    <w:p>
      <w:r>
        <w:rPr>
          <w:rFonts w:ascii="Courier New" w:hAnsi="Courier New"/>
          <w:color w:val="555555"/>
          <w:sz w:val="20"/>
        </w:rPr>
        <w:t>[15]</w:t>
      </w:r>
    </w:p>
    <w:p>
      <w:r>
        <w:rPr>
          <w:rFonts w:ascii="Gentium Plus" w:hAnsi="Gentium Plus"/>
          <w:sz w:val="24"/>
        </w:rPr>
        <w:t>των καὶ ἐπιφορᾶς, οἷον· ἡμέρα ἐστὶ φῶς, ἔστι τοῦτο λῆμμα.† Λογισμός. κίνησις ψυχῆς περί τι. λογισμός ἐστι τὸ πρῶτον ἐν τῇ διανοίᾳ ἀνελθὸν νόημα. λογισμός ἐστιν ἀόρατος κίνησις καὶ ταραχὴ</w:t>
      </w:r>
    </w:p>
    <w:p>
      <w:r>
        <w:rPr>
          <w:rFonts w:ascii="Courier New" w:hAnsi="Courier New"/>
          <w:color w:val="555555"/>
          <w:sz w:val="20"/>
        </w:rPr>
        <w:t>[20]</w:t>
      </w:r>
    </w:p>
    <w:p>
      <w:r>
        <w:rPr>
          <w:rFonts w:ascii="Gentium Plus" w:hAnsi="Gentium Plus"/>
          <w:sz w:val="24"/>
        </w:rPr>
        <w:t>πράγματος. λογισμός ἐστιν ἡ ποιὰ τοῦ διαλο‐ γισμοῦ κίνησις. λογισμὸς δαιμονιώδης ἐστὶν εἰ‐ κὼν αἰσθητῶν πραγμάτων συνισταμένη κατὰ διάνοιαν, μεθ’ ἧς ὁ νοῦς κινούμενος ἐμπαθῶς λέγει ἢ πράττει τι ἀνόμως ἐν τῷ κρυπτῷ πρὸς</w:t>
      </w:r>
    </w:p>
    <w:p>
      <w:r>
        <w:rPr>
          <w:rFonts w:ascii="Courier New" w:hAnsi="Courier New"/>
          <w:color w:val="555555"/>
          <w:sz w:val="20"/>
        </w:rPr>
        <w:t>[25]</w:t>
      </w:r>
    </w:p>
    <w:p>
      <w:r>
        <w:rPr>
          <w:rFonts w:ascii="Gentium Plus" w:hAnsi="Gentium Plus"/>
          <w:sz w:val="24"/>
        </w:rPr>
        <w:t>τὸ μορφούμενον εἴδωλον ἐκ διαδοχῆς ὑπ’ αὐ‐ τοῦ. ἐπιλογισμὸς δὲ ἐστὶν ἐναντίον λογισμοῦ. Λοιγός. ὁ ὄλεθρος. Λοιμός. νόσος μεταδοτικὴ ἢ φθορά. κυρίως δὲ λοιμὸς ὁ ἐπὶ κακίᾳ πολύς. †ἢ ὁ κακὸς δικα‐</w:t>
      </w:r>
    </w:p>
    <w:p>
      <w:r>
        <w:rPr>
          <w:rFonts w:ascii="Courier New" w:hAnsi="Courier New"/>
          <w:color w:val="555555"/>
          <w:sz w:val="20"/>
        </w:rPr>
        <w:t>[30]</w:t>
      </w:r>
    </w:p>
    <w:p>
      <w:r>
        <w:rPr>
          <w:rFonts w:ascii="Gentium Plus" w:hAnsi="Gentium Plus"/>
          <w:sz w:val="24"/>
        </w:rPr>
        <w:t>στής.†</w:t>
      </w:r>
    </w:p>
    <w:p>
      <w:r>
        <w:rPr>
          <w:rFonts w:ascii="Courier New" w:hAnsi="Courier New"/>
          <w:color w:val="555555"/>
          <w:sz w:val="20"/>
        </w:rPr>
        <w:t>[lambda 1316]</w:t>
      </w:r>
    </w:p>
    <w:p>
      <w:r>
        <w:rPr>
          <w:rFonts w:ascii="Gentium Plus" w:hAnsi="Gentium Plus"/>
          <w:sz w:val="24"/>
        </w:rPr>
        <w:t>Λοίσθιος. ὁ ἔσχατος. καὶ λοῖσθος καὶ λοί‐ σθιον. οἱ μὲν παρὰ τὸ ὄλισθος καθ’ ὑπερβι‐ βασμὸν τοῦ λ, λοῖσθος, λοίσθιος, οἷον ἐξολι‐ σθήσας καὶ ἐμποδισθείς. ἢ παρὰ τὴν λαίστην,</w:t>
      </w:r>
    </w:p>
    <w:p>
      <w:r>
        <w:rPr>
          <w:rFonts w:ascii="Courier New" w:hAnsi="Courier New"/>
          <w:color w:val="555555"/>
          <w:sz w:val="20"/>
        </w:rPr>
        <w:t>[5]</w:t>
      </w:r>
    </w:p>
    <w:p>
      <w:r>
        <w:rPr>
          <w:rFonts w:ascii="Gentium Plus" w:hAnsi="Gentium Plus"/>
          <w:sz w:val="24"/>
        </w:rPr>
        <w:t>ὃ σημαίνει τὴν λοιδορίαν καὶ αἰσχύνην, λαῖσθος καὶ λοῖσθος. οἷον· λοῖσθος ἀνὴρ ὤριστος ἔχει μώνυχας ἵππους. Λολλιανός. κύριον. [Λουκιλλιανός. κύριον.]</w:t>
      </w:r>
    </w:p>
    <w:p>
      <w:r>
        <w:rPr>
          <w:rFonts w:ascii="Courier New" w:hAnsi="Courier New"/>
          <w:color w:val="555555"/>
          <w:sz w:val="20"/>
        </w:rPr>
        <w:t>[10]</w:t>
      </w:r>
    </w:p>
    <w:p>
      <w:r>
        <w:rPr>
          <w:rFonts w:ascii="Gentium Plus" w:hAnsi="Gentium Plus"/>
          <w:sz w:val="24"/>
        </w:rPr>
        <w:t>Λουδεμπιστής. ὁ ἄρχων τῶν παιγνιδίων. λοῦ‐ δα γὰρ τὰ παίγνια παρὰ Ῥωμαίοις. Λόφος. ὕψος γῆς καὶ ἐπανάστημα. Λοχαγοῖς. στρατηγοῖς, ταξιάρχαις. Λοχίτης. ὁ ἐνεδρεύων. τὰ ἀπὸ τῆς εἰς ος διὰ</w:t>
      </w:r>
    </w:p>
    <w:p>
      <w:r>
        <w:rPr>
          <w:rFonts w:ascii="Courier New" w:hAnsi="Courier New"/>
          <w:color w:val="555555"/>
          <w:sz w:val="20"/>
        </w:rPr>
        <w:t>[15]</w:t>
      </w:r>
    </w:p>
    <w:p>
      <w:r>
        <w:rPr>
          <w:rFonts w:ascii="Gentium Plus" w:hAnsi="Gentium Plus"/>
          <w:sz w:val="24"/>
        </w:rPr>
        <w:t>τοῦ ιτης γινόμενα διὰ τοῦ ι γράφεται, οἷον· τόπος τοπίτης, λόχος λοχίτης. Λόχος. ἡ ἐνέδρα. ἀπὸ τοῦ τοὺς ἐπιλέκτους εἰς τοῦτο εὐθετεῖν. ἢ ἀπὸ τοῦ λέξασθαι· καὶ γὰρ οἱ τοιοῦτοι ἐπίλεκτοι διεκρίνοντο εἰς τὰς ἐνέ‐</w:t>
      </w:r>
    </w:p>
    <w:p>
      <w:r>
        <w:rPr>
          <w:rFonts w:ascii="Courier New" w:hAnsi="Courier New"/>
          <w:color w:val="555555"/>
          <w:sz w:val="20"/>
        </w:rPr>
        <w:t>[20]</w:t>
      </w:r>
    </w:p>
    <w:p>
      <w:r>
        <w:rPr>
          <w:rFonts w:ascii="Gentium Plus" w:hAnsi="Gentium Plus"/>
          <w:sz w:val="24"/>
        </w:rPr>
        <w:t>δρας. Λόχος. τὸ ἔγκρυμα. Λουτήρ. παρὰ τὸ λούω, λούσω, λέλουκα, λέ‐ λουσμαι, λέλουσαι, λέλουσται, λουστὴρ καὶ λουτήρ.</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Λογάς. ἐκλεκτὴ, φρόνιμος. Λογίαι. καρποφορίαι. ἐκλογαί. Λογικὴν τερθρείαν. ῥητορικὴν φλυαρίαν.</w:t>
      </w:r>
    </w:p>
    <w:p>
      <w:r>
        <w:rPr>
          <w:rFonts w:ascii="Courier New" w:hAnsi="Courier New"/>
          <w:color w:val="555555"/>
          <w:sz w:val="20"/>
        </w:rPr>
        <w:t>[lambda 1317]</w:t>
      </w:r>
    </w:p>
    <w:p>
      <w:r>
        <w:rPr>
          <w:rFonts w:ascii="Gentium Plus" w:hAnsi="Gentium Plus"/>
          <w:sz w:val="24"/>
        </w:rPr>
        <w:t>Λοιδορία. ἡ ἐν φανερῷ κακηγορία ἢ λαθραία μέμψις. παρὰ τὸ λοιμὸς λοιμορία καὶ λοιδορία. ἢ παρὰ τὸ βάλλειν τοὺς λόγους ὡς δόρατα. Λοίμη. ἡ φθορά. λύμη δὲ ἡ βλάβη, ψιλόν.</w:t>
      </w:r>
    </w:p>
    <w:p>
      <w:r>
        <w:rPr>
          <w:rFonts w:ascii="Courier New" w:hAnsi="Courier New"/>
          <w:color w:val="555555"/>
          <w:sz w:val="20"/>
        </w:rPr>
        <w:t>[5]</w:t>
      </w:r>
    </w:p>
    <w:p>
      <w:r>
        <w:rPr>
          <w:rFonts w:ascii="Gentium Plus" w:hAnsi="Gentium Plus"/>
          <w:sz w:val="24"/>
        </w:rPr>
        <w:t>†Λοισθία. ἡ ἐσχάτη.† Λοισθώνη. θρασεῖα. Λοπάς. ἡ χύτρα. Λόρδωσις. ἐμπρόσθιον κύρτωμα. ὕβωσις δὲ, τὸ μετὰ τὴν κεφαλὴν πρὸ τῆς ῥάχεως πάθος. κύρ‐</w:t>
      </w:r>
    </w:p>
    <w:p>
      <w:r>
        <w:rPr>
          <w:rFonts w:ascii="Courier New" w:hAnsi="Courier New"/>
          <w:color w:val="555555"/>
          <w:sz w:val="20"/>
        </w:rPr>
        <w:t>[10]</w:t>
      </w:r>
    </w:p>
    <w:p>
      <w:r>
        <w:rPr>
          <w:rFonts w:ascii="Gentium Plus" w:hAnsi="Gentium Plus"/>
          <w:sz w:val="24"/>
        </w:rPr>
        <w:t>τωσις δὲ τὸ μέσον τῆς ῥάχεως. [Λουκόλεια. τόπος.] Λουκερία. τόπος. Λουκρητία. χώρα. Λοφία. ὑψηλὸς τόπος.</w:t>
      </w:r>
    </w:p>
    <w:p>
      <w:r>
        <w:rPr>
          <w:rFonts w:ascii="Courier New" w:hAnsi="Courier New"/>
          <w:color w:val="555555"/>
          <w:sz w:val="20"/>
        </w:rPr>
        <w:t>[15]</w:t>
      </w:r>
    </w:p>
    <w:p>
      <w:r>
        <w:rPr>
          <w:rFonts w:ascii="Gentium Plus" w:hAnsi="Gentium Plus"/>
          <w:sz w:val="24"/>
        </w:rPr>
        <w:t>Λόχμη. σύμφυτος τόπος. Λοχεία. ἡ ἐπὶ τῷ τόκῳ ὠδίς. Λόχησις. ἡ ἐνέδρα. Λογία. ἡ συλλογὴ παρὰ τῷ Ἀποστόλῳ· καὶ τὸ ἐκ πολλῶν συνεισφερόμενον. λέγει δὲ τὴν</w:t>
      </w:r>
    </w:p>
    <w:p>
      <w:r>
        <w:rPr>
          <w:rFonts w:ascii="Courier New" w:hAnsi="Courier New"/>
          <w:color w:val="555555"/>
          <w:sz w:val="20"/>
        </w:rPr>
        <w:t>[20]</w:t>
      </w:r>
    </w:p>
    <w:p>
      <w:r>
        <w:rPr>
          <w:rFonts w:ascii="Gentium Plus" w:hAnsi="Gentium Plus"/>
          <w:sz w:val="24"/>
        </w:rPr>
        <w:t>ἐλεημοσύνην. περὶ δὲ τῆς λογίας τῆς εἰς τοὺς</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Λογεῖον. τὸ μαντεῖον καὶ τὸ σχολεῖον. λόγιον δὲ, ὁ λόγος, ι. †Λογίστρια. ὀλοθρεύτρια.†</w:t>
      </w:r>
    </w:p>
    <w:p>
      <w:r>
        <w:rPr>
          <w:rFonts w:ascii="Courier New" w:hAnsi="Courier New"/>
          <w:color w:val="555555"/>
          <w:sz w:val="20"/>
        </w:rPr>
        <w:t>[5]</w:t>
      </w:r>
    </w:p>
    <w:p>
      <w:r>
        <w:rPr>
          <w:rFonts w:ascii="Gentium Plus" w:hAnsi="Gentium Plus"/>
          <w:sz w:val="24"/>
        </w:rPr>
        <w:t>Λογύδριον. ὁ μικρὸς λόγος. Λοίγιον. ὀλέθριον. Λοίσθιον. ἔσχατον. Λοιβεῖον. ἐν ᾧ αἱ θυσίαι γίνονται. Λοιπόν. τὸ ἐπίλοιπον. παρὰ τὸ λείπω λοιπὸς,</w:t>
      </w:r>
    </w:p>
    <w:p>
      <w:r>
        <w:rPr>
          <w:rFonts w:ascii="Courier New" w:hAnsi="Courier New"/>
          <w:color w:val="555555"/>
          <w:sz w:val="20"/>
        </w:rPr>
        <w:t>[10]</w:t>
      </w:r>
    </w:p>
    <w:p>
      <w:r>
        <w:rPr>
          <w:rFonts w:ascii="Gentium Plus" w:hAnsi="Gentium Plus"/>
          <w:sz w:val="24"/>
        </w:rPr>
        <w:t>ὡς λείβω λοιβὸς, καὶ ἀμείβω ἀμοιβή. καὶ ἐξ αὐτοῦ τὸ οὐδέτερον λοιπόν. λοιπὸν καὶ ἀντὶ τοῦ διὰ τοῦτο. †Λοῦδα. τὰ παίγνια παρὰ Ῥωμαίοις.† †Λοπαίδια. ὄργανον.†</w:t>
      </w:r>
    </w:p>
    <w:p>
      <w:r>
        <w:rPr>
          <w:rFonts w:ascii="Courier New" w:hAnsi="Courier New"/>
          <w:color w:val="555555"/>
          <w:sz w:val="20"/>
        </w:rPr>
        <w:t>[15]</w:t>
      </w:r>
    </w:p>
    <w:p>
      <w:r>
        <w:rPr>
          <w:rFonts w:ascii="Gentium Plus" w:hAnsi="Gentium Plus"/>
          <w:sz w:val="24"/>
        </w:rPr>
        <w:t>Λουτρά. τὰ εἰς λύσιν ἄγοντα τῆς ἀκαθαρσίας· καὶ γὰρ λῦμα καλεῖται ὁ ῥύπος. Λοφεῖον. ἡ θήκη τῆς περικεφαλαίας. καὶ λο‐ φήϊον. Λορδόν. συγκεκαμμένον. τοῦ Ψελλοῦ· λέγανον</w:t>
      </w:r>
    </w:p>
    <w:p>
      <w:r>
        <w:rPr>
          <w:rFonts w:ascii="Courier New" w:hAnsi="Courier New"/>
          <w:color w:val="555555"/>
          <w:sz w:val="20"/>
        </w:rPr>
        <w:t>[20]</w:t>
      </w:r>
    </w:p>
    <w:p>
      <w:r>
        <w:rPr>
          <w:rFonts w:ascii="Gentium Plus" w:hAnsi="Gentium Plus"/>
          <w:sz w:val="24"/>
        </w:rPr>
        <w:t>τὸ καπύριον, λορδὸν συγκεκαμμένον.</w:t>
      </w:r>
    </w:p>
    <w:p>
      <w:pPr>
        <w:jc w:val="center"/>
      </w:pPr>
      <w:r>
        <w:rPr>
          <w:rFonts w:ascii="Gentium Plus" w:hAnsi="Gentium Plus"/>
          <w:b/>
          <w:sz w:val="24"/>
        </w:rPr>
        <w:t>(Ῥῆμα.)</w:t>
      </w:r>
    </w:p>
    <w:p>
      <w:r>
        <w:rPr>
          <w:rFonts w:ascii="Courier New" w:hAnsi="Courier New"/>
          <w:color w:val="555555"/>
          <w:sz w:val="20"/>
        </w:rPr>
        <w:t>[22]</w:t>
      </w:r>
    </w:p>
    <w:p>
      <w:r>
        <w:rPr>
          <w:rFonts w:ascii="Gentium Plus" w:hAnsi="Gentium Plus"/>
          <w:sz w:val="24"/>
        </w:rPr>
        <w:t>Λογίζειν. λογαριάζειν.</w:t>
      </w:r>
    </w:p>
    <w:p>
      <w:r>
        <w:rPr>
          <w:rFonts w:ascii="Courier New" w:hAnsi="Courier New"/>
          <w:color w:val="555555"/>
          <w:sz w:val="20"/>
        </w:rPr>
        <w:t>[lambda 1319]</w:t>
      </w:r>
    </w:p>
    <w:p>
      <w:r>
        <w:rPr>
          <w:rFonts w:ascii="Gentium Plus" w:hAnsi="Gentium Plus"/>
          <w:sz w:val="24"/>
        </w:rPr>
        <w:t>Λόγισαι. σκέψαι. Λογιεῖται. διαλογισθήσεται. Λοφίζω. λόφον καὶ ὕψος ποιῶ. λωφῶ δὲ, τὸ παύω, μέγα.</w:t>
      </w:r>
    </w:p>
    <w:p>
      <w:r>
        <w:rPr>
          <w:rFonts w:ascii="Courier New" w:hAnsi="Courier New"/>
          <w:color w:val="555555"/>
          <w:sz w:val="20"/>
        </w:rPr>
        <w:t>[5]</w:t>
      </w:r>
    </w:p>
    <w:p>
      <w:r>
        <w:rPr>
          <w:rFonts w:ascii="Gentium Plus" w:hAnsi="Gentium Plus"/>
          <w:sz w:val="24"/>
        </w:rPr>
        <w:t>†Λοιεῦσαι. θάψαι.† †Λοπεύειν. θάπτειν.† †Λοπίξαι. λαμπρύναι.† †Λοπῶντα. λεπιζόμενα.† Λοχεύουσι. γεννῶσι.</w:t>
      </w:r>
    </w:p>
    <w:p>
      <w:r>
        <w:rPr>
          <w:rFonts w:ascii="Courier New" w:hAnsi="Courier New"/>
          <w:color w:val="555555"/>
          <w:sz w:val="20"/>
        </w:rPr>
        <w:t>[10]</w:t>
      </w:r>
    </w:p>
    <w:p>
      <w:r>
        <w:rPr>
          <w:rFonts w:ascii="Gentium Plus" w:hAnsi="Gentium Plus"/>
          <w:sz w:val="24"/>
        </w:rPr>
        <w:t>Λοχῶντες. ἐνεδρεύοντες. Λοχίζω. τάσσω εἰς λόχον ἄνδρας. λόχος γὰρ καὶ λόχησις ἡ ἐνέδρα. λοχῶ δὲ αὐτὸς ἐγώ. Λοεσσάμεναι. ἀντὶ τοῦ λουσάμεναι. [κατὰ διά‐</w:t>
      </w:r>
    </w:p>
    <w:p>
      <w:pPr>
        <w:jc w:val="center"/>
      </w:pPr>
      <w:r>
        <w:rPr>
          <w:rFonts w:ascii="Gentium Plus" w:hAnsi="Gentium Plus"/>
          <w:b/>
          <w:sz w:val="24"/>
        </w:rPr>
        <w:t>Τὸ Λ μετὰ τοῦ Υ.</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Λύβας· Λύβαστος· Λυβήρ. ὀνόματα κύρια. Λυγδηνός. ἀπὸ Λύγδης.</w:t>
      </w:r>
    </w:p>
    <w:p>
      <w:r>
        <w:rPr>
          <w:rFonts w:ascii="Courier New" w:hAnsi="Courier New"/>
          <w:color w:val="555555"/>
          <w:sz w:val="20"/>
        </w:rPr>
        <w:t>[5]</w:t>
      </w:r>
    </w:p>
    <w:p>
      <w:r>
        <w:rPr>
          <w:rFonts w:ascii="Gentium Plus" w:hAnsi="Gentium Plus"/>
          <w:sz w:val="24"/>
        </w:rPr>
        <w:t>Λυγρός. ὁ χαλεπὸς ἢ ἀσθενής. Λυγαῖος. σκοτεινός. λυγαῖος δὲ ἦν ὁ τόπος αὐ‐ τοῖς. Λυβρός. Λυκάβας. ὁ ἐνιαυτός. ἐκ μεταφορᾶς τῶν λύ‐</w:t>
      </w:r>
    </w:p>
    <w:p>
      <w:r>
        <w:rPr>
          <w:rFonts w:ascii="Courier New" w:hAnsi="Courier New"/>
          <w:color w:val="555555"/>
          <w:sz w:val="20"/>
        </w:rPr>
        <w:t>[10]</w:t>
      </w:r>
    </w:p>
    <w:p>
      <w:r>
        <w:rPr>
          <w:rFonts w:ascii="Gentium Plus" w:hAnsi="Gentium Plus"/>
          <w:sz w:val="24"/>
        </w:rPr>
        <w:t>κων τῶν βαινόντων κατὰ οὐράν. Λυκόζειοι. ἔθνος.</w:t>
      </w:r>
    </w:p>
    <w:p>
      <w:r>
        <w:rPr>
          <w:rFonts w:ascii="Courier New" w:hAnsi="Courier New"/>
          <w:color w:val="555555"/>
          <w:sz w:val="20"/>
        </w:rPr>
        <w:t>[lambda 1321]</w:t>
      </w:r>
    </w:p>
    <w:p>
      <w:r>
        <w:rPr>
          <w:rFonts w:ascii="Gentium Plus" w:hAnsi="Gentium Plus"/>
          <w:sz w:val="24"/>
        </w:rPr>
        <w:t>Λυρῳδός. ὁ μετὰ λύρας ᾄδων καὶ ψάλλων. λη‐ ρῳδὸς δὲ, ὁ φλύαρος, η. Λύχνους λέγουσιν οἱ Ἀθηναῖοι· λύχνα δὲ Ἰα‐ κῶς λέγεται. παρὰ τὸ λύειν τὸ νύχος ἤτοι τὸ</w:t>
      </w:r>
    </w:p>
    <w:p>
      <w:r>
        <w:rPr>
          <w:rFonts w:ascii="Courier New" w:hAnsi="Courier New"/>
          <w:color w:val="555555"/>
          <w:sz w:val="20"/>
        </w:rPr>
        <w:t>[5]</w:t>
      </w:r>
    </w:p>
    <w:p>
      <w:r>
        <w:rPr>
          <w:rFonts w:ascii="Gentium Plus" w:hAnsi="Gentium Plus"/>
          <w:sz w:val="24"/>
        </w:rPr>
        <w:t>σκότος, λύνυχος καὶ λύχνος. Λυγδάμης. κύριον. καὶ κλίνεται Λυγδάμους.</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†Λύαι. στάσεις· διαφοραί.† Λύγξ. ὅτε μὲν τὸ πάθος, διὰ τοῦ γ κλίνεται,</w:t>
      </w:r>
    </w:p>
    <w:p>
      <w:r>
        <w:rPr>
          <w:rFonts w:ascii="Courier New" w:hAnsi="Courier New"/>
          <w:color w:val="555555"/>
          <w:sz w:val="20"/>
        </w:rPr>
        <w:t>[10]</w:t>
      </w:r>
    </w:p>
    <w:p>
      <w:r>
        <w:rPr>
          <w:rFonts w:ascii="Gentium Plus" w:hAnsi="Gentium Plus"/>
          <w:sz w:val="24"/>
        </w:rPr>
        <w:t>ἐξ οὗ καὶ τὸ ἀνελυγγίασεν· ὅτε δὲ τὸ ζῶον, διὰ τοῦ κ, λυκός. Καλλίμαχος· κρέα λυκὸς ἔταμνε. καὶ λὺξ, λυγὸς, ἡ ῥάβδος. Λύγδη. ὄνομα τόπου.</w:t>
      </w:r>
    </w:p>
    <w:p>
      <w:r>
        <w:rPr>
          <w:rFonts w:ascii="Courier New" w:hAnsi="Courier New"/>
          <w:color w:val="555555"/>
          <w:sz w:val="20"/>
        </w:rPr>
        <w:t>[15]</w:t>
      </w:r>
    </w:p>
    <w:p>
      <w:r>
        <w:rPr>
          <w:rFonts w:ascii="Gentium Plus" w:hAnsi="Gentium Plus"/>
          <w:sz w:val="24"/>
        </w:rPr>
        <w:t>Λυδία καὶ Λυκαονία καὶ Λυκαρνία. ὀνόματα χωρῶν. Λυκέα. ἀγὼν ἐν Ῥώμῃ. σύνηθες δὲ αὐτοῖς ἔπα‐ θλον δορὰν διδόναι. †Λυκέθη. ὄνομα κύριον.†</w:t>
      </w:r>
    </w:p>
    <w:p>
      <w:r>
        <w:rPr>
          <w:rFonts w:ascii="Courier New" w:hAnsi="Courier New"/>
          <w:color w:val="555555"/>
          <w:sz w:val="20"/>
        </w:rPr>
        <w:t>[20]</w:t>
      </w:r>
    </w:p>
    <w:p>
      <w:r>
        <w:rPr>
          <w:rFonts w:ascii="Gentium Plus" w:hAnsi="Gentium Plus"/>
          <w:sz w:val="24"/>
        </w:rPr>
        <w:t>Λυκώρεια. πόλις. Λύμη. ἡ βλάβη. ἀπὸ τοῦ λύω. λοίμη δὲ, ἡ φθο‐ ρὰ, δίφθογγον. Λυρνησσός. πόλις. †Λύρα ἐστὶν ἱστὸς διὰ νεύρων ἐσκευασμένος.†</w:t>
      </w:r>
    </w:p>
    <w:p>
      <w:r>
        <w:rPr>
          <w:rFonts w:ascii="Courier New" w:hAnsi="Courier New"/>
          <w:color w:val="555555"/>
          <w:sz w:val="20"/>
        </w:rPr>
        <w:t>[25]</w:t>
      </w:r>
    </w:p>
    <w:p>
      <w:r>
        <w:rPr>
          <w:rFonts w:ascii="Gentium Plus" w:hAnsi="Gentium Plus"/>
          <w:sz w:val="24"/>
        </w:rPr>
        <w:t>Λυρῳδία. ἡ τῆς λύρας ᾠδή. ληρῳδία δὲ, ἡ φλυα‐</w:t>
      </w:r>
    </w:p>
    <w:p>
      <w:r>
        <w:rPr>
          <w:rFonts w:ascii="Courier New" w:hAnsi="Courier New"/>
          <w:color w:val="555555"/>
          <w:sz w:val="20"/>
        </w:rPr>
        <w:t>[lambda 1322]</w:t>
      </w:r>
    </w:p>
    <w:p>
      <w:r>
        <w:rPr>
          <w:rFonts w:ascii="Gentium Plus" w:hAnsi="Gentium Plus"/>
          <w:sz w:val="24"/>
        </w:rPr>
        <w:t>Λυπρά. λυπηρὰ, μοχθηρά. Λυπρόγεως. ἡ μοχθηρὰ καὶ λυπηρὰ γῆ. Λύπη. διάθεσις ἡδονῶν ἐστερημένη. ἢ λύπη ἐστὶν ἔνδεια ὀρέξεως· ὄρεξις δέ ἐστι τοῦ ἐπιθυμητι‐</w:t>
      </w:r>
    </w:p>
    <w:p>
      <w:r>
        <w:rPr>
          <w:rFonts w:ascii="Courier New" w:hAnsi="Courier New"/>
          <w:color w:val="555555"/>
          <w:sz w:val="20"/>
        </w:rPr>
        <w:t>[5]</w:t>
      </w:r>
    </w:p>
    <w:p>
      <w:r>
        <w:rPr>
          <w:rFonts w:ascii="Gentium Plus" w:hAnsi="Gentium Plus"/>
          <w:sz w:val="24"/>
        </w:rPr>
        <w:t>κοῦ μέρους τῆς ψυχῆς κίνησις· ἐπιθυμητικὸν δέ ἐστι τὸ θελητικόν· ὥστε τὴν λύπην τὴν ἐπαινετὴν ὁ Χριστὸς ἐν τῷ θελητικῷ μέρει τῆς ψυχῆς ἑκουσίως ἐδέξατο. λύπη γὰρ κατὰ τὸ λυποῦν εἴρηται. τοίνυν ἐν ἀληθείᾳ ἐλυπεῖτο ὁ</w:t>
      </w:r>
    </w:p>
    <w:p>
      <w:r>
        <w:rPr>
          <w:rFonts w:ascii="Courier New" w:hAnsi="Courier New"/>
          <w:color w:val="555555"/>
          <w:sz w:val="20"/>
        </w:rPr>
        <w:t>[10]</w:t>
      </w:r>
    </w:p>
    <w:p>
      <w:r>
        <w:rPr>
          <w:rFonts w:ascii="Gentium Plus" w:hAnsi="Gentium Plus"/>
          <w:sz w:val="24"/>
        </w:rPr>
        <w:t>Χριστὸς τὴν ἀπώλειαν τῶν Ἰουδαίων καὶ τοῦ Ἰούδα καὶ τῆς Ἱερουσαλὴμ, ἣν ἐδάκρυσεν ἐν ἀληθινῇ αἰσθήσει ψυχῆς λυπούμενος καὶ δει‐ κνὺς τὸ φύσει φιλάνθρωπον. Λύσσα καὶ λύττα. ἡ μανία.</w:t>
      </w:r>
    </w:p>
    <w:p>
      <w:r>
        <w:rPr>
          <w:rFonts w:ascii="Courier New" w:hAnsi="Courier New"/>
          <w:color w:val="555555"/>
          <w:sz w:val="20"/>
        </w:rPr>
        <w:t>[15]</w:t>
      </w:r>
    </w:p>
    <w:p>
      <w:r>
        <w:rPr>
          <w:rFonts w:ascii="Gentium Plus" w:hAnsi="Gentium Plus"/>
          <w:sz w:val="24"/>
        </w:rPr>
        <w:t>Λύπη. στέρησις ἐπιθυμίας.</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†Λυαῖα. παύσιμα.† Λυγίσμασιν. ἐπικάμψεσι. συγκλάσμασι. Λυγρόν. χαλεπὸν, ἀσθενές.</w:t>
      </w:r>
    </w:p>
    <w:p>
      <w:r>
        <w:rPr>
          <w:rFonts w:ascii="Courier New" w:hAnsi="Courier New"/>
          <w:color w:val="555555"/>
          <w:sz w:val="20"/>
        </w:rPr>
        <w:t>[20]</w:t>
      </w:r>
    </w:p>
    <w:p>
      <w:r>
        <w:rPr>
          <w:rFonts w:ascii="Gentium Plus" w:hAnsi="Gentium Plus"/>
          <w:sz w:val="24"/>
        </w:rPr>
        <w:t>Λύγος. τὸ σκότος. οὐδέτερον. εὗρον τοῦτο καὶ λυγός. ἀπὸ τοῦ λύειν τὴν αὐγήν. καὶ τὸ κα‐ τακρύπτεσθαι ὑπολυγίζεσθαι ἔλεον. σημαίνει δὲ καὶ φυτόν. Λύδιον. μέλος.</w:t>
      </w:r>
    </w:p>
    <w:p>
      <w:r>
        <w:rPr>
          <w:rFonts w:ascii="Courier New" w:hAnsi="Courier New"/>
          <w:color w:val="555555"/>
          <w:sz w:val="20"/>
        </w:rPr>
        <w:t>[25]</w:t>
      </w:r>
    </w:p>
    <w:p>
      <w:r>
        <w:rPr>
          <w:rFonts w:ascii="Gentium Plus" w:hAnsi="Gentium Plus"/>
          <w:sz w:val="24"/>
        </w:rPr>
        <w:t>Λύθρον. τὸ μετὰ κόνεως αἷμα.</w:t>
      </w:r>
    </w:p>
    <w:p>
      <w:r>
        <w:rPr>
          <w:rFonts w:ascii="Courier New" w:hAnsi="Courier New"/>
          <w:color w:val="555555"/>
          <w:sz w:val="20"/>
        </w:rPr>
        <w:t>[lambda 1323]</w:t>
      </w:r>
    </w:p>
    <w:p>
      <w:r>
        <w:rPr>
          <w:rFonts w:ascii="Gentium Plus" w:hAnsi="Gentium Plus"/>
          <w:sz w:val="24"/>
        </w:rPr>
        <w:t>Λύκιον τέρας. τὸ τοῦ λύκου. λύκειον δὲ δῶμα, δίφθογγον. Λύκειον. πόλις Θετταλίας, [ἔνθα λύκος] ἐπιὼν τοῖς τῆς πόλεως βουσὶν ἀπελιθώθη. γράφε‐</w:t>
      </w:r>
    </w:p>
    <w:p>
      <w:r>
        <w:rPr>
          <w:rFonts w:ascii="Courier New" w:hAnsi="Courier New"/>
          <w:color w:val="555555"/>
          <w:sz w:val="20"/>
        </w:rPr>
        <w:t>[5]</w:t>
      </w:r>
    </w:p>
    <w:p>
      <w:r>
        <w:rPr>
          <w:rFonts w:ascii="Gentium Plus" w:hAnsi="Gentium Plus"/>
          <w:sz w:val="24"/>
        </w:rPr>
        <w:t>ται δὲ διὰ διφθόγγου τῷ λόγῳ τοῦ λάγειον. Λυκόφως. τινὲς τὸ σκοτεινὸν λέγουσιν, οἷον λυ‐ γαῖον, διαλελυμένον φῶς. ἢ αὐγὴ διαλυθεῖσα. ἢ τὸ μετέχον τοῦ σκότους καὶ φωτός. ἀπὸ με‐ ταφορᾶς τῶν λύκων, οἵτινες τὸ μὲν κάτω μέ‐</w:t>
      </w:r>
    </w:p>
    <w:p>
      <w:r>
        <w:rPr>
          <w:rFonts w:ascii="Courier New" w:hAnsi="Courier New"/>
          <w:color w:val="555555"/>
          <w:sz w:val="20"/>
        </w:rPr>
        <w:t>[10]</w:t>
      </w:r>
    </w:p>
    <w:p>
      <w:r>
        <w:rPr>
          <w:rFonts w:ascii="Gentium Plus" w:hAnsi="Gentium Plus"/>
          <w:sz w:val="24"/>
        </w:rPr>
        <w:t>ρος τὸ πρὸς τῷ δέρματι λευκὸν ἔχουσι, τὸ δὲ ἄνω, μέλαν. Λύματα. καθάρματα. ἢ καὶ αἱ τῆς γαστρὸς εἰς ἀφεδρῶνα ἐκκρίσεις. Λυπρόν. λυπηρὸν, μοχθηρόν.</w:t>
      </w:r>
    </w:p>
    <w:p>
      <w:r>
        <w:rPr>
          <w:rFonts w:ascii="Courier New" w:hAnsi="Courier New"/>
          <w:color w:val="555555"/>
          <w:sz w:val="20"/>
        </w:rPr>
        <w:t>[15]</w:t>
      </w:r>
    </w:p>
    <w:p>
      <w:r>
        <w:rPr>
          <w:rFonts w:ascii="Gentium Plus" w:hAnsi="Gentium Plus"/>
          <w:sz w:val="24"/>
        </w:rPr>
        <w:t>Λυπινάριον. εἶδος ὀσπρίου, ἃ καὶ θέρμια λέ‐ γομεν. Λυσιτελές. συμφέρον. ὠφέλιμον. Λυσσῶδες. μανικόν. Λύτρα. δῶρα ἐπὶ ἐλευθερίᾳ αἰχμαλώτων διδό‐</w:t>
      </w:r>
    </w:p>
    <w:p>
      <w:r>
        <w:rPr>
          <w:rFonts w:ascii="Courier New" w:hAnsi="Courier New"/>
          <w:color w:val="555555"/>
          <w:sz w:val="20"/>
        </w:rPr>
        <w:t>[20]</w:t>
      </w:r>
    </w:p>
    <w:p>
      <w:r>
        <w:rPr>
          <w:rFonts w:ascii="Gentium Plus" w:hAnsi="Gentium Plus"/>
          <w:sz w:val="24"/>
        </w:rPr>
        <w:t>μενα. Λυχνίον. ὁ λύχνος. λυχνεῖον δὲ ὁ τόπος τοῦ λύχνου, διὰ διφθόγγου. Λυγίζω. διασείω. †Λυγίσασθαι. κρυβῆναι.†</w:t>
      </w:r>
    </w:p>
    <w:p>
      <w:r>
        <w:rPr>
          <w:rFonts w:ascii="Courier New" w:hAnsi="Courier New"/>
          <w:color w:val="555555"/>
          <w:sz w:val="20"/>
        </w:rPr>
        <w:t>[25]</w:t>
      </w:r>
    </w:p>
    <w:p>
      <w:r>
        <w:rPr>
          <w:rFonts w:ascii="Gentium Plus" w:hAnsi="Gentium Plus"/>
          <w:sz w:val="24"/>
        </w:rPr>
        <w:t>Λυδίζω. τὰ τῶν Λυδῶν φρονῶ.</w:t>
      </w:r>
    </w:p>
    <w:p>
      <w:r>
        <w:rPr>
          <w:rFonts w:ascii="Courier New" w:hAnsi="Courier New"/>
          <w:color w:val="555555"/>
          <w:sz w:val="20"/>
        </w:rPr>
        <w:t>[lambda 1324]</w:t>
      </w:r>
    </w:p>
    <w:p>
      <w:r>
        <w:rPr>
          <w:rFonts w:ascii="Gentium Plus" w:hAnsi="Gentium Plus"/>
          <w:sz w:val="24"/>
        </w:rPr>
        <w:t>Λῦντο. ἐλύθησαν. Λυπῶ. τὸ θλίβω. Λυσσῶντες καὶ λυττῶντες. οἱ μαινόμενοι.</w:t>
      </w:r>
    </w:p>
    <w:p>
      <w:pPr>
        <w:jc w:val="center"/>
      </w:pPr>
      <w:r>
        <w:rPr>
          <w:rFonts w:ascii="Gentium Plus" w:hAnsi="Gentium Plus"/>
          <w:b/>
          <w:sz w:val="24"/>
        </w:rPr>
        <w:t>Τὸ Λ μετὰ τοῦ Ω.</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Λωγήρυχος. κύριον. Λωποδύτης. ὁ τῶν ἱματίων κλέπτης. λώπη γὰρ τὸ ἱμάτιον. Λῷστος. ὁ φίλος.</w:t>
      </w:r>
    </w:p>
    <w:p>
      <w:r>
        <w:rPr>
          <w:rFonts w:ascii="Courier New" w:hAnsi="Courier New"/>
          <w:color w:val="555555"/>
          <w:sz w:val="20"/>
        </w:rPr>
        <w:t>[10]</w:t>
      </w:r>
    </w:p>
    <w:p>
      <w:r>
        <w:rPr>
          <w:rFonts w:ascii="Gentium Plus" w:hAnsi="Gentium Plus"/>
          <w:sz w:val="24"/>
        </w:rPr>
        <w:t>[Λῶτος. ἱμάτιον.] Λωτοφάγοι. ἔθνος. Λωτός. τὸ γλυκοκάλαμον. ἢ βοτάνη εὐωδεστά‐ τη, ἣν ἔνιοι μυρόλωτον κικλήσκουσι. Λώταξ. ὁ λῃστής. ἢ ὁ πόρνος. ἢ ὁ μύρα ἀλειφό‐</w:t>
      </w:r>
    </w:p>
    <w:p>
      <w:r>
        <w:rPr>
          <w:rFonts w:ascii="Courier New" w:hAnsi="Courier New"/>
          <w:color w:val="555555"/>
          <w:sz w:val="20"/>
        </w:rPr>
        <w:t>[15]</w:t>
      </w:r>
    </w:p>
    <w:p>
      <w:r>
        <w:rPr>
          <w:rFonts w:ascii="Gentium Plus" w:hAnsi="Gentium Plus"/>
          <w:sz w:val="24"/>
        </w:rPr>
        <w:t>μενος. ἢ ὁ καταδαπανῶν ἐν τοῖς αἰσχροῖς τὸν βίον αὐτοῦ, ὡς ὁ πόρνος καὶ ὁ ἀνδρόγυνος. ἢ ὁ αὐλητής. Λῶος. κύριον. καὶ ὄνομα μηνός.</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Λώβη. ἡ βλάβη καὶ ἡ ὕβρις. ἡ ἐπὶ τῷ κακῷ περιβόητος. ἢ ἀπὸ τοῦ λοβὸς, ὃ σημαίνει τὰ ἄκρα τῶν ὠτῶν. —εὐτρήτοισι λοβοῖσιν— οἱ γὰρ παλαιοὶ τοὺς ἔν τισιν ἀτοπήμασιν ἁλόν‐</w:t>
      </w:r>
    </w:p>
    <w:p>
      <w:r>
        <w:rPr>
          <w:rFonts w:ascii="Courier New" w:hAnsi="Courier New"/>
          <w:color w:val="555555"/>
          <w:sz w:val="20"/>
        </w:rPr>
        <w:t>[25]</w:t>
      </w:r>
    </w:p>
    <w:p>
      <w:r>
        <w:rPr>
          <w:rFonts w:ascii="Gentium Plus" w:hAnsi="Gentium Plus"/>
          <w:sz w:val="24"/>
        </w:rPr>
        <w:t>τας ἐνυβρίζοντες, τὰ ἄκρα τῶν ὠτῶν ἀπέτε‐</w:t>
      </w:r>
    </w:p>
    <w:p>
      <w:r>
        <w:rPr>
          <w:rFonts w:ascii="Courier New" w:hAnsi="Courier New"/>
          <w:color w:val="555555"/>
          <w:sz w:val="20"/>
        </w:rPr>
        <w:t>[lambda 1325]</w:t>
      </w:r>
    </w:p>
    <w:p>
      <w:r>
        <w:rPr>
          <w:rFonts w:ascii="Gentium Plus" w:hAnsi="Gentium Plus"/>
          <w:sz w:val="24"/>
        </w:rPr>
        <w:t>μνον. ἢ ἀπὸ τοῦ λαβὴ, ὃ σημαίνει τὸ ξίφος ἢ τὴν βλάβην, λώβη. Λωβεία. ἡ νόσος. †Λωγή. ἡ τῆς καλάμης ἀναλογή.†</w:t>
      </w:r>
    </w:p>
    <w:p>
      <w:r>
        <w:rPr>
          <w:rFonts w:ascii="Courier New" w:hAnsi="Courier New"/>
          <w:color w:val="555555"/>
          <w:sz w:val="20"/>
        </w:rPr>
        <w:t>[5]</w:t>
      </w:r>
    </w:p>
    <w:p>
      <w:r>
        <w:rPr>
          <w:rFonts w:ascii="Gentium Plus" w:hAnsi="Gentium Plus"/>
          <w:sz w:val="24"/>
        </w:rPr>
        <w:t>Λώλια. κύριον. Λώπη. τὸ ἱμάτιον. †Λωτοβοσκός. ἡ Θρᾴκη. ἡ Αἴγυπτος.† Λωτοδάμη. κύριον.</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Λωγάνιον. μέρος τοῦ σώματος. Λώϊον. κρεῖσσον, βέλτιον. τὰ εἰς ων καθαρὰ δισύλλαβα συγκριτικὰ διφθόγγῳ παραλήγεται, οἷον πλείων, μείων, ῥᾴων, λῴων. [καὶ τὰ μὲν δύο ἐκφωνοῦσι τὸ ι, οἷον πλείων, μείων· τὰ δὲ</w:t>
      </w:r>
    </w:p>
    <w:p>
      <w:r>
        <w:rPr>
          <w:rFonts w:ascii="Courier New" w:hAnsi="Courier New"/>
          <w:color w:val="555555"/>
          <w:sz w:val="20"/>
        </w:rPr>
        <w:t>[15]</w:t>
      </w:r>
    </w:p>
    <w:p>
      <w:r>
        <w:rPr>
          <w:rFonts w:ascii="Gentium Plus" w:hAnsi="Gentium Plus"/>
          <w:sz w:val="24"/>
        </w:rPr>
        <w:t>δύο, οἷον ῥᾴων, λῴων, οὔ.] γίνεται δὲ παρὰ τὸ λῶ, τὸ θέλω. ὃ γὰρ νοεῖ τις ἑαυτῷ συμφέρον, τοῦτο καὶ θέλει. Λῶον. τὸ κρεῖττον· τὸ συμφέρον· [τὸ βέλτιον.] Λῶμα. τὸ εἰς τὸ κατώτατον μέρος τοῦ ἱματίου</w:t>
      </w:r>
    </w:p>
    <w:p>
      <w:r>
        <w:rPr>
          <w:rFonts w:ascii="Courier New" w:hAnsi="Courier New"/>
          <w:color w:val="555555"/>
          <w:sz w:val="20"/>
        </w:rPr>
        <w:t>[20]</w:t>
      </w:r>
    </w:p>
    <w:p>
      <w:r>
        <w:rPr>
          <w:rFonts w:ascii="Gentium Plus" w:hAnsi="Gentium Plus"/>
          <w:sz w:val="24"/>
        </w:rPr>
        <w:t>ἐπίβλημα. ἐκ βύσσου καὶ πορφύρας καὶ κοκ‐</w:t>
      </w:r>
    </w:p>
    <w:p>
      <w:r>
        <w:rPr>
          <w:rFonts w:ascii="Courier New" w:hAnsi="Courier New"/>
          <w:color w:val="555555"/>
          <w:sz w:val="20"/>
        </w:rPr>
        <w:t>[lambda 1326]</w:t>
      </w:r>
    </w:p>
    <w:p>
      <w:r>
        <w:rPr>
          <w:rFonts w:ascii="Gentium Plus" w:hAnsi="Gentium Plus"/>
          <w:sz w:val="24"/>
        </w:rPr>
        <w:t>†Λώπισμα. τὸ ἀπάνθημα.†</w:t>
      </w:r>
    </w:p>
    <w:p>
      <w:pPr>
        <w:jc w:val="center"/>
      </w:pPr>
      <w:r>
        <w:rPr>
          <w:rFonts w:ascii="Gentium Plus" w:hAnsi="Gentium Plus"/>
          <w:b/>
          <w:sz w:val="24"/>
        </w:rPr>
        <w:t>(Ῥῆμα.)</w:t>
      </w:r>
    </w:p>
    <w:p>
      <w:r>
        <w:rPr>
          <w:rFonts w:ascii="Courier New" w:hAnsi="Courier New"/>
          <w:color w:val="555555"/>
          <w:sz w:val="20"/>
        </w:rPr>
        <w:t>[3]</w:t>
      </w:r>
    </w:p>
    <w:p>
      <w:r>
        <w:rPr>
          <w:rFonts w:ascii="Gentium Plus" w:hAnsi="Gentium Plus"/>
          <w:sz w:val="24"/>
        </w:rPr>
        <w:t>Λωβάω, λωβῶ. τὸ βλάπτω. †Λωγεῖ. μαίνεται.†</w:t>
      </w:r>
    </w:p>
    <w:p>
      <w:r>
        <w:rPr>
          <w:rFonts w:ascii="Courier New" w:hAnsi="Courier New"/>
          <w:color w:val="555555"/>
          <w:sz w:val="20"/>
        </w:rPr>
        <w:t>[5]</w:t>
      </w:r>
    </w:p>
    <w:p>
      <w:r>
        <w:rPr>
          <w:rFonts w:ascii="Gentium Plus" w:hAnsi="Gentium Plus"/>
          <w:sz w:val="24"/>
        </w:rPr>
        <w:t>†Λωλῶ. σῦκον μετὰ γιγάρτων κόπτω.† †Λωπεύειν. θάπτειν.† †Λωπίζειν. ἀποδύειν· ἢ τὸ κείρειν.† Λώπτω. τὸ πηδῶ. Λωτεῦντα. ἀνθοῦντα. τὰ λωτὸν ἔχοντα. ἀπὸ</w:t>
      </w:r>
    </w:p>
    <w:p>
      <w:r>
        <w:rPr>
          <w:rFonts w:ascii="Courier New" w:hAnsi="Courier New"/>
          <w:color w:val="555555"/>
          <w:sz w:val="20"/>
        </w:rPr>
        <w:t>[10]</w:t>
      </w:r>
    </w:p>
    <w:p>
      <w:r>
        <w:rPr>
          <w:rFonts w:ascii="Gentium Plus" w:hAnsi="Gentium Plus"/>
          <w:sz w:val="24"/>
        </w:rPr>
        <w:t>τοῦ λωτόεντα γίνεται ὑπερβιβασμῷ λωτέοντα καὶ κράσει δωρικῇ τοῦ εο εἰς τὴν ευ δίφθογ‐ γον λωτεῦντα. εἰ γὰρ ἀπὸ τοῦ λωτόεντα ἦν, ὤφειλεν εἶναι λωτοῦντα. †Λωτῶ. τὸ αὐλῶ.†</w:t>
      </w:r>
    </w:p>
    <w:p>
      <w:r>
        <w:rPr>
          <w:rFonts w:ascii="Courier New" w:hAnsi="Courier New"/>
          <w:color w:val="555555"/>
          <w:sz w:val="20"/>
        </w:rPr>
        <w:t>[15]</w:t>
      </w:r>
    </w:p>
    <w:p>
      <w:r>
        <w:rPr>
          <w:rFonts w:ascii="Gentium Plus" w:hAnsi="Gentium Plus"/>
          <w:sz w:val="24"/>
        </w:rPr>
        <w:t>Λωφήσαντος. †ἀναπαυσαμένου· ἡσυχάσαντος.† λωφήσει. καὶ λωφῶ, τὸ παύω. τειρόμενοι καμάτῳ μετελώφεον. σημαίνει τὸ παύω. μετενήνεκται ἡ λέξις ἀπὸ</w:t>
      </w:r>
    </w:p>
    <w:p>
      <w:pPr>
        <w:jc w:val="center"/>
      </w:pPr>
      <w:r>
        <w:rPr>
          <w:rFonts w:ascii="Gentium Plus" w:hAnsi="Gentium Plus"/>
          <w:b/>
          <w:sz w:val="24"/>
        </w:rPr>
        <w:t>Μ.</w:t>
      </w:r>
    </w:p>
    <w:p>
      <w:pPr>
        <w:jc w:val="center"/>
      </w:pPr>
      <w:r>
        <w:rPr>
          <w:rFonts w:ascii="Gentium Plus" w:hAnsi="Gentium Plus"/>
          <w:b/>
          <w:sz w:val="24"/>
        </w:rPr>
        <w:t>Τὸ Μ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Μαγίστερ. κατὰ Ῥωμαίους διδάσκαλε.</w:t>
      </w:r>
    </w:p>
    <w:p>
      <w:r>
        <w:rPr>
          <w:rFonts w:ascii="Courier New" w:hAnsi="Courier New"/>
          <w:color w:val="555555"/>
          <w:sz w:val="20"/>
        </w:rPr>
        <w:t>[5]</w:t>
      </w:r>
    </w:p>
    <w:p>
      <w:r>
        <w:rPr>
          <w:rFonts w:ascii="Gentium Plus" w:hAnsi="Gentium Plus"/>
          <w:sz w:val="24"/>
        </w:rPr>
        <w:t>Μαθητής. ὁ τοῦ διδασκάλου τὰ μαθήματα ἐπι‐ ποθῶν. παρὰ τὸ μήθω, τὸ μανθάνω. μαθητὴν καὶ φοιτητὴν λέγει Σόλων, οὐ γνώριμον. †Μαιμάχης. ὁ ὑβριστής.† †Μαιτάλιμνος. ὁ ἐν Ἄργει ποταμός.†</w:t>
      </w:r>
    </w:p>
    <w:p>
      <w:r>
        <w:rPr>
          <w:rFonts w:ascii="Courier New" w:hAnsi="Courier New"/>
          <w:color w:val="555555"/>
          <w:sz w:val="20"/>
        </w:rPr>
        <w:t>[10]</w:t>
      </w:r>
    </w:p>
    <w:p>
      <w:r>
        <w:rPr>
          <w:rFonts w:ascii="Gentium Plus" w:hAnsi="Gentium Plus"/>
          <w:sz w:val="24"/>
        </w:rPr>
        <w:t>Μακάριος. ὁ πάντοτε ἐν ἀγαθοῖς ὢν, τοῦτο δὲ ὁ θεός. Μακάρων. ἁγίων, τῶν μὴ πεπτωκότων ὑπὸ κῆρα. Μακαρίται. οἱ ἀποθανόντες. οἱ ἤδη τὸ μῆκος ἐπιλαμβανόμενοι, οἱ μήκιστοι. ὅθεν καὶ μα‐</w:t>
      </w:r>
    </w:p>
    <w:p>
      <w:r>
        <w:rPr>
          <w:rFonts w:ascii="Courier New" w:hAnsi="Courier New"/>
          <w:color w:val="555555"/>
          <w:sz w:val="20"/>
        </w:rPr>
        <w:t>[15]</w:t>
      </w:r>
    </w:p>
    <w:p>
      <w:r>
        <w:rPr>
          <w:rFonts w:ascii="Gentium Plus" w:hAnsi="Gentium Plus"/>
          <w:sz w:val="24"/>
        </w:rPr>
        <w:t>κραίων ὁ τύμβος, ὁ εἰς μακρόν. Μαλθακός. ὁ τρυφερός. Μαλακός. ὁ ἀναπεπτωκὼς, ὁ νοσερὸς, ὁ</w:t>
      </w:r>
    </w:p>
    <w:p>
      <w:r>
        <w:rPr>
          <w:rFonts w:ascii="Courier New" w:hAnsi="Courier New"/>
          <w:color w:val="555555"/>
          <w:sz w:val="20"/>
        </w:rPr>
        <w:t>[mu 1328]</w:t>
      </w:r>
    </w:p>
    <w:p>
      <w:r>
        <w:rPr>
          <w:rFonts w:ascii="Gentium Plus" w:hAnsi="Gentium Plus"/>
          <w:sz w:val="24"/>
        </w:rPr>
        <w:t>Μαμωνᾶς. τὰ χρήματα ἑρμηνεύεται. ἢ ὁ ἄδι‐ κος ὑπὲρ τὴν χρείαν συναγόμενος πλοῦτος. Μανδύας. εἶδος ἱματίου, καὶ τὸ τῶν μοναχῶν παλλίον.</w:t>
      </w:r>
    </w:p>
    <w:p>
      <w:r>
        <w:rPr>
          <w:rFonts w:ascii="Courier New" w:hAnsi="Courier New"/>
          <w:color w:val="555555"/>
          <w:sz w:val="20"/>
        </w:rPr>
        <w:t>[5]</w:t>
      </w:r>
    </w:p>
    <w:p>
      <w:r>
        <w:rPr>
          <w:rFonts w:ascii="Gentium Plus" w:hAnsi="Gentium Plus"/>
          <w:sz w:val="24"/>
        </w:rPr>
        <w:t>Μανασσῆς. κύριον. οὗτος ἅπαντα τὸν λαὸν εἰ‐ δωλολατρεῖν ἠνάγκασεν, καὶ τὸν μέγαν Ἡσαΐαν ξυλίνῳ διεῖλε πρίονι. ἑρμηνεύεται δὲ λήθη ἢ ἀπομάθησις. Μάντις. παρὰ τὸ μῶ, τὸ ζητῶ· ζητητικὸς γὰρ</w:t>
      </w:r>
    </w:p>
    <w:p>
      <w:r>
        <w:rPr>
          <w:rFonts w:ascii="Courier New" w:hAnsi="Courier New"/>
          <w:color w:val="555555"/>
          <w:sz w:val="20"/>
        </w:rPr>
        <w:t>[10]</w:t>
      </w:r>
    </w:p>
    <w:p>
      <w:r>
        <w:rPr>
          <w:rFonts w:ascii="Gentium Plus" w:hAnsi="Gentium Plus"/>
          <w:sz w:val="24"/>
        </w:rPr>
        <w:t>ὁ μάντις. οὐ γὰρ παρὰ τὴν μανίαν, ὥς τινες ὑπέλαβον. διὸ καὶ ὁ Ὅμηρος τὸν μάντιν εὔ‐ φρονα λέγει· ὅς φιν εὐφρονέων ἀγορήσατο—. Μανικός. παρὰ τὸ μαίνω μανὸς, καὶ τὸ κτητι‐</w:t>
      </w:r>
    </w:p>
    <w:p>
      <w:r>
        <w:rPr>
          <w:rFonts w:ascii="Courier New" w:hAnsi="Courier New"/>
          <w:color w:val="555555"/>
          <w:sz w:val="20"/>
        </w:rPr>
        <w:t>[15]</w:t>
      </w:r>
    </w:p>
    <w:p>
      <w:r>
        <w:rPr>
          <w:rFonts w:ascii="Gentium Plus" w:hAnsi="Gentium Plus"/>
          <w:sz w:val="24"/>
        </w:rPr>
        <w:t>κὸν μανικός. †Μαγέβ. νότου ἢ μεσημβρίας.†</w:t>
      </w:r>
    </w:p>
    <w:p>
      <w:r>
        <w:rPr>
          <w:rFonts w:ascii="Courier New" w:hAnsi="Courier New"/>
          <w:color w:val="555555"/>
          <w:sz w:val="20"/>
        </w:rPr>
        <w:t>[mu 1329]</w:t>
      </w:r>
    </w:p>
    <w:p>
      <w:r>
        <w:rPr>
          <w:rFonts w:ascii="Gentium Plus" w:hAnsi="Gentium Plus"/>
          <w:sz w:val="24"/>
        </w:rPr>
        <w:t>Μάρσιππος. ὁ ἐν αὐτῷ πάντα μάρπτων καὶ συνέχων. Μαραναθά. ὁ κύριος ἥκει ἢ ἦλθεν, ἢ ἥξει ἢ ἔρχεται.</w:t>
      </w:r>
    </w:p>
    <w:p>
      <w:r>
        <w:rPr>
          <w:rFonts w:ascii="Courier New" w:hAnsi="Courier New"/>
          <w:color w:val="555555"/>
          <w:sz w:val="20"/>
        </w:rPr>
        <w:t>[5]</w:t>
      </w:r>
    </w:p>
    <w:p>
      <w:r>
        <w:rPr>
          <w:rFonts w:ascii="Gentium Plus" w:hAnsi="Gentium Plus"/>
          <w:sz w:val="24"/>
        </w:rPr>
        <w:t>Μάργος. ὁ ἄφρων καὶ ἀνόητος καὶ μαινόμενος. παρὰ τὸ μὴ καὶ τὸ ἀργός. ἢ ὁ λίαν ἀνόητος καὶ ἀμύητος καὶ μὴ ἐνεργός. Μαργίτης. ὁ ἀνόητος. ἀπὸ τοῦ μάργος μαρ‐ γίτης, ὡς μέσος μεσίτης.</w:t>
      </w:r>
    </w:p>
    <w:p>
      <w:r>
        <w:rPr>
          <w:rFonts w:ascii="Courier New" w:hAnsi="Courier New"/>
          <w:color w:val="555555"/>
          <w:sz w:val="20"/>
        </w:rPr>
        <w:t>[10]</w:t>
      </w:r>
    </w:p>
    <w:p>
      <w:r>
        <w:rPr>
          <w:rFonts w:ascii="Gentium Plus" w:hAnsi="Gentium Plus"/>
          <w:sz w:val="24"/>
        </w:rPr>
        <w:t>†Μάσσων. ὁ μείζων. καὶ ὄνομα ποταμοῦ.† Μαστιγίας. ὁ μαστιζόμενος δοῦλος. ὡς ἀπὸ τοῦ δράκοντος δρακοντίας, οὕτως μάστιγος μαστι‐ γίας. Μαστροπός. πορνοβοσκὸς ἢ μαυλιστής. [μα‐</w:t>
      </w:r>
    </w:p>
    <w:p>
      <w:r>
        <w:rPr>
          <w:rFonts w:ascii="Courier New" w:hAnsi="Courier New"/>
          <w:color w:val="555555"/>
          <w:sz w:val="20"/>
        </w:rPr>
        <w:t>[15]</w:t>
      </w:r>
    </w:p>
    <w:p>
      <w:r>
        <w:rPr>
          <w:rFonts w:ascii="Gentium Plus" w:hAnsi="Gentium Plus"/>
          <w:sz w:val="24"/>
        </w:rPr>
        <w:t>στροπὸς καὶ ἐπὶ θηλυκοῦ. ἔστι δὲ παρὰ τὸ μα καὶ τοὺς τρόπους, οἱονεὶ ἡ δοκοῦσα μητρὸς τρό‐ πους ἔχειν.] Μασώβ. τὸ θυσιαστήριον. [Μαραναθά. τοῦτο οὐ τῶν Ἑβραίων τινὲς ὑπέ‐</w:t>
      </w:r>
    </w:p>
    <w:p>
      <w:r>
        <w:rPr>
          <w:rFonts w:ascii="Courier New" w:hAnsi="Courier New"/>
          <w:color w:val="555555"/>
          <w:sz w:val="20"/>
        </w:rPr>
        <w:t>[20]</w:t>
      </w:r>
    </w:p>
    <w:p>
      <w:r>
        <w:rPr>
          <w:rFonts w:ascii="Gentium Plus" w:hAnsi="Gentium Plus"/>
          <w:sz w:val="24"/>
        </w:rPr>
        <w:t>λαβον, ἀλλὰ τῆς Σύρων εἶναι φωνῆς. ἑρμηνεύε‐ ται δὲ, ὁ Κύριος ἦλθε. τέθεικε δὲ τὴν λέξιν ὁ Ἀπόστολος καταστέλλων τὴν ὀφρὺν τῶν Κο‐ ρινθίων καὶ διδάσκων, ὡς οὐ παιδεύσεως, ἀλλὰ</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Μαγάς. σανὶς τετράγωνος, ὑπόκυφος, δεχο‐ μένη ἐφ’ ἑαυτῆς τὰς τῆς κιθάρας νευρὰς καὶ ἀποτελοῦσα τὸν φθόγγον.</w:t>
      </w:r>
    </w:p>
    <w:p>
      <w:r>
        <w:rPr>
          <w:rFonts w:ascii="Courier New" w:hAnsi="Courier New"/>
          <w:color w:val="555555"/>
          <w:sz w:val="20"/>
        </w:rPr>
        <w:t>[5]</w:t>
      </w:r>
    </w:p>
    <w:p>
      <w:r>
        <w:rPr>
          <w:rFonts w:ascii="Gentium Plus" w:hAnsi="Gentium Plus"/>
          <w:sz w:val="24"/>
        </w:rPr>
        <w:t>Μαγγανεία. ἡ μηχανή· ἡ γοητεία· ἢ ποικιλία ἐκ διαφόρων ὀψαρτυτικῶν κεκαρυκευμένη. Μαγεία. ἐπίκλησις δαιμόνων. Μαγνῆτις. ἡ τὸν σίδηρον ἕλκουσα λίθος· ἣ καὶ σιδηρῖτις καλεῖται, καὶ Ἡράκλεια καὶ Λυ‐</w:t>
      </w:r>
    </w:p>
    <w:p>
      <w:r>
        <w:rPr>
          <w:rFonts w:ascii="Courier New" w:hAnsi="Courier New"/>
          <w:color w:val="555555"/>
          <w:sz w:val="20"/>
        </w:rPr>
        <w:t>[10]</w:t>
      </w:r>
    </w:p>
    <w:p>
      <w:r>
        <w:rPr>
          <w:rFonts w:ascii="Gentium Plus" w:hAnsi="Gentium Plus"/>
          <w:sz w:val="24"/>
        </w:rPr>
        <w:t>δία. ἐμφερὴς γάρ ἐστι τὴν χροίαν ἀργῷ καὶ ἀκαθάρτῳ σιδήρῳ. Ἡράκλεια διὰ τὸ καρτερὸν καὶ ἀνάλωτον καὶ ἰσχυρὸν τῆς ὁλκῆς· ἢ μᾶλ‐ λον διότι περὶ Ἡράκλειαν τὴν ἐν Πόντῳ πρῶ‐ τον ἐφάνη· οἱ δὲ περὶ τὴν ἐν Θρᾴκῃ. Μαγνῆ‐</w:t>
      </w:r>
    </w:p>
    <w:p>
      <w:r>
        <w:rPr>
          <w:rFonts w:ascii="Courier New" w:hAnsi="Courier New"/>
          <w:color w:val="555555"/>
          <w:sz w:val="20"/>
        </w:rPr>
        <w:t>[15]</w:t>
      </w:r>
    </w:p>
    <w:p>
      <w:r>
        <w:rPr>
          <w:rFonts w:ascii="Gentium Plus" w:hAnsi="Gentium Plus"/>
          <w:sz w:val="24"/>
        </w:rPr>
        <w:t>τις δὲ, ὅτι, ὥς φασιν, Μάγνητες ἄνδρες λιθο‐ φόροι εὗρον αὐτὴν καὶ τὴν ἐνέργειαν, ἣν ἔχει, ἐπέδειξαν. Μάζα. πᾶσα ἀρτώδης [βρῶσις] ὑγρῷ τινὶ με‐ μιγμένη μάζα εἴρηται. [παρὰ τὸ μάσσω, μάζα,</w:t>
      </w:r>
    </w:p>
    <w:p>
      <w:r>
        <w:rPr>
          <w:rFonts w:ascii="Courier New" w:hAnsi="Courier New"/>
          <w:color w:val="555555"/>
          <w:sz w:val="20"/>
        </w:rPr>
        <w:t>[20]</w:t>
      </w:r>
    </w:p>
    <w:p>
      <w:r>
        <w:rPr>
          <w:rFonts w:ascii="Gentium Plus" w:hAnsi="Gentium Plus"/>
          <w:sz w:val="24"/>
        </w:rPr>
        <w:t>τροπῇ τῶν δύο σς εἰς ζ, Δωρικῶς. ἢ παρὰ τὸ μῶ, τὸ ζητῶ, γίνεται παράγωγον μάζα, ἐξ οὗ καὶ μαστὸς, ὃν ζητοῦσιν οἱ παῖδες.] [Μαγίς. ἡ τράπεζα, ἔνθα τὰ μεμαγμένα.] Μάκτρα. ἐν ᾗ ἔμασσον. κάρδοπον δὲ Ἀττικῶς.</w:t>
      </w:r>
    </w:p>
    <w:p>
      <w:r>
        <w:rPr>
          <w:rFonts w:ascii="Courier New" w:hAnsi="Courier New"/>
          <w:color w:val="555555"/>
          <w:sz w:val="20"/>
        </w:rPr>
        <w:t>[25]</w:t>
      </w:r>
    </w:p>
    <w:p>
      <w:r>
        <w:rPr>
          <w:rFonts w:ascii="Gentium Plus" w:hAnsi="Gentium Plus"/>
          <w:sz w:val="24"/>
        </w:rPr>
        <w:t>Μακροθυμία. πέψις λύπης.</w:t>
      </w:r>
    </w:p>
    <w:p>
      <w:r>
        <w:rPr>
          <w:rFonts w:ascii="Courier New" w:hAnsi="Courier New"/>
          <w:color w:val="555555"/>
          <w:sz w:val="20"/>
        </w:rPr>
        <w:t>[mu 1331]</w:t>
      </w:r>
    </w:p>
    <w:p>
      <w:r>
        <w:rPr>
          <w:rFonts w:ascii="Gentium Plus" w:hAnsi="Gentium Plus"/>
          <w:sz w:val="24"/>
        </w:rPr>
        <w:t>Μακαριότης. περίληψις πάντων τῶν κατὰ τὸ ἀγαθὸν νοουμένων. Μακρηγορία. ἡ μακρὰ διάλεξις. Μαλακία. νόσος ὀλιγοστὴ καὶ ἀρχὴν ἔχουσα,</w:t>
      </w:r>
    </w:p>
    <w:p>
      <w:r>
        <w:rPr>
          <w:rFonts w:ascii="Courier New" w:hAnsi="Courier New"/>
          <w:color w:val="555555"/>
          <w:sz w:val="20"/>
        </w:rPr>
        <w:t>[5]</w:t>
      </w:r>
    </w:p>
    <w:p>
      <w:r>
        <w:rPr>
          <w:rFonts w:ascii="Gentium Plus" w:hAnsi="Gentium Plus"/>
          <w:sz w:val="24"/>
        </w:rPr>
        <w:t>καὶ οἷον καταχαυνώσασα τὸ σῶμα. ἢ ἀνωμα‐ λία τοῦ σώματος πρόσκαιρος. Μάλη. ἡ μασχάλη. [Μαλάκα. πόλις Ἰταλίας.] †Μαλία. ὄνομα ὄρους.†</w:t>
      </w:r>
    </w:p>
    <w:p>
      <w:r>
        <w:rPr>
          <w:rFonts w:ascii="Courier New" w:hAnsi="Courier New"/>
          <w:color w:val="555555"/>
          <w:sz w:val="20"/>
        </w:rPr>
        <w:t>[10]</w:t>
      </w:r>
    </w:p>
    <w:p>
      <w:r>
        <w:rPr>
          <w:rFonts w:ascii="Gentium Plus" w:hAnsi="Gentium Plus"/>
          <w:sz w:val="24"/>
        </w:rPr>
        <w:t>Μάκρις. πόλις ἐγγὺς Κυζίκου. Μακρὰ συλλαβή. ἡ ἔχουσα μακρὸν φωνῆεν μη‐ κυνόμενον, [ἢ μίαν τῶν διφθόγγων. κατὰ ὀκτὼ δὲ τρόπους γίνεται ἡ μακρὰ συλλαβή.] φύσει μὲν τρεῖς· θέσει δὲ πέντε. οἷον ἥρως μα‐</w:t>
      </w:r>
    </w:p>
    <w:p>
      <w:r>
        <w:rPr>
          <w:rFonts w:ascii="Courier New" w:hAnsi="Courier New"/>
          <w:color w:val="555555"/>
          <w:sz w:val="20"/>
        </w:rPr>
        <w:t>[15]</w:t>
      </w:r>
    </w:p>
    <w:p>
      <w:r>
        <w:rPr>
          <w:rFonts w:ascii="Gentium Plus" w:hAnsi="Gentium Plus"/>
          <w:sz w:val="24"/>
        </w:rPr>
        <w:t>κρόν. διατί; κατὰ τὸν πρῶτον κανόνα, τὸν φύσει, ἢ τὸν θέσει. [τὸν φύσει.] τὸν τί λέ‐ γοντα. ἢ ὅταν ἔχῃ ἕν τι τῶν διχρόνων κατ’ ἔκτασιν παραλαμβανόμενον. οἷον· Ἄρης, Αἴας. τὸ αι μακρὸν διατί; κατὰ τὸν κανόνα τὸν τρί‐</w:t>
      </w:r>
    </w:p>
    <w:p>
      <w:r>
        <w:rPr>
          <w:rFonts w:ascii="Courier New" w:hAnsi="Courier New"/>
          <w:color w:val="555555"/>
          <w:sz w:val="20"/>
        </w:rPr>
        <w:t>[20]</w:t>
      </w:r>
    </w:p>
    <w:p>
      <w:r>
        <w:rPr>
          <w:rFonts w:ascii="Gentium Plus" w:hAnsi="Gentium Plus"/>
          <w:sz w:val="24"/>
        </w:rPr>
        <w:t>τον. [τὸν φύσει ἢ τὸν θέσει. τὸν φύσει.] τὸν τί λέγοντα. ἢ ὅταν ἔχῃ μίαν τῶν διφθόγγων.</w:t>
      </w:r>
    </w:p>
    <w:p>
      <w:r>
        <w:rPr>
          <w:rFonts w:ascii="Courier New" w:hAnsi="Courier New"/>
          <w:color w:val="555555"/>
          <w:sz w:val="20"/>
        </w:rPr>
        <w:t>[mu 1332]</w:t>
      </w:r>
    </w:p>
    <w:p>
      <w:r>
        <w:rPr>
          <w:rFonts w:ascii="Gentium Plus" w:hAnsi="Gentium Plus"/>
          <w:sz w:val="24"/>
        </w:rPr>
        <w:t>Μανία. χολή. μανία καὶ ἡ ἀραίωσις καὶ ἡ χαυνότης τῶν φρενῶν. μανὸν γὰρ ἔλεγον τὸ ἀραιόν. Αἰσχύλος· ἐν μανοστήμοις πέπλοις.</w:t>
      </w:r>
    </w:p>
    <w:p>
      <w:r>
        <w:rPr>
          <w:rFonts w:ascii="Courier New" w:hAnsi="Courier New"/>
          <w:color w:val="555555"/>
          <w:sz w:val="20"/>
        </w:rPr>
        <w:t>[5]</w:t>
      </w:r>
    </w:p>
    <w:p>
      <w:r>
        <w:rPr>
          <w:rFonts w:ascii="Gentium Plus" w:hAnsi="Gentium Plus"/>
          <w:sz w:val="24"/>
        </w:rPr>
        <w:t>τουτέστιν ἀραιοῖς. ἀραιὸν δὲ τὸ ἀσθενές. κατὰ τοὐναντίον δὲ καλεῖται ἀγχίνους παρὰ τὸ πε‐ πυκνωμένας ἔχειν τὰς φρένας καὶ συνεχεῖς. Μαλάχη. εἶδος βοτάνης. †Μαρίλη. ἡ θερμὴ σποδός.†</w:t>
      </w:r>
    </w:p>
    <w:p>
      <w:r>
        <w:rPr>
          <w:rFonts w:ascii="Courier New" w:hAnsi="Courier New"/>
          <w:color w:val="555555"/>
          <w:sz w:val="20"/>
        </w:rPr>
        <w:t>[10]</w:t>
      </w:r>
    </w:p>
    <w:p>
      <w:r>
        <w:rPr>
          <w:rFonts w:ascii="Gentium Plus" w:hAnsi="Gentium Plus"/>
          <w:sz w:val="24"/>
        </w:rPr>
        <w:t>Μαρμαρυγή. ἡ λαμπηδών. παρὰ τὸ μαρμαίρω, τὸ λάμπω. [Μαρτυρίας. νόμος μήτε ἐθελοντὰς πρὸς τοὺς ἀγῶνας χωρεῖν φειδοῖ τῶν διωκόντων, καὶ τῶν ἀσθενεστέρων μήτε παρόντας ἀναδύεσθαι. τὸ</w:t>
      </w:r>
    </w:p>
    <w:p>
      <w:r>
        <w:rPr>
          <w:rFonts w:ascii="Courier New" w:hAnsi="Courier New"/>
          <w:color w:val="555555"/>
          <w:sz w:val="20"/>
        </w:rPr>
        <w:t>[15]</w:t>
      </w:r>
    </w:p>
    <w:p>
      <w:r>
        <w:rPr>
          <w:rFonts w:ascii="Gentium Plus" w:hAnsi="Gentium Plus"/>
          <w:sz w:val="24"/>
        </w:rPr>
        <w:t>μὲν γὰρ θράσους ἐστὶ, τὸ δὲ ἀνδρίας.] †Μάρεια. χώρα, καὶ ποταμὸς, καὶ λίμνη.† †Μαρώνεια. πόλις.† Μανδραγόρα. βοτάνη ὑπνωτικὴ εἶδος ἔχουσα ἀνθρώπου.</w:t>
      </w:r>
    </w:p>
    <w:p>
      <w:r>
        <w:rPr>
          <w:rFonts w:ascii="Courier New" w:hAnsi="Courier New"/>
          <w:color w:val="555555"/>
          <w:sz w:val="20"/>
        </w:rPr>
        <w:t>[20]</w:t>
      </w:r>
    </w:p>
    <w:p>
      <w:r>
        <w:rPr>
          <w:rFonts w:ascii="Gentium Plus" w:hAnsi="Gentium Plus"/>
          <w:sz w:val="24"/>
        </w:rPr>
        <w:t>Μάσθλη. ὁ μεμαλαγμένος λῶρος. παρὰ τὸ μάσ‐ σω, τὸ μαλάσσω. ἢ, ὡς Ἡρωδιανὸς, ἀπὸ τοῦ</w:t>
      </w:r>
    </w:p>
    <w:p>
      <w:r>
        <w:rPr>
          <w:rFonts w:ascii="Courier New" w:hAnsi="Courier New"/>
          <w:color w:val="555555"/>
          <w:sz w:val="20"/>
        </w:rPr>
        <w:t>[mu 1333]</w:t>
      </w:r>
    </w:p>
    <w:p>
      <w:r>
        <w:rPr>
          <w:rFonts w:ascii="Gentium Plus" w:hAnsi="Gentium Plus"/>
          <w:sz w:val="24"/>
        </w:rPr>
        <w:t>Μάστι. τῇ μάστιγι. κατὰ ἀποκοπήν. ἔστι δὲ δοτική· μάστιν δὲ αἰτιατική. Μάστι δ’ αἰὲν ἔλαυνεν. Ἦ, καὶ ἐφ’ ἱππείην μάστιν βάλεν.</w:t>
      </w:r>
    </w:p>
    <w:p>
      <w:r>
        <w:rPr>
          <w:rFonts w:ascii="Courier New" w:hAnsi="Courier New"/>
          <w:color w:val="555555"/>
          <w:sz w:val="20"/>
        </w:rPr>
        <w:t>[5]</w:t>
      </w:r>
    </w:p>
    <w:p>
      <w:r>
        <w:rPr>
          <w:rFonts w:ascii="Gentium Plus" w:hAnsi="Gentium Plus"/>
          <w:sz w:val="24"/>
        </w:rPr>
        <w:t>Ματαιότης. πρᾶγμα ἀνόητον, ἢ ἀδιανόητον, ἢ βουλὴ ἀνυπόστατος, πέρας οὐκ ἔχουσα. ἢ κα‐ θόλου τὸ ἐπὶ παντὶ λυσιτελοῦντι ἀνύπαρκτον. †Ματαίας. λοιδορίας.† Μαχλάς. ἡ πόρνη.</w:t>
      </w:r>
    </w:p>
    <w:p>
      <w:r>
        <w:rPr>
          <w:rFonts w:ascii="Courier New" w:hAnsi="Courier New"/>
          <w:color w:val="555555"/>
          <w:sz w:val="20"/>
        </w:rPr>
        <w:t>[10]</w:t>
      </w:r>
    </w:p>
    <w:p>
      <w:r>
        <w:rPr>
          <w:rFonts w:ascii="Gentium Plus" w:hAnsi="Gentium Plus"/>
          <w:sz w:val="24"/>
        </w:rPr>
        <w:t>Μαῖα. ἡ βοηθοῦσα ταῖς γυναιξὶ ταῖς τικτούσαις. †Μαψαύρας. στόμους.† Μαινάς. ἡ πόρνη. Ματαιότης. ἡ φθορά. καὶ ὁ Ἀπόστολος· τῇ γὰρ ματαιότητι ἡ κτίσις ὑπετάγη οὐχ ἑκοῦσα.</w:t>
      </w:r>
    </w:p>
    <w:p>
      <w:r>
        <w:rPr>
          <w:rFonts w:ascii="Courier New" w:hAnsi="Courier New"/>
          <w:color w:val="555555"/>
          <w:sz w:val="20"/>
        </w:rPr>
        <w:t>[15]</w:t>
      </w:r>
    </w:p>
    <w:p>
      <w:r>
        <w:rPr>
          <w:rFonts w:ascii="Gentium Plus" w:hAnsi="Gentium Plus"/>
          <w:sz w:val="24"/>
        </w:rPr>
        <w:t>Μακεδονία. ἧς μητρόπολις ἡ Θεσσαλονίκη. τοὺς ἐν ὅλῃ τῇ Μακεδονίᾳ.</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Μαανά. τοῦτο τί ἐστι; Σύρων δὲ ἡ γλῶσσα. Μακάριον. αὐτὸ τὸ ἀγαθὸν, πρὸς ὃ πᾶν ἀφορᾷ</w:t>
      </w:r>
    </w:p>
    <w:p>
      <w:r>
        <w:rPr>
          <w:rFonts w:ascii="Courier New" w:hAnsi="Courier New"/>
          <w:color w:val="555555"/>
          <w:sz w:val="20"/>
        </w:rPr>
        <w:t>[20]</w:t>
      </w:r>
    </w:p>
    <w:p>
      <w:r>
        <w:rPr>
          <w:rFonts w:ascii="Gentium Plus" w:hAnsi="Gentium Plus"/>
          <w:sz w:val="24"/>
        </w:rPr>
        <w:t>καὶ οὗ πάντα ἐφίεται. Μακαριστόν. κυρίως ἡ θεότης.</w:t>
      </w:r>
    </w:p>
    <w:p>
      <w:r>
        <w:rPr>
          <w:rFonts w:ascii="Courier New" w:hAnsi="Courier New"/>
          <w:color w:val="555555"/>
          <w:sz w:val="20"/>
        </w:rPr>
        <w:t>[mu 1334]</w:t>
      </w:r>
    </w:p>
    <w:p>
      <w:r>
        <w:rPr>
          <w:rFonts w:ascii="Gentium Plus" w:hAnsi="Gentium Plus"/>
          <w:sz w:val="24"/>
        </w:rPr>
        <w:t>νον πινάκιον καὶ κανοῦν. οὕτως Ὦρος ὁ Μι‐ λήσιος.] Μάγγανον. παρὰ τὸ μαγγανεύω. τοῦτο παρὰ τὸ ἄγω, ἄγανον, καὶ μάγγανον.</w:t>
      </w:r>
    </w:p>
    <w:p>
      <w:r>
        <w:rPr>
          <w:rFonts w:ascii="Courier New" w:hAnsi="Courier New"/>
          <w:color w:val="555555"/>
          <w:sz w:val="20"/>
        </w:rPr>
        <w:t>[5]</w:t>
      </w:r>
    </w:p>
    <w:p>
      <w:r>
        <w:rPr>
          <w:rFonts w:ascii="Gentium Plus" w:hAnsi="Gentium Plus"/>
          <w:sz w:val="24"/>
        </w:rPr>
        <w:t>Μάλευρον. τὸ ἄλευρον καὶ πλεονασμῷ τοῦ μ μάλευρον. μίγδα μάλευρον. Μάλειον. ὄρος. καὶ Μαλειάων ὀρῶν διὰ τῆς ει διφθόγγου, τῷ λόγῳ τῶν διὰ τοῦ εια προπαρ‐ οξυτόνων.</w:t>
      </w:r>
    </w:p>
    <w:p>
      <w:r>
        <w:rPr>
          <w:rFonts w:ascii="Courier New" w:hAnsi="Courier New"/>
          <w:color w:val="555555"/>
          <w:sz w:val="20"/>
        </w:rPr>
        <w:t>[10]</w:t>
      </w:r>
    </w:p>
    <w:p>
      <w:r>
        <w:rPr>
          <w:rFonts w:ascii="Gentium Plus" w:hAnsi="Gentium Plus"/>
          <w:sz w:val="24"/>
        </w:rPr>
        <w:t>[Μανόν. ἀραιόν. βραχέως λέγουσι. Τηλεκλεί‐ δης ἀντὶ τοῦ ἀκριβὲς, ἢ ὀρθὸν, ἢ ἀσφαλὲς, ἢ πυκνόν. Πλάτων· καὶ ταῦτα μανάκις τῆς ἡμέρας. ἀντὶ τοῦ μυριάκις.] Μανιάκιον. τὸ τοῦ ἱματίου περιστόμιον.</w:t>
      </w:r>
    </w:p>
    <w:p>
      <w:r>
        <w:rPr>
          <w:rFonts w:ascii="Courier New" w:hAnsi="Courier New"/>
          <w:color w:val="555555"/>
          <w:sz w:val="20"/>
        </w:rPr>
        <w:t>[15]</w:t>
      </w:r>
    </w:p>
    <w:p>
      <w:r>
        <w:rPr>
          <w:rFonts w:ascii="Gentium Plus" w:hAnsi="Gentium Plus"/>
          <w:sz w:val="24"/>
        </w:rPr>
        <w:t>Μανίφυλλον. ἀραιόφυλλον. [μανὸν γὰρ τὸ ἀραιόν. οὕτως Ὦρος ὁ Θηβαῖος.] [Μακεδανόν. ὑψηλόν.] Μαρτύριον. ὁ ἔλεγχος, ἡ κατηγορία, ἡ κατάκρι‐ σις. ὡς ἐν τῷ εὐαγγελίῳ· εἰς μαρτύριον πᾶσι</w:t>
      </w:r>
    </w:p>
    <w:p>
      <w:r>
        <w:rPr>
          <w:rFonts w:ascii="Courier New" w:hAnsi="Courier New"/>
          <w:color w:val="555555"/>
          <w:sz w:val="20"/>
        </w:rPr>
        <w:t>[20]</w:t>
      </w:r>
    </w:p>
    <w:p>
      <w:r>
        <w:rPr>
          <w:rFonts w:ascii="Gentium Plus" w:hAnsi="Gentium Plus"/>
          <w:sz w:val="24"/>
        </w:rPr>
        <w:t>τοῖς ἔθνεσιν· οἱ γὰρ πιστεύσαντες καταμαρ‐ τυροῦσι τῶν μὴ πιστευσάντων. σημαίνει καὶ ἕτερον.</w:t>
      </w:r>
    </w:p>
    <w:p>
      <w:r>
        <w:rPr>
          <w:rFonts w:ascii="Courier New" w:hAnsi="Courier New"/>
          <w:color w:val="555555"/>
          <w:sz w:val="20"/>
        </w:rPr>
        <w:t>[mu 1335]</w:t>
      </w:r>
    </w:p>
    <w:p>
      <w:r>
        <w:rPr>
          <w:rFonts w:ascii="Gentium Plus" w:hAnsi="Gentium Plus"/>
          <w:sz w:val="24"/>
        </w:rPr>
        <w:t>[Μασώβ. τὸ θυσιαστήριον.] Ματρύλειον. τόπος, ἐν ᾧ μαστροποὶ διατρί‐ βουσι. ματέρας δὲ ἐκάλουν οἱ Δωριεῖς τοὺς μα‐ στροποὺς ἐπευφημιζόμενοι. ἔνιοι ματρυλεῖον</w:t>
      </w:r>
    </w:p>
    <w:p>
      <w:r>
        <w:rPr>
          <w:rFonts w:ascii="Courier New" w:hAnsi="Courier New"/>
          <w:color w:val="555555"/>
          <w:sz w:val="20"/>
        </w:rPr>
        <w:t>[5]</w:t>
      </w:r>
    </w:p>
    <w:p>
      <w:r>
        <w:rPr>
          <w:rFonts w:ascii="Gentium Plus" w:hAnsi="Gentium Plus"/>
          <w:sz w:val="24"/>
        </w:rPr>
        <w:t>γράφουσι καὶ μαστρυλλεῖον. Μαφόριον. τὸ τῆς κεφαλῆς περίβλημα. †Μαχαιροδιαίνιον.† †Μάψαρ. ὀχύρωμα.† Μαιάνδριον. πεδίον καὶ ὕδωρ.</w:t>
      </w:r>
    </w:p>
    <w:p>
      <w:r>
        <w:rPr>
          <w:rFonts w:ascii="Courier New" w:hAnsi="Courier New"/>
          <w:color w:val="555555"/>
          <w:sz w:val="20"/>
        </w:rPr>
        <w:t>[10]</w:t>
      </w:r>
    </w:p>
    <w:p>
      <w:r>
        <w:rPr>
          <w:rFonts w:ascii="Gentium Plus" w:hAnsi="Gentium Plus"/>
          <w:sz w:val="24"/>
        </w:rPr>
        <w:t>Μαίωτρον. τὸ εὕρεμα. †Μαΐτιν.† Μαρτύριον. τὸ κήρυγμα. παρὰ τῷ Ἀποστόλῳ· καθὼς τὸ μαρτύριον Χριστοῦ ἐβεβαιώθη ὑμῖν. ἢ καὶ τὸν θάνατον ἢ τὸν σταυρόν. καταγγέλ‐</w:t>
      </w:r>
    </w:p>
    <w:p>
      <w:r>
        <w:rPr>
          <w:rFonts w:ascii="Courier New" w:hAnsi="Courier New"/>
          <w:color w:val="555555"/>
          <w:sz w:val="20"/>
        </w:rPr>
        <w:t>[15]</w:t>
      </w:r>
    </w:p>
    <w:p>
      <w:r>
        <w:rPr>
          <w:rFonts w:ascii="Gentium Plus" w:hAnsi="Gentium Plus"/>
          <w:sz w:val="24"/>
        </w:rPr>
        <w:t>λω ὑμῖν τὸ μαρτύριον τοῦ θεοῦ. θάνατον γὰρ περιῄει κηρύσσων Χριστοῦ· διὸ μαρτύριον αὐτὸ</w:t>
      </w:r>
    </w:p>
    <w:p>
      <w:r>
        <w:rPr>
          <w:rFonts w:ascii="Courier New" w:hAnsi="Courier New"/>
          <w:color w:val="555555"/>
          <w:sz w:val="20"/>
        </w:rPr>
        <w:t>[mu 1336]</w:t>
      </w:r>
    </w:p>
    <w:p>
      <w:r>
        <w:rPr>
          <w:rFonts w:ascii="Gentium Plus" w:hAnsi="Gentium Plus"/>
          <w:sz w:val="24"/>
        </w:rPr>
        <w:t>†Μαίμω. τὸ ἐνεργῶς κινῶ.† †Μαιμῶ. ἐπιθυμῶ.† †Μαίω. τὸ ἐλίσσω.† Μαγνεύειν. τὸ μίσγειν.</w:t>
      </w:r>
    </w:p>
    <w:p>
      <w:r>
        <w:rPr>
          <w:rFonts w:ascii="Courier New" w:hAnsi="Courier New"/>
          <w:color w:val="555555"/>
          <w:sz w:val="20"/>
        </w:rPr>
        <w:t>[5]</w:t>
      </w:r>
    </w:p>
    <w:p>
      <w:r>
        <w:rPr>
          <w:rFonts w:ascii="Gentium Plus" w:hAnsi="Gentium Plus"/>
          <w:sz w:val="24"/>
        </w:rPr>
        <w:t>Μακκοῶ. μωραίνω, ἀνοηταίνω. παρὰ τὸ κοῶ, τὸ νοῶ. ἢ παρὰ τὸ ἀκκῶ. Ἀκκὼ γὰρ γυνὴ γέ‐ γονεν ἐπὶ μωρίᾳ διαβαλλομένη. †Μαλακισθείς. ἐνδούς· χαυνωθείς.† Μαλάσσω. ἀλλάσσω καὶ πλεονασμῷ τοῦ μ μα‐</w:t>
      </w:r>
    </w:p>
    <w:p>
      <w:r>
        <w:rPr>
          <w:rFonts w:ascii="Courier New" w:hAnsi="Courier New"/>
          <w:color w:val="555555"/>
          <w:sz w:val="20"/>
        </w:rPr>
        <w:t>[10]</w:t>
      </w:r>
    </w:p>
    <w:p>
      <w:r>
        <w:rPr>
          <w:rFonts w:ascii="Gentium Plus" w:hAnsi="Gentium Plus"/>
          <w:sz w:val="24"/>
        </w:rPr>
        <w:t>λάσσω· πᾶν γὰρ τὸ μαλασσόμενον ἀλλάσσεται. Μαλακιεῖν. τοὺς ὑπὸ κρύους κεκμηκότας λέ‐ γουσι καὶ συνεσπασμένους. Μανείην. χολωθείην. [Μαπέειν. καταλαβεῖν. ἀπὸ τοῦ μάρπτω.]</w:t>
      </w:r>
    </w:p>
    <w:p>
      <w:r>
        <w:rPr>
          <w:rFonts w:ascii="Courier New" w:hAnsi="Courier New"/>
          <w:color w:val="555555"/>
          <w:sz w:val="20"/>
        </w:rPr>
        <w:t>[15]</w:t>
      </w:r>
    </w:p>
    <w:p>
      <w:r>
        <w:rPr>
          <w:rFonts w:ascii="Gentium Plus" w:hAnsi="Gentium Plus"/>
          <w:sz w:val="24"/>
        </w:rPr>
        <w:t>Μάρψαι. καταλαβεῖν. κυρίως τὸ ταῖς χερσὶ συλλαβεῖν· μάρη γὰρ ἔλεγον τὰς χεῖρας. ἔν‐</w:t>
      </w:r>
    </w:p>
    <w:p>
      <w:r>
        <w:rPr>
          <w:rFonts w:ascii="Courier New" w:hAnsi="Courier New"/>
          <w:color w:val="555555"/>
          <w:sz w:val="20"/>
        </w:rPr>
        <w:t>[mu 1337]</w:t>
      </w:r>
    </w:p>
    <w:p>
      <w:r>
        <w:rPr>
          <w:rFonts w:ascii="Gentium Plus" w:hAnsi="Gentium Plus"/>
          <w:sz w:val="24"/>
        </w:rPr>
        <w:t>Μαργῶσα. μαινομένη. Μαργαίνῃ. ἀντὶ τοῦ μαίνῃ. Μαρνάμενοι. ἀντὶ τοῦ μαχόμενοι. ἀπὸ τοῦ μαρ‐ νῶ, δευτέρας συζυγίας τῶν περισπωμένων.</w:t>
      </w:r>
    </w:p>
    <w:p>
      <w:r>
        <w:rPr>
          <w:rFonts w:ascii="Courier New" w:hAnsi="Courier New"/>
          <w:color w:val="555555"/>
          <w:sz w:val="20"/>
        </w:rPr>
        <w:t>[5]</w:t>
      </w:r>
    </w:p>
    <w:p>
      <w:r>
        <w:rPr>
          <w:rFonts w:ascii="Gentium Plus" w:hAnsi="Gentium Plus"/>
          <w:sz w:val="24"/>
        </w:rPr>
        <w:t>μάρνημι, ὁ παθητικὸς ἐνεστὼς μάρναμαι. τὸ δὲ μαρνῶ, ὡς οἶμαι, μαργῶ καὶ μαρνῶ. ἐοίκασι γὰρ τοῖς μαινομένοις οἱ μαχόμενοι. Μαρμαίρω. καταυγάζω, λάμπω. Μαραίνω. παρὰ τὸ ἄρης, ὃ σημαίνει τὸν σί‐</w:t>
      </w:r>
    </w:p>
    <w:p>
      <w:r>
        <w:rPr>
          <w:rFonts w:ascii="Courier New" w:hAnsi="Courier New"/>
          <w:color w:val="555555"/>
          <w:sz w:val="20"/>
        </w:rPr>
        <w:t>[10]</w:t>
      </w:r>
    </w:p>
    <w:p>
      <w:r>
        <w:rPr>
          <w:rFonts w:ascii="Gentium Plus" w:hAnsi="Gentium Plus"/>
          <w:sz w:val="24"/>
        </w:rPr>
        <w:t>δηρον, ἀραίνω καὶ μαραίνω. Μάσσει. φυρᾷ, ζυμοῖ, μαλάσσει. καὶ μάσσω τὸ σπογγίζω. ἀπὸ τοῦ μα καὶ τοῦ ἆσσον, τὸ ἐγ‐ γύς· οἱ γὰρ ἐφαπτόμενοι σπογγίζειν ἆσσον καὶ ἐγγὺς γίνονται. ἐκ τούτου τοῦ μάσσω πλεο‐</w:t>
      </w:r>
    </w:p>
    <w:p>
      <w:r>
        <w:rPr>
          <w:rFonts w:ascii="Courier New" w:hAnsi="Courier New"/>
          <w:color w:val="555555"/>
          <w:sz w:val="20"/>
        </w:rPr>
        <w:t>[15]</w:t>
      </w:r>
    </w:p>
    <w:p>
      <w:r>
        <w:rPr>
          <w:rFonts w:ascii="Gentium Plus" w:hAnsi="Gentium Plus"/>
          <w:sz w:val="24"/>
        </w:rPr>
        <w:t>νασμῷ τῆς αλ συλλαβῆς μαλάσσω, ὡς κύδιμος, κυδάλιμος. Μαστεύειν. ζητεῖν. Ματῆσαι. τὸ ματαιοπραγῆσαι. παρὰ τὸ μάτην, ματῶ, ματήσω.</w:t>
      </w:r>
    </w:p>
    <w:p>
      <w:r>
        <w:rPr>
          <w:rFonts w:ascii="Courier New" w:hAnsi="Courier New"/>
          <w:color w:val="555555"/>
          <w:sz w:val="20"/>
        </w:rPr>
        <w:t>[20]</w:t>
      </w:r>
    </w:p>
    <w:p>
      <w:r>
        <w:rPr>
          <w:rFonts w:ascii="Gentium Plus" w:hAnsi="Gentium Plus"/>
          <w:sz w:val="24"/>
        </w:rPr>
        <w:t>Μαυροῦσιν. ἀφανίζουσι. παρὰ τὸ μαίρω, τὸ λάμπω, μαυρῶ, τουτέστι κατὰ ἀντίφρασιν. ἢ παρὰ τὸ ἀμαυρῶ κατὰ ἀφαίρεσιν τοῦ α. Μαιεύειν. τὸ βοηθεῖν ταῖς τικτούσαις, ἢ τὸ μαμ‐ μεύειν.</w:t>
      </w:r>
    </w:p>
    <w:p>
      <w:r>
        <w:rPr>
          <w:rFonts w:ascii="Courier New" w:hAnsi="Courier New"/>
          <w:color w:val="555555"/>
          <w:sz w:val="20"/>
        </w:rPr>
        <w:t>[25]</w:t>
      </w:r>
    </w:p>
    <w:p>
      <w:r>
        <w:rPr>
          <w:rFonts w:ascii="Gentium Plus" w:hAnsi="Gentium Plus"/>
          <w:sz w:val="24"/>
        </w:rPr>
        <w:t>Μαιμάσσει. σφύζει. προθυμεῖται. καὶ μαιμῶ,</w:t>
      </w:r>
    </w:p>
    <w:p>
      <w:r>
        <w:rPr>
          <w:rFonts w:ascii="Courier New" w:hAnsi="Courier New"/>
          <w:color w:val="555555"/>
          <w:sz w:val="20"/>
        </w:rPr>
        <w:t>[mu 1338]</w:t>
      </w:r>
    </w:p>
    <w:p>
      <w:r>
        <w:rPr>
          <w:rFonts w:ascii="Gentium Plus" w:hAnsi="Gentium Plus"/>
          <w:sz w:val="24"/>
        </w:rPr>
        <w:t>τὸ προθυμοῦμαι. ἔστι μῶ τὸ προθυμοῦμαι καὶ διπλασιασμῷ μαμῶ καὶ μαιμῶ. ἐκ δὲ τοῦ †μῶ γίνεται† μαίω, τὸ ζητῶ. οἷον· μαιομένη κευθμῶνα—.</w:t>
      </w:r>
    </w:p>
    <w:p>
      <w:r>
        <w:rPr>
          <w:rFonts w:ascii="Courier New" w:hAnsi="Courier New"/>
          <w:color w:val="555555"/>
          <w:sz w:val="20"/>
        </w:rPr>
        <w:t>[5]</w:t>
      </w:r>
    </w:p>
    <w:p>
      <w:r>
        <w:rPr>
          <w:rFonts w:ascii="Gentium Plus" w:hAnsi="Gentium Plus"/>
          <w:sz w:val="24"/>
        </w:rPr>
        <w:t>Μαχλῶσαν. πορνεύουσαν. Μακαρίζειν. μακαρισμός ἐστιν ἡ κορυφὴ τῶν ἀγαθῶν. Ματαιάζειν. μάταιον λέγεται, ὅταν ὄνομα μὲν ᾖ, πρᾶγμα δὲ μὴ ᾖ. οἷον· ὄνομα μὲν πλούτου,</w:t>
      </w:r>
    </w:p>
    <w:p>
      <w:r>
        <w:rPr>
          <w:rFonts w:ascii="Courier New" w:hAnsi="Courier New"/>
          <w:color w:val="555555"/>
          <w:sz w:val="20"/>
        </w:rPr>
        <w:t>[10]</w:t>
      </w:r>
    </w:p>
    <w:p>
      <w:r>
        <w:rPr>
          <w:rFonts w:ascii="Gentium Plus" w:hAnsi="Gentium Plus"/>
          <w:sz w:val="24"/>
        </w:rPr>
        <w:t>πρᾶγμα δὲ οὐδαμῶς. καὶ μένει τὸ †ὄνομα† ψιλόν.</w:t>
      </w:r>
    </w:p>
    <w:p>
      <w:pPr>
        <w:jc w:val="center"/>
      </w:pPr>
      <w:r>
        <w:rPr>
          <w:rFonts w:ascii="Gentium Plus" w:hAnsi="Gentium Plus"/>
          <w:b/>
          <w:sz w:val="24"/>
        </w:rPr>
        <w:t>(Ἐπίῤῥημα.)</w:t>
      </w:r>
    </w:p>
    <w:p>
      <w:r>
        <w:rPr>
          <w:rFonts w:ascii="Courier New" w:hAnsi="Courier New"/>
          <w:color w:val="555555"/>
          <w:sz w:val="20"/>
        </w:rPr>
        <w:t>[13]</w:t>
      </w:r>
    </w:p>
    <w:p>
      <w:r>
        <w:rPr>
          <w:rFonts w:ascii="Gentium Plus" w:hAnsi="Gentium Plus"/>
          <w:sz w:val="24"/>
        </w:rPr>
        <w:t>Μάλα. ἀντὶ τοῦ πάνυ καὶ λίαν. καὶ μάλιστα. Μᾶλλον. περισσότερον, πλέον.</w:t>
      </w:r>
    </w:p>
    <w:p>
      <w:r>
        <w:rPr>
          <w:rFonts w:ascii="Courier New" w:hAnsi="Courier New"/>
          <w:color w:val="555555"/>
          <w:sz w:val="20"/>
        </w:rPr>
        <w:t>[15]</w:t>
      </w:r>
    </w:p>
    <w:p>
      <w:r>
        <w:rPr>
          <w:rFonts w:ascii="Gentium Plus" w:hAnsi="Gentium Plus"/>
          <w:sz w:val="24"/>
        </w:rPr>
        <w:t>Μάτην. ἀντὶ τοῦ ματαίως. ἀπὸ τοῦ θηλυκοῦ εἰς ἐπίῤῥημα. Στησίχορος· μάτας εἰπών. Μαψιδίως. ματαίως. καὶ μὰψ ἀντὶ τοῦ ματαίως.</w:t>
      </w:r>
    </w:p>
    <w:p>
      <w:pPr>
        <w:jc w:val="center"/>
      </w:pPr>
      <w:r>
        <w:rPr>
          <w:rFonts w:ascii="Gentium Plus" w:hAnsi="Gentium Plus"/>
          <w:b/>
          <w:sz w:val="24"/>
        </w:rPr>
        <w:t>Τὸ Μ μετὰ τοῦ Ε.</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Μέγας. παρὰ τὸ μήγας· ὁ μὴ ὦν ἐν τῇ γῇ, ἀλλ’ ὑπερέχων αὐτῆς.</w:t>
      </w:r>
    </w:p>
    <w:p>
      <w:r>
        <w:rPr>
          <w:rFonts w:ascii="Courier New" w:hAnsi="Courier New"/>
          <w:color w:val="555555"/>
          <w:sz w:val="20"/>
        </w:rPr>
        <w:t>[mu 1339]</w:t>
      </w:r>
    </w:p>
    <w:p>
      <w:r>
        <w:rPr>
          <w:rFonts w:ascii="Gentium Plus" w:hAnsi="Gentium Plus"/>
          <w:sz w:val="24"/>
        </w:rPr>
        <w:t>Μεγαλόφρων. ὁ μεγαλόψυχος. Μεγάλαυχος. ὁ ὑψηλόφρων. Μεγαλήτορα. μεγαλόψυχον. Μεγαλοφυοῦς. μεγαλόφρονος.</w:t>
      </w:r>
    </w:p>
    <w:p>
      <w:r>
        <w:rPr>
          <w:rFonts w:ascii="Courier New" w:hAnsi="Courier New"/>
          <w:color w:val="555555"/>
          <w:sz w:val="20"/>
        </w:rPr>
        <w:t>[5]</w:t>
      </w:r>
    </w:p>
    <w:p>
      <w:r>
        <w:rPr>
          <w:rFonts w:ascii="Gentium Plus" w:hAnsi="Gentium Plus"/>
          <w:sz w:val="24"/>
        </w:rPr>
        <w:t>Μέδοντες. οἱ βασιλεῖς. ὅθεν καὶ μέδω τὸ βα‐ σιλεύω. παρὰ τὸ μήδω, τὸ βουλεύω, μέδω. οἷς εὐβουλίας δεῖ, ὅθεν καὶ βουληφόροι λέγονται. †Μεδεός. ὄνομα κύριον.† Μελαμπύγου. μελανοκώλου. *οὔπω μελαμ‐</w:t>
      </w:r>
    </w:p>
    <w:p>
      <w:r>
        <w:rPr>
          <w:rFonts w:ascii="Courier New" w:hAnsi="Courier New"/>
          <w:color w:val="555555"/>
          <w:sz w:val="20"/>
        </w:rPr>
        <w:t>[10]</w:t>
      </w:r>
    </w:p>
    <w:p>
      <w:r>
        <w:rPr>
          <w:rFonts w:ascii="Gentium Plus" w:hAnsi="Gentium Plus"/>
          <w:sz w:val="24"/>
        </w:rPr>
        <w:t>πύγῳ τετύχηκας.* Μελεδωνός. ὁ φροντιστής. ἀπὸ τοῦ μέλω, τὸ φροντίζω. Μελχισεδέκ. ἑρμηνεύεται ἱερεὺς τοῦ θεοῦ τοῦ ὑψίστου.</w:t>
      </w:r>
    </w:p>
    <w:p>
      <w:r>
        <w:rPr>
          <w:rFonts w:ascii="Courier New" w:hAnsi="Courier New"/>
          <w:color w:val="555555"/>
          <w:sz w:val="20"/>
        </w:rPr>
        <w:t>[15]</w:t>
      </w:r>
    </w:p>
    <w:p>
      <w:r>
        <w:rPr>
          <w:rFonts w:ascii="Gentium Plus" w:hAnsi="Gentium Plus"/>
          <w:sz w:val="24"/>
        </w:rPr>
        <w:t>Μέλεος. ἄθλιος· μάταιος. —μελέη δέ τοι ἔπλετ’ ἀϋτή. παρὰ τὸ λῶ, τὸ θέλω, καὶ ἰωνικῶς λεὸς, καὶ μήλεος, ὃν μὴ θέλομεν· οὐδεὶς γὰρ θέλει τὸν μάταιον· εἶτα συστολῇ τοῦ η εἰς ε μέλεος.</w:t>
      </w:r>
    </w:p>
    <w:p>
      <w:r>
        <w:rPr>
          <w:rFonts w:ascii="Courier New" w:hAnsi="Courier New"/>
          <w:color w:val="555555"/>
          <w:sz w:val="20"/>
        </w:rPr>
        <w:t>[20]</w:t>
      </w:r>
    </w:p>
    <w:p>
      <w:r>
        <w:rPr>
          <w:rFonts w:ascii="Gentium Plus" w:hAnsi="Gentium Plus"/>
          <w:sz w:val="24"/>
        </w:rPr>
        <w:t>Ὦ μέλεοι, μὴ τλῆτε πάρεξ ἐμὰ θέσφατα βῆναι Ῥήβαν ὠκυρόην ποταμὸν ἀκτήν τε μέλαιναν. ποταμός ἐστιν ὁ Ῥήβας πλησίον τῆς Βιθυνίας,</w:t>
      </w:r>
    </w:p>
    <w:p>
      <w:r>
        <w:rPr>
          <w:rFonts w:ascii="Courier New" w:hAnsi="Courier New"/>
          <w:color w:val="555555"/>
          <w:sz w:val="20"/>
        </w:rPr>
        <w:t>[mu 1340]</w:t>
      </w:r>
    </w:p>
    <w:p>
      <w:r>
        <w:rPr>
          <w:rFonts w:ascii="Gentium Plus" w:hAnsi="Gentium Plus"/>
          <w:sz w:val="24"/>
        </w:rPr>
        <w:t>Μεμψίμοιρος. ὁ μεμφόμενος τὸ ἀγαθὸν, ὁ φι‐ λεγκλήμων. Μεθωναῖος καὶ Μεθυμναῖος. τοπικά. Μεγαρεῖς. ἐθνικόν.</w:t>
      </w:r>
    </w:p>
    <w:p>
      <w:r>
        <w:rPr>
          <w:rFonts w:ascii="Courier New" w:hAnsi="Courier New"/>
          <w:color w:val="555555"/>
          <w:sz w:val="20"/>
        </w:rPr>
        <w:t>[5]</w:t>
      </w:r>
    </w:p>
    <w:p>
      <w:r>
        <w:rPr>
          <w:rFonts w:ascii="Gentium Plus" w:hAnsi="Gentium Plus"/>
          <w:sz w:val="24"/>
        </w:rPr>
        <w:t>Μελιτηνός. τοπικόν. Μενεπόλεμος. ἀπὸ τοῦ μένειν καὶ καρτερεῖν ἐν τῷ πολέμῳ. Μενέχαρμος καὶ μενεχάρμης. καρτερικός· ὑπομονητικός· πολεμικὸς ἐν τῇ μάχῃ. χάρμη</w:t>
      </w:r>
    </w:p>
    <w:p>
      <w:r>
        <w:rPr>
          <w:rFonts w:ascii="Courier New" w:hAnsi="Courier New"/>
          <w:color w:val="555555"/>
          <w:sz w:val="20"/>
        </w:rPr>
        <w:t>[10]</w:t>
      </w:r>
    </w:p>
    <w:p>
      <w:r>
        <w:rPr>
          <w:rFonts w:ascii="Gentium Plus" w:hAnsi="Gentium Plus"/>
          <w:sz w:val="24"/>
        </w:rPr>
        <w:t>γὰρ ἡ μάχη. [Μενέλεως. τὰ εἰς ως σύνθετα εἰ μὲν κοινὰ εἰσὶ τῷ γένει, τὴν τῶν ἁπλῶν φυλάσσει κλίσιν, οἷον ἱδρὼς, ἱδρῶτος· εἰ δὲ ἀττικὰ εἰσὶν, ἀποβο‐ λῇ τοῦ ς ποιοῦσι τὴν γενικήν· Μενέλεως, Με‐</w:t>
      </w:r>
    </w:p>
    <w:p>
      <w:r>
        <w:rPr>
          <w:rFonts w:ascii="Courier New" w:hAnsi="Courier New"/>
          <w:color w:val="555555"/>
          <w:sz w:val="20"/>
        </w:rPr>
        <w:t>[15]</w:t>
      </w:r>
    </w:p>
    <w:p>
      <w:r>
        <w:rPr>
          <w:rFonts w:ascii="Gentium Plus" w:hAnsi="Gentium Plus"/>
          <w:sz w:val="24"/>
        </w:rPr>
        <w:t>νέλεω, ἀνάπλεως, ἀνάπλεω, καὶ τὰ ὅμοια.] Μεσέγγυος. ἐγγυητής. †μεσίτης.† †Μέσαβος. ὁ μέσον δύο βοῶν.† Μεσίτης. ὁ μεσάζων. [τὰ ἀπὸ τῶν εἰς ος διὰ τοῦ ιτης γινόμενα διὰ τοῦ ι γράφονται· οἷον</w:t>
      </w:r>
    </w:p>
    <w:p>
      <w:r>
        <w:rPr>
          <w:rFonts w:ascii="Courier New" w:hAnsi="Courier New"/>
          <w:color w:val="555555"/>
          <w:sz w:val="20"/>
        </w:rPr>
        <w:t>[20]</w:t>
      </w:r>
    </w:p>
    <w:p>
      <w:r>
        <w:rPr>
          <w:rFonts w:ascii="Gentium Plus" w:hAnsi="Gentium Plus"/>
          <w:sz w:val="24"/>
        </w:rPr>
        <w:t>τόπος τοπίτης, μέσος μεσίτης.] Μέσος. παρὰ τὸ μετέχειν ἰσότητος, ἢ τοῦ ἔσω.</w:t>
      </w:r>
    </w:p>
    <w:p>
      <w:r>
        <w:rPr>
          <w:rFonts w:ascii="Courier New" w:hAnsi="Courier New"/>
          <w:color w:val="555555"/>
          <w:sz w:val="20"/>
        </w:rPr>
        <w:t>[mu 1341]</w:t>
      </w:r>
    </w:p>
    <w:p>
      <w:r>
        <w:rPr>
          <w:rFonts w:ascii="Gentium Plus" w:hAnsi="Gentium Plus"/>
          <w:sz w:val="24"/>
        </w:rPr>
        <w:t>Μεσσίας. ὁ κεχρισμένος καὶ ἠλειμμένος. λέγει δὲ τὸν Χριστόν. μεσὰ γὰρ τὸ ἔλαιον ἤτοι τὸ χρίσμα ἑρμηνεύεται. Μεστός. ὁ πλήρης. ἔστιν ἐῶ, τὸ πληρῶ, ἐστὸς</w:t>
      </w:r>
    </w:p>
    <w:p>
      <w:r>
        <w:rPr>
          <w:rFonts w:ascii="Courier New" w:hAnsi="Courier New"/>
          <w:color w:val="555555"/>
          <w:sz w:val="20"/>
        </w:rPr>
        <w:t>[5]</w:t>
      </w:r>
    </w:p>
    <w:p>
      <w:r>
        <w:rPr>
          <w:rFonts w:ascii="Gentium Plus" w:hAnsi="Gentium Plus"/>
          <w:sz w:val="24"/>
        </w:rPr>
        <w:t>καὶ πλεονασμῷ τοῦ μ μεστός. Μέροπες. οἱ ἄνθρωποι. διὰ τὸ ἔχειν τὴν ὄπα καὶ τὴν φωνὴν μεμερισμένην. Μετεωρολέσχης. ὁ τὰ μετέωρα καὶ ὑπὲρ ἑαυ‐ τὸν φλυαρῶν.</w:t>
      </w:r>
    </w:p>
    <w:p>
      <w:r>
        <w:rPr>
          <w:rFonts w:ascii="Courier New" w:hAnsi="Courier New"/>
          <w:color w:val="555555"/>
          <w:sz w:val="20"/>
        </w:rPr>
        <w:t>[10]</w:t>
      </w:r>
    </w:p>
    <w:p>
      <w:r>
        <w:rPr>
          <w:rFonts w:ascii="Gentium Plus" w:hAnsi="Gentium Plus"/>
          <w:sz w:val="24"/>
        </w:rPr>
        <w:t>Μετέωρος. ὁ κοῦφος, καὶ εἰς ὕψος αἰρόμενος. καὶ μετεωρίζω [ἐκ τοῦ ἀείρω, τροπῇ τοῦ α εἰς ο ὀείρω καὶ ἐν ὑπερθέσει τοῦ ἰῶτα ἐόρω, καὶ ἐκτάσει τοῦ ο εἰς ω ἐωρῶ καὶ μετεωρῶ καὶ μετεωρίζω.] καὶ μετέωρον.</w:t>
      </w:r>
    </w:p>
    <w:p>
      <w:r>
        <w:rPr>
          <w:rFonts w:ascii="Courier New" w:hAnsi="Courier New"/>
          <w:color w:val="555555"/>
          <w:sz w:val="20"/>
        </w:rPr>
        <w:t>[15]</w:t>
      </w:r>
    </w:p>
    <w:p>
      <w:r>
        <w:rPr>
          <w:rFonts w:ascii="Gentium Plus" w:hAnsi="Gentium Plus"/>
          <w:sz w:val="24"/>
        </w:rPr>
        <w:t>Μετάρσιος. ὑψηλὸς, μετέωρος. Μετάβολοι. οἱ μεταπράται. Μέτοχος. κοινωνός. Μέτριος. ταπεινός· ἐπιεικής. Μετανάστην. φυγάδα, μέτοικον. ἀπὸ τοῦ νάσ‐</w:t>
      </w:r>
    </w:p>
    <w:p>
      <w:r>
        <w:rPr>
          <w:rFonts w:ascii="Courier New" w:hAnsi="Courier New"/>
          <w:color w:val="555555"/>
          <w:sz w:val="20"/>
        </w:rPr>
        <w:t>[20]</w:t>
      </w:r>
    </w:p>
    <w:p>
      <w:r>
        <w:rPr>
          <w:rFonts w:ascii="Gentium Plus" w:hAnsi="Gentium Plus"/>
          <w:sz w:val="24"/>
        </w:rPr>
        <w:t>σω ὁ μέλλων νάσω, νένασμαι, νάστης, καὶ μετανάστης. οἷον· καί κεν ἐν Ἄργεϊ νάσσα μίαν πόλιν. Μετασχηματισμός. τῆς τοῦ θεωροῦντος θεω‐ ρίας μεταποίησις πρόσκαιρος, ἢ ἐξ ἄλλου εἰς</w:t>
      </w:r>
    </w:p>
    <w:p>
      <w:r>
        <w:rPr>
          <w:rFonts w:ascii="Courier New" w:hAnsi="Courier New"/>
          <w:color w:val="555555"/>
          <w:sz w:val="20"/>
        </w:rPr>
        <w:t>[25]</w:t>
      </w:r>
    </w:p>
    <w:p>
      <w:r>
        <w:rPr>
          <w:rFonts w:ascii="Gentium Plus" w:hAnsi="Gentium Plus"/>
          <w:sz w:val="24"/>
        </w:rPr>
        <w:t>ἄλλο [ἐν ἀληθείᾳ] μεταποίησις. Μεσαιπόλιος. Μείζων. ὥσπερ ἀπὸ τοῦ ταχὺς τάχιστος, οὕ‐ τως καὶ παρὰ τὸ μέγας μέγιστος, καὶ ἐκεῖθεν μέσσων, ὡς ἀπὸ τοῦ τάχιστος θάσσων, καὶ</w:t>
      </w:r>
    </w:p>
    <w:p>
      <w:r>
        <w:rPr>
          <w:rFonts w:ascii="Courier New" w:hAnsi="Courier New"/>
          <w:color w:val="555555"/>
          <w:sz w:val="20"/>
        </w:rPr>
        <w:t>[30]</w:t>
      </w:r>
    </w:p>
    <w:p>
      <w:r>
        <w:rPr>
          <w:rFonts w:ascii="Gentium Plus" w:hAnsi="Gentium Plus"/>
          <w:sz w:val="24"/>
        </w:rPr>
        <w:t>τροπῇ αἰολικῇ τῶν δύο σς μέζων καὶ πλεονα‐</w:t>
      </w:r>
    </w:p>
    <w:p>
      <w:r>
        <w:rPr>
          <w:rFonts w:ascii="Courier New" w:hAnsi="Courier New"/>
          <w:color w:val="555555"/>
          <w:sz w:val="20"/>
        </w:rPr>
        <w:t>[mu 1342]</w:t>
      </w:r>
    </w:p>
    <w:p>
      <w:r>
        <w:rPr>
          <w:rFonts w:ascii="Gentium Plus" w:hAnsi="Gentium Plus"/>
          <w:sz w:val="24"/>
        </w:rPr>
        <w:t>πάντων οἱ λέγοντες ἁμαρτάνουσι.] μέγιστος γὰρ χρὴ λέγειν πάντων. μείζονα δὲ τούτου τινός. [Μείλιχος] καὶ μειλίχιος. ὁ πρᾷος. [καὶ πραϋντικός.] παρὰ τὸ μέλι, ὥς τινες φασὶν, ἢ</w:t>
      </w:r>
    </w:p>
    <w:p>
      <w:r>
        <w:rPr>
          <w:rFonts w:ascii="Courier New" w:hAnsi="Courier New"/>
          <w:color w:val="555555"/>
          <w:sz w:val="20"/>
        </w:rPr>
        <w:t>[5]</w:t>
      </w:r>
    </w:p>
    <w:p>
      <w:r>
        <w:rPr>
          <w:rFonts w:ascii="Gentium Plus" w:hAnsi="Gentium Plus"/>
          <w:sz w:val="24"/>
        </w:rPr>
        <w:t>ἀπὸ τοῦ μέλος, μέλικος, καὶ τροπῇ τοῦ κ εἰς χ καὶ ἀναβιβασμῷ τοῦ τόνου μέλιχος, καὶ πλεονασμῷ τοῦ ι μείλιχος. Μείς. ὁ μήν. Αἰολικῶς. μὴν γὰρ ἦν, καὶ ἐτράπη τὸ η Δωρικῶς εἰς τὴν ει δίφθογγον. [καὶ ἐπει‐</w:t>
      </w:r>
    </w:p>
    <w:p>
      <w:r>
        <w:rPr>
          <w:rFonts w:ascii="Courier New" w:hAnsi="Courier New"/>
          <w:color w:val="555555"/>
          <w:sz w:val="20"/>
        </w:rPr>
        <w:t>[10]</w:t>
      </w:r>
    </w:p>
    <w:p>
      <w:r>
        <w:rPr>
          <w:rFonts w:ascii="Gentium Plus" w:hAnsi="Gentium Plus"/>
          <w:sz w:val="24"/>
        </w:rPr>
        <w:t>δὴ τὰ εἰς ν λήγοντα ἀρσενικὰ ἢ θηλυκὰ οὐ θέλει ἔχειν πρὸ τοῦ ν δίφθογγον,] οἷον σωλὴν, Πλάτων, ἔτρεψε τὸ ν εἰς ς, καὶ γέγονε μείς. πρόσκειται ἀρσενικὸν καὶ θηλυκὸν διὰ τὰ οὐδέ‐ τερα· οἷον τὸ διπλοῦν, τὸ χρυσοῦν. ἔστι δὲ καὶ</w:t>
      </w:r>
    </w:p>
    <w:p>
      <w:r>
        <w:rPr>
          <w:rFonts w:ascii="Courier New" w:hAnsi="Courier New"/>
          <w:color w:val="555555"/>
          <w:sz w:val="20"/>
        </w:rPr>
        <w:t>[15]</w:t>
      </w:r>
    </w:p>
    <w:p>
      <w:r>
        <w:rPr>
          <w:rFonts w:ascii="Gentium Plus" w:hAnsi="Gentium Plus"/>
          <w:sz w:val="24"/>
        </w:rPr>
        <w:t>ἄκλιτον. εἰ γὰρ ἐκλίνετο, μενὸς εἶχεν εἶναι ἡ γενική. ὡς δὲ παρὰ τὸ ῥήσσω ῥηγμὶς, οὕτω καὶ παρὰ τὸ μειῶ μεΐς· μακρῶς δὲ ἅμα καὶ ὀξυτόνως. παρὰ τὸ μειῶ δὲ εἴρηται, ὅτι μειου‐ μένης εἰς ἄκρον σελήνης πληροῦται καὶ ὁ μήν.</w:t>
      </w:r>
    </w:p>
    <w:p>
      <w:r>
        <w:rPr>
          <w:rFonts w:ascii="Courier New" w:hAnsi="Courier New"/>
          <w:color w:val="555555"/>
          <w:sz w:val="20"/>
        </w:rPr>
        <w:t>[20]</w:t>
      </w:r>
    </w:p>
    <w:p>
      <w:r>
        <w:rPr>
          <w:rFonts w:ascii="Gentium Plus" w:hAnsi="Gentium Plus"/>
          <w:sz w:val="24"/>
        </w:rPr>
        <w:t>†Μεῖστος. ὁ ἐλάττων. ἀπὸ τοῦ μείων, μεῖστος, ὡς πλείων, πλεῖστος· τῷ λόγῳ τῶν συγκριτι‐ κῶν.† Μείων. ὁ ἐλάττων. ἀπὸ τοῦ μικρὸς, ἢ ἀπὸ τῆς μιᾶς. τῆς γὰρ μιᾶς οὐδέν ἐστιν ἐλαττότερον.</w:t>
      </w:r>
    </w:p>
    <w:p>
      <w:r>
        <w:rPr>
          <w:rFonts w:ascii="Courier New" w:hAnsi="Courier New"/>
          <w:color w:val="555555"/>
          <w:sz w:val="20"/>
        </w:rPr>
        <w:t>[25]</w:t>
      </w:r>
    </w:p>
    <w:p>
      <w:r>
        <w:rPr>
          <w:rFonts w:ascii="Gentium Plus" w:hAnsi="Gentium Plus"/>
          <w:sz w:val="24"/>
        </w:rPr>
        <w:t>ἢ ἀπὸ τοῦ μέρους μερίων, καὶ ἀποβολῇ τοῦ ρ καὶ συναιρέσει τοῦ ε καὶ ι εἰς τὴν ει δίφθογ‐ γον, μείων. Μελχισεδέκ. κύριον. ἑρμηνεύεται δὲ βασιλεὺς δικαιοσύνης. τὸ γὰρ μελχὰ βασιλεὺς, καὶ τὸ</w:t>
      </w:r>
    </w:p>
    <w:p>
      <w:r>
        <w:rPr>
          <w:rFonts w:ascii="Courier New" w:hAnsi="Courier New"/>
          <w:color w:val="555555"/>
          <w:sz w:val="20"/>
        </w:rPr>
        <w:t>[30]</w:t>
      </w:r>
    </w:p>
    <w:p>
      <w:r>
        <w:rPr>
          <w:rFonts w:ascii="Gentium Plus" w:hAnsi="Gentium Plus"/>
          <w:sz w:val="24"/>
        </w:rPr>
        <w:t>σεδὲκ δικαιοσύνη.</w:t>
      </w:r>
    </w:p>
    <w:p>
      <w:r>
        <w:rPr>
          <w:rFonts w:ascii="Courier New" w:hAnsi="Courier New"/>
          <w:color w:val="555555"/>
          <w:sz w:val="20"/>
        </w:rPr>
        <w:t>[mu 1343]</w:t>
      </w:r>
    </w:p>
    <w:p>
      <w:r>
        <w:rPr>
          <w:rFonts w:ascii="Gentium Plus" w:hAnsi="Gentium Plus"/>
          <w:sz w:val="24"/>
        </w:rPr>
        <w:t>†Μέροψ. ὁ ἄνθρωπος, ὁ μεμερισμένην τὴν φω‐ νὴν ἔχων τῶν λοιπῶν ζώων.†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Μεγαλόνοια. ἡ μεγαλοφυΐα.</w:t>
      </w:r>
    </w:p>
    <w:p>
      <w:r>
        <w:rPr>
          <w:rFonts w:ascii="Courier New" w:hAnsi="Courier New"/>
          <w:color w:val="555555"/>
          <w:sz w:val="20"/>
        </w:rPr>
        <w:t>[5]</w:t>
      </w:r>
    </w:p>
    <w:p>
      <w:r>
        <w:rPr>
          <w:rFonts w:ascii="Gentium Plus" w:hAnsi="Gentium Plus"/>
          <w:sz w:val="24"/>
        </w:rPr>
        <w:t>Μεγαλοπρέπεια. φιλανθρωπία ψυχῆς μετὰ λό‐ γου. Μεγαλοψυχία. ἕξις ψυχῆς τοῖς συμβαίνουσι λυ‐ πηροῖς μὴ κατολιγωροῦσα. Μεγαλοπρέπεια. ἀρετή ἐστι μεταδιδοῦσα ἐνερ‐</w:t>
      </w:r>
    </w:p>
    <w:p>
      <w:r>
        <w:rPr>
          <w:rFonts w:ascii="Courier New" w:hAnsi="Courier New"/>
          <w:color w:val="555555"/>
          <w:sz w:val="20"/>
        </w:rPr>
        <w:t>[10]</w:t>
      </w:r>
    </w:p>
    <w:p>
      <w:r>
        <w:rPr>
          <w:rFonts w:ascii="Gentium Plus" w:hAnsi="Gentium Plus"/>
          <w:sz w:val="24"/>
        </w:rPr>
        <w:t>γείας μεγάλων πράξεων. Μεγαλαυχία. τὸ ἄξιον ἔχειν ἑαυτὸν εἶναι τιμῆς. Μεγαλουργία. ἡ μεγάλη ἐργασία. Μέθεξις. κοινωνία. Μεθημοσύνη. ἡ ἀμέλεια.</w:t>
      </w:r>
    </w:p>
    <w:p>
      <w:r>
        <w:rPr>
          <w:rFonts w:ascii="Courier New" w:hAnsi="Courier New"/>
          <w:color w:val="555555"/>
          <w:sz w:val="20"/>
        </w:rPr>
        <w:t>[15]</w:t>
      </w:r>
    </w:p>
    <w:p>
      <w:r>
        <w:rPr>
          <w:rFonts w:ascii="Gentium Plus" w:hAnsi="Gentium Plus"/>
          <w:sz w:val="24"/>
        </w:rPr>
        <w:t>Μέθη. ἡ ἐκ πολλῆς οἰνώσεως. οἷον μετένεξις τοῦ ἡγεμονικοῦ. Μεθοδεία. τέχνη. Μέθοδος. ἕξις ὁδοποιητικὴ μετὰ λόγου. Μεθ’ ἡμέραν. ἐν νυκτί.</w:t>
      </w:r>
    </w:p>
    <w:p>
      <w:r>
        <w:rPr>
          <w:rFonts w:ascii="Courier New" w:hAnsi="Courier New"/>
          <w:color w:val="555555"/>
          <w:sz w:val="20"/>
        </w:rPr>
        <w:t>[20]</w:t>
      </w:r>
    </w:p>
    <w:p>
      <w:r>
        <w:rPr>
          <w:rFonts w:ascii="Gentium Plus" w:hAnsi="Gentium Plus"/>
          <w:sz w:val="24"/>
        </w:rPr>
        <w:t>Μεδάνη. ὄνομα πόλεως. Μελίαι. δόρατα. ἀπὸ μελίας δένδρου κατεσκευα‐</w:t>
      </w:r>
    </w:p>
    <w:p>
      <w:r>
        <w:rPr>
          <w:rFonts w:ascii="Courier New" w:hAnsi="Courier New"/>
          <w:color w:val="555555"/>
          <w:sz w:val="20"/>
        </w:rPr>
        <w:t>[mu 1344]</w:t>
      </w:r>
    </w:p>
    <w:p>
      <w:r>
        <w:rPr>
          <w:rFonts w:ascii="Gentium Plus" w:hAnsi="Gentium Plus"/>
          <w:sz w:val="24"/>
        </w:rPr>
        <w:t>Μελίτη. νῆσος πλησίον Ἰταλίας. Μελεδῶναι. αἱ φροντίδες. αἱ τὰ μέλη ἔδουσαι. [καὶ μελεδωνός.] Μέλλησις. ἡ βραδύτης. μέλισις δὲ ἡ κατακοπὴ</w:t>
      </w:r>
    </w:p>
    <w:p>
      <w:r>
        <w:rPr>
          <w:rFonts w:ascii="Courier New" w:hAnsi="Courier New"/>
          <w:color w:val="555555"/>
          <w:sz w:val="20"/>
        </w:rPr>
        <w:t>[5]</w:t>
      </w:r>
    </w:p>
    <w:p>
      <w:r>
        <w:rPr>
          <w:rFonts w:ascii="Gentium Plus" w:hAnsi="Gentium Plus"/>
          <w:sz w:val="24"/>
        </w:rPr>
        <w:t>τῶν κρεῶν, ι. Μελῳδία. ἡ ἡδυφωνία. Μέλαινα. τρία σημαίνει. τὰς συνετάς· —μένεος καὶ φρένες ἀμφιμέλαιναι. καὶ τὸ βαθύ·</w:t>
      </w:r>
    </w:p>
    <w:p>
      <w:r>
        <w:rPr>
          <w:rFonts w:ascii="Courier New" w:hAnsi="Courier New"/>
          <w:color w:val="555555"/>
          <w:sz w:val="20"/>
        </w:rPr>
        <w:t>[10]</w:t>
      </w:r>
    </w:p>
    <w:p>
      <w:r>
        <w:rPr>
          <w:rFonts w:ascii="Gentium Plus" w:hAnsi="Gentium Plus"/>
          <w:sz w:val="24"/>
        </w:rPr>
        <w:t>—ὥστε κρήνη μελάνυδρος. καὶ τὴν σκοτεινήν· ἕλκον νύκτα μέλαιναν—. Μέλισσαι. παρὰ τὸ μέλειν, τὸ φροντίζειν. οἰ‐ κονομικὸν γὰρ τὸ ζῶον καὶ ἐπιμελητικόν. ἢ</w:t>
      </w:r>
    </w:p>
    <w:p>
      <w:r>
        <w:rPr>
          <w:rFonts w:ascii="Courier New" w:hAnsi="Courier New"/>
          <w:color w:val="555555"/>
          <w:sz w:val="20"/>
        </w:rPr>
        <w:t>[15]</w:t>
      </w:r>
    </w:p>
    <w:p>
      <w:r>
        <w:rPr>
          <w:rFonts w:ascii="Gentium Plus" w:hAnsi="Gentium Plus"/>
          <w:sz w:val="24"/>
        </w:rPr>
        <w:t>μήλιζα τὶς οὖσα, ἡ πᾶσιν ἐφιζάνουσα τοῖς καρ‐ ποῖς ἤγουν μήλοις. μῆλον γὰρ κατὰ πάντων εἴ‐ ρηται τῶν καρπῶν, ὅθεν καὶ πολύμηλος γῆ ἡ πολύκαρπος. Μέριμνα. παρὰ τὸ μερίζω μέριδα καὶ μέριμνα.</w:t>
      </w:r>
    </w:p>
    <w:p>
      <w:r>
        <w:rPr>
          <w:rFonts w:ascii="Courier New" w:hAnsi="Courier New"/>
          <w:color w:val="555555"/>
          <w:sz w:val="20"/>
        </w:rPr>
        <w:t>[20]</w:t>
      </w:r>
    </w:p>
    <w:p>
      <w:r>
        <w:rPr>
          <w:rFonts w:ascii="Gentium Plus" w:hAnsi="Gentium Plus"/>
          <w:sz w:val="24"/>
        </w:rPr>
        <w:t>οὕτω Ἡρωδιανὸς ἐν ἐπιμερισμῷ.</w:t>
      </w:r>
    </w:p>
    <w:p>
      <w:r>
        <w:rPr>
          <w:rFonts w:ascii="Courier New" w:hAnsi="Courier New"/>
          <w:color w:val="555555"/>
          <w:sz w:val="20"/>
        </w:rPr>
        <w:t>[mu 1345]</w:t>
      </w:r>
    </w:p>
    <w:p>
      <w:r>
        <w:rPr>
          <w:rFonts w:ascii="Gentium Plus" w:hAnsi="Gentium Plus"/>
          <w:sz w:val="24"/>
        </w:rPr>
        <w:t>Μερικὴ οὐσία. λόγος μὴ γνωρίζων ἐν ἑαυτῷ τὴν διὰ τοῦ ὄντος ὕπαρξιν. ἢ πρᾶγμα ἀνύπαρκτον. ἢ λόγος ἄναρθρος καὶ ἀσήμαντος. Μέρμιθος. ἡ σχοῖνος.</w:t>
      </w:r>
    </w:p>
    <w:p>
      <w:r>
        <w:rPr>
          <w:rFonts w:ascii="Courier New" w:hAnsi="Courier New"/>
          <w:color w:val="555555"/>
          <w:sz w:val="20"/>
        </w:rPr>
        <w:t>[5]</w:t>
      </w:r>
    </w:p>
    <w:p>
      <w:r>
        <w:rPr>
          <w:rFonts w:ascii="Gentium Plus" w:hAnsi="Gentium Plus"/>
          <w:sz w:val="24"/>
        </w:rPr>
        <w:t>Μεσαύλιος. ἡ κατὰ τὸν ἀγρὸν ἔπαυλις. Ἀττι‐ κῶς δὲ τὴν μέσην τοῦ πυλῶνος καὶ τῆς αὐλῆς· ἢ τῆς ἀνδρωνίτιδος καὶ γυναικωνίτιδος. Μεσημβρία. μεσημερία. συγκοπῇ καὶ πλεονα‐ σμῷ τοῦ β μεσημβρία. ἤγουν τὸ μέσον τῆς</w:t>
      </w:r>
    </w:p>
    <w:p>
      <w:r>
        <w:rPr>
          <w:rFonts w:ascii="Courier New" w:hAnsi="Courier New"/>
          <w:color w:val="555555"/>
          <w:sz w:val="20"/>
        </w:rPr>
        <w:t>[10]</w:t>
      </w:r>
    </w:p>
    <w:p>
      <w:r>
        <w:rPr>
          <w:rFonts w:ascii="Gentium Plus" w:hAnsi="Gentium Plus"/>
          <w:sz w:val="24"/>
        </w:rPr>
        <w:t>ἡμέρας. Μεσέμβρεια δὲ χώρα, δίφθογγον. Μεσόδμη. ἡ μεσοδόμη κατὰ συγκοπήν. Μεσότητος ἐπίῤῥημα. οἷον ἀπὸ τοῦ φιλοσοφεῖν καὶ φιλοσόφου τὸ φιλοσόφως. Μετάνοια. γνησίως ἀπὸ πταίσματος ἐπὶ τὸ ἐναν‐</w:t>
      </w:r>
    </w:p>
    <w:p>
      <w:r>
        <w:rPr>
          <w:rFonts w:ascii="Courier New" w:hAnsi="Courier New"/>
          <w:color w:val="555555"/>
          <w:sz w:val="20"/>
        </w:rPr>
        <w:t>[15]</w:t>
      </w:r>
    </w:p>
    <w:p>
      <w:r>
        <w:rPr>
          <w:rFonts w:ascii="Gentium Plus" w:hAnsi="Gentium Plus"/>
          <w:sz w:val="24"/>
        </w:rPr>
        <w:t>τίον ἀγαθὸν ἐπιστροφή. Μετακλίσεις. αἱ ῥοπαὶ, αἱ μεταθέσεις. Μετάγνωσις. ἡ μεταμέλεια. Μετάφρασις. ἑρμηνείας ἀλλοίωσις, τὴν αὐτὴν δὲ φυλάττουσα διάνοιαν.</w:t>
      </w:r>
    </w:p>
    <w:p>
      <w:r>
        <w:rPr>
          <w:rFonts w:ascii="Courier New" w:hAnsi="Courier New"/>
          <w:color w:val="555555"/>
          <w:sz w:val="20"/>
        </w:rPr>
        <w:t>[20]</w:t>
      </w:r>
    </w:p>
    <w:p>
      <w:r>
        <w:rPr>
          <w:rFonts w:ascii="Gentium Plus" w:hAnsi="Gentium Plus"/>
          <w:sz w:val="24"/>
        </w:rPr>
        <w:t>Μετ’ ἐμφάσεως. μετὰ φανερώσεως. Μετοικεσίαν. αἰχμαλωσίαν. μετοικεσίαν Βαβυ‐ λῶνος ὁ Ἀπόστολος Ματθαῖος τὴν παντελῆ αἰχμαλωσίαν τῶν Ἰουδαίων φησὶν, ἥτις ἐν Βα‐ βυλῶνι ἄχρι καὶ ἑβδομηκοστὸν ἔτος παρετάθη·</w:t>
      </w:r>
    </w:p>
    <w:p>
      <w:r>
        <w:rPr>
          <w:rFonts w:ascii="Courier New" w:hAnsi="Courier New"/>
          <w:color w:val="555555"/>
          <w:sz w:val="20"/>
        </w:rPr>
        <w:t>[25]</w:t>
      </w:r>
    </w:p>
    <w:p>
      <w:r>
        <w:rPr>
          <w:rFonts w:ascii="Gentium Plus" w:hAnsi="Gentium Plus"/>
          <w:sz w:val="24"/>
        </w:rPr>
        <w:t>ἐπὶ Κύρου δὲ καὶ Ἀρταξέρξου ἐλύθη. Μετοχή. ἡ συνάφεια. Δαβίδ· ἧς μετοχὴ αὐ‐ τῆς ἐπὶ τὸ αὐτό. ἔστι δὲ καὶ ἕτερον μετοχὴ,</w:t>
      </w:r>
    </w:p>
    <w:p>
      <w:r>
        <w:rPr>
          <w:rFonts w:ascii="Courier New" w:hAnsi="Courier New"/>
          <w:color w:val="555555"/>
          <w:sz w:val="20"/>
        </w:rPr>
        <w:t>[mu 1346]</w:t>
      </w:r>
    </w:p>
    <w:p>
      <w:r>
        <w:rPr>
          <w:rFonts w:ascii="Gentium Plus" w:hAnsi="Gentium Plus"/>
          <w:sz w:val="24"/>
        </w:rPr>
        <w:t>ὀνομάτων ἰδιότητος. καὶ μετέχει τοῦ μὲν ῥή‐ ματος [διαθέσεις] χρόνους καὶ συζυγίας· τοῦ δὲ ὀνόματος γένη, εἴδη, σχήματα, ἀριθμοὺς, πτώσεις. διατί ἡ μετοχὴ οὔτε πρόσωπα οὔτε</w:t>
      </w:r>
    </w:p>
    <w:p>
      <w:r>
        <w:rPr>
          <w:rFonts w:ascii="Courier New" w:hAnsi="Courier New"/>
          <w:color w:val="555555"/>
          <w:sz w:val="20"/>
        </w:rPr>
        <w:t>[5]</w:t>
      </w:r>
    </w:p>
    <w:p>
      <w:r>
        <w:rPr>
          <w:rFonts w:ascii="Gentium Plus" w:hAnsi="Gentium Plus"/>
          <w:sz w:val="24"/>
        </w:rPr>
        <w:t>ἐγκλίσεις ἔχει; ἐπειδὴ προσώπων ἐξέπεσε, προσ‐ ώπων δὲ μὴ ὄντων οὔτε ἔγκλισις δύναται εἶναι. εἰ γὰρ θέλημα ψυχῆς ἐστὶν ἡ ἔγκλισις, πῶς δύναται θέλημα ψυχῆς χωρὶς προσώπου εἶναι. Μειονεξία. ἡ μικρὰ δόσις.</w:t>
      </w:r>
    </w:p>
    <w:p>
      <w:r>
        <w:rPr>
          <w:rFonts w:ascii="Courier New" w:hAnsi="Courier New"/>
          <w:color w:val="555555"/>
          <w:sz w:val="20"/>
        </w:rPr>
        <w:t>[10]</w:t>
      </w:r>
    </w:p>
    <w:p>
      <w:r>
        <w:rPr>
          <w:rFonts w:ascii="Gentium Plus" w:hAnsi="Gentium Plus"/>
          <w:sz w:val="24"/>
        </w:rPr>
        <w:t>Μείραξ καὶ μειρακίσκη ἐπὶ θηλείας· μειρά‐ κιον δὲ καὶ μειρακίσκος ἐπὶ ἄῤῥενος. λέγει δὲ τὴν ἀπὸ ἐτῶν πεντεκαίδεκα ἕως τῶν εἰκοσιδύο. παρὰ τὸ εἴρω, ὃ σημαίνει τὸ λέγω· εἴραξ καὶ πλεονασμῷ τοῦ μ μείραξ, ἡ δυναμένη ἤδη λέ‐</w:t>
      </w:r>
    </w:p>
    <w:p>
      <w:r>
        <w:rPr>
          <w:rFonts w:ascii="Courier New" w:hAnsi="Courier New"/>
          <w:color w:val="555555"/>
          <w:sz w:val="20"/>
        </w:rPr>
        <w:t>[15]</w:t>
      </w:r>
    </w:p>
    <w:p>
      <w:r>
        <w:rPr>
          <w:rFonts w:ascii="Gentium Plus" w:hAnsi="Gentium Plus"/>
          <w:sz w:val="24"/>
        </w:rPr>
        <w:t>γειν. κρεῖττον δὲ λέγειν αὐτὸ παρὰ τὸ ἱμείρω, ἱμείραξ καὶ μείραξ, ἡ τοιούτου χρόνου οὖσα, ὥστε καὶ ἐπιθυμεῖσθαι. Μεθοδείας. ἐπιβουλὰς, ἐνέδρας, δόλους. ὁ Ἀπό‐ στολος· πρὸς τὰς μεθοδείας τοῦ διαβόλου.</w:t>
      </w:r>
    </w:p>
    <w:p>
      <w:r>
        <w:rPr>
          <w:rFonts w:ascii="Courier New" w:hAnsi="Courier New"/>
          <w:color w:val="555555"/>
          <w:sz w:val="20"/>
        </w:rPr>
        <w:t>[20]</w:t>
      </w:r>
    </w:p>
    <w:p>
      <w:r>
        <w:rPr>
          <w:rFonts w:ascii="Gentium Plus" w:hAnsi="Gentium Plus"/>
          <w:sz w:val="24"/>
        </w:rPr>
        <w:t>Μεγαλοψυχία. ἐλευθεριότης, μεγαλοδωρία. ὢ τῆς μεγαλοψυχίας.</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Μεγαλώνυμον. τὸ μεγαλόδοξον. Μέγαρον. τὸ ὑπερῷον οἴκημα. παρὰ τὸ μέγα,</w:t>
      </w:r>
    </w:p>
    <w:p>
      <w:r>
        <w:rPr>
          <w:rFonts w:ascii="Courier New" w:hAnsi="Courier New"/>
          <w:color w:val="555555"/>
          <w:sz w:val="20"/>
        </w:rPr>
        <w:t>[25]</w:t>
      </w:r>
    </w:p>
    <w:p>
      <w:r>
        <w:rPr>
          <w:rFonts w:ascii="Gentium Plus" w:hAnsi="Gentium Plus"/>
          <w:sz w:val="24"/>
        </w:rPr>
        <w:t>μεγαίρω, μέγαρον· ἐγκώμιον γὰρ οἴκου τὸ μέ‐ γα καὶ ἄξιον φθόνου. Μεγήρατα. μεγάλως ἐπέραστα. ἢ ὑπερήφανα</w:t>
      </w:r>
    </w:p>
    <w:p>
      <w:r>
        <w:rPr>
          <w:rFonts w:ascii="Courier New" w:hAnsi="Courier New"/>
          <w:color w:val="555555"/>
          <w:sz w:val="20"/>
        </w:rPr>
        <w:t>[mu 1347]</w:t>
      </w:r>
    </w:p>
    <w:p>
      <w:r>
        <w:rPr>
          <w:rFonts w:ascii="Gentium Plus" w:hAnsi="Gentium Plus"/>
          <w:sz w:val="24"/>
        </w:rPr>
        <w:t>λους. ἢ πρὸς οὓς οὐ δύναταί τις ἐρίσαι. [ἀλλὰ μετ’ ἀλλήλων ἐρίζειν. Ἡσίοδος· —μεγήρατα τέκνα θεάων πόντῳ ἐν ἀτρυγέτῳ—.]</w:t>
      </w:r>
    </w:p>
    <w:p>
      <w:r>
        <w:rPr>
          <w:rFonts w:ascii="Courier New" w:hAnsi="Courier New"/>
          <w:color w:val="555555"/>
          <w:sz w:val="20"/>
        </w:rPr>
        <w:t>[5]</w:t>
      </w:r>
    </w:p>
    <w:p>
      <w:r>
        <w:rPr>
          <w:rFonts w:ascii="Gentium Plus" w:hAnsi="Gentium Plus"/>
          <w:sz w:val="24"/>
        </w:rPr>
        <w:t>†Μέγηρον. τὸ ἐπέραστον.† Μέδιμνον. τὸ μόδιον. ἢ μέτρον ἀττικὸν γινόμε‐ νον μόδιοι ἑπτὰ ἤτοι τεσσαρακονταοκτὼ χοί‐ νικες. Μέγιστον. οὗ μεῖζον οὐδέν.</w:t>
      </w:r>
    </w:p>
    <w:p>
      <w:r>
        <w:rPr>
          <w:rFonts w:ascii="Courier New" w:hAnsi="Courier New"/>
          <w:color w:val="555555"/>
          <w:sz w:val="20"/>
        </w:rPr>
        <w:t>[10]</w:t>
      </w:r>
    </w:p>
    <w:p>
      <w:r>
        <w:rPr>
          <w:rFonts w:ascii="Gentium Plus" w:hAnsi="Gentium Plus"/>
          <w:sz w:val="24"/>
        </w:rPr>
        <w:t>Μέθυ. ὁ οἶνος. ἀπὸ τοῦ μεθείειν καὶ ἀμελεῖν ποιεῖν τὸν ἄνθρωπον τὸν αὐτὸν πίνοντα. Μέλαθρον. οἴκημα. κυρίως δὲ τὸ μέσον τῆς στέγης ξύλον, ὃ καλοῦμεν ὑπότονον. ἀπὸ τοῦ μελαίνεσθαι ὑπὸ τοῦ καπνοῦ.</w:t>
      </w:r>
    </w:p>
    <w:p>
      <w:r>
        <w:rPr>
          <w:rFonts w:ascii="Courier New" w:hAnsi="Courier New"/>
          <w:color w:val="555555"/>
          <w:sz w:val="20"/>
        </w:rPr>
        <w:t>[15]</w:t>
      </w:r>
    </w:p>
    <w:p>
      <w:r>
        <w:rPr>
          <w:rFonts w:ascii="Gentium Plus" w:hAnsi="Gentium Plus"/>
          <w:sz w:val="24"/>
        </w:rPr>
        <w:t>Μέλαν. χρῶμα συγκριτικὸν ὄψεως, ἤγουν χρώ‐ ματος, συνάγον τὴν ὄψιν. Μέλεον. μάταιον, ἄθλιον. Μέλη. ἢ συνωνύμως ἀπὸ τοῦ μεμερίσθαι, μέρη καὶ μέλη, ἢ ἀπὸ μεταφορᾶς τῶν μουσικῶν με‐</w:t>
      </w:r>
    </w:p>
    <w:p>
      <w:r>
        <w:rPr>
          <w:rFonts w:ascii="Courier New" w:hAnsi="Courier New"/>
          <w:color w:val="555555"/>
          <w:sz w:val="20"/>
        </w:rPr>
        <w:t>[20]</w:t>
      </w:r>
    </w:p>
    <w:p>
      <w:r>
        <w:rPr>
          <w:rFonts w:ascii="Gentium Plus" w:hAnsi="Gentium Plus"/>
          <w:sz w:val="24"/>
        </w:rPr>
        <w:t>λῶν, ἐπειδὴ παρ’ ἐνίοις ἐδόκουν οἱ ἄνθρωποι μετὰ ἁρμονίας συνεστάναι. οὕτω καὶ τὰ σώμα‐ τα. οὕτω Σωρανός. †Μεγαλλεῖον. ὄνομα μύρου. ἀπὸ Μεγάλλου</w:t>
      </w:r>
    </w:p>
    <w:p>
      <w:r>
        <w:rPr>
          <w:rFonts w:ascii="Courier New" w:hAnsi="Courier New"/>
          <w:color w:val="555555"/>
          <w:sz w:val="20"/>
        </w:rPr>
        <w:t>[mu 1348]</w:t>
      </w:r>
    </w:p>
    <w:p>
      <w:r>
        <w:rPr>
          <w:rFonts w:ascii="Gentium Plus" w:hAnsi="Gentium Plus"/>
          <w:sz w:val="24"/>
        </w:rPr>
        <w:t>Μέλος. ἡ σύγκρισις τοῦ ἔπους, τὸ μεμερισμέ‐ νον. ἢ ἀπὸ τῆς τοῦ μέλιτος γλυκύτητος. Μελίγυον. πόμα τὶ Σκυθικὸν γινόμενον ἐκ μό‐ νου μέλιτος μεθ’ ὕδατος, βοτάνης ἐμβαλλομένης.</w:t>
      </w:r>
    </w:p>
    <w:p>
      <w:r>
        <w:rPr>
          <w:rFonts w:ascii="Courier New" w:hAnsi="Courier New"/>
          <w:color w:val="555555"/>
          <w:sz w:val="20"/>
        </w:rPr>
        <w:t>[5]</w:t>
      </w:r>
    </w:p>
    <w:p>
      <w:r>
        <w:rPr>
          <w:rFonts w:ascii="Gentium Plus" w:hAnsi="Gentium Plus"/>
          <w:sz w:val="24"/>
        </w:rPr>
        <w:t>Μελίσσειον κηρίον. καὶ ἀπὸ μελισσείου κηρίου. Μέλπηθρον. τὸ παίγνιον. παρὰ τὸ μέλπω, τὸ παίζω. σημαίνει καὶ τὸ ὑμνῶ. Μενοεικές. ἀρεστὸν τῇ ψυχῇ. [καὶ θυμῆρες καὶ προσηνές. παραμένει γὰρ, ὅ ἐστιν] εἰκὸς</w:t>
      </w:r>
    </w:p>
    <w:p>
      <w:r>
        <w:rPr>
          <w:rFonts w:ascii="Courier New" w:hAnsi="Courier New"/>
          <w:color w:val="555555"/>
          <w:sz w:val="20"/>
        </w:rPr>
        <w:t>[10]</w:t>
      </w:r>
    </w:p>
    <w:p>
      <w:r>
        <w:rPr>
          <w:rFonts w:ascii="Gentium Plus" w:hAnsi="Gentium Plus"/>
          <w:sz w:val="24"/>
        </w:rPr>
        <w:t>καὶ ἀρεστὸν [τῇ ψυχῇ.] †Μένος. δύναμις· ὀργή.† [Μέρμερα. τὰ μερίμνης ἄξια. παρὰ τὸ μείρω, τὸ μερίζω.] Μέρη. ἀπὸ τοῦ μερίζεσθαι, καὶ ἄλλο ἄλλου δια‐</w:t>
      </w:r>
    </w:p>
    <w:p>
      <w:r>
        <w:rPr>
          <w:rFonts w:ascii="Courier New" w:hAnsi="Courier New"/>
          <w:color w:val="555555"/>
          <w:sz w:val="20"/>
        </w:rPr>
        <w:t>[15]</w:t>
      </w:r>
    </w:p>
    <w:p>
      <w:r>
        <w:rPr>
          <w:rFonts w:ascii="Gentium Plus" w:hAnsi="Gentium Plus"/>
          <w:sz w:val="24"/>
        </w:rPr>
        <w:t>φέρειν συστατικὸν τοῦ ὅλου σώματος. Μετόπωρον. ὁ μετὰ τὴν ὀπώραν καιρός. Μεταίχμιον. τόπος μεταξὺ δύο πολεμίων. αἰ‐ χμὴ γὰρ ἡ λόγχη. Μεταλητικόν. τὸ μεταδοτικόν.</w:t>
      </w:r>
    </w:p>
    <w:p>
      <w:r>
        <w:rPr>
          <w:rFonts w:ascii="Courier New" w:hAnsi="Courier New"/>
          <w:color w:val="555555"/>
          <w:sz w:val="20"/>
        </w:rPr>
        <w:t>[20]</w:t>
      </w:r>
    </w:p>
    <w:p>
      <w:r>
        <w:rPr>
          <w:rFonts w:ascii="Gentium Plus" w:hAnsi="Gentium Plus"/>
          <w:sz w:val="24"/>
        </w:rPr>
        <w:t>†Μετάλλειον. τὸ μύρον ἔλεγον, ἀπό τινος Με‐ τάλλου Σικελιώτου εὑρόντος αὐτοῦ τὴν κατα‐ σκευήν.† Μέταλλον καὶ μεταλλῶ. ἀπὸ τοῦ μεταλλᾷν ἐν αὐτῷ τὶ τὸ οὕτω ζητεῖν ἔλεγον.</w:t>
      </w:r>
    </w:p>
    <w:p>
      <w:r>
        <w:rPr>
          <w:rFonts w:ascii="Courier New" w:hAnsi="Courier New"/>
          <w:color w:val="555555"/>
          <w:sz w:val="20"/>
        </w:rPr>
        <w:t>[25]</w:t>
      </w:r>
    </w:p>
    <w:p>
      <w:r>
        <w:rPr>
          <w:rFonts w:ascii="Gentium Plus" w:hAnsi="Gentium Plus"/>
          <w:sz w:val="24"/>
        </w:rPr>
        <w:t>Μεταμάζιον. τὸ μεταξὺ τῶν μαζῶν.</w:t>
      </w:r>
    </w:p>
    <w:p>
      <w:r>
        <w:rPr>
          <w:rFonts w:ascii="Courier New" w:hAnsi="Courier New"/>
          <w:color w:val="555555"/>
          <w:sz w:val="20"/>
        </w:rPr>
        <w:t>[mu 1349]</w:t>
      </w:r>
    </w:p>
    <w:p>
      <w:r>
        <w:rPr>
          <w:rFonts w:ascii="Gentium Plus" w:hAnsi="Gentium Plus"/>
          <w:sz w:val="24"/>
        </w:rPr>
        <w:t>[Μεταμώνια. μάταια. ἀνεμώνιος, ἀνεμώνια, τὰ ὑπὸ τῶν ἀνέμων ὀλούμενα. γίνεται καὶ κατὰ τροπὴν τοῦ ν εἰς λ ἀνεμώλια. σημαίνει δὲ τὰ μάταια.]</w:t>
      </w:r>
    </w:p>
    <w:p>
      <w:r>
        <w:rPr>
          <w:rFonts w:ascii="Courier New" w:hAnsi="Courier New"/>
          <w:color w:val="555555"/>
          <w:sz w:val="20"/>
        </w:rPr>
        <w:t>[5]</w:t>
      </w:r>
    </w:p>
    <w:p>
      <w:r>
        <w:rPr>
          <w:rFonts w:ascii="Gentium Plus" w:hAnsi="Gentium Plus"/>
          <w:sz w:val="24"/>
        </w:rPr>
        <w:t>Μετάφρενον. τὸ μεταξὺ τῶν δύο ὤμων. ὅτι ἐξόπισθεν τῶν φρενῶν ἔγκειται. οἱονεὶ μετὰ τὰς φρένας. ὅθεν καὶ Ὅμηρος· ἦμαρ ὑπὸ πραπίδων—. ὅ ἐστι τῶν φρενῶν.</w:t>
      </w:r>
    </w:p>
    <w:p>
      <w:r>
        <w:rPr>
          <w:rFonts w:ascii="Courier New" w:hAnsi="Courier New"/>
          <w:color w:val="555555"/>
          <w:sz w:val="20"/>
        </w:rPr>
        <w:t>[10]</w:t>
      </w:r>
    </w:p>
    <w:p>
      <w:r>
        <w:rPr>
          <w:rFonts w:ascii="Gentium Plus" w:hAnsi="Gentium Plus"/>
          <w:sz w:val="24"/>
        </w:rPr>
        <w:t>Μετουσιαστικόν. ὅ ἐστι τὸ μετέχον οὐσίας τι‐ νός. οἷον φῶς φωτεινὸς, σκότος σκοτεινός. Μέτριον. ταπεινόν. παρὰ τὸ μέσον ὑπάρχον ὑπερβολῆς καὶ ἐλλείψεως. Μέτρον. τινὲς τὸ κοῖλον, παρὰ τὸ μέσον εἶναι,</w:t>
      </w:r>
    </w:p>
    <w:p>
      <w:r>
        <w:rPr>
          <w:rFonts w:ascii="Courier New" w:hAnsi="Courier New"/>
          <w:color w:val="555555"/>
          <w:sz w:val="20"/>
        </w:rPr>
        <w:t>[15]</w:t>
      </w:r>
    </w:p>
    <w:p>
      <w:r>
        <w:rPr>
          <w:rFonts w:ascii="Gentium Plus" w:hAnsi="Gentium Plus"/>
          <w:sz w:val="24"/>
        </w:rPr>
        <w:t>τὰ δ’ ἄλλα ἀπ’ αὐτοῦ. ὁ δὲ Ἡρωδιανὸς λέγει· παρὰ τὸ ἀρῶ γίνεται μέτρον. Μεῖον. ἔλαττον. [μικρόν.] Μειδίαμα. γέλως μικρός. [παρὰ τὸ μείων γέ‐ γονεν· ὁ γὰρ μειδιῶν μείονι κέχρηται γέλωτι.]</w:t>
      </w:r>
    </w:p>
    <w:p>
      <w:r>
        <w:rPr>
          <w:rFonts w:ascii="Courier New" w:hAnsi="Courier New"/>
          <w:color w:val="555555"/>
          <w:sz w:val="20"/>
        </w:rPr>
        <w:t>[20]</w:t>
      </w:r>
    </w:p>
    <w:p>
      <w:r>
        <w:rPr>
          <w:rFonts w:ascii="Gentium Plus" w:hAnsi="Gentium Plus"/>
          <w:sz w:val="24"/>
        </w:rPr>
        <w:t>Μειλίγματα. πραϋντικά. παρὰ τὸ μειλίσσω. [ὁμοίως καὶ τὰ μείλια, ὅ ἐστι τὰ ἐξώπροικα.]</w:t>
      </w:r>
    </w:p>
    <w:p>
      <w:r>
        <w:rPr>
          <w:rFonts w:ascii="Courier New" w:hAnsi="Courier New"/>
          <w:color w:val="555555"/>
          <w:sz w:val="20"/>
        </w:rPr>
        <w:t>[mu 1350]</w:t>
      </w:r>
    </w:p>
    <w:p>
      <w:r>
        <w:rPr>
          <w:rFonts w:ascii="Gentium Plus" w:hAnsi="Gentium Plus"/>
          <w:sz w:val="24"/>
        </w:rPr>
        <w:t>κατὰ συγκοπὴν μέλινος καὶ πλεονασμῷ τοῦ ι μείλινος καὶ μείλινον.] Μεσότοιχον. τὸ διάφραγμα. καὶ ὁ Ἀπόστολος· τὸ μεσότοιχον τοῦ φραγμοῦ λύσας. τὴν ἔχθραν</w:t>
      </w:r>
    </w:p>
    <w:p>
      <w:r>
        <w:rPr>
          <w:rFonts w:ascii="Courier New" w:hAnsi="Courier New"/>
          <w:color w:val="555555"/>
          <w:sz w:val="20"/>
        </w:rPr>
        <w:t>[5]</w:t>
      </w:r>
    </w:p>
    <w:p>
      <w:r>
        <w:rPr>
          <w:rFonts w:ascii="Gentium Plus" w:hAnsi="Gentium Plus"/>
          <w:sz w:val="24"/>
        </w:rPr>
        <w:t>τὴν πρὸς θεόν τε καὶ ἡμῶν καὶ Ἰουδαίων λέ‐ γει. ποῖον δὲ μεσότοιχον ἔλυσε τὴν ἔχθραν; ἡ σὰρξ τοῦ Χριστοῦ. [Μέλι. παρὰ τὸ μέλω, τὸ φροντίζω.]</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Μεγαίρει. φθονεῖ. παρὰ τὸ μέγας. οἱ γὰρ με‐ γάλοι φθονοῦνται, ἢ διὰ πλοῦτον καὶ δόξαν, ἢ δι’ ἀρετήν. [Μεγαλίζεο. ἐπαίρου. μὴ μεγαλίζεο τῇ δια‐ νοίᾳ δι’ ὑπερηφανίας.]</w:t>
      </w:r>
    </w:p>
    <w:p>
      <w:r>
        <w:rPr>
          <w:rFonts w:ascii="Courier New" w:hAnsi="Courier New"/>
          <w:color w:val="555555"/>
          <w:sz w:val="20"/>
        </w:rPr>
        <w:t>[15]</w:t>
      </w:r>
    </w:p>
    <w:p>
      <w:r>
        <w:rPr>
          <w:rFonts w:ascii="Gentium Plus" w:hAnsi="Gentium Plus"/>
          <w:sz w:val="24"/>
        </w:rPr>
        <w:t>[Μεδοίατο. φροντίσαιεν.] Μέδω. τὸ βασιλεύω. Μεθείς. καταλείψας, ἐάσας. καὶ μέθες. †Μεθέμεν. συγχωρῆσαι.† Μεθήσειν. ἐάσαι.</w:t>
      </w:r>
    </w:p>
    <w:p>
      <w:r>
        <w:rPr>
          <w:rFonts w:ascii="Courier New" w:hAnsi="Courier New"/>
          <w:color w:val="555555"/>
          <w:sz w:val="20"/>
        </w:rPr>
        <w:t>[20]</w:t>
      </w:r>
    </w:p>
    <w:p>
      <w:r>
        <w:rPr>
          <w:rFonts w:ascii="Gentium Plus" w:hAnsi="Gentium Plus"/>
          <w:sz w:val="24"/>
        </w:rPr>
        <w:t>[Μελδόμενος. τηκόμενος, καιόμενος. κυρίως δὲ μέλδειν τὸ ἔδειν τὸ μέλι, οἷον μελέδειν καὶ</w:t>
      </w:r>
    </w:p>
    <w:p>
      <w:r>
        <w:rPr>
          <w:rFonts w:ascii="Courier New" w:hAnsi="Courier New"/>
          <w:color w:val="555555"/>
          <w:sz w:val="20"/>
        </w:rPr>
        <w:t>[mu 1351]</w:t>
      </w:r>
    </w:p>
    <w:p>
      <w:r>
        <w:rPr>
          <w:rFonts w:ascii="Gentium Plus" w:hAnsi="Gentium Plus"/>
          <w:sz w:val="24"/>
        </w:rPr>
        <w:t>Μέλπω. ᾄδω, ὑμνῶ. παρὰ τὸ τὰ μέλη ἤτοι τοὺς ῥυθμοὺς ἔπειν, ἤγουν λέγειν. σημαίνει δὲ τὸ μέλπειν καὶ τὸ παίζειν καὶ τέρπεσθαι. καὶ μέλπηθρα, τὰ παίγνια, παρὰ τὸ μέλπω, τὸ</w:t>
      </w:r>
    </w:p>
    <w:p>
      <w:r>
        <w:rPr>
          <w:rFonts w:ascii="Courier New" w:hAnsi="Courier New"/>
          <w:color w:val="555555"/>
          <w:sz w:val="20"/>
        </w:rPr>
        <w:t>[5]</w:t>
      </w:r>
    </w:p>
    <w:p>
      <w:r>
        <w:rPr>
          <w:rFonts w:ascii="Gentium Plus" w:hAnsi="Gentium Plus"/>
          <w:sz w:val="24"/>
        </w:rPr>
        <w:t>παίζω. Μελετᾷ. γυμνάζεται, ἀσκεῖ. καὶ μελετῶ παρὰ τὸ μελέτη, τοῦτο παρὰ τὸ μέλι καὶ τὸ ἐτεὸν, τὸ ἀληθές· ὅ ἐστιν ἡ ἀληθινὴ γλυκύτης. ἢ παρὰ τὸ μέλω, τὸ φροντίζω. τὰ γὰρ μαθήμα‐</w:t>
      </w:r>
    </w:p>
    <w:p>
      <w:r>
        <w:rPr>
          <w:rFonts w:ascii="Courier New" w:hAnsi="Courier New"/>
          <w:color w:val="555555"/>
          <w:sz w:val="20"/>
        </w:rPr>
        <w:t>[10]</w:t>
      </w:r>
    </w:p>
    <w:p>
      <w:r>
        <w:rPr>
          <w:rFonts w:ascii="Gentium Plus" w:hAnsi="Gentium Plus"/>
          <w:sz w:val="24"/>
        </w:rPr>
        <w:t>τα φροντίδος ἄξια πολλῆς. Μελήσω. σπουδάσω. Μέλλει. ἀναβάλλεται, ὑπερτίθεται. [Μεμαὼς καὶ μεμαυῖα. ἀπὸ τοῦ μῶ, μάσω, ἀφ’ οὗ μεμάκασι καὶ ἀποβολῇ μεμάασιν. ἢ ἀπὸ</w:t>
      </w:r>
    </w:p>
    <w:p>
      <w:r>
        <w:rPr>
          <w:rFonts w:ascii="Courier New" w:hAnsi="Courier New"/>
          <w:color w:val="555555"/>
          <w:sz w:val="20"/>
        </w:rPr>
        <w:t>[15]</w:t>
      </w:r>
    </w:p>
    <w:p>
      <w:r>
        <w:rPr>
          <w:rFonts w:ascii="Gentium Plus" w:hAnsi="Gentium Plus"/>
          <w:sz w:val="24"/>
        </w:rPr>
        <w:t>τοῦ μῶ, μήσω, μέμηκα, καὶ κατὰ συστολὴν τοῦ η μέμακα, μεμαὼς, καὶ τὸ θηλυκὸν με‐ μαυῖα. οὕτως πάντες λέγουσι.] [Μέμβλωκε. παραμένει. παρὰ τὸ μολῶ, μο‐ λήσω, μεμόληκα, ὡς νοῶ, νοήσω, νενόηκα, καὶ</w:t>
      </w:r>
    </w:p>
    <w:p>
      <w:r>
        <w:rPr>
          <w:rFonts w:ascii="Courier New" w:hAnsi="Courier New"/>
          <w:color w:val="555555"/>
          <w:sz w:val="20"/>
        </w:rPr>
        <w:t>[20]</w:t>
      </w:r>
    </w:p>
    <w:p>
      <w:r>
        <w:rPr>
          <w:rFonts w:ascii="Gentium Plus" w:hAnsi="Gentium Plus"/>
          <w:sz w:val="24"/>
        </w:rPr>
        <w:t>κατὰ συστολὴν μέμληκα, καὶ πλεονασμῷ τοῦ β μέμβληκα, καὶ τροπῇ τοῦ η εἰς ω μέμβλω‐ κα, ὡς παρώχηκα, παρώχωκα.] [Μεμετρέαται. ἀπὸ τοῦ μετρῶ, μετρήσω, με‐</w:t>
      </w:r>
    </w:p>
    <w:p>
      <w:r>
        <w:rPr>
          <w:rFonts w:ascii="Courier New" w:hAnsi="Courier New"/>
          <w:color w:val="555555"/>
          <w:sz w:val="20"/>
        </w:rPr>
        <w:t>[mu 1352]</w:t>
      </w:r>
    </w:p>
    <w:p>
      <w:r>
        <w:rPr>
          <w:rFonts w:ascii="Gentium Plus" w:hAnsi="Gentium Plus"/>
          <w:sz w:val="24"/>
        </w:rPr>
        <w:t>μεμετρέαται. ὡς παρ’ Ἱππώνακτι· ὁ μὲν οὖν βόσπορος καὶ ὁ πόντος, οὕτως καὶ ὁ Ἑλλήσπον‐ τος κατὰ πάντά μοι μεμετρέαται.] [Μεμακυῖαι. μηκώμεναι. μήκη γὰρ ἡ τῶν αἰ‐</w:t>
      </w:r>
    </w:p>
    <w:p>
      <w:r>
        <w:rPr>
          <w:rFonts w:ascii="Courier New" w:hAnsi="Courier New"/>
          <w:color w:val="555555"/>
          <w:sz w:val="20"/>
        </w:rPr>
        <w:t>[5]</w:t>
      </w:r>
    </w:p>
    <w:p>
      <w:r>
        <w:rPr>
          <w:rFonts w:ascii="Gentium Plus" w:hAnsi="Gentium Plus"/>
          <w:sz w:val="24"/>
        </w:rPr>
        <w:t>γῶν φωνή· βληχὴ δὲ ἡ τῶν προβάτων. ὅθεν καὶ μηκάδες αἰγῶν.] Μέμνω. [ἀπὸ τοῦ μένω, κατὰ συγκοπὴν μνῶ καὶ μέμνηκα, ὁ μέλλων μνήσω, ὁ παρακείμε‐ νος μέμνηκα. μέμνω δὲ] τὸ καρτερῶ. *καὶ</w:t>
      </w:r>
    </w:p>
    <w:p>
      <w:r>
        <w:rPr>
          <w:rFonts w:ascii="Courier New" w:hAnsi="Courier New"/>
          <w:color w:val="555555"/>
          <w:sz w:val="20"/>
        </w:rPr>
        <w:t>[10]</w:t>
      </w:r>
    </w:p>
    <w:p>
      <w:r>
        <w:rPr>
          <w:rFonts w:ascii="Gentium Plus" w:hAnsi="Gentium Plus"/>
          <w:sz w:val="24"/>
        </w:rPr>
        <w:t>μεμένηκα.* [Μέμηλα. μέσος παρακείμενος ἀπὸ τοῦ ἐνερ‐ γητικοῦ τοῦ μεμέληκα γέγονεν, ἀπὸ τοῦ μέλω ἐνεστῶτος, ὃ σημαίνει τὸ φροντίζω.] [Μεμνέῳτο. ἀντὶ τοῦ ἐπισκοποίη καὶ ἐπιμελοῖ‐</w:t>
      </w:r>
    </w:p>
    <w:p>
      <w:r>
        <w:rPr>
          <w:rFonts w:ascii="Courier New" w:hAnsi="Courier New"/>
          <w:color w:val="555555"/>
          <w:sz w:val="20"/>
        </w:rPr>
        <w:t>[15]</w:t>
      </w:r>
    </w:p>
    <w:p>
      <w:r>
        <w:rPr>
          <w:rFonts w:ascii="Gentium Plus" w:hAnsi="Gentium Plus"/>
          <w:sz w:val="24"/>
        </w:rPr>
        <w:t>το. προπαροξύνεται καὶ γράφεται σὺν τῷ ι.] Μεμορμένον. πεπρωμένον. Μέμυκεν. οἷον· μέμυκε δὲ γαῖα καὶ ὕλη. εἰ μὲν οὖν σημαίνει τὸ ἦχον ἀποτελεῖν, [ἀπὸ</w:t>
      </w:r>
    </w:p>
    <w:p>
      <w:r>
        <w:rPr>
          <w:rFonts w:ascii="Courier New" w:hAnsi="Courier New"/>
          <w:color w:val="555555"/>
          <w:sz w:val="20"/>
        </w:rPr>
        <w:t>[20]</w:t>
      </w:r>
    </w:p>
    <w:p>
      <w:r>
        <w:rPr>
          <w:rFonts w:ascii="Gentium Plus" w:hAnsi="Gentium Plus"/>
          <w:sz w:val="24"/>
        </w:rPr>
        <w:t>τοῦ μυκῶ περισπωμένως ἐστὶν,] εἰ δὲ τὸ πε‐ πιλῆσθαι καὶ συνεσφίχθαι, τὸ κρύος δηλοῖ. ὅτι ἀπὸ τοῦ μύω ἐστίν.</w:t>
      </w:r>
    </w:p>
    <w:p>
      <w:r>
        <w:rPr>
          <w:rFonts w:ascii="Courier New" w:hAnsi="Courier New"/>
          <w:color w:val="555555"/>
          <w:sz w:val="20"/>
        </w:rPr>
        <w:t>[mu 1353]</w:t>
      </w:r>
    </w:p>
    <w:p>
      <w:r>
        <w:rPr>
          <w:rFonts w:ascii="Gentium Plus" w:hAnsi="Gentium Plus"/>
          <w:sz w:val="24"/>
        </w:rPr>
        <w:t>Μεμύημαι. δεδίδαγμαι. καὶ μεμυημένος ὁ δε‐ διδαγμένος καὶ πεπειραμένος. Μέμονας. προθυμῇ. ἀπὸ τοῦ μένω. ἀλλά γε πῶς μέμονας—.</w:t>
      </w:r>
    </w:p>
    <w:p>
      <w:r>
        <w:rPr>
          <w:rFonts w:ascii="Courier New" w:hAnsi="Courier New"/>
          <w:color w:val="555555"/>
          <w:sz w:val="20"/>
        </w:rPr>
        <w:t>[5]</w:t>
      </w:r>
    </w:p>
    <w:p>
      <w:r>
        <w:rPr>
          <w:rFonts w:ascii="Gentium Plus" w:hAnsi="Gentium Plus"/>
          <w:sz w:val="24"/>
        </w:rPr>
        <w:t>Μενεαίνων. προθυμῶν. ἀπὸ τοῦ μενῶ μεναίνω, [καὶ πλεονασμῷ τοῦ ε μενεαίνω.] Μενοινῶ. τὸ προθυμῶ. καὶ μενοινὴ, ἡ προθυμία. παρὰ τὸ μένω, τὸ προθυμοῦμαι, μενωνὴ καὶ [τροπῇ τοῦ ω εἰς τὴν οι δίφθογγον] μενοινή.</w:t>
      </w:r>
    </w:p>
    <w:p>
      <w:r>
        <w:rPr>
          <w:rFonts w:ascii="Courier New" w:hAnsi="Courier New"/>
          <w:color w:val="555555"/>
          <w:sz w:val="20"/>
        </w:rPr>
        <w:t>[10]</w:t>
      </w:r>
    </w:p>
    <w:p>
      <w:r>
        <w:rPr>
          <w:rFonts w:ascii="Gentium Plus" w:hAnsi="Gentium Plus"/>
          <w:sz w:val="24"/>
        </w:rPr>
        <w:t>[ὡς παρὰ τὴν ἀγκῶνος γενικὴν ἀγκώνη καὶ ἀγ‐ κοίνη, οὕτω μενωνὴ καὶ μενοινή.] καὶ μενοινῶ ῥῆμα. Μερμαίρω. τὸ φροντίζω καὶ μεριμνῶ. καὶ μερ‐ μερίζειν. παρὰ τὸ μείρω, τὸ φροντίζω, [γίνεται</w:t>
      </w:r>
    </w:p>
    <w:p>
      <w:r>
        <w:rPr>
          <w:rFonts w:ascii="Courier New" w:hAnsi="Courier New"/>
          <w:color w:val="555555"/>
          <w:sz w:val="20"/>
        </w:rPr>
        <w:t>[15]</w:t>
      </w:r>
    </w:p>
    <w:p>
      <w:r>
        <w:rPr>
          <w:rFonts w:ascii="Gentium Plus" w:hAnsi="Gentium Plus"/>
          <w:sz w:val="24"/>
        </w:rPr>
        <w:t>μέρος, μερίζω,] καὶ διπλασιασμῷ μερμερίζω, [καὶ τροπῇ τοῦ ε εἰς η μερμηρίζω.] ὁ γὰρ φρον‐ τίζων μερίζεται τὴν γνώμην. Μεταλλῆσαι. πολυπραγμονῆσαι. καὶ μεταλ‐ λεύει ἀντὶ τοῦ μεταφέρει.</w:t>
      </w:r>
    </w:p>
    <w:p>
      <w:r>
        <w:rPr>
          <w:rFonts w:ascii="Courier New" w:hAnsi="Courier New"/>
          <w:color w:val="555555"/>
          <w:sz w:val="20"/>
        </w:rPr>
        <w:t>[20]</w:t>
      </w:r>
    </w:p>
    <w:p>
      <w:r>
        <w:rPr>
          <w:rFonts w:ascii="Gentium Plus" w:hAnsi="Gentium Plus"/>
          <w:sz w:val="24"/>
        </w:rPr>
        <w:t>Μεταμαθεῖν. ὅ ἐστι μεταγνῶναι. [Μεταμφίσκεσθαι. τὴν ἐσθῆτα μετενδύεσθαι.] Μεταχρωννύντες. ἀντὶ τοῦ μετασχηματίζοντες. Μεταλλάξαντες. ἀντὶ τοῦ μεταχωρήσαντες. Μεταποιοῦμαι. φροντίζω.</w:t>
      </w:r>
    </w:p>
    <w:p>
      <w:r>
        <w:rPr>
          <w:rFonts w:ascii="Courier New" w:hAnsi="Courier New"/>
          <w:color w:val="555555"/>
          <w:sz w:val="20"/>
        </w:rPr>
        <w:t>[25]</w:t>
      </w:r>
    </w:p>
    <w:p>
      <w:r>
        <w:rPr>
          <w:rFonts w:ascii="Gentium Plus" w:hAnsi="Gentium Plus"/>
          <w:sz w:val="24"/>
        </w:rPr>
        <w:t>Μεταπεσεῖν. τὸ ἀπὸ δόξης εἰς ἀτιμίαν πεσεῖν.</w:t>
      </w:r>
    </w:p>
    <w:p>
      <w:r>
        <w:rPr>
          <w:rFonts w:ascii="Courier New" w:hAnsi="Courier New"/>
          <w:color w:val="555555"/>
          <w:sz w:val="20"/>
        </w:rPr>
        <w:t>[mu 1354]</w:t>
      </w:r>
    </w:p>
    <w:p>
      <w:r>
        <w:rPr>
          <w:rFonts w:ascii="Gentium Plus" w:hAnsi="Gentium Plus"/>
          <w:sz w:val="24"/>
        </w:rPr>
        <w:t>Μεταβαλών. μεταστρέψας· μεταποιήσας. Μεταναστεύου. ἀναχώρει. Μετασχηματίζει. ἀντὶ τοῦ μεταλλάττει. Μετατρέπεσθαι. ἀλλοιοῦσθαι.</w:t>
      </w:r>
    </w:p>
    <w:p>
      <w:r>
        <w:rPr>
          <w:rFonts w:ascii="Courier New" w:hAnsi="Courier New"/>
          <w:color w:val="555555"/>
          <w:sz w:val="20"/>
        </w:rPr>
        <w:t>[5]</w:t>
      </w:r>
    </w:p>
    <w:p>
      <w:r>
        <w:rPr>
          <w:rFonts w:ascii="Gentium Plus" w:hAnsi="Gentium Plus"/>
          <w:sz w:val="24"/>
        </w:rPr>
        <w:t>Μετενίσσετο. ἀντὶ τοῦ μετῆλθε. [Μετεκίαθε. μετ’ αὐτοὺς ἦλθεν. αἶψα δ’ ὁ κρήνην μετεκίαθε— κίω, κιάθω, ὡς διώκω, διωκάθω.] Μετεστείλατο. μετεπέμψατο. μετεκαλέσατο.</w:t>
      </w:r>
    </w:p>
    <w:p>
      <w:r>
        <w:rPr>
          <w:rFonts w:ascii="Courier New" w:hAnsi="Courier New"/>
          <w:color w:val="555555"/>
          <w:sz w:val="20"/>
        </w:rPr>
        <w:t>[10]</w:t>
      </w:r>
    </w:p>
    <w:p>
      <w:r>
        <w:rPr>
          <w:rFonts w:ascii="Gentium Plus" w:hAnsi="Gentium Plus"/>
          <w:sz w:val="24"/>
        </w:rPr>
        <w:t>Μετεωροπολεῖ. οὐράνια περισκοπεῖ. Μετέσχεν. ἐκοινώνησε. Μετοχετεύσας. μεταγαγών. Μετοκλάζει. γονατίζει ἢ μεταχωρεῖ. παρὰ τὸ ἐγκλᾷν καὶ κάμπτειν τὰ γόνατα.</w:t>
      </w:r>
    </w:p>
    <w:p>
      <w:r>
        <w:rPr>
          <w:rFonts w:ascii="Courier New" w:hAnsi="Courier New"/>
          <w:color w:val="555555"/>
          <w:sz w:val="20"/>
        </w:rPr>
        <w:t>[15]</w:t>
      </w:r>
    </w:p>
    <w:p>
      <w:r>
        <w:rPr>
          <w:rFonts w:ascii="Gentium Plus" w:hAnsi="Gentium Plus"/>
          <w:sz w:val="24"/>
        </w:rPr>
        <w:t>Μετεδίωξαν. διῆλθον. αἱ δὲ νῆες πολλοὺς με‐ τεδίωξαν τόπους. Μετριοπαθεῖν. συγγινώσκειν. ἢ ἐκ μέρους τὰ πάθη καταδέχεσθαι. Μεθορμίζεται. μετάγεται.</w:t>
      </w:r>
    </w:p>
    <w:p>
      <w:r>
        <w:rPr>
          <w:rFonts w:ascii="Courier New" w:hAnsi="Courier New"/>
          <w:color w:val="555555"/>
          <w:sz w:val="20"/>
        </w:rPr>
        <w:t>[20]</w:t>
      </w:r>
    </w:p>
    <w:p>
      <w:r>
        <w:rPr>
          <w:rFonts w:ascii="Gentium Plus" w:hAnsi="Gentium Plus"/>
          <w:sz w:val="24"/>
        </w:rPr>
        <w:t>Μειδιῶ. τὸ γελῶ μικρόν τι. [παρὰ τὸ μείων γέ‐ γονεν. ὁ γὰρ μειδιῶν μείονι κέχρηται γέλωτι.] Μειλίσσεται. τὸ καταπραΰνεται. Μειονεκτεῖ. τὸ ἧττον φέρει. ἢ τὸ ὀλίγον λαμβά‐ νει. ἢ τὸ μεῖον ἔχει. παρὰ γὰρ τὸ μεῖον γέ‐</w:t>
      </w:r>
    </w:p>
    <w:p>
      <w:r>
        <w:rPr>
          <w:rFonts w:ascii="Courier New" w:hAnsi="Courier New"/>
          <w:color w:val="555555"/>
          <w:sz w:val="20"/>
        </w:rPr>
        <w:t>[25]</w:t>
      </w:r>
    </w:p>
    <w:p>
      <w:r>
        <w:rPr>
          <w:rFonts w:ascii="Gentium Plus" w:hAnsi="Gentium Plus"/>
          <w:sz w:val="24"/>
        </w:rPr>
        <w:t>γονε.</w:t>
      </w:r>
    </w:p>
    <w:p>
      <w:r>
        <w:rPr>
          <w:rFonts w:ascii="Courier New" w:hAnsi="Courier New"/>
          <w:color w:val="555555"/>
          <w:sz w:val="20"/>
        </w:rPr>
        <w:t>[mu 1355]</w:t>
      </w:r>
    </w:p>
    <w:p>
      <w:r>
        <w:rPr>
          <w:rFonts w:ascii="Gentium Plus" w:hAnsi="Gentium Plus"/>
          <w:sz w:val="24"/>
        </w:rPr>
        <w:t>Μείρεται. μερίζεται. ἀπὸ τοῦ μέρος γίνεται μέρομαι, καὶ πλεονασμῷ τοῦ ι μείρομαι, καὶ μείρεται. τὸ δὲ μείρεται ἀντὶ τοῦ ἐπιθυμεῖται. ἀπὸ τοῦ ἵμερος γίνεται ἱμέρω καὶ ἐκεῖθεν ἱμεί‐</w:t>
      </w:r>
    </w:p>
    <w:p>
      <w:r>
        <w:rPr>
          <w:rFonts w:ascii="Courier New" w:hAnsi="Courier New"/>
          <w:color w:val="555555"/>
          <w:sz w:val="20"/>
        </w:rPr>
        <w:t>[5]</w:t>
      </w:r>
    </w:p>
    <w:p>
      <w:r>
        <w:rPr>
          <w:rFonts w:ascii="Gentium Plus" w:hAnsi="Gentium Plus"/>
          <w:sz w:val="24"/>
        </w:rPr>
        <w:t>ρομαι, ἱμείρεται, καὶ κατὰ ἀφαίρεσιν μείρεται. Μεταδῷ. ὅπέρ τις ἔλαβεν ἀπ’ ἄλλου. ὡς καὶ ὁ Ἀπόστολος· ἱνατὶ μεταδῷ χάρισμα ὑμῖν πνευματικόν. τοῦτο δὲ λέγει, οὐκ ἐμὸν τὶ δώ‐ σω, ἀλλ’ ὅπερ καὶ ἐγὼ ἔλαβον.</w:t>
      </w:r>
    </w:p>
    <w:p>
      <w:r>
        <w:rPr>
          <w:rFonts w:ascii="Courier New" w:hAnsi="Courier New"/>
          <w:color w:val="555555"/>
          <w:sz w:val="20"/>
        </w:rPr>
        <w:t>[10]</w:t>
      </w:r>
    </w:p>
    <w:p>
      <w:r>
        <w:rPr>
          <w:rFonts w:ascii="Gentium Plus" w:hAnsi="Gentium Plus"/>
          <w:sz w:val="24"/>
        </w:rPr>
        <w:t>Μετασχηματίσει. μεταβαλεῖ. Ἀπόστολος· ὃς μετασχηματίσει τὸ σῶμα τῆς ταπεινώσεως ἡμῶν.</w:t>
      </w:r>
    </w:p>
    <w:p>
      <w:pPr>
        <w:jc w:val="center"/>
      </w:pPr>
      <w:r>
        <w:rPr>
          <w:rFonts w:ascii="Gentium Plus" w:hAnsi="Gentium Plus"/>
          <w:b/>
          <w:sz w:val="24"/>
        </w:rPr>
        <w:t>(Ἐπίῤῥημα.)</w:t>
      </w:r>
    </w:p>
    <w:p>
      <w:r>
        <w:rPr>
          <w:rFonts w:ascii="Courier New" w:hAnsi="Courier New"/>
          <w:color w:val="555555"/>
          <w:sz w:val="20"/>
        </w:rPr>
        <w:t>[14]</w:t>
      </w:r>
    </w:p>
    <w:p>
      <w:r>
        <w:rPr>
          <w:rFonts w:ascii="Gentium Plus" w:hAnsi="Gentium Plus"/>
          <w:sz w:val="24"/>
        </w:rPr>
        <w:t>Μεγαροῖ. εἰς τὰ Μέγαρα.</w:t>
      </w:r>
    </w:p>
    <w:p>
      <w:r>
        <w:rPr>
          <w:rFonts w:ascii="Courier New" w:hAnsi="Courier New"/>
          <w:color w:val="555555"/>
          <w:sz w:val="20"/>
        </w:rPr>
        <w:t>[15]</w:t>
      </w:r>
    </w:p>
    <w:p>
      <w:r>
        <w:rPr>
          <w:rFonts w:ascii="Gentium Plus" w:hAnsi="Gentium Plus"/>
          <w:sz w:val="24"/>
        </w:rPr>
        <w:t>Μεγαλωστί. ἀντὶ τοῦ μεγάλως. Μεμελημένως. πεπονημένως. Μενοῦνγε. ἀντὶ τοῦ ἀληθῶς. [ἢ τὸ ἀληθὲς] λέγω ὑμῖν. Μέντοιγε. πλὴν διὰ τοῦτο, ἢ ὁμοίως, ἢ ἕνεκεν</w:t>
      </w:r>
    </w:p>
    <w:p>
      <w:r>
        <w:rPr>
          <w:rFonts w:ascii="Courier New" w:hAnsi="Courier New"/>
          <w:color w:val="555555"/>
          <w:sz w:val="20"/>
        </w:rPr>
        <w:t>[20]</w:t>
      </w:r>
    </w:p>
    <w:p>
      <w:r>
        <w:rPr>
          <w:rFonts w:ascii="Gentium Plus" w:hAnsi="Gentium Plus"/>
          <w:sz w:val="24"/>
        </w:rPr>
        <w:t>τούτου. Μεσηγύς. ἀντὶ τοῦ μεταξύ. ἢ ἀντὶ τοῦ μέσον. Μεταξύ. ἐν τῷ μέσῳ.</w:t>
      </w:r>
    </w:p>
    <w:p>
      <w:pPr>
        <w:jc w:val="center"/>
      </w:pPr>
      <w:r>
        <w:rPr>
          <w:rFonts w:ascii="Gentium Plus" w:hAnsi="Gentium Plus"/>
          <w:b/>
          <w:sz w:val="24"/>
        </w:rPr>
        <w:t>Τὸ Μ μετὰ τοῦ Η.</w:t>
      </w:r>
    </w:p>
    <w:p>
      <w:pPr>
        <w:jc w:val="center"/>
      </w:pPr>
      <w:r>
        <w:rPr>
          <w:rFonts w:ascii="Gentium Plus" w:hAnsi="Gentium Plus"/>
          <w:b/>
          <w:sz w:val="24"/>
        </w:rPr>
        <w:t>(Ἀρσενικόν.)</w:t>
      </w:r>
    </w:p>
    <w:p>
      <w:r>
        <w:rPr>
          <w:rFonts w:ascii="Courier New" w:hAnsi="Courier New"/>
          <w:color w:val="555555"/>
          <w:sz w:val="20"/>
        </w:rPr>
        <w:t>[25]</w:t>
      </w:r>
    </w:p>
    <w:p>
      <w:r>
        <w:rPr>
          <w:rFonts w:ascii="Gentium Plus" w:hAnsi="Gentium Plus"/>
          <w:sz w:val="24"/>
        </w:rPr>
        <w:t>Μηδαμινός. ἀπὸ τοῦ μηδαμῶς ἐπιῤῥήματος, τοῦ ὄντος ἀπὸ τοῦ μηδαμὸς ὀνόματος, συγκείμενον ἀπὸ τῆς μὴ ἀπαγορεύσεως καὶ τοῦ δαμὸς τοῦ</w:t>
      </w:r>
    </w:p>
    <w:p>
      <w:r>
        <w:rPr>
          <w:rFonts w:ascii="Courier New" w:hAnsi="Courier New"/>
          <w:color w:val="555555"/>
          <w:sz w:val="20"/>
        </w:rPr>
        <w:t>[mu 1356]</w:t>
      </w:r>
    </w:p>
    <w:p>
      <w:r>
        <w:rPr>
          <w:rFonts w:ascii="Gentium Plus" w:hAnsi="Gentium Plus"/>
          <w:sz w:val="24"/>
        </w:rPr>
        <w:t>Μῆδος καὶ Μῆδοι. ἐθνικά. Μηδισμός. ὁ τὰ τῶν Μήδων φρονῶν. [Μηθυμναῖος καὶ Μηθωναῖος. τοπικά.] †Μηκιστεύς. ὁ Ἡρακλῆς.†</w:t>
      </w:r>
    </w:p>
    <w:p>
      <w:r>
        <w:rPr>
          <w:rFonts w:ascii="Courier New" w:hAnsi="Courier New"/>
          <w:color w:val="555555"/>
          <w:sz w:val="20"/>
        </w:rPr>
        <w:t>[5]</w:t>
      </w:r>
    </w:p>
    <w:p>
      <w:r>
        <w:rPr>
          <w:rFonts w:ascii="Gentium Plus" w:hAnsi="Gentium Plus"/>
          <w:sz w:val="24"/>
        </w:rPr>
        <w:t>†Μηλασπαῖοι. ἐθνικόν.† Μηλοβοτήρ. ὁ τῶν προβάτων ποιμὴν, μῆλα γὰρ τὰ πρόβατα. Μηλιαυθμός. ἡ μάνδρα τῶν προβάτων. παρὰ τὸ μῆλα καὶ τὸ ἰαύω, ὃ σημαίνει τὸ κοιμῶμαι,</w:t>
      </w:r>
    </w:p>
    <w:p>
      <w:r>
        <w:rPr>
          <w:rFonts w:ascii="Courier New" w:hAnsi="Courier New"/>
          <w:color w:val="555555"/>
          <w:sz w:val="20"/>
        </w:rPr>
        <w:t>[10]</w:t>
      </w:r>
    </w:p>
    <w:p>
      <w:r>
        <w:rPr>
          <w:rFonts w:ascii="Gentium Plus" w:hAnsi="Gentium Plus"/>
          <w:sz w:val="24"/>
        </w:rPr>
        <w:t>γίνεται ἰαυθμὸς, ἡ κοίμησις, καὶ ἐν συνθέσει μηλιαυθμός. ὡς κλαίω, κλαυθμός. †Μήλων. ὁ Ἡρακλῆς.† Μήν. χρόνος ἀπὸ συνόδου ἡλίου καὶ σελήνης ἐπὶ τὴν ἑξῆς σύνοδον. ὡς παρὰ τὸ κέφαλος κεφα‐</w:t>
      </w:r>
    </w:p>
    <w:p>
      <w:r>
        <w:rPr>
          <w:rFonts w:ascii="Courier New" w:hAnsi="Courier New"/>
          <w:color w:val="555555"/>
          <w:sz w:val="20"/>
        </w:rPr>
        <w:t>[15]</w:t>
      </w:r>
    </w:p>
    <w:p>
      <w:r>
        <w:rPr>
          <w:rFonts w:ascii="Gentium Plus" w:hAnsi="Gentium Plus"/>
          <w:sz w:val="24"/>
        </w:rPr>
        <w:t>λὴν, οὕτω καὶ παρὰ τὸ μείω μειὴν καὶ κατὰ συγκοπὴν μήν. ἀφ’ οὗ καὶ μήνη, [ἡ σελήνη.] Μῆνιγξ. ὁ τοῦ ἐγκεφάλου ὑμήν. διὰ τὸ μένειν ἐν αὐτῷ ἢ ἐν αὐτῇ τὸν ἐγκέφαλον. λέγεται γὰρ καὶ θηλυκῶς.</w:t>
      </w:r>
    </w:p>
    <w:p>
      <w:r>
        <w:rPr>
          <w:rFonts w:ascii="Courier New" w:hAnsi="Courier New"/>
          <w:color w:val="555555"/>
          <w:sz w:val="20"/>
        </w:rPr>
        <w:t>[20]</w:t>
      </w:r>
    </w:p>
    <w:p>
      <w:r>
        <w:rPr>
          <w:rFonts w:ascii="Gentium Plus" w:hAnsi="Gentium Plus"/>
          <w:sz w:val="24"/>
        </w:rPr>
        <w:t>Μηναγύρτης. ὁ καθ’ ἡμέραν ὀχλαγωγίας ἀγεί‐ ρων καὶ συναθροίζων, καὶ ψεύδη συῤῥάπτων. †Μηνίσκος. κόσμος χρυσοῦς περιτραχήλιος· τὸ καλούμενον μανιάκιον.† Μηρός. παρὰ τὸ μείρω, τὸ μερίζω, μερὸς καὶ</w:t>
      </w:r>
    </w:p>
    <w:p>
      <w:r>
        <w:rPr>
          <w:rFonts w:ascii="Courier New" w:hAnsi="Courier New"/>
          <w:color w:val="555555"/>
          <w:sz w:val="20"/>
        </w:rPr>
        <w:t>[25]</w:t>
      </w:r>
    </w:p>
    <w:p>
      <w:r>
        <w:rPr>
          <w:rFonts w:ascii="Gentium Plus" w:hAnsi="Gentium Plus"/>
          <w:sz w:val="24"/>
        </w:rPr>
        <w:t>μηρός. Μήστωρ. ὁ ἐπιστήμων. παρὰ τὸ μήδω, μήσω. ὁ δυνάμενος μήσασθαι. μήδω δὲ λέγει τὸ βου‐ λεύομαι.</w:t>
      </w:r>
    </w:p>
    <w:p>
      <w:r>
        <w:rPr>
          <w:rFonts w:ascii="Courier New" w:hAnsi="Courier New"/>
          <w:color w:val="555555"/>
          <w:sz w:val="20"/>
        </w:rPr>
        <w:t>[mu 1357]</w:t>
      </w:r>
    </w:p>
    <w:p>
      <w:r>
        <w:rPr>
          <w:rFonts w:ascii="Gentium Plus" w:hAnsi="Gentium Plus"/>
          <w:sz w:val="24"/>
        </w:rPr>
        <w:t>Μήτρως. ὁ τῆς μητρὸς ἀδελφός. ὃς μήτρως ἦν Ἱπποδάμοιο. Μηχανοῤῥάφος. ὁ κακὰ συῤῥάπτων καὶ τε‐ χναζόμενος.</w:t>
      </w:r>
    </w:p>
    <w:p>
      <w:r>
        <w:rPr>
          <w:rFonts w:ascii="Courier New" w:hAnsi="Courier New"/>
          <w:color w:val="555555"/>
          <w:sz w:val="20"/>
        </w:rPr>
        <w:t>[5]</w:t>
      </w:r>
    </w:p>
    <w:p>
      <w:r>
        <w:rPr>
          <w:rFonts w:ascii="Gentium Plus" w:hAnsi="Gentium Plus"/>
          <w:sz w:val="24"/>
        </w:rPr>
        <w:t>Μηλάτης. ὁ ποιμήν. [Μητιέτα. βουλευτικώτατος. Ἡσίοδος· —ἐξείλετο μητιέτα Ζεύς.]</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Μηλωτή. τὸ τῶν προβάτων δέρμα. Μηλοσφαγίαι. θυσίαι προβάτων. Μηλάνθη καὶ μηλολόνθη. εἴδη βοτανῶν. Μήλη. ἰατρικὸν ἐργαλεῖον. δι’ ἧς ψηλαφᾶται τὰ πονούμενα. μηλοῦν γὰρ τὸ ψηλαφᾷν λέγουσι.</w:t>
      </w:r>
    </w:p>
    <w:p>
      <w:r>
        <w:rPr>
          <w:rFonts w:ascii="Courier New" w:hAnsi="Courier New"/>
          <w:color w:val="555555"/>
          <w:sz w:val="20"/>
        </w:rPr>
        <w:t>[15]</w:t>
      </w:r>
    </w:p>
    <w:p>
      <w:r>
        <w:rPr>
          <w:rFonts w:ascii="Gentium Plus" w:hAnsi="Gentium Plus"/>
          <w:sz w:val="24"/>
        </w:rPr>
        <w:t>καὶ μήλωθρα τὰ πορφυρᾶ βάμματα. οὕτω Σέ‐ λευκος. ὁ δὲ Ὦρος ὁ Μιλήσιος παρὰ τὸ μήδω, ἡ πολλῶν κατὰ ἰατρικὴν ἐργάτις. [Μηλυρίς. ἡ ἄκρα.] Μηχανοῤῥαφία. ἐπίνοια, ἢ κατασκευὴ κακῶν.</w:t>
      </w:r>
    </w:p>
    <w:p>
      <w:r>
        <w:rPr>
          <w:rFonts w:ascii="Courier New" w:hAnsi="Courier New"/>
          <w:color w:val="555555"/>
          <w:sz w:val="20"/>
        </w:rPr>
        <w:t>[20]</w:t>
      </w:r>
    </w:p>
    <w:p>
      <w:r>
        <w:rPr>
          <w:rFonts w:ascii="Gentium Plus" w:hAnsi="Gentium Plus"/>
          <w:sz w:val="24"/>
        </w:rPr>
        <w:t>Μήκων. εἶδος βοτάνης. παρὰ τὸ μῆκος μήκων. λέγει δὲ τὴν κωδέαν. †Μηλία. κόπρος.† †Μῃονία. ἡ Λυδία.† †Μηλίς. χρῶμα.†</w:t>
      </w:r>
    </w:p>
    <w:p>
      <w:r>
        <w:rPr>
          <w:rFonts w:ascii="Courier New" w:hAnsi="Courier New"/>
          <w:color w:val="555555"/>
          <w:sz w:val="20"/>
        </w:rPr>
        <w:t>[25]</w:t>
      </w:r>
    </w:p>
    <w:p>
      <w:r>
        <w:rPr>
          <w:rFonts w:ascii="Gentium Plus" w:hAnsi="Gentium Plus"/>
          <w:sz w:val="24"/>
        </w:rPr>
        <w:t>Μήδεια. γυνή. Μηδία δὲ χώρα, ι. Μῆλος. νῆσος. Μῆνις. ἡ ὀργὴ ἢ χολὴ ἐπιμένουσα, ὅ ἐστι μνη‐ σικακία. εἴρηται δὲ παρὰ τὸ μένειν καὶ τῇ μνή‐ μῃ παραδίδοσθαι.</w:t>
      </w:r>
    </w:p>
    <w:p>
      <w:r>
        <w:rPr>
          <w:rFonts w:ascii="Courier New" w:hAnsi="Courier New"/>
          <w:color w:val="555555"/>
          <w:sz w:val="20"/>
        </w:rPr>
        <w:t>[30]</w:t>
      </w:r>
    </w:p>
    <w:p>
      <w:r>
        <w:rPr>
          <w:rFonts w:ascii="Gentium Plus" w:hAnsi="Gentium Plus"/>
          <w:sz w:val="24"/>
        </w:rPr>
        <w:t>Μήνη. ἡ σελήνη. ἀπὸ τοῦ μὴ μένειν ἐν ταὐτῷ,</w:t>
      </w:r>
    </w:p>
    <w:p>
      <w:r>
        <w:rPr>
          <w:rFonts w:ascii="Courier New" w:hAnsi="Courier New"/>
          <w:color w:val="555555"/>
          <w:sz w:val="20"/>
        </w:rPr>
        <w:t>[mu 1358]</w:t>
      </w:r>
    </w:p>
    <w:p>
      <w:r>
        <w:rPr>
          <w:rFonts w:ascii="Gentium Plus" w:hAnsi="Gentium Plus"/>
          <w:sz w:val="24"/>
        </w:rPr>
        <w:t>†Μηνοδώρα. Μητροδώρα.† Μήρινθος. σπαρτίον, σχοινίον. Μῆτις. ἡ βουλή. Μήτηρ. ἡ μαστεύουσα τὰ πρὸς τροφὴν τοῖς κυη‐</w:t>
      </w:r>
    </w:p>
    <w:p>
      <w:r>
        <w:rPr>
          <w:rFonts w:ascii="Courier New" w:hAnsi="Courier New"/>
          <w:color w:val="555555"/>
          <w:sz w:val="20"/>
        </w:rPr>
        <w:t>[5]</w:t>
      </w:r>
    </w:p>
    <w:p>
      <w:r>
        <w:rPr>
          <w:rFonts w:ascii="Gentium Plus" w:hAnsi="Gentium Plus"/>
          <w:sz w:val="24"/>
        </w:rPr>
        <w:t>θεῖσιν. ἢ ὅτι μαστεύει καὶ ζητεῖ τὰ γεννη‐ θέντα. Μήτρα. ἐπειδὴ μήτηρ ἐστὶ τοῦ γεννωμένου. ὡς παρὰ τὸ πατὴρ πάτρα, οὕτω καὶ παρὰ τὸ μή‐ τηρ μήτρα.</w:t>
      </w:r>
    </w:p>
    <w:p>
      <w:r>
        <w:rPr>
          <w:rFonts w:ascii="Courier New" w:hAnsi="Courier New"/>
          <w:color w:val="555555"/>
          <w:sz w:val="20"/>
        </w:rPr>
        <w:t>[10]</w:t>
      </w:r>
    </w:p>
    <w:p>
      <w:r>
        <w:rPr>
          <w:rFonts w:ascii="Gentium Plus" w:hAnsi="Gentium Plus"/>
          <w:sz w:val="24"/>
        </w:rPr>
        <w:t>Μηχανή. κατασκευή. οἶμαι παρὰ τὸ μήδω, μή‐ σω, μηχανή. ἐξ οὗ καὶ τὸ μηχανόωντο, ἀντὶ τοῦ ἐμηχανήσαντο καὶ κατεσκεύασαν. Μήτηρ. παρὰ τὸ μῶ, τὸ ζητῶ. ἡ ὑπὸ τῶν τέκνων ζητουμένη. τὸ μη η, διατί; ἐκ τοῦ μῶ, μήσω</w:t>
      </w:r>
    </w:p>
    <w:p>
      <w:r>
        <w:rPr>
          <w:rFonts w:ascii="Courier New" w:hAnsi="Courier New"/>
          <w:color w:val="555555"/>
          <w:sz w:val="20"/>
        </w:rPr>
        <w:t>[15]</w:t>
      </w:r>
    </w:p>
    <w:p>
      <w:r>
        <w:rPr>
          <w:rFonts w:ascii="Gentium Plus" w:hAnsi="Gentium Plus"/>
          <w:sz w:val="24"/>
        </w:rPr>
        <w:t>μέλλοντος. τὰ μονοσύλλαβα διὰ τοῦ η ἔχουσι τὸν μέλλοντα.</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Μήδεα. τὰ βουλεύματα. παρὰ τὸ μήδω, τὸ βου‐ λεύομαι. μήδεα δὲ, τὰ αἰδοῖα, παρὰ τὸ μέδειν</w:t>
      </w:r>
    </w:p>
    <w:p>
      <w:r>
        <w:rPr>
          <w:rFonts w:ascii="Courier New" w:hAnsi="Courier New"/>
          <w:color w:val="555555"/>
          <w:sz w:val="20"/>
        </w:rPr>
        <w:t>[20]</w:t>
      </w:r>
    </w:p>
    <w:p>
      <w:r>
        <w:rPr>
          <w:rFonts w:ascii="Gentium Plus" w:hAnsi="Gentium Plus"/>
          <w:sz w:val="24"/>
        </w:rPr>
        <w:t>καὶ ἄρχειν τῆς γεννήσεως. Μῆκος καὶ μήκιστον. καὶ εὐμηκότατον. *παρὰ τὸ εἰς μῆκος ἐκτετάχθαι. λέγει δὲ τὸ* μακρό‐ τατον. Μῆλα. τὰ πρόβατα. οἱ μὲν φασὶν ἀπὸ τοῦ μη‐</w:t>
      </w:r>
    </w:p>
    <w:p>
      <w:r>
        <w:rPr>
          <w:rFonts w:ascii="Courier New" w:hAnsi="Courier New"/>
          <w:color w:val="555555"/>
          <w:sz w:val="20"/>
        </w:rPr>
        <w:t>[25]</w:t>
      </w:r>
    </w:p>
    <w:p>
      <w:r>
        <w:rPr>
          <w:rFonts w:ascii="Gentium Plus" w:hAnsi="Gentium Plus"/>
          <w:sz w:val="24"/>
        </w:rPr>
        <w:t>κᾶσθαι, ὅπερ ἀνάρμοστον. ἄλλοι δὲ ἀπὸ τοῦ μηλώδη καρπὸν ἔδεσθαι. Ἄτταλος δὲ παρὰ τὸν μαλλόν. ἐγὼ δέ φημι, μᾶλλον ἀπὸ τοῦ μῆλα ὁ μαλλὸς εἴρηται. ἀλλὰ ἀπὸ τοῦ μέλω, μέλο‐ μαι, γίνεται μῆλον καὶ μῆλα. ἐπιμελείας γὰρ</w:t>
      </w:r>
    </w:p>
    <w:p>
      <w:r>
        <w:rPr>
          <w:rFonts w:ascii="Courier New" w:hAnsi="Courier New"/>
          <w:color w:val="555555"/>
          <w:sz w:val="20"/>
        </w:rPr>
        <w:t>[30]</w:t>
      </w:r>
    </w:p>
    <w:p>
      <w:r>
        <w:rPr>
          <w:rFonts w:ascii="Gentium Plus" w:hAnsi="Gentium Plus"/>
          <w:sz w:val="24"/>
        </w:rPr>
        <w:t>ἠξίωνται.</w:t>
      </w:r>
    </w:p>
    <w:p>
      <w:r>
        <w:rPr>
          <w:rFonts w:ascii="Courier New" w:hAnsi="Courier New"/>
          <w:color w:val="555555"/>
          <w:sz w:val="20"/>
        </w:rPr>
        <w:t>[mu 1359]</w:t>
      </w:r>
    </w:p>
    <w:p>
      <w:r>
        <w:rPr>
          <w:rFonts w:ascii="Gentium Plus" w:hAnsi="Gentium Plus"/>
          <w:sz w:val="24"/>
        </w:rPr>
        <w:t>Μήλωθρα. τὰ πορφυρᾶ βάμματα. [Μηλόν. ἀργόν· νωθρόν.] Μηλόβοτον. τὸ καλῶς τρέφον τὰ πρόβατα. μηλόβοτον πεδίον διήλθομεν.</w:t>
      </w:r>
    </w:p>
    <w:p>
      <w:r>
        <w:rPr>
          <w:rFonts w:ascii="Courier New" w:hAnsi="Courier New"/>
          <w:color w:val="555555"/>
          <w:sz w:val="20"/>
        </w:rPr>
        <w:t>[5]</w:t>
      </w:r>
    </w:p>
    <w:p>
      <w:r>
        <w:rPr>
          <w:rFonts w:ascii="Gentium Plus" w:hAnsi="Gentium Plus"/>
          <w:sz w:val="24"/>
        </w:rPr>
        <w:t>Μήρυμα. τὸ ἕλκυσμα. κυρίως δὲ τὸ ξαινόμε‐ νον. ἀπὸ δὲ τούτου σημαίνει καὶ τὸ κλώθω. ἀπὸ τοῦ τῆς ὑποστατικῆς ὑπάρξεως εἰς μεῖον καὶ ἔλαττον ἕλκεσθαι. οἱ δὲ μόρημα. ἐπειδὴ διὰ πόνου ἐργάζεται. μορεῖν γὰρ τὸ πονεῖν. καὶ</w:t>
      </w:r>
    </w:p>
    <w:p>
      <w:r>
        <w:rPr>
          <w:rFonts w:ascii="Courier New" w:hAnsi="Courier New"/>
          <w:color w:val="555555"/>
          <w:sz w:val="20"/>
        </w:rPr>
        <w:t>[10]</w:t>
      </w:r>
    </w:p>
    <w:p>
      <w:r>
        <w:rPr>
          <w:rFonts w:ascii="Gentium Plus" w:hAnsi="Gentium Plus"/>
          <w:sz w:val="24"/>
        </w:rPr>
        <w:t>μηρύσασθαι ἀντὶ τοῦ ὑφάναι καὶ κλῶσαι. Ἡσίο‐ δος· στήμονι δ’ ἐν παύρῳ πολλὴν κρόκα μηρύ‐ σασθαι. καὶ μήρυμα τὸ νῆμα. τοῦ Ψελλοῦ· μήρυμα,</w:t>
      </w:r>
    </w:p>
    <w:p>
      <w:r>
        <w:rPr>
          <w:rFonts w:ascii="Courier New" w:hAnsi="Courier New"/>
          <w:color w:val="555555"/>
          <w:sz w:val="20"/>
        </w:rPr>
        <w:t>[15]</w:t>
      </w:r>
    </w:p>
    <w:p>
      <w:r>
        <w:rPr>
          <w:rFonts w:ascii="Gentium Plus" w:hAnsi="Gentium Plus"/>
          <w:sz w:val="24"/>
        </w:rPr>
        <w:t>νῆμα, κάταγμα· φωλεὸς, μυωξία. [Μηχάνημα. κατασκευὴ, τὸ τέχνασμα, καὶ τὸ στρατήγημα.]</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Μήδω. τὸ βουλεύομαι. παρὰ τὸ μήθω τὸ δη‐</w:t>
      </w:r>
    </w:p>
    <w:p>
      <w:r>
        <w:rPr>
          <w:rFonts w:ascii="Courier New" w:hAnsi="Courier New"/>
          <w:color w:val="555555"/>
          <w:sz w:val="20"/>
        </w:rPr>
        <w:t>[20]</w:t>
      </w:r>
    </w:p>
    <w:p>
      <w:r>
        <w:rPr>
          <w:rFonts w:ascii="Gentium Plus" w:hAnsi="Gentium Plus"/>
          <w:sz w:val="24"/>
        </w:rPr>
        <w:t>λοῦν τὸ μανθάνω. οὕτως Ἀπολλώνιος. Μήθω. τὸ μανθάνω. Μηκύνω. εἰς μῆκος ἄγω. Μηνιεῖ. ὀργίζεται. ἐπιμένει τῇ χολῇ καὶ τῇ ὀργῇ, μνησικακεῖ.</w:t>
      </w:r>
    </w:p>
    <w:p>
      <w:r>
        <w:rPr>
          <w:rFonts w:ascii="Courier New" w:hAnsi="Courier New"/>
          <w:color w:val="555555"/>
          <w:sz w:val="20"/>
        </w:rPr>
        <w:t>[25]</w:t>
      </w:r>
    </w:p>
    <w:p>
      <w:r>
        <w:rPr>
          <w:rFonts w:ascii="Gentium Plus" w:hAnsi="Gentium Plus"/>
          <w:sz w:val="24"/>
        </w:rPr>
        <w:t>Μηνύω. παρὰ τὸ ἀνύω. τροπῇ τοῦ α εἰς η, καὶ πλεονασμῷ τοῦ μ, μηνύω. οὕτω Θεόγνωστος. [Μηνίσω. τὸ ὀργίζομαι. παρὰ τὸ μῆνις μηνίω,</w:t>
      </w:r>
    </w:p>
    <w:p>
      <w:r>
        <w:rPr>
          <w:rFonts w:ascii="Courier New" w:hAnsi="Courier New"/>
          <w:color w:val="555555"/>
          <w:sz w:val="20"/>
        </w:rPr>
        <w:t>[mu 1360]</w:t>
      </w:r>
    </w:p>
    <w:p>
      <w:r>
        <w:rPr>
          <w:rFonts w:ascii="Gentium Plus" w:hAnsi="Gentium Plus"/>
          <w:sz w:val="24"/>
        </w:rPr>
        <w:t>Μηρύω. ὅ ἐστι τὰ ἄρμενα συνάγω. ἀπὸ τοῦ μέ‐ ρος μερύω καὶ μηρύω, ὡς πλῆθος πληθύω. [καὶ μήρυμα τὸ νῆμα. καὶ μηρύσασθαι ἀντὶ τοῦ ὑφάναι καὶ κλῶσαι. Ἡσίοδος·</w:t>
      </w:r>
    </w:p>
    <w:p>
      <w:r>
        <w:rPr>
          <w:rFonts w:ascii="Courier New" w:hAnsi="Courier New"/>
          <w:color w:val="555555"/>
          <w:sz w:val="20"/>
        </w:rPr>
        <w:t>[5]</w:t>
      </w:r>
    </w:p>
    <w:p>
      <w:r>
        <w:rPr>
          <w:rFonts w:ascii="Gentium Plus" w:hAnsi="Gentium Plus"/>
          <w:sz w:val="24"/>
        </w:rPr>
        <w:t>στήμονι δ’ ἐν παύρῳ πολλὴν κρόκα μηρύ‐ σασθαι.] Μήρεσθαι. συνάγεσθαι, κλώθεσθαι. Μηρυκίζω. εἰς μικρὰ κόπτω. ἀπὸ τοῦ μηρύω. Μητίω καὶ μητιόω. †ὡς ἀπὸ τοῦ κόνις κονίω,</w:t>
      </w:r>
    </w:p>
    <w:p>
      <w:r>
        <w:rPr>
          <w:rFonts w:ascii="Courier New" w:hAnsi="Courier New"/>
          <w:color w:val="555555"/>
          <w:sz w:val="20"/>
        </w:rPr>
        <w:t>[10]</w:t>
      </w:r>
    </w:p>
    <w:p>
      <w:r>
        <w:rPr>
          <w:rFonts w:ascii="Gentium Plus" w:hAnsi="Gentium Plus"/>
          <w:sz w:val="24"/>
        </w:rPr>
        <w:t>καὶ δῆρις δηρίω, οὕτω καὶ μῆτις μητίω.† ἐξ οὗ καὶ μητιόωντο. σημαίνει δὲ τὸ βουλεύω καὶ μηχανεύω. Μηχανᾶται. τεχνάζεται. †καὶ† ἀντὶ τοῦ στρα‐ τηγεῖται.</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Μηδαμῆ. ἀντὶ τοῦ μηδαμῶς. Μηνοειδῶς. δίκην σελήνης. Μή νύ τοι. οὐδαμῶς σοι.</w:t>
      </w:r>
    </w:p>
    <w:p>
      <w:pPr>
        <w:jc w:val="center"/>
      </w:pPr>
      <w:r>
        <w:rPr>
          <w:rFonts w:ascii="Gentium Plus" w:hAnsi="Gentium Plus"/>
          <w:b/>
          <w:sz w:val="24"/>
        </w:rPr>
        <w:t>Τὸ Μ μετὰ τοῦ Ι.</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Μιαρός. παρὰ τὸ μιαίνω, ἢ παρὰ τὸ μία γέ‐ γονε παρώνυμον μιαρόν. ὡς σκιὰ σκιαρόν. οἱον‐ εὶ ὁ μεμονωμένος, ᾧ οὐκ ἄν τις ἐπὶ τὸ αὐτὸ συνέλθῃ διὰ τὸ μῖσος.</w:t>
      </w:r>
    </w:p>
    <w:p>
      <w:r>
        <w:rPr>
          <w:rFonts w:ascii="Courier New" w:hAnsi="Courier New"/>
          <w:color w:val="555555"/>
          <w:sz w:val="20"/>
        </w:rPr>
        <w:t>[25]</w:t>
      </w:r>
    </w:p>
    <w:p>
      <w:r>
        <w:rPr>
          <w:rFonts w:ascii="Gentium Plus" w:hAnsi="Gentium Plus"/>
          <w:sz w:val="24"/>
        </w:rPr>
        <w:t>Μιαιφόνος. ὁ φονεύς. ἀπὸ τοῦ μιαίνεσθαι τῷ φόνῳ.</w:t>
      </w:r>
    </w:p>
    <w:p>
      <w:r>
        <w:rPr>
          <w:rFonts w:ascii="Courier New" w:hAnsi="Courier New"/>
          <w:color w:val="555555"/>
          <w:sz w:val="20"/>
        </w:rPr>
        <w:t>[mu 1361]</w:t>
      </w:r>
    </w:p>
    <w:p>
      <w:r>
        <w:rPr>
          <w:rFonts w:ascii="Gentium Plus" w:hAnsi="Gentium Plus"/>
          <w:sz w:val="24"/>
        </w:rPr>
        <w:t>Μίδας. κύριον. ὁ χρυσομανής. Μίθρος. ὁ ἥλιος. Μιθριδάτης. κύριον. Μικρολόγος. ὁ φειδωλός.</w:t>
      </w:r>
    </w:p>
    <w:p>
      <w:r>
        <w:rPr>
          <w:rFonts w:ascii="Courier New" w:hAnsi="Courier New"/>
          <w:color w:val="555555"/>
          <w:sz w:val="20"/>
        </w:rPr>
        <w:t>[5]</w:t>
      </w:r>
    </w:p>
    <w:p>
      <w:r>
        <w:rPr>
          <w:rFonts w:ascii="Gentium Plus" w:hAnsi="Gentium Plus"/>
          <w:sz w:val="24"/>
        </w:rPr>
        <w:t>†Μίκκος. ὁ μικρός· —τοῖς μίκκοις μίκκα διδοῦσι θεοί. οὕτω Καλλίμαχος.† †Μίλος. ὄνομα νήσου.† Μικρός. παρὰ τὸ μεῖον, μέϊον καὶ μήϊον, μηϊρὸς</w:t>
      </w:r>
    </w:p>
    <w:p>
      <w:r>
        <w:rPr>
          <w:rFonts w:ascii="Courier New" w:hAnsi="Courier New"/>
          <w:color w:val="555555"/>
          <w:sz w:val="20"/>
        </w:rPr>
        <w:t>[10]</w:t>
      </w:r>
    </w:p>
    <w:p>
      <w:r>
        <w:rPr>
          <w:rFonts w:ascii="Gentium Plus" w:hAnsi="Gentium Plus"/>
          <w:sz w:val="24"/>
        </w:rPr>
        <w:t>καὶ συγκοπῇ μικρός. Μιλτοπάρειος. ἐρυθρὸς τὰς παρειάς. μίλτος γὰρ εἶδος ἐρυθρόν. Μίν. ἀντὶ τοῦ αὐτόν. Μίνως. κύριον. Μίνως καὶ Ῥαδάμανθυς κριταὶ</w:t>
      </w:r>
    </w:p>
    <w:p>
      <w:r>
        <w:rPr>
          <w:rFonts w:ascii="Courier New" w:hAnsi="Courier New"/>
          <w:color w:val="555555"/>
          <w:sz w:val="20"/>
        </w:rPr>
        <w:t>[15]</w:t>
      </w:r>
    </w:p>
    <w:p>
      <w:r>
        <w:rPr>
          <w:rFonts w:ascii="Gentium Plus" w:hAnsi="Gentium Plus"/>
          <w:sz w:val="24"/>
        </w:rPr>
        <w:t>τῶν ἐν ᾅδου κατὰ τὴν μυθοπλαστίαν τῶν Ἑλ‐ λήνων. [ἔστι Μίνως καὶ Ἀττικῶς κλίνεται τοῦ Μίνω, ὥσπερ ὁ λεὼς, τοῦ λεώ. παρὰ τὸ μίμνω γέγονε Μίμνως καὶ Μίνως· ἢ παρὰ τὸ ἲς, ἰνὸς, ἴνως, καὶ πλεονασμῷ τοῦ μ Μίνως. τὸ δὲ μί‐</w:t>
      </w:r>
    </w:p>
    <w:p>
      <w:r>
        <w:rPr>
          <w:rFonts w:ascii="Courier New" w:hAnsi="Courier New"/>
          <w:color w:val="555555"/>
          <w:sz w:val="20"/>
        </w:rPr>
        <w:t>[20]</w:t>
      </w:r>
    </w:p>
    <w:p>
      <w:r>
        <w:rPr>
          <w:rFonts w:ascii="Gentium Plus" w:hAnsi="Gentium Plus"/>
          <w:sz w:val="24"/>
        </w:rPr>
        <w:t>μνω, ὃ σημαίνει τὸ καρτερῶ, παρὰ τὸ μένω.] [Μινωΐδης. ὡς ἥρως, ἥρωος, ἡρωΐδης.] Μιξίας. κύριον. παρὰ τὸ μίσγω Μιξίας, ὡς σώζω Σωσίας, λέξω Λεξίας.</w:t>
      </w:r>
    </w:p>
    <w:p>
      <w:r>
        <w:rPr>
          <w:rFonts w:ascii="Courier New" w:hAnsi="Courier New"/>
          <w:color w:val="555555"/>
          <w:sz w:val="20"/>
        </w:rPr>
        <w:t>[mu 1362]</w:t>
      </w:r>
    </w:p>
    <w:p>
      <w:r>
        <w:rPr>
          <w:rFonts w:ascii="Gentium Plus" w:hAnsi="Gentium Plus"/>
          <w:sz w:val="24"/>
        </w:rPr>
        <w:t>ταχρηστικῶς δὲ ὁ ἐφ’ ἡμέρας. ἢ παρὰ τὸ πεί‐ σω πιστὸς καὶ μισθός· ἐν ᾧ τις πείθεται. †Μίτος. τὸ ὑφαινόμενον ἐν τῷ στήμονι πλαγίως νῆμα.†</w:t>
      </w:r>
    </w:p>
    <w:p>
      <w:r>
        <w:rPr>
          <w:rFonts w:ascii="Courier New" w:hAnsi="Courier New"/>
          <w:color w:val="555555"/>
          <w:sz w:val="20"/>
        </w:rPr>
        <w:t>[5]</w:t>
      </w:r>
    </w:p>
    <w:p>
      <w:r>
        <w:rPr>
          <w:rFonts w:ascii="Gentium Plus" w:hAnsi="Gentium Plus"/>
          <w:sz w:val="24"/>
        </w:rPr>
        <w:t>Μινυνθάδιος. ὁ ὀλιγοχρόνιος.</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Μίδεια. πόλις. Μίλητος. πόλις. Μίλεια. πόλις οὕτω καλουμένη.</w:t>
      </w:r>
    </w:p>
    <w:p>
      <w:r>
        <w:rPr>
          <w:rFonts w:ascii="Courier New" w:hAnsi="Courier New"/>
          <w:color w:val="555555"/>
          <w:sz w:val="20"/>
        </w:rPr>
        <w:t>[10]</w:t>
      </w:r>
    </w:p>
    <w:p>
      <w:r>
        <w:rPr>
          <w:rFonts w:ascii="Gentium Plus" w:hAnsi="Gentium Plus"/>
          <w:sz w:val="24"/>
        </w:rPr>
        <w:t>Μίνθη. ἡδύοσμος καὶ καλάμινθος. [ἀγριοηδύο‐ σμος.] Μισγάγγεια. τόπος κοῖλος, εἰς ὃν καταφερό‐ μενα τὰ ὕδατα ἐκ τῶν ὀρῶν συνίστανται. Μιτυλήνη. νῆσος.</w:t>
      </w:r>
    </w:p>
    <w:p>
      <w:r>
        <w:rPr>
          <w:rFonts w:ascii="Courier New" w:hAnsi="Courier New"/>
          <w:color w:val="555555"/>
          <w:sz w:val="20"/>
        </w:rPr>
        <w:t>[15]</w:t>
      </w:r>
    </w:p>
    <w:p>
      <w:r>
        <w:rPr>
          <w:rFonts w:ascii="Gentium Plus" w:hAnsi="Gentium Plus"/>
          <w:sz w:val="24"/>
        </w:rPr>
        <w:t>Μίτρα. ἡ πολεμικὴ ζώνη ἡ διὰ μίτου ὑφαινο‐ μένη. ἐφορεῖτο δὲ ἐσώτερον τῆς λαγόνος χάριν ἀσφαλείας. ἢ χαλκῆ λεπίς. Μίαν σαββάτων. τὴν κυριακὴν καλεῖ ὁ Ἀπό‐ στολος. μίαν σαββάτων ἕκαστος ὑμῶν τιθέ‐</w:t>
      </w:r>
    </w:p>
    <w:p>
      <w:r>
        <w:rPr>
          <w:rFonts w:ascii="Courier New" w:hAnsi="Courier New"/>
          <w:color w:val="555555"/>
          <w:sz w:val="20"/>
        </w:rPr>
        <w:t>[20]</w:t>
      </w:r>
    </w:p>
    <w:p>
      <w:r>
        <w:rPr>
          <w:rFonts w:ascii="Gentium Plus" w:hAnsi="Gentium Plus"/>
          <w:sz w:val="24"/>
        </w:rPr>
        <w:t>τω θησαυρίζων παρ’ ἑαυτῷ. προτρέπει, ἐλεη‐ μοσύνην τοὺς Κορινθίους ἀπὸ τῆς ἡμέρας.</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Μίλιον. μέτρον γῆς.</w:t>
      </w:r>
    </w:p>
    <w:p>
      <w:r>
        <w:rPr>
          <w:rFonts w:ascii="Courier New" w:hAnsi="Courier New"/>
          <w:color w:val="555555"/>
          <w:sz w:val="20"/>
        </w:rPr>
        <w:t>[mu 1363]</w:t>
      </w:r>
    </w:p>
    <w:p>
      <w:r>
        <w:rPr>
          <w:rFonts w:ascii="Gentium Plus" w:hAnsi="Gentium Plus"/>
          <w:sz w:val="24"/>
        </w:rPr>
        <w:t>Μιλίγματα. δαιτὸς λείψανα, ἢ τὸ σταῖς, ᾧ κατέμασσον τὰς χεῖρας καὶ τὸ λεῖπος ἀπέψων. *Μιλιαρήσιον.* Μιμηλόν. τὸ μιμητικόν.</w:t>
      </w:r>
    </w:p>
    <w:p>
      <w:r>
        <w:rPr>
          <w:rFonts w:ascii="Courier New" w:hAnsi="Courier New"/>
          <w:color w:val="555555"/>
          <w:sz w:val="20"/>
        </w:rPr>
        <w:t>[5]</w:t>
      </w:r>
    </w:p>
    <w:p>
      <w:r>
        <w:rPr>
          <w:rFonts w:ascii="Gentium Plus" w:hAnsi="Gentium Plus"/>
          <w:sz w:val="24"/>
        </w:rPr>
        <w:t>Μιμαίκυλλον. τὸ σούρβον. Μῖσος. ἡ πρὸς τὸ ἀηδὲς ἀλλοτρίωσις. καὶ ἡ τοῦ λυποῦντος ἀποστροφή. παρὰ τὸ μὴ ἶσος εἶναι. [Μιτατώριον.]</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Μιλίζω. μετρῶ. Μίμνουσιν. ἐκδέχονται. Μένουσι. καρτεροῦσι. καὶ μίμνω παρὰ τὸ μένω. Μινύθω. ἐλαττῶ. *φθείρεται γὰρ τὸ τοιοῦ‐ τον.*</w:t>
      </w:r>
    </w:p>
    <w:p>
      <w:r>
        <w:rPr>
          <w:rFonts w:ascii="Courier New" w:hAnsi="Courier New"/>
          <w:color w:val="555555"/>
          <w:sz w:val="20"/>
        </w:rPr>
        <w:t>[15]</w:t>
      </w:r>
    </w:p>
    <w:p>
      <w:r>
        <w:rPr>
          <w:rFonts w:ascii="Gentium Plus" w:hAnsi="Gentium Plus"/>
          <w:sz w:val="24"/>
        </w:rPr>
        <w:t>Μινύρεται. ἡσυχῇ κλαίει, θρηνεῖ. [καὶ μινυ‐ ρίζω τὸ ἡσυχῇ κλαίω καὶ θρηνῶ.] ἢ ἀπὸ τοῦ μύρω, ὃ σημαίνει τὸ κλαίω, ἐξ οὗ τὸ μύρεσθαι κατὰ ἀναδιπλασιασμὸν μορμυρίζω. ἢ παρὰ τὸ μύω μυίζω, καὶ μυρίζω, καὶ κατὰ ἀναδιπλα‐</w:t>
      </w:r>
    </w:p>
    <w:p>
      <w:r>
        <w:rPr>
          <w:rFonts w:ascii="Courier New" w:hAnsi="Courier New"/>
          <w:color w:val="555555"/>
          <w:sz w:val="20"/>
        </w:rPr>
        <w:t>[20]</w:t>
      </w:r>
    </w:p>
    <w:p>
      <w:r>
        <w:rPr>
          <w:rFonts w:ascii="Gentium Plus" w:hAnsi="Gentium Plus"/>
          <w:sz w:val="24"/>
        </w:rPr>
        <w:t>σιασμὸν μυμυρίζω, καὶ τροπῇ τοῦ μ εἰς ν καὶ τοῦ υ εἰς ι μινυρίζω. Μίστυλλον. εἰς μικρὰ κατέκοπτον. παρὰ τὸ μεῖον καὶ τὸ τίλλω, τὸ κόπτω, γέγονε μίστος</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Μίγδην. ἀναμεμιγμένως. Μὶξ καὶ ἀναμίξ. Μίνυνθα. ἐπ’ ὀλίγον.</w:t>
      </w:r>
    </w:p>
    <w:p>
      <w:pPr>
        <w:jc w:val="center"/>
      </w:pPr>
      <w:r>
        <w:rPr>
          <w:rFonts w:ascii="Gentium Plus" w:hAnsi="Gentium Plus"/>
          <w:b/>
          <w:sz w:val="24"/>
        </w:rPr>
        <w:t>Τὸ Μ μετὰ τοῦ Ν.</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Μνήστωρ. ὁ γυναῖκα πρὸς γάμον μνηστευόμενος. [Μνησιστράτειος. ὁ τοῦ Μνησιστράτου οἶκος.] Μνῆσος· Μνησθείδης. ὀνόματα κύρια.</w:t>
      </w:r>
    </w:p>
    <w:p>
      <w:r>
        <w:rPr>
          <w:rFonts w:ascii="Courier New" w:hAnsi="Courier New"/>
          <w:color w:val="555555"/>
          <w:sz w:val="20"/>
        </w:rPr>
        <w:t>[10]</w:t>
      </w:r>
    </w:p>
    <w:p>
      <w:r>
        <w:rPr>
          <w:rFonts w:ascii="Gentium Plus" w:hAnsi="Gentium Plus"/>
          <w:sz w:val="24"/>
        </w:rPr>
        <w:t>Μνήμων. ὁ προεστὼς καὶ ἐπιμέλειαν ποιούμε‐ νος φόρτου, ὃν ἡμεῖς ἐπίπλουν καλοῦμεν.</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Μνημοσύνη. ὑπόμνησις, μνήμη. παρὰ τὸ μνή‐ μη μνημοσύνη. τὸ δὲ μνήμη παρὰ τὸ μένω, με‐</w:t>
      </w:r>
    </w:p>
    <w:p>
      <w:r>
        <w:rPr>
          <w:rFonts w:ascii="Courier New" w:hAnsi="Courier New"/>
          <w:color w:val="555555"/>
          <w:sz w:val="20"/>
        </w:rPr>
        <w:t>[15]</w:t>
      </w:r>
    </w:p>
    <w:p>
      <w:r>
        <w:rPr>
          <w:rFonts w:ascii="Gentium Plus" w:hAnsi="Gentium Plus"/>
          <w:sz w:val="24"/>
        </w:rPr>
        <w:t>νήνη καὶ συγκοπῇ μνήμη. Μνηστή. ἡ μνηστευθεῖσα γαμετή. —μνηστῆς ἀλόχοιο. Μνησικακία. μνήμη παρακολουθησάσης ὀξυχο‐ λίας ἐπὶ τῷ ἀνταποδοῦναι τῷ διαμαχεσαμένῳ.</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Μνία. τὰ βρύα.</w:t>
      </w:r>
    </w:p>
    <w:p>
      <w:r>
        <w:rPr>
          <w:rFonts w:ascii="Courier New" w:hAnsi="Courier New"/>
          <w:color w:val="555555"/>
          <w:sz w:val="20"/>
        </w:rPr>
        <w:t>[mu 1365]</w:t>
      </w:r>
    </w:p>
    <w:p>
      <w:r>
        <w:rPr>
          <w:rFonts w:ascii="Gentium Plus" w:hAnsi="Gentium Plus"/>
          <w:sz w:val="24"/>
        </w:rPr>
        <w:t>Μνεία δὲ, ἡ μνήμη, δίφθογγον. ἀπὸ τοῦ μένω μενία, *καὶ καθ’ ὑπερβιβασμὸν μνεΐα,* καὶ συναιρέσει μνεία.</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Μνᾶται. μνηστεύεται. Μνησάσκετο. †ἐμέμνητο.† ἐμνηστεύετο. †Μνίω. τὸ ἐσθίω.† Μνώοντο. ἐμνηστεύοντο.</w:t>
      </w:r>
    </w:p>
    <w:p>
      <w:pPr>
        <w:jc w:val="center"/>
      </w:pPr>
      <w:r>
        <w:rPr>
          <w:rFonts w:ascii="Gentium Plus" w:hAnsi="Gentium Plus"/>
          <w:b/>
          <w:sz w:val="24"/>
        </w:rPr>
        <w:t>Τὸ Μ μετὰ τοῦ Ο.</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†Μογιλάλος.† Μόγος. ταλαιπωρία. κάματος. παρὰ τὸ οἰμωγὴ μόγος. ἢ παρὰ τὸ μὴ ἐᾷν τὴν ψυχὴν γάννυ‐ σθαι. καὶ μογοστόκοι αἱ μόγον ταῖς τικτού‐</w:t>
      </w:r>
    </w:p>
    <w:p>
      <w:r>
        <w:rPr>
          <w:rFonts w:ascii="Courier New" w:hAnsi="Courier New"/>
          <w:color w:val="555555"/>
          <w:sz w:val="20"/>
        </w:rPr>
        <w:t>[15]</w:t>
      </w:r>
    </w:p>
    <w:p>
      <w:r>
        <w:rPr>
          <w:rFonts w:ascii="Gentium Plus" w:hAnsi="Gentium Plus"/>
          <w:sz w:val="24"/>
        </w:rPr>
        <w:t>σαις ποιοῦσαι. Μοδηνός. τοπικόν. †Μόθαξ. ὁ πλούσιος.† Μοθωναῖος. ἀπὸ Μοθώνης. Μόθος. μάχη, πόλεμος. παρὰ τὸν μολυσμὸν</w:t>
      </w:r>
    </w:p>
    <w:p>
      <w:r>
        <w:rPr>
          <w:rFonts w:ascii="Courier New" w:hAnsi="Courier New"/>
          <w:color w:val="555555"/>
          <w:sz w:val="20"/>
        </w:rPr>
        <w:t>[20]</w:t>
      </w:r>
    </w:p>
    <w:p>
      <w:r>
        <w:rPr>
          <w:rFonts w:ascii="Gentium Plus" w:hAnsi="Gentium Plus"/>
          <w:sz w:val="24"/>
        </w:rPr>
        <w:t>τῶν φόνων. ἢ παρὰ τὸ ὁμοῦ θεῖν τοὺς μαχο‐</w:t>
      </w:r>
    </w:p>
    <w:p>
      <w:r>
        <w:rPr>
          <w:rFonts w:ascii="Courier New" w:hAnsi="Courier New"/>
          <w:color w:val="555555"/>
          <w:sz w:val="20"/>
        </w:rPr>
        <w:t>[mu 1366]</w:t>
      </w:r>
    </w:p>
    <w:p>
      <w:r>
        <w:rPr>
          <w:rFonts w:ascii="Gentium Plus" w:hAnsi="Gentium Plus"/>
          <w:sz w:val="24"/>
        </w:rPr>
        <w:t>Μοίριχος· Μοῖρις· Μοιραγένης· Μοιροκλεύς. ὀνόματα κύρια. Μοιχός. ἐπὶ μὲν τοῦ ἀσελγοῦς δίφθογγον. παρὰ τὸ εἴκω, τὸ πρέπω, ῥηματικὸν ὄνομα οἰκὸς καὶ</w:t>
      </w:r>
    </w:p>
    <w:p>
      <w:r>
        <w:rPr>
          <w:rFonts w:ascii="Courier New" w:hAnsi="Courier New"/>
          <w:color w:val="555555"/>
          <w:sz w:val="20"/>
        </w:rPr>
        <w:t>[5]</w:t>
      </w:r>
    </w:p>
    <w:p>
      <w:r>
        <w:rPr>
          <w:rFonts w:ascii="Gentium Plus" w:hAnsi="Gentium Plus"/>
          <w:sz w:val="24"/>
        </w:rPr>
        <w:t>μετὰ τοῦ στερητικοῦ ν νοικὸς, καὶ τροπῇ τοῦ ν εἰς μ καὶ τοῦ κ εἰς χ μοιχὸς, οἱονεὶ ὁ ἐστε‐ ρημένος καὶ ἐκτὸς ὢν τοῦ εἰκότος. μυχὸς δὲ, ὁ ἐνδότατος τόπος, ψιλόν. παρὰ τὸ νὺξ, νυχὸς, καὶ μυχός.</w:t>
      </w:r>
    </w:p>
    <w:p>
      <w:r>
        <w:rPr>
          <w:rFonts w:ascii="Courier New" w:hAnsi="Courier New"/>
          <w:color w:val="555555"/>
          <w:sz w:val="20"/>
        </w:rPr>
        <w:t>[10]</w:t>
      </w:r>
    </w:p>
    <w:p>
      <w:r>
        <w:rPr>
          <w:rFonts w:ascii="Gentium Plus" w:hAnsi="Gentium Plus"/>
          <w:sz w:val="24"/>
        </w:rPr>
        <w:t>Μολόχ. ὄνομα εἰδώλου. †Μόλιβδος. παρὰ τὸ μολεῖν εἰς βάθος.† †Μολίων. ὁ μαχητής.† Μολοβρός. ὁ πτωχός. παρὰ τὸ μολεῖν εἰς βο‐ ρὰν καὶ τροφήν.</w:t>
      </w:r>
    </w:p>
    <w:p>
      <w:r>
        <w:rPr>
          <w:rFonts w:ascii="Courier New" w:hAnsi="Courier New"/>
          <w:color w:val="555555"/>
          <w:sz w:val="20"/>
        </w:rPr>
        <w:t>[15]</w:t>
      </w:r>
    </w:p>
    <w:p>
      <w:r>
        <w:rPr>
          <w:rFonts w:ascii="Gentium Plus" w:hAnsi="Gentium Plus"/>
          <w:sz w:val="24"/>
        </w:rPr>
        <w:t>Μόλιβον. μόλιβον μὲν Ὅμηρος λέγει, καὶ ἴσως Ἰακόν ἐστιν, οἱ δὲ Ἀττικοὶ μόλυβδον καὶ μο‐ λύβδινον. τὸ δὲ μολυβοῦν ἐσχάτως βάρβαρον. [Φορμίων· τρεῖς ἔφη στήσειν τρίποδας, ἔπειτ’ ἔθηκεν ἕνα μολύβδινον. Κρατῖνος·</w:t>
      </w:r>
    </w:p>
    <w:p>
      <w:r>
        <w:rPr>
          <w:rFonts w:ascii="Courier New" w:hAnsi="Courier New"/>
          <w:color w:val="555555"/>
          <w:sz w:val="20"/>
        </w:rPr>
        <w:t>[20]</w:t>
      </w:r>
    </w:p>
    <w:p>
      <w:r>
        <w:rPr>
          <w:rFonts w:ascii="Gentium Plus" w:hAnsi="Gentium Plus"/>
          <w:sz w:val="24"/>
        </w:rPr>
        <w:t>—φαίνεσθαι χρυσῆν κατ’ ἀγροὺς δ’ αὖθις αὖ μολυβδίνην.]</w:t>
      </w:r>
    </w:p>
    <w:p>
      <w:r>
        <w:rPr>
          <w:rFonts w:ascii="Courier New" w:hAnsi="Courier New"/>
          <w:color w:val="555555"/>
          <w:sz w:val="20"/>
        </w:rPr>
        <w:t>[mu 1367]</w:t>
      </w:r>
    </w:p>
    <w:p>
      <w:r>
        <w:rPr>
          <w:rFonts w:ascii="Gentium Plus" w:hAnsi="Gentium Plus"/>
          <w:sz w:val="24"/>
        </w:rPr>
        <w:t>Μολυσμός. ἀπὸ τοῦ μολύνω. οἱ δὲ ἀπὸ τοῦ μέ‐ λος. Μόνιτος· Μοναίσης. κύρια. Μοναχός. ὁ μόνῳ τῷ θεῷ ζῶν.</w:t>
      </w:r>
    </w:p>
    <w:p>
      <w:r>
        <w:rPr>
          <w:rFonts w:ascii="Courier New" w:hAnsi="Courier New"/>
          <w:color w:val="555555"/>
          <w:sz w:val="20"/>
        </w:rPr>
        <w:t>[5]</w:t>
      </w:r>
    </w:p>
    <w:p>
      <w:r>
        <w:rPr>
          <w:rFonts w:ascii="Gentium Plus" w:hAnsi="Gentium Plus"/>
          <w:sz w:val="24"/>
        </w:rPr>
        <w:t>Μονιμώτερος. βεβαιώτερος. Μονότροπος. ὁ μονολόγιστος. Μονήρης. ὁ μοναδικὸς βίος. Μοναδικούς. ἀναχωρητάς. ἢ ἁπλῶς μονάζοντας. Μονόζωνοι. μάχιμοι, ἢ εὐσταλεῖς καὶ κοῦφοι</w:t>
      </w:r>
    </w:p>
    <w:p>
      <w:r>
        <w:rPr>
          <w:rFonts w:ascii="Courier New" w:hAnsi="Courier New"/>
          <w:color w:val="555555"/>
          <w:sz w:val="20"/>
        </w:rPr>
        <w:t>[10]</w:t>
      </w:r>
    </w:p>
    <w:p>
      <w:r>
        <w:rPr>
          <w:rFonts w:ascii="Gentium Plus" w:hAnsi="Gentium Plus"/>
          <w:sz w:val="24"/>
        </w:rPr>
        <w:t>στρατιῶται. Μονόκερως. ζῶον, τὴν δύναμιν ἄμαχον καὶ ἀνυ‐ πότακτον τοῖς ἀνθρώποις. οὐ γὰρ δήσεις αὐτὸν, φησὶν, ἱμάντι, οὐδὲ κοιμηθήσεται ἐπὶ φάτνης. Μονητάριος. ὁ τὸ κέρμα ἐργαζόμενος.</w:t>
      </w:r>
    </w:p>
    <w:p>
      <w:r>
        <w:rPr>
          <w:rFonts w:ascii="Courier New" w:hAnsi="Courier New"/>
          <w:color w:val="555555"/>
          <w:sz w:val="20"/>
        </w:rPr>
        <w:t>[15]</w:t>
      </w:r>
    </w:p>
    <w:p>
      <w:r>
        <w:rPr>
          <w:rFonts w:ascii="Gentium Plus" w:hAnsi="Gentium Plus"/>
          <w:sz w:val="24"/>
        </w:rPr>
        <w:t>Μονόλωπα. μονοχίτωνα. λώπη γὰρ τὸ ἱμάτιον. Μόρος. ὁ θάνατος. παρὰ τὸ μείρω, τὸ μερίζω, γίνεται μόρος. ὡς σπείρω, σπόρος. ὁ μεμερι‐ σμένος τοῖς πᾶσι. καὶ μόρος ἡ κακοπάθεια, καὶ μορῆσαι τὸ κακοπαθῆσαι.</w:t>
      </w:r>
    </w:p>
    <w:p>
      <w:r>
        <w:rPr>
          <w:rFonts w:ascii="Courier New" w:hAnsi="Courier New"/>
          <w:color w:val="555555"/>
          <w:sz w:val="20"/>
        </w:rPr>
        <w:t>[20]</w:t>
      </w:r>
    </w:p>
    <w:p>
      <w:r>
        <w:rPr>
          <w:rFonts w:ascii="Gentium Plus" w:hAnsi="Gentium Plus"/>
          <w:sz w:val="24"/>
        </w:rPr>
        <w:t>Μορώεις. ὁ μετὰ κόπου ἐργασθεὶς τόπος.</w:t>
      </w:r>
    </w:p>
    <w:p>
      <w:r>
        <w:rPr>
          <w:rFonts w:ascii="Courier New" w:hAnsi="Courier New"/>
          <w:color w:val="555555"/>
          <w:sz w:val="20"/>
        </w:rPr>
        <w:t>[mu 1368]</w:t>
      </w:r>
    </w:p>
    <w:p>
      <w:r>
        <w:rPr>
          <w:rFonts w:ascii="Gentium Plus" w:hAnsi="Gentium Plus"/>
          <w:sz w:val="24"/>
        </w:rPr>
        <w:t>Μόσυν. ξυλίνην οἰκίαν. ἢ τὸ ξυλόκαστρον. ὁ μόσυν, καὶ κλίνεται τοῦ μόσυνος. ὡς Φόρκυν, Φόρκυνος. [παρὰ τὸ μῶ, τὸ συντιθῶ.] Μόρφνος. εἶδος ἀετοῦ. παρὰ τὴν ὄρφνην. οἷον·</w:t>
      </w:r>
    </w:p>
    <w:p>
      <w:r>
        <w:rPr>
          <w:rFonts w:ascii="Courier New" w:hAnsi="Courier New"/>
          <w:color w:val="555555"/>
          <w:sz w:val="20"/>
        </w:rPr>
        <w:t>[5]</w:t>
      </w:r>
    </w:p>
    <w:p>
      <w:r>
        <w:rPr>
          <w:rFonts w:ascii="Gentium Plus" w:hAnsi="Gentium Plus"/>
          <w:sz w:val="24"/>
        </w:rPr>
        <w:t>νύκτα δι’ ὀρφναίην. πλεονασμῷ τοῦ μ μόρφνος, ἵνα σημαίνει ὁ μέ‐ λας. ἢ παρὰ τὸν μόρον καὶ τὸ φόνος, κατὰ συγκοπὴν τῶν δύο οο μόρφνος, οἱονεὶ ὁ ἐπιφέ‐ ρων τοῖς ὄρνισι φόνον.</w:t>
      </w:r>
    </w:p>
    <w:p>
      <w:r>
        <w:rPr>
          <w:rFonts w:ascii="Courier New" w:hAnsi="Courier New"/>
          <w:color w:val="555555"/>
          <w:sz w:val="20"/>
        </w:rPr>
        <w:t>[10]</w:t>
      </w:r>
    </w:p>
    <w:p>
      <w:r>
        <w:rPr>
          <w:rFonts w:ascii="Gentium Plus" w:hAnsi="Gentium Plus"/>
          <w:sz w:val="24"/>
        </w:rPr>
        <w:t>Μοχλός. παρὰ τὸ ὁμοῦ ἔχειν τὴν κλεῖν. Μοχθηρός. πονηρὸς, ἐπίπονος. Μονογενής. οὗ ἄλλος οὐ προετάχθη, καὶ μεθ’ ὃν ἕτερος οὐ γέγονεν. Μοῦνος καὶ μόνον. τὸ μονοειδές. Ἡσίοδος·</w:t>
      </w:r>
    </w:p>
    <w:p>
      <w:r>
        <w:rPr>
          <w:rFonts w:ascii="Courier New" w:hAnsi="Courier New"/>
          <w:color w:val="555555"/>
          <w:sz w:val="20"/>
        </w:rPr>
        <w:t>[15]</w:t>
      </w:r>
    </w:p>
    <w:p>
      <w:r>
        <w:rPr>
          <w:rFonts w:ascii="Gentium Plus" w:hAnsi="Gentium Plus"/>
          <w:sz w:val="24"/>
        </w:rPr>
        <w:t>οὐκ ἄρα μοῦνον ἔην ἐρίδων γένος—.</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Μογοστόκος. ἡ ἐν τῷ τίκτειν κακοπαθοῦσα, ἢ ἡ μόγον ταῖς τικτούσαις ποιοῦσα. μογοστόκος Εἰλείθυια.</w:t>
      </w:r>
    </w:p>
    <w:p>
      <w:r>
        <w:rPr>
          <w:rFonts w:ascii="Courier New" w:hAnsi="Courier New"/>
          <w:color w:val="555555"/>
          <w:sz w:val="20"/>
        </w:rPr>
        <w:t>[20]</w:t>
      </w:r>
    </w:p>
    <w:p>
      <w:r>
        <w:rPr>
          <w:rFonts w:ascii="Gentium Plus" w:hAnsi="Gentium Plus"/>
          <w:sz w:val="24"/>
        </w:rPr>
        <w:t>Μογηράν. ἐπίπονον.</w:t>
      </w:r>
    </w:p>
    <w:p>
      <w:r>
        <w:rPr>
          <w:rFonts w:ascii="Courier New" w:hAnsi="Courier New"/>
          <w:color w:val="555555"/>
          <w:sz w:val="20"/>
        </w:rPr>
        <w:t>[mu 1369]</w:t>
      </w:r>
    </w:p>
    <w:p>
      <w:r>
        <w:rPr>
          <w:rFonts w:ascii="Gentium Plus" w:hAnsi="Gentium Plus"/>
          <w:sz w:val="24"/>
        </w:rPr>
        <w:t>Μοῖρα. ὡς ἀπὸ τοῦ σπείρω γίνεται σπορὰ, καὶ ἀπὸ τοῦ κείρω κουρὰ, οὕτω καὶ ἀπὸ τοῦ μεί‐ ρω, τὸ μερίζω, ὤφειλεν λελέχθαι μορά· ἀλλ’ ἐπειδὴ ἡ μορὰ τάγμα ἐστὶ παρὰ Λακεδαιμο‐</w:t>
      </w:r>
    </w:p>
    <w:p>
      <w:r>
        <w:rPr>
          <w:rFonts w:ascii="Courier New" w:hAnsi="Courier New"/>
          <w:color w:val="555555"/>
          <w:sz w:val="20"/>
        </w:rPr>
        <w:t>[5]</w:t>
      </w:r>
    </w:p>
    <w:p>
      <w:r>
        <w:rPr>
          <w:rFonts w:ascii="Gentium Plus" w:hAnsi="Gentium Plus"/>
          <w:sz w:val="24"/>
        </w:rPr>
        <w:t>νίοις, τούτου χάριν πρὸ ἀντιδιαστολὴν τούτου ἐβαρύνθη, καὶ ἐγένετο μόρα καὶ πλεονασμῷ τοῦ ι μοῖρα. ἡ δὲ μοῖρα σημαίνει τρία· τὸ καθῆκον, οἷον· —κατὰ μοῖραν ἔειπες.</w:t>
      </w:r>
    </w:p>
    <w:p>
      <w:r>
        <w:rPr>
          <w:rFonts w:ascii="Courier New" w:hAnsi="Courier New"/>
          <w:color w:val="555555"/>
          <w:sz w:val="20"/>
        </w:rPr>
        <w:t>[10]</w:t>
      </w:r>
    </w:p>
    <w:p>
      <w:r>
        <w:rPr>
          <w:rFonts w:ascii="Gentium Plus" w:hAnsi="Gentium Plus"/>
          <w:sz w:val="24"/>
        </w:rPr>
        <w:t>τὴν εἱμαρμένην, οἷον· μοῖραν δ’ οὔτινά φημι— καὶ τὴν μερίδα· μοίρας δασάμενοι—. †Μόρμον. τὸ μέλαν.†</w:t>
      </w:r>
    </w:p>
    <w:p>
      <w:r>
        <w:rPr>
          <w:rFonts w:ascii="Courier New" w:hAnsi="Courier New"/>
          <w:color w:val="555555"/>
          <w:sz w:val="20"/>
        </w:rPr>
        <w:t>[15]</w:t>
      </w:r>
    </w:p>
    <w:p>
      <w:r>
        <w:rPr>
          <w:rFonts w:ascii="Gentium Plus" w:hAnsi="Gentium Plus"/>
          <w:sz w:val="24"/>
        </w:rPr>
        <w:t>†Μόρμος. εἶδος ἀετοῦ.† †Μουσική. γνῶσις ποσοῦ θιωρισμένου σχέσιν ἔχοντα ἑτέρου πρὸς ἕτερον.† Μολυβδαίνη. τὸ ἄγκιστρον παρ’ Ὁμήρῳ. καὶ μολυβδίνη.</w:t>
      </w:r>
    </w:p>
    <w:p>
      <w:r>
        <w:rPr>
          <w:rFonts w:ascii="Courier New" w:hAnsi="Courier New"/>
          <w:color w:val="555555"/>
          <w:sz w:val="20"/>
        </w:rPr>
        <w:t>[20]</w:t>
      </w:r>
    </w:p>
    <w:p>
      <w:r>
        <w:rPr>
          <w:rFonts w:ascii="Gentium Plus" w:hAnsi="Gentium Plus"/>
          <w:sz w:val="24"/>
        </w:rPr>
        <w:t>Μολπή. ὕμνος, ᾠδή. καὶ τὸ παίγνιον. Μομφή. ἡ μέμψις. Μονάς. ἀρχὴ ἀριθμοῦ, κατὰ πόσον ἀδιαίρετον. Μονοειδής. οἷον μονοειδὴς οὐσία· ἡ ἐν μόνῳ τῷ εἴδει καὶ οὐκ ἐν μετασχηματισμῷ ὁρωμένη οὐ‐</w:t>
      </w:r>
    </w:p>
    <w:p>
      <w:r>
        <w:rPr>
          <w:rFonts w:ascii="Courier New" w:hAnsi="Courier New"/>
          <w:color w:val="555555"/>
          <w:sz w:val="20"/>
        </w:rPr>
        <w:t>[25]</w:t>
      </w:r>
    </w:p>
    <w:p>
      <w:r>
        <w:rPr>
          <w:rFonts w:ascii="Gentium Plus" w:hAnsi="Gentium Plus"/>
          <w:sz w:val="24"/>
        </w:rPr>
        <w:t>σία· ἢ ἡ μονοτρόπως ὁραθῆναι δυναμένη· ἢ ἡ πάσης τροπῆς καὶ μετασχηματισμοῦ οὐσία χω‐</w:t>
      </w:r>
    </w:p>
    <w:p>
      <w:r>
        <w:rPr>
          <w:rFonts w:ascii="Courier New" w:hAnsi="Courier New"/>
          <w:color w:val="555555"/>
          <w:sz w:val="20"/>
        </w:rPr>
        <w:t>[mu 1370]</w:t>
      </w:r>
    </w:p>
    <w:p>
      <w:r>
        <w:rPr>
          <w:rFonts w:ascii="Gentium Plus" w:hAnsi="Gentium Plus"/>
          <w:sz w:val="24"/>
        </w:rPr>
        <w:t>Μορία. ἡ ἀγριελαία. οἱ μὲν πᾶσαν ἐλαίαν οὕτω καλοῦσιν, οἱ δὲ τὰς ἱερὰς τῷ θεῷ. ἐκλήθη δὲ μορία, οἱ μὲν, ὅτι δημοσίαν μοῖραν ἐκ τῶν καρ‐ πῶν ἐλάμβανον. Ζήνων δὲ ὁ Μύνδιος, ὅτι τὸ</w:t>
      </w:r>
    </w:p>
    <w:p>
      <w:r>
        <w:rPr>
          <w:rFonts w:ascii="Courier New" w:hAnsi="Courier New"/>
          <w:color w:val="555555"/>
          <w:sz w:val="20"/>
        </w:rPr>
        <w:t>[5]</w:t>
      </w:r>
    </w:p>
    <w:p>
      <w:r>
        <w:rPr>
          <w:rFonts w:ascii="Gentium Plus" w:hAnsi="Gentium Plus"/>
          <w:sz w:val="24"/>
        </w:rPr>
        <w:t>βρύον τῶν ἐλαιῶν ἐκαλεῖτο μόρον, ἔνθεν αἱ ἀνθοῦσαι ἐλαῖαι μόραι ἐλέγοντο. Μορφή. τὸ καθ’ ἑαυτὸ ὂν κοινωνίας ἑτέρου εἰς τὸ εἶναι μὴ δεόμενον. παρὰ τὸ μείρω, μερίζω, μορὴ καὶ μορφὴ, πλεονασμῷ τοῦ φ. [μορφὴ,</w:t>
      </w:r>
    </w:p>
    <w:p>
      <w:r>
        <w:rPr>
          <w:rFonts w:ascii="Courier New" w:hAnsi="Courier New"/>
          <w:color w:val="555555"/>
          <w:sz w:val="20"/>
        </w:rPr>
        <w:t>[10]</w:t>
      </w:r>
    </w:p>
    <w:p>
      <w:r>
        <w:rPr>
          <w:rFonts w:ascii="Gentium Plus" w:hAnsi="Gentium Plus"/>
          <w:sz w:val="24"/>
        </w:rPr>
        <w:t>ἡ κατὰ διάνοιαν θεωρία θεωρουμένη καὶ ἑτέρου πρὸς τὴν αὐτῆς ἀνενδεῶς ἔχουσα. μορφὴ ἔν τισι λαμβάνεται τὸ ὁρώμενον τοῦτο τοῦ σώμα‐ τος εἶδος. κυρίως δὲ μορφὴ ἡ οὐσία ἐλήφθη ἐπὶ τῶν πατέρων· καὶ μὴν καὶ ὑπὸ τοῦ Ἀπο‐</w:t>
      </w:r>
    </w:p>
    <w:p>
      <w:r>
        <w:rPr>
          <w:rFonts w:ascii="Courier New" w:hAnsi="Courier New"/>
          <w:color w:val="555555"/>
          <w:sz w:val="20"/>
        </w:rPr>
        <w:t>[15]</w:t>
      </w:r>
    </w:p>
    <w:p>
      <w:r>
        <w:rPr>
          <w:rFonts w:ascii="Gentium Plus" w:hAnsi="Gentium Plus"/>
          <w:sz w:val="24"/>
        </w:rPr>
        <w:t>στόλου· ὃς ἐν μορφῇ θεοῦ ὑπάρχων, ὅ ἐστιν ἐν τῇ οὐσίᾳ γιγνωσκόμενος. ἀθέμιτον γὰρ καὶ ἀσεβὲς ἐπὶ τοῦ θεοῦ τοῦ ἀοράτου τὴν μορφὴν εἶδος εἰπεῖν. μορφὴ δὲ δούλου ἐστὶν κτιστοῦ ἀν‐ θρώπου οὐσία. τὸ χαρακτηρίζον τὴν εἰκόνα τοῦ</w:t>
      </w:r>
    </w:p>
    <w:p>
      <w:r>
        <w:rPr>
          <w:rFonts w:ascii="Courier New" w:hAnsi="Courier New"/>
          <w:color w:val="555555"/>
          <w:sz w:val="20"/>
        </w:rPr>
        <w:t>[20]</w:t>
      </w:r>
    </w:p>
    <w:p>
      <w:r>
        <w:rPr>
          <w:rFonts w:ascii="Gentium Plus" w:hAnsi="Gentium Plus"/>
          <w:sz w:val="24"/>
        </w:rPr>
        <w:t>Ἀδάμ. μορφὴ εἴρηται ὡς τῶν μορίων ὑφὴ ἤτοι οὐσία· μόρια δὲ μορφῆς αἱ ὑποστάσεις αὐτῆς λέγονται ἤτοι τὰ μέρη.] Μόρφωσις. σχηματισμός. †Μόσυς. πύργος.†</w:t>
      </w:r>
    </w:p>
    <w:p>
      <w:r>
        <w:rPr>
          <w:rFonts w:ascii="Courier New" w:hAnsi="Courier New"/>
          <w:color w:val="555555"/>
          <w:sz w:val="20"/>
        </w:rPr>
        <w:t>[25]</w:t>
      </w:r>
    </w:p>
    <w:p>
      <w:r>
        <w:rPr>
          <w:rFonts w:ascii="Gentium Plus" w:hAnsi="Gentium Plus"/>
          <w:sz w:val="24"/>
        </w:rPr>
        <w:t>Μότωσις. τὸ μοτάριον. Μοχθηράν. ἐπίπονον· κακοπαθητικήν. ἀπὸ τοῦ</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Μοιχάγρια. τὰ ἀντὶ μοιχείας ἀγρεύματα, ἐπὶ τῷ ληφθῆναι μοιχὸν ἀποτιννύμενα. οἱονεὶ ἡ τοῦ μοιχοῦ μοῖρα ἀγρευομένη.</w:t>
      </w:r>
    </w:p>
    <w:p>
      <w:r>
        <w:rPr>
          <w:rFonts w:ascii="Courier New" w:hAnsi="Courier New"/>
          <w:color w:val="555555"/>
          <w:sz w:val="20"/>
        </w:rPr>
        <w:t>[5]</w:t>
      </w:r>
    </w:p>
    <w:p>
      <w:r>
        <w:rPr>
          <w:rFonts w:ascii="Gentium Plus" w:hAnsi="Gentium Plus"/>
          <w:sz w:val="24"/>
        </w:rPr>
        <w:t>†Μολερόν. βραδύ.† Μολούχιον. κόσμος γυναικεῖος. Μονογενές. τὸ μὴ πρὸ αὐτοῦ μήτε μετ’ αὐτοῦ ἔχον τι γεγεννημένον. Μόρια. τὰ σώματος μέλη. καὶ μόριον ἐπὶ τοῦ</w:t>
      </w:r>
    </w:p>
    <w:p>
      <w:r>
        <w:rPr>
          <w:rFonts w:ascii="Courier New" w:hAnsi="Courier New"/>
          <w:color w:val="555555"/>
          <w:sz w:val="20"/>
        </w:rPr>
        <w:t>[10]</w:t>
      </w:r>
    </w:p>
    <w:p>
      <w:r>
        <w:rPr>
          <w:rFonts w:ascii="Gentium Plus" w:hAnsi="Gentium Plus"/>
          <w:sz w:val="24"/>
        </w:rPr>
        <w:t>αἰδοίου κατ’ ἐξοχὴν τῶν ἄλλων μορίων τοῦ σώ‐ ματος. παρὰ τὸ μείρω, τὸ μερίζω, ὅτι καὶ μέ‐ ρος. ἐγὼ δέ φημι παρὰ τὸ μὴ ὁρᾶσθαι διὰ τὴν αἰδῶ, ἀλλὰ κρυφῆ κατέχειν. Μορμολύκειον. φόβητρον. ἢ τὸ τῶν τραγῳδῶν</w:t>
      </w:r>
    </w:p>
    <w:p>
      <w:r>
        <w:rPr>
          <w:rFonts w:ascii="Courier New" w:hAnsi="Courier New"/>
          <w:color w:val="555555"/>
          <w:sz w:val="20"/>
        </w:rPr>
        <w:t>[15]</w:t>
      </w:r>
    </w:p>
    <w:p>
      <w:r>
        <w:rPr>
          <w:rFonts w:ascii="Gentium Plus" w:hAnsi="Gentium Plus"/>
          <w:sz w:val="24"/>
        </w:rPr>
        <w:t>προσωπεῖον ἢ προσποιούμενον ἐπίφοβον ἐπὶ τέρ‐ ψει τῶν θεατῶν, *Μονοτονίας. ἀναισχυντίας. ἢ αὐτογνωμοσύ‐ νης.* Μόρσιμον. εἱμαρμένον, πεπρωμένον, μεμοιρα‐</w:t>
      </w:r>
    </w:p>
    <w:p>
      <w:r>
        <w:rPr>
          <w:rFonts w:ascii="Courier New" w:hAnsi="Courier New"/>
          <w:color w:val="555555"/>
          <w:sz w:val="20"/>
        </w:rPr>
        <w:t>[20]</w:t>
      </w:r>
    </w:p>
    <w:p>
      <w:r>
        <w:rPr>
          <w:rFonts w:ascii="Gentium Plus" w:hAnsi="Gentium Plus"/>
          <w:sz w:val="24"/>
        </w:rPr>
        <w:t>μένον. παρὰ τὴν μοῖραν μοίραμον, [συγκοπῇ] καὶ πλεονασμῷ τοῦ ς μόρσιμον. Μόρα. τὰ συκάμινα.</w:t>
      </w:r>
    </w:p>
    <w:p>
      <w:r>
        <w:rPr>
          <w:rFonts w:ascii="Courier New" w:hAnsi="Courier New"/>
          <w:color w:val="555555"/>
          <w:sz w:val="20"/>
        </w:rPr>
        <w:t>[mu 1372]</w:t>
      </w:r>
    </w:p>
    <w:p>
      <w:r>
        <w:rPr>
          <w:rFonts w:ascii="Gentium Plus" w:hAnsi="Gentium Plus"/>
          <w:sz w:val="24"/>
        </w:rPr>
        <w:t>Μόσχειον. κρέας. †Μοτόν. τὸ αἰδοῖον.† Μουσεῖον. σχολεῖον. ἀπὸ τοῦ μοῦσα, ὅ ἐστιν ὁ λόγος.</w:t>
      </w:r>
    </w:p>
    <w:p>
      <w:r>
        <w:rPr>
          <w:rFonts w:ascii="Courier New" w:hAnsi="Courier New"/>
          <w:color w:val="555555"/>
          <w:sz w:val="20"/>
        </w:rPr>
        <w:t>[5]</w:t>
      </w:r>
    </w:p>
    <w:p>
      <w:r>
        <w:rPr>
          <w:rFonts w:ascii="Gentium Plus" w:hAnsi="Gentium Plus"/>
          <w:sz w:val="24"/>
        </w:rPr>
        <w:t>†Μουσίον. τὸ τῶν ψηφίδων ποίημα.† Μούσειον. στόλισμα. Μοχλία. οἱ μοχλοί. μοχλεία δὲ ἡ μόχλευσις, δίφθογγον. Μονοούσιον. τὸ μὴ ἔχον ἕτερόν τι τῆς αὐτοῦ οὐ‐</w:t>
      </w:r>
    </w:p>
    <w:p>
      <w:r>
        <w:rPr>
          <w:rFonts w:ascii="Courier New" w:hAnsi="Courier New"/>
          <w:color w:val="555555"/>
          <w:sz w:val="20"/>
        </w:rPr>
        <w:t>[10]</w:t>
      </w:r>
    </w:p>
    <w:p>
      <w:r>
        <w:rPr>
          <w:rFonts w:ascii="Gentium Plus" w:hAnsi="Gentium Plus"/>
          <w:sz w:val="24"/>
        </w:rPr>
        <w:t>σίας ὅμοιον. οἷον ἥλιος, οὐρανὸς, σελήνη καὶ τὰ ὅμοια. Μόρφωμα. τὸ ἐπίπλαστον, εἰκόνα καὶ σχῆμα ἔχον ἀληθείας, οὐκ ὂν δέ. καὶ ὁ Ἀπόστο‐ λος· ἔχοντα τὴν μόρφωσιν τῆς γνώσεως καὶ</w:t>
      </w:r>
    </w:p>
    <w:p>
      <w:r>
        <w:rPr>
          <w:rFonts w:ascii="Courier New" w:hAnsi="Courier New"/>
          <w:color w:val="555555"/>
          <w:sz w:val="20"/>
        </w:rPr>
        <w:t>[15]</w:t>
      </w:r>
    </w:p>
    <w:p>
      <w:r>
        <w:rPr>
          <w:rFonts w:ascii="Gentium Plus" w:hAnsi="Gentium Plus"/>
          <w:sz w:val="24"/>
        </w:rPr>
        <w:t>τῆς ἀληθείας ἐν τῷ νόμῳ.</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Μογῆσαι. κακοπαθῆσαι. παρὰ τὸ μὴ ἐᾷν γάν‐ νυσθαι. Μολῶ. πορεύομαι, παραγίνομαι.</w:t>
      </w:r>
    </w:p>
    <w:p>
      <w:r>
        <w:rPr>
          <w:rFonts w:ascii="Courier New" w:hAnsi="Courier New"/>
          <w:color w:val="555555"/>
          <w:sz w:val="20"/>
        </w:rPr>
        <w:t>[20]</w:t>
      </w:r>
    </w:p>
    <w:p>
      <w:r>
        <w:rPr>
          <w:rFonts w:ascii="Gentium Plus" w:hAnsi="Gentium Plus"/>
          <w:sz w:val="24"/>
        </w:rPr>
        <w:t>Μολύνω. παρὰ τὸ μῶλος, ὃ σημαίνει τὴν συμ‐ βολὴν τοῦ πολέμου, κατὰ τροπὴν τοῦ ω εἰς ο. οἱ δὲ ἀπὸ τοῦ ὀλλύω, ὀλλύνω, καὶ πλεονασμῷ</w:t>
      </w:r>
    </w:p>
    <w:p>
      <w:r>
        <w:rPr>
          <w:rFonts w:ascii="Courier New" w:hAnsi="Courier New"/>
          <w:color w:val="555555"/>
          <w:sz w:val="20"/>
        </w:rPr>
        <w:t>[mu 1373]</w:t>
      </w:r>
    </w:p>
    <w:p>
      <w:r>
        <w:rPr>
          <w:rFonts w:ascii="Gentium Plus" w:hAnsi="Gentium Plus"/>
          <w:sz w:val="24"/>
        </w:rPr>
        <w:t>Μονηφορῶ. ἓν φορῶ. μονειμοφορῶ δὲ δίφθογ‐ γον. ἀπὸ τοῦ μόνον καὶ τοῦ εἷμα, τὸ ἱμάτιον. Μονωδῶ. θρηνῶ. Μορμύρων. τρέχων, ταράσσων. κυρίως δὲ ἐπὶ</w:t>
      </w:r>
    </w:p>
    <w:p>
      <w:r>
        <w:rPr>
          <w:rFonts w:ascii="Courier New" w:hAnsi="Courier New"/>
          <w:color w:val="555555"/>
          <w:sz w:val="20"/>
        </w:rPr>
        <w:t>[5]</w:t>
      </w:r>
    </w:p>
    <w:p>
      <w:r>
        <w:rPr>
          <w:rFonts w:ascii="Gentium Plus" w:hAnsi="Gentium Plus"/>
          <w:sz w:val="24"/>
        </w:rPr>
        <w:t>ποταμοῦ λέγεται ῥεῦμα ἔχοντος. ὠνοματοπε‐ ποίηται ἡ λέξις ἀπὸ τοῦ ψόφου τοῦ ἐν τοῖς ὕδασι γινομένου. Μορμολύττει. ἐκφοβεῖ. τοὺς παῖδας πάνυ τι μορμολύττοντες.</w:t>
      </w:r>
    </w:p>
    <w:p>
      <w:r>
        <w:rPr>
          <w:rFonts w:ascii="Courier New" w:hAnsi="Courier New"/>
          <w:color w:val="555555"/>
          <w:sz w:val="20"/>
        </w:rPr>
        <w:t>[10]</w:t>
      </w:r>
    </w:p>
    <w:p>
      <w:r>
        <w:rPr>
          <w:rFonts w:ascii="Gentium Plus" w:hAnsi="Gentium Plus"/>
          <w:sz w:val="24"/>
        </w:rPr>
        <w:t>Μουσηγετῶν. κιθαρίζων. Μοχθεῖ. ταλαιπωρεῖ, κακοπαθεῖ.</w:t>
      </w:r>
    </w:p>
    <w:p>
      <w:pPr>
        <w:jc w:val="center"/>
      </w:pPr>
      <w:r>
        <w:rPr>
          <w:rFonts w:ascii="Gentium Plus" w:hAnsi="Gentium Plus"/>
          <w:b/>
          <w:sz w:val="24"/>
        </w:rPr>
        <w:t>(Ἐπίῤῥημα.)</w:t>
      </w:r>
    </w:p>
    <w:p>
      <w:r>
        <w:rPr>
          <w:rFonts w:ascii="Courier New" w:hAnsi="Courier New"/>
          <w:color w:val="555555"/>
          <w:sz w:val="20"/>
        </w:rPr>
        <w:t>[13]</w:t>
      </w:r>
    </w:p>
    <w:p>
      <w:r>
        <w:rPr>
          <w:rFonts w:ascii="Gentium Plus" w:hAnsi="Gentium Plus"/>
          <w:sz w:val="24"/>
        </w:rPr>
        <w:t>Μόγις. ἀντὶ τοῦ μόλις. παρὰ τὸν μόγον. Μόλις. βραδέως.</w:t>
      </w:r>
    </w:p>
    <w:p>
      <w:r>
        <w:rPr>
          <w:rFonts w:ascii="Courier New" w:hAnsi="Courier New"/>
          <w:color w:val="555555"/>
          <w:sz w:val="20"/>
        </w:rPr>
        <w:t>[15]</w:t>
      </w:r>
    </w:p>
    <w:p>
      <w:r>
        <w:rPr>
          <w:rFonts w:ascii="Gentium Plus" w:hAnsi="Gentium Plus"/>
          <w:sz w:val="24"/>
        </w:rPr>
        <w:t>†Μολεύειν. τὸ ἀφανίζειν.† Μονονουχί. σχεδόν· εὐθέως· ἐγγὺς ἢ τῷ ὄντι. Μονωτί. κρύφα.</w:t>
      </w:r>
    </w:p>
    <w:p>
      <w:pPr>
        <w:jc w:val="center"/>
      </w:pPr>
      <w:r>
        <w:rPr>
          <w:rFonts w:ascii="Gentium Plus" w:hAnsi="Gentium Plus"/>
          <w:b/>
          <w:sz w:val="24"/>
        </w:rPr>
        <w:t>Τὸ Μ μετὰ τοῦ Υ.</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Μυδαλέος. σεσημμένος, δίυγρος. ὀζώδης. ἀπὸ τοῦ μύω, ἢ ἀπὸ τοῦ μύζειν καὶ ἐκθλίβειν τὸ</w:t>
      </w:r>
    </w:p>
    <w:p>
      <w:r>
        <w:rPr>
          <w:rFonts w:ascii="Courier New" w:hAnsi="Courier New"/>
          <w:color w:val="555555"/>
          <w:sz w:val="20"/>
        </w:rPr>
        <w:t>[mu 1374]</w:t>
      </w:r>
    </w:p>
    <w:p>
      <w:r>
        <w:rPr>
          <w:rFonts w:ascii="Gentium Plus" w:hAnsi="Gentium Plus"/>
          <w:sz w:val="24"/>
        </w:rPr>
        <w:t>τὸ μυδῶ καὶ μυδόω. καὶ μυδόωσα ἡ διυγραινο‐ μένη. —μυδόωσα δ’ ὑπὸ χροὸς ἔῤῥεε λάχνη. ἀπὸ τοῦ ὕδωρ, ὑδῶ, ὑδώσω, πλεονασμῷ τοῦ μ</w:t>
      </w:r>
    </w:p>
    <w:p>
      <w:r>
        <w:rPr>
          <w:rFonts w:ascii="Courier New" w:hAnsi="Courier New"/>
          <w:color w:val="555555"/>
          <w:sz w:val="20"/>
        </w:rPr>
        <w:t>[5]</w:t>
      </w:r>
    </w:p>
    <w:p>
      <w:r>
        <w:rPr>
          <w:rFonts w:ascii="Gentium Plus" w:hAnsi="Gentium Plus"/>
          <w:sz w:val="24"/>
        </w:rPr>
        <w:t>μυδόω, μυδῶ, μυδόωσα, καὶ μυδᾷν. ἔστι δευτέ‐ ρας συζυγίας τῶν περισπωμένων. σημαίνει δὲ τὸ οἰδαίνειν, καὶ ὀγκοῦσθαι, καὶ φυσᾶσθαι· οἰ‐ δαίνουσι γὰρ οἱ τάφοι κατὰ τὰ ἔνδον. Μῦθος. ψευδὴς λόγος.</w:t>
      </w:r>
    </w:p>
    <w:p>
      <w:r>
        <w:rPr>
          <w:rFonts w:ascii="Courier New" w:hAnsi="Courier New"/>
          <w:color w:val="555555"/>
          <w:sz w:val="20"/>
        </w:rPr>
        <w:t>[10]</w:t>
      </w:r>
    </w:p>
    <w:p>
      <w:r>
        <w:rPr>
          <w:rFonts w:ascii="Gentium Plus" w:hAnsi="Gentium Plus"/>
          <w:sz w:val="24"/>
        </w:rPr>
        <w:t>Μύκλος. ὁ τράχηλος, ἢ ἡ ἐν τῷ τραχήλῳ τῶν ὄνων ὑποδίπλωσις. μύκλοι λέγονται καὶ οἱ κα‐ τωφερεῖς εἰς γυναῖκας. εἴρηται δὲ ἀπὸ ἑνὸς Μύ‐ κλου αὐλητοῦ, ὃς ἐκωμῳδήθη ἐπὶ μαχλότητι. Μυκτηρισμός. παρασχηματισμὸς τῆς ῥινὸς εἰς</w:t>
      </w:r>
    </w:p>
    <w:p>
      <w:r>
        <w:rPr>
          <w:rFonts w:ascii="Courier New" w:hAnsi="Courier New"/>
          <w:color w:val="555555"/>
          <w:sz w:val="20"/>
        </w:rPr>
        <w:t>[15]</w:t>
      </w:r>
    </w:p>
    <w:p>
      <w:r>
        <w:rPr>
          <w:rFonts w:ascii="Gentium Plus" w:hAnsi="Gentium Plus"/>
          <w:sz w:val="24"/>
        </w:rPr>
        <w:t>ὕβριν τινὸς γινόμενος. †Μύλαξ. ὁ λίθος.† †Μυλασέων. ἐθνικόν.† Μυλωθροί. ἐθνικόν. Μυλάκεσι. μυλοειδέσι λίθοις.</w:t>
      </w:r>
    </w:p>
    <w:p>
      <w:r>
        <w:rPr>
          <w:rFonts w:ascii="Courier New" w:hAnsi="Courier New"/>
          <w:color w:val="555555"/>
          <w:sz w:val="20"/>
        </w:rPr>
        <w:t>[20]</w:t>
      </w:r>
    </w:p>
    <w:p>
      <w:r>
        <w:rPr>
          <w:rFonts w:ascii="Gentium Plus" w:hAnsi="Gentium Plus"/>
          <w:sz w:val="24"/>
        </w:rPr>
        <w:t>Μυρμιδόνες. ἐθνικόν. Μυρονήτης. ἀπὸ πόλεως Μυρονήτου. [καὶ μύρ‐ τος ὁ καρπὸς τῆς μυρσίνης.]</w:t>
      </w:r>
    </w:p>
    <w:p>
      <w:r>
        <w:rPr>
          <w:rFonts w:ascii="Courier New" w:hAnsi="Courier New"/>
          <w:color w:val="555555"/>
          <w:sz w:val="20"/>
        </w:rPr>
        <w:t>[mu 1375]</w:t>
      </w:r>
    </w:p>
    <w:p>
      <w:r>
        <w:rPr>
          <w:rFonts w:ascii="Gentium Plus" w:hAnsi="Gentium Plus"/>
          <w:sz w:val="24"/>
        </w:rPr>
        <w:t>Μύρσος. πλεκτὸν ἀγγεῖον ἐξ ἄγνου, ὅ ἐστι λύ‐ γου, πλακείς. Μύρσον ἐς ὠτώεντα—. Μυρινίτης. ὁ ἐκ τῆς μυρίνης. τινὲς τὸ μυῤῥίνη</w:t>
      </w:r>
    </w:p>
    <w:p>
      <w:r>
        <w:rPr>
          <w:rFonts w:ascii="Courier New" w:hAnsi="Courier New"/>
          <w:color w:val="555555"/>
          <w:sz w:val="20"/>
        </w:rPr>
        <w:t>[5]</w:t>
      </w:r>
    </w:p>
    <w:p>
      <w:r>
        <w:rPr>
          <w:rFonts w:ascii="Gentium Plus" w:hAnsi="Gentium Plus"/>
          <w:sz w:val="24"/>
        </w:rPr>
        <w:t>διὰ δύο ρρ γράφουσι. Μύστης. ὁ τῶν μυστηρίων ἐξηγητής. Μυσταγωγός. διδάσκαλος. Μύσκελος. ὁ στραβόπους. Μῦς. ὁ ποντικός. καὶ κλίνεται μυός.</w:t>
      </w:r>
    </w:p>
    <w:p>
      <w:r>
        <w:rPr>
          <w:rFonts w:ascii="Courier New" w:hAnsi="Courier New"/>
          <w:color w:val="555555"/>
          <w:sz w:val="20"/>
        </w:rPr>
        <w:t>[10]</w:t>
      </w:r>
    </w:p>
    <w:p>
      <w:r>
        <w:rPr>
          <w:rFonts w:ascii="Gentium Plus" w:hAnsi="Gentium Plus"/>
          <w:sz w:val="24"/>
        </w:rPr>
        <w:t>Μυχός. ὁ ἐνδότερος τόπος.</w:t>
      </w:r>
    </w:p>
    <w:p>
      <w:r>
        <w:rPr>
          <w:rFonts w:ascii="Courier New" w:hAnsi="Courier New"/>
          <w:color w:val="555555"/>
          <w:sz w:val="20"/>
        </w:rPr>
        <w:t>[mu 1376]</w:t>
      </w:r>
    </w:p>
    <w:p>
      <w:r>
        <w:rPr>
          <w:rFonts w:ascii="Gentium Plus" w:hAnsi="Gentium Plus"/>
          <w:sz w:val="24"/>
        </w:rPr>
        <w:t>Μυττωτός. ὑπότριμμα. τοῦ Ψελλοῦ· ὁ μυτ‐ τωτὸς ὑπότριμμα ἐκ τυροῦ καὶ σκορόδων. Μύρμηξ. παρὰ τὸ μερμερίζω, τὸ φροντίζω, ὁ μέλλων μερμερίξω, ἀποβολῇ τοῦ ω μερμέρηξ,</w:t>
      </w:r>
    </w:p>
    <w:p>
      <w:r>
        <w:rPr>
          <w:rFonts w:ascii="Courier New" w:hAnsi="Courier New"/>
          <w:color w:val="555555"/>
          <w:sz w:val="20"/>
        </w:rPr>
        <w:t>[5]</w:t>
      </w:r>
    </w:p>
    <w:p>
      <w:r>
        <w:rPr>
          <w:rFonts w:ascii="Gentium Plus" w:hAnsi="Gentium Plus"/>
          <w:sz w:val="24"/>
        </w:rPr>
        <w:t>καὶ ἐν συγκοπῇ μέρμηξ, [καὶ τροπῇ τοῦ ε εἰς υ μύρμηξ.]</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Μύησις. ἡ μάθησις, καθήγησις, ἐπιστήμη, γνῶσις, μυσταγωγία ἢ τὸ μυστήριον. παρὰ τὸ μεμυκέναι.</w:t>
      </w:r>
    </w:p>
    <w:p>
      <w:r>
        <w:rPr>
          <w:rFonts w:ascii="Courier New" w:hAnsi="Courier New"/>
          <w:color w:val="555555"/>
          <w:sz w:val="20"/>
        </w:rPr>
        <w:t>[10]</w:t>
      </w:r>
    </w:p>
    <w:p>
      <w:r>
        <w:rPr>
          <w:rFonts w:ascii="Gentium Plus" w:hAnsi="Gentium Plus"/>
          <w:sz w:val="24"/>
        </w:rPr>
        <w:t>Μυκαλησσός· Μυκήνη. ὀνόματα πόλεων. Μύκη. ἡ θήκη τοῦ ξίφους. παρὰ τὸ μύω, τὸ</w:t>
      </w:r>
    </w:p>
    <w:p>
      <w:r>
        <w:rPr>
          <w:rFonts w:ascii="Courier New" w:hAnsi="Courier New"/>
          <w:color w:val="555555"/>
          <w:sz w:val="20"/>
        </w:rPr>
        <w:t>[mu 1377]</w:t>
      </w:r>
    </w:p>
    <w:p>
      <w:r>
        <w:rPr>
          <w:rFonts w:ascii="Gentium Plus" w:hAnsi="Gentium Plus"/>
          <w:sz w:val="24"/>
        </w:rPr>
        <w:t>Μύλαι. αἱ σιαγόνες. Μυλία. λίθος. Μύνη. ἡ πρόφασις. ἐπιμονῆς γὰρ χρεία τῷ προ‐ φασιζομένῳ εἰς τὸ ψεύδεσθαι καὶ μὴ εἰπεῖν</w:t>
      </w:r>
    </w:p>
    <w:p>
      <w:r>
        <w:rPr>
          <w:rFonts w:ascii="Courier New" w:hAnsi="Courier New"/>
          <w:color w:val="555555"/>
          <w:sz w:val="20"/>
        </w:rPr>
        <w:t>[5]</w:t>
      </w:r>
    </w:p>
    <w:p>
      <w:r>
        <w:rPr>
          <w:rFonts w:ascii="Gentium Plus" w:hAnsi="Gentium Plus"/>
          <w:sz w:val="24"/>
        </w:rPr>
        <w:t>τὸ ἀληθές· ὥστε ἀπὸ τοῦ μονὴ, ὡς γονὴ, γυνή. καὶ μυνάμενος ἀντὶ τοῦ προφασιζόμε‐ νος. παρὰ τὸ μεμυκέναι τῷ στόματι. Μυρίκη. βοτάνη ἄχρηστος, κυπαρισσοειδὴς, πα‐ ραπεφυκυῖα ἐν ποταμοῖς.</w:t>
      </w:r>
    </w:p>
    <w:p>
      <w:r>
        <w:rPr>
          <w:rFonts w:ascii="Courier New" w:hAnsi="Courier New"/>
          <w:color w:val="555555"/>
          <w:sz w:val="20"/>
        </w:rPr>
        <w:t>[10]</w:t>
      </w:r>
    </w:p>
    <w:p>
      <w:r>
        <w:rPr>
          <w:rFonts w:ascii="Gentium Plus" w:hAnsi="Gentium Plus"/>
          <w:sz w:val="24"/>
        </w:rPr>
        <w:t>Μύραινα. ὄνομα ἰχθύος. Μυῤῥίνη. χώρα. Μυόνησος· Μυοῦς, Μυοῦντος. ὀνόματα πόλεων. Μύτις. μέρος τοῦ σώματος. καὶ κλίνεται μύτεως. Μυγή. γέροντος ἀδυναμία.</w:t>
      </w:r>
    </w:p>
    <w:p>
      <w:r>
        <w:rPr>
          <w:rFonts w:ascii="Courier New" w:hAnsi="Courier New"/>
          <w:color w:val="555555"/>
          <w:sz w:val="20"/>
        </w:rPr>
        <w:t>[15]</w:t>
      </w:r>
    </w:p>
    <w:p>
      <w:r>
        <w:rPr>
          <w:rFonts w:ascii="Gentium Plus" w:hAnsi="Gentium Plus"/>
          <w:sz w:val="24"/>
        </w:rPr>
        <w:t>Μυωξία. ὁ τῶν ποντικῶν φωλεός. Μυσταγωγία. μυστηρίων ἀγωγὴ, διδασκαλία καὶ μετουσία, ἢ μυήσεως ἀγωγὴ καὶ μετάληψις, δη‐ λαδὴ θείας. Μυσία. περὶ τὴν Ἄβυδόν ἐστιν ἡ Μυσία.</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Μῦ. τὸ στοιχεῖον, ὅτι μυγμόν τινα ἔχει ἡ τού‐ του ἐκφώνησις. μυγμὸς δέ ἐστιν ὁ τοῦ μῦ</w:t>
      </w:r>
    </w:p>
    <w:p>
      <w:r>
        <w:rPr>
          <w:rFonts w:ascii="Courier New" w:hAnsi="Courier New"/>
          <w:color w:val="555555"/>
          <w:sz w:val="20"/>
        </w:rPr>
        <w:t>[mu 1378]</w:t>
      </w:r>
    </w:p>
    <w:p>
      <w:r>
        <w:rPr>
          <w:rFonts w:ascii="Gentium Plus" w:hAnsi="Gentium Plus"/>
          <w:sz w:val="24"/>
        </w:rPr>
        <w:t>Μύγματα. ξύσματα, τζουκνίσματα. [Μυδαλέον. δίυγρον.] Μύκινον. εἶδος ἀγγείου. Μυκόνιον. τόπος.</w:t>
      </w:r>
    </w:p>
    <w:p>
      <w:r>
        <w:rPr>
          <w:rFonts w:ascii="Courier New" w:hAnsi="Courier New"/>
          <w:color w:val="555555"/>
          <w:sz w:val="20"/>
        </w:rPr>
        <w:t>[5]</w:t>
      </w:r>
    </w:p>
    <w:p>
      <w:r>
        <w:rPr>
          <w:rFonts w:ascii="Gentium Plus" w:hAnsi="Gentium Plus"/>
          <w:sz w:val="24"/>
        </w:rPr>
        <w:t>Μυλαῖον πεδίον. ἀπὸ τοῦ Μυλαίου τόπου. Μυρέλεον. τόπος. Μυρία. πολλά. ἀπὸ τοῦ μεμυκέναι τοὺς δακτύ‐ λους ἐν τῇ ψήφῳ. Μύρον. ἀπὸ τοῦ ἐκπιέζεσθαι καὶ ἀποστάζειν. μύ‐</w:t>
      </w:r>
    </w:p>
    <w:p>
      <w:r>
        <w:rPr>
          <w:rFonts w:ascii="Courier New" w:hAnsi="Courier New"/>
          <w:color w:val="555555"/>
          <w:sz w:val="20"/>
        </w:rPr>
        <w:t>[10]</w:t>
      </w:r>
    </w:p>
    <w:p>
      <w:r>
        <w:rPr>
          <w:rFonts w:ascii="Gentium Plus" w:hAnsi="Gentium Plus"/>
          <w:sz w:val="24"/>
        </w:rPr>
        <w:t>ρω γὰρ τὸ ῥέω. —ὅσον τ’ ἐπιμύρεται ἰσθμός. Μῦσος. βδέλυγμα. Μυστήρια. θεωρία πνευματικὴ τὴν τῶν πολλῶν κατάληψιν διαφεύγουσα. [παρὰ τὸ] ἅ τινα μύ‐</w:t>
      </w:r>
    </w:p>
    <w:p>
      <w:r>
        <w:rPr>
          <w:rFonts w:ascii="Courier New" w:hAnsi="Courier New"/>
          <w:color w:val="555555"/>
          <w:sz w:val="20"/>
        </w:rPr>
        <w:t>[15]</w:t>
      </w:r>
    </w:p>
    <w:p>
      <w:r>
        <w:rPr>
          <w:rFonts w:ascii="Gentium Plus" w:hAnsi="Gentium Plus"/>
          <w:sz w:val="24"/>
        </w:rPr>
        <w:t>σαντα δεῖ τηρεῖν ἔνδον. Μύστρον. ἀπὸ τοῦ μυστίλλεσθαι καὶ μικρὰ ἐπαίρειν. Μύστλον. τὸ κοῖλον. παρὰ τὸ ἐοικέναι τῷ θα‐ λασσίῳ μυΐ. καλεῖται δὲ μῦς ἐκεῖνο, ὅτι μύεται</w:t>
      </w:r>
    </w:p>
    <w:p>
      <w:r>
        <w:rPr>
          <w:rFonts w:ascii="Courier New" w:hAnsi="Courier New"/>
          <w:color w:val="555555"/>
          <w:sz w:val="20"/>
        </w:rPr>
        <w:t>[20]</w:t>
      </w:r>
    </w:p>
    <w:p>
      <w:r>
        <w:rPr>
          <w:rFonts w:ascii="Gentium Plus" w:hAnsi="Gentium Plus"/>
          <w:sz w:val="24"/>
        </w:rPr>
        <w:t>καὶ συγκλείεται, ὅτε θέλει. Μυστήριον. τὸ κατὰ Χριστὸν κήρυγμα παρὰ τῷ Ἀποστόλῳ· ἀλλὰ λαλοῦμεν σοφίαν θεοῦ ἐν</w:t>
      </w:r>
    </w:p>
    <w:p>
      <w:r>
        <w:rPr>
          <w:rFonts w:ascii="Courier New" w:hAnsi="Courier New"/>
          <w:color w:val="555555"/>
          <w:sz w:val="20"/>
        </w:rPr>
        <w:t>[mu 1379]</w:t>
      </w:r>
    </w:p>
    <w:p>
      <w:r>
        <w:rPr>
          <w:rFonts w:ascii="Gentium Plus" w:hAnsi="Gentium Plus"/>
          <w:sz w:val="24"/>
        </w:rPr>
        <w:t>Μυστήριον. καὶ τὸ ἀπόῤῥητον. ὡς τό· ἰδοὺ μυ‐ στήριον ὑμῖν λέγω· πάντες μὲν οὐ κοιμηθη‐ σόμεθα. τὸ τὰ ἀπόῤῥητα λέγειν αὐτοῖς, δεί‐ κνυσι τὴν πρὸς αὐτοὺς ἀγάπην.</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Μυζῶ. τὸ ῥοφῶ. καὶ μυζεῖς ἀντὶ τοῦ θρηνεῖς. Μυκώμενος. ὡς βοῦς βοῶν. Μύκησαν. ἤχησαν. Μύκω. τὸ ἀνοίγω.</w:t>
      </w:r>
    </w:p>
    <w:p>
      <w:r>
        <w:rPr>
          <w:rFonts w:ascii="Courier New" w:hAnsi="Courier New"/>
          <w:color w:val="555555"/>
          <w:sz w:val="20"/>
        </w:rPr>
        <w:t>[10]</w:t>
      </w:r>
    </w:p>
    <w:p>
      <w:r>
        <w:rPr>
          <w:rFonts w:ascii="Gentium Plus" w:hAnsi="Gentium Plus"/>
          <w:sz w:val="24"/>
        </w:rPr>
        <w:t>Μυκτηρίζω. ἐξουθενῶ. Μυλιόων. θρηνῶν. καὶ μυλιόωντες, τὰ χείλη κινοῦντες, ἀπὸ τοῦ ψύχους, ἢ συγκρούοντες τὰς μύλας, ἢ συνάγοντες. [Μυνάμενος. προφασιζόμενος. μύνη γὰρ ἡ πρό‐</w:t>
      </w:r>
    </w:p>
    <w:p>
      <w:r>
        <w:rPr>
          <w:rFonts w:ascii="Courier New" w:hAnsi="Courier New"/>
          <w:color w:val="555555"/>
          <w:sz w:val="20"/>
        </w:rPr>
        <w:t>[15]</w:t>
      </w:r>
    </w:p>
    <w:p>
      <w:r>
        <w:rPr>
          <w:rFonts w:ascii="Gentium Plus" w:hAnsi="Gentium Plus"/>
          <w:sz w:val="24"/>
        </w:rPr>
        <w:t>φασις.] [Μύξεις. θρηνήσεις.] Μυντιζόμενος. παρακαμμύων. Μυούμενος. μυσταγωγούμενος. Μυρόμενοι. θρηνοῦντες.</w:t>
      </w:r>
    </w:p>
    <w:p>
      <w:r>
        <w:rPr>
          <w:rFonts w:ascii="Courier New" w:hAnsi="Courier New"/>
          <w:color w:val="555555"/>
          <w:sz w:val="20"/>
        </w:rPr>
        <w:t>[20]</w:t>
      </w:r>
    </w:p>
    <w:p>
      <w:r>
        <w:rPr>
          <w:rFonts w:ascii="Gentium Plus" w:hAnsi="Gentium Plus"/>
          <w:sz w:val="24"/>
        </w:rPr>
        <w:t>[Μύρω. τὸ ῥέω. —ὅσον τ’ ἐπιμύρεται ἰσθμός.] Μυσαττόμενος. βδελυττόμενος.</w:t>
      </w:r>
    </w:p>
    <w:p>
      <w:r>
        <w:rPr>
          <w:rFonts w:ascii="Courier New" w:hAnsi="Courier New"/>
          <w:color w:val="555555"/>
          <w:sz w:val="20"/>
        </w:rPr>
        <w:t>[mu 1380]</w:t>
      </w:r>
    </w:p>
    <w:p>
      <w:r>
        <w:rPr>
          <w:rFonts w:ascii="Gentium Plus" w:hAnsi="Gentium Plus"/>
          <w:sz w:val="24"/>
        </w:rPr>
        <w:t>Μύω. τὸ καμμύω. Μυωπάζω. ὀφθαλμιῶ. Μυωπίζω. πτερνίζω. ἀπὸ μύωπος, ἥτις ἐστὶ μυῖα ἐρεθίζουσα τοὺς βοῦς.</w:t>
      </w:r>
    </w:p>
    <w:p>
      <w:r>
        <w:rPr>
          <w:rFonts w:ascii="Courier New" w:hAnsi="Courier New"/>
          <w:color w:val="555555"/>
          <w:sz w:val="20"/>
        </w:rPr>
        <w:t>[5]</w:t>
      </w:r>
    </w:p>
    <w:p>
      <w:r>
        <w:rPr>
          <w:rFonts w:ascii="Gentium Plus" w:hAnsi="Gentium Plus"/>
          <w:sz w:val="24"/>
        </w:rPr>
        <w:t>ὡς δ’ ὅτε μύωπι τετυμμένος—. †Μυδόωσαν. ὄζουσαν.† †Μύθεαι. λέγεις.† Μυλίζειν. τὸ κατευτελίζειν. τοῦ Ψελλοῦ· τὸ δέ γε ἀπεμύλιζε τὸ κατηυτέλιζέ πως.</w:t>
      </w:r>
    </w:p>
    <w:p>
      <w:pPr>
        <w:jc w:val="center"/>
      </w:pPr>
      <w:r>
        <w:rPr>
          <w:rFonts w:ascii="Gentium Plus" w:hAnsi="Gentium Plus"/>
          <w:b/>
          <w:sz w:val="24"/>
        </w:rPr>
        <w:t>Τὸ Μ μετὰ τοῦ Ω.</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Μωάβ. ἑρμηνεύεται λέβης τῆς ἐλπίδος μου, ἢ λέβης ἀμεριμνίας· τουτέστιν ὁ ἀπόβλητος ἄν‐ θρωπος, ὁ ἀπειλὴν ἔχων μὴ εἰσελεύσεσθαι</w:t>
      </w:r>
    </w:p>
    <w:p>
      <w:r>
        <w:rPr>
          <w:rFonts w:ascii="Courier New" w:hAnsi="Courier New"/>
          <w:color w:val="555555"/>
          <w:sz w:val="20"/>
        </w:rPr>
        <w:t>[15]</w:t>
      </w:r>
    </w:p>
    <w:p>
      <w:r>
        <w:rPr>
          <w:rFonts w:ascii="Gentium Plus" w:hAnsi="Gentium Plus"/>
          <w:sz w:val="24"/>
        </w:rPr>
        <w:t>εἰς ἐκκλησίαν κυρίου. οὐκ εἰσελεύσεται γὰρ Μωαβίτης ἕως τρίτης γενεᾶς καὶ ἕως δεκάτης εἰς τὸν αἰῶνα. ἢ Μωὰβ ἔντερον πατρὸς ἑρμη‐ νεύεται. νοεῖται δὲ καὶ τὸ ἡμέτερον σῶμα. Μωδάδ· Μωδεείμ· Μωδεΐν· Μωδεάν. ὀνόμα‐</w:t>
      </w:r>
    </w:p>
    <w:p>
      <w:r>
        <w:rPr>
          <w:rFonts w:ascii="Courier New" w:hAnsi="Courier New"/>
          <w:color w:val="555555"/>
          <w:sz w:val="20"/>
        </w:rPr>
        <w:t>[20]</w:t>
      </w:r>
    </w:p>
    <w:p>
      <w:r>
        <w:rPr>
          <w:rFonts w:ascii="Gentium Plus" w:hAnsi="Gentium Plus"/>
          <w:sz w:val="24"/>
        </w:rPr>
        <w:t>τα κύρια.</w:t>
      </w:r>
    </w:p>
    <w:p>
      <w:r>
        <w:rPr>
          <w:rFonts w:ascii="Courier New" w:hAnsi="Courier New"/>
          <w:color w:val="555555"/>
          <w:sz w:val="20"/>
        </w:rPr>
        <w:t>[mu 1381]</w:t>
      </w:r>
    </w:p>
    <w:p>
      <w:r>
        <w:rPr>
          <w:rFonts w:ascii="Gentium Plus" w:hAnsi="Gentium Plus"/>
          <w:sz w:val="24"/>
        </w:rPr>
        <w:t>Μώλωψ. τραῦμα συνουλωθέν. κυρίως δὲ ἡ ἐκ βοείων λώρων γινομένη πληγή. ἀπὸ τοῦ βοὸς καὶ τοῦ λέπους, ὅ ἐστι δέρματος, ᾧ οἱ ἱμάντες κατασκευάζονται. βοόλωψ καὶ μώλωψ.</w:t>
      </w:r>
    </w:p>
    <w:p>
      <w:r>
        <w:rPr>
          <w:rFonts w:ascii="Courier New" w:hAnsi="Courier New"/>
          <w:color w:val="555555"/>
          <w:sz w:val="20"/>
        </w:rPr>
        <w:t>[5]</w:t>
      </w:r>
    </w:p>
    <w:p>
      <w:r>
        <w:rPr>
          <w:rFonts w:ascii="Gentium Plus" w:hAnsi="Gentium Plus"/>
          <w:sz w:val="24"/>
        </w:rPr>
        <w:t>Μῶλος. †ὁ πόλεμος.† ἡ μάχη· ἢ συμβολὴ τοῦ πολέμου. εὐχόμενος θάνατόν τε φυγεῖν καὶ μῶλον Ἄρηα. παρὰ τὸν μώλωπα καὶ τὸν μολυσμὸν τὸν ἐν</w:t>
      </w:r>
    </w:p>
    <w:p>
      <w:r>
        <w:rPr>
          <w:rFonts w:ascii="Courier New" w:hAnsi="Courier New"/>
          <w:color w:val="555555"/>
          <w:sz w:val="20"/>
        </w:rPr>
        <w:t>[10]</w:t>
      </w:r>
    </w:p>
    <w:p>
      <w:r>
        <w:rPr>
          <w:rFonts w:ascii="Gentium Plus" w:hAnsi="Gentium Plus"/>
          <w:sz w:val="24"/>
        </w:rPr>
        <w:t>τῷ πολέμῳ καὶ τῇ μάχῃ. Μῶμος. ὁ ψόγος. Μωμοσκόπος. ὁ φιλόψογος. Μώνυχες. τὰ μὴ διχηλοῦντα, οἷον ἵππος, ὄνος καὶ τὰ τοιαῦτα. ὡς ἀπὸ τοῦ ὀνόματος ὄνομα</w:t>
      </w:r>
    </w:p>
    <w:p>
      <w:r>
        <w:rPr>
          <w:rFonts w:ascii="Courier New" w:hAnsi="Courier New"/>
          <w:color w:val="555555"/>
          <w:sz w:val="20"/>
        </w:rPr>
        <w:t>[15]</w:t>
      </w:r>
    </w:p>
    <w:p>
      <w:r>
        <w:rPr>
          <w:rFonts w:ascii="Gentium Plus" w:hAnsi="Gentium Plus"/>
          <w:sz w:val="24"/>
        </w:rPr>
        <w:t>καὶ συνώνυμον, οὕτως καὶ ἀπὸ τοῦ μόνος καὶ τοῦ ὄνυχος ἀποβολῇ τοῦ ν μοώνυχες καὶ κρά‐ σει τοῦ ο καὶ ω μώνυχες. καὶ μονώνυχες. †Μωνύχιος. ὁ μάταιος.† Μωρός. ὁ ἄφρων. εἴρηται καὶ ἐπὶ τοῦ ἀθέου καὶ</w:t>
      </w:r>
    </w:p>
    <w:p>
      <w:r>
        <w:rPr>
          <w:rFonts w:ascii="Courier New" w:hAnsi="Courier New"/>
          <w:color w:val="555555"/>
          <w:sz w:val="20"/>
        </w:rPr>
        <w:t>[20]</w:t>
      </w:r>
    </w:p>
    <w:p>
      <w:r>
        <w:rPr>
          <w:rFonts w:ascii="Gentium Plus" w:hAnsi="Gentium Plus"/>
          <w:sz w:val="24"/>
        </w:rPr>
        <w:t>ἀπίστου, ὡς τό· οὗτος λαὸς μωρὸς καὶ οὐχὶ σοφός. Μωραθί· Μωραῆ. ὀνόματα κύρια. Μῶροι. ἐθνικόν. Μῶφις, Μώφιδος. ὄνομα κύριον.</w:t>
      </w:r>
    </w:p>
    <w:p>
      <w:r>
        <w:rPr>
          <w:rFonts w:ascii="Courier New" w:hAnsi="Courier New"/>
          <w:color w:val="555555"/>
          <w:sz w:val="20"/>
        </w:rPr>
        <w:t>[25]</w:t>
      </w:r>
    </w:p>
    <w:p>
      <w:r>
        <w:rPr>
          <w:rFonts w:ascii="Gentium Plus" w:hAnsi="Gentium Plus"/>
          <w:sz w:val="24"/>
        </w:rPr>
        <w:t>Μώλωψ. ἴχνος πληγῆς ὕφαιμον, θλασθέν‐</w:t>
      </w:r>
    </w:p>
    <w:p>
      <w:r>
        <w:rPr>
          <w:rFonts w:ascii="Courier New" w:hAnsi="Courier New"/>
          <w:color w:val="555555"/>
          <w:sz w:val="20"/>
        </w:rPr>
        <w:t>[mu 1382]</w:t>
      </w:r>
    </w:p>
    <w:p>
      <w:r>
        <w:rPr>
          <w:rFonts w:ascii="Gentium Plus" w:hAnsi="Gentium Plus"/>
          <w:sz w:val="24"/>
        </w:rPr>
        <w:t>τος τοῦ σώματος ἐκ τῆς ἀντιτύπου τοῦ πλή‐ ξαντος. κυρίως δὲ ἡ ἐκ βοείων λώρων γινομένη πληγή.</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Μώκησος. πόλις. Μωκία. κύριον. μωκία καὶ ἡ λοιδορία καὶ ὁ ἐμ‐ παιγμός. μετὰ τῆς συνήθους μωκίας. Μῶλος καὶ Μῶλα. ὀνόματα πόλεων. †Μώλυζα. σκόροδον μονοφυές.†</w:t>
      </w:r>
    </w:p>
    <w:p>
      <w:r>
        <w:rPr>
          <w:rFonts w:ascii="Courier New" w:hAnsi="Courier New"/>
          <w:color w:val="555555"/>
          <w:sz w:val="20"/>
        </w:rPr>
        <w:t>[10]</w:t>
      </w:r>
    </w:p>
    <w:p>
      <w:r>
        <w:rPr>
          <w:rFonts w:ascii="Gentium Plus" w:hAnsi="Gentium Plus"/>
          <w:sz w:val="24"/>
        </w:rPr>
        <w:t>Μώλυζαι. αἱ τῶν σκορόδων κεφαλαί. τοῦ Ψελ‐ λοῦ· αἱ τῶν σκορόδων κεφαλαὶ μώλυζα γέλγι‐ θές τε. γράφεται καὶ γέγλιθες.</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Μῶλυ. εἶδος βοτάνης, ὅπερ δέδωκεν ὁ Ὀδυσ‐</w:t>
      </w:r>
    </w:p>
    <w:p>
      <w:r>
        <w:rPr>
          <w:rFonts w:ascii="Courier New" w:hAnsi="Courier New"/>
          <w:color w:val="555555"/>
          <w:sz w:val="20"/>
        </w:rPr>
        <w:t>[15]</w:t>
      </w:r>
    </w:p>
    <w:p>
      <w:r>
        <w:rPr>
          <w:rFonts w:ascii="Gentium Plus" w:hAnsi="Gentium Plus"/>
          <w:sz w:val="24"/>
        </w:rPr>
        <w:t>σεὺς τοῖς ἑταίροις αὐτοῦ καὶ ἀποκατέστησεν αὐ‐ τοὺς ἀνθρώπους ἀπὸ τῆς ἀλλοιώσεως τῆς Κίρ‐ κης. παρὰ τὸ μωλύειν, τουτέστι καταπραΰνειν καὶ καταστέλλειν τὰς φθοροποιοὺς νόσους. †Μωλυρόν. βραδύ.†</w:t>
      </w:r>
    </w:p>
    <w:p>
      <w:r>
        <w:rPr>
          <w:rFonts w:ascii="Courier New" w:hAnsi="Courier New"/>
          <w:color w:val="555555"/>
          <w:sz w:val="20"/>
        </w:rPr>
        <w:t>[20]</w:t>
      </w:r>
    </w:p>
    <w:p>
      <w:r>
        <w:rPr>
          <w:rFonts w:ascii="Gentium Plus" w:hAnsi="Gentium Plus"/>
          <w:sz w:val="24"/>
        </w:rPr>
        <w:t>Μῶμαρ. ὁ ψόγος. Μωμητά. ἐπίψογα. Μωλάχιον. εἶδος βοτάνης. Μωλύτερον. τὸ ἀμβλύτερον. παρὰ τὸ μωλύειν. Μῶρυ. τὸ ὄξος.</w:t>
      </w:r>
    </w:p>
    <w:p>
      <w:r>
        <w:rPr>
          <w:rFonts w:ascii="Courier New" w:hAnsi="Courier New"/>
          <w:color w:val="555555"/>
          <w:sz w:val="20"/>
        </w:rPr>
        <w:t>[25]</w:t>
      </w:r>
    </w:p>
    <w:p>
      <w:r>
        <w:rPr>
          <w:rFonts w:ascii="Gentium Plus" w:hAnsi="Gentium Plus"/>
          <w:sz w:val="24"/>
        </w:rPr>
        <w:t>Μῶς. τὸ ὕδωρ παρ’ Αἰγυπτίοις. καὶ μῶϋ.</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Μωκεύειν. μέμφεσθαι. Μωκῶ. τὸ λοιδορῶ. [μωκώμενος.] Μωκίζω. †τὸ μυκτηρίζω.† τὸ ἐμπαίζω.</w:t>
      </w:r>
    </w:p>
    <w:p>
      <w:r>
        <w:rPr>
          <w:rFonts w:ascii="Courier New" w:hAnsi="Courier New"/>
          <w:color w:val="555555"/>
          <w:sz w:val="20"/>
        </w:rPr>
        <w:t>[5]</w:t>
      </w:r>
    </w:p>
    <w:p>
      <w:r>
        <w:rPr>
          <w:rFonts w:ascii="Gentium Plus" w:hAnsi="Gentium Plus"/>
          <w:sz w:val="24"/>
        </w:rPr>
        <w:t>[Μωλωπίζω.] τραυματίζω. Μωλύειν. πραΰνειν, καταστέλλειν, ἢ τὸ ἀμβλύ‐</w:t>
      </w:r>
    </w:p>
    <w:p>
      <w:r>
        <w:rPr>
          <w:rFonts w:ascii="Courier New" w:hAnsi="Courier New"/>
          <w:color w:val="555555"/>
          <w:sz w:val="20"/>
        </w:rPr>
        <w:t>[mu 1384]</w:t>
      </w:r>
    </w:p>
    <w:p>
      <w:r>
        <w:rPr>
          <w:rFonts w:ascii="Gentium Plus" w:hAnsi="Gentium Plus"/>
          <w:sz w:val="24"/>
        </w:rPr>
        <w:t>τοῦ κωλύειν. ἔχων μὲν ἐν τῇ χειρὶ μῶλυ, ὅ ἐστι φάρμακον. ἔστι δὲ εἶδος βοτάνης. Μωμήσεται. μέμψεται. Μωμεύειν. μέμφεσθαι.</w:t>
      </w:r>
    </w:p>
    <w:p>
      <w:r>
        <w:rPr>
          <w:rFonts w:ascii="Courier New" w:hAnsi="Courier New"/>
          <w:color w:val="555555"/>
          <w:sz w:val="20"/>
        </w:rPr>
        <w:t>[5]</w:t>
      </w:r>
    </w:p>
    <w:p>
      <w:r>
        <w:rPr>
          <w:rFonts w:ascii="Gentium Plus" w:hAnsi="Gentium Plus"/>
          <w:sz w:val="24"/>
        </w:rPr>
        <w:t>Μῶ. τὸ ζητῶ.</w:t>
      </w:r>
    </w:p>
    <w:p>
      <w:pPr>
        <w:jc w:val="center"/>
      </w:pPr>
      <w:r>
        <w:rPr>
          <w:rFonts w:ascii="Gentium Plus" w:hAnsi="Gentium Plus"/>
          <w:b/>
          <w:sz w:val="24"/>
        </w:rPr>
        <w:t>Ν.</w:t>
      </w:r>
    </w:p>
    <w:p>
      <w:pPr>
        <w:jc w:val="center"/>
      </w:pPr>
      <w:r>
        <w:rPr>
          <w:rFonts w:ascii="Gentium Plus" w:hAnsi="Gentium Plus"/>
          <w:b/>
          <w:sz w:val="24"/>
        </w:rPr>
        <w:t>Τὸ Ν μετὰ τοῦ Α.</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Ναασσών. οὗτος ἕκτος ἀπὸ Ἰούδα ὢν θυγα‐ τέρα τοῦ Ἀαρὼν ἠγάγετο. χρὴ οὖν ἐπισημήνα‐ σθαι, ὅτι ἐνταῦθα συνήφθη ἡ βασιλικὴ φυλὴ τῇ ἱερατικῇ καὶ λευϊτικῇ· ἐκ γὰρ τοῦ Λευῒ</w:t>
      </w:r>
    </w:p>
    <w:p>
      <w:r>
        <w:rPr>
          <w:rFonts w:ascii="Courier New" w:hAnsi="Courier New"/>
          <w:color w:val="555555"/>
          <w:sz w:val="20"/>
        </w:rPr>
        <w:t>[15]</w:t>
      </w:r>
    </w:p>
    <w:p>
      <w:r>
        <w:rPr>
          <w:rFonts w:ascii="Gentium Plus" w:hAnsi="Gentium Plus"/>
          <w:sz w:val="24"/>
        </w:rPr>
        <w:t>Ἀαρών. Ναβουθαί. κύριον. Νάβης. κύριον. Ναβουζαρδᾶς. ἑρμηνεύεται γαστρίμαργος. Ναζιραῖος. μόναχος, ἡγιασμένος καὶ ἀφιερω‐</w:t>
      </w:r>
    </w:p>
    <w:p>
      <w:r>
        <w:rPr>
          <w:rFonts w:ascii="Courier New" w:hAnsi="Courier New"/>
          <w:color w:val="555555"/>
          <w:sz w:val="20"/>
        </w:rPr>
        <w:t>[20]</w:t>
      </w:r>
    </w:p>
    <w:p>
      <w:r>
        <w:rPr>
          <w:rFonts w:ascii="Gentium Plus" w:hAnsi="Gentium Plus"/>
          <w:sz w:val="24"/>
        </w:rPr>
        <w:t>μένος τῷ θεῷ. Ναζωραῖος. ἅγιος ἑρμηνεύεται. ἢ κατά τινας ἄν‐</w:t>
      </w:r>
    </w:p>
    <w:p>
      <w:r>
        <w:rPr>
          <w:rFonts w:ascii="Courier New" w:hAnsi="Courier New"/>
          <w:color w:val="555555"/>
          <w:sz w:val="20"/>
        </w:rPr>
        <w:t>[nu 1384 (7)]</w:t>
      </w:r>
    </w:p>
    <w:p>
      <w:r>
        <w:rPr>
          <w:rFonts w:ascii="Gentium Plus" w:hAnsi="Gentium Plus"/>
          <w:sz w:val="24"/>
        </w:rPr>
        <w:t>Ναίεθος καὶ Ναῖσος. ποταμοί. Νέσος δὲ, κύριον, ψιλόν. Νακοτίλται. οἱ τῶν προβάτων κουρεῖς· νάκη</w:t>
      </w:r>
    </w:p>
    <w:p>
      <w:r>
        <w:rPr>
          <w:rFonts w:ascii="Courier New" w:hAnsi="Courier New"/>
          <w:color w:val="555555"/>
          <w:sz w:val="20"/>
        </w:rPr>
        <w:t>[10]</w:t>
      </w:r>
    </w:p>
    <w:p>
      <w:r>
        <w:rPr>
          <w:rFonts w:ascii="Gentium Plus" w:hAnsi="Gentium Plus"/>
          <w:sz w:val="24"/>
        </w:rPr>
        <w:t>γὰρ τὰ δέρματα. Νάνοι καὶ νανοφυεῖς. οἱ κολοβοὶ τῶν ἀνθρώ‐ πων καὶ μὴ αὐξανόμενοι. παρὰ τὸ ἄνω ἄνος, καὶ μετὰ τοῦ νὴ στερητικοῦ νήανος, καὶ κατὰ συγκοπὴν νάνος καὶ νάνοι.</w:t>
      </w:r>
    </w:p>
    <w:p>
      <w:r>
        <w:rPr>
          <w:rFonts w:ascii="Courier New" w:hAnsi="Courier New"/>
          <w:color w:val="555555"/>
          <w:sz w:val="20"/>
        </w:rPr>
        <w:t>[15]</w:t>
      </w:r>
    </w:p>
    <w:p>
      <w:r>
        <w:rPr>
          <w:rFonts w:ascii="Gentium Plus" w:hAnsi="Gentium Plus"/>
          <w:sz w:val="24"/>
        </w:rPr>
        <w:t>Ναός. ἑτέρα οὐσία τοῦ κατοικοῦντος παρὰ τὸ κατοικοῦν. Νασμός. ὄμβρος. ἀπὸ τοῦ νάω, τὸ ῥέω. ὅθεν καὶ νᾶμα καὶ ναύτης.</w:t>
      </w:r>
    </w:p>
    <w:p>
      <w:r>
        <w:rPr>
          <w:rFonts w:ascii="Courier New" w:hAnsi="Courier New"/>
          <w:color w:val="555555"/>
          <w:sz w:val="20"/>
        </w:rPr>
        <w:t>[nu 1385]</w:t>
      </w:r>
    </w:p>
    <w:p>
      <w:r>
        <w:rPr>
          <w:rFonts w:ascii="Gentium Plus" w:hAnsi="Gentium Plus"/>
          <w:sz w:val="24"/>
        </w:rPr>
        <w:t>Νασσαραῖοι. οὗτοι θυσίας μὲν οὐ θύουσιν, οὐ‐ δὲ ἐμψύχων μετέχουσιν· ἀρνοῦνται δὲ τὴν πεν‐ τάτευχον, τὸν Μωσῆν δεχόμενοι, καὶ λέγον‐ τες, ὡς οὐ ταύτην τὴν εὑρισκομένην νομοθεσίαν,</w:t>
      </w:r>
    </w:p>
    <w:p>
      <w:r>
        <w:rPr>
          <w:rFonts w:ascii="Courier New" w:hAnsi="Courier New"/>
          <w:color w:val="555555"/>
          <w:sz w:val="20"/>
        </w:rPr>
        <w:t>[5]</w:t>
      </w:r>
    </w:p>
    <w:p>
      <w:r>
        <w:rPr>
          <w:rFonts w:ascii="Gentium Plus" w:hAnsi="Gentium Plus"/>
          <w:sz w:val="24"/>
        </w:rPr>
        <w:t>ἀλλ’ ἑτέραν ὁ Μωσῆς ἐδέξατο. Ναύαιθος. κύριον. Ναυῆ. κύριον. Ναβὶ δὲ καὶ Νεμὶν, ι. Ναύαιθος. ποταμὸς Ἰταλίας. τῶν ἐξ Ἰλίου πλεόντων Ἑλλήνων κατήχθησαν εἰς τὸν ποτα‐</w:t>
      </w:r>
    </w:p>
    <w:p>
      <w:r>
        <w:rPr>
          <w:rFonts w:ascii="Courier New" w:hAnsi="Courier New"/>
          <w:color w:val="555555"/>
          <w:sz w:val="20"/>
        </w:rPr>
        <w:t>[10]</w:t>
      </w:r>
    </w:p>
    <w:p>
      <w:r>
        <w:rPr>
          <w:rFonts w:ascii="Gentium Plus" w:hAnsi="Gentium Plus"/>
          <w:sz w:val="24"/>
        </w:rPr>
        <w:t>μὸν τοῦτον. αἱ δὲ αἰχμάλωτοι, εὐλαβούμεναι τὴν ἐν τῇ Ἑλλάδι δουλείαν καὶ τὴν ἐσομένην ζηλοτυπίαν τῶν γυναικῶν αὐτῶν, ἐνέπρησαν τὰς ναῦς. καὶ ὁ μὲν ποταμὸς ὠνόμασται Ναύαιθος ἀπὸ τοῦ αἴθω, τὸ καίω, αἱ δὲ γυναῖκες ναυπρη‐</w:t>
      </w:r>
    </w:p>
    <w:p>
      <w:r>
        <w:rPr>
          <w:rFonts w:ascii="Courier New" w:hAnsi="Courier New"/>
          <w:color w:val="555555"/>
          <w:sz w:val="20"/>
        </w:rPr>
        <w:t>[15]</w:t>
      </w:r>
    </w:p>
    <w:p>
      <w:r>
        <w:rPr>
          <w:rFonts w:ascii="Gentium Plus" w:hAnsi="Gentium Plus"/>
          <w:sz w:val="24"/>
        </w:rPr>
        <w:t>στίδες, αἱ δὲ νῆες πρηστίδες. Ναύαρχος. ὁ τῶν νηῶν ἄρχων. Ναυσιπόρος. ὁ διὰ τῆς νηὸς περῶν. Ναύσταθμος. ὁ λιμήν. Ναύλοχος. ὁ λιμὴν, ἐν ᾧ αἱ νῆες κοιμῶνται.</w:t>
      </w:r>
    </w:p>
    <w:p>
      <w:r>
        <w:rPr>
          <w:rFonts w:ascii="Courier New" w:hAnsi="Courier New"/>
          <w:color w:val="555555"/>
          <w:sz w:val="20"/>
        </w:rPr>
        <w:t>[20]</w:t>
      </w:r>
    </w:p>
    <w:p>
      <w:r>
        <w:rPr>
          <w:rFonts w:ascii="Gentium Plus" w:hAnsi="Gentium Plus"/>
          <w:sz w:val="24"/>
        </w:rPr>
        <w:t>[ὅθεν καὶ εὐναὶ αἱ ἀγκύραι· εὐνάζουσι γὰρ τὴν ναῦν.]</w:t>
      </w:r>
    </w:p>
    <w:p>
      <w:r>
        <w:rPr>
          <w:rFonts w:ascii="Courier New" w:hAnsi="Courier New"/>
          <w:color w:val="555555"/>
          <w:sz w:val="20"/>
        </w:rPr>
        <w:t>[nu 1386]</w:t>
      </w:r>
    </w:p>
    <w:p>
      <w:r>
        <w:rPr>
          <w:rFonts w:ascii="Gentium Plus" w:hAnsi="Gentium Plus"/>
          <w:sz w:val="24"/>
        </w:rPr>
        <w:t>Νάρθηξ. παρὰ τὸ νέρθεν, οἷον κάτωθεν τοῦ ἄμ‐ βωνος κεῖσθαι. σημαίνει δὲ καὶ τὸ κοινῶς λε‐ γόμενον ναρθήκιον, καὶ γίνεται παρὰ τὸ νεαρὸν, ὃ σημαίνει τὸ ὑγρόν.</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Ναῦλα. εἶδος ὀργάνου. Νακώλεια. τόπος. Ναΐδες. αἱ Νύμφαι. Νάξος καὶ Ναξία. νῆσος.</w:t>
      </w:r>
    </w:p>
    <w:p>
      <w:r>
        <w:rPr>
          <w:rFonts w:ascii="Courier New" w:hAnsi="Courier New"/>
          <w:color w:val="555555"/>
          <w:sz w:val="20"/>
        </w:rPr>
        <w:t>[10]</w:t>
      </w:r>
    </w:p>
    <w:p>
      <w:r>
        <w:rPr>
          <w:rFonts w:ascii="Gentium Plus" w:hAnsi="Gentium Plus"/>
          <w:sz w:val="24"/>
        </w:rPr>
        <w:t>Νάπη. τὸ ἔδαφος. ἢ ὕλη, ἢ ὀρεινὸς τόπος. Νάρκη. ἔκλυσις μελῶν, καὶ ὄνομα ἰχθύος. Ναύπακτος. παρὰ τὸ ναυπήγιον γενέσθαι τῶν Ἡρακλειδῶν ἐκεῖ. Ναυσικάα. ταῖς ναυσὶ κεκασμένη.</w:t>
      </w:r>
    </w:p>
    <w:p>
      <w:r>
        <w:rPr>
          <w:rFonts w:ascii="Courier New" w:hAnsi="Courier New"/>
          <w:color w:val="555555"/>
          <w:sz w:val="20"/>
        </w:rPr>
        <w:t>[15]</w:t>
      </w:r>
    </w:p>
    <w:p>
      <w:r>
        <w:rPr>
          <w:rFonts w:ascii="Gentium Plus" w:hAnsi="Gentium Plus"/>
          <w:sz w:val="24"/>
        </w:rPr>
        <w:t>Ναυαγία. κλυδωνισμὸς, ὡς εὐπραγία. Ναῦς. τὰς νῆας. τὸ δὲ νῆας ἀπὸ τοῦ νῆσαι, τὸ σωρεῦσαι. Ναυμαχία. ἡ διὰ πλοίων μάχη. Ναῦφιν. ἤτοι ταῖς ναυσί. κρᾶσις ἐστὶ τοῦ α καὶ</w:t>
      </w:r>
    </w:p>
    <w:p>
      <w:r>
        <w:rPr>
          <w:rFonts w:ascii="Courier New" w:hAnsi="Courier New"/>
          <w:color w:val="555555"/>
          <w:sz w:val="20"/>
        </w:rPr>
        <w:t>[20]</w:t>
      </w:r>
    </w:p>
    <w:p>
      <w:r>
        <w:rPr>
          <w:rFonts w:ascii="Gentium Plus" w:hAnsi="Gentium Plus"/>
          <w:sz w:val="24"/>
        </w:rPr>
        <w:t>ο εἰς τὴν αυ δίφθοργον. ἀπὸ τοῦ ναῦς γὰρ, ναὸς, γίνεται ναόφιν καὶ ναῦφιν. οἷον· ναῦφιν ἀμυνόμενοι—</w:t>
      </w:r>
    </w:p>
    <w:p>
      <w:r>
        <w:rPr>
          <w:rFonts w:ascii="Courier New" w:hAnsi="Courier New"/>
          <w:color w:val="555555"/>
          <w:sz w:val="20"/>
        </w:rPr>
        <w:t>[nu 1387]</w:t>
      </w:r>
    </w:p>
    <w:p>
      <w:r>
        <w:rPr>
          <w:rFonts w:ascii="Gentium Plus" w:hAnsi="Gentium Plus"/>
          <w:sz w:val="24"/>
        </w:rPr>
        <w:t>Ναύπλιος. ἡ ἐν θαλάσσῃ πρόοδος. καὶ ναυ‐ πλίειον. Ναυτιλία. ἡ ναυτική. Ναυτία. *Ναυτιῶ. τὸ κλυδωνίζομαι, ἢ με‐</w:t>
      </w:r>
    </w:p>
    <w:p>
      <w:r>
        <w:rPr>
          <w:rFonts w:ascii="Courier New" w:hAnsi="Courier New"/>
          <w:color w:val="555555"/>
          <w:sz w:val="20"/>
        </w:rPr>
        <w:t>[5]</w:t>
      </w:r>
    </w:p>
    <w:p>
      <w:r>
        <w:rPr>
          <w:rFonts w:ascii="Gentium Plus" w:hAnsi="Gentium Plus"/>
          <w:sz w:val="24"/>
        </w:rPr>
        <w:t>ταφέρομαι ἀπὸ ἑνὸς τόπου εἰς ἄλλον. ἢ κατα‐ ποντίσαι.* Νάφθα. τὸ θεῖον. ἢ πίσσα ὑδατώδης. Ναχιάστεως. τόπος.</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Ναζώρειον. ὄρος. Νάκεσι. δέρμασιν αἰγείοις. καὶ νάκη ἐπὶ θηλυ‐ κοῦ. κωδία καὶ κώδιον, τὸ τοῦ προβάτου. Ναστόν. μεστόν· πλῆρες· σκληρόν. Νᾶμα. ποτόν· ὕδωρ. ἀπὸ τοῦ νάω, τὸ ῥέω.</w:t>
      </w:r>
    </w:p>
    <w:p>
      <w:r>
        <w:rPr>
          <w:rFonts w:ascii="Courier New" w:hAnsi="Courier New"/>
          <w:color w:val="555555"/>
          <w:sz w:val="20"/>
        </w:rPr>
        <w:t>[15]</w:t>
      </w:r>
    </w:p>
    <w:p>
      <w:r>
        <w:rPr>
          <w:rFonts w:ascii="Gentium Plus" w:hAnsi="Gentium Plus"/>
          <w:sz w:val="24"/>
        </w:rPr>
        <w:t>Νάπυ. τὸ σίνηπι. κατὰ στέρησιν τοῦ ἠπίου διὰ τὴν δριμύτητα.</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Νάει. ῥεῖ. Ναίω. τὸ οἰκῶ. ναίων Ἰωνᾶς ἐν μυχοῖς θαλαττίοις.</w:t>
      </w:r>
    </w:p>
    <w:p>
      <w:r>
        <w:rPr>
          <w:rFonts w:ascii="Courier New" w:hAnsi="Courier New"/>
          <w:color w:val="555555"/>
          <w:sz w:val="20"/>
        </w:rPr>
        <w:t>[20]</w:t>
      </w:r>
    </w:p>
    <w:p>
      <w:r>
        <w:rPr>
          <w:rFonts w:ascii="Gentium Plus" w:hAnsi="Gentium Plus"/>
          <w:sz w:val="24"/>
        </w:rPr>
        <w:t>Ναιετάωσιν. οἰκοῦσι. [ἀπὸ τοῦ ναίω, ναιέτης, ναιετῶ, ὡς κυνηγέτης, κυνηγετῶ. καὶ ἔδει μὲν ναιετάουσιν, ὡς βοάουσιν· ἀλλ’ ἔστιν ὅμοιον τῷ ἱδρῶσα.] Ναυλοχῶ. τὸ ἐλλιμενίζω.</w:t>
      </w:r>
    </w:p>
    <w:p>
      <w:r>
        <w:rPr>
          <w:rFonts w:ascii="Courier New" w:hAnsi="Courier New"/>
          <w:color w:val="555555"/>
          <w:sz w:val="20"/>
        </w:rPr>
        <w:t>[25]</w:t>
      </w:r>
    </w:p>
    <w:p>
      <w:r>
        <w:rPr>
          <w:rFonts w:ascii="Gentium Plus" w:hAnsi="Gentium Plus"/>
          <w:sz w:val="24"/>
        </w:rPr>
        <w:t>Ναυτιλλόμενοι. οἱ πλέοντες ναῦται. Νάσσα. ἔκτισα. Ὅμηρος· καί κέ οἱ Ἄργεϊ νάσσα πόλιν καὶ δώματ’</w:t>
      </w:r>
    </w:p>
    <w:p>
      <w:pPr>
        <w:jc w:val="center"/>
      </w:pPr>
      <w:r>
        <w:rPr>
          <w:rFonts w:ascii="Gentium Plus" w:hAnsi="Gentium Plus"/>
          <w:b/>
          <w:sz w:val="24"/>
        </w:rPr>
        <w:t>(Ἐπίῤῥημα.)</w:t>
      </w:r>
    </w:p>
    <w:p>
      <w:r>
        <w:rPr>
          <w:rFonts w:ascii="Courier New" w:hAnsi="Courier New"/>
          <w:color w:val="555555"/>
          <w:sz w:val="20"/>
        </w:rPr>
        <w:t>[2]</w:t>
      </w:r>
    </w:p>
    <w:p>
      <w:r>
        <w:rPr>
          <w:rFonts w:ascii="Gentium Plus" w:hAnsi="Gentium Plus"/>
          <w:sz w:val="24"/>
        </w:rPr>
        <w:t>Ναὶ μήν. ὄντως· δή. Ναίχι. ἀντὶ τοῦ ναὶ, Ἀττικῶς.</w:t>
      </w:r>
    </w:p>
    <w:p>
      <w:pPr>
        <w:jc w:val="center"/>
      </w:pPr>
      <w:r>
        <w:rPr>
          <w:rFonts w:ascii="Gentium Plus" w:hAnsi="Gentium Plus"/>
          <w:b/>
          <w:sz w:val="24"/>
        </w:rPr>
        <w:t>Τὸ Ν μετὰ τοῦ Ε.</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Νεανίσκος. ἀπὸ ἐτῶν εἴκοσι τριῶν ἕως ἐτῶν τρια‐ κοντατεσσάρων ἢ τεσσαρακονταενός. Νεανίας. παρὰ τὸ νέος γέγονε νεὰν, ὡς μέ‐ γιστος μεγιστὰν, καὶ παράγωγον ἐξ αὐτοῦ νεα‐</w:t>
      </w:r>
    </w:p>
    <w:p>
      <w:r>
        <w:rPr>
          <w:rFonts w:ascii="Courier New" w:hAnsi="Courier New"/>
          <w:color w:val="555555"/>
          <w:sz w:val="20"/>
        </w:rPr>
        <w:t>[10]</w:t>
      </w:r>
    </w:p>
    <w:p>
      <w:r>
        <w:rPr>
          <w:rFonts w:ascii="Gentium Plus" w:hAnsi="Gentium Plus"/>
          <w:sz w:val="24"/>
        </w:rPr>
        <w:t>νίας καὶ νεανίσκος. Νεβρός. τὸ τῆς ἐλάφου γέννημα, ὁ νεωστὶ ἐπὶ βορὰν ἐληλυθώς. [ἢ νεβρὸν τὸν μείζονα καὶ οὐ νεογενῆ λέγει, ὡς νεμόμενον ἐπὶ βοράν.] Νεβρώθ. κύριον.</w:t>
      </w:r>
    </w:p>
    <w:p>
      <w:r>
        <w:rPr>
          <w:rFonts w:ascii="Courier New" w:hAnsi="Courier New"/>
          <w:color w:val="555555"/>
          <w:sz w:val="20"/>
        </w:rPr>
        <w:t>[15]</w:t>
      </w:r>
    </w:p>
    <w:p>
      <w:r>
        <w:rPr>
          <w:rFonts w:ascii="Gentium Plus" w:hAnsi="Gentium Plus"/>
          <w:sz w:val="24"/>
        </w:rPr>
        <w:t>Νέαιθος. κύριον. Νέηλυς. ὁ νεωστὶ ἐληλυθώς. [τὰ εἰς υς σύν‐ θετα, εἰ μὲν ὦσιν ἀπὸ τῶν εἰς υς ἁπλῶν συν‐ τεθειμένα, τὴν τῶν ἁπλῶν φυλάττουσι κλίσιν, οἷον· βραχὺς, βραχέος, τρίβραχυς, τριβρά‐</w:t>
      </w:r>
    </w:p>
    <w:p>
      <w:r>
        <w:rPr>
          <w:rFonts w:ascii="Courier New" w:hAnsi="Courier New"/>
          <w:color w:val="555555"/>
          <w:sz w:val="20"/>
        </w:rPr>
        <w:t>[20]</w:t>
      </w:r>
    </w:p>
    <w:p>
      <w:r>
        <w:rPr>
          <w:rFonts w:ascii="Gentium Plus" w:hAnsi="Gentium Plus"/>
          <w:sz w:val="24"/>
        </w:rPr>
        <w:t>χεος, ὀφρὺς, ὀφρύος, λευκόφρυς, λευκόφρυος· εἰ δὲ ἀπ’ ἄλλων τινῶν εἰσὶ συντεθειμένα, διὰ τοῦ δος κλίνονται, οἷον· ἔπηλυς, ἐπήλυδος, νέηλυς, νεήλυδος· ταῦτα γὰρ οὐκ ἀπὸ τῶν εἰς υς εἰσὶν συντεθειμένα, ἀλλ’ ἀπὸ τοῦ ἐλεύθω</w:t>
      </w:r>
    </w:p>
    <w:p>
      <w:r>
        <w:rPr>
          <w:rFonts w:ascii="Courier New" w:hAnsi="Courier New"/>
          <w:color w:val="555555"/>
          <w:sz w:val="20"/>
        </w:rPr>
        <w:t>[25]</w:t>
      </w:r>
    </w:p>
    <w:p>
      <w:r>
        <w:rPr>
          <w:rFonts w:ascii="Gentium Plus" w:hAnsi="Gentium Plus"/>
          <w:sz w:val="24"/>
        </w:rPr>
        <w:t>γίνεται ἠλὺς καὶ νέηλυς.]</w:t>
      </w:r>
    </w:p>
    <w:p>
      <w:r>
        <w:rPr>
          <w:rFonts w:ascii="Courier New" w:hAnsi="Courier New"/>
          <w:color w:val="555555"/>
          <w:sz w:val="20"/>
        </w:rPr>
        <w:t>[nu 1389]</w:t>
      </w:r>
    </w:p>
    <w:p>
      <w:r>
        <w:rPr>
          <w:rFonts w:ascii="Gentium Plus" w:hAnsi="Gentium Plus"/>
          <w:sz w:val="24"/>
        </w:rPr>
        <w:t>Νειρεύς. ὁ κόχλος. Νηρεὺς δὲ ὁ θαλάσσιος, η. Νιρεὺς δὲ ὁ εὔμορφος, ι. Νεκρός. παρὰ τὸ νε στερητικὸν μόριον καὶ τὸ κῆρ γίνεται νεκηρὸς, ὁ ἐστερημένος τῆς ψυχῆς,</w:t>
      </w:r>
    </w:p>
    <w:p>
      <w:r>
        <w:rPr>
          <w:rFonts w:ascii="Courier New" w:hAnsi="Courier New"/>
          <w:color w:val="555555"/>
          <w:sz w:val="20"/>
        </w:rPr>
        <w:t>[5]</w:t>
      </w:r>
    </w:p>
    <w:p>
      <w:r>
        <w:rPr>
          <w:rFonts w:ascii="Gentium Plus" w:hAnsi="Gentium Plus"/>
          <w:sz w:val="24"/>
        </w:rPr>
        <w:t>καὶ κατὰ συγκοπὴν νεκρός. Νέκυς. ὁ νεκρός. ἔστι κίκυς, ἡ δύναμις, καὶ με‐ τὰ τοῦ νε στερητικοῦ νεκίκυς, ὁ ἐστερημένος κί‐ κυος, καὶ κατὰ συγκοπὴν νέκυς. ἢ ὥσπερ παρὰ τὸ ἵππος γίνεται ἱππὺς, καὶ κότος κοτὺς, οὕτω</w:t>
      </w:r>
    </w:p>
    <w:p>
      <w:r>
        <w:rPr>
          <w:rFonts w:ascii="Courier New" w:hAnsi="Courier New"/>
          <w:color w:val="555555"/>
          <w:sz w:val="20"/>
        </w:rPr>
        <w:t>[10]</w:t>
      </w:r>
    </w:p>
    <w:p>
      <w:r>
        <w:rPr>
          <w:rFonts w:ascii="Gentium Plus" w:hAnsi="Gentium Plus"/>
          <w:sz w:val="24"/>
        </w:rPr>
        <w:t>καὶ ἀπὸ τοῦ νεκρὸς νεκρὺς, καὶ ἀποβολῇ τοῦ ρ καὶ μεταθέσει τοῦ τόνου νέκυς. Νεογιλός. ὁ νέος καὶ μικρός. Νέος ἄνθρωπος. ἡ ἁγνεία καὶ ἀρετή. Νεόλεκτος. ὁ νεοστράτευτος.</w:t>
      </w:r>
    </w:p>
    <w:p>
      <w:r>
        <w:rPr>
          <w:rFonts w:ascii="Courier New" w:hAnsi="Courier New"/>
          <w:color w:val="555555"/>
          <w:sz w:val="20"/>
        </w:rPr>
        <w:t>[15]</w:t>
      </w:r>
    </w:p>
    <w:p>
      <w:r>
        <w:rPr>
          <w:rFonts w:ascii="Gentium Plus" w:hAnsi="Gentium Plus"/>
          <w:sz w:val="24"/>
        </w:rPr>
        <w:t>Νεοθαλής. ὁ νεόβλαστος. Νεογνός. ὁ νεωστὶ γεγεννημένος. ἢ νεόγονος τὶς ὤν. Νέος. ἀπὸ τοῦ νέεσθαι, ὅ ἐστι πορεύεσθαι εἰς αὔξησιν. [ἢ παρὰ τὸ ὁρμᾶσθαι. ὁρμῆς γὰρ καὶ ἡλικίας ἀνάπλεως.]</w:t>
      </w:r>
    </w:p>
    <w:p>
      <w:r>
        <w:rPr>
          <w:rFonts w:ascii="Courier New" w:hAnsi="Courier New"/>
          <w:color w:val="555555"/>
          <w:sz w:val="20"/>
        </w:rPr>
        <w:t>[20]</w:t>
      </w:r>
    </w:p>
    <w:p>
      <w:r>
        <w:rPr>
          <w:rFonts w:ascii="Gentium Plus" w:hAnsi="Gentium Plus"/>
          <w:sz w:val="24"/>
        </w:rPr>
        <w:t>Νεοσσός. ὁ νεωστὶ σευόμενος, ὅ ἐστιν ὁρμῶν. ἢ παρὰ τὸ νεάζω. Νέποδες. οἱ ἰχθύες, οἱ ἐστερημένοι ποδῶν. Νέπως. παρὰ τὸ πῶμι, τὸ πίνω, ὁ μέλλων πώ‐ σω, ἀποβολῇ τοῦ ω μετὰ τοῦ νε στερητικοῦ</w:t>
      </w:r>
    </w:p>
    <w:p>
      <w:r>
        <w:rPr>
          <w:rFonts w:ascii="Courier New" w:hAnsi="Courier New"/>
          <w:color w:val="555555"/>
          <w:sz w:val="20"/>
        </w:rPr>
        <w:t>[25]</w:t>
      </w:r>
    </w:p>
    <w:p>
      <w:r>
        <w:rPr>
          <w:rFonts w:ascii="Gentium Plus" w:hAnsi="Gentium Plus"/>
          <w:sz w:val="24"/>
        </w:rPr>
        <w:t>Νέπως. ἄνυδρον γὰρ τὸ ὄρος ἐκεῖνο. κλίνεται δὲ Νέπωτος. Νεπωτιανός. κύριον.</w:t>
      </w:r>
    </w:p>
    <w:p>
      <w:r>
        <w:rPr>
          <w:rFonts w:ascii="Courier New" w:hAnsi="Courier New"/>
          <w:color w:val="555555"/>
          <w:sz w:val="20"/>
        </w:rPr>
        <w:t>[nu 1390]</w:t>
      </w:r>
    </w:p>
    <w:p>
      <w:r>
        <w:rPr>
          <w:rFonts w:ascii="Gentium Plus" w:hAnsi="Gentium Plus"/>
          <w:sz w:val="24"/>
        </w:rPr>
        <w:t>Νεστοριανοί. ὧν ἡ αἵρεσις αὕτη· ἄλλον μὲν τὸν Χριστὸν, ἄλλον δὲ τὸν υἱὸν ἔλεγον. Νεφθαλείμ. ἑρμηνεύεται στέλεχος ἀνειμένον, ἤγουν φυτὸν πλατυνόμενον.</w:t>
      </w:r>
    </w:p>
    <w:p>
      <w:r>
        <w:rPr>
          <w:rFonts w:ascii="Courier New" w:hAnsi="Courier New"/>
          <w:color w:val="555555"/>
          <w:sz w:val="20"/>
        </w:rPr>
        <w:t>[5]</w:t>
      </w:r>
    </w:p>
    <w:p>
      <w:r>
        <w:rPr>
          <w:rFonts w:ascii="Gentium Plus" w:hAnsi="Gentium Plus"/>
          <w:sz w:val="24"/>
        </w:rPr>
        <w:t>Νεφρός. παρὰ τὸ νείφεσθαι, τὸ οὐρῶ. τὸ δὲ νείφειν κυρίως ἐπὶ τῆς ἐκ νέφους καταφορᾶς τῶν ὑδάτων. Νεωτεροποιός. ἀντάρτης· τύραννος. Νεώνητος. ὁ νεωστὶ ἀγορασθείς.</w:t>
      </w:r>
    </w:p>
    <w:p>
      <w:r>
        <w:rPr>
          <w:rFonts w:ascii="Courier New" w:hAnsi="Courier New"/>
          <w:color w:val="555555"/>
          <w:sz w:val="20"/>
        </w:rPr>
        <w:t>[10]</w:t>
      </w:r>
    </w:p>
    <w:p>
      <w:r>
        <w:rPr>
          <w:rFonts w:ascii="Gentium Plus" w:hAnsi="Gentium Plus"/>
          <w:sz w:val="24"/>
        </w:rPr>
        <w:t>Νεωκόρος. ὁ τοῦ ναοῦ ἐπιμελούμενος. κορεῖν γὰρ παρὰ τοῖς Ἀττικοῖς τὸ σαίρειν, καὶ τὸ κο‐ σμεῖν καὶ ἐπιμελεῖσθαι. Νεώς. ὁ ναός. [Ἀττικῶς. τὸν νεὼν ἡ αἰτιατικὴ, σὺν τῷ ν. καὶ λαγὼν καὶ Κῶν. ἡ δὲ γενικὴ καὶ</w:t>
      </w:r>
    </w:p>
    <w:p>
      <w:r>
        <w:rPr>
          <w:rFonts w:ascii="Courier New" w:hAnsi="Courier New"/>
          <w:color w:val="555555"/>
          <w:sz w:val="20"/>
        </w:rPr>
        <w:t>[15]</w:t>
      </w:r>
    </w:p>
    <w:p>
      <w:r>
        <w:rPr>
          <w:rFonts w:ascii="Gentium Plus" w:hAnsi="Gentium Plus"/>
          <w:sz w:val="24"/>
        </w:rPr>
        <w:t>δοτικὴ ἄνευ τοῦ ν, τοῦ νεὼ καὶ τῷ νεῷ.] Νεόφυτος. ὁ νεοκατήχητος. παρὰ τῷ Ἀποστό‐ λῳ· μὴ νεόφυτον, ἵνα μὴ τυφωθεὶς εἰς κρί‐ μα ἐμπέσῃ τοῦ διαβόλου. Νέος ἄνθρωπος καὶ νέος Ἀδάμ. ὁ Χριστὸς,</w:t>
      </w:r>
    </w:p>
    <w:p>
      <w:r>
        <w:rPr>
          <w:rFonts w:ascii="Courier New" w:hAnsi="Courier New"/>
          <w:color w:val="555555"/>
          <w:sz w:val="20"/>
        </w:rPr>
        <w:t>[20]</w:t>
      </w:r>
    </w:p>
    <w:p>
      <w:r>
        <w:rPr>
          <w:rFonts w:ascii="Gentium Plus" w:hAnsi="Gentium Plus"/>
          <w:sz w:val="24"/>
        </w:rPr>
        <w:t>ὃν ἐνδυόμεθα δι’ εὐαγοῦς πολιτείας.</w:t>
      </w:r>
    </w:p>
    <w:p>
      <w:pPr>
        <w:jc w:val="center"/>
      </w:pPr>
      <w:r>
        <w:rPr>
          <w:rFonts w:ascii="Gentium Plus" w:hAnsi="Gentium Plus"/>
          <w:b/>
          <w:sz w:val="24"/>
        </w:rPr>
        <w:t>(Θηλυκόν.)</w:t>
      </w:r>
    </w:p>
    <w:p>
      <w:r>
        <w:rPr>
          <w:rFonts w:ascii="Courier New" w:hAnsi="Courier New"/>
          <w:color w:val="555555"/>
          <w:sz w:val="20"/>
        </w:rPr>
        <w:t>[22]</w:t>
      </w:r>
    </w:p>
    <w:p>
      <w:r>
        <w:rPr>
          <w:rFonts w:ascii="Gentium Plus" w:hAnsi="Gentium Plus"/>
          <w:sz w:val="24"/>
        </w:rPr>
        <w:t>Νεάνις. ἡ παρθένος. καὶ τὸ τῆς νεανιότητος ὄνομα. ἐπὶ τῆς παρθενίας εἴωθεν ἡ γραφὴ τι‐ θέναι.</w:t>
      </w:r>
    </w:p>
    <w:p>
      <w:r>
        <w:rPr>
          <w:rFonts w:ascii="Courier New" w:hAnsi="Courier New"/>
          <w:color w:val="555555"/>
          <w:sz w:val="20"/>
        </w:rPr>
        <w:t>[25]</w:t>
      </w:r>
    </w:p>
    <w:p>
      <w:r>
        <w:rPr>
          <w:rFonts w:ascii="Gentium Plus" w:hAnsi="Gentium Plus"/>
          <w:sz w:val="24"/>
        </w:rPr>
        <w:t>Νεάτη. ἡ ἐσχάτη. παρὰ τὸ νέος. οἱ γὰρ νεώ‐ τεροι ἀτελεῖς εἰσὶ καὶ ἔσχατοι. [δὴ τότε λυσάμενοι νεάτας ἐκπείσματα δά‐ φνης.]</w:t>
      </w:r>
    </w:p>
    <w:p>
      <w:r>
        <w:rPr>
          <w:rFonts w:ascii="Courier New" w:hAnsi="Courier New"/>
          <w:color w:val="555555"/>
          <w:sz w:val="20"/>
        </w:rPr>
        <w:t>[nu 1391]</w:t>
      </w:r>
    </w:p>
    <w:p>
      <w:r>
        <w:rPr>
          <w:rFonts w:ascii="Gentium Plus" w:hAnsi="Gentium Plus"/>
          <w:sz w:val="24"/>
        </w:rPr>
        <w:t>Νεάπολις. ἡ Σαμάρεια. Νέαιρα. τὸ ἔσχατον μέρος τῆς κοιλίας. παρὰ τὸ νέω γέγονε νέαιρα. καὶ νέατον τὸ ἔσχατον. ὅθεν καὶ λαγὼν τὸ αὐτὸ εἴρηται. [παρὰ τὸ λή‐</w:t>
      </w:r>
    </w:p>
    <w:p>
      <w:r>
        <w:rPr>
          <w:rFonts w:ascii="Courier New" w:hAnsi="Courier New"/>
          <w:color w:val="555555"/>
          <w:sz w:val="20"/>
        </w:rPr>
        <w:t>[5]</w:t>
      </w:r>
    </w:p>
    <w:p>
      <w:r>
        <w:rPr>
          <w:rFonts w:ascii="Gentium Plus" w:hAnsi="Gentium Plus"/>
          <w:sz w:val="24"/>
        </w:rPr>
        <w:t>γω. τὸ δὲ νέω σημαίνει τὸ πορεύομαι· εἰς αὐ‐ τὴν γὰρ πορεύονται τὰ ἐσθιομένα.] Νείαιρα. ἡ ἐσχάτη. Νειός. ἡ ἠροτριασμένη γῆ. Νείκη. ἡ φιλονεικία.</w:t>
      </w:r>
    </w:p>
    <w:p>
      <w:r>
        <w:rPr>
          <w:rFonts w:ascii="Courier New" w:hAnsi="Courier New"/>
          <w:color w:val="555555"/>
          <w:sz w:val="20"/>
        </w:rPr>
        <w:t>[10]</w:t>
      </w:r>
    </w:p>
    <w:p>
      <w:r>
        <w:rPr>
          <w:rFonts w:ascii="Gentium Plus" w:hAnsi="Gentium Plus"/>
          <w:sz w:val="24"/>
        </w:rPr>
        <w:t>Νεκάδες. Ὅμηρος εἴωθε λέγειν τὰς τῶν νεκρῶν τάξεις, παρὰ τὸ νέκυας, νεκυάδας τινὰς οὔσας καὶ νεκάδας. Νεκυομαντία. ἡ νεκρομαντία. Νέμεσις. ὕβρις· μέμψις.</w:t>
      </w:r>
    </w:p>
    <w:p>
      <w:r>
        <w:rPr>
          <w:rFonts w:ascii="Courier New" w:hAnsi="Courier New"/>
          <w:color w:val="555555"/>
          <w:sz w:val="20"/>
        </w:rPr>
        <w:t>[15]</w:t>
      </w:r>
    </w:p>
    <w:p>
      <w:r>
        <w:rPr>
          <w:rFonts w:ascii="Gentium Plus" w:hAnsi="Gentium Plus"/>
          <w:sz w:val="24"/>
        </w:rPr>
        <w:t>Νέμεα. πόλις. Νέμεια. ἑορτὴ καὶ πόλις. Νεοσσεία καὶ νεοττεία. ἡ ἐκλέπισις. Νεότης. ἀκμὴ σώματος, ἢ ἄστατος πρακτέων γνώμη. ἢ πρόφασις ἀκολασίας τοῖς ἀκρατεστέ‐</w:t>
      </w:r>
    </w:p>
    <w:p>
      <w:r>
        <w:rPr>
          <w:rFonts w:ascii="Courier New" w:hAnsi="Courier New"/>
          <w:color w:val="555555"/>
          <w:sz w:val="20"/>
        </w:rPr>
        <w:t>[20]</w:t>
      </w:r>
    </w:p>
    <w:p>
      <w:r>
        <w:rPr>
          <w:rFonts w:ascii="Gentium Plus" w:hAnsi="Gentium Plus"/>
          <w:sz w:val="24"/>
        </w:rPr>
        <w:t>ροις. Νεολαία. ὁ νέος λαός. Νεομήνια. ... Νεοκαισάρεια. πόλις. Νευρὰ καὶ χορδὴ διαφέρει. νευρὰ μὲν ἡ ἐκ τῶν</w:t>
      </w:r>
    </w:p>
    <w:p>
      <w:r>
        <w:rPr>
          <w:rFonts w:ascii="Courier New" w:hAnsi="Courier New"/>
          <w:color w:val="555555"/>
          <w:sz w:val="20"/>
        </w:rPr>
        <w:t>[25]</w:t>
      </w:r>
    </w:p>
    <w:p>
      <w:r>
        <w:rPr>
          <w:rFonts w:ascii="Gentium Plus" w:hAnsi="Gentium Plus"/>
          <w:sz w:val="24"/>
        </w:rPr>
        <w:t>νευρῶν, ᾗτινι χρῶνται εἰς τὰ τάξα· χορδὴ δὲ ἡ ἐκ τῶν ἐντέρων εἰς τὰ ὄργανα. Νεφρίτης. νόσος παρὰ τοὺς νεφρούς. Νεφέλη. ἀὴρ παχὺς ἐκ τῆς ὑγρᾶς κατὰ γῆν ἀνα‐</w:t>
      </w:r>
    </w:p>
    <w:p>
      <w:r>
        <w:rPr>
          <w:rFonts w:ascii="Courier New" w:hAnsi="Courier New"/>
          <w:color w:val="555555"/>
          <w:sz w:val="20"/>
        </w:rPr>
        <w:t>[nu 1392]</w:t>
      </w:r>
    </w:p>
    <w:p>
      <w:r>
        <w:rPr>
          <w:rFonts w:ascii="Gentium Plus" w:hAnsi="Gentium Plus"/>
          <w:sz w:val="24"/>
        </w:rPr>
        <w:t>τοῖς ἀνέμοις, ὅταν λάβῃ παρ’ αὐτῶν ἀξιόλογον ἄθροισμα, καὶ τὸ ἐκ τῆς ἐνεσπαρμένης αὐτῷ νοτίδος βάρος ἱκανὸν γένηται, τότε σταγόνας εἰς τὴν γῆν ἀφίησι, καὶ αὕτη τῶν ὄμβρων ἡ</w:t>
      </w:r>
    </w:p>
    <w:p>
      <w:r>
        <w:rPr>
          <w:rFonts w:ascii="Courier New" w:hAnsi="Courier New"/>
          <w:color w:val="555555"/>
          <w:sz w:val="20"/>
        </w:rPr>
        <w:t>[5]</w:t>
      </w:r>
    </w:p>
    <w:p>
      <w:r>
        <w:rPr>
          <w:rFonts w:ascii="Gentium Plus" w:hAnsi="Gentium Plus"/>
          <w:sz w:val="24"/>
        </w:rPr>
        <w:t>φύσις ἀπὸ γῆς τὴν ἀρχὴν ἐχόντων, καὶ δι’ ἀέρος πάλιν ἐπὶ τὴν γῆν φερομένων. Νεοαρδέα. νεωστὶ πεποτισμένην καὶ ἀρδευθεῖ‐ σαν.</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Νεανιεύματα. ἀλαζονεύματα· κομπάσματα. Νεηκονῆ. νεωστὶ ἠκονημένα. Νεηγενές. νεωστὶ γεννηθέν. Νέβελ. κεράμιον. Νείατον. τὸ ἔσχατον. [ὡς παρὰ τὸ μέσος γίνε‐</w:t>
      </w:r>
    </w:p>
    <w:p>
      <w:r>
        <w:rPr>
          <w:rFonts w:ascii="Courier New" w:hAnsi="Courier New"/>
          <w:color w:val="555555"/>
          <w:sz w:val="20"/>
        </w:rPr>
        <w:t>[15]</w:t>
      </w:r>
    </w:p>
    <w:p>
      <w:r>
        <w:rPr>
          <w:rFonts w:ascii="Gentium Plus" w:hAnsi="Gentium Plus"/>
          <w:sz w:val="24"/>
        </w:rPr>
        <w:t>ται μέσατον, οὕτω καὶ παρὰ τὸ νέω νέατον καὶ νείατον.] Νεῖκος. ἡ φιλονεικία. παρὰ τὸ νέοις ἐοικέναι. ἡ γὰρ φιλονεικία τοῖς νέοις ἁρμόζει. Νειλόεν νᾶμα. τὸ τοῦ Νείλου. Νεῖλος δὲ</w:t>
      </w:r>
    </w:p>
    <w:p>
      <w:r>
        <w:rPr>
          <w:rFonts w:ascii="Courier New" w:hAnsi="Courier New"/>
          <w:color w:val="555555"/>
          <w:sz w:val="20"/>
        </w:rPr>
        <w:t>[20]</w:t>
      </w:r>
    </w:p>
    <w:p>
      <w:r>
        <w:rPr>
          <w:rFonts w:ascii="Gentium Plus" w:hAnsi="Gentium Plus"/>
          <w:sz w:val="24"/>
        </w:rPr>
        <w:t>ποταμός ἐστιν ἐν Αἰγύπτῳ. παρὰ τὸ νέαν ἰλὺν ἔχειν ἐν τῇ ἀναβάσει, Νέϊλος καὶ Νεῖλος. [ἢ παρὰ τὸ νέω, τὸ ῥέω, Νέϊλος, ὁ ῥέων ἰλύν· ὁ γὰρ Νεῖλος ἰλυώδης ἐστίν. ἢ ὥσπερ παρὰ τὸ πένθω πενθίλος, οὕτως καὶ παρὰ τὸ νέω Νεΐ‐</w:t>
      </w:r>
    </w:p>
    <w:p>
      <w:r>
        <w:rPr>
          <w:rFonts w:ascii="Courier New" w:hAnsi="Courier New"/>
          <w:color w:val="555555"/>
          <w:sz w:val="20"/>
        </w:rPr>
        <w:t>[25]</w:t>
      </w:r>
    </w:p>
    <w:p>
      <w:r>
        <w:rPr>
          <w:rFonts w:ascii="Gentium Plus" w:hAnsi="Gentium Plus"/>
          <w:sz w:val="24"/>
        </w:rPr>
        <w:t>λος καὶ κατὰ συναίρεσιν Νεῖλος. καὶ γὰρ νέος κατ’ ἔτος γίνεται· πλημμυρεῖ γὰρ κατ’ ἔτος καὶ ποτίζει τὴν Αἴγυπτον.]</w:t>
      </w:r>
    </w:p>
    <w:p>
      <w:r>
        <w:rPr>
          <w:rFonts w:ascii="Courier New" w:hAnsi="Courier New"/>
          <w:color w:val="555555"/>
          <w:sz w:val="20"/>
        </w:rPr>
        <w:t>[nu 1393]</w:t>
      </w:r>
    </w:p>
    <w:p>
      <w:r>
        <w:rPr>
          <w:rFonts w:ascii="Gentium Plus" w:hAnsi="Gentium Plus"/>
          <w:sz w:val="24"/>
        </w:rPr>
        <w:t>†Νεῖον. τὸ τῆς νηὸς πυθμενοειδὲς ξύλον.† Νέκταρ. θεῖον πόμα. καὶ νεκτάρειον πόμα, τὸ θαυμαστὸν καὶ ἀκήρατον. ἢ νέκταρ τὸ τῶν θεῶν πόμα, οἱονεὶ ὁ συνέχων τοὺς πίνοντας ἐν νεότη‐</w:t>
      </w:r>
    </w:p>
    <w:p>
      <w:r>
        <w:rPr>
          <w:rFonts w:ascii="Courier New" w:hAnsi="Courier New"/>
          <w:color w:val="555555"/>
          <w:sz w:val="20"/>
        </w:rPr>
        <w:t>[5]</w:t>
      </w:r>
    </w:p>
    <w:p>
      <w:r>
        <w:rPr>
          <w:rFonts w:ascii="Gentium Plus" w:hAnsi="Gentium Plus"/>
          <w:sz w:val="24"/>
        </w:rPr>
        <w:t>τι. παρὰ τὸ ἔχω καὶ τὸ νέον γίνεται νέκταρον, καὶ κατὰ συγκοπὴν νέκταρ. διὸ καὶ ἡ Ἥβη αὐτὸ κιρνᾷ. τινὲς ἐπὶ τοῦ θείου νάματος. παρὰ τὸ νε στερητικὸν καὶ τὸ κτῶ γέγονε νέκταρ· οἱονεὶ τὸ στέρησιν ποιοῦν τὸ κτᾶσθαι καὶ φονεύεσθαι</w:t>
      </w:r>
    </w:p>
    <w:p>
      <w:r>
        <w:rPr>
          <w:rFonts w:ascii="Courier New" w:hAnsi="Courier New"/>
          <w:color w:val="555555"/>
          <w:sz w:val="20"/>
        </w:rPr>
        <w:t>[10]</w:t>
      </w:r>
    </w:p>
    <w:p>
      <w:r>
        <w:rPr>
          <w:rFonts w:ascii="Gentium Plus" w:hAnsi="Gentium Plus"/>
          <w:sz w:val="24"/>
        </w:rPr>
        <w:t>τοὺς πίνοντας αὐτό· ἀφ’ οὗ δηλοῦσθαι τὸ ἀθά‐ νατον· οἷον τὸ μὴ κτεινομένοις διδόμενον. Νεόδμητον. τὸ νεοκατασκεύαστον. Νεόφθιτον. τὸ νεόφθαρτον. †Νεαλές. τὸ νεωστὶ ἑαλωκός· οἷον ἰχθῦς. δύ‐</w:t>
      </w:r>
    </w:p>
    <w:p>
      <w:r>
        <w:rPr>
          <w:rFonts w:ascii="Courier New" w:hAnsi="Courier New"/>
          <w:color w:val="555555"/>
          <w:sz w:val="20"/>
        </w:rPr>
        <w:t>[15]</w:t>
      </w:r>
    </w:p>
    <w:p>
      <w:r>
        <w:rPr>
          <w:rFonts w:ascii="Gentium Plus" w:hAnsi="Gentium Plus"/>
          <w:sz w:val="24"/>
        </w:rPr>
        <w:t>ναται δὲ καὶ τὸ νεωστὶ ἁλὶ πεπασμένον.† †Νεόκτητον. τὸ νεωστὶ κατεσκευασμένον.† Νεόκμητον. τὸ νεωστὶ κατεσκευασμένον. Νεοσύλλεκτον. τὸ νεοστράτευτον. Νεόβδαλτον. τὸ νεοάμελκτον. γάλα νεόβδαλ‐</w:t>
      </w:r>
    </w:p>
    <w:p>
      <w:r>
        <w:rPr>
          <w:rFonts w:ascii="Courier New" w:hAnsi="Courier New"/>
          <w:color w:val="555555"/>
          <w:sz w:val="20"/>
        </w:rPr>
        <w:t>[20]</w:t>
      </w:r>
    </w:p>
    <w:p>
      <w:r>
        <w:rPr>
          <w:rFonts w:ascii="Gentium Plus" w:hAnsi="Gentium Plus"/>
          <w:sz w:val="24"/>
        </w:rPr>
        <w:t>τον. Νεώττιον. πωλίον. Νεμειαῖον. ὄρος Πελοπονήσου. Νέφος. τὸ πλῆθος. νέφος μαρτύρων. ἢ καὶ τὸ</w:t>
      </w:r>
    </w:p>
    <w:p>
      <w:r>
        <w:rPr>
          <w:rFonts w:ascii="Courier New" w:hAnsi="Courier New"/>
          <w:color w:val="555555"/>
          <w:sz w:val="20"/>
        </w:rPr>
        <w:t>[nu 1394]</w:t>
      </w:r>
    </w:p>
    <w:p>
      <w:r>
        <w:rPr>
          <w:rFonts w:ascii="Gentium Plus" w:hAnsi="Gentium Plus"/>
          <w:sz w:val="24"/>
        </w:rPr>
        <w:t>εἰς ὕδωρ. οἱονεὶ τὸ ἐστερημένον φάους, νέφαος, νέφος. ἢ παρὰ τὸ νείφω, τὸ βρέχω. οὕτω Φί‐ λων. Νεῦρον. παρὰ τὸ νεῖσθαι δι’ ὅλου τοῦ σώματος.</w:t>
      </w:r>
    </w:p>
    <w:p>
      <w:r>
        <w:rPr>
          <w:rFonts w:ascii="Courier New" w:hAnsi="Courier New"/>
          <w:color w:val="555555"/>
          <w:sz w:val="20"/>
        </w:rPr>
        <w:t>[5]</w:t>
      </w:r>
    </w:p>
    <w:p>
      <w:r>
        <w:rPr>
          <w:rFonts w:ascii="Gentium Plus" w:hAnsi="Gentium Plus"/>
          <w:sz w:val="24"/>
        </w:rPr>
        <w:t>Νεώνητα. νεωστὶ ἀγορασθέντα.</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Νέηαι. πορευθῇς. [νέω, τὸ πορεύομαι, νέομαι, νέεται, τὸ ὑποτακτικὸν νέησαι, καὶ τὸ Ἰωνικὸν νέηαι.]</w:t>
      </w:r>
    </w:p>
    <w:p>
      <w:r>
        <w:rPr>
          <w:rFonts w:ascii="Courier New" w:hAnsi="Courier New"/>
          <w:color w:val="555555"/>
          <w:sz w:val="20"/>
        </w:rPr>
        <w:t>[10]</w:t>
      </w:r>
    </w:p>
    <w:p>
      <w:r>
        <w:rPr>
          <w:rFonts w:ascii="Gentium Plus" w:hAnsi="Gentium Plus"/>
          <w:sz w:val="24"/>
        </w:rPr>
        <w:t>Νεανιεύεται. [ἀλαζονεύεται.] Νεῖαι. πορευθήσῃ. Νεῖν. ἀντὶ τοῦ κολυμβᾷν. Νείκησεν. ὕβρισεν· ἐφιλονείκησεν. [καὶ νεικείῃ‐ σιν. ἀπὸ τοῦ νεικῶ, νεικείω, νεικείῃ, καὶ</w:t>
      </w:r>
    </w:p>
    <w:p>
      <w:r>
        <w:rPr>
          <w:rFonts w:ascii="Courier New" w:hAnsi="Courier New"/>
          <w:color w:val="555555"/>
          <w:sz w:val="20"/>
        </w:rPr>
        <w:t>[15]</w:t>
      </w:r>
    </w:p>
    <w:p>
      <w:r>
        <w:rPr>
          <w:rFonts w:ascii="Gentium Plus" w:hAnsi="Gentium Plus"/>
          <w:sz w:val="24"/>
        </w:rPr>
        <w:t>ἐκτάσει τῆς σι συλλαβῆς νεικείῃσι.] Νείφει. χιονίζει, βρέχει. [ἀπὸ τοῦ νέφος, ἐξ οὗ νόφος καὶ γνόφος, γίνεται νέφω καὶ νείφω.] Νέμεται. βόσκεται. Νέμω. τὸ παρέχω. καὶ νεῖμαι.</w:t>
      </w:r>
    </w:p>
    <w:p>
      <w:r>
        <w:rPr>
          <w:rFonts w:ascii="Courier New" w:hAnsi="Courier New"/>
          <w:color w:val="555555"/>
          <w:sz w:val="20"/>
        </w:rPr>
        <w:t>[20]</w:t>
      </w:r>
    </w:p>
    <w:p>
      <w:r>
        <w:rPr>
          <w:rFonts w:ascii="Gentium Plus" w:hAnsi="Gentium Plus"/>
          <w:sz w:val="24"/>
        </w:rPr>
        <w:t>Νεμεσήσεται. μέμψεται. [καὶ νεμεσᾷ. καὶ νε‐ μεσήσεαι. ἀπὸ τοῦ νεμεσῶ, δευτέρας συζυγίας περὶ πάθους ἐνεστῶτος ἰωνικοῦ.] Νενέαται. σεσώρευται. ἔστι ῥῆμα νῶ, τὸ σω‐</w:t>
      </w:r>
    </w:p>
    <w:p>
      <w:r>
        <w:rPr>
          <w:rFonts w:ascii="Courier New" w:hAnsi="Courier New"/>
          <w:color w:val="555555"/>
          <w:sz w:val="20"/>
        </w:rPr>
        <w:t>[nu 1395]</w:t>
      </w:r>
    </w:p>
    <w:p>
      <w:r>
        <w:rPr>
          <w:rFonts w:ascii="Gentium Plus" w:hAnsi="Gentium Plus"/>
          <w:sz w:val="24"/>
        </w:rPr>
        <w:t>νένημαι, νενήμεθα, νένησθαι, νένηνται, καὶ τὸ ἰωνικὸν νενέαται.] Νενευκότι. συγκύψαντι. Νέονται. πορεύονται. καὶ νέω.</w:t>
      </w:r>
    </w:p>
    <w:p>
      <w:r>
        <w:rPr>
          <w:rFonts w:ascii="Courier New" w:hAnsi="Courier New"/>
          <w:color w:val="555555"/>
          <w:sz w:val="20"/>
        </w:rPr>
        <w:t>[5]</w:t>
      </w:r>
    </w:p>
    <w:p>
      <w:r>
        <w:rPr>
          <w:rFonts w:ascii="Gentium Plus" w:hAnsi="Gentium Plus"/>
          <w:sz w:val="24"/>
        </w:rPr>
        <w:t>Νευστάζων. κινῶν· ἐννεύων. νευστάζων κάραν Ἰούδας. Νέω. τὸ κολυμβῶ. Νεωτερίζει. καινὰ πράττει. ἀνταίρει. Νεώσαντες. ἀρόσαντες.</w:t>
      </w:r>
    </w:p>
    <w:p>
      <w:r>
        <w:rPr>
          <w:rFonts w:ascii="Courier New" w:hAnsi="Courier New"/>
          <w:color w:val="555555"/>
          <w:sz w:val="20"/>
        </w:rPr>
        <w:t>[10]</w:t>
      </w:r>
    </w:p>
    <w:p>
      <w:r>
        <w:rPr>
          <w:rFonts w:ascii="Gentium Plus" w:hAnsi="Gentium Plus"/>
          <w:sz w:val="24"/>
        </w:rPr>
        <w:t>Νεωλκῆσαι. ἔξω τὴν ναῦν ἑλκῦσαι. Νέαται. κατῳκισμέναι εἰσί. [ἀπὸ τοῦ νῶ, οὗ παράγωγον νέω. ὡς τὸ κέαται.]</w:t>
      </w:r>
    </w:p>
    <w:p>
      <w:pPr>
        <w:jc w:val="center"/>
      </w:pPr>
      <w:r>
        <w:rPr>
          <w:rFonts w:ascii="Gentium Plus" w:hAnsi="Gentium Plus"/>
          <w:b/>
          <w:sz w:val="24"/>
        </w:rPr>
        <w:t>(Ἐπίῤῥημα.)</w:t>
      </w:r>
    </w:p>
    <w:p>
      <w:r>
        <w:rPr>
          <w:rFonts w:ascii="Courier New" w:hAnsi="Courier New"/>
          <w:color w:val="555555"/>
          <w:sz w:val="20"/>
        </w:rPr>
        <w:t>[14]</w:t>
      </w:r>
    </w:p>
    <w:p>
      <w:r>
        <w:rPr>
          <w:rFonts w:ascii="Gentium Plus" w:hAnsi="Gentium Plus"/>
          <w:sz w:val="24"/>
        </w:rPr>
        <w:t>Νειόθεν. ἐσχάτως.</w:t>
      </w:r>
    </w:p>
    <w:p>
      <w:r>
        <w:rPr>
          <w:rFonts w:ascii="Courier New" w:hAnsi="Courier New"/>
          <w:color w:val="555555"/>
          <w:sz w:val="20"/>
        </w:rPr>
        <w:t>[15]</w:t>
      </w:r>
    </w:p>
    <w:p>
      <w:r>
        <w:rPr>
          <w:rFonts w:ascii="Gentium Plus" w:hAnsi="Gentium Plus"/>
          <w:sz w:val="24"/>
        </w:rPr>
        <w:t>Νέρθεν. ὑποκάτωθεν. [παρὰ τὸ ἔνερθεν, νέρθεν, κατὰ ἀφαίρεσιν τοῦ ε. τοῦτο παρὰ τὴν ἔραν, τὴν γῆν. γέγονεν ἔρος καὶ ἔνερος, ἐνέρωθεν καὶ συγκοπῇ ἔνερθεν.] Νεωστί. ἀρτίως, προσφάτως. [οἱ νέοι, τῶν νέων,</w:t>
      </w:r>
    </w:p>
    <w:p>
      <w:r>
        <w:rPr>
          <w:rFonts w:ascii="Courier New" w:hAnsi="Courier New"/>
          <w:color w:val="555555"/>
          <w:sz w:val="20"/>
        </w:rPr>
        <w:t>[20]</w:t>
      </w:r>
    </w:p>
    <w:p>
      <w:r>
        <w:rPr>
          <w:rFonts w:ascii="Gentium Plus" w:hAnsi="Gentium Plus"/>
          <w:sz w:val="24"/>
        </w:rPr>
        <w:t>ἐπίῤῥημα νέως, νεωστί.] Νέωτα. εἰς τὸ αὔριον, εἰς τὸ μέλλον. ἀεὶ γεωργὸς εἰς νέωτα πλούσιος. [Ἀττικῶς. παρὰ τὸ νέος νέωτα, κατ’ ἔκτασιν τοῦ ο εἰς ω. ἢ ἔστι νέοτε, ὡς ἄλλος ἄλλοτε,</w:t>
      </w:r>
    </w:p>
    <w:p>
      <w:r>
        <w:rPr>
          <w:rFonts w:ascii="Courier New" w:hAnsi="Courier New"/>
          <w:color w:val="555555"/>
          <w:sz w:val="20"/>
        </w:rPr>
        <w:t>[25]</w:t>
      </w:r>
    </w:p>
    <w:p>
      <w:r>
        <w:rPr>
          <w:rFonts w:ascii="Gentium Plus" w:hAnsi="Gentium Plus"/>
          <w:sz w:val="24"/>
        </w:rPr>
        <w:t>καὶ τροπῇ αἰολικῇ τοῦ ε εἰς τὸ α ἐπ’ αὐξήσει</w:t>
      </w:r>
    </w:p>
    <w:p>
      <w:pPr>
        <w:jc w:val="center"/>
      </w:pPr>
      <w:r>
        <w:rPr>
          <w:rFonts w:ascii="Gentium Plus" w:hAnsi="Gentium Plus"/>
          <w:b/>
          <w:sz w:val="24"/>
        </w:rPr>
        <w:t>Τὸ Ν μετὰ τοῦ Η.</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Νήδυμος. ὁ γλυκὺς, ὁ ἡδύς. νήδυμος ὕπνος.</w:t>
      </w:r>
    </w:p>
    <w:p>
      <w:r>
        <w:rPr>
          <w:rFonts w:ascii="Courier New" w:hAnsi="Courier New"/>
          <w:color w:val="555555"/>
          <w:sz w:val="20"/>
        </w:rPr>
        <w:t>[5]</w:t>
      </w:r>
    </w:p>
    <w:p>
      <w:r>
        <w:rPr>
          <w:rFonts w:ascii="Gentium Plus" w:hAnsi="Gentium Plus"/>
          <w:sz w:val="24"/>
        </w:rPr>
        <w:t>[οἱ δὲ ἥδυμος, χωρὶς τοῦ ν. καὶ ἴσως ἐνόμι‐ σαν ἀπὸ τοῦ ἡδὺς εἶναι παράγωγον. λέξεως δὲ δασυνομένης οὐ συντίθεται τὸ ν κατ’ ἀρχάς. ἔστι δὲ ἀπὸ τοῦ δύω, δύσω, ἐξ οὗ ῥῆμα ὄνομα δύμος καὶ μετὰ τοῦ νη ἐπιτατικοῦ νήδυμος.]</w:t>
      </w:r>
    </w:p>
    <w:p>
      <w:r>
        <w:rPr>
          <w:rFonts w:ascii="Courier New" w:hAnsi="Courier New"/>
          <w:color w:val="555555"/>
          <w:sz w:val="20"/>
        </w:rPr>
        <w:t>[10]</w:t>
      </w:r>
    </w:p>
    <w:p>
      <w:r>
        <w:rPr>
          <w:rFonts w:ascii="Gentium Plus" w:hAnsi="Gentium Plus"/>
          <w:sz w:val="24"/>
        </w:rPr>
        <w:t>Νῆϊς. ὁ ἐστερημένος. Νηΐτης στόλος. ὁ διὰ τῶν νηῶν. Νήκερως. ὁ μὴ ἔχων κέρας. Νήλωπος. ὁ μὴ ἔχων ἱμάτιον. Νηλῆϊ. τὸ Νηλεῖ, ποιητικῶς.</w:t>
      </w:r>
    </w:p>
    <w:p>
      <w:r>
        <w:rPr>
          <w:rFonts w:ascii="Courier New" w:hAnsi="Courier New"/>
          <w:color w:val="555555"/>
          <w:sz w:val="20"/>
        </w:rPr>
        <w:t>[15]</w:t>
      </w:r>
    </w:p>
    <w:p>
      <w:r>
        <w:rPr>
          <w:rFonts w:ascii="Gentium Plus" w:hAnsi="Gentium Plus"/>
          <w:sz w:val="24"/>
        </w:rPr>
        <w:t>Νηλής. ὁ ἀνηλεής. Νηλήτεις. τοὺς ἁμαρτωλούς. [ὡς ἀπὸ τοῦ εὐσε‐ βὴς γίνεται εὐσεβέες, εὐσεβεῖς, οὕτως καὶ ἀπὸ τοῦ νηλήτης γίνεται νηλήτεες, νηλήτεις. παρὰ τὸ νη ἐπιτατικὸν καὶ τὸ ἀλιτεῖν, τὸ ἁμαρτάνειν.</w:t>
      </w:r>
    </w:p>
    <w:p>
      <w:r>
        <w:rPr>
          <w:rFonts w:ascii="Courier New" w:hAnsi="Courier New"/>
          <w:color w:val="555555"/>
          <w:sz w:val="20"/>
        </w:rPr>
        <w:t>[20]</w:t>
      </w:r>
    </w:p>
    <w:p>
      <w:r>
        <w:rPr>
          <w:rFonts w:ascii="Gentium Plus" w:hAnsi="Gentium Plus"/>
          <w:sz w:val="24"/>
        </w:rPr>
        <w:t>τὸ ἀλιτεῖν διὰ τοῦ ἰῶτα γράφεται, τὸ δὲ νηλή‐ της διὰ τοῦ ἦτα, ὅτι αἰολικῶς ἐτράπη τὸ ι εἰς τὸ η. ἕτεροι δὲ τοὺς ἀναμαρτήτους λέγουσιν, ἀπὸ τοῦ νη στερητικοῦ καὶ τοῦ ἀλιτεῖν.] Νηλεής. ὁ σκληρὸς, ὁ ἀπηνὴς, [ὁ ἀνηλεής.</w:t>
      </w:r>
    </w:p>
    <w:p>
      <w:r>
        <w:rPr>
          <w:rFonts w:ascii="Courier New" w:hAnsi="Courier New"/>
          <w:color w:val="555555"/>
          <w:sz w:val="20"/>
        </w:rPr>
        <w:t>[25]</w:t>
      </w:r>
    </w:p>
    <w:p>
      <w:r>
        <w:rPr>
          <w:rFonts w:ascii="Gentium Plus" w:hAnsi="Gentium Plus"/>
          <w:sz w:val="24"/>
        </w:rPr>
        <w:t>ἀπὸ τοῦ ἔλεος γέγονε καὶ τοῦ νη στερητικοῦ ἐπιῤῥήματος, οἱονεὶ ὁ ἐστερημένος τοῦ ἐλεεῖν. τὸ</w:t>
      </w:r>
    </w:p>
    <w:p>
      <w:r>
        <w:rPr>
          <w:rFonts w:ascii="Courier New" w:hAnsi="Courier New"/>
          <w:color w:val="555555"/>
          <w:sz w:val="20"/>
        </w:rPr>
        <w:t>[nu 1397]</w:t>
      </w:r>
    </w:p>
    <w:p>
      <w:r>
        <w:rPr>
          <w:rFonts w:ascii="Gentium Plus" w:hAnsi="Gentium Plus"/>
          <w:sz w:val="24"/>
        </w:rPr>
        <w:t>ἀπὸ τοῦ λῶ, τὸ θέλω, καὶ τοῦ νη στερητικοῦ, οἱονεὶ ὁ μὴ θέλων εἶναι ἐλεήμων, ἀλλὰ ἀκαμ‐ πὴς καὶ σκληρός.] Νήλιπος. ἀνυπόδετος ἢ μονοχίτων. [κατὰ στέ‐</w:t>
      </w:r>
    </w:p>
    <w:p>
      <w:r>
        <w:rPr>
          <w:rFonts w:ascii="Courier New" w:hAnsi="Courier New"/>
          <w:color w:val="555555"/>
          <w:sz w:val="20"/>
        </w:rPr>
        <w:t>[5]</w:t>
      </w:r>
    </w:p>
    <w:p>
      <w:r>
        <w:rPr>
          <w:rFonts w:ascii="Gentium Plus" w:hAnsi="Gentium Plus"/>
          <w:sz w:val="24"/>
        </w:rPr>
        <w:t>ρησιν τοῦ νη, ὥσπερ νηνεμία. τὸ δὲ νήλιποι, οἱ ἀνυπόδετοι, συνῄρηται ἀπὸ τοῦ νηλίποδος.] [Νημερτής. ὁ ἀληθής. παρὰ τὸ ἁμαρτῶ ἁμαρ‐ τὴς, καὶ μετὰ τοῦ νη στερητικοῦ νηαμαρτὴς, καὶ συγκοπῇ καὶ τροπῇ τοῦ α εἰς ε νημερτὴς,</w:t>
      </w:r>
    </w:p>
    <w:p>
      <w:r>
        <w:rPr>
          <w:rFonts w:ascii="Courier New" w:hAnsi="Courier New"/>
          <w:color w:val="555555"/>
          <w:sz w:val="20"/>
        </w:rPr>
        <w:t>[10]</w:t>
      </w:r>
    </w:p>
    <w:p>
      <w:r>
        <w:rPr>
          <w:rFonts w:ascii="Gentium Plus" w:hAnsi="Gentium Plus"/>
          <w:sz w:val="24"/>
        </w:rPr>
        <w:t>ὁ ἐστερημένος τοῦ ἁμαρτάνειν.] Νήπιος. ἄφρων, ἀνόητος. [παρὰ τὸ ἤπιος πλεονασμῷ τοῦ ν νήπιος, ὁ πρᾷος καὶ προσηνὴς καὶ νήπια ποιῶν. ἢ παρὰ τὸ νη στερητικὸν καὶ τὸ εἰπεῖν, νηέπιος καὶ κατὰ συναίρεσιν νήπιος,</w:t>
      </w:r>
    </w:p>
    <w:p>
      <w:r>
        <w:rPr>
          <w:rFonts w:ascii="Courier New" w:hAnsi="Courier New"/>
          <w:color w:val="555555"/>
          <w:sz w:val="20"/>
        </w:rPr>
        <w:t>[15]</w:t>
      </w:r>
    </w:p>
    <w:p>
      <w:r>
        <w:rPr>
          <w:rFonts w:ascii="Gentium Plus" w:hAnsi="Gentium Plus"/>
          <w:sz w:val="24"/>
        </w:rPr>
        <w:t>ὁ μὴ δυνάμενος λέγειν. ἢ νήβιος, ὁ ἐστερημέ‐ νος τοῦ βίου.] Νηπύτιος. ἄφρων, ἀνόητος. [παρὰ τὸ νη στε‐ ρητικὸν καὶ τὸ πινυτὸν γέγονε νηπινύτιος, καὶ συγκοπῇ τοῦ ι καὶ τοῦ ν νηπύτιος.]</w:t>
      </w:r>
    </w:p>
    <w:p>
      <w:r>
        <w:rPr>
          <w:rFonts w:ascii="Courier New" w:hAnsi="Courier New"/>
          <w:color w:val="555555"/>
          <w:sz w:val="20"/>
        </w:rPr>
        <w:t>[20]</w:t>
      </w:r>
    </w:p>
    <w:p>
      <w:r>
        <w:rPr>
          <w:rFonts w:ascii="Gentium Plus" w:hAnsi="Gentium Plus"/>
          <w:sz w:val="24"/>
        </w:rPr>
        <w:t>Νηρεύς. ὁ θαλάσσιος δαίμων. ἢ κοχλίας. ἀπὸ τῆς νήξεως καὶ τοῦ ῥαδίως νεῖν. Νηρίτης. ὁ θαλάσσιος κοχλίας. [οὐκ ἔστι δὲ παρὰ τὸ Νηρεύς· ὤφειλε γὰρ γράφεσθαι διὰ διφθόγγου, ὡς Ἀταρνεὺς, Ἀταρνείτης. ὁ δὲ</w:t>
      </w:r>
    </w:p>
    <w:p>
      <w:r>
        <w:rPr>
          <w:rFonts w:ascii="Courier New" w:hAnsi="Courier New"/>
          <w:color w:val="555555"/>
          <w:sz w:val="20"/>
        </w:rPr>
        <w:t>[25]</w:t>
      </w:r>
    </w:p>
    <w:p>
      <w:r>
        <w:rPr>
          <w:rFonts w:ascii="Gentium Plus" w:hAnsi="Gentium Plus"/>
          <w:sz w:val="24"/>
        </w:rPr>
        <w:t>τεχνικὸς λέγει, ἀπὸ τοῦ Νηρηῒς ἐστί.] Νηρίθμους. ἀναριθμήτους. Νῆστις. ἄγευστος. ἢ ἔντερόν ἐστιν οὕτω λεγό‐</w:t>
      </w:r>
    </w:p>
    <w:p>
      <w:r>
        <w:rPr>
          <w:rFonts w:ascii="Courier New" w:hAnsi="Courier New"/>
          <w:color w:val="555555"/>
          <w:sz w:val="20"/>
        </w:rPr>
        <w:t>[nu 1398]</w:t>
      </w:r>
    </w:p>
    <w:p>
      <w:r>
        <w:rPr>
          <w:rFonts w:ascii="Gentium Plus" w:hAnsi="Gentium Plus"/>
          <w:sz w:val="24"/>
        </w:rPr>
        <w:t>τίων. τὸ γὰρ νη στερητικόν ἐστι. νῆστις, καὶ κλίνεται νήστιος, ὡς ὄφιος, ἔχιος. τὸ πληθυν‐ τικὸν τοὺς νήστις διὰ τοῦ ἰῶτα.] Νὴ τὸν θεόν. μὰ τὸν θεόν.</w:t>
      </w:r>
    </w:p>
    <w:p>
      <w:r>
        <w:rPr>
          <w:rFonts w:ascii="Courier New" w:hAnsi="Courier New"/>
          <w:color w:val="555555"/>
          <w:sz w:val="20"/>
        </w:rPr>
        <w:t>[5]</w:t>
      </w:r>
    </w:p>
    <w:p>
      <w:r>
        <w:rPr>
          <w:rFonts w:ascii="Gentium Plus" w:hAnsi="Gentium Plus"/>
          <w:sz w:val="24"/>
        </w:rPr>
        <w:t>Νήφων. κύριον. Νηφάλιος. ὁ γρήγορος. Νηφάλεος. ὁ σώφρων. Νηφαλισμός. ἡ προσοχή. Νηφάλεος. ἄγρυπνος, διορατικός. ζέων τῷ πνεύ‐</w:t>
      </w:r>
    </w:p>
    <w:p>
      <w:r>
        <w:rPr>
          <w:rFonts w:ascii="Courier New" w:hAnsi="Courier New"/>
          <w:color w:val="555555"/>
          <w:sz w:val="20"/>
        </w:rPr>
        <w:t>[10]</w:t>
      </w:r>
    </w:p>
    <w:p>
      <w:r>
        <w:rPr>
          <w:rFonts w:ascii="Gentium Plus" w:hAnsi="Gentium Plus"/>
          <w:sz w:val="24"/>
        </w:rPr>
        <w:t>ματι. ὁ Ἀπόστολος· νηφάλεον, σώφρονα, κόσμιον.</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Νηδύς. ἡ γαστήρ. ἀπὸ τοῦ διανενῆσθαι, ὅ ἐστι σεσωρεῦσθαι καὶ πεπληρῶσθαι.</w:t>
      </w:r>
    </w:p>
    <w:p>
      <w:r>
        <w:rPr>
          <w:rFonts w:ascii="Courier New" w:hAnsi="Courier New"/>
          <w:color w:val="555555"/>
          <w:sz w:val="20"/>
        </w:rPr>
        <w:t>[15]</w:t>
      </w:r>
    </w:p>
    <w:p>
      <w:r>
        <w:rPr>
          <w:rFonts w:ascii="Gentium Plus" w:hAnsi="Gentium Plus"/>
          <w:sz w:val="24"/>
        </w:rPr>
        <w:t>Νῆες. πλοῖα. [ἀπὸ τοῦ νῆσαι, τὸ σωρεῦσαι.] Νηΐδες. αἱ Νύμφαι. [αἱ ἐν νάμασιν οὖσαι. παρὰ τὸ νάω, τὸ ῥέω.] Νηνεμία. ἡσυχία, γαλήνη. Νηπεία καὶ νηπιέη. ἡ ἀφροσύνη.</w:t>
      </w:r>
    </w:p>
    <w:p>
      <w:r>
        <w:rPr>
          <w:rFonts w:ascii="Courier New" w:hAnsi="Courier New"/>
          <w:color w:val="555555"/>
          <w:sz w:val="20"/>
        </w:rPr>
        <w:t>[20]</w:t>
      </w:r>
    </w:p>
    <w:p>
      <w:r>
        <w:rPr>
          <w:rFonts w:ascii="Gentium Plus" w:hAnsi="Gentium Plus"/>
          <w:sz w:val="24"/>
        </w:rPr>
        <w:t>Νηρῇδες. θαλάσσιοι δαίμονες. [ἔχει τὸ ἰῶτα, ἀπὸ γὰρ τοῦ Νηρηΐδες, ὡς Βρισηΐδες καὶ Χρυ‐ σηΐδες, Νηρῇδες, Καδμῇδες.] Νηστεία. τῆξις σώματος, καὶ ὑπωπιασμός. Νῆσσα. τὸ νησσάριον. [ὡς παρὰ τὸ δόξω δόξα,</w:t>
      </w:r>
    </w:p>
    <w:p>
      <w:r>
        <w:rPr>
          <w:rFonts w:ascii="Courier New" w:hAnsi="Courier New"/>
          <w:color w:val="555555"/>
          <w:sz w:val="20"/>
        </w:rPr>
        <w:t>[25]</w:t>
      </w:r>
    </w:p>
    <w:p>
      <w:r>
        <w:rPr>
          <w:rFonts w:ascii="Gentium Plus" w:hAnsi="Gentium Plus"/>
          <w:sz w:val="24"/>
        </w:rPr>
        <w:t>καὶ ἄγω ἄξω καὶ ἅμαξα, οὕτως καὶ παρὰ τὸ νῶ, τὸ κολυμβῶ, νῆσα καὶ ἀναδιπλασιασμῷ τοῦ αὐτοῦ συμφώνου νῆσσα.] Νίσσα δὲ τόπος καὶ</w:t>
      </w:r>
    </w:p>
    <w:p>
      <w:r>
        <w:rPr>
          <w:rFonts w:ascii="Courier New" w:hAnsi="Courier New"/>
          <w:color w:val="555555"/>
          <w:sz w:val="20"/>
        </w:rPr>
        <w:t>[nu 1399]</w:t>
      </w:r>
    </w:p>
    <w:p>
      <w:r>
        <w:rPr>
          <w:rFonts w:ascii="Gentium Plus" w:hAnsi="Gentium Plus"/>
          <w:sz w:val="24"/>
        </w:rPr>
        <w:t>Νῆσις. ἡ κλῶσις καὶ ἡ σώρευσις. Νῆσος. παρὰ τὸ νῶ, τὸ κολυμβῶ. ὁ μέλλων νή‐ σω. ἐξ αὐτοῦ γέγονε νῆσος. Νήτη. ἡ τῆς λύρας χορδή.</w:t>
      </w:r>
    </w:p>
    <w:p>
      <w:r>
        <w:rPr>
          <w:rFonts w:ascii="Courier New" w:hAnsi="Courier New"/>
          <w:color w:val="555555"/>
          <w:sz w:val="20"/>
        </w:rPr>
        <w:t>[5]</w:t>
      </w:r>
    </w:p>
    <w:p>
      <w:r>
        <w:rPr>
          <w:rFonts w:ascii="Gentium Plus" w:hAnsi="Gentium Plus"/>
          <w:sz w:val="24"/>
        </w:rPr>
        <w:t>Νητρία. χώρα. γράφεται καὶ διὰ τοῦ ι. Νῆϋς. ἡ ναῦς. [διὰ τοῦ ἦτα. παρὰ τὸ νέω, τὸ νήχω, νηῦς, διὰ τοῦ α ναῦς, παρὰ Δωριεῦσι. χρῆται οὖν ὁ ποιητὴς ταύταις ταῖς φωναῖς· νηυ‐ σί· ναυσί· νέεσσι· νήεσσιν. οἱ Αἰολεῖς</w:t>
      </w:r>
    </w:p>
    <w:p>
      <w:r>
        <w:rPr>
          <w:rFonts w:ascii="Courier New" w:hAnsi="Courier New"/>
          <w:color w:val="555555"/>
          <w:sz w:val="20"/>
        </w:rPr>
        <w:t>[10]</w:t>
      </w:r>
    </w:p>
    <w:p>
      <w:r>
        <w:rPr>
          <w:rFonts w:ascii="Gentium Plus" w:hAnsi="Gentium Plus"/>
          <w:sz w:val="24"/>
        </w:rPr>
        <w:t>νάεσσι. τί οὖν; Ὅμηρος οὐκ οἶδε τὴν ναυσὶ φωνήν; ναί· ἀλλ’ ἐν συνθέσει, ναυσίθοος, ναυ‐ σίκλυτος.]</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Νήκεστον. ἀθεράπευτον. [Ἡσίοδος·</w:t>
      </w:r>
    </w:p>
    <w:p>
      <w:r>
        <w:rPr>
          <w:rFonts w:ascii="Courier New" w:hAnsi="Courier New"/>
          <w:color w:val="555555"/>
          <w:sz w:val="20"/>
        </w:rPr>
        <w:t>[15]</w:t>
      </w:r>
    </w:p>
    <w:p>
      <w:r>
        <w:rPr>
          <w:rFonts w:ascii="Gentium Plus" w:hAnsi="Gentium Plus"/>
          <w:sz w:val="24"/>
        </w:rPr>
        <w:t>—ἐν δὲ δίκην βλάψας νήκεστον ἀάσθη. ὅ ἐστιν ἐβλάβη.] Νήϊον. ξύλον ναυπηγήσιμον. καὶ ὄρος πλησίον Ἰθάκης. Νηγάτεον. νεωστὶ κατεσκευασμένον.</w:t>
      </w:r>
    </w:p>
    <w:p>
      <w:r>
        <w:rPr>
          <w:rFonts w:ascii="Courier New" w:hAnsi="Courier New"/>
          <w:color w:val="555555"/>
          <w:sz w:val="20"/>
        </w:rPr>
        <w:t>[20]</w:t>
      </w:r>
    </w:p>
    <w:p>
      <w:r>
        <w:rPr>
          <w:rFonts w:ascii="Gentium Plus" w:hAnsi="Gentium Plus"/>
          <w:sz w:val="24"/>
        </w:rPr>
        <w:t>Νηκτά. κολυμβητὰ, ἔνυδρα. Νηκερδέα. ἀνωφελῆ. [ἀπὸ τοῦ νη στερητικοῦ μορίου.] Νηλεὲς ἦμαρ. σκληρὰ ἡμέρα. Νημερτές. ἀληθές.</w:t>
      </w:r>
    </w:p>
    <w:p>
      <w:r>
        <w:rPr>
          <w:rFonts w:ascii="Courier New" w:hAnsi="Courier New"/>
          <w:color w:val="555555"/>
          <w:sz w:val="20"/>
        </w:rPr>
        <w:t>[25]</w:t>
      </w:r>
    </w:p>
    <w:p>
      <w:r>
        <w:rPr>
          <w:rFonts w:ascii="Gentium Plus" w:hAnsi="Gentium Plus"/>
          <w:sz w:val="24"/>
        </w:rPr>
        <w:t>Νῆμα. οὐκ ἔστιν ἀπὸ τοῦ νήθω, νῆσμα καὶ νῆ‐</w:t>
      </w:r>
    </w:p>
    <w:p>
      <w:r>
        <w:rPr>
          <w:rFonts w:ascii="Courier New" w:hAnsi="Courier New"/>
          <w:color w:val="555555"/>
          <w:sz w:val="20"/>
        </w:rPr>
        <w:t>[nu 1400]</w:t>
      </w:r>
    </w:p>
    <w:p>
      <w:r>
        <w:rPr>
          <w:rFonts w:ascii="Gentium Plus" w:hAnsi="Gentium Plus"/>
          <w:sz w:val="24"/>
        </w:rPr>
        <w:t>[τῇ γάρ τοι νεῖ νήματ’ ἀερσιπότητος ἀρά‐ χνης.] Νήριτον. τὸ πολύ. πρὸς ὃ οὐδεὶς φιλονεικήσειε διὰ τὸ πλῆθος. Νήριτον καὶ ὄνομα ὄρους.</w:t>
      </w:r>
    </w:p>
    <w:p>
      <w:r>
        <w:rPr>
          <w:rFonts w:ascii="Courier New" w:hAnsi="Courier New"/>
          <w:color w:val="555555"/>
          <w:sz w:val="20"/>
        </w:rPr>
        <w:t>[5]</w:t>
      </w:r>
    </w:p>
    <w:p>
      <w:r>
        <w:rPr>
          <w:rFonts w:ascii="Gentium Plus" w:hAnsi="Gentium Plus"/>
          <w:sz w:val="24"/>
        </w:rPr>
        <w:t>Νήποινον. χωρὶς ποινῆς. Νήϋτμον. τὸ ἄφωνον, τὸ ἐστερημένον ἀϋτμῆς, ὅ ἐστι φωνῆς. [Νηφάλιον. τὸ γρήγορον.]</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Νηήσας καὶ νήσας. ἀντὶ τοῦ σωρεύσας. καὶ νῆσαι. καὶ νήει ἀντὶ τοῦ ἐσώρευσε. Νήθω. τὸ κλώθω. Νηκούστησε. παρήκουσε. Νηπιάζεται. μωραίνεται.</w:t>
      </w:r>
    </w:p>
    <w:p>
      <w:r>
        <w:rPr>
          <w:rFonts w:ascii="Courier New" w:hAnsi="Courier New"/>
          <w:color w:val="555555"/>
          <w:sz w:val="20"/>
        </w:rPr>
        <w:t>[15]</w:t>
      </w:r>
    </w:p>
    <w:p>
      <w:r>
        <w:rPr>
          <w:rFonts w:ascii="Gentium Plus" w:hAnsi="Gentium Plus"/>
          <w:sz w:val="24"/>
        </w:rPr>
        <w:t>Νήφει. γρηγορεῖ. νείφει δὲ ἀντὶ τοῦ βρέχει, δί‐ φθογγον. νίφει δὲ ἀντὶ τοῦ χιονίζει, ι, ἐξ οὗ καὶ νιφὰς καὶ νιφετὸς, ἡ χιών. Νήχεται. κολυμβᾷ. Νηπιάζειν. τὸ μὴ εἰδέναι κακοποιεῖν ἢ ἁμαρτά‐</w:t>
      </w:r>
    </w:p>
    <w:p>
      <w:r>
        <w:rPr>
          <w:rFonts w:ascii="Courier New" w:hAnsi="Courier New"/>
          <w:color w:val="555555"/>
          <w:sz w:val="20"/>
        </w:rPr>
        <w:t>[20]</w:t>
      </w:r>
    </w:p>
    <w:p>
      <w:r>
        <w:rPr>
          <w:rFonts w:ascii="Gentium Plus" w:hAnsi="Gentium Plus"/>
          <w:sz w:val="24"/>
        </w:rPr>
        <w:t>νειν. καὶ ὁ Ἀπόστολος· ἀλλὰ τῇ κακίᾳ νη‐ πιάζετε.</w:t>
      </w:r>
    </w:p>
    <w:p>
      <w:pPr>
        <w:jc w:val="center"/>
      </w:pPr>
      <w:r>
        <w:rPr>
          <w:rFonts w:ascii="Gentium Plus" w:hAnsi="Gentium Plus"/>
          <w:b/>
          <w:sz w:val="24"/>
        </w:rPr>
        <w:t>(Ἐπίῤῥημα.)</w:t>
      </w:r>
    </w:p>
    <w:p>
      <w:r>
        <w:rPr>
          <w:rFonts w:ascii="Courier New" w:hAnsi="Courier New"/>
          <w:color w:val="555555"/>
          <w:sz w:val="20"/>
        </w:rPr>
        <w:t>[23]</w:t>
      </w:r>
    </w:p>
    <w:p>
      <w:r>
        <w:rPr>
          <w:rFonts w:ascii="Gentium Plus" w:hAnsi="Gentium Plus"/>
          <w:sz w:val="24"/>
        </w:rPr>
        <w:t>Νηλεῶς. ἀντὶ τοῦ ἀνηλεῶς. καὶ νηλειῶς. Νηποινί. ἄνευ τιμωρίας.</w:t>
      </w:r>
    </w:p>
    <w:p>
      <w:r>
        <w:rPr>
          <w:rFonts w:ascii="Courier New" w:hAnsi="Courier New"/>
          <w:color w:val="555555"/>
          <w:sz w:val="20"/>
        </w:rPr>
        <w:t>[25]</w:t>
      </w:r>
    </w:p>
    <w:p>
      <w:r>
        <w:rPr>
          <w:rFonts w:ascii="Gentium Plus" w:hAnsi="Gentium Plus"/>
          <w:sz w:val="24"/>
        </w:rPr>
        <w:t>Νητρεκῶς. ἀληθῶς.</w:t>
      </w:r>
    </w:p>
    <w:p>
      <w:pPr>
        <w:jc w:val="center"/>
      </w:pPr>
      <w:r>
        <w:rPr>
          <w:rFonts w:ascii="Gentium Plus" w:hAnsi="Gentium Plus"/>
          <w:b/>
          <w:sz w:val="24"/>
        </w:rPr>
        <w:t>Τὸ Ν μετὰ τοῦ Ι.</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Νίγερ. κύριον. καὶ ὁ περάτης. Νικήρωτος· Νικίας· Νικήτης· Νικήτας. ὀνό‐</w:t>
      </w:r>
    </w:p>
    <w:p>
      <w:r>
        <w:rPr>
          <w:rFonts w:ascii="Courier New" w:hAnsi="Courier New"/>
          <w:color w:val="555555"/>
          <w:sz w:val="20"/>
        </w:rPr>
        <w:t>[5]</w:t>
      </w:r>
    </w:p>
    <w:p>
      <w:r>
        <w:rPr>
          <w:rFonts w:ascii="Gentium Plus" w:hAnsi="Gentium Plus"/>
          <w:sz w:val="24"/>
        </w:rPr>
        <w:t>ματα κύρια. Νιμμός. ἡ κάθαρσις. Νῖνος· Νιννύας. κύρια. Νισαῖος ἵππος. ὅ ἐστι ξανθός· ἡ γὰρ Νίσα πάντας τοὺς ἵππους ξανθοὺς ἔχει.</w:t>
      </w:r>
    </w:p>
    <w:p>
      <w:r>
        <w:rPr>
          <w:rFonts w:ascii="Courier New" w:hAnsi="Courier New"/>
          <w:color w:val="555555"/>
          <w:sz w:val="20"/>
        </w:rPr>
        <w:t>[10]</w:t>
      </w:r>
    </w:p>
    <w:p>
      <w:r>
        <w:rPr>
          <w:rFonts w:ascii="Gentium Plus" w:hAnsi="Gentium Plus"/>
          <w:sz w:val="24"/>
        </w:rPr>
        <w:t>Νιτιάτης. κύριον. ἡ τοῦ Νιτιάτου μονή. Νιφετός. χιὼν [κατὰ λεπτὸν φερομένη.] Νίν. ἀντὶ τοῦ αὐτόν. Νικόδημος. κύριον. ἑρμηνεύεται ὁ κατὰ διάνοιαν ἐῤῥωμένος εἰς τὴν ἐπίγνωσιν τοῦ Χριστοῦ, τὴν</w:t>
      </w:r>
    </w:p>
    <w:p>
      <w:r>
        <w:rPr>
          <w:rFonts w:ascii="Courier New" w:hAnsi="Courier New"/>
          <w:color w:val="555555"/>
          <w:sz w:val="20"/>
        </w:rPr>
        <w:t>[15]</w:t>
      </w:r>
    </w:p>
    <w:p>
      <w:r>
        <w:rPr>
          <w:rFonts w:ascii="Gentium Plus" w:hAnsi="Gentium Plus"/>
          <w:sz w:val="24"/>
        </w:rPr>
        <w:t>δὲ τῆς πράξεως τῶν ἐντολῶν φιλοτιμίαν φειδοῖ τῆς σαρκὸς ὡς δειλὸς παραιτούμενος. καὶ ὁ Θεόλογος· κᾂν Νικόδημος ᾖς ὁ νυκτερινὸς θεο‐ σεβὴς, μύροις αὐτόν.</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Νίκωχις. πόλις. Νίκη. παρὰ τὸ ἑνὶ δοτικῇ καὶ τὸ εἴκω, τὸ ὑπο‐ χωρῶ, γέγονεν ἑνιείκη, καὶ ἀποβολῇ τῶν δύο εε, τοῦ τε ἐν ἀρχῇ καὶ τοῦ μέσου, καὶ κατὰ κρᾶσιν τῶν δύο ιι εἰς ἓν, δηλονότι μακρὸν, νίκη,</w:t>
      </w:r>
    </w:p>
    <w:p>
      <w:r>
        <w:rPr>
          <w:rFonts w:ascii="Courier New" w:hAnsi="Courier New"/>
          <w:color w:val="555555"/>
          <w:sz w:val="20"/>
        </w:rPr>
        <w:t>[25]</w:t>
      </w:r>
    </w:p>
    <w:p>
      <w:r>
        <w:rPr>
          <w:rFonts w:ascii="Gentium Plus" w:hAnsi="Gentium Plus"/>
          <w:sz w:val="24"/>
        </w:rPr>
        <w:t>οἷον ἡ ἑνὶ ὑποχωροῦσα. ὡς καὶ ὁ ποιητὴς λέγει· ἑτεραλκέα νίκην. [ἄλλοι δὲ, παρὰ τὸ νη στερητικὸν καὶ τοῦ εἴκω γέγονε νίκη, κατ’ ἔκθλιψιν τοῦ ε, ἡ μηδενὶ ὑπο‐ χωροῦσα. ἀλλ’ ἀντίκειται αὐτοῖς καὶ ἡ ἀποβολὴ</w:t>
      </w:r>
    </w:p>
    <w:p>
      <w:r>
        <w:rPr>
          <w:rFonts w:ascii="Courier New" w:hAnsi="Courier New"/>
          <w:color w:val="555555"/>
          <w:sz w:val="20"/>
        </w:rPr>
        <w:t>[30]</w:t>
      </w:r>
    </w:p>
    <w:p>
      <w:r>
        <w:rPr>
          <w:rFonts w:ascii="Gentium Plus" w:hAnsi="Gentium Plus"/>
          <w:sz w:val="24"/>
        </w:rPr>
        <w:t>καὶ ἡ γραφή· ἡ γραφὴ μὲν, ὅτι νίκη διὰ τοῦ</w:t>
      </w:r>
    </w:p>
    <w:p>
      <w:r>
        <w:rPr>
          <w:rFonts w:ascii="Courier New" w:hAnsi="Courier New"/>
          <w:color w:val="555555"/>
          <w:sz w:val="20"/>
        </w:rPr>
        <w:t>[nu 1402]</w:t>
      </w:r>
    </w:p>
    <w:p>
      <w:r>
        <w:rPr>
          <w:rFonts w:ascii="Gentium Plus" w:hAnsi="Gentium Plus"/>
          <w:sz w:val="24"/>
        </w:rPr>
        <w:t>ι γράφεται, καὶ ὤφειλε γράφεσθαι διὰ τῆς ει διφθόγγου, ἡ ἀποβολὴ δὲ, ὅτι οὐδέποτε τὸ νη ἐπίῤῥημα ἀποβάλλει τὸ η, οἷον νήδυμος.] Νινευΐ. πόλις.</w:t>
      </w:r>
    </w:p>
    <w:p>
      <w:r>
        <w:rPr>
          <w:rFonts w:ascii="Courier New" w:hAnsi="Courier New"/>
          <w:color w:val="555555"/>
          <w:sz w:val="20"/>
        </w:rPr>
        <w:t>[5]</w:t>
      </w:r>
    </w:p>
    <w:p>
      <w:r>
        <w:rPr>
          <w:rFonts w:ascii="Gentium Plus" w:hAnsi="Gentium Plus"/>
          <w:sz w:val="24"/>
        </w:rPr>
        <w:t>Νίσα. τόπος, καὶ πόλις ἐν Ἐρυθρᾷ κειμένη. Νίσιβις. χώρα. καὶ κλίνεται Νισίβεως. [Νιφάδες. σταγόνες χιόνος.] Νίφα. νιφὰς, νιφάδος, νιφάδα, καὶ κατὰ συγ‐ κοπὴν νίφα.</w:t>
      </w:r>
    </w:p>
    <w:p>
      <w:r>
        <w:rPr>
          <w:rFonts w:ascii="Courier New" w:hAnsi="Courier New"/>
          <w:color w:val="555555"/>
          <w:sz w:val="20"/>
        </w:rPr>
        <w:t>[10]</w:t>
      </w:r>
    </w:p>
    <w:p>
      <w:r>
        <w:rPr>
          <w:rFonts w:ascii="Gentium Plus" w:hAnsi="Gentium Plus"/>
          <w:sz w:val="24"/>
        </w:rPr>
        <w:t>Νικόλαος. κύριον. παρὰ τὸ νῖκος καὶ τὸ λαὸς γίνεται Νικόσλαος. [ἀλλὰ τὰ εἰς ος ὀνόματα ἐν τῇ συνθέσει τῆς ἐπαγομένης λέξεως, τῆς ἀπὸ συμφώνου ἀρχομένης, ἀποβάλλουσι τὸ ς καὶ φυλάττουσι τὸ ο. θεὸς, Θεόδωρος.]</w:t>
      </w:r>
    </w:p>
    <w:p>
      <w:r>
        <w:rPr>
          <w:rFonts w:ascii="Courier New" w:hAnsi="Courier New"/>
          <w:color w:val="555555"/>
          <w:sz w:val="20"/>
        </w:rPr>
        <w:t>[15]</w:t>
      </w:r>
    </w:p>
    <w:p>
      <w:r>
        <w:rPr>
          <w:rFonts w:ascii="Gentium Plus" w:hAnsi="Gentium Plus"/>
          <w:sz w:val="24"/>
        </w:rPr>
        <w:t>Νίμμα. κάθαρμα. Νίτρον. σαπώνιον, ἢ εἶδος ἰατρικόν. [παρὰ τὸ νίζω νίτρον, ὡς μάσσω μάκτρον, πλήσσω πλῆ‐ κτρον, φέρω φέρτερον.] Νιτέρειον. ἀκρωτήριον.</w:t>
      </w:r>
    </w:p>
    <w:p>
      <w:r>
        <w:rPr>
          <w:rFonts w:ascii="Courier New" w:hAnsi="Courier New"/>
          <w:color w:val="555555"/>
          <w:sz w:val="20"/>
        </w:rPr>
        <w:t>[20]</w:t>
      </w:r>
    </w:p>
    <w:p>
      <w:r>
        <w:rPr>
          <w:rFonts w:ascii="Gentium Plus" w:hAnsi="Gentium Plus"/>
          <w:sz w:val="24"/>
        </w:rPr>
        <w:t>Νίζω. σημαίνει τὸ νίπτω, καὶ τὸ καθαίρω. [νί‐ πτω, νίζω. οἱ Αἰολεῖς τὰ εἰς πτω ῥήματα εἰς δύο σς μεταβάλλουσιν. οἷον νίπτω νίσσω. Τα‐ ραντίνων δὲ φωνῇ γίνεται νίζω.] Νικῷεν. εὐκτικόν. ὡς ἀπὸ τοῦ σιγὴ σιγῶ, οὕτως</w:t>
      </w:r>
    </w:p>
    <w:p>
      <w:r>
        <w:rPr>
          <w:rFonts w:ascii="Courier New" w:hAnsi="Courier New"/>
          <w:color w:val="555555"/>
          <w:sz w:val="20"/>
        </w:rPr>
        <w:t>[25]</w:t>
      </w:r>
    </w:p>
    <w:p>
      <w:r>
        <w:rPr>
          <w:rFonts w:ascii="Gentium Plus" w:hAnsi="Gentium Plus"/>
          <w:sz w:val="24"/>
        </w:rPr>
        <w:t>καὶ ἀπὸ τοῦ νίκη νικῶ. καὶ τὸ εὐκτικὸν νικῷεν καὶ νικῴη. νικῶ, νικᾷς, ἡ μετοχὴ ὁ νικῶν, τοῦ νικῶντος, τὸ εὐκτικὸν νικῷμι, τὸ τρίτον νικῷ καὶ πλεονασμῷ τοῦ η ἀττικῶς νικῴη, καὶ ἐξ αὐτοῦ νικῷ, καὶ νικῴης.</w:t>
      </w:r>
    </w:p>
    <w:p>
      <w:r>
        <w:rPr>
          <w:rFonts w:ascii="Courier New" w:hAnsi="Courier New"/>
          <w:color w:val="555555"/>
          <w:sz w:val="20"/>
        </w:rPr>
        <w:t>[30]</w:t>
      </w:r>
    </w:p>
    <w:p>
      <w:r>
        <w:rPr>
          <w:rFonts w:ascii="Gentium Plus" w:hAnsi="Gentium Plus"/>
          <w:sz w:val="24"/>
        </w:rPr>
        <w:t>Νισσόμενος. στρεφόμενος.</w:t>
      </w:r>
    </w:p>
    <w:p>
      <w:pPr>
        <w:jc w:val="center"/>
      </w:pPr>
      <w:r>
        <w:rPr>
          <w:rFonts w:ascii="Gentium Plus" w:hAnsi="Gentium Plus"/>
          <w:b/>
          <w:sz w:val="24"/>
        </w:rPr>
        <w:t>Τὸ Ν μετὰ τοῦ Ο.</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Νόες. οἱ ἄγγελοι, καὶ οἱ λογισμοί. ὅτι κακῶς λέγουσι καὶ παρ’ ἀναλογίαν οἱ φιλόσοφοι τὸν</w:t>
      </w:r>
    </w:p>
    <w:p>
      <w:r>
        <w:rPr>
          <w:rFonts w:ascii="Courier New" w:hAnsi="Courier New"/>
          <w:color w:val="555555"/>
          <w:sz w:val="20"/>
        </w:rPr>
        <w:t>[5]</w:t>
      </w:r>
    </w:p>
    <w:p>
      <w:r>
        <w:rPr>
          <w:rFonts w:ascii="Gentium Plus" w:hAnsi="Gentium Plus"/>
          <w:sz w:val="24"/>
        </w:rPr>
        <w:t>νόα αἰτιατικὴν τῶν ἑνικῶν, καὶ οἱ νόες εὐθεῖαν τῶν πληθυντικῶν, καὶ αἰτιατικὴν τοὺς νόας· δέον γὰρ τὸν νοῦν λέγειν, καὶ οἱ νοῖ. ἀπὸ συναιρέ‐ σεως ἐστὶ καὶ δεῖ πρὸς τὸ ἐντελὲς κλίνεσθαι καὶ τὸ συνῃρημένον. ἔστι γὰρ νόος, νοῦς, νόον,</w:t>
      </w:r>
    </w:p>
    <w:p>
      <w:r>
        <w:rPr>
          <w:rFonts w:ascii="Courier New" w:hAnsi="Courier New"/>
          <w:color w:val="555555"/>
          <w:sz w:val="20"/>
        </w:rPr>
        <w:t>[10]</w:t>
      </w:r>
    </w:p>
    <w:p>
      <w:r>
        <w:rPr>
          <w:rFonts w:ascii="Gentium Plus" w:hAnsi="Gentium Plus"/>
          <w:sz w:val="24"/>
        </w:rPr>
        <w:t>νοῦν. Νόθος. ὁ μὴ γνήσιος υἱός. παρὰ τὸ ὀνῶ, τὸ μέμφομαι καὶ βλάπτω, γίνεται ὀνότος, καὶ κατὰ ἀποβολὴν τοῦ ο καὶ τροπῇ τοῦ τ εἰς θ νόθος, ὁ μὴ ὢν γνήσιος υἱὸς, ἀλλ’ ἐκ παλλα‐</w:t>
      </w:r>
    </w:p>
    <w:p>
      <w:r>
        <w:rPr>
          <w:rFonts w:ascii="Courier New" w:hAnsi="Courier New"/>
          <w:color w:val="555555"/>
          <w:sz w:val="20"/>
        </w:rPr>
        <w:t>[15]</w:t>
      </w:r>
    </w:p>
    <w:p>
      <w:r>
        <w:rPr>
          <w:rFonts w:ascii="Gentium Plus" w:hAnsi="Gentium Plus"/>
          <w:sz w:val="24"/>
        </w:rPr>
        <w:t>κίδος. αἱ γὰρ παιδοποιΐαι παρὰ τῷ ποιητῇ τε‐ τραχῶς λέγονται· γνήσιος, νόθος, σκότιος καὶ παρθένιος· γνήσιος ὁ ἐκ νομίμων γάμων· νό‐ θος ὁ ἐκ παλλακίδος· σκότιος ἐκ λαθραίας μίξεως· παρθένιος ὁ ἐκ τῆς παρθένου ἔτι νο‐</w:t>
      </w:r>
    </w:p>
    <w:p>
      <w:r>
        <w:rPr>
          <w:rFonts w:ascii="Courier New" w:hAnsi="Courier New"/>
          <w:color w:val="555555"/>
          <w:sz w:val="20"/>
        </w:rPr>
        <w:t>[20]</w:t>
      </w:r>
    </w:p>
    <w:p>
      <w:r>
        <w:rPr>
          <w:rFonts w:ascii="Gentium Plus" w:hAnsi="Gentium Plus"/>
          <w:sz w:val="24"/>
        </w:rPr>
        <w:t>μιζομένης γενόμενος.</w:t>
      </w:r>
    </w:p>
    <w:p>
      <w:r>
        <w:rPr>
          <w:rFonts w:ascii="Courier New" w:hAnsi="Courier New"/>
          <w:color w:val="555555"/>
          <w:sz w:val="20"/>
        </w:rPr>
        <w:t>[nu 1404]</w:t>
      </w:r>
    </w:p>
    <w:p>
      <w:r>
        <w:rPr>
          <w:rFonts w:ascii="Gentium Plus" w:hAnsi="Gentium Plus"/>
          <w:sz w:val="24"/>
        </w:rPr>
        <w:t>Νομοΐστωρ. ὁ νομομαθής. Νομικός. ὁ τῷ νόμῳ ἀκολουθῶν. ἢ ὁ τοῦ νόμου ἐξηγητής. Νομοδιδάσκαλοι. οἱ γραμματεῖς ἑρμηνεύονται.</w:t>
      </w:r>
    </w:p>
    <w:p>
      <w:r>
        <w:rPr>
          <w:rFonts w:ascii="Courier New" w:hAnsi="Courier New"/>
          <w:color w:val="555555"/>
          <w:sz w:val="20"/>
        </w:rPr>
        <w:t>[5]</w:t>
      </w:r>
    </w:p>
    <w:p>
      <w:r>
        <w:rPr>
          <w:rFonts w:ascii="Gentium Plus" w:hAnsi="Gentium Plus"/>
          <w:sz w:val="24"/>
        </w:rPr>
        <w:t>[συνῆσαν γὰρ αὐτοῖς καὶ οἱ λεγόμενοι νομικοί.] Νόμος. ὃν ἔχομεν γραπτὸν νόμον· τὸ νόμισμα· ὁ τὴν γῆν μερίζων· παρ’ Αἰγυπτίοις ἡ χώρα· ἡ συνήθεια· μέτρον γῆς· τὸ εὐαγγέλιον. Νόμος. λόγος προστακτικὸς τῶν πρακτέων καὶ</w:t>
      </w:r>
    </w:p>
    <w:p>
      <w:r>
        <w:rPr>
          <w:rFonts w:ascii="Courier New" w:hAnsi="Courier New"/>
          <w:color w:val="555555"/>
          <w:sz w:val="20"/>
        </w:rPr>
        <w:t>[10]</w:t>
      </w:r>
    </w:p>
    <w:p>
      <w:r>
        <w:rPr>
          <w:rFonts w:ascii="Gentium Plus" w:hAnsi="Gentium Plus"/>
          <w:sz w:val="24"/>
        </w:rPr>
        <w:t>ποιητέων καὶ μή. παρὰ τὸ νέμω, τὸ μερίζω. Νόμος. χαλινὸς αὐτεξουσιότητος. Νόμος καὶ ἐντολὴ διαφέρει. νόμος μὲν γάρ ἐστιν ὅρος ἀποφαντικὸς τοῦ μὴ χρῆναί τι δρᾷν τῶν ἐκτόπων, ὁποῖόν ἐστι τό· οὐ φονεύσεις· ἐντολὴ</w:t>
      </w:r>
    </w:p>
    <w:p>
      <w:r>
        <w:rPr>
          <w:rFonts w:ascii="Courier New" w:hAnsi="Courier New"/>
          <w:color w:val="555555"/>
          <w:sz w:val="20"/>
        </w:rPr>
        <w:t>[15]</w:t>
      </w:r>
    </w:p>
    <w:p>
      <w:r>
        <w:rPr>
          <w:rFonts w:ascii="Gentium Plus" w:hAnsi="Gentium Plus"/>
          <w:sz w:val="24"/>
        </w:rPr>
        <w:t>δέ ἐστιν ὅρος ἀποφαντικὸς αἰσχροῦ πράγματος, συνεζευγμένης ἐντολῆς, οἷον ἐστὶ τό· ἐὰν μὴ πε‐ ρισσεύσῃ ἡ δικαιοσύνη ὑμῶν πλέον τῶν γραμ‐ ματέων καὶ Φαρισαίων, οὐ μὴ εἰσέλθητε εἰς τὴν βασιλείαν [τῶν οὐρανῶν.]</w:t>
      </w:r>
    </w:p>
    <w:p>
      <w:r>
        <w:rPr>
          <w:rFonts w:ascii="Courier New" w:hAnsi="Courier New"/>
          <w:color w:val="555555"/>
          <w:sz w:val="20"/>
        </w:rPr>
        <w:t>[20]</w:t>
      </w:r>
    </w:p>
    <w:p>
      <w:r>
        <w:rPr>
          <w:rFonts w:ascii="Gentium Plus" w:hAnsi="Gentium Plus"/>
          <w:sz w:val="24"/>
        </w:rPr>
        <w:t>Νόστος. ἡ πρὸς τὸν οἶκον ἐπάνοδος. παρὰ τὸ νέω, τὸ πορεύομαι. νόστος καὶ ἡ τῆς γεύσεως ἀνά‐</w:t>
      </w:r>
    </w:p>
    <w:p>
      <w:r>
        <w:rPr>
          <w:rFonts w:ascii="Courier New" w:hAnsi="Courier New"/>
          <w:color w:val="555555"/>
          <w:sz w:val="20"/>
        </w:rPr>
        <w:t>[nu 1405]</w:t>
      </w:r>
    </w:p>
    <w:p>
      <w:r>
        <w:rPr>
          <w:rFonts w:ascii="Gentium Plus" w:hAnsi="Gentium Plus"/>
          <w:sz w:val="24"/>
        </w:rPr>
        <w:t>Νοσφισμός. χωρισμός. Νότος. ὁ κατὰ μεσημβρίαν τόπος. καὶ ὁ ἄνεμος. [ἀπὸ τοῦ νεῖσθαι, ὅ ἐστι διέρχεσθαι καὶ πο‐ ρεύεσθαι.]</w:t>
      </w:r>
    </w:p>
    <w:p>
      <w:r>
        <w:rPr>
          <w:rFonts w:ascii="Courier New" w:hAnsi="Courier New"/>
          <w:color w:val="555555"/>
          <w:sz w:val="20"/>
        </w:rPr>
        <w:t>[5]</w:t>
      </w:r>
    </w:p>
    <w:p>
      <w:r>
        <w:rPr>
          <w:rFonts w:ascii="Gentium Plus" w:hAnsi="Gentium Plus"/>
          <w:sz w:val="24"/>
        </w:rPr>
        <w:t>Νοτίου. θαλασσίου. νοτίου θηρός. λέγει δὲ τὸ κῆτος. Νοῦμμος. τὸ νουμμίον. Νουνεχής. συνετὸς, φρόνιμος. καὶ νουνέχεια. Νοῦς. τριχῶς λέγεται. νοῦς θεοῦ· νοῦς καὶ ὁ</w:t>
      </w:r>
    </w:p>
    <w:p>
      <w:r>
        <w:rPr>
          <w:rFonts w:ascii="Courier New" w:hAnsi="Courier New"/>
          <w:color w:val="555555"/>
          <w:sz w:val="20"/>
        </w:rPr>
        <w:t>[10]</w:t>
      </w:r>
    </w:p>
    <w:p>
      <w:r>
        <w:rPr>
          <w:rFonts w:ascii="Gentium Plus" w:hAnsi="Gentium Plus"/>
          <w:sz w:val="24"/>
        </w:rPr>
        <w:t>ἄγγελος· νοῦς καὶ ὁ ἡμέτερος. Νοῦς. ὅρασις ψυχῆς ἀσώματος πρὸς πάντα ἐκ‐ τείνουσα. Νοῦς. πρᾶγμα ἄδηλον, ἀδήλως ἄδηλα περιαθροῦν. τοῦτο γάρ ἐστι νοῦς ἐν ψυχῇ, ὅπέρ ἐστιν</w:t>
      </w:r>
    </w:p>
    <w:p>
      <w:r>
        <w:rPr>
          <w:rFonts w:ascii="Courier New" w:hAnsi="Courier New"/>
          <w:color w:val="555555"/>
          <w:sz w:val="20"/>
        </w:rPr>
        <w:t>[15]</w:t>
      </w:r>
    </w:p>
    <w:p>
      <w:r>
        <w:rPr>
          <w:rFonts w:ascii="Gentium Plus" w:hAnsi="Gentium Plus"/>
          <w:sz w:val="24"/>
        </w:rPr>
        <w:t>ὀφθαλμὸς ἐν σώματι. Νοῦς ἐστὶ ψυχῆς τὸ καθαρώτατον καὶ λογικὸν εἰς θεωρίαν τῶν ὄντων. Νοῦς θύραθεν ἐστὶν ἡ ἔξωθεν ἐπιγινομένη γνῶ‐ σις.</w:t>
      </w:r>
    </w:p>
    <w:p>
      <w:r>
        <w:rPr>
          <w:rFonts w:ascii="Courier New" w:hAnsi="Courier New"/>
          <w:color w:val="555555"/>
          <w:sz w:val="20"/>
        </w:rPr>
        <w:t>[20]</w:t>
      </w:r>
    </w:p>
    <w:p>
      <w:r>
        <w:rPr>
          <w:rFonts w:ascii="Gentium Plus" w:hAnsi="Gentium Plus"/>
          <w:sz w:val="24"/>
        </w:rPr>
        <w:t>Νοῦς. φύσις ἐπινοητικὴ παντὸς πράγματος. Νοῦς ἐστὶν ὑφεστὼς, οὐσία νοερὰ αὐτοκίνητος, θεῖος ὑμνῳδὸς δόξης. ἡ πρώτη τοῦ νοῦ κίνησις. Νοῦς. παρὰ τὸ νέμεσθαι, τὸ πορεύεσθαι. ὁ πάν‐ τοτε ἐν ἡμῖν κινούμενος, καὶ ἐπὶ πάντων ἰών.</w:t>
      </w:r>
    </w:p>
    <w:p>
      <w:r>
        <w:rPr>
          <w:rFonts w:ascii="Courier New" w:hAnsi="Courier New"/>
          <w:color w:val="555555"/>
          <w:sz w:val="20"/>
        </w:rPr>
        <w:t>[25]</w:t>
      </w:r>
    </w:p>
    <w:p>
      <w:r>
        <w:rPr>
          <w:rFonts w:ascii="Gentium Plus" w:hAnsi="Gentium Plus"/>
          <w:sz w:val="24"/>
        </w:rPr>
        <w:t>τί γὰρ ὁρμητικώτερον τοῦ νοῦ; καὶ Ὅμηρος· ὡς δ’ ὅταν ἀΐξῃ νόος ἀνέρος. καὶ πάλιν· ὡσεὶ πτερὸν ἠὲ νόημα. Νοῦς λογικός ἐστιν αἴσθησις θεωρητικὴ ψυχῆς</w:t>
      </w:r>
    </w:p>
    <w:p>
      <w:r>
        <w:rPr>
          <w:rFonts w:ascii="Courier New" w:hAnsi="Courier New"/>
          <w:color w:val="555555"/>
          <w:sz w:val="20"/>
        </w:rPr>
        <w:t>[30]</w:t>
      </w:r>
    </w:p>
    <w:p>
      <w:r>
        <w:rPr>
          <w:rFonts w:ascii="Gentium Plus" w:hAnsi="Gentium Plus"/>
          <w:sz w:val="24"/>
        </w:rPr>
        <w:t>ἀθανάτου καὶ νοερᾶς. Νοῦς ἐστὶν ὅρασις σώματος ἀσώματος, [ἀσωμάτως] εἰς πᾶν διατρέχουσα. Νόμος. τὸ ἄγραφον ἔθος. τοῦ Θεολόγου· ἐγ‐</w:t>
      </w:r>
    </w:p>
    <w:p>
      <w:r>
        <w:rPr>
          <w:rFonts w:ascii="Courier New" w:hAnsi="Courier New"/>
          <w:color w:val="555555"/>
          <w:sz w:val="20"/>
        </w:rPr>
        <w:t>[nu 1406]</w:t>
      </w:r>
    </w:p>
    <w:p>
      <w:r>
        <w:rPr>
          <w:rFonts w:ascii="Gentium Plus" w:hAnsi="Gentium Plus"/>
          <w:sz w:val="24"/>
        </w:rPr>
        <w:t>†Νόμοι φύσεως. οὓς ἡ ἁμαρτία ἐπεισήγαγε τὸν πνευματικὸν καταλύουσα νόμον· ὃν αὖθις ὁ Κύ‐ ριος διὰ τῆς ἑαυτοῦ γεννήσεως ἀνωρθώσατο. φύ‐ σεως δὲ νόμος ὁ λόγος, καθ’ ὃν ἑκάστη γεγέ‐</w:t>
      </w:r>
    </w:p>
    <w:p>
      <w:r>
        <w:rPr>
          <w:rFonts w:ascii="Courier New" w:hAnsi="Courier New"/>
          <w:color w:val="555555"/>
          <w:sz w:val="20"/>
        </w:rPr>
        <w:t>[5]</w:t>
      </w:r>
    </w:p>
    <w:p>
      <w:r>
        <w:rPr>
          <w:rFonts w:ascii="Gentium Plus" w:hAnsi="Gentium Plus"/>
          <w:sz w:val="24"/>
        </w:rPr>
        <w:t>νηται.†</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Νομάδες. αἱ βοσκόμεναι ἀγέλαι. καὶ νομάδας, τοὺς ἀγρίους βαρβάρους. Νομή. ἡ βοσκή. νομεῖ δὲ τῷ βοσκῷ, ἐπὶ ἀρσενι‐</w:t>
      </w:r>
    </w:p>
    <w:p>
      <w:r>
        <w:rPr>
          <w:rFonts w:ascii="Courier New" w:hAnsi="Courier New"/>
          <w:color w:val="555555"/>
          <w:sz w:val="20"/>
        </w:rPr>
        <w:t>[10]</w:t>
      </w:r>
    </w:p>
    <w:p>
      <w:r>
        <w:rPr>
          <w:rFonts w:ascii="Gentium Plus" w:hAnsi="Gentium Plus"/>
          <w:sz w:val="24"/>
        </w:rPr>
        <w:t>κοῦ, δίφθογγον. Νόησις. ἡ πρώτη τοῦ νοῦ κίνησις. Νόννα. κύριον. Νόνναι. αἱ ἡμέραι, ἢ ἀρχαὶ τῶν μηνῶν. Νοσηλεία. ἡ ἀῤῥωστία.</w:t>
      </w:r>
    </w:p>
    <w:p>
      <w:r>
        <w:rPr>
          <w:rFonts w:ascii="Courier New" w:hAnsi="Courier New"/>
          <w:color w:val="555555"/>
          <w:sz w:val="20"/>
        </w:rPr>
        <w:t>[15]</w:t>
      </w:r>
    </w:p>
    <w:p>
      <w:r>
        <w:rPr>
          <w:rFonts w:ascii="Gentium Plus" w:hAnsi="Gentium Plus"/>
          <w:sz w:val="24"/>
        </w:rPr>
        <w:t>Νόσος. ἀσυμμετρία τῶν ἐν σώματι στοιχείων ἡ κατακυριεύσασα ἤδη τοῦ ζώου καὶ ἐπικρατὴς γινομένη. Νόσος. παρὰ τὸ ἐστερῆσθαι ὑγιείας, κατὰ με‐ τάθεσιν τοῦ ω εἰς ο.</w:t>
      </w:r>
    </w:p>
    <w:p>
      <w:r>
        <w:rPr>
          <w:rFonts w:ascii="Courier New" w:hAnsi="Courier New"/>
          <w:color w:val="555555"/>
          <w:sz w:val="20"/>
        </w:rPr>
        <w:t>[20]</w:t>
      </w:r>
    </w:p>
    <w:p>
      <w:r>
        <w:rPr>
          <w:rFonts w:ascii="Gentium Plus" w:hAnsi="Gentium Plus"/>
          <w:sz w:val="24"/>
        </w:rPr>
        <w:t>Νοτίς. ἡ ὑγρασία. Νοτία. ἡ ὑγρασία καὶ ἡ σκοτία. παρὰ γὰρ τὸ νότος νότιος καὶ νοτία. Νοῦσος. ἡ νόσος, κατὰ προσθήκην τοῦ υ. Νουθέτησις. λόγος ἐπιτιμητικὸς ἕνεκα ἀποτροπῆς</w:t>
      </w:r>
    </w:p>
    <w:p>
      <w:r>
        <w:rPr>
          <w:rFonts w:ascii="Courier New" w:hAnsi="Courier New"/>
          <w:color w:val="555555"/>
          <w:sz w:val="20"/>
        </w:rPr>
        <w:t>[25]</w:t>
      </w:r>
    </w:p>
    <w:p>
      <w:r>
        <w:rPr>
          <w:rFonts w:ascii="Gentium Plus" w:hAnsi="Gentium Plus"/>
          <w:sz w:val="24"/>
        </w:rPr>
        <w:t>ἁμαρτίας. †Νοτίη. πάχνη.† Νόησις. παρὰ τὸ νέω, τὸ πορεύομαι. οὐδὲν γὰρ ταχύτερον τοῦ νοός.</w:t>
      </w:r>
    </w:p>
    <w:p>
      <w:pPr>
        <w:jc w:val="center"/>
      </w:pPr>
      <w:r>
        <w:rPr>
          <w:rFonts w:ascii="Gentium Plus" w:hAnsi="Gentium Plus"/>
          <w:b/>
          <w:sz w:val="24"/>
        </w:rPr>
        <w:t>(Οὐδέτερον.)</w:t>
      </w:r>
    </w:p>
    <w:p>
      <w:r>
        <w:rPr>
          <w:rFonts w:ascii="Courier New" w:hAnsi="Courier New"/>
          <w:color w:val="555555"/>
          <w:sz w:val="20"/>
        </w:rPr>
        <w:t>[30]</w:t>
      </w:r>
    </w:p>
    <w:p>
      <w:r>
        <w:rPr>
          <w:rFonts w:ascii="Gentium Plus" w:hAnsi="Gentium Plus"/>
          <w:sz w:val="24"/>
        </w:rPr>
        <w:t>Νοερόν. πνευματικὸν, ἄϋλον. ἢ τὸ τὰ νοητὰ ὁρῶν. ἢ πᾶν τὸ ἐν τῇ καρδίᾳ κατὰ νοῦν ὑπάρ‐ χον. τινὲς τὸ κατ’ εἰκόνα φασί. Νοητόν. τὸ διὰ τοῦ νοῦ νοούμενον. ἢ τὸ δια‐ φεῦγον τὰς πέντε ἡμῶν αἰσθήσεις. ἢ τὸ μὴ</w:t>
      </w:r>
    </w:p>
    <w:p>
      <w:r>
        <w:rPr>
          <w:rFonts w:ascii="Courier New" w:hAnsi="Courier New"/>
          <w:color w:val="555555"/>
          <w:sz w:val="20"/>
        </w:rPr>
        <w:t>[35]</w:t>
      </w:r>
    </w:p>
    <w:p>
      <w:r>
        <w:rPr>
          <w:rFonts w:ascii="Gentium Plus" w:hAnsi="Gentium Plus"/>
          <w:sz w:val="24"/>
        </w:rPr>
        <w:t>ὁρώμενον.</w:t>
      </w:r>
    </w:p>
    <w:p>
      <w:r>
        <w:rPr>
          <w:rFonts w:ascii="Courier New" w:hAnsi="Courier New"/>
          <w:color w:val="555555"/>
          <w:sz w:val="20"/>
        </w:rPr>
        <w:t>[nu 1407]</w:t>
      </w:r>
    </w:p>
    <w:p>
      <w:r>
        <w:rPr>
          <w:rFonts w:ascii="Gentium Plus" w:hAnsi="Gentium Plus"/>
          <w:sz w:val="24"/>
        </w:rPr>
        <w:t>Νοητόν. τὸ ἐν τῷ νοερῷ ὑπεισελθὸν καὶ νοού‐ μενον. Νοητά. τὰ μὴ σωματικῶς, ἀλλὰ κατὰ νοῦν γνω‐ ριζόμενα. ἢ νοητὰ τὰ αἰσθητήρια τὰ ἐν τῷ</w:t>
      </w:r>
    </w:p>
    <w:p>
      <w:r>
        <w:rPr>
          <w:rFonts w:ascii="Courier New" w:hAnsi="Courier New"/>
          <w:color w:val="555555"/>
          <w:sz w:val="20"/>
        </w:rPr>
        <w:t>[5]</w:t>
      </w:r>
    </w:p>
    <w:p>
      <w:r>
        <w:rPr>
          <w:rFonts w:ascii="Gentium Plus" w:hAnsi="Gentium Plus"/>
          <w:sz w:val="24"/>
        </w:rPr>
        <w:t>καθ’ ἡμᾶς κρυπτῷ ἀνθρώπῳ. Νοσοκομεῖον. ὁ ξενών. καὶ νοσοκόμος ὁ ἐπιμε‐ λούμενος τῶν νοσούντων. Νότα. τὰ γράμματα. ἐξ οὗ καὶ νοτάριος. Νότιον. δίϋγρον.</w:t>
      </w:r>
    </w:p>
    <w:p>
      <w:r>
        <w:rPr>
          <w:rFonts w:ascii="Courier New" w:hAnsi="Courier New"/>
          <w:color w:val="555555"/>
          <w:sz w:val="20"/>
        </w:rPr>
        <w:t>[10]</w:t>
      </w:r>
    </w:p>
    <w:p>
      <w:r>
        <w:rPr>
          <w:rFonts w:ascii="Gentium Plus" w:hAnsi="Gentium Plus"/>
          <w:sz w:val="24"/>
        </w:rPr>
        <w:t>Νουθέτημα. συμβουλή. ἢ ἐπιτιμητικὸς λόγος εἰς ἀποτροπὴν ἁμαρτίας. Νόμισμα. τὸ νομιζόμενον μηδὲν εἶναι.</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Νοθεύει. ἀπαλλοτριοῖ.</w:t>
      </w:r>
    </w:p>
    <w:p>
      <w:r>
        <w:rPr>
          <w:rFonts w:ascii="Courier New" w:hAnsi="Courier New"/>
          <w:color w:val="555555"/>
          <w:sz w:val="20"/>
        </w:rPr>
        <w:t>[15]</w:t>
      </w:r>
    </w:p>
    <w:p>
      <w:r>
        <w:rPr>
          <w:rFonts w:ascii="Gentium Plus" w:hAnsi="Gentium Plus"/>
          <w:sz w:val="24"/>
        </w:rPr>
        <w:t>Νοσηλεύεται. ἀῤῥωστεῖ. Νοσφίζεται. ἰδιοποιεῖται· ἀφαιρεῖται. Νοστήσας. ἐπανελθών. Νοεῦντες. νοοῦντες. αἰολικῶς. Νόσφι. ἀντὶ τοῦ χωρίς. καὶ ἀντὶ τοῦ πόῤῥω.</w:t>
      </w:r>
    </w:p>
    <w:p>
      <w:r>
        <w:rPr>
          <w:rFonts w:ascii="Courier New" w:hAnsi="Courier New"/>
          <w:color w:val="555555"/>
          <w:sz w:val="20"/>
        </w:rPr>
        <w:t>[20]</w:t>
      </w:r>
    </w:p>
    <w:p>
      <w:r>
        <w:rPr>
          <w:rFonts w:ascii="Gentium Plus" w:hAnsi="Gentium Plus"/>
          <w:sz w:val="24"/>
        </w:rPr>
        <w:t>παρὰ τὸ νω στερητικὸν καὶ τὸ ἕπω, τὸ ἀκο‐ λουθῶ, γίνεται νοέπι ἐπίῤῥημα καὶ κατὰ συγκο‐ πὴν καὶ τροπὴν τοῦ π εἰς φ, καὶ πλεονασμῷ τοῦ ς, νόσφι, τὸ μὴ ἀκολουθοῦν, ἀλλὰ πόῤῥω ὄν. [ἢ παρὰ τὸ νόστος, ὃ σημαίνει τὴν ἐπάν‐</w:t>
      </w:r>
    </w:p>
    <w:p>
      <w:r>
        <w:rPr>
          <w:rFonts w:ascii="Courier New" w:hAnsi="Courier New"/>
          <w:color w:val="555555"/>
          <w:sz w:val="20"/>
        </w:rPr>
        <w:t>[25]</w:t>
      </w:r>
    </w:p>
    <w:p>
      <w:r>
        <w:rPr>
          <w:rFonts w:ascii="Gentium Plus" w:hAnsi="Gentium Plus"/>
          <w:sz w:val="24"/>
        </w:rPr>
        <w:t>οδον, καὶ ἐπεκτάσει γίνεται νοστόφι. τὸ δὲ νό‐</w:t>
      </w:r>
    </w:p>
    <w:p>
      <w:pPr>
        <w:jc w:val="center"/>
      </w:pPr>
      <w:r>
        <w:rPr>
          <w:rFonts w:ascii="Gentium Plus" w:hAnsi="Gentium Plus"/>
          <w:b/>
          <w:sz w:val="24"/>
        </w:rPr>
        <w:t>Τὸ Ν μετὰ τοῦ Υ.</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Νυκτίβιος. ὁ ἐν νυκτὶ διάγων. Νυκτιλόχος. ὁ κλέπτης, ὁ λῃστὴς, ὁ λοχῶν</w:t>
      </w:r>
    </w:p>
    <w:p>
      <w:r>
        <w:rPr>
          <w:rFonts w:ascii="Courier New" w:hAnsi="Courier New"/>
          <w:color w:val="555555"/>
          <w:sz w:val="20"/>
        </w:rPr>
        <w:t>[5]</w:t>
      </w:r>
    </w:p>
    <w:p>
      <w:r>
        <w:rPr>
          <w:rFonts w:ascii="Gentium Plus" w:hAnsi="Gentium Plus"/>
          <w:sz w:val="24"/>
        </w:rPr>
        <w:t>καὶ ἐνεδρεύων ἐν τῇ νυκτί. Νυκτιπόλος. ὁ λῃστής. Νυκτέλιος. ὁ Διόνυσος. Νύμφιος. ὁ νυμφικὸς οἶκος. νυμφίος δὲ ὁ γα‐ μέτης καὶ ὁ γαμβρός. ὡς τύχιος ὁ τυχηρὸς,</w:t>
      </w:r>
    </w:p>
    <w:p>
      <w:r>
        <w:rPr>
          <w:rFonts w:ascii="Courier New" w:hAnsi="Courier New"/>
          <w:color w:val="555555"/>
          <w:sz w:val="20"/>
        </w:rPr>
        <w:t>[10]</w:t>
      </w:r>
    </w:p>
    <w:p>
      <w:r>
        <w:rPr>
          <w:rFonts w:ascii="Gentium Plus" w:hAnsi="Gentium Plus"/>
          <w:sz w:val="24"/>
        </w:rPr>
        <w:t>Τυχίος δὲ κύριον. νυμφεῖος δὲ ὁ παστὸς, δί‐ φθογγον. Νυμφοστόλος. ὁ νυμφαγωγός. Νυσήϊος. ὁ Διόνυσος. ἀπὸ τοῦ Νύσης. ὄρος δὲ τοῦτο Θρᾴκης.</w:t>
      </w:r>
    </w:p>
    <w:p>
      <w:r>
        <w:rPr>
          <w:rFonts w:ascii="Courier New" w:hAnsi="Courier New"/>
          <w:color w:val="555555"/>
          <w:sz w:val="20"/>
        </w:rPr>
        <w:t>[15]</w:t>
      </w:r>
    </w:p>
    <w:p>
      <w:r>
        <w:rPr>
          <w:rFonts w:ascii="Gentium Plus" w:hAnsi="Gentium Plus"/>
          <w:sz w:val="24"/>
        </w:rPr>
        <w:t>—Διὸς Νυσήϊον υἷα. Νύχιος. ὁ νυκτερινός. Νυκτομαχία. ἡ ἐν νυκτὶ τοῦ πολέμου μάχη. Νύμφη. ὡς παρὰ τὸ νέος γίνεται νυὸς, οὕτως καὶ παρὰ τὸ νέα καὶ φῶ γίνεται νεόφη καὶ νύμ‐</w:t>
      </w:r>
    </w:p>
    <w:p>
      <w:r>
        <w:rPr>
          <w:rFonts w:ascii="Courier New" w:hAnsi="Courier New"/>
          <w:color w:val="555555"/>
          <w:sz w:val="20"/>
        </w:rPr>
        <w:t>[20]</w:t>
      </w:r>
    </w:p>
    <w:p>
      <w:r>
        <w:rPr>
          <w:rFonts w:ascii="Gentium Plus" w:hAnsi="Gentium Plus"/>
          <w:sz w:val="24"/>
        </w:rPr>
        <w:t>φη, ἡ νέα φαινομένη καὶ συγκοπῇ καὶ τροπῇ τοῦ μ εἰς ν νύμφη. Νύξ. ἐν τῷ τὸν ἥλιον ὑπὸ γῆν εἶναι. νυκτὸς δὲ διάστημα ὁ ἀπὸ δύσεως μέχρις ἀνατολῆς ὑπὸ γῆν τοῦ ἡλίου δρόμος. [παρὰ τὸ νύσσω, νύξω,</w:t>
      </w:r>
    </w:p>
    <w:p>
      <w:r>
        <w:rPr>
          <w:rFonts w:ascii="Courier New" w:hAnsi="Courier New"/>
          <w:color w:val="555555"/>
          <w:sz w:val="20"/>
        </w:rPr>
        <w:t>[25]</w:t>
      </w:r>
    </w:p>
    <w:p>
      <w:r>
        <w:rPr>
          <w:rFonts w:ascii="Gentium Plus" w:hAnsi="Gentium Plus"/>
          <w:sz w:val="24"/>
        </w:rPr>
        <w:t>νύξ· δι’ ἧς καμπτόμεθα. ὁ δὲ Βησαντῖνος παρὰ τὸν νύξω μέλλοντα, τὸν δηλοῦντα τὸ</w:t>
      </w:r>
    </w:p>
    <w:p>
      <w:r>
        <w:rPr>
          <w:rFonts w:ascii="Courier New" w:hAnsi="Courier New"/>
          <w:color w:val="555555"/>
          <w:sz w:val="20"/>
        </w:rPr>
        <w:t>[nu 1409]</w:t>
      </w:r>
    </w:p>
    <w:p>
      <w:r>
        <w:rPr>
          <w:rFonts w:ascii="Gentium Plus" w:hAnsi="Gentium Plus"/>
          <w:sz w:val="24"/>
        </w:rPr>
        <w:t>ἐνεργουμένοις τὶ ἐν σκότει ἢ προσκόπτειν καὶ πλήττεσθαι τοὺς βαδίζοντας ἐν αὐτῇ τῇ ὥρᾳ.] Νυός. ἡ νύμφη. Νύσσα. ὁ καμπτός. παρὰ τὸ νεύω, νεύσω, νεύ‐</w:t>
      </w:r>
    </w:p>
    <w:p>
      <w:r>
        <w:rPr>
          <w:rFonts w:ascii="Courier New" w:hAnsi="Courier New"/>
          <w:color w:val="555555"/>
          <w:sz w:val="20"/>
        </w:rPr>
        <w:t>[5]</w:t>
      </w:r>
    </w:p>
    <w:p>
      <w:r>
        <w:rPr>
          <w:rFonts w:ascii="Gentium Plus" w:hAnsi="Gentium Plus"/>
          <w:sz w:val="24"/>
        </w:rPr>
        <w:t>σα καὶ ἀποβολῇ τοῦ ε νύσσα. [ἢ παρὰ τὸ νύσ‐ σω, τὸ κάμπτω, διὰ τὸ τοὺς ἵππους ἐκεῖ νύσ‐ σεσθαι.] Νύσσα. καὶ ὄνομα πόλεως. Νυσήϊον. οἱ μὲν τὸ Σίναιον ὄρος φασὶν, οἱ δὲ</w:t>
      </w:r>
    </w:p>
    <w:p>
      <w:r>
        <w:rPr>
          <w:rFonts w:ascii="Courier New" w:hAnsi="Courier New"/>
          <w:color w:val="555555"/>
          <w:sz w:val="20"/>
        </w:rPr>
        <w:t>[10]</w:t>
      </w:r>
    </w:p>
    <w:p>
      <w:r>
        <w:rPr>
          <w:rFonts w:ascii="Gentium Plus" w:hAnsi="Gentium Plus"/>
          <w:sz w:val="24"/>
        </w:rPr>
        <w:t>ἕτερον ὄρος τοῦ Διονύσου, ἐνδότερον καὶ ἐπέ‐ κεινα τῆς Ἰνδικῆς. Νύχος. ἡ νύξ. Νῦ. τὸ στοιχεῖον. ὅτι νυγμόν τινα ἔχει ἡ τούτου ἐκφώνησις. καὶ νὺ ἀντὶ τοῦ δή.</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Νύξας. διεγείρας. Νυμφοστολῆσαι. τὸ νυμφαγωγῆσαι. Νύσσω. τὸ τιτρώσκω. καὶ τὸ λάμπω. Νυστάζω. ἀπὸ τοῦ νεύω, τὸ στάζω. οἷον·</w:t>
      </w:r>
    </w:p>
    <w:p>
      <w:r>
        <w:rPr>
          <w:rFonts w:ascii="Courier New" w:hAnsi="Courier New"/>
          <w:color w:val="555555"/>
          <w:sz w:val="20"/>
        </w:rPr>
        <w:t>[20]</w:t>
      </w:r>
    </w:p>
    <w:p>
      <w:r>
        <w:rPr>
          <w:rFonts w:ascii="Gentium Plus" w:hAnsi="Gentium Plus"/>
          <w:sz w:val="24"/>
        </w:rPr>
        <w:t>νευστάζων κόρυθα βριαρήν—. ἐπειδὴ ἐπινεύουσιν οἱ κοιμώμενοι. ἔνθεν καὶ τὸ</w:t>
      </w:r>
    </w:p>
    <w:p>
      <w:r>
        <w:rPr>
          <w:rFonts w:ascii="Courier New" w:hAnsi="Courier New"/>
          <w:color w:val="555555"/>
          <w:sz w:val="20"/>
        </w:rPr>
        <w:t>[nu 1410]</w:t>
      </w:r>
    </w:p>
    <w:p>
      <w:r>
        <w:rPr>
          <w:rFonts w:ascii="Gentium Plus" w:hAnsi="Gentium Plus"/>
          <w:sz w:val="24"/>
        </w:rPr>
        <w:t>ἢ παρὰ τὸ νευστάζειν ἀποβολῇ τοῦ ε. τὸ δὲ νευστάζειν παρὰ τὸ νεύειν τὴν κάραν.</w:t>
      </w:r>
    </w:p>
    <w:p>
      <w:pPr>
        <w:jc w:val="center"/>
      </w:pPr>
      <w:r>
        <w:rPr>
          <w:rFonts w:ascii="Gentium Plus" w:hAnsi="Gentium Plus"/>
          <w:b/>
          <w:sz w:val="24"/>
        </w:rPr>
        <w:t>(Ἐπίῤῥημα.)</w:t>
      </w:r>
    </w:p>
    <w:p>
      <w:r>
        <w:rPr>
          <w:rFonts w:ascii="Courier New" w:hAnsi="Courier New"/>
          <w:color w:val="555555"/>
          <w:sz w:val="20"/>
        </w:rPr>
        <w:t>[4]</w:t>
      </w:r>
    </w:p>
    <w:p>
      <w:r>
        <w:rPr>
          <w:rFonts w:ascii="Gentium Plus" w:hAnsi="Gentium Plus"/>
          <w:sz w:val="24"/>
        </w:rPr>
        <w:t>†Νύκτωρ. διὰ νυκτός.†</w:t>
      </w:r>
    </w:p>
    <w:p>
      <w:r>
        <w:rPr>
          <w:rFonts w:ascii="Courier New" w:hAnsi="Courier New"/>
          <w:color w:val="555555"/>
          <w:sz w:val="20"/>
        </w:rPr>
        <w:t>[5]</w:t>
      </w:r>
    </w:p>
    <w:p>
      <w:r>
        <w:rPr>
          <w:rFonts w:ascii="Gentium Plus" w:hAnsi="Gentium Plus"/>
          <w:sz w:val="24"/>
        </w:rPr>
        <w:t>Νῦν. ἀντὶ τοῦ ἀρτίως. καὶ νυνί. καὶ νὺ ἀντὶ τοῦ δή.</w:t>
      </w:r>
    </w:p>
    <w:p>
      <w:pPr>
        <w:jc w:val="center"/>
      </w:pPr>
      <w:r>
        <w:rPr>
          <w:rFonts w:ascii="Gentium Plus" w:hAnsi="Gentium Plus"/>
          <w:b/>
          <w:sz w:val="24"/>
        </w:rPr>
        <w:t>Τὸ Ν μετὰ τοῦ Ω.</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Νωθεῖς. ῥάθυμοι, βραδεῖς. οἱ ἐστερημένοι τοῦ</w:t>
      </w:r>
    </w:p>
    <w:p>
      <w:r>
        <w:rPr>
          <w:rFonts w:ascii="Courier New" w:hAnsi="Courier New"/>
          <w:color w:val="555555"/>
          <w:sz w:val="20"/>
        </w:rPr>
        <w:t>[10]</w:t>
      </w:r>
    </w:p>
    <w:p>
      <w:r>
        <w:rPr>
          <w:rFonts w:ascii="Gentium Plus" w:hAnsi="Gentium Plus"/>
          <w:sz w:val="24"/>
        </w:rPr>
        <w:t>τρέχειν. Νωθροκάρδιος. ὁ κατὰ λογισμὸν βαρὺς καὶ ῥά‐ θυμος. Νῶε. ὄνομα κύριον. ἑρμηνεύεται δὲ πρόσωπον ἀκτη‐ μοσύνης.</w:t>
      </w:r>
    </w:p>
    <w:p>
      <w:r>
        <w:rPr>
          <w:rFonts w:ascii="Courier New" w:hAnsi="Courier New"/>
          <w:color w:val="555555"/>
          <w:sz w:val="20"/>
        </w:rPr>
        <w:t>[15]</w:t>
      </w:r>
    </w:p>
    <w:p>
      <w:r>
        <w:rPr>
          <w:rFonts w:ascii="Gentium Plus" w:hAnsi="Gentium Plus"/>
          <w:sz w:val="24"/>
        </w:rPr>
        <w:t>Νωδός. ὁ ἐστερημένος τῶν ὀδόντων. Νωΐτερος. ἡμέτερος. Νῶκαρ. ὁ δυσκίνητος, ὁ οὐδ’ ὁπωσοῦν ἐῤῥω‐ μένος. [παρὰ τὸ νω στερητικὸν καὶ τὸ σκαίρω, τὸ σκιρτῶ, κατὰ ἀποβολὴν τοῦ ς.]</w:t>
      </w:r>
    </w:p>
    <w:p>
      <w:r>
        <w:rPr>
          <w:rFonts w:ascii="Courier New" w:hAnsi="Courier New"/>
          <w:color w:val="555555"/>
          <w:sz w:val="20"/>
        </w:rPr>
        <w:t>[20]</w:t>
      </w:r>
    </w:p>
    <w:p>
      <w:r>
        <w:rPr>
          <w:rFonts w:ascii="Gentium Plus" w:hAnsi="Gentium Plus"/>
          <w:sz w:val="24"/>
        </w:rPr>
        <w:t>Νωλανοί. ἔθνος.</w:t>
      </w:r>
    </w:p>
    <w:p>
      <w:r>
        <w:rPr>
          <w:rFonts w:ascii="Courier New" w:hAnsi="Courier New"/>
          <w:color w:val="555555"/>
          <w:sz w:val="20"/>
        </w:rPr>
        <w:t>[nu 1411]</w:t>
      </w:r>
    </w:p>
    <w:p>
      <w:r>
        <w:rPr>
          <w:rFonts w:ascii="Gentium Plus" w:hAnsi="Gentium Plus"/>
          <w:sz w:val="24"/>
        </w:rPr>
        <w:t>Νῷν καὶ σφῷν. σὺν τῷ ι. ἀπὸ γὰρ τοῦ νῶϊν καὶ σφῶϊν γέγονε κατὰ συναίρεσιν τοῦ ω καὶ ι εἰς τὴν ω δίφθογγον. [ἄλλως δὲ πᾶσα δο‐ τικὴ ἐπὶ παντὸς ἀριθμοῦ τὸ ἰῶτα ἔχει. Ὅμη‐</w:t>
      </w:r>
    </w:p>
    <w:p>
      <w:r>
        <w:rPr>
          <w:rFonts w:ascii="Courier New" w:hAnsi="Courier New"/>
          <w:color w:val="555555"/>
          <w:sz w:val="20"/>
        </w:rPr>
        <w:t>[5]</w:t>
      </w:r>
    </w:p>
    <w:p>
      <w:r>
        <w:rPr>
          <w:rFonts w:ascii="Gentium Plus" w:hAnsi="Gentium Plus"/>
          <w:sz w:val="24"/>
        </w:rPr>
        <w:t>ρος δὲ χωρὶς τοῦ ι ἀξιοῖ γράφεσθαι. λέ‐ γων ὅτι τρία πρόσωπα εἰσὶ τῶν παθητικῶν· ἡμῶν, ὑμῶν, σφῶν, ἀντὶ τοῦ δύο, δυϊκὸν κεῖ‐ ται ἀντὶ τοῦ σφῶιν. ἀλλ’ ἔστιν εἰπεῖν, χωρὶς τοῦ ι γράφεται, ἐπειδὴ οὐδέποτε τῇ γενικῇ καὶ</w:t>
      </w:r>
    </w:p>
    <w:p>
      <w:r>
        <w:rPr>
          <w:rFonts w:ascii="Courier New" w:hAnsi="Courier New"/>
          <w:color w:val="555555"/>
          <w:sz w:val="20"/>
        </w:rPr>
        <w:t>[10]</w:t>
      </w:r>
    </w:p>
    <w:p>
      <w:r>
        <w:rPr>
          <w:rFonts w:ascii="Gentium Plus" w:hAnsi="Gentium Plus"/>
          <w:sz w:val="24"/>
        </w:rPr>
        <w:t>τῇ δοτικῇ κέχρηται ὁ ποιητὴς, εἰ μὴ κατὰ διά‐ λυσιν· οἷον τοῖν, τοῖϊν, ὤμοιν, ὤμοιϊν, ἀλλή‐ λοιν, ἀλλήλοιϊν. εἰ οὖν ἐνταῦθα τὸ ἰῶτα ἔχει, ἤμελλε κατὰ διάλυσιν εἶναι.] †Νώρυμνον. οὐχ ὑψηλόν· οὐκ ἐρυμνόν.†</w:t>
      </w:r>
    </w:p>
    <w:p>
      <w:r>
        <w:rPr>
          <w:rFonts w:ascii="Courier New" w:hAnsi="Courier New"/>
          <w:color w:val="555555"/>
          <w:sz w:val="20"/>
        </w:rPr>
        <w:t>[15]</w:t>
      </w:r>
    </w:p>
    <w:p>
      <w:r>
        <w:rPr>
          <w:rFonts w:ascii="Gentium Plus" w:hAnsi="Gentium Plus"/>
          <w:sz w:val="24"/>
        </w:rPr>
        <w:t>Νωνύμους. ἀνωνύμους. Νωνύμνους. ἄνευ ὕμνων καὶ εὐφημίας τῆς διὰ τῶν θρήνων γενομένης· ἀνωνύμους. †Νῶος. μωρός.† Νωρικός. τοπικόν.</w:t>
      </w:r>
    </w:p>
    <w:p>
      <w:r>
        <w:rPr>
          <w:rFonts w:ascii="Courier New" w:hAnsi="Courier New"/>
          <w:color w:val="555555"/>
          <w:sz w:val="20"/>
        </w:rPr>
        <w:t>[20]</w:t>
      </w:r>
    </w:p>
    <w:p>
      <w:r>
        <w:rPr>
          <w:rFonts w:ascii="Gentium Plus" w:hAnsi="Gentium Plus"/>
          <w:sz w:val="24"/>
        </w:rPr>
        <w:t>Νώροπα. λαμπρόν. παρὰ τὸ νω στερητικὸν καὶ τοῦ ὂψ γέγονε νώροψ, ὁ μὴ ἐῶν τὴν ὄψιν εἰς ἑαυτὸν ἀφορᾷν, λαμπρόν· ἀμαυροῖ γὰρ τὴν ὄψιν τὰ πάνυ λαμπρά.</w:t>
      </w:r>
    </w:p>
    <w:p>
      <w:r>
        <w:rPr>
          <w:rFonts w:ascii="Courier New" w:hAnsi="Courier New"/>
          <w:color w:val="555555"/>
          <w:sz w:val="20"/>
        </w:rPr>
        <w:t>[nu 1412]</w:t>
      </w:r>
    </w:p>
    <w:p>
      <w:r>
        <w:rPr>
          <w:rFonts w:ascii="Gentium Plus" w:hAnsi="Gentium Plus"/>
          <w:sz w:val="24"/>
        </w:rPr>
        <w:t>μερῶν νοτίζεται μᾶλλον, καὶ εἰς τοῦτο ὁ ἱδρὼς καταῤῥεῖ. καὶ ὁ ποιητής· —κατὰ δὲ νότιος ῥέεν ἱδρὼς— ὥστε τροπὴν εἶναι τοῦ ο εἰς ω μέγα. ἢ παρὰ</w:t>
      </w:r>
    </w:p>
    <w:p>
      <w:r>
        <w:rPr>
          <w:rFonts w:ascii="Courier New" w:hAnsi="Courier New"/>
          <w:color w:val="555555"/>
          <w:sz w:val="20"/>
        </w:rPr>
        <w:t>[5]</w:t>
      </w:r>
    </w:p>
    <w:p>
      <w:r>
        <w:rPr>
          <w:rFonts w:ascii="Gentium Plus" w:hAnsi="Gentium Plus"/>
          <w:sz w:val="24"/>
        </w:rPr>
        <w:t>τὸ ὦ, τὸ ὑποτακτικὸν, ὦτος καὶ νῶτος. Νωτοφόρος. ὁ ἐπὶ νώτου τὰ ἄχθη καὶ τὰ βάρη ἢ τὰ φορτία βαστάζων καὶ φέρων. †Νωχέας. βραδὺς, μαλακός.† Νῶχος. κύριον.</w:t>
      </w:r>
    </w:p>
    <w:p>
      <w:r>
        <w:rPr>
          <w:rFonts w:ascii="Courier New" w:hAnsi="Courier New"/>
          <w:color w:val="555555"/>
          <w:sz w:val="20"/>
        </w:rPr>
        <w:t>[10]</w:t>
      </w:r>
    </w:p>
    <w:p>
      <w:r>
        <w:rPr>
          <w:rFonts w:ascii="Gentium Plus" w:hAnsi="Gentium Plus"/>
          <w:sz w:val="24"/>
        </w:rPr>
        <w:t>Νωχελής. βραδὺς, ῥάθυμος. ἢ ὁ νωθρὸς καὶ ἀσθενής. οἱονεὶ ὁ ἐστερημένος τοῦ κέλλειν, νω‐ κελλὴς τὶς ὢν, καὶ τροπῇ τοῦ κ εἰς χ νωχε‐ λής· κέλλειν γάρ ἐστι τὸ ταχέως τρέχειν, ἀφ’ οὗ καὶ κέλης, ὁ δρομικὸς ἵππος.</w:t>
      </w:r>
    </w:p>
    <w:p>
      <w:r>
        <w:rPr>
          <w:rFonts w:ascii="Courier New" w:hAnsi="Courier New"/>
          <w:color w:val="555555"/>
          <w:sz w:val="20"/>
        </w:rPr>
        <w:t>[15]</w:t>
      </w:r>
    </w:p>
    <w:p>
      <w:r>
        <w:rPr>
          <w:rFonts w:ascii="Gentium Plus" w:hAnsi="Gentium Plus"/>
          <w:sz w:val="24"/>
        </w:rPr>
        <w:t>†Νώψ. ἀσθενὴς τὴν ὄψιν.†</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†Νωθή. μακρὰ ὁδός.† Νωθρεία καὶ νωθεία. ἡ ῥαθυμία. νοθία δὲ, ἡ κλεψιγαμία, μικρὸν καὶ ι.</w:t>
      </w:r>
    </w:p>
    <w:p>
      <w:r>
        <w:rPr>
          <w:rFonts w:ascii="Courier New" w:hAnsi="Courier New"/>
          <w:color w:val="555555"/>
          <w:sz w:val="20"/>
        </w:rPr>
        <w:t>[20]</w:t>
      </w:r>
    </w:p>
    <w:p>
      <w:r>
        <w:rPr>
          <w:rFonts w:ascii="Gentium Plus" w:hAnsi="Gentium Plus"/>
          <w:sz w:val="24"/>
        </w:rPr>
        <w:t>Νῶλα. πόλις. Νωμεντία. χώρα. Νομαντία δὲ μικρόν. Νωμηστεία. ἡ μέρισις. Νώρμα καὶ Νώρα. ὀνόματα πόλεων.</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Νωγαλέον. †πυῤῥόν.† λαμπρόν.</w:t>
      </w:r>
    </w:p>
    <w:p>
      <w:r>
        <w:rPr>
          <w:rFonts w:ascii="Courier New" w:hAnsi="Courier New"/>
          <w:color w:val="555555"/>
          <w:sz w:val="20"/>
        </w:rPr>
        <w:t>[nu 1413]</w:t>
      </w:r>
    </w:p>
    <w:p>
      <w:r>
        <w:rPr>
          <w:rFonts w:ascii="Gentium Plus" w:hAnsi="Gentium Plus"/>
          <w:sz w:val="24"/>
        </w:rPr>
        <w:t>Νώδυνον. τὸ ἀνώδυνον. †Νώκαρ. χάσμα. ὕπνος.† †Νῶμα. κίνημα.† †Νῶτα. ἡ ψύα.†</w:t>
      </w:r>
    </w:p>
    <w:p>
      <w:r>
        <w:rPr>
          <w:rFonts w:ascii="Courier New" w:hAnsi="Courier New"/>
          <w:color w:val="555555"/>
          <w:sz w:val="20"/>
        </w:rPr>
        <w:t>[5]</w:t>
      </w:r>
    </w:p>
    <w:p>
      <w:r>
        <w:rPr>
          <w:rFonts w:ascii="Gentium Plus" w:hAnsi="Gentium Plus"/>
          <w:sz w:val="24"/>
        </w:rPr>
        <w:t>Νῶτα θαλάσσης. ὅ ἐστιν ἡ ἐπιφάνεια τῆς θαλάσσης.</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†Νωμεύειν. κακολογεῖν.† Νωμῆσαι. διενεγκεῖν. βαστάξαι ἢ κινῆσαι. ἀπὸ</w:t>
      </w:r>
    </w:p>
    <w:p>
      <w:r>
        <w:rPr>
          <w:rFonts w:ascii="Courier New" w:hAnsi="Courier New"/>
          <w:color w:val="555555"/>
          <w:sz w:val="20"/>
        </w:rPr>
        <w:t>[10]</w:t>
      </w:r>
    </w:p>
    <w:p>
      <w:r>
        <w:rPr>
          <w:rFonts w:ascii="Gentium Plus" w:hAnsi="Gentium Plus"/>
          <w:sz w:val="24"/>
        </w:rPr>
        <w:t>τοῦ ὤμου ἡ μεταφορὰ, ὡς οἶμαι· ὠμῶ καὶ νωμῶ. Νώμησαν. διεμέρισαν. διέδωκαν. ἔστι νωμῶ, νωμήσω, ὁ ἀόριστος ἐνώμησα, καὶ τὸ τρίτον τῶν πληθυντικῶν ἐνώμησαν. γράφεται τὸ νω μέγα· τὰ γὰρ εἰς ω λήγοντα ῥήματα δισύλ‐</w:t>
      </w:r>
    </w:p>
    <w:p>
      <w:r>
        <w:rPr>
          <w:rFonts w:ascii="Courier New" w:hAnsi="Courier New"/>
          <w:color w:val="555555"/>
          <w:sz w:val="20"/>
        </w:rPr>
        <w:t>[15]</w:t>
      </w:r>
    </w:p>
    <w:p>
      <w:r>
        <w:rPr>
          <w:rFonts w:ascii="Gentium Plus" w:hAnsi="Gentium Plus"/>
          <w:sz w:val="24"/>
        </w:rPr>
        <w:t>λαβα κατὰ τροπὴν τοῦ ε εἰς ω ἐκ βαρυτόνου εἰς περισπώμενα μετηγμένα διὰ τοῦ ω μεγά‐ λου γράφεται κατὰ τὴν παραλήγουσαν. καὶ εἰ μὲν διὰ καθαροῦ τοῦ ω ἐκφέρονται, βαρύνον‐ ται, οἷον χέω χώω, ζέω ζώω, τρέω τρώω,</w:t>
      </w:r>
    </w:p>
    <w:p>
      <w:r>
        <w:rPr>
          <w:rFonts w:ascii="Courier New" w:hAnsi="Courier New"/>
          <w:color w:val="555555"/>
          <w:sz w:val="20"/>
        </w:rPr>
        <w:t>[20]</w:t>
      </w:r>
    </w:p>
    <w:p>
      <w:r>
        <w:rPr>
          <w:rFonts w:ascii="Gentium Plus" w:hAnsi="Gentium Plus"/>
          <w:sz w:val="24"/>
        </w:rPr>
        <w:t>ῥέω ῥώω, πλέω πλώω· εἰ δὲ μετὰ συμφώνου,</w:t>
      </w:r>
    </w:p>
    <w:p>
      <w:r>
        <w:rPr>
          <w:rFonts w:ascii="Courier New" w:hAnsi="Courier New"/>
          <w:color w:val="555555"/>
          <w:sz w:val="20"/>
        </w:rPr>
        <w:t>[nu 1414]</w:t>
      </w:r>
    </w:p>
    <w:p>
      <w:r>
        <w:rPr>
          <w:rFonts w:ascii="Gentium Plus" w:hAnsi="Gentium Plus"/>
          <w:sz w:val="24"/>
        </w:rPr>
        <w:t>περισπῶνται, οἷον στρέφω στρωφῶ, οἷον· κατ’ οἶκον ἐστρωφᾶτο μισητὸς βάβαξ· νέμω νωμῶ, τρέχω τρωχῶ, λέγω λωγῶ, πέτω πωτῶ· γί‐ νεται γὰρ ἐν τούτοις τροπὴ τοῦ ε εἰς ο, καὶ</w:t>
      </w:r>
    </w:p>
    <w:p>
      <w:r>
        <w:rPr>
          <w:rFonts w:ascii="Courier New" w:hAnsi="Courier New"/>
          <w:color w:val="555555"/>
          <w:sz w:val="20"/>
        </w:rPr>
        <w:t>[5]</w:t>
      </w:r>
    </w:p>
    <w:p>
      <w:r>
        <w:rPr>
          <w:rFonts w:ascii="Gentium Plus" w:hAnsi="Gentium Plus"/>
          <w:sz w:val="24"/>
        </w:rPr>
        <w:t>αὖθις ἔκτασις εἰς τὸ ω. τὸ σώχω, τρώγω, κλώθω, σκώπτω, οὐ ταυτὸν τυχόντα τῆς πα‐ ραγωγῆς, διὰ τοῦ ω μεγάλου γράφονται καὶ βαρύνονται. Νῶσιν. ἀντὶ τοῦ νήθουσιν. νήθω δὲ τὸ κλώθω.</w:t>
      </w:r>
    </w:p>
    <w:p>
      <w:r>
        <w:rPr>
          <w:rFonts w:ascii="Courier New" w:hAnsi="Courier New"/>
          <w:color w:val="555555"/>
          <w:sz w:val="20"/>
        </w:rPr>
        <w:t>[10]</w:t>
      </w:r>
    </w:p>
    <w:p>
      <w:r>
        <w:rPr>
          <w:rFonts w:ascii="Gentium Plus" w:hAnsi="Gentium Plus"/>
          <w:sz w:val="24"/>
        </w:rPr>
        <w:t>καὶ ταῖς χερσὶ νῶσι λῖνον. †Νωσάμενος. ἐνθυμηθείς.† †Νωτίσαι. ἀμείψασθαι.† *Νῶ. τὸ σωρεύω.*</w:t>
      </w:r>
    </w:p>
    <w:p>
      <w:pPr>
        <w:jc w:val="center"/>
      </w:pPr>
      <w:r>
        <w:rPr>
          <w:rFonts w:ascii="Gentium Plus" w:hAnsi="Gentium Plus"/>
          <w:b/>
          <w:sz w:val="24"/>
        </w:rPr>
        <w:t>(Ἐπίῤῥημα.)</w:t>
      </w:r>
    </w:p>
    <w:p>
      <w:r>
        <w:rPr>
          <w:rFonts w:ascii="Courier New" w:hAnsi="Courier New"/>
          <w:color w:val="555555"/>
          <w:sz w:val="20"/>
        </w:rPr>
        <w:t>[15]</w:t>
      </w:r>
    </w:p>
    <w:p>
      <w:r>
        <w:rPr>
          <w:rFonts w:ascii="Gentium Plus" w:hAnsi="Gentium Plus"/>
          <w:sz w:val="24"/>
        </w:rPr>
        <w:t>Νωγαλέως. λαμπρῶς. Νωλεμέως. ἀδιαλείπτως, συνεχῶς. παρὰ τὸ νω στερητικὸν καὶ τὸ λείπω, τὸ λιμπάνω, γέ‐ γονε νωλεπέως, καὶ τροπῇ τοῦ π εἰς μ νω‐ λεμέως. οἱονεὶ τὸ μὴ λειπόμενον, ἀλλ’ ἀδια‐</w:t>
      </w:r>
    </w:p>
    <w:p>
      <w:r>
        <w:rPr>
          <w:rFonts w:ascii="Courier New" w:hAnsi="Courier New"/>
          <w:color w:val="555555"/>
          <w:sz w:val="20"/>
        </w:rPr>
        <w:t>[20]</w:t>
      </w:r>
    </w:p>
    <w:p>
      <w:r>
        <w:rPr>
          <w:rFonts w:ascii="Gentium Plus" w:hAnsi="Gentium Plus"/>
          <w:sz w:val="24"/>
        </w:rPr>
        <w:t>λείπτως ὄν.</w:t>
      </w:r>
    </w:p>
    <w:p>
      <w:pPr>
        <w:jc w:val="center"/>
      </w:pPr>
      <w:r>
        <w:rPr>
          <w:rFonts w:ascii="Gentium Plus" w:hAnsi="Gentium Plus"/>
          <w:b/>
          <w:sz w:val="24"/>
        </w:rPr>
        <w:t>Ξ.</w:t>
      </w:r>
    </w:p>
    <w:p>
      <w:pPr>
        <w:jc w:val="center"/>
      </w:pPr>
      <w:r>
        <w:rPr>
          <w:rFonts w:ascii="Gentium Plus" w:hAnsi="Gentium Plus"/>
          <w:b/>
          <w:sz w:val="24"/>
        </w:rPr>
        <w:t>Τὸ Ξ μετὰ τοῦ Α.</w:t>
      </w:r>
    </w:p>
    <w:p>
      <w:pPr>
        <w:jc w:val="center"/>
      </w:pPr>
      <w:r>
        <w:rPr>
          <w:rFonts w:ascii="Gentium Plus" w:hAnsi="Gentium Plus"/>
          <w:b/>
          <w:sz w:val="24"/>
        </w:rPr>
        <w:t>(Ἀρσενικόν.)</w:t>
      </w:r>
    </w:p>
    <w:p>
      <w:r>
        <w:rPr>
          <w:rFonts w:ascii="Courier New" w:hAnsi="Courier New"/>
          <w:color w:val="555555"/>
          <w:sz w:val="20"/>
        </w:rPr>
        <w:t>[24]</w:t>
      </w:r>
    </w:p>
    <w:p>
      <w:r>
        <w:rPr>
          <w:rFonts w:ascii="Gentium Plus" w:hAnsi="Gentium Plus"/>
          <w:sz w:val="24"/>
        </w:rPr>
        <w:t>Ξανθός. ὁ πυῤῥοειδής.</w:t>
      </w:r>
    </w:p>
    <w:p>
      <w:r>
        <w:rPr>
          <w:rFonts w:ascii="Courier New" w:hAnsi="Courier New"/>
          <w:color w:val="555555"/>
          <w:sz w:val="20"/>
        </w:rPr>
        <w:t>[25]</w:t>
      </w:r>
    </w:p>
    <w:p>
      <w:r>
        <w:rPr>
          <w:rFonts w:ascii="Gentium Plus" w:hAnsi="Gentium Plus"/>
          <w:sz w:val="24"/>
        </w:rPr>
        <w:t>Ξάνθος. ποταμὸς, καὶ ὄνομα ἵππου.</w:t>
      </w:r>
    </w:p>
    <w:p>
      <w:pPr>
        <w:jc w:val="center"/>
      </w:pPr>
      <w:r>
        <w:rPr>
          <w:rFonts w:ascii="Gentium Plus" w:hAnsi="Gentium Plus"/>
          <w:b/>
          <w:sz w:val="24"/>
        </w:rPr>
        <w:t>(Θηλυκόν.)</w:t>
      </w:r>
    </w:p>
    <w:p>
      <w:r>
        <w:rPr>
          <w:rFonts w:ascii="Courier New" w:hAnsi="Courier New"/>
          <w:color w:val="555555"/>
          <w:sz w:val="20"/>
        </w:rPr>
        <w:t>[22]</w:t>
      </w:r>
    </w:p>
    <w:p>
      <w:r>
        <w:rPr>
          <w:rFonts w:ascii="Gentium Plus" w:hAnsi="Gentium Plus"/>
          <w:sz w:val="24"/>
        </w:rPr>
        <w:t>†Ξανθὴ χολή. ἀναλογεῖ τῷ πυρὶ ξηροτάτη οὖσα καὶ θερμή.†</w:t>
      </w:r>
    </w:p>
    <w:p>
      <w:pPr>
        <w:jc w:val="center"/>
      </w:pPr>
      <w:r>
        <w:rPr>
          <w:rFonts w:ascii="Gentium Plus" w:hAnsi="Gentium Plus"/>
          <w:b/>
          <w:sz w:val="24"/>
        </w:rPr>
        <w:t>(Ῥῆμα.)</w:t>
      </w:r>
    </w:p>
    <w:p>
      <w:r>
        <w:rPr>
          <w:rFonts w:ascii="Courier New" w:hAnsi="Courier New"/>
          <w:color w:val="555555"/>
          <w:sz w:val="20"/>
        </w:rPr>
        <w:t>[25]</w:t>
      </w:r>
    </w:p>
    <w:p>
      <w:r>
        <w:rPr>
          <w:rFonts w:ascii="Gentium Plus" w:hAnsi="Gentium Plus"/>
          <w:sz w:val="24"/>
        </w:rPr>
        <w:t>Ξανθίζεσθαι. τὰς τρίχας κοσμεῖσθαι.</w:t>
      </w:r>
    </w:p>
    <w:p>
      <w:pPr>
        <w:jc w:val="center"/>
      </w:pPr>
      <w:r>
        <w:rPr>
          <w:rFonts w:ascii="Gentium Plus" w:hAnsi="Gentium Plus"/>
          <w:b/>
          <w:sz w:val="24"/>
        </w:rPr>
        <w:t>Τὸ Ξ μετὰ τοῦ Ε.</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Ξεῖνος. ὁ ἀπὸ ξένης φίλος. ὥσπερ ἀπὸ τοῦ κενὸς γίνεται κεινὸς, οὕτω καὶ ἀπὸ τοῦ ξένος ξεῖνος.</w:t>
      </w:r>
    </w:p>
    <w:p>
      <w:r>
        <w:rPr>
          <w:rFonts w:ascii="Courier New" w:hAnsi="Courier New"/>
          <w:color w:val="555555"/>
          <w:sz w:val="20"/>
        </w:rPr>
        <w:t>[5]</w:t>
      </w:r>
    </w:p>
    <w:p>
      <w:r>
        <w:rPr>
          <w:rFonts w:ascii="Gentium Plus" w:hAnsi="Gentium Plus"/>
          <w:sz w:val="24"/>
        </w:rPr>
        <w:t>ξεῖνος ἅμ’ ἀντιθέῳ Πολυνείκει—. Ξεινοδόκον. Ὅμηρος τὸν τοὺς ξένους δεχόμε‐ νον· Σιμωνίδης δὲ καὶ Πίνδαρος καὶ ἄλλοι τι‐ νὲς τὸν μάρτυρα ἐδέξαντο. Σιμωνίδης· ξεινοδόκησέ τε λαβών.</w:t>
      </w:r>
    </w:p>
    <w:p>
      <w:r>
        <w:rPr>
          <w:rFonts w:ascii="Courier New" w:hAnsi="Courier New"/>
          <w:color w:val="555555"/>
          <w:sz w:val="20"/>
        </w:rPr>
        <w:t>[10]</w:t>
      </w:r>
    </w:p>
    <w:p>
      <w:r>
        <w:rPr>
          <w:rFonts w:ascii="Gentium Plus" w:hAnsi="Gentium Plus"/>
          <w:sz w:val="24"/>
        </w:rPr>
        <w:t>ἀντὶ τοῦ ἐμαρτύρησε. καὶ Πίνδαρος· ξενοδοκῶν δ’ ἄριστος χρυσὸς ἐν αἰθέρι λάμπων. Ξένος. ὁ πάσης ἰδίων καὶ ἀλλοτρίων σχέσεως φυγάς. καὶ ὁ ἀπὸ ἀλλοδαπῆς χώρας ἥκων. καὶ</w:t>
      </w:r>
    </w:p>
    <w:p>
      <w:r>
        <w:rPr>
          <w:rFonts w:ascii="Courier New" w:hAnsi="Courier New"/>
          <w:color w:val="555555"/>
          <w:sz w:val="20"/>
        </w:rPr>
        <w:t>[15]</w:t>
      </w:r>
    </w:p>
    <w:p>
      <w:r>
        <w:rPr>
          <w:rFonts w:ascii="Gentium Plus" w:hAnsi="Gentium Plus"/>
          <w:sz w:val="24"/>
        </w:rPr>
        <w:t>πεποίηται τοὔνομα παρὰ τὴν σκηνὴν, τὸν παρ‐ έχοντα τὴν σκέπην καὶ σκέπασμα, ἵνα ᾖ σκε‐ νὸς καὶ ξένος. ἢ παρὰ τὸ ἄγω, ἄξω, ἄξενος καὶ ξένος, ὃν ἄγει τὶς εἰς ἑαυτὸν καὶ ἀποδέ‐ χεται. [ἢ παρὰ τὸ ἵξω, ἵξενος, καὶ ξένος. οὕ‐</w:t>
      </w:r>
    </w:p>
    <w:p>
      <w:r>
        <w:rPr>
          <w:rFonts w:ascii="Courier New" w:hAnsi="Courier New"/>
          <w:color w:val="555555"/>
          <w:sz w:val="20"/>
        </w:rPr>
        <w:t>[20]</w:t>
      </w:r>
    </w:p>
    <w:p>
      <w:r>
        <w:rPr>
          <w:rFonts w:ascii="Gentium Plus" w:hAnsi="Gentium Plus"/>
          <w:sz w:val="24"/>
        </w:rPr>
        <w:t>τως Ὦρος ὁ Μιλήσιος.] Ξένειος Ζεύς. ὁ φιλόξενος. Ξένων· Ξένωνος καὶ Ξένετος. ὀνόματα κύρια. Ξενών. τὸ νοσοκομεῖον. Ξέστης. ῥωμαϊκόν ἐστι τὸ ὄνομα. τὸν γὰρ παρ’</w:t>
      </w:r>
    </w:p>
    <w:p>
      <w:r>
        <w:rPr>
          <w:rFonts w:ascii="Courier New" w:hAnsi="Courier New"/>
          <w:color w:val="555555"/>
          <w:sz w:val="20"/>
        </w:rPr>
        <w:t>[25]</w:t>
      </w:r>
    </w:p>
    <w:p>
      <w:r>
        <w:rPr>
          <w:rFonts w:ascii="Gentium Plus" w:hAnsi="Gentium Plus"/>
          <w:sz w:val="24"/>
        </w:rPr>
        <w:t>ἡμῖν ἓξ ἀριθμὸν λέγουσι σέξ· καὶ μέτρου τι‐</w:t>
      </w:r>
    </w:p>
    <w:p>
      <w:r>
        <w:rPr>
          <w:rFonts w:ascii="Courier New" w:hAnsi="Courier New"/>
          <w:color w:val="555555"/>
          <w:sz w:val="20"/>
        </w:rPr>
        <w:t>[xi 1416]</w:t>
      </w:r>
    </w:p>
    <w:p>
      <w:r>
        <w:rPr>
          <w:rFonts w:ascii="Gentium Plus" w:hAnsi="Gentium Plus"/>
          <w:sz w:val="24"/>
        </w:rPr>
        <w:t>νὸς παρ’ αὐτοῖς τὸ ἕκτον λέγουσι σέξστον. διὰ δὲ εὐφωνίας τὸ σέξστης ξέστης λέγεται κατὰ μετάθεσιν τοῦ στοιχείου. οὕτω Φίλων. Ξένος. παρὰ τὸ ἔξω εἶναι τῆς πατρίδος.</w:t>
      </w:r>
    </w:p>
    <w:p>
      <w:r>
        <w:rPr>
          <w:rFonts w:ascii="Courier New" w:hAnsi="Courier New"/>
          <w:color w:val="555555"/>
          <w:sz w:val="20"/>
        </w:rPr>
        <w:t>[5]</w:t>
      </w:r>
    </w:p>
    <w:p>
      <w:r>
        <w:rPr>
          <w:rFonts w:ascii="Gentium Plus" w:hAnsi="Gentium Plus"/>
          <w:sz w:val="24"/>
        </w:rPr>
        <w:t>Ξενοφῶν. κύριον. παρὰ τὸ ξένος καὶ τὸ φόνος. ὁ ἐν τοῖς ξένοις τόποις φονευόμενος.</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Ξενία. καταγώγιον· κατάλυμα· ἢ ξεναγωγία. Ξεστή. ἡ ἐξεσμένη καὶ ὡμαλισμένη.</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Ξεινήϊον. ξένιον. Ξενοδοχεῖον. οἴκημα ὑποδεχόμενον τοὺς ξένους.</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†Ξέειν. τὸ ἐξ ἐπιπολῆς καὶ κατὰ τὴν ἐπιφάνειαν</w:t>
      </w:r>
    </w:p>
    <w:p>
      <w:r>
        <w:rPr>
          <w:rFonts w:ascii="Courier New" w:hAnsi="Courier New"/>
          <w:color w:val="555555"/>
          <w:sz w:val="20"/>
        </w:rPr>
        <w:t>[15]</w:t>
      </w:r>
    </w:p>
    <w:p>
      <w:r>
        <w:rPr>
          <w:rFonts w:ascii="Gentium Plus" w:hAnsi="Gentium Plus"/>
          <w:sz w:val="24"/>
        </w:rPr>
        <w:t>κεχρῆσθαι τοῖς ὄνυξί τε καὶ μάστιξι. ξύειν δὲ, τὸ κατὰ βάθος.† Ξεναγεῖται. καὶ ξεναγῶ, τὸ ξένον ὑποδέχομαι. Ξεναγίζω. τοὺς ξένους συνάγω. καὶ ξεναγῆσαι. Ξενιτεύω· Ξενόω· Ξενῶ· Ξενίζω.</w:t>
      </w:r>
    </w:p>
    <w:p>
      <w:pPr>
        <w:jc w:val="center"/>
      </w:pPr>
      <w:r>
        <w:rPr>
          <w:rFonts w:ascii="Gentium Plus" w:hAnsi="Gentium Plus"/>
          <w:b/>
          <w:sz w:val="24"/>
        </w:rPr>
        <w:t>Τὸ Ξ μετὰ τοῦ Η.</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Ξήϊος. κύριον. Ξηνός. ὁ κορμός. Ξηρὸς ἱδρώς. ὁ μὴ ὑπὸ λουτρῶν, ἀλλ’ ὑπὸ γυ‐</w:t>
      </w:r>
    </w:p>
    <w:p>
      <w:r>
        <w:rPr>
          <w:rFonts w:ascii="Courier New" w:hAnsi="Courier New"/>
          <w:color w:val="555555"/>
          <w:sz w:val="20"/>
        </w:rPr>
        <w:t>[25]</w:t>
      </w:r>
    </w:p>
    <w:p>
      <w:r>
        <w:rPr>
          <w:rFonts w:ascii="Gentium Plus" w:hAnsi="Gentium Plus"/>
          <w:sz w:val="24"/>
        </w:rPr>
        <w:t>μνασίων καὶ πόνων γινόμενος.</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Ξηρίον. φυτὸν καὶ εἶδος βοτάνης ἰατρικόν. Ξηρόν. παρὰ τὸ ξῶ ῥῆμα, ἀπὸ μεταφορᾶς τῆς ὕλης τῶν ξύλων· εἴ τι γὰρ ἔξυσται, ξηρὸν γί‐</w:t>
      </w:r>
    </w:p>
    <w:p>
      <w:r>
        <w:rPr>
          <w:rFonts w:ascii="Courier New" w:hAnsi="Courier New"/>
          <w:color w:val="555555"/>
          <w:sz w:val="20"/>
        </w:rPr>
        <w:t>[5]</w:t>
      </w:r>
    </w:p>
    <w:p>
      <w:r>
        <w:rPr>
          <w:rFonts w:ascii="Gentium Plus" w:hAnsi="Gentium Plus"/>
          <w:sz w:val="24"/>
        </w:rPr>
        <w:t>νεται· καὶ κατὰ τροπὴν τοῦ η εἰς ε ξερόν. οὕτω Φίλων.</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Ξηραλοιφεῖν καὶ ξηραλοιφῆσαι. τὸ ἄνευ τοῦ λούεσθαι ἀλείφεσθαι. μήποτε δὲ καὶ τὸ ὑπὸ</w:t>
      </w:r>
    </w:p>
    <w:p>
      <w:r>
        <w:rPr>
          <w:rFonts w:ascii="Courier New" w:hAnsi="Courier New"/>
          <w:color w:val="555555"/>
          <w:sz w:val="20"/>
        </w:rPr>
        <w:t>[10]</w:t>
      </w:r>
    </w:p>
    <w:p>
      <w:r>
        <w:rPr>
          <w:rFonts w:ascii="Gentium Plus" w:hAnsi="Gentium Plus"/>
          <w:sz w:val="24"/>
        </w:rPr>
        <w:t>τῶν ἀλειπτῶν λεγόμενον ξηροτρίβεσθαι οὕτως ἐλέγετο. Ξηραίνω. τὸ ψυχραίνω. αἰτιατικῇ.</w:t>
      </w:r>
    </w:p>
    <w:p>
      <w:pPr>
        <w:jc w:val="center"/>
      </w:pPr>
      <w:r>
        <w:rPr>
          <w:rFonts w:ascii="Gentium Plus" w:hAnsi="Gentium Plus"/>
          <w:b/>
          <w:sz w:val="24"/>
        </w:rPr>
        <w:t>Τὸ Ξ μετὰ τοῦ Ι.</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Ξίρις. φυτόν. Ξιφήν. ὁ φέρων ξίφος. τὸ δὲ ξίφος παρὰ τὸ ξαίνω. οὕτως εὗρον ἐν ὑπομνήμασιν Ἰλιάδος. Ξιφήρης καὶ ξιφηφόρος. ὁ κατέχων ξίφος. Ξιφίας. ἰχθύος ὄνομα.</w:t>
      </w:r>
    </w:p>
    <w:p>
      <w:r>
        <w:rPr>
          <w:rFonts w:ascii="Courier New" w:hAnsi="Courier New"/>
          <w:color w:val="555555"/>
          <w:sz w:val="20"/>
        </w:rPr>
        <w:t>[20]</w:t>
      </w:r>
    </w:p>
    <w:p>
      <w:r>
        <w:rPr>
          <w:rFonts w:ascii="Gentium Plus" w:hAnsi="Gentium Plus"/>
          <w:sz w:val="24"/>
        </w:rPr>
        <w:t>Ξιφιλῖνος· Ξιφῖνος. Ξι. τὸ στοιχεῖον. παρὰ τὸ ξέεσθαι ἐν τῷ γρά‐ φεσθαι τῶν ἄλλων πλέον, ἢ ὅτι ὡσεὶ ξύσματα</w:t>
      </w:r>
    </w:p>
    <w:p>
      <w:pPr>
        <w:jc w:val="center"/>
      </w:pPr>
      <w:r>
        <w:rPr>
          <w:rFonts w:ascii="Gentium Plus" w:hAnsi="Gentium Plus"/>
          <w:b/>
          <w:sz w:val="24"/>
        </w:rPr>
        <w:t>Τὸ Ξ μετὰ τοῦ Ο.</w:t>
      </w:r>
    </w:p>
    <w:p>
      <w:r>
        <w:rPr>
          <w:rFonts w:ascii="Courier New" w:hAnsi="Courier New"/>
          <w:color w:val="555555"/>
          <w:sz w:val="20"/>
        </w:rPr>
        <w:t>[2]</w:t>
      </w:r>
    </w:p>
    <w:p>
      <w:r>
        <w:rPr>
          <w:rFonts w:ascii="Gentium Plus" w:hAnsi="Gentium Plus"/>
          <w:sz w:val="24"/>
        </w:rPr>
        <w:t>†Ξουφορία. ἡ μυωξία.† †Ξόανον. τὸ εἴδωλον.† †Ξοῦθα. πυῤῥά.†</w:t>
      </w:r>
    </w:p>
    <w:p>
      <w:pPr>
        <w:jc w:val="center"/>
      </w:pPr>
      <w:r>
        <w:rPr>
          <w:rFonts w:ascii="Gentium Plus" w:hAnsi="Gentium Plus"/>
          <w:b/>
          <w:sz w:val="24"/>
        </w:rPr>
        <w:t>Τὸ Ξ μετὰ τοῦ Υ.</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Ξύλοχος. ὁ σύνδενδρος τόπος. Ξύμμαχοι. οἱ σύμμαχοι. Ξυνωμότης. ὁ συνωμότης.</w:t>
      </w:r>
    </w:p>
    <w:p>
      <w:r>
        <w:rPr>
          <w:rFonts w:ascii="Courier New" w:hAnsi="Courier New"/>
          <w:color w:val="555555"/>
          <w:sz w:val="20"/>
        </w:rPr>
        <w:t>[10]</w:t>
      </w:r>
    </w:p>
    <w:p>
      <w:r>
        <w:rPr>
          <w:rFonts w:ascii="Gentium Plus" w:hAnsi="Gentium Plus"/>
          <w:sz w:val="24"/>
        </w:rPr>
        <w:t>Ξύνευνος καὶ ξυνευνέτης. τὸ ξὺν ἀντὶ τοῦ σύν. *Ξύνθακος. συγκάθεδρος.* Ξυνός. ὁ κοινός. οἶμαι, ὅτι συνὸς, ὁ συνὼν τινί. ἢ ξύνιος παρὰ τὸ συνιέναι τινί. ἢ παρὰ τὴν ξὺν πρόθεσιν.</w:t>
      </w:r>
    </w:p>
    <w:p>
      <w:r>
        <w:rPr>
          <w:rFonts w:ascii="Courier New" w:hAnsi="Courier New"/>
          <w:color w:val="555555"/>
          <w:sz w:val="20"/>
        </w:rPr>
        <w:t>[15]</w:t>
      </w:r>
    </w:p>
    <w:p>
      <w:r>
        <w:rPr>
          <w:rFonts w:ascii="Gentium Plus" w:hAnsi="Gentium Plus"/>
          <w:sz w:val="24"/>
        </w:rPr>
        <w:t>Ξυρός. τὸ ξυράφιον. ἢ τὸ ἠκονημένον ξίφος. Ξυσμός. ἡ κνησμονή. Ξυστός. τόπος ἀνειμένος ἀθλητῇ. ξυστὸς καὶ ὁ κοντὸς, ὅ ἐστι τὸ κοντάριον.</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Ξυλεία. ἡ τῶν ξύλων σωρεία. ἀξυλία δὲ ἰῶτα. Ξυνουσία. ἡ συνουσία. Ξυνόαρος. ἡ γαμετή.</w:t>
      </w:r>
    </w:p>
    <w:p>
      <w:r>
        <w:rPr>
          <w:rFonts w:ascii="Courier New" w:hAnsi="Courier New"/>
          <w:color w:val="555555"/>
          <w:sz w:val="20"/>
        </w:rPr>
        <w:t>[xi 1419]</w:t>
      </w:r>
    </w:p>
    <w:p>
      <w:r>
        <w:rPr>
          <w:rFonts w:ascii="Gentium Plus" w:hAnsi="Gentium Plus"/>
          <w:sz w:val="24"/>
        </w:rPr>
        <w:t>Ξυνωρίς. ἡ δυάς. ἀρῶ τὸ ἁρμόζω· ξυνάορός τις ὢν, ὁ μετά τινος συναρμοζόμενος. καὶ τὸ θη‐ λυκὸν ξυνωρίς. κατὰ κρᾶσιν τοῦ αο εἰς ω μέγα. Ξυστίδα. λεπτὸν ὕφασμα.</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Ξύλον. παρὰ τὸ ξύω· οὐδεμία γὰρ ὕλη πρὸς ξύσιν ἐπιτηδειοτέρα ξύλου. Ξυλήφιον. τὸ μικρὸν ξύλον. Ξύνθημα. τὸ σύνθημα.</w:t>
      </w:r>
    </w:p>
    <w:p>
      <w:r>
        <w:rPr>
          <w:rFonts w:ascii="Courier New" w:hAnsi="Courier New"/>
          <w:color w:val="555555"/>
          <w:sz w:val="20"/>
        </w:rPr>
        <w:t>[10]</w:t>
      </w:r>
    </w:p>
    <w:p>
      <w:r>
        <w:rPr>
          <w:rFonts w:ascii="Gentium Plus" w:hAnsi="Gentium Plus"/>
          <w:sz w:val="24"/>
        </w:rPr>
        <w:t>Ξυνῳδά. ὅμοια. Ξυνόν. τὸ κοινόν. Ξυνήϊα. κοινὰ πράγματα. [παρὰ τὸ ξυνόν. τὸ κτητικὸν γὰρ ξύνειον, ὡς παρὰ τὸ κυνὸς κύ‐ νειον, καὶ διαιρέσει ἰωνικῇ ξυνέϊον καὶ τροπῇ</w:t>
      </w:r>
    </w:p>
    <w:p>
      <w:r>
        <w:rPr>
          <w:rFonts w:ascii="Courier New" w:hAnsi="Courier New"/>
          <w:color w:val="555555"/>
          <w:sz w:val="20"/>
        </w:rPr>
        <w:t>[15]</w:t>
      </w:r>
    </w:p>
    <w:p>
      <w:r>
        <w:rPr>
          <w:rFonts w:ascii="Gentium Plus" w:hAnsi="Gentium Plus"/>
          <w:sz w:val="24"/>
        </w:rPr>
        <w:t>τοῦ ε εἰς η ξυνήϊα, ἡ εὐθεῖα τῶν πληθυντι‐ κῶν.] Ξύσματα. τὰ γράμματα.</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Ξύει. γράφει. ὡς καὶ παρ’ Ὁμήρῳ. καὶ ξύσμα‐</w:t>
      </w:r>
    </w:p>
    <w:p>
      <w:r>
        <w:rPr>
          <w:rFonts w:ascii="Courier New" w:hAnsi="Courier New"/>
          <w:color w:val="555555"/>
          <w:sz w:val="20"/>
        </w:rPr>
        <w:t>[20]</w:t>
      </w:r>
    </w:p>
    <w:p>
      <w:r>
        <w:rPr>
          <w:rFonts w:ascii="Gentium Plus" w:hAnsi="Gentium Plus"/>
          <w:sz w:val="24"/>
        </w:rPr>
        <w:t>τα τὰ γράμματα.</w:t>
      </w:r>
    </w:p>
    <w:p>
      <w:r>
        <w:rPr>
          <w:rFonts w:ascii="Courier New" w:hAnsi="Courier New"/>
          <w:color w:val="555555"/>
          <w:sz w:val="20"/>
        </w:rPr>
        <w:t>[xi 1420]</w:t>
      </w:r>
    </w:p>
    <w:p>
      <w:r>
        <w:rPr>
          <w:rFonts w:ascii="Gentium Plus" w:hAnsi="Gentium Plus"/>
          <w:sz w:val="24"/>
        </w:rPr>
        <w:t>Ξυμβαίη. ἀντὶ τοῦ συμβαίη. Ξύμβλητον. συνέτυχον. Ξύμβληντο. συνεβάλλοντο. Νέστορι ξύμβληντο—.</w:t>
      </w:r>
    </w:p>
    <w:p>
      <w:r>
        <w:rPr>
          <w:rFonts w:ascii="Courier New" w:hAnsi="Courier New"/>
          <w:color w:val="555555"/>
          <w:sz w:val="20"/>
        </w:rPr>
        <w:t>[5]</w:t>
      </w:r>
    </w:p>
    <w:p>
      <w:r>
        <w:rPr>
          <w:rFonts w:ascii="Gentium Plus" w:hAnsi="Gentium Plus"/>
          <w:sz w:val="24"/>
        </w:rPr>
        <w:t>Ξυνιέναι. ἀντὶ τοῦ συνιέναι. Ξυνών. συνυπάρχων. Ξύνες. ἀντὶ τοῦ σύνες. Ξύνιον. ἤκουον. Ξυνίεις. νοεῖς. ἢ ἐνενόεις.</w:t>
      </w:r>
    </w:p>
    <w:p>
      <w:r>
        <w:rPr>
          <w:rFonts w:ascii="Courier New" w:hAnsi="Courier New"/>
          <w:color w:val="555555"/>
          <w:sz w:val="20"/>
        </w:rPr>
        <w:t>[10]</w:t>
      </w:r>
    </w:p>
    <w:p>
      <w:r>
        <w:rPr>
          <w:rFonts w:ascii="Gentium Plus" w:hAnsi="Gentium Plus"/>
          <w:sz w:val="24"/>
        </w:rPr>
        <w:t>Ξυνίασι. συνέρχονται. ἴημι, ὃ σημαίνει τὸ ἀπο‐ λύω, τὸ τρίτον τῶν πληθυντικῶν ἰεῖσι, καὶ ἰω‐ νικῶς ἰέασι, καὶ κατὰ κρᾶσιν ἴασι, καὶ ἐν συν‐ θέσει ξυνίασι. Ξυνέηκεν. ἀντὶ τοῦ ξυνῆκεν ἢ συνέβαλεν. [ἴημι,</w:t>
      </w:r>
    </w:p>
    <w:p>
      <w:r>
        <w:rPr>
          <w:rFonts w:ascii="Courier New" w:hAnsi="Courier New"/>
          <w:color w:val="555555"/>
          <w:sz w:val="20"/>
        </w:rPr>
        <w:t>[15]</w:t>
      </w:r>
    </w:p>
    <w:p>
      <w:r>
        <w:rPr>
          <w:rFonts w:ascii="Gentium Plus" w:hAnsi="Gentium Plus"/>
          <w:sz w:val="24"/>
        </w:rPr>
        <w:t>ἤσω, ὁ παρακείμενος ἦκα, τὸ τρίτον ἦκε, καὶ πλεονασμῷ τοῦ ε ἔηκε, καὶ ἐν συνθέσει ξυν‐ έηκε.] Ξυμπονῆσαι. συνάρασθαι, συμβοηθῆσαι. Ξυνεχῶς. ἀντὶ τοῦ συνεχῶς.</w:t>
      </w:r>
    </w:p>
    <w:p>
      <w:r>
        <w:rPr>
          <w:rFonts w:ascii="Courier New" w:hAnsi="Courier New"/>
          <w:color w:val="555555"/>
          <w:sz w:val="20"/>
        </w:rPr>
        <w:t>[20]</w:t>
      </w:r>
    </w:p>
    <w:p>
      <w:r>
        <w:rPr>
          <w:rFonts w:ascii="Gentium Plus" w:hAnsi="Gentium Plus"/>
          <w:sz w:val="24"/>
        </w:rPr>
        <w:t>Ξῶθεν. ἀντὶ τοῦ ἔξωθεν.</w:t>
      </w:r>
    </w:p>
    <w:p>
      <w:pPr>
        <w:jc w:val="center"/>
      </w:pPr>
      <w:r>
        <w:rPr>
          <w:rFonts w:ascii="Gentium Plus" w:hAnsi="Gentium Plus"/>
          <w:b/>
          <w:sz w:val="24"/>
        </w:rPr>
        <w:t>Ο.</w:t>
      </w:r>
    </w:p>
    <w:p>
      <w:pPr>
        <w:jc w:val="center"/>
      </w:pPr>
      <w:r>
        <w:rPr>
          <w:rFonts w:ascii="Gentium Plus" w:hAnsi="Gentium Plus"/>
          <w:b/>
          <w:sz w:val="24"/>
        </w:rPr>
        <w:t>Τὸ Ο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Ὀάρσης. κύριον.</w:t>
      </w:r>
    </w:p>
    <w:p>
      <w:r>
        <w:rPr>
          <w:rFonts w:ascii="Courier New" w:hAnsi="Courier New"/>
          <w:color w:val="555555"/>
          <w:sz w:val="20"/>
        </w:rPr>
        <w:t>[5]</w:t>
      </w:r>
    </w:p>
    <w:p>
      <w:r>
        <w:rPr>
          <w:rFonts w:ascii="Gentium Plus" w:hAnsi="Gentium Plus"/>
          <w:sz w:val="24"/>
        </w:rPr>
        <w:t>Ὀαρισμοί. διάλογοι.</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Ὀαριστύς. ἡ ὁμιλία. Ὄαροι. αἱ γυναῖκες. καὶ ὀάρων. Ὄασις, Ὀάσεως. ἡ Αἰγυπτία.</w:t>
      </w:r>
    </w:p>
    <w:p>
      <w:pPr>
        <w:jc w:val="center"/>
      </w:pPr>
      <w:r>
        <w:rPr>
          <w:rFonts w:ascii="Gentium Plus" w:hAnsi="Gentium Plus"/>
          <w:b/>
          <w:sz w:val="24"/>
        </w:rPr>
        <w:t>(Οὐδέτερον.)</w:t>
      </w:r>
    </w:p>
    <w:p>
      <w:r>
        <w:rPr>
          <w:rFonts w:ascii="Courier New" w:hAnsi="Courier New"/>
          <w:color w:val="555555"/>
          <w:sz w:val="20"/>
        </w:rPr>
        <w:t>[11]</w:t>
      </w:r>
    </w:p>
    <w:p>
      <w:r>
        <w:rPr>
          <w:rFonts w:ascii="Gentium Plus" w:hAnsi="Gentium Plus"/>
          <w:sz w:val="24"/>
        </w:rPr>
        <w:t>Ὄα. τὰ ἀκρόδρυα. Ο. τὸ στοιχεῖον. παρὰ τὸ ἐμφερῆ εἶναι τὴν ἐκ‐ φώνησιν· κατὰ γὰρ περίκλασιν φωνῆς ἐκφωνεῖ‐ ται τὸ ὄνομα τοῦ στοιχείου.</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Ὀαρίζω. τὸ γυναικὶ διαλέγομαι καὶ ὁμιλῶ. οἱονεὶ ὁμοαρίζω. παρὰ τὸ ὁμοῦ ἀρηρέναι τῷ γάμῳ καὶ συνηρμόσθαι.</w:t>
      </w:r>
    </w:p>
    <w:p>
      <w:pPr>
        <w:jc w:val="center"/>
      </w:pPr>
      <w:r>
        <w:rPr>
          <w:rFonts w:ascii="Gentium Plus" w:hAnsi="Gentium Plus"/>
          <w:b/>
          <w:sz w:val="24"/>
        </w:rPr>
        <w:t>Τὸ Ο μετὰ τοῦ Β.</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Ὀβριμοεργός. μεγαλουργὸς, ἰσχυρός.</w:t>
      </w:r>
    </w:p>
    <w:p>
      <w:r>
        <w:rPr>
          <w:rFonts w:ascii="Courier New" w:hAnsi="Courier New"/>
          <w:color w:val="555555"/>
          <w:sz w:val="20"/>
        </w:rPr>
        <w:t>[omicron 1422]</w:t>
      </w:r>
    </w:p>
    <w:p>
      <w:r>
        <w:rPr>
          <w:rFonts w:ascii="Gentium Plus" w:hAnsi="Gentium Plus"/>
          <w:sz w:val="24"/>
        </w:rPr>
        <w:t>Ὀβελίας. ἄρτος ὁ †εἰς ὀβελοὺς† ὠπτημένος. Ὀβελὸς καὶ ὀβελίσκος. αἱ σοῦβλαι. οἱονεὶ ὀφελίσκος τὶς ὢν, ὁ εἰς μῆκος ὀφελλόμενος, τουτέστιν αὐξανόμενος καὶ ἐλαυνόμενος. ἢ πα‐</w:t>
      </w:r>
    </w:p>
    <w:p>
      <w:r>
        <w:rPr>
          <w:rFonts w:ascii="Courier New" w:hAnsi="Courier New"/>
          <w:color w:val="555555"/>
          <w:sz w:val="20"/>
        </w:rPr>
        <w:t>[5]</w:t>
      </w:r>
    </w:p>
    <w:p>
      <w:r>
        <w:rPr>
          <w:rFonts w:ascii="Gentium Plus" w:hAnsi="Gentium Plus"/>
          <w:sz w:val="24"/>
        </w:rPr>
        <w:t>ρὰ τὸ βάλλω, βέλος. ἢ παρὰ τὸ βάλλω τὸ μὲν οὐδέτερον βέλος, τὸ δὲ ἀρσενικὸν βελὸς καὶ πλεο‐ νασμῷ τοῦ ο ὀβελὸς, ὁ ἐοικὼς βέλει. οὕτω Ἡρω‐ διανός. Ὀβελισμός. ἡ μέτρησις.</w:t>
      </w:r>
    </w:p>
    <w:p>
      <w:r>
        <w:rPr>
          <w:rFonts w:ascii="Courier New" w:hAnsi="Courier New"/>
          <w:color w:val="555555"/>
          <w:sz w:val="20"/>
        </w:rPr>
        <w:t>[10]</w:t>
      </w:r>
    </w:p>
    <w:p>
      <w:r>
        <w:rPr>
          <w:rFonts w:ascii="Gentium Plus" w:hAnsi="Gentium Plus"/>
          <w:sz w:val="24"/>
        </w:rPr>
        <w:t>Ὀβελός. ἀθετήσεως συμβόλιον. Ὀβολός. ἡ φόλις.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Ὀβριμοπάτρα. ἰσχυρὸν καὶ γενναῖον πατέρα ἔχουσα.</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Ὄβριμον. ἰσχυρὸν, γενναῖον. [παρὰ τὸ βρι ἐπι‐ τατικὸν μόριον γέγονε παράγωγον βριμὸν, καὶ πλεονασμῷ τοῦ ο ὄβριμον. ὡς ἐν τῷ τρύγη, ὀτρύγη.]</w:t>
      </w:r>
    </w:p>
    <w:p>
      <w:r>
        <w:rPr>
          <w:rFonts w:ascii="Courier New" w:hAnsi="Courier New"/>
          <w:color w:val="555555"/>
          <w:sz w:val="20"/>
        </w:rPr>
        <w:t>[20]</w:t>
      </w:r>
    </w:p>
    <w:p>
      <w:r>
        <w:rPr>
          <w:rFonts w:ascii="Gentium Plus" w:hAnsi="Gentium Plus"/>
          <w:sz w:val="24"/>
        </w:rPr>
        <w:t>Ὄβρυζον. χρυσίον, τὸ πολλάκις ἑψηθὲν, τὸ καθαρώτατον.</w:t>
      </w:r>
    </w:p>
    <w:p>
      <w:pPr>
        <w:jc w:val="center"/>
      </w:pPr>
      <w:r>
        <w:rPr>
          <w:rFonts w:ascii="Gentium Plus" w:hAnsi="Gentium Plus"/>
          <w:b/>
          <w:sz w:val="24"/>
        </w:rPr>
        <w:t>Τὸ Ο μετὰ τοῦ Γ.</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Ὄγκος. ἡ ἔπαρσις. †ἢ τὸ πάχος.† Ὀγδοηκοντούτης. ....</w:t>
      </w:r>
    </w:p>
    <w:p>
      <w:r>
        <w:rPr>
          <w:rFonts w:ascii="Courier New" w:hAnsi="Courier New"/>
          <w:color w:val="555555"/>
          <w:sz w:val="20"/>
        </w:rPr>
        <w:t>[5]</w:t>
      </w:r>
    </w:p>
    <w:p>
      <w:r>
        <w:rPr>
          <w:rFonts w:ascii="Gentium Plus" w:hAnsi="Gentium Plus"/>
          <w:sz w:val="24"/>
        </w:rPr>
        <w:t>Ὄγμιος. ὁ Ἡρακλῆς. Ὄγμος. ἡ τάξις. ἢ ἐπίστιχος φυτουργία τῶν δέν‐ δρων καὶ κατὰ τάξιν ἀγωγή. ὥσπερ γὰρ πα‐ ρὰ τὸ δαΐζω γίνεται δαϊγμὸς, καὶ παρὰ τὸ φρά‐ ζω φραγμὸς, οὕτω καὶ παρὰ τὸ ἀγμὸς ὄγμος</w:t>
      </w:r>
    </w:p>
    <w:p>
      <w:r>
        <w:rPr>
          <w:rFonts w:ascii="Courier New" w:hAnsi="Courier New"/>
          <w:color w:val="555555"/>
          <w:sz w:val="20"/>
        </w:rPr>
        <w:t>[10]</w:t>
      </w:r>
    </w:p>
    <w:p>
      <w:r>
        <w:rPr>
          <w:rFonts w:ascii="Gentium Plus" w:hAnsi="Gentium Plus"/>
          <w:sz w:val="24"/>
        </w:rPr>
        <w:t>μεταθέσει τοῦ α εἰς ο αἰολικῶς καὶ παροξυτό‐ νως. ἢ παρὰ τὸ ἔχω ἐχμὸς καὶ ὀχμός· παρὰ τὸ ἔχεσθαι ἄλλο ἐπ’ ἄλλου καὶ πρὸς ἄλληλα ἔχειν τὴν σχέσιν. κυρίως δὲ ὄγμος ἡ τομὴ τοῦ ἀρότρου· παρὰ τὸ οἴγεσθαι τὴν γῆν ὑπὸ τοῦ</w:t>
      </w:r>
    </w:p>
    <w:p>
      <w:r>
        <w:rPr>
          <w:rFonts w:ascii="Courier New" w:hAnsi="Courier New"/>
          <w:color w:val="555555"/>
          <w:sz w:val="20"/>
        </w:rPr>
        <w:t>[15]</w:t>
      </w:r>
    </w:p>
    <w:p>
      <w:r>
        <w:rPr>
          <w:rFonts w:ascii="Gentium Plus" w:hAnsi="Gentium Plus"/>
          <w:sz w:val="24"/>
        </w:rPr>
        <w:t>ἀροῦντος. Ὅμηρος δὲ ἐπὶ τῆς εὐθείας τάξεως τοῦ θερισμοῦ φησὶν, οἷον· ὄγμον ἐλαύνωσιν—. Ὄγναρις. κύριον. †Ὀγχηστής. ὁ Ποσειδῶν.†</w:t>
      </w:r>
    </w:p>
    <w:p>
      <w:r>
        <w:rPr>
          <w:rFonts w:ascii="Courier New" w:hAnsi="Courier New"/>
          <w:color w:val="555555"/>
          <w:sz w:val="20"/>
        </w:rPr>
        <w:t>[20]</w:t>
      </w:r>
    </w:p>
    <w:p>
      <w:r>
        <w:rPr>
          <w:rFonts w:ascii="Gentium Plus" w:hAnsi="Gentium Plus"/>
          <w:sz w:val="24"/>
        </w:rPr>
        <w:t>Ὀγχηστός. ὄνομα λιμένος.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Ὀγδοηκόντορος ναῦς. Ὄγκαι. πόλις ἐν Ἀρκαδίᾳ. Ὀγκίς. ἡ γωνία, ἡ ἀγκίς.</w:t>
      </w:r>
    </w:p>
    <w:p>
      <w:r>
        <w:rPr>
          <w:rFonts w:ascii="Courier New" w:hAnsi="Courier New"/>
          <w:color w:val="555555"/>
          <w:sz w:val="20"/>
        </w:rPr>
        <w:t>[5]</w:t>
      </w:r>
    </w:p>
    <w:p>
      <w:r>
        <w:rPr>
          <w:rFonts w:ascii="Gentium Plus" w:hAnsi="Gentium Plus"/>
          <w:sz w:val="24"/>
        </w:rPr>
        <w:t>†Ὄγχη. σκίπτον. βακτηρία.† Ὄγαλα. τόπος. Ὄγκειον ἢ ὀγκίον. ἀγγεῖον, ἐν ᾧ τὰ σιδηρᾶ βέλη ἀποτιθέασιν. [ὄγκους γὰρ τὰς ἀγκίδας λέγουσιν.</w:t>
      </w:r>
    </w:p>
    <w:p>
      <w:r>
        <w:rPr>
          <w:rFonts w:ascii="Courier New" w:hAnsi="Courier New"/>
          <w:color w:val="555555"/>
          <w:sz w:val="20"/>
        </w:rPr>
        <w:t>[10]</w:t>
      </w:r>
    </w:p>
    <w:p>
      <w:r>
        <w:rPr>
          <w:rFonts w:ascii="Gentium Plus" w:hAnsi="Gentium Plus"/>
          <w:sz w:val="24"/>
        </w:rPr>
        <w:t>ὡς εἶδε νεῦρόν τε καὶ ὄγκους—.] Ὀγυρόν. ἱμάτιον.</w:t>
      </w:r>
    </w:p>
    <w:p>
      <w:pPr>
        <w:jc w:val="center"/>
      </w:pPr>
      <w:r>
        <w:rPr>
          <w:rFonts w:ascii="Gentium Plus" w:hAnsi="Gentium Plus"/>
          <w:b/>
          <w:sz w:val="24"/>
        </w:rPr>
        <w:t>Τὸ Ο μετὰ τοῦ Δ.</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Ὀδαξισμός. τρισμὸς ὀδόντων ἢ δῆξις.</w:t>
      </w:r>
    </w:p>
    <w:p>
      <w:r>
        <w:rPr>
          <w:rFonts w:ascii="Courier New" w:hAnsi="Courier New"/>
          <w:color w:val="555555"/>
          <w:sz w:val="20"/>
        </w:rPr>
        <w:t>[15]</w:t>
      </w:r>
    </w:p>
    <w:p>
      <w:r>
        <w:rPr>
          <w:rFonts w:ascii="Gentium Plus" w:hAnsi="Gentium Plus"/>
          <w:sz w:val="24"/>
        </w:rPr>
        <w:t>Ὅδε. ἀντὶ τοῦ οὗτος. Ὁ δεῖνα. ὥσπερ τὸ Νεάπολις δύο ὀνόματα εἰ‐ σὶν καθ’ ἑνὸς ὑποκειμένου, οὕτως καὶ τὸ ὁ δεῖ‐ να δύο ἀντωνυμίαι εἰσὶ καθ’ ἑνὸς ὑποκειμένου. τινὲς δὲ λέγουσιν, ὅτι μία λέξις ἐστὶ καὶ οὐ</w:t>
      </w:r>
    </w:p>
    <w:p>
      <w:r>
        <w:rPr>
          <w:rFonts w:ascii="Courier New" w:hAnsi="Courier New"/>
          <w:color w:val="555555"/>
          <w:sz w:val="20"/>
        </w:rPr>
        <w:t>[20]</w:t>
      </w:r>
    </w:p>
    <w:p>
      <w:r>
        <w:rPr>
          <w:rFonts w:ascii="Gentium Plus" w:hAnsi="Gentium Plus"/>
          <w:sz w:val="24"/>
        </w:rPr>
        <w:t>δύο. οἵτινες κακῶς λέγουσιν· εἰ γὰρ ἦν μία</w:t>
      </w:r>
    </w:p>
    <w:p>
      <w:r>
        <w:rPr>
          <w:rFonts w:ascii="Courier New" w:hAnsi="Courier New"/>
          <w:color w:val="555555"/>
          <w:sz w:val="20"/>
        </w:rPr>
        <w:t>[omicron 1425]</w:t>
      </w:r>
    </w:p>
    <w:p>
      <w:r>
        <w:rPr>
          <w:rFonts w:ascii="Gentium Plus" w:hAnsi="Gentium Plus"/>
          <w:sz w:val="24"/>
        </w:rPr>
        <w:t>ἢ ἄρχειν, οἷον ὁ δεῖνα, τοῦ δείνατος, τῷ δεί‐ νατι. τῆς γὰρ μίας λέξεως φυλάσσεται ἐν τῇ κλίσει ἡ ἀρχὴ, οἷον· φιλάνθρωπος, φιλαν‐ θρώπου, φιλανθρώπῳ. τοῦτο διὰ τῆς ει δι‐</w:t>
      </w:r>
    </w:p>
    <w:p>
      <w:r>
        <w:rPr>
          <w:rFonts w:ascii="Courier New" w:hAnsi="Courier New"/>
          <w:color w:val="555555"/>
          <w:sz w:val="20"/>
        </w:rPr>
        <w:t>[5]</w:t>
      </w:r>
    </w:p>
    <w:p>
      <w:r>
        <w:rPr>
          <w:rFonts w:ascii="Gentium Plus" w:hAnsi="Gentium Plus"/>
          <w:sz w:val="24"/>
        </w:rPr>
        <w:t>φθόγγου γράφεται, οὕτως ἐχούσης τῆς παρα‐ δόσεως, καὶ ἴσως πλανηθείσης ἐκ τοῦ τινὰς λέγειν, ὅτι μία λέξις ἐστίν· οἱ γὰρ λέγοντες, ὅτι μία λέξις ἐστὶ, λέγουσι, παρὰ τὸ ὅδε ἀν‐ τωνυμίας ἐστὶν, οἷον·</w:t>
      </w:r>
    </w:p>
    <w:p>
      <w:r>
        <w:rPr>
          <w:rFonts w:ascii="Courier New" w:hAnsi="Courier New"/>
          <w:color w:val="555555"/>
          <w:sz w:val="20"/>
        </w:rPr>
        <w:t>[10]</w:t>
      </w:r>
    </w:p>
    <w:p>
      <w:r>
        <w:rPr>
          <w:rFonts w:ascii="Gentium Plus" w:hAnsi="Gentium Plus"/>
          <w:sz w:val="24"/>
        </w:rPr>
        <w:t>Ἀλλ’ ὅδ’ ἀνὴρ ἐθέλει— γέγονεν ὁ δέϊνα καὶ ὁ δεῖνα. †Ὁδελός. ὁ ὀβελίσκος.† †Ὀδοντομάχης. ὁ σῦς.† †Ὅδουρος. ὁ κακοῦργος· ὁ τὴν ὁδὸν φυλάσ‐</w:t>
      </w:r>
    </w:p>
    <w:p>
      <w:r>
        <w:rPr>
          <w:rFonts w:ascii="Courier New" w:hAnsi="Courier New"/>
          <w:color w:val="555555"/>
          <w:sz w:val="20"/>
        </w:rPr>
        <w:t>[15]</w:t>
      </w:r>
    </w:p>
    <w:p>
      <w:r>
        <w:rPr>
          <w:rFonts w:ascii="Gentium Plus" w:hAnsi="Gentium Plus"/>
          <w:sz w:val="24"/>
        </w:rPr>
        <w:t>σων.† †Ὁδοῖος. ἐνεδρεύων.† Ὅδησθος. κύριον. Ὁδηγός. ὁ προπομπός. Ὁδίτης. ὁ ὁδοιπόρος.</w:t>
      </w:r>
    </w:p>
    <w:p>
      <w:r>
        <w:rPr>
          <w:rFonts w:ascii="Courier New" w:hAnsi="Courier New"/>
          <w:color w:val="555555"/>
          <w:sz w:val="20"/>
        </w:rPr>
        <w:t>[20]</w:t>
      </w:r>
    </w:p>
    <w:p>
      <w:r>
        <w:rPr>
          <w:rFonts w:ascii="Gentium Plus" w:hAnsi="Gentium Plus"/>
          <w:sz w:val="24"/>
        </w:rPr>
        <w:t>Ὀδίος. κύριον. Ὁδοιδόκος. ὁ λῃστής. ἀπὸ τοῦ δοκεῖν καὶ ἐπι‐ τηρεῖν τὴν ὁδόν. Ὀδόακρος. κύριον.</w:t>
      </w:r>
    </w:p>
    <w:p>
      <w:r>
        <w:rPr>
          <w:rFonts w:ascii="Courier New" w:hAnsi="Courier New"/>
          <w:color w:val="555555"/>
          <w:sz w:val="20"/>
        </w:rPr>
        <w:t>[omicron 1426]</w:t>
      </w:r>
    </w:p>
    <w:p>
      <w:r>
        <w:rPr>
          <w:rFonts w:ascii="Gentium Plus" w:hAnsi="Gentium Plus"/>
          <w:sz w:val="24"/>
        </w:rPr>
        <w:t>Ὀδούς. ὡς παρὰ τὸ λέγω γίνεται λόγος, οὕτως καὶ παρὰ τὸ ἔδω ὀδούς. ὀξύνεται ὡς μετοχή· αἱ γὰρ εἰς ους μετοχαὶ ὀξύνονται.</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Ὁδεία. ἡ ὅδευσις. Ὁδηγία. ἡ προπομπή. Ὀδμή. ἡ εὐωδία. παρὰ τὸ ὄζω ὀδὴ καὶ ὀδμή. Ὁδός. ἡ στράτα. παρὰ τὸ ἕω, τὸ πέμπω, ὁδός. ὡς σβέω σβεδὸς καὶ σβοδὸς καὶ σποδός.</w:t>
      </w:r>
    </w:p>
    <w:p>
      <w:r>
        <w:rPr>
          <w:rFonts w:ascii="Courier New" w:hAnsi="Courier New"/>
          <w:color w:val="555555"/>
          <w:sz w:val="20"/>
        </w:rPr>
        <w:t>[10]</w:t>
      </w:r>
    </w:p>
    <w:p>
      <w:r>
        <w:rPr>
          <w:rFonts w:ascii="Gentium Plus" w:hAnsi="Gentium Plus"/>
          <w:sz w:val="24"/>
        </w:rPr>
        <w:t>Ὁδῷ γήρως· ἐπὶ γήραος οὐδῷ. ἐπ’ ἐξόδου τοῦ γήρως, ὅτε ἤδη πεπέραται ὁ βίος καὶ διεξε‐ λήλυθε δι’ αὐτοῦ. †Ὅδρα. ὁ ὀφθαλμός.† †Ὄδρυσσα. πόλις.†</w:t>
      </w:r>
    </w:p>
    <w:p>
      <w:r>
        <w:rPr>
          <w:rFonts w:ascii="Courier New" w:hAnsi="Courier New"/>
          <w:color w:val="555555"/>
          <w:sz w:val="20"/>
        </w:rPr>
        <w:t>[15]</w:t>
      </w:r>
    </w:p>
    <w:p>
      <w:r>
        <w:rPr>
          <w:rFonts w:ascii="Gentium Plus" w:hAnsi="Gentium Plus"/>
          <w:sz w:val="24"/>
        </w:rPr>
        <w:t>Ὀδύνας. λύπας. παρὰ τὸ ἔδειν τὴν ψυχήν. Ὁδὸς καὶ ἡ διδασκαλία. ὁδὸς καὶ ἡ οἰκονομία. καὶ ὁ Ἀπόστολος· καὶ ἀνεξιχνίαστοι αἱ ὁδοὶ αὐτοῦ.</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Ὄδεα. τὰ ἐφόδια. Ὀδυνήφατον. τὸ φθεῖρον καὶ παῦον τὰς ὀδύ‐ νας. φάρμακον ὀδυνήφατον. †Ὀδόντιον. ἡ βοτάνη. καὶ τὸ τοῦ στόματος.†</w:t>
      </w:r>
    </w:p>
    <w:p>
      <w:pPr>
        <w:jc w:val="center"/>
      </w:pPr>
      <w:r>
        <w:rPr>
          <w:rFonts w:ascii="Gentium Plus" w:hAnsi="Gentium Plus"/>
          <w:b/>
          <w:sz w:val="24"/>
        </w:rPr>
        <w:t>(Ῥῆμα.)</w:t>
      </w:r>
    </w:p>
    <w:p>
      <w:r>
        <w:rPr>
          <w:rFonts w:ascii="Courier New" w:hAnsi="Courier New"/>
          <w:color w:val="555555"/>
          <w:sz w:val="20"/>
        </w:rPr>
        <w:t>[25]</w:t>
      </w:r>
    </w:p>
    <w:p>
      <w:r>
        <w:rPr>
          <w:rFonts w:ascii="Gentium Plus" w:hAnsi="Gentium Plus"/>
          <w:sz w:val="24"/>
        </w:rPr>
        <w:t>Ὀδαξήσας καὶ ὀδακτήσας.</w:t>
      </w:r>
    </w:p>
    <w:p>
      <w:r>
        <w:rPr>
          <w:rFonts w:ascii="Courier New" w:hAnsi="Courier New"/>
          <w:color w:val="555555"/>
          <w:sz w:val="20"/>
        </w:rPr>
        <w:t>[omicron 1427]</w:t>
      </w:r>
    </w:p>
    <w:p>
      <w:r>
        <w:rPr>
          <w:rFonts w:ascii="Gentium Plus" w:hAnsi="Gentium Plus"/>
          <w:sz w:val="24"/>
        </w:rPr>
        <w:t>†Ὁδίων. βαδίζων.† ὁδοστατήσας. Ὀδυνώμενος. ὠδυνημένος δὲ μέγα. Ὁδεύειν. οὐδὲ παρ’ ἑνὶ τῶν ἐλλογίμων εὑρί‐ σκεται.</w:t>
      </w:r>
    </w:p>
    <w:p>
      <w:r>
        <w:rPr>
          <w:rFonts w:ascii="Courier New" w:hAnsi="Courier New"/>
          <w:color w:val="555555"/>
          <w:sz w:val="20"/>
        </w:rPr>
        <w:t>[5]</w:t>
      </w:r>
    </w:p>
    <w:p>
      <w:r>
        <w:rPr>
          <w:rFonts w:ascii="Gentium Plus" w:hAnsi="Gentium Plus"/>
          <w:sz w:val="24"/>
        </w:rPr>
        <w:t>Ὁδοιδοκῶ. τὰς ὁδοὺς ἐπιτηρῶ. ἢ λῃστεύω. Ὀδυρομένους. κλαίοντας. †Ὀδακτάζειν. τὸ δάκνειν.† †Ὀδεῖν. ἀγοράζειν.† Ὀδύρομαι. ἐπὶ ἐνεστῶτος. παρὰ τὸ ὀδύνω, ὃ ση‐</w:t>
      </w:r>
    </w:p>
    <w:p>
      <w:r>
        <w:rPr>
          <w:rFonts w:ascii="Courier New" w:hAnsi="Courier New"/>
          <w:color w:val="555555"/>
          <w:sz w:val="20"/>
        </w:rPr>
        <w:t>[10]</w:t>
      </w:r>
    </w:p>
    <w:p>
      <w:r>
        <w:rPr>
          <w:rFonts w:ascii="Gentium Plus" w:hAnsi="Gentium Plus"/>
          <w:sz w:val="24"/>
        </w:rPr>
        <w:t>μαίνει τὸ τήκομαι καὶ καταπονοῦμαι. τοῦτο παρὰ τὸ ἔδω, τὸ ἐσθίω. ἐξ οὗ γίνεται ὀδοὺς, ὀδύνω καὶ ὀδύρομαι. ὀδύρωμαι δὲ ἐπὶ μέλ‐ λοντος, μέγα. Ὄδωδα. ἐκ τοῦ ὄζω. ὁ μέσος παρακείμενος ὦδα,</w:t>
      </w:r>
    </w:p>
    <w:p>
      <w:r>
        <w:rPr>
          <w:rFonts w:ascii="Courier New" w:hAnsi="Courier New"/>
          <w:color w:val="555555"/>
          <w:sz w:val="20"/>
        </w:rPr>
        <w:t>[15]</w:t>
      </w:r>
    </w:p>
    <w:p>
      <w:r>
        <w:rPr>
          <w:rFonts w:ascii="Gentium Plus" w:hAnsi="Gentium Plus"/>
          <w:sz w:val="24"/>
        </w:rPr>
        <w:t>καὶ ἀττικῶς ὄδωδα.</w:t>
      </w:r>
    </w:p>
    <w:p>
      <w:pPr>
        <w:jc w:val="center"/>
      </w:pPr>
      <w:r>
        <w:rPr>
          <w:rFonts w:ascii="Gentium Plus" w:hAnsi="Gentium Plus"/>
          <w:b/>
          <w:sz w:val="24"/>
        </w:rPr>
        <w:t>(Ἐπίῤῥημα.)</w:t>
      </w:r>
    </w:p>
    <w:p>
      <w:r>
        <w:rPr>
          <w:rFonts w:ascii="Courier New" w:hAnsi="Courier New"/>
          <w:color w:val="555555"/>
          <w:sz w:val="20"/>
        </w:rPr>
        <w:t>[17]</w:t>
      </w:r>
    </w:p>
    <w:p>
      <w:r>
        <w:rPr>
          <w:rFonts w:ascii="Gentium Plus" w:hAnsi="Gentium Plus"/>
          <w:sz w:val="24"/>
        </w:rPr>
        <w:t>Ὀδάξ. τοῖς ὀδοῦσι δακτικῶς. [παρὰ τὸ δάζω, δάξω, κατὰ ἀποβολὴν τοῦ ω δὰξ, καὶ πλεο‐ νασμῷ τοῦ ο δάξ.]</w:t>
      </w:r>
    </w:p>
    <w:p>
      <w:r>
        <w:rPr>
          <w:rFonts w:ascii="Courier New" w:hAnsi="Courier New"/>
          <w:color w:val="555555"/>
          <w:sz w:val="20"/>
        </w:rPr>
        <w:t>[20]</w:t>
      </w:r>
    </w:p>
    <w:p>
      <w:r>
        <w:rPr>
          <w:rFonts w:ascii="Gentium Plus" w:hAnsi="Gentium Plus"/>
          <w:sz w:val="24"/>
        </w:rPr>
        <w:t>Ὁδοιπορικῶς. ἐπίῤῥημα. ὡδοιπωρηκὼς δὲ ἐπὶ πα‐ ρακειμένου, μέγα καὶ η.</w:t>
      </w:r>
    </w:p>
    <w:p>
      <w:pPr>
        <w:jc w:val="center"/>
      </w:pPr>
      <w:r>
        <w:rPr>
          <w:rFonts w:ascii="Gentium Plus" w:hAnsi="Gentium Plus"/>
          <w:b/>
          <w:sz w:val="24"/>
        </w:rPr>
        <w:t>[Τὸ Ο μετὰ τοῦ Ε.</w:t>
      </w:r>
    </w:p>
    <w:p>
      <w:r>
        <w:rPr>
          <w:rFonts w:ascii="Courier New" w:hAnsi="Courier New"/>
          <w:color w:val="555555"/>
          <w:sz w:val="20"/>
        </w:rPr>
        <w:t>[23]</w:t>
      </w:r>
    </w:p>
    <w:p>
      <w:r>
        <w:rPr>
          <w:rFonts w:ascii="Gentium Plus" w:hAnsi="Gentium Plus"/>
          <w:sz w:val="24"/>
        </w:rPr>
        <w:t>Ὀεργίλος. κύριον.]</w:t>
      </w:r>
    </w:p>
    <w:p>
      <w:pPr>
        <w:jc w:val="center"/>
      </w:pPr>
      <w:r>
        <w:rPr>
          <w:rFonts w:ascii="Gentium Plus" w:hAnsi="Gentium Plus"/>
          <w:b/>
          <w:sz w:val="24"/>
        </w:rPr>
        <w:t>Τὸ Ο μετὰ τοῦ Ζ.</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Ὀζάν. κύριον. Ὀζίας. κύριον. ἑρμηνεύεται δὲ καὶ ἰσχύς.</w:t>
      </w:r>
    </w:p>
    <w:p>
      <w:r>
        <w:rPr>
          <w:rFonts w:ascii="Courier New" w:hAnsi="Courier New"/>
          <w:color w:val="555555"/>
          <w:sz w:val="20"/>
        </w:rPr>
        <w:t>[5]</w:t>
      </w:r>
    </w:p>
    <w:p>
      <w:r>
        <w:rPr>
          <w:rFonts w:ascii="Gentium Plus" w:hAnsi="Gentium Plus"/>
          <w:sz w:val="24"/>
        </w:rPr>
        <w:t>†Ὄζηλις. ὄνομα τόπου.† †Ὀζηλίς. ἡ βοτάνη.† Ὀζόλαι. ἔθνος. ἡ εὐθεῖα ὁ Ὀζόλης. Ὄζος. ὁ κλάδος ἢ τὸ ἐγκαθήμενον [καὶ πε‐ παρμένον] ξύλον. παρὰ τὸ ἕζω, τὸ κάθημαι.</w:t>
      </w:r>
    </w:p>
    <w:p>
      <w:r>
        <w:rPr>
          <w:rFonts w:ascii="Courier New" w:hAnsi="Courier New"/>
          <w:color w:val="555555"/>
          <w:sz w:val="20"/>
        </w:rPr>
        <w:t>[10]</w:t>
      </w:r>
    </w:p>
    <w:p>
      <w:r>
        <w:rPr>
          <w:rFonts w:ascii="Gentium Plus" w:hAnsi="Gentium Plus"/>
          <w:sz w:val="24"/>
        </w:rPr>
        <w:t>ὦσχος δὲ ὁ κλάδος, μέγα.</w:t>
      </w:r>
    </w:p>
    <w:p>
      <w:pPr>
        <w:jc w:val="center"/>
      </w:pPr>
      <w:r>
        <w:rPr>
          <w:rFonts w:ascii="Gentium Plus" w:hAnsi="Gentium Plus"/>
          <w:b/>
          <w:sz w:val="24"/>
        </w:rPr>
        <w:t>Τὸ Ο μετὰ τοῦ Θ.</w:t>
      </w:r>
    </w:p>
    <w:p>
      <w:pPr>
        <w:jc w:val="center"/>
      </w:pPr>
      <w:r>
        <w:rPr>
          <w:rFonts w:ascii="Gentium Plus" w:hAnsi="Gentium Plus"/>
          <w:b/>
          <w:sz w:val="24"/>
        </w:rPr>
        <w:t>(Ἀρσενικόν.)</w:t>
      </w:r>
    </w:p>
    <w:p>
      <w:r>
        <w:rPr>
          <w:rFonts w:ascii="Courier New" w:hAnsi="Courier New"/>
          <w:color w:val="555555"/>
          <w:sz w:val="20"/>
        </w:rPr>
        <w:t>[13]</w:t>
      </w:r>
    </w:p>
    <w:p>
      <w:r>
        <w:rPr>
          <w:rFonts w:ascii="Gentium Plus" w:hAnsi="Gentium Plus"/>
          <w:sz w:val="24"/>
        </w:rPr>
        <w:t>†Ὄθης. εὐνοῦχος.† Ὀθνεῖος. ξένος.</w:t>
      </w:r>
    </w:p>
    <w:p>
      <w:r>
        <w:rPr>
          <w:rFonts w:ascii="Courier New" w:hAnsi="Courier New"/>
          <w:color w:val="555555"/>
          <w:sz w:val="20"/>
        </w:rPr>
        <w:t>[15]</w:t>
      </w:r>
    </w:p>
    <w:p>
      <w:r>
        <w:rPr>
          <w:rFonts w:ascii="Gentium Plus" w:hAnsi="Gentium Plus"/>
          <w:sz w:val="24"/>
        </w:rPr>
        <w:t>Ὀθρυονεύς. κύριον. Ὀθριάδης. κύριον. καὶ κλίνεται Ὀθριάδου. Ὀθρύς. †λόφος ἢ† ὄρος Θεσσαλίας. Ὀθρὺν καὶ ποταμὸν ἱερὸν ῥόον—. Ὄθων, Ὄθωνος. κύριον.</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†Ὀθία. ἅμαξα ἡμιονική.†</w:t>
      </w:r>
    </w:p>
    <w:p>
      <w:r>
        <w:rPr>
          <w:rFonts w:ascii="Courier New" w:hAnsi="Courier New"/>
          <w:color w:val="555555"/>
          <w:sz w:val="20"/>
        </w:rPr>
        <w:t>[omicron 1429]</w:t>
      </w:r>
    </w:p>
    <w:p>
      <w:r>
        <w:rPr>
          <w:rFonts w:ascii="Gentium Plus" w:hAnsi="Gentium Plus"/>
          <w:sz w:val="24"/>
        </w:rPr>
        <w:t>Ὀθόνη. λεπτότατον ὕφασμα. [παρὰ τὸ ὄθω, τὸ συστρέφω καὶ κινῶ, ὅθεν τό· οὐδ’ ὄθομαι κοτέοντος— ἀντὶ τοῦ οὐ κινοῦμαι, οὐκ ἐπιστρέφομαι. δύνα‐</w:t>
      </w:r>
    </w:p>
    <w:p>
      <w:r>
        <w:rPr>
          <w:rFonts w:ascii="Courier New" w:hAnsi="Courier New"/>
          <w:color w:val="555555"/>
          <w:sz w:val="20"/>
        </w:rPr>
        <w:t>[5]</w:t>
      </w:r>
    </w:p>
    <w:p>
      <w:r>
        <w:rPr>
          <w:rFonts w:ascii="Gentium Plus" w:hAnsi="Gentium Plus"/>
          <w:sz w:val="24"/>
        </w:rPr>
        <w:t>ται δὲ λέγεσθαι καὶ παρὰ τὸ ὄθμα, τὸ ὄμμα, ὀθμόνη καὶ ὀθόνη, ἀποβολῇ τοῦ μ.]</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†Ὀθνεῖον. ξένον. ὡς παρὰ τὸ ἄριστος ἀρι‐ στεῖον, οὕτως καὶ παρὰ τὸ νόθος νοθεῖον, καὶ</w:t>
      </w:r>
    </w:p>
    <w:p>
      <w:r>
        <w:rPr>
          <w:rFonts w:ascii="Courier New" w:hAnsi="Courier New"/>
          <w:color w:val="555555"/>
          <w:sz w:val="20"/>
        </w:rPr>
        <w:t>[10]</w:t>
      </w:r>
    </w:p>
    <w:p>
      <w:r>
        <w:rPr>
          <w:rFonts w:ascii="Gentium Plus" w:hAnsi="Gentium Plus"/>
          <w:sz w:val="24"/>
        </w:rPr>
        <w:t>ὀθνεῖον, μεταθέσει τοῦ ν.† Ὀθόνια. ὑφάσματα. Ὀθώνεια δὲ τὰ τοῦ Ὄθω‐ νος, μέγα καὶ δίφθογγον. Ὄθομαι. ἀποστρέφομαι. καὶ ὄθεο ἀντὶ τοῦ ἐπι‐ στροφὴν ποιοῦ.</w:t>
      </w:r>
    </w:p>
    <w:p>
      <w:r>
        <w:rPr>
          <w:rFonts w:ascii="Courier New" w:hAnsi="Courier New"/>
          <w:color w:val="555555"/>
          <w:sz w:val="20"/>
        </w:rPr>
        <w:t>[15]</w:t>
      </w:r>
    </w:p>
    <w:p>
      <w:r>
        <w:rPr>
          <w:rFonts w:ascii="Gentium Plus" w:hAnsi="Gentium Plus"/>
          <w:sz w:val="24"/>
        </w:rPr>
        <w:t>Ὅθι. ὅπου. ἔστιν ὁ ἄρθρον, καὶ κατ’ ἔκτασιν τοῦ θι ὅθι. †Ὄθως. ταχέως.†</w:t>
      </w:r>
    </w:p>
    <w:p>
      <w:pPr>
        <w:jc w:val="center"/>
      </w:pPr>
      <w:r>
        <w:rPr>
          <w:rFonts w:ascii="Gentium Plus" w:hAnsi="Gentium Plus"/>
          <w:b/>
          <w:sz w:val="24"/>
        </w:rPr>
        <w:t>Τὸ Ο μετὰ τοῦ Ι.</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Οἴακες. τὰ ἐν χερσὶ τῶν ἰθυντηρίων ἠρτημένα ξυλάρια τοῖς πηδαλίοις, δι’ ὧν περιάγεται τὰ πηδάλια. παρὰ τὸ οἴω, τὸ κομίζω. Οἰδίπους. οἰδῶ, οἰδήσω, οἰδησίπους καὶ οἰδί‐ πους διὰ τοῦ ι. τὰ γὰρ ἀπὸ βαρυτόνων μελ‐</w:t>
      </w:r>
    </w:p>
    <w:p>
      <w:r>
        <w:rPr>
          <w:rFonts w:ascii="Courier New" w:hAnsi="Courier New"/>
          <w:color w:val="555555"/>
          <w:sz w:val="20"/>
        </w:rPr>
        <w:t>[25]</w:t>
      </w:r>
    </w:p>
    <w:p>
      <w:r>
        <w:rPr>
          <w:rFonts w:ascii="Gentium Plus" w:hAnsi="Gentium Plus"/>
          <w:sz w:val="24"/>
        </w:rPr>
        <w:t>λόντων γινόμενα διὰ τοῦ ι γράφεται, ἢ διὰ τοῦ ο μικροῦ, ἐνίοτε δὲ καὶ διὰ τοῦ ε ψιλοῦ. οἷον· στήσω, Στησίχορος· πράξω, Πραξιφά‐ νης· μίξω, μιξόθριξ· πέρσω, Περσεφόνεια. οὕτως οὖν καὶ οἰδήσω οἰδησίπους καὶ ἐν συγκοπῇ</w:t>
      </w:r>
    </w:p>
    <w:p>
      <w:r>
        <w:rPr>
          <w:rFonts w:ascii="Courier New" w:hAnsi="Courier New"/>
          <w:color w:val="555555"/>
          <w:sz w:val="20"/>
        </w:rPr>
        <w:t>[30]</w:t>
      </w:r>
    </w:p>
    <w:p>
      <w:r>
        <w:rPr>
          <w:rFonts w:ascii="Gentium Plus" w:hAnsi="Gentium Plus"/>
          <w:sz w:val="24"/>
        </w:rPr>
        <w:t>οἰδίπους. οὕτω Θεόγνωστος.</w:t>
      </w:r>
    </w:p>
    <w:p>
      <w:r>
        <w:rPr>
          <w:rFonts w:ascii="Courier New" w:hAnsi="Courier New"/>
          <w:color w:val="555555"/>
          <w:sz w:val="20"/>
        </w:rPr>
        <w:t>[omicron 1430]</w:t>
      </w:r>
    </w:p>
    <w:p>
      <w:r>
        <w:rPr>
          <w:rFonts w:ascii="Gentium Plus" w:hAnsi="Gentium Plus"/>
          <w:sz w:val="24"/>
        </w:rPr>
        <w:t>Οἰβάδης· Οἴβαλος· Οἰβάλης· Οἰβάρης· Οἰ‐ βῆλος· Οἰβώτας. ὀνόματα κύρια. Οἰετέας. κύριον. Οἵ ἑ. οἵτινες αὐτόν· τοῦτο γὰρ σημαίνει τὸ ἕ.</w:t>
      </w:r>
    </w:p>
    <w:p>
      <w:r>
        <w:rPr>
          <w:rFonts w:ascii="Courier New" w:hAnsi="Courier New"/>
          <w:color w:val="555555"/>
          <w:sz w:val="20"/>
        </w:rPr>
        <w:t>[5]</w:t>
      </w:r>
    </w:p>
    <w:p>
      <w:r>
        <w:rPr>
          <w:rFonts w:ascii="Gentium Plus" w:hAnsi="Gentium Plus"/>
          <w:sz w:val="24"/>
        </w:rPr>
        <w:t>Ὀϊζυρός. ἐπίπονος, ἄθλιος, ταλαίπωρος, χαλε‐ πὸς, ἄψυχος. καὶ ὀϊζὺς ἡ ταλαιπωρία. παρὰ τὸ ἵζω, τὸ κάθημαι, γίνεται ἰζὺς, ὡς ἥδω ἡδύς· καὶ μετὰ τοῦ α τοῦ δηλοῦντος τὸ κακὸν γί‐ νεται ἀϊζὺς, ἡ κακῶς καὶ δυστυχῶς ἱζάνουσα</w:t>
      </w:r>
    </w:p>
    <w:p>
      <w:r>
        <w:rPr>
          <w:rFonts w:ascii="Courier New" w:hAnsi="Courier New"/>
          <w:color w:val="555555"/>
          <w:sz w:val="20"/>
        </w:rPr>
        <w:t>[10]</w:t>
      </w:r>
    </w:p>
    <w:p>
      <w:r>
        <w:rPr>
          <w:rFonts w:ascii="Gentium Plus" w:hAnsi="Gentium Plus"/>
          <w:sz w:val="24"/>
        </w:rPr>
        <w:t>τοῖς ἀνθρώποις· καὶ τροπῇ τοῦ α εἰς ο ὀϊζύς· ὡς ἄρχω, ὄρχαμος. ἐκ δὲ τοῦ ὀϊζὺς γίνεται ὀϊζύω καὶ ἐξ αὐτοῦ ὀϊζυρός. ὁ δὲ Ἀπολλώνιος λέγει, ὅτι ἔστιν οἲ ἐπίῤῥημα σχετλιαστικὸν ἢ θρηνητικόν. ἐκ τούτου γίνεται οἴζω, ὡς λίαν</w:t>
      </w:r>
    </w:p>
    <w:p>
      <w:r>
        <w:rPr>
          <w:rFonts w:ascii="Courier New" w:hAnsi="Courier New"/>
          <w:color w:val="555555"/>
          <w:sz w:val="20"/>
        </w:rPr>
        <w:t>[15]</w:t>
      </w:r>
    </w:p>
    <w:p>
      <w:r>
        <w:rPr>
          <w:rFonts w:ascii="Gentium Plus" w:hAnsi="Gentium Plus"/>
          <w:sz w:val="24"/>
        </w:rPr>
        <w:t>λιάζω καὶ αἲ αἰάζω. ἐκ δὲ τοῦ οἴζω γίνεται ὀϊζύω κατὰ διάλυσιν, καὶ ὀϊζυρός. Οἶκτος. ὁ ἔλεος, ἢ τὸ εὖ τι δρᾶσαι τὸν πεπον‐ θότα. Οἴκτιστος. ἐλεεινός.</w:t>
      </w:r>
    </w:p>
    <w:p>
      <w:r>
        <w:rPr>
          <w:rFonts w:ascii="Courier New" w:hAnsi="Courier New"/>
          <w:color w:val="555555"/>
          <w:sz w:val="20"/>
        </w:rPr>
        <w:t>[20]</w:t>
      </w:r>
    </w:p>
    <w:p>
      <w:r>
        <w:rPr>
          <w:rFonts w:ascii="Gentium Plus" w:hAnsi="Gentium Plus"/>
          <w:sz w:val="24"/>
        </w:rPr>
        <w:t>Οἰκτρός. ἐλεεινός. Οἰκτίρμων. ἐλεήμων. Οἰκουρός. ὁ φροντίζων τοῦ οἴκου. Οἰκότριψ. ὁ οἰκογενὴς δοῦλος. Οἰκῆας. οἰκέτας, δούλους. οἶμαι ἀπὸ τοῦ οἰ‐</w:t>
      </w:r>
    </w:p>
    <w:p>
      <w:r>
        <w:rPr>
          <w:rFonts w:ascii="Courier New" w:hAnsi="Courier New"/>
          <w:color w:val="555555"/>
          <w:sz w:val="20"/>
        </w:rPr>
        <w:t>[25]</w:t>
      </w:r>
    </w:p>
    <w:p>
      <w:r>
        <w:rPr>
          <w:rFonts w:ascii="Gentium Plus" w:hAnsi="Gentium Plus"/>
          <w:sz w:val="24"/>
        </w:rPr>
        <w:t>κεὺς, ὡς Ἀχιλῆας ἀπὸ τοῦ Ἀχιλλεύς. Οἰκέτης. ὁ δοῦλος. Οἶκος. παρὰ τὸ εἴκω, τὸ ὑποχωρῶ· εἰς ὃν χω‐ ρούμεθα. Οἰκειακός. ὁ οἰκεῖος. οἰκιακὸς δὲ, ὁ ἐν τῷ</w:t>
      </w:r>
    </w:p>
    <w:p>
      <w:r>
        <w:rPr>
          <w:rFonts w:ascii="Courier New" w:hAnsi="Courier New"/>
          <w:color w:val="555555"/>
          <w:sz w:val="20"/>
        </w:rPr>
        <w:t>[30]</w:t>
      </w:r>
    </w:p>
    <w:p>
      <w:r>
        <w:rPr>
          <w:rFonts w:ascii="Gentium Plus" w:hAnsi="Gentium Plus"/>
          <w:sz w:val="24"/>
        </w:rPr>
        <w:t>οἴκῳ, ι. Οἶμος. ἡ ὁδός. παρὰ τὸ οἰμῶ, τὸ ὁρμῶ. Οἰνόφλυξ. μέθυσος, ὁ εἰς τὸν οἶνον ὁρμῶν.</w:t>
      </w:r>
    </w:p>
    <w:p>
      <w:r>
        <w:rPr>
          <w:rFonts w:ascii="Courier New" w:hAnsi="Courier New"/>
          <w:color w:val="555555"/>
          <w:sz w:val="20"/>
        </w:rPr>
        <w:t>[omicron 1431]</w:t>
      </w:r>
    </w:p>
    <w:p>
      <w:r>
        <w:rPr>
          <w:rFonts w:ascii="Gentium Plus" w:hAnsi="Gentium Plus"/>
          <w:sz w:val="24"/>
        </w:rPr>
        <w:t>Οἶνος. ἔστιν ὕδωρ ἀπ’ ἀμπέλου πεποιημένον. οἴνους τις ὢν, ὁ οἰήσεως καὶ πλάνης αἴτιος τοῦ νοῦ γινόμενος. Οἰνοχόος. ὁ πιγκέρνης.</w:t>
      </w:r>
    </w:p>
    <w:p>
      <w:r>
        <w:rPr>
          <w:rFonts w:ascii="Courier New" w:hAnsi="Courier New"/>
          <w:color w:val="555555"/>
          <w:sz w:val="20"/>
        </w:rPr>
        <w:t>[5]</w:t>
      </w:r>
    </w:p>
    <w:p>
      <w:r>
        <w:rPr>
          <w:rFonts w:ascii="Gentium Plus" w:hAnsi="Gentium Plus"/>
          <w:sz w:val="24"/>
        </w:rPr>
        <w:t>Οἶος. ὁ μόνος. παρὰ τὸ ἴος, ὃ σημαίνει τὸ αὐτό· πλεονασμῷ τοῦ ο οἶος. Οἰσοφάγος. ὁ λαιμὸς ἢ ἕτερόν τι ἐντὸς τοῦ λαι‐ μοῦ οὕτω καλούμενον. ἀπὸ τοῦ οἴω, τὸ κομίζω. Οἰστός. φορητὸς, εὐκόμιστος. ἀπὸ τοῦ οἴω, τὸ</w:t>
      </w:r>
    </w:p>
    <w:p>
      <w:r>
        <w:rPr>
          <w:rFonts w:ascii="Courier New" w:hAnsi="Courier New"/>
          <w:color w:val="555555"/>
          <w:sz w:val="20"/>
        </w:rPr>
        <w:t>[10]</w:t>
      </w:r>
    </w:p>
    <w:p>
      <w:r>
        <w:rPr>
          <w:rFonts w:ascii="Gentium Plus" w:hAnsi="Gentium Plus"/>
          <w:sz w:val="24"/>
        </w:rPr>
        <w:t>κομίζω. οἰστὸν ἄχθος ἐπωμάδιον φέροντες. Οἶστρος. ἐρεθισμὸς, πύρωσις. ἢ ζωΰφιόν τι τοὺς βόας ἐρεθίζον ἐν τῷ καύσωνι. οἶστρος καὶ ἡ μανία. Οἰστροπλῆγα. τῇ μανίᾳ πεπληγμένον.</w:t>
      </w:r>
    </w:p>
    <w:p>
      <w:r>
        <w:rPr>
          <w:rFonts w:ascii="Courier New" w:hAnsi="Courier New"/>
          <w:color w:val="555555"/>
          <w:sz w:val="20"/>
        </w:rPr>
        <w:t>[15]</w:t>
      </w:r>
    </w:p>
    <w:p>
      <w:r>
        <w:rPr>
          <w:rFonts w:ascii="Gentium Plus" w:hAnsi="Gentium Plus"/>
          <w:sz w:val="24"/>
        </w:rPr>
        <w:t>Ὀϊστός. τὸ βέλος. [παρὰ τὸ ἵημι, τὸ πέμπω, γέγονεν ὀϊστὸς, πλεονασμῷ τοῦ ο. ἢ παρὰ τὸ οἴσω, τὸ φέρω, γέγονεν ὀϊστὸς καὶ οἰστὸς, ἐξ οὗ καὶ τὸ ὀϊστεύων.] Οἶτος. θρῆνος· μόρος· θάνατος. παρὰ τὸ οἲ</w:t>
      </w:r>
    </w:p>
    <w:p>
      <w:r>
        <w:rPr>
          <w:rFonts w:ascii="Courier New" w:hAnsi="Courier New"/>
          <w:color w:val="555555"/>
          <w:sz w:val="20"/>
        </w:rPr>
        <w:t>[20]</w:t>
      </w:r>
    </w:p>
    <w:p>
      <w:r>
        <w:rPr>
          <w:rFonts w:ascii="Gentium Plus" w:hAnsi="Gentium Plus"/>
          <w:sz w:val="24"/>
        </w:rPr>
        <w:t>καὶ μοὶ στεναγμοῦ ἐπιῤῥήματος. ἢ παρὰ τὸ οἴσω οἰστὸς καὶ οἶτος. Ὀΐων. τῶν προβάτων. [Ἀρίσταρχος καὶ Πτο‐ λεμαῖος ὁ Ἀσκαλωνίτης δισυλλαβεῖ, ὡς αἰγῶν, Ἀριστόνικος δὲ τρισυλλαβεῖ. ὁ μέντοι Πτολε‐</w:t>
      </w:r>
    </w:p>
    <w:p>
      <w:r>
        <w:rPr>
          <w:rFonts w:ascii="Courier New" w:hAnsi="Courier New"/>
          <w:color w:val="555555"/>
          <w:sz w:val="20"/>
        </w:rPr>
        <w:t>[25]</w:t>
      </w:r>
    </w:p>
    <w:p>
      <w:r>
        <w:rPr>
          <w:rFonts w:ascii="Gentium Plus" w:hAnsi="Gentium Plus"/>
          <w:sz w:val="24"/>
        </w:rPr>
        <w:t>μαῖος οὐχ ὑγιῆ τὴν αἰτίαν ἐπιφέρει τῆς δισυλ‐ λάβου ἀναγνώσεως· λέγει γὰρ, ὅτι ἡ εὐθεῖα μόνη ἐστὶν οἶς. ἀλλ’ οὐδέποτε ὁ ποιητὴς μονο‐ σύλλαβον εἶπε τὴν εὐθεῖαν, ἀλλὰ δισύλλαβον. οἷον·</w:t>
      </w:r>
    </w:p>
    <w:p>
      <w:r>
        <w:rPr>
          <w:rFonts w:ascii="Courier New" w:hAnsi="Courier New"/>
          <w:color w:val="555555"/>
          <w:sz w:val="20"/>
        </w:rPr>
        <w:t>[30]</w:t>
      </w:r>
    </w:p>
    <w:p>
      <w:r>
        <w:rPr>
          <w:rFonts w:ascii="Gentium Plus" w:hAnsi="Gentium Plus"/>
          <w:sz w:val="24"/>
        </w:rPr>
        <w:t>τοῖσι δ’ ὄϊς—</w:t>
      </w:r>
    </w:p>
    <w:p>
      <w:r>
        <w:rPr>
          <w:rFonts w:ascii="Courier New" w:hAnsi="Courier New"/>
          <w:color w:val="555555"/>
          <w:sz w:val="20"/>
        </w:rPr>
        <w:t>[omicron 1432]</w:t>
      </w:r>
    </w:p>
    <w:p>
      <w:r>
        <w:rPr>
          <w:rFonts w:ascii="Gentium Plus" w:hAnsi="Gentium Plus"/>
          <w:sz w:val="24"/>
        </w:rPr>
        <w:t>καὶ τὰς πλαγίους, εἰ μὴ κωλύει κατὰ μέτρον, κατὰ διάστασιν, ὄϊος καὶ ὄϊν καὶ ὄϊες. ἕνεκα δὲ μέτρου —οἰὸς ἀώτῳ.</w:t>
      </w:r>
    </w:p>
    <w:p>
      <w:r>
        <w:rPr>
          <w:rFonts w:ascii="Courier New" w:hAnsi="Courier New"/>
          <w:color w:val="555555"/>
          <w:sz w:val="20"/>
        </w:rPr>
        <w:t>[5]</w:t>
      </w:r>
    </w:p>
    <w:p>
      <w:r>
        <w:rPr>
          <w:rFonts w:ascii="Gentium Plus" w:hAnsi="Gentium Plus"/>
          <w:sz w:val="24"/>
        </w:rPr>
        <w:t>τουτέστι προβάτου ἄνθει ἤτοι ἐρίῳ. καὶ ἄλ‐ λως τὸ ὄϊς δισύλλαβον ἀναλογώτερόν ἐστι τοῦ μονοσυλλάβου. πολλὰ γάρ εἰσι λήγοντα ἐπ’ εὐ‐ θείας εὑρεῖν εἰς τὸ ις, οὐδὲν δὲ εἰς τὸ οις, εἰ μὴ μόνον τὸ οἶς παρὰ Ἀττικοῖς, καὶ τὸ φθοῖς.]</w:t>
      </w:r>
    </w:p>
    <w:p>
      <w:r>
        <w:rPr>
          <w:rFonts w:ascii="Courier New" w:hAnsi="Courier New"/>
          <w:color w:val="555555"/>
          <w:sz w:val="20"/>
        </w:rPr>
        <w:t>[10]</w:t>
      </w:r>
    </w:p>
    <w:p>
      <w:r>
        <w:rPr>
          <w:rFonts w:ascii="Gentium Plus" w:hAnsi="Gentium Plus"/>
          <w:sz w:val="24"/>
        </w:rPr>
        <w:t>Οἰωνοσκόπος. ὁ δι’ ὀρνέων μαντευόμενος· οἰωνοὶ γὰρ τὰ ὄρνεα. Οἰωνόβρωτος. ὑπὸ ὀρνέων βρωθείς. Οἰωνός. ὁ γύψ. παρὰ τὸ οἴω, τὸ μονῶ, γέγο‐ νεν οἰωνός· φασὶ γάρ τινες, ὅτι χωρὶς μίξεως</w:t>
      </w:r>
    </w:p>
    <w:p>
      <w:r>
        <w:rPr>
          <w:rFonts w:ascii="Courier New" w:hAnsi="Courier New"/>
          <w:color w:val="555555"/>
          <w:sz w:val="20"/>
        </w:rPr>
        <w:t>[15]</w:t>
      </w:r>
    </w:p>
    <w:p>
      <w:r>
        <w:rPr>
          <w:rFonts w:ascii="Gentium Plus" w:hAnsi="Gentium Plus"/>
          <w:sz w:val="24"/>
        </w:rPr>
        <w:t>πεφύκασι πολλάκις τίκτειν ἐξ ἀνέμου θερμα‐ σίας καὶ τῶν τοῦ ἡλίου ἀκτίνων. Οἰηματίας. ὁ κενόδοξος. ἀπὸ τοῦ οἴεσθαι εἶ‐ ναί τις. Οἰκουρός. οἰκονομικός. οἰκουροὺς ἀγαθὰς ὑπο‐</w:t>
      </w:r>
    </w:p>
    <w:p>
      <w:r>
        <w:rPr>
          <w:rFonts w:ascii="Courier New" w:hAnsi="Courier New"/>
          <w:color w:val="555555"/>
          <w:sz w:val="20"/>
        </w:rPr>
        <w:t>[20]</w:t>
      </w:r>
    </w:p>
    <w:p>
      <w:r>
        <w:rPr>
          <w:rFonts w:ascii="Gentium Plus" w:hAnsi="Gentium Plus"/>
          <w:sz w:val="24"/>
        </w:rPr>
        <w:t>τασσομένας ἰδίοις ἀνδράσιν, ἵνα μὴ ὁ λόγος τοῦ θεοῦ βλασφημῆται.</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Οἰάγρα. πόλις. Οἰαξίς. χώρα.</w:t>
      </w:r>
    </w:p>
    <w:p>
      <w:r>
        <w:rPr>
          <w:rFonts w:ascii="Courier New" w:hAnsi="Courier New"/>
          <w:color w:val="555555"/>
          <w:sz w:val="20"/>
        </w:rPr>
        <w:t>[25]</w:t>
      </w:r>
    </w:p>
    <w:p>
      <w:r>
        <w:rPr>
          <w:rFonts w:ascii="Gentium Plus" w:hAnsi="Gentium Plus"/>
          <w:sz w:val="24"/>
        </w:rPr>
        <w:t>Οἷα. ἡ ὁποῖα. Οἰβωνία. τόπος. Οἰδήσεις. αἱ φλεγμοναί. Οἴησις. ἔπαρσις. κενοδοξία. Ὀϊζύς. ἡ κακοπάθεια. [καὶ ὀϊζύω, τὸ ταλαι‐</w:t>
      </w:r>
    </w:p>
    <w:p>
      <w:r>
        <w:rPr>
          <w:rFonts w:ascii="Courier New" w:hAnsi="Courier New"/>
          <w:color w:val="555555"/>
          <w:sz w:val="20"/>
        </w:rPr>
        <w:t>[30]</w:t>
      </w:r>
    </w:p>
    <w:p>
      <w:r>
        <w:rPr>
          <w:rFonts w:ascii="Gentium Plus" w:hAnsi="Gentium Plus"/>
          <w:sz w:val="24"/>
        </w:rPr>
        <w:t>πωρῶ.]</w:t>
      </w:r>
    </w:p>
    <w:p>
      <w:r>
        <w:rPr>
          <w:rFonts w:ascii="Courier New" w:hAnsi="Courier New"/>
          <w:color w:val="555555"/>
          <w:sz w:val="20"/>
        </w:rPr>
        <w:t>[omicron 1433]</w:t>
      </w:r>
    </w:p>
    <w:p>
      <w:r>
        <w:rPr>
          <w:rFonts w:ascii="Gentium Plus" w:hAnsi="Gentium Plus"/>
          <w:sz w:val="24"/>
        </w:rPr>
        <w:t>Οἰκονομία. κυρίως μεγέθους συγκατάβασις. τὸ τῆς οἰκονομίας μυστήριον. Οἰμωγή. ὁ θρῆνος. παρὰ τὸ οἴμοι. Οἶμος. ἡ ὁδός. παρὰ τὸ οἰμῶ, τὸ ὁρμῶ.</w:t>
      </w:r>
    </w:p>
    <w:p>
      <w:r>
        <w:rPr>
          <w:rFonts w:ascii="Courier New" w:hAnsi="Courier New"/>
          <w:color w:val="555555"/>
          <w:sz w:val="20"/>
        </w:rPr>
        <w:t>[5]</w:t>
      </w:r>
    </w:p>
    <w:p>
      <w:r>
        <w:rPr>
          <w:rFonts w:ascii="Gentium Plus" w:hAnsi="Gentium Plus"/>
          <w:sz w:val="24"/>
        </w:rPr>
        <w:t>Οἴμη. ἡ ᾠδή. παρὰ τὸ ἐν ταῖς οἴμαις, τουτέστι ταῖς ᾠδαῖς, ψάλλεσθαι. οἴμη καὶ ἡ ῥάβδος ἡ ὁρμῶσα εἰς εὐθὺ ἐν τῷ φύεσθαι. Οἰνοφλυγία. ἡ μέθη. Οἴσχη. ἡ ἄμπελος.</w:t>
      </w:r>
    </w:p>
    <w:p>
      <w:r>
        <w:rPr>
          <w:rFonts w:ascii="Courier New" w:hAnsi="Courier New"/>
          <w:color w:val="555555"/>
          <w:sz w:val="20"/>
        </w:rPr>
        <w:t>[10]</w:t>
      </w:r>
    </w:p>
    <w:p>
      <w:r>
        <w:rPr>
          <w:rFonts w:ascii="Gentium Plus" w:hAnsi="Gentium Plus"/>
          <w:sz w:val="24"/>
        </w:rPr>
        <w:t>Οἰσύα. εἶδος δένδρου. καὶ οἰσυΐναις ῥάβδοις, ὅ ἐστι συκομοραίαις. Οἰκτέα. ἐξοχή.</w:t>
      </w:r>
    </w:p>
    <w:p>
      <w:r>
        <w:rPr>
          <w:rFonts w:ascii="Courier New" w:hAnsi="Courier New"/>
          <w:color w:val="555555"/>
          <w:sz w:val="20"/>
        </w:rPr>
        <w:t>[omicron 1434]</w:t>
      </w:r>
    </w:p>
    <w:p>
      <w:r>
        <w:rPr>
          <w:rFonts w:ascii="Gentium Plus" w:hAnsi="Gentium Plus"/>
          <w:sz w:val="24"/>
        </w:rPr>
        <w:t>Οἰκονομίαν. χρηστὴν καὶ ἐπωφελῆ διοίκησιν. οὕ‐ τως ὁ Ἀπόστολος· εἰς οἰκονομίαν τοῦ πληρώ‐ ματος τῶν καιρῶν. οἰκονομία καὶ ἡ πρόῤῥησις καὶ ἡ ἀποκάλυψις. οἰκονομία τῆς χάριτος.</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Οἴδημα. ὄγκωμα. Οἶδμα. τὸ κῦμα. ἀπὸ τοῦ οἰδαίνω. καὶ οἴδμα‐ τα τὰ ἐπάρματα, τὰ φυσήματα. ἀπὸ τοῦ οἰδή‐ ματος κατὰ συγκοπήν.</w:t>
      </w:r>
    </w:p>
    <w:p>
      <w:r>
        <w:rPr>
          <w:rFonts w:ascii="Courier New" w:hAnsi="Courier New"/>
          <w:color w:val="555555"/>
          <w:sz w:val="20"/>
        </w:rPr>
        <w:t>[10]</w:t>
      </w:r>
    </w:p>
    <w:p>
      <w:r>
        <w:rPr>
          <w:rFonts w:ascii="Gentium Plus" w:hAnsi="Gentium Plus"/>
          <w:sz w:val="24"/>
        </w:rPr>
        <w:t>Ὀϊζυρότερον. τὸ ταλαιπωρότερον. παρ’ Ὁμήρῳ δὲ μέγα τὸ ρω. Οἴημα. ἡ ἔπαρσις. Οἰήϊον. τὸ πηδάλιον τῆς νηὸς, ἀφ’ οὗ φέρεται</w:t>
      </w:r>
    </w:p>
    <w:p>
      <w:r>
        <w:rPr>
          <w:rFonts w:ascii="Courier New" w:hAnsi="Courier New"/>
          <w:color w:val="555555"/>
          <w:sz w:val="20"/>
        </w:rPr>
        <w:t>[omicron 1435]</w:t>
      </w:r>
    </w:p>
    <w:p>
      <w:r>
        <w:rPr>
          <w:rFonts w:ascii="Gentium Plus" w:hAnsi="Gentium Plus"/>
          <w:sz w:val="24"/>
        </w:rPr>
        <w:t>μέλλων οἴσω, καὶ ἐξ αὐτοῦ οἴϊον καὶ πλεονα‐ σμῷ τοῦ η οἰήϊον. [ἢ παρὰ τὸ οἴαξ, οἴακος, γέγονεν οἰήκιον καὶ κατ’ ἔλλειψιν τοῦ κ οἰήϊον. οἴαξ δέ ἐστιν ὁ κανὼν, δι’ οὗ τὸ πηδάλιον φέ‐</w:t>
      </w:r>
    </w:p>
    <w:p>
      <w:r>
        <w:rPr>
          <w:rFonts w:ascii="Courier New" w:hAnsi="Courier New"/>
          <w:color w:val="555555"/>
          <w:sz w:val="20"/>
        </w:rPr>
        <w:t>[5]</w:t>
      </w:r>
    </w:p>
    <w:p>
      <w:r>
        <w:rPr>
          <w:rFonts w:ascii="Gentium Plus" w:hAnsi="Gentium Plus"/>
          <w:sz w:val="24"/>
        </w:rPr>
        <w:t>ρεται. παρὰ τὸ οἴω, τὸ κομίζω.] Οἰκονομικὸν πρᾶγμα. οὐ πάντως ὀφεῖλον γίνε‐ σθαι, γινόμενον δὲ διὰ σωτηρίαν. ὡς Παῦλος περιέτεμε τὸν Τιμόθεον. Οἰκόπεδον. ἔρημον κατάπτωμα οἴκου.</w:t>
      </w:r>
    </w:p>
    <w:p>
      <w:r>
        <w:rPr>
          <w:rFonts w:ascii="Courier New" w:hAnsi="Courier New"/>
          <w:color w:val="555555"/>
          <w:sz w:val="20"/>
        </w:rPr>
        <w:t>[10]</w:t>
      </w:r>
    </w:p>
    <w:p>
      <w:r>
        <w:rPr>
          <w:rFonts w:ascii="Gentium Plus" w:hAnsi="Gentium Plus"/>
          <w:sz w:val="24"/>
        </w:rPr>
        <w:t>Οἶμα. τὸ ὅρμημα. [παρὰ τὸ οἰμῶ, οἴμημα καὶ οἶμα.] Οἰνοπωλεῖον. ἔνθα ὁ οἶνος πιπράσκεται. Οἷον. μέγα, θαυμαστόν· ὁποῖον. ἢ οἷον ἀντὶ τοῦ ὡσανεὶ καὶ ὥσπερ. †οἷοι, μόνοι. ἢ δυνα‐</w:t>
      </w:r>
    </w:p>
    <w:p>
      <w:r>
        <w:rPr>
          <w:rFonts w:ascii="Courier New" w:hAnsi="Courier New"/>
          <w:color w:val="555555"/>
          <w:sz w:val="20"/>
        </w:rPr>
        <w:t>[15]</w:t>
      </w:r>
    </w:p>
    <w:p>
      <w:r>
        <w:rPr>
          <w:rFonts w:ascii="Gentium Plus" w:hAnsi="Gentium Plus"/>
          <w:sz w:val="24"/>
        </w:rPr>
        <w:t>τοί. οἷός τέ εἰμι ἀντὶ τοῦ δυνατός εἰμι.† Οἰσυπηρόν. ῥυπαρόν. Οἰταῖον. ὄρος. καὶ Οἰταῖος ὁ ἀπὸ τῆς Οἴτης. πα‐ ρὰ Παρθενίῳ. Οἴφιον. μέτρον τι.</w:t>
      </w:r>
    </w:p>
    <w:p>
      <w:r>
        <w:rPr>
          <w:rFonts w:ascii="Courier New" w:hAnsi="Courier New"/>
          <w:color w:val="555555"/>
          <w:sz w:val="20"/>
        </w:rPr>
        <w:t>[20]</w:t>
      </w:r>
    </w:p>
    <w:p>
      <w:r>
        <w:rPr>
          <w:rFonts w:ascii="Gentium Plus" w:hAnsi="Gentium Plus"/>
          <w:sz w:val="24"/>
        </w:rPr>
        <w:t>Οἰνοκάχλαινον. γύναιον τὸ φίλοινον. καὶ ὁ Ψελλός· γυναῖκα δὲ τὴν φίλοινον οἰνοκάχλαι‐ νον λέγε. Οἰκεῖον. τὸ ἴδιον καὶ προσφυὲς, καὶ κατάλληλον καὶ ἁρμόζον.</w:t>
      </w:r>
    </w:p>
    <w:p>
      <w:pPr>
        <w:jc w:val="center"/>
      </w:pPr>
      <w:r>
        <w:rPr>
          <w:rFonts w:ascii="Gentium Plus" w:hAnsi="Gentium Plus"/>
          <w:b/>
          <w:sz w:val="24"/>
        </w:rPr>
        <w:t>(Ῥῆμα.)</w:t>
      </w:r>
    </w:p>
    <w:p>
      <w:r>
        <w:rPr>
          <w:rFonts w:ascii="Courier New" w:hAnsi="Courier New"/>
          <w:color w:val="555555"/>
          <w:sz w:val="20"/>
        </w:rPr>
        <w:t>[26]</w:t>
      </w:r>
    </w:p>
    <w:p>
      <w:r>
        <w:rPr>
          <w:rFonts w:ascii="Gentium Plus" w:hAnsi="Gentium Plus"/>
          <w:sz w:val="24"/>
        </w:rPr>
        <w:t>Οἰακοστροφεῖ. κυβερνᾷ, πηδαλιουχεῖ. Οἴγει. ἀνοίγει. Οἰδάνει καὶ οἰδαίνει. εἰς ὕψος αἴρεσθαι ποιεῖ. ὀγκοῦται. πληροῦται ὑπὸ τῆς ὀργῆς. ἀπὸ με‐</w:t>
      </w:r>
    </w:p>
    <w:p>
      <w:r>
        <w:rPr>
          <w:rFonts w:ascii="Courier New" w:hAnsi="Courier New"/>
          <w:color w:val="555555"/>
          <w:sz w:val="20"/>
        </w:rPr>
        <w:t>[30]</w:t>
      </w:r>
    </w:p>
    <w:p>
      <w:r>
        <w:rPr>
          <w:rFonts w:ascii="Gentium Plus" w:hAnsi="Gentium Plus"/>
          <w:sz w:val="24"/>
        </w:rPr>
        <w:t>ταφορᾶς τῶν οἰδημάτων ἤγουν τῆς φλεγμονῆς.</w:t>
      </w:r>
    </w:p>
    <w:p>
      <w:r>
        <w:rPr>
          <w:rFonts w:ascii="Courier New" w:hAnsi="Courier New"/>
          <w:color w:val="555555"/>
          <w:sz w:val="20"/>
        </w:rPr>
        <w:t>[omicron 1436]</w:t>
      </w:r>
    </w:p>
    <w:p>
      <w:r>
        <w:rPr>
          <w:rFonts w:ascii="Gentium Plus" w:hAnsi="Gentium Plus"/>
          <w:sz w:val="24"/>
        </w:rPr>
        <w:t>Οἴεσθαι. ὑπονοεῖν· ὑπολαμβάνειν. καὶ οἴει. Οἶδα. γινώσκω. Οἶμαι. νομίζω. ὑπολαμβάνω. Οἰμώζειν. θρηνεῖν. παρὰ τὸ οἴμοι θρηνητικόν.</w:t>
      </w:r>
    </w:p>
    <w:p>
      <w:r>
        <w:rPr>
          <w:rFonts w:ascii="Courier New" w:hAnsi="Courier New"/>
          <w:color w:val="555555"/>
          <w:sz w:val="20"/>
        </w:rPr>
        <w:t>[5]</w:t>
      </w:r>
    </w:p>
    <w:p>
      <w:r>
        <w:rPr>
          <w:rFonts w:ascii="Gentium Plus" w:hAnsi="Gentium Plus"/>
          <w:sz w:val="24"/>
        </w:rPr>
        <w:t>Οἰόμεθα. νομίζομεν· ὑπολαμβάνομεν. Οἴσει. κομίσει. Οἰστεύσας. τοξεύσας. Οἰστρηλατούμενοι. πυρούμενοι. Ὀϊσάμενος. ὑπολαβών.</w:t>
      </w:r>
    </w:p>
    <w:p>
      <w:r>
        <w:rPr>
          <w:rFonts w:ascii="Courier New" w:hAnsi="Courier New"/>
          <w:color w:val="555555"/>
          <w:sz w:val="20"/>
        </w:rPr>
        <w:t>[10]</w:t>
      </w:r>
    </w:p>
    <w:p>
      <w:r>
        <w:rPr>
          <w:rFonts w:ascii="Gentium Plus" w:hAnsi="Gentium Plus"/>
          <w:sz w:val="24"/>
        </w:rPr>
        <w:t>—ὀϊσάμενος δόλον εἶναι πόῤῥω που διέτριβεν. Οἴσετε. φέρετε. παρὰ τὸ οἴσω, τὸ ὁρμῶ. [τὸ δὲ οἴσω οὐκ ἔστι μέλλων. ἰστέον δὲ, ὅτι τοῦ φέρειν μέλλων οὐκ ἔστι, τοῦ δὲ οἴσω ἐνεστὼς</w:t>
      </w:r>
    </w:p>
    <w:p>
      <w:r>
        <w:rPr>
          <w:rFonts w:ascii="Courier New" w:hAnsi="Courier New"/>
          <w:color w:val="555555"/>
          <w:sz w:val="20"/>
        </w:rPr>
        <w:t>[15]</w:t>
      </w:r>
    </w:p>
    <w:p>
      <w:r>
        <w:rPr>
          <w:rFonts w:ascii="Gentium Plus" w:hAnsi="Gentium Plus"/>
          <w:sz w:val="24"/>
        </w:rPr>
        <w:t>οὐκ ἔστι, πλὴν ἔθος τῷ ποιητῇ μετάγειν ἀπὸ μέλλοντος εἰς ἐνεστῶτα. οὕτως ἔχει καὶ τὸ ἄξετε. διαφέρει δὲ τὸ οἴσω καὶ οἰσόμενος. οἴ‐ σομεν γὰρ καὶ ἑτέρῳ. οἴσατε δ’ ἄρν’ ἕτερον—.</w:t>
      </w:r>
    </w:p>
    <w:p>
      <w:r>
        <w:rPr>
          <w:rFonts w:ascii="Courier New" w:hAnsi="Courier New"/>
          <w:color w:val="555555"/>
          <w:sz w:val="20"/>
        </w:rPr>
        <w:t>[20]</w:t>
      </w:r>
    </w:p>
    <w:p>
      <w:r>
        <w:rPr>
          <w:rFonts w:ascii="Gentium Plus" w:hAnsi="Gentium Plus"/>
          <w:sz w:val="24"/>
        </w:rPr>
        <w:t>οἰσόμενος δὲ, ἑαυτῷ.] Οἶσθα. γίνωσκε. [οὐκ ἔστιν οἰδῶ ῥῆμα περι‐ σπώμενον, καὶ ἄλλο εἴδω, βαρύτονον. τούτου βαρύνεται ὁ μέσος παρακείμενος, οἶδα, κατ’ Αἰολεῖς, ὡς λέγει Ἡρωδιανός. τοῦ δὲ παρα‐</w:t>
      </w:r>
    </w:p>
    <w:p>
      <w:r>
        <w:rPr>
          <w:rFonts w:ascii="Courier New" w:hAnsi="Courier New"/>
          <w:color w:val="555555"/>
          <w:sz w:val="20"/>
        </w:rPr>
        <w:t>[25]</w:t>
      </w:r>
    </w:p>
    <w:p>
      <w:r>
        <w:rPr>
          <w:rFonts w:ascii="Gentium Plus" w:hAnsi="Gentium Plus"/>
          <w:sz w:val="24"/>
        </w:rPr>
        <w:t>κειμένου ὁ μέλλων εἰδήσω. παράγωγον εἴδημι, τὸ δεύτερον εἴδης, καὶ κατ’ ἐπέκτασιν τῆς θα συλλαβῆς εἴδησθα καὶ κατὰ συγκοπὴν τοῦ δη καὶ τροπῇ τοῦ ε εἰς ο οἶσθα. ἢ ἔστι εἴδω, βαρύτονον, ὁ μέσος παρακείμενος οἶδα, καὶ αἰο‐</w:t>
      </w:r>
    </w:p>
    <w:p>
      <w:r>
        <w:rPr>
          <w:rFonts w:ascii="Courier New" w:hAnsi="Courier New"/>
          <w:color w:val="555555"/>
          <w:sz w:val="20"/>
        </w:rPr>
        <w:t>[30]</w:t>
      </w:r>
    </w:p>
    <w:p>
      <w:r>
        <w:rPr>
          <w:rFonts w:ascii="Gentium Plus" w:hAnsi="Gentium Plus"/>
          <w:sz w:val="24"/>
        </w:rPr>
        <w:t>λικῶς τὸ οἶδα οἴδημι λέγουσι, τὸ δεύτερον οἴδης</w:t>
      </w:r>
    </w:p>
    <w:p>
      <w:r>
        <w:rPr>
          <w:rFonts w:ascii="Courier New" w:hAnsi="Courier New"/>
          <w:color w:val="555555"/>
          <w:sz w:val="20"/>
        </w:rPr>
        <w:t>[omicron 1437]</w:t>
      </w:r>
    </w:p>
    <w:p>
      <w:r>
        <w:rPr>
          <w:rFonts w:ascii="Gentium Plus" w:hAnsi="Gentium Plus"/>
          <w:sz w:val="24"/>
        </w:rPr>
        <w:t>καὶ κατ’ ἔκτασιν τῆς θα συλλαβῆς οἴδησθα καὶ οἶσθα.] Οἴχεται. πορεύεται. φθείρεται. Οἰχνεῖν. πορεύεσθαι. ἀμφίβολον, ἢ παρὰ τὸ</w:t>
      </w:r>
    </w:p>
    <w:p>
      <w:r>
        <w:rPr>
          <w:rFonts w:ascii="Courier New" w:hAnsi="Courier New"/>
          <w:color w:val="555555"/>
          <w:sz w:val="20"/>
        </w:rPr>
        <w:t>[5]</w:t>
      </w:r>
    </w:p>
    <w:p>
      <w:r>
        <w:rPr>
          <w:rFonts w:ascii="Gentium Plus" w:hAnsi="Gentium Plus"/>
          <w:sz w:val="24"/>
        </w:rPr>
        <w:t>ἴχνος, ἰχνῶ καὶ πλεονασμῷ τοῦ ο οἰχνῶ, ἢ παρὰ τὸ οἴχω, οἰχνῶ, ὡς ὀρέγω, ὀριγνῶ, σκέ‐ δω, σκεδνῶ. Οἰνοκαγχλᾷν καὶ οἰνοκαγχλαίνειν καὶ οἰνο‐ κάγχλαινα, γυνὴ ἡ φίλοινος.</w:t>
      </w:r>
    </w:p>
    <w:p>
      <w:r>
        <w:rPr>
          <w:rFonts w:ascii="Courier New" w:hAnsi="Courier New"/>
          <w:color w:val="555555"/>
          <w:sz w:val="20"/>
        </w:rPr>
        <w:t>[10]</w:t>
      </w:r>
    </w:p>
    <w:p>
      <w:r>
        <w:rPr>
          <w:rFonts w:ascii="Gentium Plus" w:hAnsi="Gentium Plus"/>
          <w:sz w:val="24"/>
        </w:rPr>
        <w:t>Ὀϊζύω. κακοπαθῶ. [ἔστιν οἲ ἐπίῤῥημα σχετλι‐ αστικὸν, καὶ ἐξ αὐτοῦ ῥῆμα οἴζω, καὶ κατὰ διάλυσιν ὀΐζω, καὶ ἐξ αὐτοῦ ὀϊζύω, καὶ ὀϊζύς.] Οἰῶ. τὸ μονῶ. Οἰωνίζεσθαι. ἀπὸ ὀρνέων τὸ μέλλον στοχάζεσθαι.</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Οἷα. καθά. ὥσπερ. Οἷ. ἀντὶ τοῦ ὅπου. οἷ τὰ κέρατα εἴη. Οἰκτρῶς. ἐλεεινῶς. Οἴκαδε. εἰς τὸν οἶκον.</w:t>
      </w:r>
    </w:p>
    <w:p>
      <w:r>
        <w:rPr>
          <w:rFonts w:ascii="Courier New" w:hAnsi="Courier New"/>
          <w:color w:val="555555"/>
          <w:sz w:val="20"/>
        </w:rPr>
        <w:t>[20]</w:t>
      </w:r>
    </w:p>
    <w:p>
      <w:r>
        <w:rPr>
          <w:rFonts w:ascii="Gentium Plus" w:hAnsi="Gentium Plus"/>
          <w:sz w:val="24"/>
        </w:rPr>
        <w:t>Οἴκοι. ἐν οἴκῳ. Οἰκειακῶς. ἀντὶ τοῦ οἰκείως. Οἰκονομικῶς. ἐπὶ τοῦ Χριστοῦ κατὰ τρεῖς δύ‐ ναται νοεῖσθαι τρόπους. τουτέστιν ἢ ὡς χάριν τῆς οἰκονομίας, ὡς ὅταν λέγωμεν οἰκονομικῶς·</w:t>
      </w:r>
    </w:p>
    <w:p>
      <w:r>
        <w:rPr>
          <w:rFonts w:ascii="Courier New" w:hAnsi="Courier New"/>
          <w:color w:val="555555"/>
          <w:sz w:val="20"/>
        </w:rPr>
        <w:t>[25]</w:t>
      </w:r>
    </w:p>
    <w:p>
      <w:r>
        <w:rPr>
          <w:rFonts w:ascii="Gentium Plus" w:hAnsi="Gentium Plus"/>
          <w:sz w:val="24"/>
        </w:rPr>
        <w:t>ἐθήλασε καὶ ἐνηπίασε, καὶ ηὔξησε, καὶ ἐκοι‐ μήθη, καὶ ἐπείνησε καὶ ἐδίψησε. τουτέστι κατὰ φύσιν τῆς σαρκὸς τῆς οἰκονομίας αὐτοῦ λέγο‐ μεν. πάλιν οἰκονομικῶς καὶ ὅτε γίνεται πρᾶγμα</w:t>
      </w:r>
    </w:p>
    <w:p>
      <w:r>
        <w:rPr>
          <w:rFonts w:ascii="Courier New" w:hAnsi="Courier New"/>
          <w:color w:val="555555"/>
          <w:sz w:val="20"/>
        </w:rPr>
        <w:t>[omicron 1438]</w:t>
      </w:r>
    </w:p>
    <w:p>
      <w:r>
        <w:rPr>
          <w:rFonts w:ascii="Gentium Plus" w:hAnsi="Gentium Plus"/>
          <w:sz w:val="24"/>
        </w:rPr>
        <w:t>συγκατάβασιν καὶ σκοπὸν σωτηρίας τινῶν, ὡς ὅταν Παῦλος ὁ Ἀπόστολος περιέτεμε τοῦ Τιμό‐ θεον, βουλόμενος ἐπισπάσασθαι Ἰουδαίους· διὸ καὶ συνήγνισεν αὐτόν. καὶ ἡ περιτομὴ δὲ τοῦ</w:t>
      </w:r>
    </w:p>
    <w:p>
      <w:r>
        <w:rPr>
          <w:rFonts w:ascii="Courier New" w:hAnsi="Courier New"/>
          <w:color w:val="555555"/>
          <w:sz w:val="20"/>
        </w:rPr>
        <w:t>[5]</w:t>
      </w:r>
    </w:p>
    <w:p>
      <w:r>
        <w:rPr>
          <w:rFonts w:ascii="Gentium Plus" w:hAnsi="Gentium Plus"/>
          <w:sz w:val="24"/>
        </w:rPr>
        <w:t>Χριστοῦ κατὰ τοῦτον τὸν τρόπον γέγονεν οἰκονο‐ μικῶς, ἵνα μὴ φανῇ καταλύειν τὸν νόμον. ἔστι δὲ πάλιν οἰκονομικῶς, ὅταν ἦλθεν εἰς τὴν συ‐ κῆν ἀπὸ πρωΐας πεινῶν καὶ ἐξήρανεν αὐτήν· καὶ ὅτε ἦλθε πρὸς τοὺς μαθητὰς νυκτὸς περι‐</w:t>
      </w:r>
    </w:p>
    <w:p>
      <w:r>
        <w:rPr>
          <w:rFonts w:ascii="Courier New" w:hAnsi="Courier New"/>
          <w:color w:val="555555"/>
          <w:sz w:val="20"/>
        </w:rPr>
        <w:t>[10]</w:t>
      </w:r>
    </w:p>
    <w:p>
      <w:r>
        <w:rPr>
          <w:rFonts w:ascii="Gentium Plus" w:hAnsi="Gentium Plus"/>
          <w:sz w:val="24"/>
        </w:rPr>
        <w:t>πατῶν ἐπὶ τῶν ὑδάτων διά τινας οἰκονομίας ἀποκρύφους. οἱ οὖν αἱρετικοὶ ἀφέντες τὸ κατὰ τούτους τοὺς τρόπους νοεῖν, τὸ οἰκονομικῶς τὸ ὡς ἐν φαντασίᾳ καὶ δοκήσει γινόμενον λέγουσιν. Οἰμωκτί. μετὰ θρήνου.</w:t>
      </w:r>
    </w:p>
    <w:p>
      <w:pPr>
        <w:jc w:val="center"/>
      </w:pPr>
      <w:r>
        <w:rPr>
          <w:rFonts w:ascii="Gentium Plus" w:hAnsi="Gentium Plus"/>
          <w:b/>
          <w:sz w:val="24"/>
        </w:rPr>
        <w:t>Τὸ Ο μετὰ τοῦ Κ.</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Ὀκλαδίας. τὸ σελλίον. Ὄκνος. ῥαθυμία. οἱονεὶ ἄκινός τις ὢν, καὶ συγ‐ κοπῇ ἄκνος, καὶ τροπῇ τοῦ α εἰς ο ὄκνος.</w:t>
      </w:r>
    </w:p>
    <w:p>
      <w:r>
        <w:rPr>
          <w:rFonts w:ascii="Courier New" w:hAnsi="Courier New"/>
          <w:color w:val="555555"/>
          <w:sz w:val="20"/>
        </w:rPr>
        <w:t>[20]</w:t>
      </w:r>
    </w:p>
    <w:p>
      <w:r>
        <w:rPr>
          <w:rFonts w:ascii="Gentium Plus" w:hAnsi="Gentium Plus"/>
          <w:sz w:val="24"/>
        </w:rPr>
        <w:t>Ὀκουλούμ. τὸν ὀφθαλμὸν λέγουσιν οἱ Ῥωμαῖοι. Ὀκρίβας. ὁ ἄμβων. καὶ κλίνεται ὀκρίβαντος. [ἡ εὐθεῖα τῶν πληθυντικῶν ὀκρίβαντες, ἐφ’ ὧν ἄκρων ἑστᾶσιν οἱ ὑποκριταὶ, οἱονεὶ ἀκρίβαν‐ τες τινὲς ὄντες. διὰ τὸ ἄκρον γράφεται διὰ τοῦ</w:t>
      </w:r>
    </w:p>
    <w:p>
      <w:r>
        <w:rPr>
          <w:rFonts w:ascii="Courier New" w:hAnsi="Courier New"/>
          <w:color w:val="555555"/>
          <w:sz w:val="20"/>
        </w:rPr>
        <w:t>[25]</w:t>
      </w:r>
    </w:p>
    <w:p>
      <w:r>
        <w:rPr>
          <w:rFonts w:ascii="Gentium Plus" w:hAnsi="Gentium Plus"/>
          <w:sz w:val="24"/>
        </w:rPr>
        <w:t>ἰῶτα, ὡς ἀργὸν ἀργικέραυνος.] Ὀκριόεις. ὁ τραχὺς λίθος. ὀκρίας δὲ τὰς πέ‐</w:t>
      </w:r>
    </w:p>
    <w:p>
      <w:r>
        <w:rPr>
          <w:rFonts w:ascii="Courier New" w:hAnsi="Courier New"/>
          <w:color w:val="555555"/>
          <w:sz w:val="20"/>
        </w:rPr>
        <w:t>[omicron 1439]</w:t>
      </w:r>
    </w:p>
    <w:p>
      <w:r>
        <w:rPr>
          <w:rFonts w:ascii="Gentium Plus" w:hAnsi="Gentium Plus"/>
          <w:sz w:val="24"/>
        </w:rPr>
        <w:t>—ὀκρίας ἠνεμοέσσας. παρὰ τὸ ἄκρος καὶ τὴν ἐξοχήν. ἔστιν ἄκρος, κατὰ πλεονασμὸν τοῦ ι ἢ κατὰ παραγωγὴν γί‐ νεται ἄκριος, ὡς Αἰτωλὸς Αἰτώλιος καὶ Βοιωτὸς</w:t>
      </w:r>
    </w:p>
    <w:p>
      <w:r>
        <w:rPr>
          <w:rFonts w:ascii="Courier New" w:hAnsi="Courier New"/>
          <w:color w:val="555555"/>
          <w:sz w:val="20"/>
        </w:rPr>
        <w:t>[5]</w:t>
      </w:r>
    </w:p>
    <w:p>
      <w:r>
        <w:rPr>
          <w:rFonts w:ascii="Gentium Plus" w:hAnsi="Gentium Plus"/>
          <w:sz w:val="24"/>
        </w:rPr>
        <w:t>Βοιώτιος. [ἐκ δὲ τοῦ ἄκριος γίνεται ἀκριόεις, ὡς βροτὸς βροτόεις, καὶ τροπῇ τοῦ α εἰς ο τὸ θη‐ λυκὸν ὀκριόεσσα.] Ὀκριόεις. χαλεπός. μισητός. ἢ κρύους καὶ φόβου ποιητικός. παρὰ τὸ ἄκρον ἀκριόεις καὶ ὀκριό‐</w:t>
      </w:r>
    </w:p>
    <w:p>
      <w:r>
        <w:rPr>
          <w:rFonts w:ascii="Courier New" w:hAnsi="Courier New"/>
          <w:color w:val="555555"/>
          <w:sz w:val="20"/>
        </w:rPr>
        <w:t>[10]</w:t>
      </w:r>
    </w:p>
    <w:p>
      <w:r>
        <w:rPr>
          <w:rFonts w:ascii="Gentium Plus" w:hAnsi="Gentium Plus"/>
          <w:sz w:val="24"/>
        </w:rPr>
        <w:t>εις. ὁ ἀκρότατος φόβος. [ἢ παρὰ τὸ κρύος, κρυόεις, καὶ πλεονασμῷ τοῦ ο ὀκρυόεις.] Ὀκρίδας. κύριον. Ὀκτάβλωμος. εἰς ὀκτὼ δήγματα τρωγόμενος. ὀκτάβλωμος ἄρτος.</w:t>
      </w:r>
    </w:p>
    <w:p>
      <w:r>
        <w:rPr>
          <w:rFonts w:ascii="Courier New" w:hAnsi="Courier New"/>
          <w:color w:val="555555"/>
          <w:sz w:val="20"/>
        </w:rPr>
        <w:t>[15]</w:t>
      </w:r>
    </w:p>
    <w:p>
      <w:r>
        <w:rPr>
          <w:rFonts w:ascii="Gentium Plus" w:hAnsi="Gentium Plus"/>
          <w:sz w:val="24"/>
        </w:rPr>
        <w:t>Ὀκτωκαιδεκαέτης.</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[Ὀκλαδία. τὸ σελλίον. καὶ ὀκλαδίας ἀρσενι‐ κόν.] Ὄκλασις. ἡ λύπη. ἀπὸ τοῦ ὀκλάζω.</w:t>
      </w:r>
    </w:p>
    <w:p>
      <w:r>
        <w:rPr>
          <w:rFonts w:ascii="Courier New" w:hAnsi="Courier New"/>
          <w:color w:val="555555"/>
          <w:sz w:val="20"/>
        </w:rPr>
        <w:t>[20]</w:t>
      </w:r>
    </w:p>
    <w:p>
      <w:r>
        <w:rPr>
          <w:rFonts w:ascii="Gentium Plus" w:hAnsi="Gentium Plus"/>
          <w:sz w:val="24"/>
        </w:rPr>
        <w:t>Ὀκλίς. κύριον. Ὀκρισία. κύριον.</w:t>
      </w:r>
    </w:p>
    <w:p>
      <w:r>
        <w:rPr>
          <w:rFonts w:ascii="Courier New" w:hAnsi="Courier New"/>
          <w:color w:val="555555"/>
          <w:sz w:val="20"/>
        </w:rPr>
        <w:t>[omicron 1440]</w:t>
      </w:r>
    </w:p>
    <w:p>
      <w:r>
        <w:rPr>
          <w:rFonts w:ascii="Gentium Plus" w:hAnsi="Gentium Plus"/>
          <w:sz w:val="24"/>
        </w:rPr>
        <w:t>Ὀκρυόεσσα. φρικτὴ, μισητὴ, χαλεπὴ, ἢ ποιη‐ τικὴ φόβου. Ὁκοῖον. ἀντὶ τοῦ ὁποῖον. Ὀκτάκνημα. τὰ ὀκτάραβδα. κνῆμαι γὰρ αἱ</w:t>
      </w:r>
    </w:p>
    <w:p>
      <w:r>
        <w:rPr>
          <w:rFonts w:ascii="Courier New" w:hAnsi="Courier New"/>
          <w:color w:val="555555"/>
          <w:sz w:val="20"/>
        </w:rPr>
        <w:t>[5]</w:t>
      </w:r>
    </w:p>
    <w:p>
      <w:r>
        <w:rPr>
          <w:rFonts w:ascii="Gentium Plus" w:hAnsi="Gentium Plus"/>
          <w:sz w:val="24"/>
        </w:rPr>
        <w:t>ἐντὸς τῶν τροχῶν ῥάβδοι, αἱ πρὸς τῇ χοινικίδι. Ὀκείλει. προσπελάζει. Ὀκλαδιᾷ καὶ ὀκλάζει. χωλεύει. εἰς γόνυ κάμπτεται. παρὰ τὸ ἐγκλᾷν καὶ ἐγκάμπτειν τὰ γόνατα ἐν τῷ καθέζεσθαι. ἐκ δὲ τοῦ κλῶ</w:t>
      </w:r>
    </w:p>
    <w:p>
      <w:r>
        <w:rPr>
          <w:rFonts w:ascii="Courier New" w:hAnsi="Courier New"/>
          <w:color w:val="555555"/>
          <w:sz w:val="20"/>
        </w:rPr>
        <w:t>[10]</w:t>
      </w:r>
    </w:p>
    <w:p>
      <w:r>
        <w:rPr>
          <w:rFonts w:ascii="Gentium Plus" w:hAnsi="Gentium Plus"/>
          <w:sz w:val="24"/>
        </w:rPr>
        <w:t>κλάσω γίνεται ῥῆμα ὄνομα κλὰς καὶ δωρικῶς κλὰξ, [ὡς δὰξ] καὶ ὀδάξ. Ὀκνῶ. δειλιῶ, δέδοικα. Ὀκνείω. οὐκ ἔστι πλεονασμός· λέγουσι γάρ· ἔστιν ὀκνῶ, κατὰ Ἴωνας ὀκνέω καὶ πλεονασμῷ</w:t>
      </w:r>
    </w:p>
    <w:p>
      <w:r>
        <w:rPr>
          <w:rFonts w:ascii="Courier New" w:hAnsi="Courier New"/>
          <w:color w:val="555555"/>
          <w:sz w:val="20"/>
        </w:rPr>
        <w:t>[15]</w:t>
      </w:r>
    </w:p>
    <w:p>
      <w:r>
        <w:rPr>
          <w:rFonts w:ascii="Gentium Plus" w:hAnsi="Gentium Plus"/>
          <w:sz w:val="24"/>
        </w:rPr>
        <w:t>τοῦ ι ὀκνείω. [οὐκ ἔστι δὲ οὕτως, ἀλλὰ κατὰ παραγωγὴν, ὡς παρὰ τὸ θάλπω γίνεται θαλ‐ πωρὴ καὶ θαλπείω, ῥῆμα, οὕτως οὖν καὶ ὀκνῶ ὀκνείω, ὡς καὶ ῥιγείω, καὶ βρώσω, βρωσείω.] †Ὀκρυόω. τὸ λοιδορῶ.†</w:t>
      </w:r>
    </w:p>
    <w:p>
      <w:pPr>
        <w:jc w:val="center"/>
      </w:pPr>
      <w:r>
        <w:rPr>
          <w:rFonts w:ascii="Gentium Plus" w:hAnsi="Gentium Plus"/>
          <w:b/>
          <w:sz w:val="24"/>
        </w:rPr>
        <w:t>(Ἐπίῤῥημα.)</w:t>
      </w:r>
    </w:p>
    <w:p>
      <w:r>
        <w:rPr>
          <w:rFonts w:ascii="Courier New" w:hAnsi="Courier New"/>
          <w:color w:val="555555"/>
          <w:sz w:val="20"/>
        </w:rPr>
        <w:t>[21]</w:t>
      </w:r>
    </w:p>
    <w:p>
      <w:r>
        <w:rPr>
          <w:rFonts w:ascii="Gentium Plus" w:hAnsi="Gentium Plus"/>
          <w:sz w:val="24"/>
        </w:rPr>
        <w:t>Ὅκως. ἀντὶ τοῦ ὅπως.</w:t>
      </w:r>
    </w:p>
    <w:p>
      <w:pPr>
        <w:jc w:val="center"/>
      </w:pPr>
      <w:r>
        <w:rPr>
          <w:rFonts w:ascii="Gentium Plus" w:hAnsi="Gentium Plus"/>
          <w:b/>
          <w:sz w:val="24"/>
        </w:rPr>
        <w:t>Τὸ Ο μετὰ τοῦ Λ.</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Ὄλβιος. πλούσιος, εὐδαίμων, μακαριστὸς, ὁ ἐν μηδενὶ ἐνδεὴς ὤν. οἱονεὶ οὔλιός τις ὤν· οὖ‐</w:t>
      </w:r>
    </w:p>
    <w:p>
      <w:r>
        <w:rPr>
          <w:rFonts w:ascii="Courier New" w:hAnsi="Courier New"/>
          <w:color w:val="555555"/>
          <w:sz w:val="20"/>
        </w:rPr>
        <w:t>[5]</w:t>
      </w:r>
    </w:p>
    <w:p>
      <w:r>
        <w:rPr>
          <w:rFonts w:ascii="Gentium Plus" w:hAnsi="Gentium Plus"/>
          <w:sz w:val="24"/>
        </w:rPr>
        <w:t>λον γὰρ ἐνταῦθα τὸ ὑγιές. ἢ παρὰ τὸ ὄλβος, ὅ ἐστιν ὁλόκληρος καὶ τέλειος. τοῦτο παρὰ τὸ ὅλος, πλεονασμῷ τοῦ β ὄλβος. Ὀλβιόδαιμον. ἐπὶ κλητικῆς. ἀντὶ τοῦ ὦ εὐτυ‐ χέστατε τῷ πλούτῳ.</w:t>
      </w:r>
    </w:p>
    <w:p>
      <w:r>
        <w:rPr>
          <w:rFonts w:ascii="Courier New" w:hAnsi="Courier New"/>
          <w:color w:val="555555"/>
          <w:sz w:val="20"/>
        </w:rPr>
        <w:t>[10]</w:t>
      </w:r>
    </w:p>
    <w:p>
      <w:r>
        <w:rPr>
          <w:rFonts w:ascii="Gentium Plus" w:hAnsi="Gentium Plus"/>
          <w:sz w:val="24"/>
        </w:rPr>
        <w:t>Ὀλετῆρες. φονεῖς, ἀφανισταί. παρὰ τὸ ὄλλω, τὸ φθείρω. Ὀλεσίοικος. ἀπώλεια καὶ ἀφανισμὸς τοῦ οἴκου. ὁ ταύτης δὲ ἀνὴρ ὀλεσίοικος ἦν. ἀπὸ τοῦ ὄλλω, τὸ φθείρω.</w:t>
      </w:r>
    </w:p>
    <w:p>
      <w:r>
        <w:rPr>
          <w:rFonts w:ascii="Courier New" w:hAnsi="Courier New"/>
          <w:color w:val="555555"/>
          <w:sz w:val="20"/>
        </w:rPr>
        <w:t>[15]</w:t>
      </w:r>
    </w:p>
    <w:p>
      <w:r>
        <w:rPr>
          <w:rFonts w:ascii="Gentium Plus" w:hAnsi="Gentium Plus"/>
          <w:sz w:val="24"/>
        </w:rPr>
        <w:t>Ὀλέσιος. κύριον. Ὀλίγωρος. ἀμελὴς, μικρόψυχος. [παρὰ τὴν ὤραν, ὃ σημαίνει τὴν φροντίδα. τὸ δὲ ὀλίγον ἐπὶ τοῦ οὐδαμῶς. ἢ ὀλίγον οἱ παῖδα ἐοικότα γείνατο Τυδεύς.]</w:t>
      </w:r>
    </w:p>
    <w:p>
      <w:r>
        <w:rPr>
          <w:rFonts w:ascii="Courier New" w:hAnsi="Courier New"/>
          <w:color w:val="555555"/>
          <w:sz w:val="20"/>
        </w:rPr>
        <w:t>[20]</w:t>
      </w:r>
    </w:p>
    <w:p>
      <w:r>
        <w:rPr>
          <w:rFonts w:ascii="Gentium Plus" w:hAnsi="Gentium Plus"/>
          <w:sz w:val="24"/>
        </w:rPr>
        <w:t>Ὀλιγοδεής. ὁ ὀλίγου χρῄζων. Ὀλιγογνώμων. ὁ ὀλίγωρος. Ὀλίζονες. οἱ λόγοι. καὶ ὀλίζονος ἀντὶ τοῦ μι‐ κρᾶς καὶ εὐτελοῦς καὶ ὀλίγης. παρὰ τὸ ὀλίγον,</w:t>
      </w:r>
    </w:p>
    <w:p>
      <w:r>
        <w:rPr>
          <w:rFonts w:ascii="Courier New" w:hAnsi="Courier New"/>
          <w:color w:val="555555"/>
          <w:sz w:val="20"/>
        </w:rPr>
        <w:t>[omicron 1442]</w:t>
      </w:r>
    </w:p>
    <w:p>
      <w:r>
        <w:rPr>
          <w:rFonts w:ascii="Gentium Plus" w:hAnsi="Gentium Plus"/>
          <w:sz w:val="24"/>
        </w:rPr>
        <w:t>Ὁλκός. ἰσχυρὰ φορά. παρὰ τὸ ἕλκω ὁλκός. ὡς φέρβω, φορβός. ὅθεν καὶ ὁλκάδες αἱ νῆες, καὶ ὁλκοὶ οἱ τόποι, δι’ ὧν ἐλαύνονται αἱ νῆες. Ὁλκός. καὶ ἡ τοῦ ὄφεως οὐρά.</w:t>
      </w:r>
    </w:p>
    <w:p>
      <w:r>
        <w:rPr>
          <w:rFonts w:ascii="Courier New" w:hAnsi="Courier New"/>
          <w:color w:val="555555"/>
          <w:sz w:val="20"/>
        </w:rPr>
        <w:t>[5]</w:t>
      </w:r>
    </w:p>
    <w:p>
      <w:r>
        <w:rPr>
          <w:rFonts w:ascii="Gentium Plus" w:hAnsi="Gentium Plus"/>
          <w:sz w:val="24"/>
        </w:rPr>
        <w:t>Ὁλκός. καὶ τὸ βάρος. φέρων ὁλκὸν χρυσοῦ βαρυτάλαντον. Ὅλμος. ἐπὶ τοῦ κορμοῦ τῶν ἡμετέρων σωμάτων. διὰ τὴν εὐρυχωρίαν ἀποκεκλιμένων τῶν χειρῶν ὅλμῳ ἐοικώς.</w:t>
      </w:r>
    </w:p>
    <w:p>
      <w:r>
        <w:rPr>
          <w:rFonts w:ascii="Courier New" w:hAnsi="Courier New"/>
          <w:color w:val="555555"/>
          <w:sz w:val="20"/>
        </w:rPr>
        <w:t>[10]</w:t>
      </w:r>
    </w:p>
    <w:p>
      <w:r>
        <w:rPr>
          <w:rFonts w:ascii="Gentium Plus" w:hAnsi="Gentium Plus"/>
          <w:sz w:val="24"/>
        </w:rPr>
        <w:t>ὅλμος δ’ ὡς ἔσσευε βαλὼν κυλινδόμενος. ὅλμος δέ ἐστι κοῖλος λίθος, εἰς ὃν κόπτουσιν ὄσπρια καὶ ἄλλα τινὰ, ἢ ἐν ᾧ πτίσσουσι τὰς κριθὰς καὶ τὰ παχύτερα τῶν μυρεψικῶν κα‐ ταλεαίνουσι. τὸ δὲ τύπτον τὰς κριθὰς ὕπερον</w:t>
      </w:r>
    </w:p>
    <w:p>
      <w:r>
        <w:rPr>
          <w:rFonts w:ascii="Courier New" w:hAnsi="Courier New"/>
          <w:color w:val="555555"/>
          <w:sz w:val="20"/>
        </w:rPr>
        <w:t>[15]</w:t>
      </w:r>
    </w:p>
    <w:p>
      <w:r>
        <w:rPr>
          <w:rFonts w:ascii="Gentium Plus" w:hAnsi="Gentium Plus"/>
          <w:sz w:val="24"/>
        </w:rPr>
        <w:t>λέγεται, ὅ ἐστιν ἰγδοκόπανον. †Ὄλολυς. ὁ τὸ ὀλολύζειν ἀποδεχόμενος.† †Ὀλότροχος καὶ ὀλοιότροχος. ὁ στρογγύλος λίθος.† Ὀλοφυρμός. κοπετὸς, θρῆνος, μετὰ τιλμοῦ τῶν</w:t>
      </w:r>
    </w:p>
    <w:p>
      <w:r>
        <w:rPr>
          <w:rFonts w:ascii="Courier New" w:hAnsi="Courier New"/>
          <w:color w:val="555555"/>
          <w:sz w:val="20"/>
        </w:rPr>
        <w:t>[20]</w:t>
      </w:r>
    </w:p>
    <w:p>
      <w:r>
        <w:rPr>
          <w:rFonts w:ascii="Gentium Plus" w:hAnsi="Gentium Plus"/>
          <w:sz w:val="24"/>
        </w:rPr>
        <w:t>τριχῶν. Ὀλολυγμός. θρῆνος μετὰ κραυγῆς καὶ ἤχου. Ὅλος. ἅπας. εἰ μὲν εἴη ἐπὶ ψυχῆς καὶ διανοίας, μεγάλα, ἐπὶ δὲ σώματος, μικρά. ὅλος ἀνά‐</w:t>
      </w:r>
    </w:p>
    <w:p>
      <w:r>
        <w:rPr>
          <w:rFonts w:ascii="Courier New" w:hAnsi="Courier New"/>
          <w:color w:val="555555"/>
          <w:sz w:val="20"/>
        </w:rPr>
        <w:t>[omicron 1443]</w:t>
      </w:r>
    </w:p>
    <w:p>
      <w:r>
        <w:rPr>
          <w:rFonts w:ascii="Gentium Plus" w:hAnsi="Gentium Plus"/>
          <w:sz w:val="24"/>
        </w:rPr>
        <w:t>*Ὀλμειός. ποταμός.* †Ὅλοψος. οἰκτρός.† Ὀλυμπιονίκης. ἐν παλαίστρᾳ γενναιότατος, [ἢ ὁ νενικηκὼς κατὰ τοὺς ὀλυμπιακοὺς ἀγῶνας ἐκα‐</w:t>
      </w:r>
    </w:p>
    <w:p>
      <w:r>
        <w:rPr>
          <w:rFonts w:ascii="Courier New" w:hAnsi="Courier New"/>
          <w:color w:val="555555"/>
          <w:sz w:val="20"/>
        </w:rPr>
        <w:t>[5]</w:t>
      </w:r>
    </w:p>
    <w:p>
      <w:r>
        <w:rPr>
          <w:rFonts w:ascii="Gentium Plus" w:hAnsi="Gentium Plus"/>
          <w:sz w:val="24"/>
        </w:rPr>
        <w:t>λεῖτο.] Ὀλύμπιος. οὐράνιος· θαυμαστός. Ὄλυμπος. ὁ οὐρανός. ὡς τό· —ὀλύμπια δώματ’ ἔχοντες. ἔστι καὶ ὄρος οὕτω καλούμενον. ὄλυμπος δὲ ὁ</w:t>
      </w:r>
    </w:p>
    <w:p>
      <w:r>
        <w:rPr>
          <w:rFonts w:ascii="Courier New" w:hAnsi="Courier New"/>
          <w:color w:val="555555"/>
          <w:sz w:val="20"/>
        </w:rPr>
        <w:t>[10]</w:t>
      </w:r>
    </w:p>
    <w:p>
      <w:r>
        <w:rPr>
          <w:rFonts w:ascii="Gentium Plus" w:hAnsi="Gentium Plus"/>
          <w:sz w:val="24"/>
        </w:rPr>
        <w:t>οὐρανὸς, ἀπὸ τοῦ εἶναι ὁλολαμπής. †Ὄλυρος. τραχύς.† Ὀλοθρευτοῦ. δύναμιν τινὰ λέγει ὁ Ἀπόστολος τιμωρόν. καὶ ἀπώλοντο ὑπὸ τοῦ ὀλοθρευτοῦ. †Ὀλιγόψυχος. ῥάθυμος· ἀναπεπτωκώς.†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Ὀλιζῶνα. τραχεῖαν. Ὀλέτειρα. ἀπὸ τοῦ ὄλλω, τὸ φθείρω. †Ὀλιγαρκία.† Ὀλιγοδεΐα. ἀπὸ τῆς ἐνδείας. ὀλιγοδέεια δὲ ἐπὶ</w:t>
      </w:r>
    </w:p>
    <w:p>
      <w:r>
        <w:rPr>
          <w:rFonts w:ascii="Courier New" w:hAnsi="Courier New"/>
          <w:color w:val="555555"/>
          <w:sz w:val="20"/>
        </w:rPr>
        <w:t>[20]</w:t>
      </w:r>
    </w:p>
    <w:p>
      <w:r>
        <w:rPr>
          <w:rFonts w:ascii="Gentium Plus" w:hAnsi="Gentium Plus"/>
          <w:sz w:val="24"/>
        </w:rPr>
        <w:t>τοῦ φόβου, δίφθογγον. †Ὀλιοσσόνην. λευκήν.† Ὀλοή. ἡ ὀλεθρία. [καὶ ὀλοιή. ἡ ὀλεθρία. παρὰ τὸ ὄλλω, τὸ φθείρω, ἢ τὸ ὀλῶ, ἐξ οὗ καὶ τὸ ὀλλύω, γίνεται ὀλοὸς, ὀλοὴ, ὡς θοὸς, θοὴ, καὶ</w:t>
      </w:r>
    </w:p>
    <w:p>
      <w:r>
        <w:rPr>
          <w:rFonts w:ascii="Courier New" w:hAnsi="Courier New"/>
          <w:color w:val="555555"/>
          <w:sz w:val="20"/>
        </w:rPr>
        <w:t>[25]</w:t>
      </w:r>
    </w:p>
    <w:p>
      <w:r>
        <w:rPr>
          <w:rFonts w:ascii="Gentium Plus" w:hAnsi="Gentium Plus"/>
          <w:sz w:val="24"/>
        </w:rPr>
        <w:t>πλεονασμῷ τοῦ ι ὀλοιή.] Ὀλιγαρτία. ἡ τοῦ σίτου ἔνδεια.</w:t>
      </w:r>
    </w:p>
    <w:p>
      <w:r>
        <w:rPr>
          <w:rFonts w:ascii="Courier New" w:hAnsi="Courier New"/>
          <w:color w:val="555555"/>
          <w:sz w:val="20"/>
        </w:rPr>
        <w:t>[omicron 1444]</w:t>
      </w:r>
    </w:p>
    <w:p>
      <w:r>
        <w:rPr>
          <w:rFonts w:ascii="Gentium Plus" w:hAnsi="Gentium Plus"/>
          <w:sz w:val="24"/>
        </w:rPr>
        <w:t>*Ὄλισθος. ὀλισθρά.* Ὀλολυγή. φωνὴ γυναικῶν, ἣν ποιοῦνται ἐν τοῖς ἱεροῖς εὐχόμεναι. ἢ ἁπλῶς ὁ μετὰ ἤχου κλαυ‐ θμὸς καὶ θρῆνος. παρὰ τὸ ὀλολύζω. [τοῦτο</w:t>
      </w:r>
    </w:p>
    <w:p>
      <w:r>
        <w:rPr>
          <w:rFonts w:ascii="Courier New" w:hAnsi="Courier New"/>
          <w:color w:val="555555"/>
          <w:sz w:val="20"/>
        </w:rPr>
        <w:t>[5]</w:t>
      </w:r>
    </w:p>
    <w:p>
      <w:r>
        <w:rPr>
          <w:rFonts w:ascii="Gentium Plus" w:hAnsi="Gentium Plus"/>
          <w:sz w:val="24"/>
        </w:rPr>
        <w:t>παρὰ τὸ ὀλῶ, ὀλύω, ὀλύζω, καὶ κατὰ ἀναδι‐ πλασιασμὸν ὀλολύζω.] Ὁλότης. ἡ ὁλοκληρία, ἢ περὶ οὗ ὁ λόγος ἐστὶ, δι’ ἑαυτῆς γνωρίζουσα. Ὄλπις. ἡ λήκυθος. Καλλίμαχος·</w:t>
      </w:r>
    </w:p>
    <w:p>
      <w:r>
        <w:rPr>
          <w:rFonts w:ascii="Courier New" w:hAnsi="Courier New"/>
          <w:color w:val="555555"/>
          <w:sz w:val="20"/>
        </w:rPr>
        <w:t>[10]</w:t>
      </w:r>
    </w:p>
    <w:p>
      <w:r>
        <w:rPr>
          <w:rFonts w:ascii="Gentium Plus" w:hAnsi="Gentium Plus"/>
          <w:sz w:val="24"/>
        </w:rPr>
        <w:t>—περὶ σκαιοῖο βραχίονος ἔμπλεον ὄλπιν. εἴρηται παρὰ τὸ οἱονεὶ ἐλαιόπιν τινὰ, ἢ παρὰ τὸ δι’ ἑαυτῆς ὀπιπεύεσθαι, ὅ ἐστιν ἐπιτηρεῖ‐ σθαι καὶ διαφυλάττεσθαι τὸ ἔλαιον. †Ὀλυμπιάς. ἡ τετραετία.†</w:t>
      </w:r>
    </w:p>
    <w:p>
      <w:r>
        <w:rPr>
          <w:rFonts w:ascii="Courier New" w:hAnsi="Courier New"/>
          <w:color w:val="555555"/>
          <w:sz w:val="20"/>
        </w:rPr>
        <w:t>[15]</w:t>
      </w:r>
    </w:p>
    <w:p>
      <w:r>
        <w:rPr>
          <w:rFonts w:ascii="Gentium Plus" w:hAnsi="Gentium Plus"/>
          <w:sz w:val="24"/>
        </w:rPr>
        <w:t>Ὄλυνθος. ἡ ὠμὴ συκῆ. κυρίως δὲ ἐπὶ τῆς ἀγρίας συκῆς. ἀπὸ τοῦ ὀλλύω, τὸ φθείρω. Ὀλυμπία. ὁ ἐν Ἤλιδι τόπος. φασὶ γὰρ τὸν Δία ἡσθέντα τὸν τόπον ἑαυτῷ ὡς κλῆρον κα‐ τασχεῖν ὁμωνύμως τοῦ ὀνόματος τοῦ οὐρανοῦ.</w:t>
      </w:r>
    </w:p>
    <w:p>
      <w:r>
        <w:rPr>
          <w:rFonts w:ascii="Courier New" w:hAnsi="Courier New"/>
          <w:color w:val="555555"/>
          <w:sz w:val="20"/>
        </w:rPr>
        <w:t>[20]</w:t>
      </w:r>
    </w:p>
    <w:p>
      <w:r>
        <w:rPr>
          <w:rFonts w:ascii="Gentium Plus" w:hAnsi="Gentium Plus"/>
          <w:sz w:val="24"/>
        </w:rPr>
        <w:t>ὄλυμπος γὰρ ὁ οὐρανὸς προσαγορεύεται.</w:t>
      </w:r>
    </w:p>
    <w:p>
      <w:pPr>
        <w:jc w:val="center"/>
      </w:pPr>
      <w:r>
        <w:rPr>
          <w:rFonts w:ascii="Gentium Plus" w:hAnsi="Gentium Plus"/>
          <w:b/>
          <w:sz w:val="24"/>
        </w:rPr>
        <w:t>(Οὐδέτερον.)</w:t>
      </w:r>
    </w:p>
    <w:p>
      <w:r>
        <w:rPr>
          <w:rFonts w:ascii="Courier New" w:hAnsi="Courier New"/>
          <w:color w:val="555555"/>
          <w:sz w:val="20"/>
        </w:rPr>
        <w:t>[22]</w:t>
      </w:r>
    </w:p>
    <w:p>
      <w:r>
        <w:rPr>
          <w:rFonts w:ascii="Gentium Plus" w:hAnsi="Gentium Plus"/>
          <w:sz w:val="24"/>
        </w:rPr>
        <w:t>Ὀλλάρια. τὰ χυτροπώλια. ἔνθα πιπράσκονται αἱ χύτραι. Ὀλίγου δεῖν. μικροῦ δεῖν, σχεδόν· συντόμως.</w:t>
      </w:r>
    </w:p>
    <w:p>
      <w:r>
        <w:rPr>
          <w:rFonts w:ascii="Courier New" w:hAnsi="Courier New"/>
          <w:color w:val="555555"/>
          <w:sz w:val="20"/>
        </w:rPr>
        <w:t>[25]</w:t>
      </w:r>
    </w:p>
    <w:p>
      <w:r>
        <w:rPr>
          <w:rFonts w:ascii="Gentium Plus" w:hAnsi="Gentium Plus"/>
          <w:sz w:val="24"/>
        </w:rPr>
        <w:t>Ὀλοόν. τὸ ὀλέθριον. Ὀλοφώϊον. τὸ ὀλέθριον, τὸ δόλιον, τὸ χαλε‐ πόν. παρὰ τὸ τοὺς φῶτας ὀλλύειν, [ἤγουν τοὺς</w:t>
      </w:r>
    </w:p>
    <w:p>
      <w:r>
        <w:rPr>
          <w:rFonts w:ascii="Courier New" w:hAnsi="Courier New"/>
          <w:color w:val="555555"/>
          <w:sz w:val="20"/>
        </w:rPr>
        <w:t>[omicron 1445]</w:t>
      </w:r>
    </w:p>
    <w:p>
      <w:r>
        <w:rPr>
          <w:rFonts w:ascii="Gentium Plus" w:hAnsi="Gentium Plus"/>
          <w:sz w:val="24"/>
        </w:rPr>
        <w:t>Ὀλολύγιον. ἀπὸ τῆς ὀλολυγῆς. Ὀλεσίκρανον. φθορὰ κρανίου. Ὀλύμπια. ἑορτὴ παρ’ Ἕλλησι μείζων τῶν ἄλ‐ λων παρ’ αὐτοῖς ἑορτῶν. καὶ ὁ νικήσας ἐν αὐ‐</w:t>
      </w:r>
    </w:p>
    <w:p>
      <w:r>
        <w:rPr>
          <w:rFonts w:ascii="Courier New" w:hAnsi="Courier New"/>
          <w:color w:val="555555"/>
          <w:sz w:val="20"/>
        </w:rPr>
        <w:t>[5]</w:t>
      </w:r>
    </w:p>
    <w:p>
      <w:r>
        <w:rPr>
          <w:rFonts w:ascii="Gentium Plus" w:hAnsi="Gentium Plus"/>
          <w:sz w:val="24"/>
        </w:rPr>
        <w:t>τοῖς τοὺς ὀλυμπιακοὺς ἀγῶνας ἐπίσημος ἦν ἐν‐ τεῦθεν, καὶ παντελῶς ἐφημίζετο.</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Ὀλέκει. φονεύει. καὶ ὀλέκεσθαι τὸ ἐπιστρόφως καὶ ἐῤῥωμένως ἐπ’ αὐτοὺς ἐπιστρέφεσθαι.</w:t>
      </w:r>
    </w:p>
    <w:p>
      <w:r>
        <w:rPr>
          <w:rFonts w:ascii="Courier New" w:hAnsi="Courier New"/>
          <w:color w:val="555555"/>
          <w:sz w:val="20"/>
        </w:rPr>
        <w:t>[10]</w:t>
      </w:r>
    </w:p>
    <w:p>
      <w:r>
        <w:rPr>
          <w:rFonts w:ascii="Gentium Plus" w:hAnsi="Gentium Plus"/>
          <w:sz w:val="24"/>
        </w:rPr>
        <w:t>Ὄλλει. φθείρει. Ὄληαι. ὀλεσθῇς. Ὀλιγαρχούμενοι. ὑπ’ ὀλίγων ἀρχόμενοι. τρεῖς δέ εἰσι πολιτεῖαι· βασιλεία, ὀλιγαρχία καὶ δημοκρατία.</w:t>
      </w:r>
    </w:p>
    <w:p>
      <w:r>
        <w:rPr>
          <w:rFonts w:ascii="Courier New" w:hAnsi="Courier New"/>
          <w:color w:val="555555"/>
          <w:sz w:val="20"/>
        </w:rPr>
        <w:t>[15]</w:t>
      </w:r>
    </w:p>
    <w:p>
      <w:r>
        <w:rPr>
          <w:rFonts w:ascii="Gentium Plus" w:hAnsi="Gentium Plus"/>
          <w:sz w:val="24"/>
        </w:rPr>
        <w:t>Ὀλιγοδρανέων. ὀλίγον ἰσχύων. [Ὀλιγηπελέων. ὀλίγον ἰσχύων.] Ὀλισθαίνει. ἐκπίπτει. †Ὀλινύειν. ἀργεῖν· λήγειν.† Ὁλοκαρπούμενον. ὅλον προσφερόμενον.</w:t>
      </w:r>
    </w:p>
    <w:p>
      <w:r>
        <w:rPr>
          <w:rFonts w:ascii="Courier New" w:hAnsi="Courier New"/>
          <w:color w:val="555555"/>
          <w:sz w:val="20"/>
        </w:rPr>
        <w:t>[20]</w:t>
      </w:r>
    </w:p>
    <w:p>
      <w:r>
        <w:rPr>
          <w:rFonts w:ascii="Gentium Plus" w:hAnsi="Gentium Plus"/>
          <w:sz w:val="24"/>
        </w:rPr>
        <w:t>Ὀλολύζω. θρηνῶ μετὰ κλαυθμοῦ καὶ κραυγῆς. Ὀλοφυρόμενος. ἀποδυρόμενος· κλαίων· θρη‐ νῶν. κυρίως δὲ τὸ μετὰ τιλμοῦ τῶν τριχῶν κλαίειν. Ὀλλόμενος. ἀπολλύμενος.</w:t>
      </w:r>
    </w:p>
    <w:p>
      <w:r>
        <w:rPr>
          <w:rFonts w:ascii="Courier New" w:hAnsi="Courier New"/>
          <w:color w:val="555555"/>
          <w:sz w:val="20"/>
        </w:rPr>
        <w:t>[25]</w:t>
      </w:r>
    </w:p>
    <w:p>
      <w:r>
        <w:rPr>
          <w:rFonts w:ascii="Gentium Plus" w:hAnsi="Gentium Plus"/>
          <w:sz w:val="24"/>
        </w:rPr>
        <w:t>Ὀλλύω. τὸ φθείρω. [οἱ μὲν παρὰ τὸ ὄλω, ὀλύω, πλεονασμῷ τοῦ λ, οἱ δὲ παρὰ τὸ ὄλλω.] Ὄλωλα καὶ ἀπόλωλα καὶ ὀλώλαμεν. ἀντὶ τοῦ ἀπεθάνομεν. καὶ ἀπολώλαμεν.</w:t>
      </w:r>
    </w:p>
    <w:p>
      <w:pPr>
        <w:jc w:val="center"/>
      </w:pPr>
      <w:r>
        <w:rPr>
          <w:rFonts w:ascii="Gentium Plus" w:hAnsi="Gentium Plus"/>
          <w:b/>
          <w:sz w:val="24"/>
        </w:rPr>
        <w:t>(Ἐπίῤῥημα.)</w:t>
      </w:r>
    </w:p>
    <w:p>
      <w:r>
        <w:rPr>
          <w:rFonts w:ascii="Courier New" w:hAnsi="Courier New"/>
          <w:color w:val="555555"/>
          <w:sz w:val="20"/>
        </w:rPr>
        <w:t>[30]</w:t>
      </w:r>
    </w:p>
    <w:p>
      <w:r>
        <w:rPr>
          <w:rFonts w:ascii="Gentium Plus" w:hAnsi="Gentium Plus"/>
          <w:sz w:val="24"/>
        </w:rPr>
        <w:t>Ὁλικῶς. ἐξ ὅλου. Ὁλοτελῶς. τελείως. ἐξ ὁλοκλήρου. Ὅλως. παντελῶς. ὅλως ὀψιμαθὴς, ὅλως σο‐</w:t>
      </w:r>
    </w:p>
    <w:p>
      <w:pPr>
        <w:jc w:val="center"/>
      </w:pPr>
      <w:r>
        <w:rPr>
          <w:rFonts w:ascii="Gentium Plus" w:hAnsi="Gentium Plus"/>
          <w:b/>
          <w:sz w:val="24"/>
        </w:rPr>
        <w:t>Τὸ Ο μετὰ τοῦ Μ.</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Ὅμαδος. ὁ θόρυβος. ἡ κραυγή. οἱονεὶ ἅμαυ‐ δός τις ὤν· παρὰ τὸ ὁμοῦ πολλὰ αὐδεῖν.</w:t>
      </w:r>
    </w:p>
    <w:p>
      <w:r>
        <w:rPr>
          <w:rFonts w:ascii="Courier New" w:hAnsi="Courier New"/>
          <w:color w:val="555555"/>
          <w:sz w:val="20"/>
        </w:rPr>
        <w:t>[5]</w:t>
      </w:r>
    </w:p>
    <w:p>
      <w:r>
        <w:rPr>
          <w:rFonts w:ascii="Gentium Plus" w:hAnsi="Gentium Plus"/>
          <w:sz w:val="24"/>
        </w:rPr>
        <w:t>Ὁμαίμων. ὁ γνήσιος ἀδελφός. Ὁμαίχμιος. ὁ μέσος. †Ὄμβρος ἐστὶν ἀθρόον ὕδωρ ἐκ νεφῶν ἐκκρινό‐ μενον.† Ὁμέστιος. σύνοικος· ἐγκάτοικος· ὁμόοικος.</w:t>
      </w:r>
    </w:p>
    <w:p>
      <w:r>
        <w:rPr>
          <w:rFonts w:ascii="Courier New" w:hAnsi="Courier New"/>
          <w:color w:val="555555"/>
          <w:sz w:val="20"/>
        </w:rPr>
        <w:t>[10]</w:t>
      </w:r>
    </w:p>
    <w:p>
      <w:r>
        <w:rPr>
          <w:rFonts w:ascii="Gentium Plus" w:hAnsi="Gentium Plus"/>
          <w:sz w:val="24"/>
        </w:rPr>
        <w:t>Ὁμῆλιξ. ὁ συνηλικιώτης. Ὅμηρος. κύριον. ὅμηρος καὶ ὁ πλησιόχωρος. παρὰ τὸ συνεῖναι τοῖς λαμβάνουσιν. οἷον ὁμοῦ συνόντων. Ὁμηρῖται. ἐθνικόν.</w:t>
      </w:r>
    </w:p>
    <w:p>
      <w:r>
        <w:rPr>
          <w:rFonts w:ascii="Courier New" w:hAnsi="Courier New"/>
          <w:color w:val="555555"/>
          <w:sz w:val="20"/>
        </w:rPr>
        <w:t>[15]</w:t>
      </w:r>
    </w:p>
    <w:p>
      <w:r>
        <w:rPr>
          <w:rFonts w:ascii="Gentium Plus" w:hAnsi="Gentium Plus"/>
          <w:sz w:val="24"/>
        </w:rPr>
        <w:t>Ὅμιλος. ἐπὶ μὲν τοῦ πολέμου, παρὰ τὸ ὁμοῦ τὰς ἴλας ἐμβάλλειν, ὅ ἐστι τὰς συστροφάς· ἐπὶ δὲ τῆς ἀναστροφῆς τοῦ πλήθους ἤγουν τοῦ ὄχλου, παρὰ τὸ ὁμοῦ εἰλεῖσθαι. Ὄμφαξ. ἡ ὠμὴ σταφυλή. οἱονεὶ ὠμόφαξ τις</w:t>
      </w:r>
    </w:p>
    <w:p>
      <w:r>
        <w:rPr>
          <w:rFonts w:ascii="Courier New" w:hAnsi="Courier New"/>
          <w:color w:val="555555"/>
          <w:sz w:val="20"/>
        </w:rPr>
        <w:t>[20]</w:t>
      </w:r>
    </w:p>
    <w:p>
      <w:r>
        <w:rPr>
          <w:rFonts w:ascii="Gentium Plus" w:hAnsi="Gentium Plus"/>
          <w:sz w:val="24"/>
        </w:rPr>
        <w:t>ὢν, καὶ συγκοπῇ ὄμφαξ. Ὁμογενῶν. συγγενῶν. Ὁμόγνιος. ἀδελφός. ἢ ὁ γνήσιος συγγενής. ὁμο‐ γνίου αἵματος. Ὁμοδίαιτος. ὁμοτράπεζος.</w:t>
      </w:r>
    </w:p>
    <w:p>
      <w:r>
        <w:rPr>
          <w:rFonts w:ascii="Courier New" w:hAnsi="Courier New"/>
          <w:color w:val="555555"/>
          <w:sz w:val="20"/>
        </w:rPr>
        <w:t>[25]</w:t>
      </w:r>
    </w:p>
    <w:p>
      <w:r>
        <w:rPr>
          <w:rFonts w:ascii="Gentium Plus" w:hAnsi="Gentium Plus"/>
          <w:sz w:val="24"/>
        </w:rPr>
        <w:t>Ὁμόδουλος. ὁ σύνδουλος. τὸ ὁμόδουλον [πῦρ.] Ὁμόθυμος. ὁ ὁμόφρων, ὁ τῆς ὁμοίας ψυχῆς καὶ καρτερίας. Ὁμοούσιος. ὁ ἐξ αὐτῆς τῆς τοῦ ὑποκειμένου οὐ‐ σίας ὑπάρχων.</w:t>
      </w:r>
    </w:p>
    <w:p>
      <w:r>
        <w:rPr>
          <w:rFonts w:ascii="Courier New" w:hAnsi="Courier New"/>
          <w:color w:val="555555"/>
          <w:sz w:val="20"/>
        </w:rPr>
        <w:t>[30]</w:t>
      </w:r>
    </w:p>
    <w:p>
      <w:r>
        <w:rPr>
          <w:rFonts w:ascii="Gentium Plus" w:hAnsi="Gentium Plus"/>
          <w:sz w:val="24"/>
        </w:rPr>
        <w:t>Ὁμόσιτος. ὁμοδίαιτος. Ὁμοσπόνδους. τοὺς ὁμοφύλους. ἀπὸ τοῦ σπέν‐</w:t>
      </w:r>
    </w:p>
    <w:p>
      <w:r>
        <w:rPr>
          <w:rFonts w:ascii="Courier New" w:hAnsi="Courier New"/>
          <w:color w:val="555555"/>
          <w:sz w:val="20"/>
        </w:rPr>
        <w:t>[omicron 1447]</w:t>
      </w:r>
    </w:p>
    <w:p>
      <w:r>
        <w:rPr>
          <w:rFonts w:ascii="Gentium Plus" w:hAnsi="Gentium Plus"/>
          <w:sz w:val="24"/>
        </w:rPr>
        <w:t>Ὁμόσφυρος. ὁ ἀδελφός. διὰ τὸ περὶ τὰ αὐτὰ, τὰ σφυρὰ τῆς μητρὸς πεσεῖν γεννηθέντα. Ὁμοφυής. ὁ ὁμογενής. †Ὄμπνιος. τρόφιμος.†</w:t>
      </w:r>
    </w:p>
    <w:p>
      <w:r>
        <w:rPr>
          <w:rFonts w:ascii="Courier New" w:hAnsi="Courier New"/>
          <w:color w:val="555555"/>
          <w:sz w:val="20"/>
        </w:rPr>
        <w:t>[5]</w:t>
      </w:r>
    </w:p>
    <w:p>
      <w:r>
        <w:rPr>
          <w:rFonts w:ascii="Gentium Plus" w:hAnsi="Gentium Plus"/>
          <w:sz w:val="24"/>
        </w:rPr>
        <w:t>Ὀμφαλός. κυρίως ἐπὶ τοῦ ἡμετέρου σώματος κατὰ τὸ μέσον εἴρηται. παρὰ τὸ ὀμπνεῖν, ὅ ἐστιν ἀναπνεῖν, γίνεται ὀμπναλὸς καὶ ὀμφαλὸς κατὰ τροπὴν τοῦ π εἰς φ, καὶ ἀποβολῇ τοῦ ν. ὀμφαλός ἐστι, δι’ οὗ τὸ ἔμβρυον ἀναπνεῖ· τὸ</w:t>
      </w:r>
    </w:p>
    <w:p>
      <w:r>
        <w:rPr>
          <w:rFonts w:ascii="Courier New" w:hAnsi="Courier New"/>
          <w:color w:val="555555"/>
          <w:sz w:val="20"/>
        </w:rPr>
        <w:t>[10]</w:t>
      </w:r>
    </w:p>
    <w:p>
      <w:r>
        <w:rPr>
          <w:rFonts w:ascii="Gentium Plus" w:hAnsi="Gentium Plus"/>
          <w:sz w:val="24"/>
        </w:rPr>
        <w:t>γὰρ βρέφος κατὰ γαστρὸς ὂν παρὰ αὐτὸν εἰλεῖ‐ ται καὶ ἀναπνεῖ καὶ τρέφεται. ἢ παρὰ τὸ φαλῷ ἐοικέναι· ἐκκρεμὴς γάρ ἐστιν ἐν ἀρχῇ πρὸ τῆς ἀποτομῆς. εἴρηται δὲ μεταφορικῶς καὶ ἐπὶ ζυ‐ γοῦ καὶ ἀσπίδος καὶ ἄλλων τινῶν.</w:t>
      </w:r>
    </w:p>
    <w:p>
      <w:r>
        <w:rPr>
          <w:rFonts w:ascii="Courier New" w:hAnsi="Courier New"/>
          <w:color w:val="555555"/>
          <w:sz w:val="20"/>
        </w:rPr>
        <w:t>[15]</w:t>
      </w:r>
    </w:p>
    <w:p>
      <w:r>
        <w:rPr>
          <w:rFonts w:ascii="Gentium Plus" w:hAnsi="Gentium Plus"/>
          <w:sz w:val="24"/>
        </w:rPr>
        <w:t>Ὁμοίϊος. ὅμοιος. πλεονασμῷ τοῦ ι, ὡς γελοῖος γελοίϊος. Ὁμώλακες. ὁμοαύλακες, ὅμοροι. ὤλακα γὰρ τὴν αὔλακα λέγουσιν οἱ Δωριεῖς. Ὁμωρόφιος. ὁ ὁμόστεγος.</w:t>
      </w:r>
    </w:p>
    <w:p>
      <w:r>
        <w:rPr>
          <w:rFonts w:ascii="Courier New" w:hAnsi="Courier New"/>
          <w:color w:val="555555"/>
          <w:sz w:val="20"/>
        </w:rPr>
        <w:t>[20]</w:t>
      </w:r>
    </w:p>
    <w:p>
      <w:r>
        <w:rPr>
          <w:rFonts w:ascii="Gentium Plus" w:hAnsi="Gentium Plus"/>
          <w:sz w:val="24"/>
        </w:rPr>
        <w:t>Ὅμορος. γείτων. πλησιόχωρος.</w:t>
      </w:r>
    </w:p>
    <w:p>
      <w:pPr>
        <w:jc w:val="center"/>
      </w:pPr>
      <w:r>
        <w:rPr>
          <w:rFonts w:ascii="Gentium Plus" w:hAnsi="Gentium Plus"/>
          <w:b/>
          <w:sz w:val="24"/>
        </w:rPr>
        <w:t>(Θηλυκόν.)</w:t>
      </w:r>
    </w:p>
    <w:p>
      <w:r>
        <w:rPr>
          <w:rFonts w:ascii="Courier New" w:hAnsi="Courier New"/>
          <w:color w:val="555555"/>
          <w:sz w:val="20"/>
        </w:rPr>
        <w:t>[22]</w:t>
      </w:r>
    </w:p>
    <w:p>
      <w:r>
        <w:rPr>
          <w:rFonts w:ascii="Gentium Plus" w:hAnsi="Gentium Plus"/>
          <w:sz w:val="24"/>
        </w:rPr>
        <w:t>Ὁμήγυρις. συνάθροισμα. παρὰ τὸ ὁμοῦ ἀγείρε‐ σθαι καὶ συναθροίζεσθαι. Ὁμηλικιῶτις. ἡ συνῆλιξ καὶ ὁμῆλιξ.</w:t>
      </w:r>
    </w:p>
    <w:p>
      <w:r>
        <w:rPr>
          <w:rFonts w:ascii="Courier New" w:hAnsi="Courier New"/>
          <w:color w:val="555555"/>
          <w:sz w:val="20"/>
        </w:rPr>
        <w:t>[25]</w:t>
      </w:r>
    </w:p>
    <w:p>
      <w:r>
        <w:rPr>
          <w:rFonts w:ascii="Gentium Plus" w:hAnsi="Gentium Plus"/>
          <w:sz w:val="24"/>
        </w:rPr>
        <w:t>Ὁμηρεία. ἡ τοῦ ὁμήρου, καὶ ἡ συναλλαγὴ καὶ ἀντιπρόσοψις. Ὁμίχλη. σκότος· ἀορασία. ἢ παχὺς καὶ ὑγρὸς ἀήρ. οἱονεὶ ὁμοΐλη τις οὖσα. παρὰ τὸ ὁμοῦ καὶ τὴν εἵλησιν τῶν νεφῶν, ὁμίλη, καὶ πλεονα‐</w:t>
      </w:r>
    </w:p>
    <w:p>
      <w:r>
        <w:rPr>
          <w:rFonts w:ascii="Courier New" w:hAnsi="Courier New"/>
          <w:color w:val="555555"/>
          <w:sz w:val="20"/>
        </w:rPr>
        <w:t>[30]</w:t>
      </w:r>
    </w:p>
    <w:p>
      <w:r>
        <w:rPr>
          <w:rFonts w:ascii="Gentium Plus" w:hAnsi="Gentium Plus"/>
          <w:sz w:val="24"/>
        </w:rPr>
        <w:t>σμῷ τοῦ χ ὁμίχλη.</w:t>
      </w:r>
    </w:p>
    <w:p>
      <w:r>
        <w:rPr>
          <w:rFonts w:ascii="Courier New" w:hAnsi="Courier New"/>
          <w:color w:val="555555"/>
          <w:sz w:val="20"/>
        </w:rPr>
        <w:t>[omicron 1448]</w:t>
      </w:r>
    </w:p>
    <w:p>
      <w:r>
        <w:rPr>
          <w:rFonts w:ascii="Gentium Plus" w:hAnsi="Gentium Plus"/>
          <w:sz w:val="24"/>
        </w:rPr>
        <w:t>Ὀμίχησις. ἡ οὔρησις. Ὁμοκλή. ἡ ἀπειλή. ἔστι ῥῆμα κλῶ, τὸ φωνῶ [καὶ λέγω. τὸ δὲ κλῶ ἀπὸ τοῦ καλῶ γίνεται κατὰ συγκοπήν. ἐκ τοῦ οὖν κλῶ καὶ τοῦ ὁμοῦ</w:t>
      </w:r>
    </w:p>
    <w:p>
      <w:r>
        <w:rPr>
          <w:rFonts w:ascii="Courier New" w:hAnsi="Courier New"/>
          <w:color w:val="555555"/>
          <w:sz w:val="20"/>
        </w:rPr>
        <w:t>[5]</w:t>
      </w:r>
    </w:p>
    <w:p>
      <w:r>
        <w:rPr>
          <w:rFonts w:ascii="Gentium Plus" w:hAnsi="Gentium Plus"/>
          <w:sz w:val="24"/>
        </w:rPr>
        <w:t>γέγονεν ὁμοκλῶ καὶ ὁμοκλή. οἱονεὶ ἡ ὁμοῦ πᾶσι λεγομένη. οἷον· —μετὰ δὲ Τρώεσσιν ὁμόκλα. ἀντὶ τοῦ πᾶσιν ἐφώνει καὶ ἔλεγεν. ὅθεν καὶ τὸ ἐνικλᾷν ἀντὶ τοῦ ἀντιλέγειν. τὴν γὰρ ἐν</w:t>
      </w:r>
    </w:p>
    <w:p>
      <w:r>
        <w:rPr>
          <w:rFonts w:ascii="Courier New" w:hAnsi="Courier New"/>
          <w:color w:val="555555"/>
          <w:sz w:val="20"/>
        </w:rPr>
        <w:t>[10]</w:t>
      </w:r>
    </w:p>
    <w:p>
      <w:r>
        <w:rPr>
          <w:rFonts w:ascii="Gentium Plus" w:hAnsi="Gentium Plus"/>
          <w:sz w:val="24"/>
        </w:rPr>
        <w:t>πρόθεσιν ἀντὶ τῆς ἀντὶ εὑρίσκομεν. ὡς παρὰ τῷ Σοφοκλεῖ· ἐγὼ δ’ Ὀδυσσέα τὸν σὸν ἐν‐ στάτην λέγω. ἀντὶ τοῦ ἀντιστάτην.] Ὀμόλη. ὄνομα ὄρους. Ὁμοφροσύνη. ἡ ὁμόνοια.</w:t>
      </w:r>
    </w:p>
    <w:p>
      <w:r>
        <w:rPr>
          <w:rFonts w:ascii="Courier New" w:hAnsi="Courier New"/>
          <w:color w:val="555555"/>
          <w:sz w:val="20"/>
        </w:rPr>
        <w:t>[15]</w:t>
      </w:r>
    </w:p>
    <w:p>
      <w:r>
        <w:rPr>
          <w:rFonts w:ascii="Gentium Plus" w:hAnsi="Gentium Plus"/>
          <w:sz w:val="24"/>
        </w:rPr>
        <w:t>Ὄμπνοια. ἡ ὁμόπνοια. ἢ ἀναπνοή. Ὀμφή. θεία φήμη, θεία φωνή. ἢ [θεῖος ὄνει‐ ρος.] παρὰ τὸ φῶ, τὸ φαίνω, καὶ τὸ ὂν γέγο‐ νεν ὀμφὴ, τροπῇ τοῦ ν εἰς μ. ἡ τὸ ὂν φαί‐ νουσα.</w:t>
      </w:r>
    </w:p>
    <w:p>
      <w:r>
        <w:rPr>
          <w:rFonts w:ascii="Courier New" w:hAnsi="Courier New"/>
          <w:color w:val="555555"/>
          <w:sz w:val="20"/>
        </w:rPr>
        <w:t>[20]</w:t>
      </w:r>
    </w:p>
    <w:p>
      <w:r>
        <w:rPr>
          <w:rFonts w:ascii="Gentium Plus" w:hAnsi="Gentium Plus"/>
          <w:sz w:val="24"/>
        </w:rPr>
        <w:t>Ὀμβριμαῖον. ὕδωρ. Ὁμήρειον ἔπος. τὸ τοῦ Ὁμήρου. Ὅμηρα. τὰ ἕνεκεν εἰρήνης διδόμενα ἐνέχυρα. Ὁμοιομερές. οὗ τὸ μέρος τῷ ὅλῳ ὁμοιοῦται. ἢ καὶ τὸ ἄλλοις καὶ τῷ ὅλῳ ὁμωνύμως λεγόμενον.</w:t>
      </w:r>
    </w:p>
    <w:p>
      <w:r>
        <w:rPr>
          <w:rFonts w:ascii="Courier New" w:hAnsi="Courier New"/>
          <w:color w:val="555555"/>
          <w:sz w:val="20"/>
        </w:rPr>
        <w:t>[25]</w:t>
      </w:r>
    </w:p>
    <w:p>
      <w:r>
        <w:rPr>
          <w:rFonts w:ascii="Gentium Plus" w:hAnsi="Gentium Plus"/>
          <w:sz w:val="24"/>
        </w:rPr>
        <w:t>Ὁμοιώματα. ὑφεστώτων μιμήματα. οἷον ἡλίου, σελήνης, ἀνθρώπων, θηρίων. Ὄμοργμα. ἀποπίασμα.</w:t>
      </w:r>
    </w:p>
    <w:p>
      <w:r>
        <w:rPr>
          <w:rFonts w:ascii="Courier New" w:hAnsi="Courier New"/>
          <w:color w:val="555555"/>
          <w:sz w:val="20"/>
        </w:rPr>
        <w:t>[omicron 1449]</w:t>
      </w:r>
    </w:p>
    <w:p>
      <w:r>
        <w:rPr>
          <w:rFonts w:ascii="Gentium Plus" w:hAnsi="Gentium Plus"/>
          <w:sz w:val="24"/>
        </w:rPr>
        <w:t>Ὁμόνομον. τὸ ἔχον τὴν αὐτὴν νομήν. Ὁμοούσιον. τὸ αὐτὸν κατὰ τὸ ὑποκείμενον. ἢ τὸ μηδαμῶς καὶ ἀπαραλείπτως ἐνδεὲς τοῦ ἑτέ‐ ρου. ἢ τὸ ἀπαράλλακτον κατὰ τὴν οὐσίαν.</w:t>
      </w:r>
    </w:p>
    <w:p>
      <w:r>
        <w:rPr>
          <w:rFonts w:ascii="Courier New" w:hAnsi="Courier New"/>
          <w:color w:val="555555"/>
          <w:sz w:val="20"/>
        </w:rPr>
        <w:t>[5]</w:t>
      </w:r>
    </w:p>
    <w:p>
      <w:r>
        <w:rPr>
          <w:rFonts w:ascii="Gentium Plus" w:hAnsi="Gentium Plus"/>
          <w:sz w:val="24"/>
        </w:rPr>
        <w:t>Ὁμοούσιον. τὸ τῆς αὐτῆς οὐσίας καὶ ἐνεργείας ἶσον ἀπαραλλάκτου ὑπάρχον, ὥσπερ ἄνθρωπος ἀνθρώπου, ἄγγελος ἀγγέλου, καὶ ζῶον ζώου, καὶ φλὸξ φλογός· ἐν διαφόροις μὲν ὑποστάσε‐ σιν, ἐν μιᾷ δὲ οὐσίᾳ ὄντα. ὁμοούσιον δὲ λέγεται,</w:t>
      </w:r>
    </w:p>
    <w:p>
      <w:r>
        <w:rPr>
          <w:rFonts w:ascii="Courier New" w:hAnsi="Courier New"/>
          <w:color w:val="555555"/>
          <w:sz w:val="20"/>
        </w:rPr>
        <w:t>[10]</w:t>
      </w:r>
    </w:p>
    <w:p>
      <w:r>
        <w:rPr>
          <w:rFonts w:ascii="Gentium Plus" w:hAnsi="Gentium Plus"/>
          <w:sz w:val="24"/>
        </w:rPr>
        <w:t>ὅτι μίαν οὐσίαν καὶ δύναμιν κέκτηται. πενταχῶς δὲ εἴρηται τὸ ὁμοούσιον· ὁμοούσιον συγγενές· ὁμογενές· ὁμοφυὲς καὶ ὁμόφυλον. ἢ ὁμοούσιον ἐστὶ τὸ τῇ δυνάμει ἐν τῇ αὐτῇ οὐσίᾳ ἔλαττον. οἷον λίθος σαθρὸς καὶ λίθος ἀκρότομος· ξύ‐</w:t>
      </w:r>
    </w:p>
    <w:p>
      <w:r>
        <w:rPr>
          <w:rFonts w:ascii="Courier New" w:hAnsi="Courier New"/>
          <w:color w:val="555555"/>
          <w:sz w:val="20"/>
        </w:rPr>
        <w:t>[15]</w:t>
      </w:r>
    </w:p>
    <w:p>
      <w:r>
        <w:rPr>
          <w:rFonts w:ascii="Gentium Plus" w:hAnsi="Gentium Plus"/>
          <w:sz w:val="24"/>
        </w:rPr>
        <w:t>λον φοίνικος καὶ ξύλον ἐβένινον· σὰρξ ἰχθύος καὶ σὰρξ καμήλου. ἑτεροούσιον δέ ἐστι τὸ κατὰ πάντα τρόπον τοῦ ἑτέρου ἀνόμοιον, ὡς πῦρ καὶ ὕδωρ, καὶ ἄνθρωπος καὶ ἄγγελος, καὶ πη‐ λὸς καὶ ἥλιος, πρὸς χλόην.</w:t>
      </w:r>
    </w:p>
    <w:p>
      <w:r>
        <w:rPr>
          <w:rFonts w:ascii="Courier New" w:hAnsi="Courier New"/>
          <w:color w:val="555555"/>
          <w:sz w:val="20"/>
        </w:rPr>
        <w:t>[20]</w:t>
      </w:r>
    </w:p>
    <w:p>
      <w:r>
        <w:rPr>
          <w:rFonts w:ascii="Gentium Plus" w:hAnsi="Gentium Plus"/>
          <w:sz w:val="24"/>
        </w:rPr>
        <w:t>Ὁμοϋπόστατον. τὸ εἰς μίαν καὶ τὴν αὐτὴν ὑπόστασιν ἄλλως συντεθειμένον, διάφορον δὲ τὸ αὐτὸ κατὰ τὴν οὐσίαν τυγχάνον, ὡς ἐπὶ ψυ‐ χῆς ἔχει καὶ σώματος καὶ τῶν ἄλλων, ὅσα φύσεως ἑτερότητι διαφέροντα καθ’ ὑπόστασιν</w:t>
      </w:r>
    </w:p>
    <w:p>
      <w:r>
        <w:rPr>
          <w:rFonts w:ascii="Courier New" w:hAnsi="Courier New"/>
          <w:color w:val="555555"/>
          <w:sz w:val="20"/>
        </w:rPr>
        <w:t>[25]</w:t>
      </w:r>
    </w:p>
    <w:p>
      <w:r>
        <w:rPr>
          <w:rFonts w:ascii="Gentium Plus" w:hAnsi="Gentium Plus"/>
          <w:sz w:val="24"/>
        </w:rPr>
        <w:t>ἥνωται. Ὁμώνυμα. ὁμώνυμα λέγεται, ὧν ὄνομα μὲν κοι‐ νὸν, ὁ δὲ κατὰ τοὔνομα λόγος τῆς οὐσίας ἕτε‐ ρος. οἷον οἱ Σίμωνες· καθὸ μὲν Σίμωνες ὁμώ‐ νυμοι. ἀναγκαίως οὖν εἴρηται κατὰ τοὔνομα.</w:t>
      </w:r>
    </w:p>
    <w:p>
      <w:r>
        <w:rPr>
          <w:rFonts w:ascii="Courier New" w:hAnsi="Courier New"/>
          <w:color w:val="555555"/>
          <w:sz w:val="20"/>
        </w:rPr>
        <w:t>[30]</w:t>
      </w:r>
    </w:p>
    <w:p>
      <w:r>
        <w:rPr>
          <w:rFonts w:ascii="Gentium Plus" w:hAnsi="Gentium Plus"/>
          <w:sz w:val="24"/>
        </w:rPr>
        <w:t>ὁ γὰρ λόγος ὁ σημαινόμενος ὑπὸ τοῦ ὀνόματος</w:t>
      </w:r>
    </w:p>
    <w:p>
      <w:r>
        <w:rPr>
          <w:rFonts w:ascii="Courier New" w:hAnsi="Courier New"/>
          <w:color w:val="555555"/>
          <w:sz w:val="20"/>
        </w:rPr>
        <w:t>[omicron 1450]</w:t>
      </w:r>
    </w:p>
    <w:p>
      <w:r>
        <w:rPr>
          <w:rFonts w:ascii="Gentium Plus" w:hAnsi="Gentium Plus"/>
          <w:sz w:val="24"/>
        </w:rPr>
        <w:t>ἕτερος. ἄλλος γὰρ ὁ Κανανίτης Σίμων μετὰ τῆς διαφορᾶς, καὶ ἄλλος ὁ ζηλωτής. [οὐδὲν δὲ ἀδύ‐ νατον τὰ αὐτὰ †πράγματα ὁμώνυμά τε εἶναι καὶ συνώνυμα† κατ’ ἄλλο †μέν τι† καὶ ἄλλο</w:t>
      </w:r>
    </w:p>
    <w:p>
      <w:r>
        <w:rPr>
          <w:rFonts w:ascii="Courier New" w:hAnsi="Courier New"/>
          <w:color w:val="555555"/>
          <w:sz w:val="20"/>
        </w:rPr>
        <w:t>[5]</w:t>
      </w:r>
    </w:p>
    <w:p>
      <w:r>
        <w:rPr>
          <w:rFonts w:ascii="Gentium Plus" w:hAnsi="Gentium Plus"/>
          <w:sz w:val="24"/>
        </w:rPr>
        <w:t>καὶ †οὐ† κατὰ τὸ αὐτό.] Ὁμώνυμον ὄνομά ἐστι τὸ κατὰ πολλῶν ὁμωνύ‐ μως τιθέμενον, οἷον ἐπὶ μὲν κυρίων, ὡς Θωμᾶς ὁ Λεββαῖος καὶ Θωμᾶς ὁ δίδυμος· ἐπὶ δὲ προσ‐ ηγορικῶν, ὡς κύων θαλάσσιος καὶ κύων χερ‐</w:t>
      </w:r>
    </w:p>
    <w:p>
      <w:r>
        <w:rPr>
          <w:rFonts w:ascii="Courier New" w:hAnsi="Courier New"/>
          <w:color w:val="555555"/>
          <w:sz w:val="20"/>
        </w:rPr>
        <w:t>[10]</w:t>
      </w:r>
    </w:p>
    <w:p>
      <w:r>
        <w:rPr>
          <w:rFonts w:ascii="Gentium Plus" w:hAnsi="Gentium Plus"/>
          <w:sz w:val="24"/>
        </w:rPr>
        <w:t>σαῖος. Ὁμοούσιον. τὸ τῆς αὐτῆς οὐσίας ἄλλο τυγχάνον, διάφορον δὲ τὸ αὐτὸ κατὰ τὴν ὑπόστασιν ὄν· ὡς ἐπί τε ἀνθρώπου καὶ τῶν ἄλλων ἔχει εἰ‐ δῶν.</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Ὁμαρτεῖν καὶ ἁμαρτεῖν. ἀμφότερα ἐπὶ τοῦ ἐπιτυχεῖν καὶ ἀκολουθεῖν· τὸ δὲ δεύτερον καὶ ἐπὶ τοῦ συμπράξαι. [οἷον· τὼ δ’ ἐξ οἴκου βῆσαν ἁμαρτήσαντες ἅμ’ ἄμφω.</w:t>
      </w:r>
    </w:p>
    <w:p>
      <w:r>
        <w:rPr>
          <w:rFonts w:ascii="Courier New" w:hAnsi="Courier New"/>
          <w:color w:val="555555"/>
          <w:sz w:val="20"/>
        </w:rPr>
        <w:t>[20]</w:t>
      </w:r>
    </w:p>
    <w:p>
      <w:r>
        <w:rPr>
          <w:rFonts w:ascii="Gentium Plus" w:hAnsi="Gentium Plus"/>
          <w:sz w:val="24"/>
        </w:rPr>
        <w:t>εἴρηται παρὰ τὸ ἄρω βαρύτονον, ὁ μέλλων αἰο‐ λικῶς ἄρσω, ὄνομα ῥῆμα ἀρτὸς, καὶ ἐξ αὐτοῦ ῥῆμα ἀρτῶ, καὶ ἐν συνθέσει μετὰ τοῦ ἅμα ἐπιῤῥήματος τοῦ δηλοῦντος τὸ ὁμοῦ γίνεται ἁμααρτῶ καὶ ἐν συγκοπῇ ἁμαρτῶ. καὶ ὁμαρ‐</w:t>
      </w:r>
    </w:p>
    <w:p>
      <w:r>
        <w:rPr>
          <w:rFonts w:ascii="Courier New" w:hAnsi="Courier New"/>
          <w:color w:val="555555"/>
          <w:sz w:val="20"/>
        </w:rPr>
        <w:t>[25]</w:t>
      </w:r>
    </w:p>
    <w:p>
      <w:r>
        <w:rPr>
          <w:rFonts w:ascii="Gentium Plus" w:hAnsi="Gentium Plus"/>
          <w:sz w:val="24"/>
        </w:rPr>
        <w:t>τήσαντες ἀντὶ τοῦ ἁρμόσαντες.] Ὀμβροβλυτῶ. ὑετὸν καταχέω. Ὀμβρήσας. ὑετήσας· καταχέας. ὀμβρίζω δὲ</w:t>
      </w:r>
    </w:p>
    <w:p>
      <w:r>
        <w:rPr>
          <w:rFonts w:ascii="Courier New" w:hAnsi="Courier New"/>
          <w:color w:val="555555"/>
          <w:sz w:val="20"/>
        </w:rPr>
        <w:t>[omicron 1451]</w:t>
      </w:r>
    </w:p>
    <w:p>
      <w:r>
        <w:rPr>
          <w:rFonts w:ascii="Gentium Plus" w:hAnsi="Gentium Plus"/>
          <w:sz w:val="24"/>
        </w:rPr>
        <w:t>Ὀμῇ. ἀντὶ τοῦ ὀμνύεις. Ὁμηρῆσαι. ἀγγελίας ποιῆσαι. ὁμηρίσαι δὲ τὰ τοῦ Ὁμήρου εἰπεῖν, ι. Ὁμηρῶ. περὶ διαλλαγῆς λαλῶ.</w:t>
      </w:r>
    </w:p>
    <w:p>
      <w:r>
        <w:rPr>
          <w:rFonts w:ascii="Courier New" w:hAnsi="Courier New"/>
          <w:color w:val="555555"/>
          <w:sz w:val="20"/>
        </w:rPr>
        <w:t>[5]</w:t>
      </w:r>
    </w:p>
    <w:p>
      <w:r>
        <w:rPr>
          <w:rFonts w:ascii="Gentium Plus" w:hAnsi="Gentium Plus"/>
          <w:sz w:val="24"/>
        </w:rPr>
        <w:t>†Ὁμηρῶ. συντυγχάνω.† Ὁμιλεῖ. συναναστρέφεται. Ὀμιχεῖν. οὐρεῖν καὶ χεῖν τὴν ἀμίδα. οἷον ἀμι‐ δαχεῖν. ἔστι δὲ καὶ βαρύτονον, ὀμίχω, ὁ μέλ‐ λων ὀμίξω, καὶ παρ’ Ἱππώνακτι·</w:t>
      </w:r>
    </w:p>
    <w:p>
      <w:r>
        <w:rPr>
          <w:rFonts w:ascii="Courier New" w:hAnsi="Courier New"/>
          <w:color w:val="555555"/>
          <w:sz w:val="20"/>
        </w:rPr>
        <w:t>[10]</w:t>
      </w:r>
    </w:p>
    <w:p>
      <w:r>
        <w:rPr>
          <w:rFonts w:ascii="Gentium Plus" w:hAnsi="Gentium Plus"/>
          <w:sz w:val="24"/>
        </w:rPr>
        <w:t>ὤμιξεν αἷμα καὶ χολὴν ἐτίλλησεν. Ὀμνύω. παρὰ τὸ ὁμῶ, ὁμονύω, καὶ ἐν συγκοπῇ ὀμνύω. Ὀμόρξασθαι. ἐκμάξασθαι. καὶ ὀμόργνυσιν ἀντὶ τοῦ ἀπομάττει καὶ ἀποπιάζει. [ἀπὸ τοῦ</w:t>
      </w:r>
    </w:p>
    <w:p>
      <w:r>
        <w:rPr>
          <w:rFonts w:ascii="Courier New" w:hAnsi="Courier New"/>
          <w:color w:val="555555"/>
          <w:sz w:val="20"/>
        </w:rPr>
        <w:t>[15]</w:t>
      </w:r>
    </w:p>
    <w:p>
      <w:r>
        <w:rPr>
          <w:rFonts w:ascii="Gentium Plus" w:hAnsi="Gentium Plus"/>
          <w:sz w:val="24"/>
        </w:rPr>
        <w:t>ἀμέλγω τρπῇ τοῦ α καὶ τοῦ ε εἰς τὸ ο καὶ τοῦ λ εἰς τὸ ρ, πλεονασμῷ δὲ τοῦ ν γίνεται ὀμόργνω καὶ ὀμοργνύω.] Ὀμόσαι. ἀντὶ τοῦ ὀμνύναι. ὁμόσε ἀντὶ τοῦ ὁμοῦ, ψιλόν.</w:t>
      </w:r>
    </w:p>
    <w:p>
      <w:r>
        <w:rPr>
          <w:rFonts w:ascii="Courier New" w:hAnsi="Courier New"/>
          <w:color w:val="555555"/>
          <w:sz w:val="20"/>
        </w:rPr>
        <w:t>[20]</w:t>
      </w:r>
    </w:p>
    <w:p>
      <w:r>
        <w:rPr>
          <w:rFonts w:ascii="Gentium Plus" w:hAnsi="Gentium Plus"/>
          <w:sz w:val="24"/>
        </w:rPr>
        <w:t>Ὁμορῶ. γειτονῶ· πλησιάζω. Ὁμοκλήσας. ἀπειλήσας. Ὁμοστιχάει. ὁμοῦ πορεύεται.</w:t>
      </w:r>
    </w:p>
    <w:p>
      <w:r>
        <w:rPr>
          <w:rFonts w:ascii="Courier New" w:hAnsi="Courier New"/>
          <w:color w:val="555555"/>
          <w:sz w:val="20"/>
        </w:rPr>
        <w:t>[omicron 1452]</w:t>
      </w:r>
    </w:p>
    <w:p>
      <w:r>
        <w:rPr>
          <w:rFonts w:ascii="Gentium Plus" w:hAnsi="Gentium Plus"/>
          <w:sz w:val="24"/>
        </w:rPr>
        <w:t>Ὁμωθῆναι. ἀντὶ τοῦ ὁμοιωθῆναι καὶ οἰκειω‐ θῆναι καὶ εἰς ὁμόνοιαν ἐλθεῖν. Ὀμωμοσμένος καὶ ὀμωμοκὼς, ὀμωμοκέναι. ὀμό‐ σας δὲ τὰ δύο μικρά.</w:t>
      </w:r>
    </w:p>
    <w:p>
      <w:r>
        <w:rPr>
          <w:rFonts w:ascii="Courier New" w:hAnsi="Courier New"/>
          <w:color w:val="555555"/>
          <w:sz w:val="20"/>
        </w:rPr>
        <w:t>[5]</w:t>
      </w:r>
    </w:p>
    <w:p>
      <w:r>
        <w:rPr>
          <w:rFonts w:ascii="Gentium Plus" w:hAnsi="Gentium Plus"/>
          <w:sz w:val="24"/>
        </w:rPr>
        <w:t>Ὁμηρείως. ἀντὶ τοῦ ὁμηρικῶς. Ὁμιλαδόν. ἀντὶ τοῦ ὁμοῦ καὶ κατὰ τάξιν. Ὁμόσε. ἀντὶ τοῦ ὁμοῦ. Ὁμῶς. ἀντὶ τοῦ ὁμοίως.</w:t>
      </w:r>
    </w:p>
    <w:p>
      <w:pPr>
        <w:jc w:val="center"/>
      </w:pPr>
      <w:r>
        <w:rPr>
          <w:rFonts w:ascii="Gentium Plus" w:hAnsi="Gentium Plus"/>
          <w:b/>
          <w:sz w:val="24"/>
        </w:rPr>
        <w:t>Τὸ Ο μετὰ τοῦ Ν.</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Ὀνησιφόρος. κύριον. καὶ ὁ ὠφέλειαν φέρων. Ὄναγροι. ζῶα κατάξηρα καὶ διψώδη. Ὀνήσιμος. κύριον. καὶ ὠφέλιμος. Ὀνηγήσιος. ὀνηλάτης.</w:t>
      </w:r>
    </w:p>
    <w:p>
      <w:r>
        <w:rPr>
          <w:rFonts w:ascii="Courier New" w:hAnsi="Courier New"/>
          <w:color w:val="555555"/>
          <w:sz w:val="20"/>
        </w:rPr>
        <w:t>[15]</w:t>
      </w:r>
    </w:p>
    <w:p>
      <w:r>
        <w:rPr>
          <w:rFonts w:ascii="Gentium Plus" w:hAnsi="Gentium Plus"/>
          <w:sz w:val="24"/>
        </w:rPr>
        <w:t>Ὀνείδιος λόγος. ὁ ὀνειδιστικός. Ὄνειρος. παρὰ τὸ ὀνῶ, τὸ ὠφελῶ, ὄνειρος. ὡς πέπω πέπειρος, ἀΐσσω αἴγειρος, μάσσω μάγει‐ ρος. ὄνοιρος δὲ δωρικῶς, ο καὶ ι. Ὀνομαστός. περιβόητος, ἔνδοξος.</w:t>
      </w:r>
    </w:p>
    <w:p>
      <w:r>
        <w:rPr>
          <w:rFonts w:ascii="Courier New" w:hAnsi="Courier New"/>
          <w:color w:val="555555"/>
          <w:sz w:val="20"/>
        </w:rPr>
        <w:t>[20]</w:t>
      </w:r>
    </w:p>
    <w:p>
      <w:r>
        <w:rPr>
          <w:rFonts w:ascii="Gentium Plus" w:hAnsi="Gentium Plus"/>
          <w:sz w:val="24"/>
        </w:rPr>
        <w:t>Ὄνος βρωμώμενος. βρῶμον ἐσθίων. ἔστι δὲ</w:t>
      </w:r>
    </w:p>
    <w:p>
      <w:r>
        <w:rPr>
          <w:rFonts w:ascii="Courier New" w:hAnsi="Courier New"/>
          <w:color w:val="555555"/>
          <w:sz w:val="20"/>
        </w:rPr>
        <w:t>[omicron 1453]</w:t>
      </w:r>
    </w:p>
    <w:p>
      <w:r>
        <w:rPr>
          <w:rFonts w:ascii="Gentium Plus" w:hAnsi="Gentium Plus"/>
          <w:sz w:val="24"/>
        </w:rPr>
        <w:t>Ὀνώρατος· Ὀνώριος· Ὀνώριχος. ὀνόματα κύ‐ ρια.</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Ὀνεία. ἡ ἰδέα τοῦ ὄνου.</w:t>
      </w:r>
    </w:p>
    <w:p>
      <w:r>
        <w:rPr>
          <w:rFonts w:ascii="Courier New" w:hAnsi="Courier New"/>
          <w:color w:val="555555"/>
          <w:sz w:val="20"/>
        </w:rPr>
        <w:t>[5]</w:t>
      </w:r>
    </w:p>
    <w:p>
      <w:r>
        <w:rPr>
          <w:rFonts w:ascii="Gentium Plus" w:hAnsi="Gentium Plus"/>
          <w:sz w:val="24"/>
        </w:rPr>
        <w:t>†Ὀνειρωξία. ὀνειροσχελία. οἰνοφλυγία.† Ὄνησις. ἡ ὠφέλεια. ὤνησις δὲ ἡ ἀγορασία, μέγα. Ὀνησιδώρα. κύριον. καὶ ἡ γῆ ἡ παρέχουσα καὶ δωρουμένη ὠφέλειαν. Ὄνθος. ἡ κόπρος τῶν βοῶν.</w:t>
      </w:r>
    </w:p>
    <w:p>
      <w:r>
        <w:rPr>
          <w:rFonts w:ascii="Courier New" w:hAnsi="Courier New"/>
          <w:color w:val="555555"/>
          <w:sz w:val="20"/>
        </w:rPr>
        <w:t>[10]</w:t>
      </w:r>
    </w:p>
    <w:p>
      <w:r>
        <w:rPr>
          <w:rFonts w:ascii="Gentium Plus" w:hAnsi="Gentium Plus"/>
          <w:sz w:val="24"/>
        </w:rPr>
        <w:t>Ὄνος. παρὰ τὴν ὄνησιν τὴν ἐξ αὐτῆς γινομέ‐ νην ἐν τοῖς ἔργοις. Ὄντωσις. ἡ αὔξησις. Ὄνυξ. παρὰ νύσσω, νύξω, νύξ· καὶ πλεονασμῷ τοῦ ο ὄνυξ. ἢ παρὰ τὸ ἀνοίγω, ἀνοίξω, ἄνυξ</w:t>
      </w:r>
    </w:p>
    <w:p>
      <w:r>
        <w:rPr>
          <w:rFonts w:ascii="Courier New" w:hAnsi="Courier New"/>
          <w:color w:val="555555"/>
          <w:sz w:val="20"/>
        </w:rPr>
        <w:t>[15]</w:t>
      </w:r>
    </w:p>
    <w:p>
      <w:r>
        <w:rPr>
          <w:rFonts w:ascii="Gentium Plus" w:hAnsi="Gentium Plus"/>
          <w:sz w:val="24"/>
        </w:rPr>
        <w:t>καὶ ὄνυξ, δι’ οὗ ἀνοίγεται ἡ σὰρξ καὶ ἀραιοῦται.</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Ὄν. πρᾶγμα αὐθυπόστατον ἢ ἐνυπόστατον· ἐν‐ υπόστατον δὲ ἐνταῦθα νοεῖται τὸ ἐν ἑτέρῳ ἔχον τὸ εἶναι.</w:t>
      </w:r>
    </w:p>
    <w:p>
      <w:r>
        <w:rPr>
          <w:rFonts w:ascii="Courier New" w:hAnsi="Courier New"/>
          <w:color w:val="555555"/>
          <w:sz w:val="20"/>
        </w:rPr>
        <w:t>[20]</w:t>
      </w:r>
    </w:p>
    <w:p>
      <w:r>
        <w:rPr>
          <w:rFonts w:ascii="Gentium Plus" w:hAnsi="Gentium Plus"/>
          <w:sz w:val="24"/>
        </w:rPr>
        <w:t>Ὀνείατα. τὰ βρώματα καὶ πάντα τὰ ὠφελοῦν‐ τα. [ὡς παρὰ τὸ οὐτήσω γίνεται ὠτειλὴ τροπῇ βοιωτικῇ τοῦ η εἰς τὴν ει δίφθογγον, οὕτως παρὰ τὸ ὀνήσω γίνεται ὄνειαρ, ὀνείατος, κατὰ</w:t>
      </w:r>
    </w:p>
    <w:p>
      <w:r>
        <w:rPr>
          <w:rFonts w:ascii="Courier New" w:hAnsi="Courier New"/>
          <w:color w:val="555555"/>
          <w:sz w:val="20"/>
        </w:rPr>
        <w:t>[omicron 1454]</w:t>
      </w:r>
    </w:p>
    <w:p>
      <w:r>
        <w:rPr>
          <w:rFonts w:ascii="Gentium Plus" w:hAnsi="Gentium Plus"/>
          <w:sz w:val="24"/>
        </w:rPr>
        <w:t>Ὄνειαρ. τὸ ὄφελος. Ὄνεια κρέα. ὄνων κρέα. Ὀνεῖον. τόπος, ἐν ᾧ οἱ ὄνοι. Ὀνείδη. χλευάσματα. †μέμψεις.†</w:t>
      </w:r>
    </w:p>
    <w:p>
      <w:r>
        <w:rPr>
          <w:rFonts w:ascii="Courier New" w:hAnsi="Courier New"/>
          <w:color w:val="555555"/>
          <w:sz w:val="20"/>
        </w:rPr>
        <w:t>[5]</w:t>
      </w:r>
    </w:p>
    <w:p>
      <w:r>
        <w:rPr>
          <w:rFonts w:ascii="Gentium Plus" w:hAnsi="Gentium Plus"/>
          <w:sz w:val="24"/>
        </w:rPr>
        <w:t>Ὀνίδιον. τὸ ἀειδούριον. Ὄνομα. τὸ ἑκάστου τῶν ὑποκειμένων ἢ πρα‐ γμάτων κοινὴν οὐσίαν σημαῖνον. ἢ ὄνομά ἐστι μέρος λόγου πτωτικὸν προτασσόμενον τῆς κλί‐ σεως τῶν ὀνομάτων καὶ ὑποτασσόμενον. ἢ ὄνο‐</w:t>
      </w:r>
    </w:p>
    <w:p>
      <w:r>
        <w:rPr>
          <w:rFonts w:ascii="Courier New" w:hAnsi="Courier New"/>
          <w:color w:val="555555"/>
          <w:sz w:val="20"/>
        </w:rPr>
        <w:t>[10]</w:t>
      </w:r>
    </w:p>
    <w:p>
      <w:r>
        <w:rPr>
          <w:rFonts w:ascii="Gentium Plus" w:hAnsi="Gentium Plus"/>
          <w:sz w:val="24"/>
        </w:rPr>
        <w:t>μά ἐστι μέρος λόγου πτωτικὸν σῶμα ἢ πρᾶγμα σημαῖνον· σῶμα μὲν, οἷον λίθος· πρᾶγμα δὲ, οἷον παιδεία. παρέπεται δὲ τῷ ὀνόματι πέντε· γένη, εἴδη, σχήματα, ἀριθμοὶ, πτῶσις. διό‐ τι καὶ τελικὰ ἀρσενικῶν ὀνομάτων στοιχεῖα εἰσὶ</w:t>
      </w:r>
    </w:p>
    <w:p>
      <w:r>
        <w:rPr>
          <w:rFonts w:ascii="Courier New" w:hAnsi="Courier New"/>
          <w:color w:val="555555"/>
          <w:sz w:val="20"/>
        </w:rPr>
        <w:t>[15]</w:t>
      </w:r>
    </w:p>
    <w:p>
      <w:r>
        <w:rPr>
          <w:rFonts w:ascii="Gentium Plus" w:hAnsi="Gentium Plus"/>
          <w:sz w:val="24"/>
        </w:rPr>
        <w:t>πέντε· ν ξ ρ ς ψ. ἢ ὄνομά ἐστι φωνὴ σημαν‐ τικὴ θέσει.</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Ὄναιντο. ὠφεληθεῖεν. καὶ ὄναιο. †Ὀνοτάζων. ἐκφαυλίζων.†</w:t>
      </w:r>
    </w:p>
    <w:p>
      <w:r>
        <w:rPr>
          <w:rFonts w:ascii="Courier New" w:hAnsi="Courier New"/>
          <w:color w:val="555555"/>
          <w:sz w:val="20"/>
        </w:rPr>
        <w:t>[20]</w:t>
      </w:r>
    </w:p>
    <w:p>
      <w:r>
        <w:rPr>
          <w:rFonts w:ascii="Gentium Plus" w:hAnsi="Gentium Plus"/>
          <w:sz w:val="24"/>
        </w:rPr>
        <w:t>Ὀνειροπολεῖ. φαντάζεται. ὡς ἐν ὀνείρῳ βλέ‐ πει. Ὀνειρώττει. ὀνείρους βλέπει. Ὀνειδιῶ. ἀττικὸς μέλλων.</w:t>
      </w:r>
    </w:p>
    <w:p>
      <w:r>
        <w:rPr>
          <w:rFonts w:ascii="Courier New" w:hAnsi="Courier New"/>
          <w:color w:val="555555"/>
          <w:sz w:val="20"/>
        </w:rPr>
        <w:t>[omicron 1455]</w:t>
      </w:r>
    </w:p>
    <w:p>
      <w:r>
        <w:rPr>
          <w:rFonts w:ascii="Gentium Plus" w:hAnsi="Gentium Plus"/>
          <w:sz w:val="24"/>
        </w:rPr>
        <w:t>Ὀνομῄνω. ἀντὶ τοῦ ὀνομάσω. [ἀπὸ τοῦ ὀνό‐ ματος ὀνομῄνω. τὸ ῥῆμα ὀνομαίνω, ὀνομανῶ, ὡς πῆμα, πημαίνω, πημανῶ.] Ὀναίμην. ἀντὶ τοῦ ἀπολαύσαιμί σου. φησὶν ὁ</w:t>
      </w:r>
    </w:p>
    <w:p>
      <w:r>
        <w:rPr>
          <w:rFonts w:ascii="Courier New" w:hAnsi="Courier New"/>
          <w:color w:val="555555"/>
          <w:sz w:val="20"/>
        </w:rPr>
        <w:t>[5]</w:t>
      </w:r>
    </w:p>
    <w:p>
      <w:r>
        <w:rPr>
          <w:rFonts w:ascii="Gentium Plus" w:hAnsi="Gentium Plus"/>
          <w:sz w:val="24"/>
        </w:rPr>
        <w:t>Ἀπόστολος· τῶν κατορθωμάτων ἴδοιμί σε πλου‐ τοῦντα ἐν ἅπασι πνευματικοῖς ἀγαθοῖς. ὁ Ἀπό‐ στολος· ἐγώ σου ὀναίμην ἐν κυρίῳ. Ὀνῶ. τὸ μέμφομαι. καὶ ὀνοτάζω, τὸ ὑβρίζω. Ὀνομαστί. ἐξ ὀνόματος.</w:t>
      </w:r>
    </w:p>
    <w:p>
      <w:r>
        <w:rPr>
          <w:rFonts w:ascii="Courier New" w:hAnsi="Courier New"/>
          <w:color w:val="555555"/>
          <w:sz w:val="20"/>
        </w:rPr>
        <w:t>[10]</w:t>
      </w:r>
    </w:p>
    <w:p>
      <w:r>
        <w:rPr>
          <w:rFonts w:ascii="Gentium Plus" w:hAnsi="Gentium Plus"/>
          <w:sz w:val="24"/>
        </w:rPr>
        <w:t>Ὄντως. ἀληθῶς. ὄντος δὲ, τοῦ ὑπάρχοντος. καὶ ὄντος τοῦ θεοῦ, μικρόν. καὶ ὀντότης, ἀπὸ τοῦ ὄντος.</w:t>
      </w:r>
    </w:p>
    <w:p>
      <w:pPr>
        <w:jc w:val="center"/>
      </w:pPr>
      <w:r>
        <w:rPr>
          <w:rFonts w:ascii="Gentium Plus" w:hAnsi="Gentium Plus"/>
          <w:b/>
          <w:sz w:val="24"/>
        </w:rPr>
        <w:t>Τὸ Ο μετὰ τοῦ Ξ.</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Ὀξυήκοος. ὁ ὀξέως ἀκούων. Ὀξυδερκής. ὁ ὀξέως καὶ ταχέως βλέπων, [δέρκω γὰρ τὸ βλέπω.] †Ὀξυωπέστερος. ὁ ὀξέως καὶ ταχέως βλέ‐ πων.†</w:t>
      </w:r>
    </w:p>
    <w:p>
      <w:r>
        <w:rPr>
          <w:rFonts w:ascii="Courier New" w:hAnsi="Courier New"/>
          <w:color w:val="555555"/>
          <w:sz w:val="20"/>
        </w:rPr>
        <w:t>[20]</w:t>
      </w:r>
    </w:p>
    <w:p>
      <w:r>
        <w:rPr>
          <w:rFonts w:ascii="Gentium Plus" w:hAnsi="Gentium Plus"/>
          <w:sz w:val="24"/>
        </w:rPr>
        <w:t>Ὀξύῤῥοπος. ὀξέως μετατρεπόμενος. Ὀξύς. γοργός.</w:t>
      </w:r>
    </w:p>
    <w:p>
      <w:r>
        <w:rPr>
          <w:rFonts w:ascii="Courier New" w:hAnsi="Courier New"/>
          <w:color w:val="555555"/>
          <w:sz w:val="20"/>
        </w:rPr>
        <w:t>[omicron 1456]</w:t>
      </w:r>
    </w:p>
    <w:p>
      <w:r>
        <w:rPr>
          <w:rFonts w:ascii="Gentium Plus" w:hAnsi="Gentium Plus"/>
          <w:sz w:val="24"/>
        </w:rPr>
        <w:t>Ὀξυβελής. ὁ ὀξέως βάλλων. ἢ ὁ ταχέως βαλ‐ λόμενος. Ὀξυηκοώτατος. ὁ ὀξέως ἀκούων. Ὀξύβαφος. οὐχὶ ὀξυβάφος.</w:t>
      </w:r>
    </w:p>
    <w:p>
      <w:r>
        <w:rPr>
          <w:rFonts w:ascii="Courier New" w:hAnsi="Courier New"/>
          <w:color w:val="555555"/>
          <w:sz w:val="20"/>
        </w:rPr>
        <w:t>[5]</w:t>
      </w:r>
    </w:p>
    <w:p>
      <w:r>
        <w:rPr>
          <w:rFonts w:ascii="Gentium Plus" w:hAnsi="Gentium Plus"/>
          <w:sz w:val="24"/>
        </w:rPr>
        <w:t>Ὀξόγαρος. βάρβαρον. [ὀξύγαρος γάρ. ὀξύγαρον οἰνηρὸν ἔτι κεκτήσεται.] Ὀξοάθρης καὶ Ὀξαώθρης. κύρια. Ὀξεῖα. ποιότης συλλαβῆς ἀνειμένον ἔχουσα [φθόγγον. ὠνόμασται δὲ ὀξεῖα ἐκ μεταφορᾶς</w:t>
      </w:r>
    </w:p>
    <w:p>
      <w:r>
        <w:rPr>
          <w:rFonts w:ascii="Courier New" w:hAnsi="Courier New"/>
          <w:color w:val="555555"/>
          <w:sz w:val="20"/>
        </w:rPr>
        <w:t>[10]</w:t>
      </w:r>
    </w:p>
    <w:p>
      <w:r>
        <w:rPr>
          <w:rFonts w:ascii="Gentium Plus" w:hAnsi="Gentium Plus"/>
          <w:sz w:val="24"/>
        </w:rPr>
        <w:t>τῶν ὀξέων δοράτων,] ἢ διὰ τὸ τοὺς ὀξεῖς ἥλους μιμεῖσθαι. Ὀξυχολία. ἔξαψις καρδίας παραυτίκα ὀρεγομένη κακῶσαι τὸν κακώσαντα. Ὀξυδέρκεια. τὸ ὀξέως βλέπειν. ὀξυδορκία δὲ, ι.</w:t>
      </w:r>
    </w:p>
    <w:p>
      <w:r>
        <w:rPr>
          <w:rFonts w:ascii="Courier New" w:hAnsi="Courier New"/>
          <w:color w:val="555555"/>
          <w:sz w:val="20"/>
        </w:rPr>
        <w:t>[15]</w:t>
      </w:r>
    </w:p>
    <w:p>
      <w:r>
        <w:rPr>
          <w:rFonts w:ascii="Gentium Plus" w:hAnsi="Gentium Plus"/>
          <w:sz w:val="24"/>
        </w:rPr>
        <w:t>Ὀξυρευγμία. ὅταν ἡ τροφὴ ἐποξίσῃ. οἶμαι, ὅτι ὀξερευγμία γράφεται.</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Ὄξος. τὸ παρ’ ἡμῖν. Ὦξος δὲ, ὄνομα [τόπου ἢ] ποταμοῦ, μέγα.</w:t>
      </w:r>
    </w:p>
    <w:p>
      <w:r>
        <w:rPr>
          <w:rFonts w:ascii="Courier New" w:hAnsi="Courier New"/>
          <w:color w:val="555555"/>
          <w:sz w:val="20"/>
        </w:rPr>
        <w:t>[20]</w:t>
      </w:r>
    </w:p>
    <w:p>
      <w:r>
        <w:rPr>
          <w:rFonts w:ascii="Gentium Plus" w:hAnsi="Gentium Plus"/>
          <w:sz w:val="24"/>
        </w:rPr>
        <w:t>Ὀξύῤῥοπον. τὸ ὀξέως ῥέπον καὶ μετατρεπό‐ μενον. Ὀξύπρωρον. ὀξεῖαν ἔχων τὴν πρώραν. Ὄξος. ὡς παχὺς γίνεται πάχος, καὶ ταχὺς τά‐</w:t>
      </w:r>
    </w:p>
    <w:p>
      <w:r>
        <w:rPr>
          <w:rFonts w:ascii="Courier New" w:hAnsi="Courier New"/>
          <w:color w:val="555555"/>
          <w:sz w:val="20"/>
        </w:rPr>
        <w:t>[omicron 1457]</w:t>
      </w:r>
    </w:p>
    <w:p>
      <w:r>
        <w:rPr>
          <w:rFonts w:ascii="Gentium Plus" w:hAnsi="Gentium Plus"/>
          <w:sz w:val="24"/>
        </w:rPr>
        <w:t>ὁ εἰς ὀξὺ καταβεβληκὼς οἶνος, ἐπειδὴ τέμνει καὶ κεντρίζει τὴν γεῦσιν. οἱ δὲ Κυρηναῖοι τὸ ὄξος εἶδος φασὶ, καὶ ἄλλοι γλυκάδιον.</w:t>
      </w:r>
    </w:p>
    <w:p>
      <w:pPr>
        <w:jc w:val="center"/>
      </w:pPr>
      <w:r>
        <w:rPr>
          <w:rFonts w:ascii="Gentium Plus" w:hAnsi="Gentium Plus"/>
          <w:b/>
          <w:sz w:val="24"/>
        </w:rPr>
        <w:t>Τὸ Ο μετὰ τοῦ Π.</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Ὀπαδός. ὁ ἀκόλουθος. [ὡς παρὰ τὸ πέμπω γί‐ νεται πομπὸς, καὶ παρὰ τὸ φέρβω φορβὸς, οὕ‐ τως καὶ παρὰ τὸ ἕπω ὀπὸς, ἐξ οὗ παράγωγον ὀπάζω. ἐκ τοῦ οὖν ὀπάζω, ὀπάσω, γίνεται</w:t>
      </w:r>
    </w:p>
    <w:p>
      <w:r>
        <w:rPr>
          <w:rFonts w:ascii="Courier New" w:hAnsi="Courier New"/>
          <w:color w:val="555555"/>
          <w:sz w:val="20"/>
        </w:rPr>
        <w:t>[10]</w:t>
      </w:r>
    </w:p>
    <w:p>
      <w:r>
        <w:rPr>
          <w:rFonts w:ascii="Gentium Plus" w:hAnsi="Gentium Plus"/>
          <w:sz w:val="24"/>
        </w:rPr>
        <w:t>ὀπαδὸς, ὡς φράζω, φράσω, φραδή. ἐκ δὲ τοῦ ὀπαδὸς κατὰ μετάθεσιν ὀπηδός.] †Ὁπαῖρος. ὁμοπάτριος.† Ὀπάονας. δούλους, ἀκολούθους.</w:t>
      </w:r>
    </w:p>
    <w:p>
      <w:r>
        <w:rPr>
          <w:rFonts w:ascii="Courier New" w:hAnsi="Courier New"/>
          <w:color w:val="555555"/>
          <w:sz w:val="20"/>
        </w:rPr>
        <w:t>[omicron 1458]</w:t>
      </w:r>
    </w:p>
    <w:p>
      <w:r>
        <w:rPr>
          <w:rFonts w:ascii="Gentium Plus" w:hAnsi="Gentium Plus"/>
          <w:sz w:val="24"/>
        </w:rPr>
        <w:t>Ὀπικοί. ἔθνος. Ὁπλότεροι. οἱ νεώτεροι. ἐπεὶ πρὸς ὅπλων ἀναί‐ ρεσιν εἰσίν. ἀπὸ τῶν ὅπλων οὖν ὁπλότεροι. Ὀπός. τὸ γαλακτῶδες τῆς συκῆς, καὶ ἡ πυτία,</w:t>
      </w:r>
    </w:p>
    <w:p>
      <w:r>
        <w:rPr>
          <w:rFonts w:ascii="Courier New" w:hAnsi="Courier New"/>
          <w:color w:val="555555"/>
          <w:sz w:val="20"/>
        </w:rPr>
        <w:t>[5]</w:t>
      </w:r>
    </w:p>
    <w:p>
      <w:r>
        <w:rPr>
          <w:rFonts w:ascii="Gentium Plus" w:hAnsi="Gentium Plus"/>
          <w:sz w:val="24"/>
        </w:rPr>
        <w:t>ἢ ᾧ χρῶνται τινὲς ἀντὶ πυτίας. †Ὀπουχέα. ὀμφάκιον.† †Ὀπτήρ. ὁ σκοπός.†</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†Ὀπαῖα. κεραμὶς τὴν ὀπὴν ἐπικλείουσα.†</w:t>
      </w:r>
    </w:p>
    <w:p>
      <w:r>
        <w:rPr>
          <w:rFonts w:ascii="Courier New" w:hAnsi="Courier New"/>
          <w:color w:val="555555"/>
          <w:sz w:val="20"/>
        </w:rPr>
        <w:t>[10]</w:t>
      </w:r>
    </w:p>
    <w:p>
      <w:r>
        <w:rPr>
          <w:rFonts w:ascii="Gentium Plus" w:hAnsi="Gentium Plus"/>
          <w:sz w:val="24"/>
        </w:rPr>
        <w:t>Ὄπασις. δόσις· παροχή. Ὀπή. ἡ νυκτερὶς, καὶ ἡ τρύπα. Ὀπίς. τὸ αἰδοῖον. Ὄπις. ἡ ἐξόπισθεν ἑπομένη τίσις ἢ ἡ ἐπιστρο‐ φή.</w:t>
      </w:r>
    </w:p>
    <w:p>
      <w:r>
        <w:rPr>
          <w:rFonts w:ascii="Courier New" w:hAnsi="Courier New"/>
          <w:color w:val="555555"/>
          <w:sz w:val="20"/>
        </w:rPr>
        <w:t>[15]</w:t>
      </w:r>
    </w:p>
    <w:p>
      <w:r>
        <w:rPr>
          <w:rFonts w:ascii="Gentium Plus" w:hAnsi="Gentium Plus"/>
          <w:sz w:val="24"/>
        </w:rPr>
        <w:t>Ὀπισθότονος. ἐναντίον κύρτωμα.</w:t>
      </w:r>
    </w:p>
    <w:p>
      <w:r>
        <w:rPr>
          <w:rFonts w:ascii="Courier New" w:hAnsi="Courier New"/>
          <w:color w:val="555555"/>
          <w:sz w:val="20"/>
        </w:rPr>
        <w:t>[omicron 1459]</w:t>
      </w:r>
    </w:p>
    <w:p>
      <w:r>
        <w:rPr>
          <w:rFonts w:ascii="Gentium Plus" w:hAnsi="Gentium Plus"/>
          <w:sz w:val="24"/>
        </w:rPr>
        <w:t>Ὁπλή. ἡ τῶν κτηνῶν ὄνυξ. [οἱονεὶ ἁπλὴ τὶς οὖσα, τροπῇ τοῦ α εἰς ο, ὡς ἄρχαμος, ὄρ‐ χαμος. καὶ ὁπλέων τῶν ὅπλων.] †Ὁπλοσμένα. ἡ Ἥρα.†</w:t>
      </w:r>
    </w:p>
    <w:p>
      <w:r>
        <w:rPr>
          <w:rFonts w:ascii="Courier New" w:hAnsi="Courier New"/>
          <w:color w:val="555555"/>
          <w:sz w:val="20"/>
        </w:rPr>
        <w:t>[5]</w:t>
      </w:r>
    </w:p>
    <w:p>
      <w:r>
        <w:rPr>
          <w:rFonts w:ascii="Gentium Plus" w:hAnsi="Gentium Plus"/>
          <w:sz w:val="24"/>
        </w:rPr>
        <w:t>†Ὁποῖα ἦν. οἷα ὑπῆρχεν.† †Ὀπτανία. ἡ ἀπόβλεψις.† Ὀπωπή. ἡ ὅρασις· ἡ πρόσοψις. παρὰ τὸ ὄπτω γίνεται ὀπὴ, [ὡς κόπτω, κοπὴ, καὶ κατὰ ἀνα‐ διπλασιασμὸν καὶ ἔκτασιν ὀπωπή.</w:t>
      </w:r>
    </w:p>
    <w:p>
      <w:r>
        <w:rPr>
          <w:rFonts w:ascii="Courier New" w:hAnsi="Courier New"/>
          <w:color w:val="555555"/>
          <w:sz w:val="20"/>
        </w:rPr>
        <w:t>[10]</w:t>
      </w:r>
    </w:p>
    <w:p>
      <w:r>
        <w:rPr>
          <w:rFonts w:ascii="Gentium Plus" w:hAnsi="Gentium Plus"/>
          <w:sz w:val="24"/>
        </w:rPr>
        <w:t>Δρύψε δέ οἱ βλέφαρον, γυμνὴ δ’ ἀπελείπετ’ ὀπωπή.] Ὀπτιλέτιν. ἱερὸν Ἀθηνᾶς.</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Ὀπίμια. τὰ λάφυρα.</w:t>
      </w:r>
    </w:p>
    <w:p>
      <w:r>
        <w:rPr>
          <w:rFonts w:ascii="Courier New" w:hAnsi="Courier New"/>
          <w:color w:val="555555"/>
          <w:sz w:val="20"/>
        </w:rPr>
        <w:t>[15]</w:t>
      </w:r>
    </w:p>
    <w:p>
      <w:r>
        <w:rPr>
          <w:rFonts w:ascii="Gentium Plus" w:hAnsi="Gentium Plus"/>
          <w:sz w:val="24"/>
        </w:rPr>
        <w:t>†Ὀπίσιον. αἰδοῖον γυναικός. καὶ ἀνδρεῖον ἰσχίον.† Ὅπλα. παρὰ τὸ ὀφέλλω, τὸ αὔξω. ὄφλα καὶ ὅπλα. τὰ κατὰ μῆκος ἐξελαυνόμενα ἐπὶ τοῦ ἄκμονος.</w:t>
      </w:r>
    </w:p>
    <w:p>
      <w:r>
        <w:rPr>
          <w:rFonts w:ascii="Courier New" w:hAnsi="Courier New"/>
          <w:color w:val="555555"/>
          <w:sz w:val="20"/>
        </w:rPr>
        <w:t>[20]</w:t>
      </w:r>
    </w:p>
    <w:p>
      <w:r>
        <w:rPr>
          <w:rFonts w:ascii="Gentium Plus" w:hAnsi="Gentium Plus"/>
          <w:sz w:val="24"/>
        </w:rPr>
        <w:t>Ὀπτανεῖον. μαγειρεῖον, ἢ ὁ φοῦρνος. Ὀπωροφυλάκιον. ἐν ᾧ ἡ ὀπώρα φυλάσσεται. Ὀπτόν. παρὰ τὸ ὄπτω, τὸ βλέπω. οἱονεὶ τὸ συνεχῶς ἐποπτευόμενον.</w:t>
      </w:r>
    </w:p>
    <w:p>
      <w:pPr>
        <w:jc w:val="center"/>
      </w:pPr>
      <w:r>
        <w:rPr>
          <w:rFonts w:ascii="Gentium Plus" w:hAnsi="Gentium Plus"/>
          <w:b/>
          <w:sz w:val="24"/>
        </w:rPr>
        <w:t>(Ῥῆμα.)</w:t>
      </w:r>
    </w:p>
    <w:p>
      <w:r>
        <w:rPr>
          <w:rFonts w:ascii="Courier New" w:hAnsi="Courier New"/>
          <w:color w:val="555555"/>
          <w:sz w:val="20"/>
        </w:rPr>
        <w:t>[25]</w:t>
      </w:r>
    </w:p>
    <w:p>
      <w:r>
        <w:rPr>
          <w:rFonts w:ascii="Gentium Plus" w:hAnsi="Gentium Plus"/>
          <w:sz w:val="24"/>
        </w:rPr>
        <w:t>Ὀπάζει. παρέχει. Ὀπηδεύω. ἀκολουθῶ. [—ἠΰτε μῆλα</w:t>
      </w:r>
    </w:p>
    <w:p>
      <w:r>
        <w:rPr>
          <w:rFonts w:ascii="Courier New" w:hAnsi="Courier New"/>
          <w:color w:val="555555"/>
          <w:sz w:val="20"/>
        </w:rPr>
        <w:t>[omicron 1460]</w:t>
      </w:r>
    </w:p>
    <w:p>
      <w:r>
        <w:rPr>
          <w:rFonts w:ascii="Gentium Plus" w:hAnsi="Gentium Plus"/>
          <w:sz w:val="24"/>
        </w:rPr>
        <w:t>Ὀπάων. ἀκολουθῶν. παρὰ τὸ ὀπάζω. Ὀπτανόμενος. βλέπων. Ὀπτόμενος. ὠπτημένος δὲ, μέγα. Ὀπύει. γαμεῖ.</w:t>
      </w:r>
    </w:p>
    <w:p>
      <w:r>
        <w:rPr>
          <w:rFonts w:ascii="Courier New" w:hAnsi="Courier New"/>
          <w:color w:val="555555"/>
          <w:sz w:val="20"/>
        </w:rPr>
        <w:t>[5]</w:t>
      </w:r>
    </w:p>
    <w:p>
      <w:r>
        <w:rPr>
          <w:rFonts w:ascii="Gentium Plus" w:hAnsi="Gentium Plus"/>
          <w:sz w:val="24"/>
        </w:rPr>
        <w:t>Ὄπωπα. εἶδον. ἀπὸ τοῦ ὄπτω ὦπα καὶ ὄπω‐ πα. τούτου δὲ οἱ κοινοὶ μέσοι παρακείμενοι, φημὶ δὴ τοῦ ὦπα καὶ τῶν λοιπῶν, οὐχ εὑρί‐ σκονται ἐν χρήσει, ὡς λέγει ὁ Χοιροβοσκός. ὠπώπειν δὲ ἐπὶ ὑπερσυντελίκου μέγα καὶ δί‐</w:t>
      </w:r>
    </w:p>
    <w:p>
      <w:r>
        <w:rPr>
          <w:rFonts w:ascii="Courier New" w:hAnsi="Courier New"/>
          <w:color w:val="555555"/>
          <w:sz w:val="20"/>
        </w:rPr>
        <w:t>[10]</w:t>
      </w:r>
    </w:p>
    <w:p>
      <w:r>
        <w:rPr>
          <w:rFonts w:ascii="Gentium Plus" w:hAnsi="Gentium Plus"/>
          <w:sz w:val="24"/>
        </w:rPr>
        <w:t>φθογγον. Ὀπιπτεύοντα. ἐποτρύνοντα. ἐπιτηροῦντα. Ἡσίο‐ δος· νείκε’ ὀπιπτεύοντ’ ἀγορῆς ἐπακούειν ἐόντα. Ὀπίζεο. ἐπιστροφὴν ποιοῦ.</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Ὅπη. ἀντὶ τοῦ ὁπηνίκα. Ὄπιθεν καὶ ὄπισθεν. διχῶς. εἰ μὲν ὄπιθεν, ἀπὸ τοῦ ὀπίσω· ὀπίσωθεν καὶ συγκοπῇ τῆς ςω συλλαβῆς ὄπιθεν· εἰ δὲ ὄπισθεν, ἀποκοπῇ</w:t>
      </w:r>
    </w:p>
    <w:p>
      <w:r>
        <w:rPr>
          <w:rFonts w:ascii="Courier New" w:hAnsi="Courier New"/>
          <w:color w:val="555555"/>
          <w:sz w:val="20"/>
        </w:rPr>
        <w:t>[20]</w:t>
      </w:r>
    </w:p>
    <w:p>
      <w:r>
        <w:rPr>
          <w:rFonts w:ascii="Gentium Plus" w:hAnsi="Gentium Plus"/>
          <w:sz w:val="24"/>
        </w:rPr>
        <w:t>τοῦ ω. Ὀπίσω. παρὰ τὸ ἐπὶ ὀπίσω, ὡς παρὰ τὸ ἐξ ἔξω καὶ εἰς εἴσω. τροπῇ τοῦ ε εἰς ο ὀπίσω. †Ὁπότε. χρονικὸν ἐπίῤῥημα.†</w:t>
      </w:r>
    </w:p>
    <w:p>
      <w:pPr>
        <w:jc w:val="center"/>
      </w:pPr>
      <w:r>
        <w:rPr>
          <w:rFonts w:ascii="Gentium Plus" w:hAnsi="Gentium Plus"/>
          <w:b/>
          <w:sz w:val="24"/>
        </w:rPr>
        <w:t>Τὸ Ο μετὰ τοῦ Ρ.</w:t>
      </w:r>
    </w:p>
    <w:p>
      <w:pPr>
        <w:jc w:val="center"/>
      </w:pPr>
      <w:r>
        <w:rPr>
          <w:rFonts w:ascii="Gentium Plus" w:hAnsi="Gentium Plus"/>
          <w:b/>
          <w:sz w:val="24"/>
        </w:rPr>
        <w:t>(Ἀρσενικόν.)</w:t>
      </w:r>
    </w:p>
    <w:p>
      <w:r>
        <w:rPr>
          <w:rFonts w:ascii="Courier New" w:hAnsi="Courier New"/>
          <w:color w:val="555555"/>
          <w:sz w:val="20"/>
        </w:rPr>
        <w:t>[26]</w:t>
      </w:r>
    </w:p>
    <w:p>
      <w:r>
        <w:rPr>
          <w:rFonts w:ascii="Gentium Plus" w:hAnsi="Gentium Plus"/>
          <w:sz w:val="24"/>
        </w:rPr>
        <w:t>Ὀρεύς. ὁ ἀείδαρος ἢ ὁ ἡμίονος. παρὰ τὸ ἐν ὄρε‐</w:t>
      </w:r>
    </w:p>
    <w:p>
      <w:r>
        <w:rPr>
          <w:rFonts w:ascii="Courier New" w:hAnsi="Courier New"/>
          <w:color w:val="555555"/>
          <w:sz w:val="20"/>
        </w:rPr>
        <w:t>[omicron 1461]</w:t>
      </w:r>
    </w:p>
    <w:p>
      <w:r>
        <w:rPr>
          <w:rFonts w:ascii="Gentium Plus" w:hAnsi="Gentium Plus"/>
          <w:sz w:val="24"/>
        </w:rPr>
        <w:t>Ὀρεωκόμος. ὁ ἐπιμελητὴς τῶν ἡμιόνων ἢ τῶν ἀειδάρων. Ὀρεσκῷος. ὁ ἐν ὄρεσι διαιτώμενος. κείω, ὃ ση‐ μαίνει τὸ κοιμῶμαι. ἀπὸ τοῦ κείω ὀρεσίκοιος</w:t>
      </w:r>
    </w:p>
    <w:p>
      <w:r>
        <w:rPr>
          <w:rFonts w:ascii="Courier New" w:hAnsi="Courier New"/>
          <w:color w:val="555555"/>
          <w:sz w:val="20"/>
        </w:rPr>
        <w:t>[5]</w:t>
      </w:r>
    </w:p>
    <w:p>
      <w:r>
        <w:rPr>
          <w:rFonts w:ascii="Gentium Plus" w:hAnsi="Gentium Plus"/>
          <w:sz w:val="24"/>
        </w:rPr>
        <w:t>καὶ συγκοπῇ καὶ τροπῇ τοῦ ο εἰς ω ὀρεσκῷος. καὶ μένει τὸ ι προσγεγραμμένον. [τὰ διὰ τοῦ ωος ὑπὲρ δύο συλλαβὰς ἔχει τὸ ι κατὰ τὴν παραλήγουσαν καὶ προπερισπᾶται. οἷον Ἀχε‐ λῷος, Μινῷος, πατρῷος, ἡρῷος, ὀρεσκῷος. οἷς</w:t>
      </w:r>
    </w:p>
    <w:p>
      <w:r>
        <w:rPr>
          <w:rFonts w:ascii="Courier New" w:hAnsi="Courier New"/>
          <w:color w:val="555555"/>
          <w:sz w:val="20"/>
        </w:rPr>
        <w:t>[10]</w:t>
      </w:r>
    </w:p>
    <w:p>
      <w:r>
        <w:rPr>
          <w:rFonts w:ascii="Gentium Plus" w:hAnsi="Gentium Plus"/>
          <w:sz w:val="24"/>
        </w:rPr>
        <w:t>συνεξηκολούθησε ἀθῶος, χωρὶς τοῦ κολωὸς, ὃ σημαίνει τὸν θόρυβον.] Ὀρθόδοξος καὶ ὀρθοδοξία. [ἀψευδὴς περὶ θεοῦ καὶ κτίσεως ὑπόληψις ἢ ἔννοια περὶ πάντων] ἀληθής. ἢ δόξα τῶν ὄντων, καθάπερ εἰσίν.</w:t>
      </w:r>
    </w:p>
    <w:p>
      <w:r>
        <w:rPr>
          <w:rFonts w:ascii="Courier New" w:hAnsi="Courier New"/>
          <w:color w:val="555555"/>
          <w:sz w:val="20"/>
        </w:rPr>
        <w:t>[15]</w:t>
      </w:r>
    </w:p>
    <w:p>
      <w:r>
        <w:rPr>
          <w:rFonts w:ascii="Gentium Plus" w:hAnsi="Gentium Plus"/>
          <w:sz w:val="24"/>
        </w:rPr>
        <w:t>Ὄρθρος. παρὰ τὸ αἴρειν, καὶ ὀρθίους ἡμᾶς ποιεῖν λεχήρεις ὄντας. Ὀρθός. ἐκ τοῦ ὄρω, ὄρσω, ῥηματικὸν ὄνομα ὀρ‐ τὸς καὶ ὀρθός. Ὀρειβάσιος. ὁ ἐν τῷ ὄρει βαίνων.</w:t>
      </w:r>
    </w:p>
    <w:p>
      <w:r>
        <w:rPr>
          <w:rFonts w:ascii="Courier New" w:hAnsi="Courier New"/>
          <w:color w:val="555555"/>
          <w:sz w:val="20"/>
        </w:rPr>
        <w:t>[20]</w:t>
      </w:r>
    </w:p>
    <w:p>
      <w:r>
        <w:rPr>
          <w:rFonts w:ascii="Gentium Plus" w:hAnsi="Gentium Plus"/>
          <w:sz w:val="24"/>
        </w:rPr>
        <w:t>Ὀρείχαλκος. εἶδος ὕλης οὕτω καλούμενον, ἥτις νῦν οὐχ εὑρίσκεται. ἄλλοι δὲ λέγουσιν, ὅτι χείμευσις ἐστὶ χαλκοῦ, τοῦ νυνὶ εὑρισκομένου λευκοῦ χαλκοῦ. Ἡσίοδος· ὃς εἰπὼν κνημῖδας ὀρειχάλκοιο φαεινοῦ.</w:t>
      </w:r>
    </w:p>
    <w:p>
      <w:r>
        <w:rPr>
          <w:rFonts w:ascii="Courier New" w:hAnsi="Courier New"/>
          <w:color w:val="555555"/>
          <w:sz w:val="20"/>
        </w:rPr>
        <w:t>[25]</w:t>
      </w:r>
    </w:p>
    <w:p>
      <w:r>
        <w:rPr>
          <w:rFonts w:ascii="Gentium Plus" w:hAnsi="Gentium Plus"/>
          <w:sz w:val="24"/>
        </w:rPr>
        <w:t>Ὅρκος. παράληψις τοῦ θείου, ἐπὶ πίστιν τοῦ λεγομένου ἢ πραττομένου. παρὰ τὸ εἴργειν τοὺς παραβαίνοντας. ὄργος καὶ τροπῇ τοῦ γ εἰς κ</w:t>
      </w:r>
    </w:p>
    <w:p>
      <w:r>
        <w:rPr>
          <w:rFonts w:ascii="Courier New" w:hAnsi="Courier New"/>
          <w:color w:val="555555"/>
          <w:sz w:val="20"/>
        </w:rPr>
        <w:t>[omicron 1462]</w:t>
      </w:r>
    </w:p>
    <w:p>
      <w:r>
        <w:rPr>
          <w:rFonts w:ascii="Gentium Plus" w:hAnsi="Gentium Plus"/>
          <w:sz w:val="24"/>
        </w:rPr>
        <w:t>Ὅρμος. ὁ λιμήν. —τὴν δ’ εἰς ὅρμον προσέρυσαν—. παρὰ τὸ ἕρμα, τὸ ἀσφάλισμα, γίνεται ὅρμος. ὅθεν καὶ ὁρμίσαι, τὸ ἐν ἀσφαλείᾳ εἶναι τὴν</w:t>
      </w:r>
    </w:p>
    <w:p>
      <w:r>
        <w:rPr>
          <w:rFonts w:ascii="Courier New" w:hAnsi="Courier New"/>
          <w:color w:val="555555"/>
          <w:sz w:val="20"/>
        </w:rPr>
        <w:t>[5]</w:t>
      </w:r>
    </w:p>
    <w:p>
      <w:r>
        <w:rPr>
          <w:rFonts w:ascii="Gentium Plus" w:hAnsi="Gentium Plus"/>
          <w:sz w:val="24"/>
        </w:rPr>
        <w:t>ναῦν. [ἐπὶ δὲ τοῦ κοσμίου, παρὰ τὸ εἴρω, τὸ συμπλέκω, ἐξ οὗ καὶ ὁρμιὰ καλεῖται ἡ σει‐ ρὰ, πρὸς ἣν τὸ ἄγκιστρον ἐπησφάλισται δεδε‐ μένον.] Ὁρμίσκος. ὁ περιτραχήλιος κόσμος.</w:t>
      </w:r>
    </w:p>
    <w:p>
      <w:r>
        <w:rPr>
          <w:rFonts w:ascii="Courier New" w:hAnsi="Courier New"/>
          <w:color w:val="555555"/>
          <w:sz w:val="20"/>
        </w:rPr>
        <w:t>[10]</w:t>
      </w:r>
    </w:p>
    <w:p>
      <w:r>
        <w:rPr>
          <w:rFonts w:ascii="Gentium Plus" w:hAnsi="Gentium Plus"/>
          <w:sz w:val="24"/>
        </w:rPr>
        <w:t>Ὁρμαθός. τὸ πλῆθος, ἡ τάξις. Ὄροβος. εἶδος κριθῆς. οἱονεὶ ὁ ἐρεπτόμενος ὑπὸ τῶν βοῶν. Ὅρος. λόγος σύντομος, δηλωτικὸς τῆς ὑποκειμέ‐ νης οὐσίας τῷ πράγματι. ἢ δηλωτικὸς τῆς φύ‐</w:t>
      </w:r>
    </w:p>
    <w:p>
      <w:r>
        <w:rPr>
          <w:rFonts w:ascii="Courier New" w:hAnsi="Courier New"/>
          <w:color w:val="555555"/>
          <w:sz w:val="20"/>
        </w:rPr>
        <w:t>[15]</w:t>
      </w:r>
    </w:p>
    <w:p>
      <w:r>
        <w:rPr>
          <w:rFonts w:ascii="Gentium Plus" w:hAnsi="Gentium Plus"/>
          <w:sz w:val="24"/>
        </w:rPr>
        <w:t>σεως τοῦ ὑποκειμένου πράγματος. ὅροι δὲ λέ‐ γονται ὡς ὁράσεις καὶ ὀφθαλμοὶ τῶν πραγμά‐ των τυγχάνοντες, καὶ ὡς ὁρίζοντες ἤτοι περι‐ κλείοντες συντόμως τὴν τοῦ ὀνόματος δύναμιν. οἷον ἀνθ’ οὗ λέγομεν, ὅτι ἄνθρωπος ἐστὶν οὐσία</w:t>
      </w:r>
    </w:p>
    <w:p>
      <w:r>
        <w:rPr>
          <w:rFonts w:ascii="Courier New" w:hAnsi="Courier New"/>
          <w:color w:val="555555"/>
          <w:sz w:val="20"/>
        </w:rPr>
        <w:t>[20]</w:t>
      </w:r>
    </w:p>
    <w:p>
      <w:r>
        <w:rPr>
          <w:rFonts w:ascii="Gentium Plus" w:hAnsi="Gentium Plus"/>
          <w:sz w:val="24"/>
        </w:rPr>
        <w:t>ἐκ σαρκὸς καὶ ψυχῆς καὶ λόγου καὶ αἵματος καὶ στοιχείων ἑτέρων πλειόνων· περιορίζομεν οὖν ταῦτα διὰ τοῦ ὅρου, λέγοντες, ὅτι ἄνθρω‐ πος ἐστὶ ζῶον λογικὸν καὶ θνητὸν, νοῦ καὶ ἐπι‐ στήμης δεκτικόν.</w:t>
      </w:r>
    </w:p>
    <w:p>
      <w:r>
        <w:rPr>
          <w:rFonts w:ascii="Courier New" w:hAnsi="Courier New"/>
          <w:color w:val="555555"/>
          <w:sz w:val="20"/>
        </w:rPr>
        <w:t>[25]</w:t>
      </w:r>
    </w:p>
    <w:p>
      <w:r>
        <w:rPr>
          <w:rFonts w:ascii="Gentium Plus" w:hAnsi="Gentium Plus"/>
          <w:sz w:val="24"/>
        </w:rPr>
        <w:t>Ὅρος τῶν ὅρων ἐστὶν ὁ πάντα μὲν ὁρίζων, αὐτὸς δὲ ὑπ’ οὐδενὸς ὁριζόμενος, ὅς ἐστι μόνος ὅρος τῶν ὅρων θεός. ἀόριστόν ἐστι τὸ κατ’ οὐσίαν θεός· δυσόριστον ἐστὶ τὸ μὴ καθόλου, ἀλλ’ ἐκ</w:t>
      </w:r>
    </w:p>
    <w:p>
      <w:r>
        <w:rPr>
          <w:rFonts w:ascii="Courier New" w:hAnsi="Courier New"/>
          <w:color w:val="555555"/>
          <w:sz w:val="20"/>
        </w:rPr>
        <w:t>[omicron 1463]</w:t>
      </w:r>
    </w:p>
    <w:p>
      <w:r>
        <w:rPr>
          <w:rFonts w:ascii="Gentium Plus" w:hAnsi="Gentium Plus"/>
          <w:sz w:val="24"/>
        </w:rPr>
        <w:t>τρία εἰσὶν ἐν ἀνθρώποις ἀγνώριστα καὶ ἀόρι‐ στα· θεός· ἄγγελος καὶ ψυχὴ, μόνῳ τῷ θεῷ γινωσκόμενα κατ’ οὐσίαν· λοιπὸν ὁ καλῶς δια‐ πορῶν πρὸς τὸν ἐναντίας· οὕτως λέγει. τί</w:t>
      </w:r>
    </w:p>
    <w:p>
      <w:r>
        <w:rPr>
          <w:rFonts w:ascii="Courier New" w:hAnsi="Courier New"/>
          <w:color w:val="555555"/>
          <w:sz w:val="20"/>
        </w:rPr>
        <w:t>[5]</w:t>
      </w:r>
    </w:p>
    <w:p>
      <w:r>
        <w:rPr>
          <w:rFonts w:ascii="Gentium Plus" w:hAnsi="Gentium Plus"/>
          <w:sz w:val="24"/>
        </w:rPr>
        <w:t>ὅρος καὶ τί τὸ ἀόριστον καὶ τί τὸ δυσόριστον καὶ τί τὸ εὐόριστον, εὐόριστον δέ ἐστι τὸ ψη‐ λαφώμενον καὶ φθειρόμενον, οἷον ὁ ἄρτος καὶ τὰ ὅμοια. ὅριον ἐστὶν ἀνυπόστατος ἢ ἀνυπέρ‐ βατος στάσις· ἀόριστόν ἐστι τὸ μόνον ἄκτιστον,</w:t>
      </w:r>
    </w:p>
    <w:p>
      <w:r>
        <w:rPr>
          <w:rFonts w:ascii="Courier New" w:hAnsi="Courier New"/>
          <w:color w:val="555555"/>
          <w:sz w:val="20"/>
        </w:rPr>
        <w:t>[10]</w:t>
      </w:r>
    </w:p>
    <w:p>
      <w:r>
        <w:rPr>
          <w:rFonts w:ascii="Gentium Plus" w:hAnsi="Gentium Plus"/>
          <w:sz w:val="24"/>
        </w:rPr>
        <w:t>θεός· δυσόριστον δὲ τὸ κτιστὸν καὶ ἀόρατον, ἄγγελος, ψυχὴ, δαίμων. Ὅρος. ἔστι λόγος ἐπέκεινα ἑαυτοῦ προελθεῖν τὸ πρᾶγμα, οὗ ἐστι, μὴ συγχωρῶν, διὰ τὸ ἐν αὐτῷ καὶ μόνον γνωρίζεσθαι.</w:t>
      </w:r>
    </w:p>
    <w:p>
      <w:r>
        <w:rPr>
          <w:rFonts w:ascii="Courier New" w:hAnsi="Courier New"/>
          <w:color w:val="555555"/>
          <w:sz w:val="20"/>
        </w:rPr>
        <w:t>[15]</w:t>
      </w:r>
    </w:p>
    <w:p>
      <w:r>
        <w:rPr>
          <w:rFonts w:ascii="Gentium Plus" w:hAnsi="Gentium Plus"/>
          <w:sz w:val="24"/>
        </w:rPr>
        <w:t>Ὅρος κακίας. ἡ πρὸς τὸ τέλος τῶν γινομένων ἐν τῇ φύσει δυνάμεων ἐνεργείας ἔλλειψις. ἢ ὅρος κακίας ἡ τῶν φυσικῶν δυνάμεων κατ’ ἐσφαλ‐ μένην κρίσιν ἐπ’ ἄλλων περὶ τὸ τέλος ἀλόγι‐ στος κίνησις. ὅρον πάλιν καλεῖ ὁ Ἀριστοτέλης,</w:t>
      </w:r>
    </w:p>
    <w:p>
      <w:r>
        <w:rPr>
          <w:rFonts w:ascii="Courier New" w:hAnsi="Courier New"/>
          <w:color w:val="555555"/>
          <w:sz w:val="20"/>
        </w:rPr>
        <w:t>[20]</w:t>
      </w:r>
    </w:p>
    <w:p>
      <w:r>
        <w:rPr>
          <w:rFonts w:ascii="Gentium Plus" w:hAnsi="Gentium Plus"/>
          <w:sz w:val="24"/>
        </w:rPr>
        <w:t>εἰς ὃν ἀναλύεται ἡ πρότασις. οἷον ἐστὶ πρότα‐ σις· Σωκράτης βαδίζει. αὕτη ἡ πρότασις ἀνα‐ λύεται εἰς Σωκράτην ὅρον ὄντα καὶ εἰς τὸ βα‐ δίζειν πάλιν ὅρον. Ὁριστὸν δέ ἐστι τὸ ἐπιδεχόμενον ὅρον, ὡς ἔχον</w:t>
      </w:r>
    </w:p>
    <w:p>
      <w:r>
        <w:rPr>
          <w:rFonts w:ascii="Courier New" w:hAnsi="Courier New"/>
          <w:color w:val="555555"/>
          <w:sz w:val="20"/>
        </w:rPr>
        <w:t>[25]</w:t>
      </w:r>
    </w:p>
    <w:p>
      <w:r>
        <w:rPr>
          <w:rFonts w:ascii="Gentium Plus" w:hAnsi="Gentium Plus"/>
          <w:sz w:val="24"/>
        </w:rPr>
        <w:t>ὕπαρξιν καὶ ἰδιοπεποιημένον. οἷον· ἄνθρωπος· ἵππος. ὡσαύτως δὲ καὶ τὸ ἀγαθόν. ἀόριστον δὲ τὸ ἀνείδεον καὶ ἀνύπαρκτον. ὡς τό· οὐκ ἄνθρωπος· οὐχ ἵππος· οὐκ ἀγαθόν. ὁμοίως ἀόριστόν ἐστι τὸ ἁπλῶς λεγόμενον καὶ μὴ ση‐</w:t>
      </w:r>
    </w:p>
    <w:p>
      <w:r>
        <w:rPr>
          <w:rFonts w:ascii="Courier New" w:hAnsi="Courier New"/>
          <w:color w:val="555555"/>
          <w:sz w:val="20"/>
        </w:rPr>
        <w:t>[30]</w:t>
      </w:r>
    </w:p>
    <w:p>
      <w:r>
        <w:rPr>
          <w:rFonts w:ascii="Gentium Plus" w:hAnsi="Gentium Plus"/>
          <w:sz w:val="24"/>
        </w:rPr>
        <w:t>μαῖνον τὸ τί ἢ τὸ ποσόν. ὡς ἵνα εἴπωμεν χρῶ‐ μα καὶ μὴ εἴπωμεν λευκὸν ἢ μέλαν, ἢ ἄνθρω‐</w:t>
      </w:r>
    </w:p>
    <w:p>
      <w:r>
        <w:rPr>
          <w:rFonts w:ascii="Courier New" w:hAnsi="Courier New"/>
          <w:color w:val="555555"/>
          <w:sz w:val="20"/>
        </w:rPr>
        <w:t>[omicron 1464]</w:t>
      </w:r>
    </w:p>
    <w:p>
      <w:r>
        <w:rPr>
          <w:rFonts w:ascii="Gentium Plus" w:hAnsi="Gentium Plus"/>
          <w:sz w:val="24"/>
        </w:rPr>
        <w:t>Ὅρος. ὁ τὸ ὂν τὶ εἶναι δηλῶν, ἢ λόγος ἐκ τῶν καθόλου καὶ κοινῶν ἴδιόν τι ἀποτελῶν. οἷον ἄνθρωπος, ζῶον, λογικὸν, θνητὸν, νοῦ καὶ ἐπιστήμης δεκτικόν. καὶ ἰδοὺ ἐκ τῶν καθόλου</w:t>
      </w:r>
    </w:p>
    <w:p>
      <w:r>
        <w:rPr>
          <w:rFonts w:ascii="Courier New" w:hAnsi="Courier New"/>
          <w:color w:val="555555"/>
          <w:sz w:val="20"/>
        </w:rPr>
        <w:t>[5]</w:t>
      </w:r>
    </w:p>
    <w:p>
      <w:r>
        <w:rPr>
          <w:rFonts w:ascii="Gentium Plus" w:hAnsi="Gentium Plus"/>
          <w:sz w:val="24"/>
        </w:rPr>
        <w:t>καὶ κοινῶν ἴδιόν τι ἀπετέλεσε. τουτέστι τὸν ἄνθρωπον. καὶ ἐκ μὲν τῶν καθόλου ἐστὶ ζῶον, ἐκ δὲ τῶν κοινῶν τὸ λογικόν. οὐ μόνον γὰρ ὁ ἄνθρωπος ἐστὶ λογικὸν, ἀλλὰ καὶ ἄγγελοι καὶ δαίμονες. εἴληπται δὲ ὅρος ἀπὸ τῶν τῆς γῆς</w:t>
      </w:r>
    </w:p>
    <w:p>
      <w:r>
        <w:rPr>
          <w:rFonts w:ascii="Courier New" w:hAnsi="Courier New"/>
          <w:color w:val="555555"/>
          <w:sz w:val="20"/>
        </w:rPr>
        <w:t>[10]</w:t>
      </w:r>
    </w:p>
    <w:p>
      <w:r>
        <w:rPr>
          <w:rFonts w:ascii="Gentium Plus" w:hAnsi="Gentium Plus"/>
          <w:sz w:val="24"/>
        </w:rPr>
        <w:t>ὁροθεσίων. ὥσπερ γὰρ τὰ ὁροθέσια χωρίζει τήν τε γῆν ἀπὸ τῆσδε, καὶ ἑκάστης τὸ ἴδιον φυλάσσει, τὸν αὐτὸν τρόπον καὶ ὁ ὅρος τοῦ ἀνθρώπου χωρίζει τὸν ἄνθρωπον ἀπὸ τοῦ ἵπ‐ που καὶ τῶν ὁμοίων. γίνεται δὲ ἀπὸ τοῦ εἴρω,</w:t>
      </w:r>
    </w:p>
    <w:p>
      <w:r>
        <w:rPr>
          <w:rFonts w:ascii="Courier New" w:hAnsi="Courier New"/>
          <w:color w:val="555555"/>
          <w:sz w:val="20"/>
        </w:rPr>
        <w:t>[15]</w:t>
      </w:r>
    </w:p>
    <w:p>
      <w:r>
        <w:rPr>
          <w:rFonts w:ascii="Gentium Plus" w:hAnsi="Gentium Plus"/>
          <w:sz w:val="24"/>
        </w:rPr>
        <w:t>τὸ συνάπτω καὶ συμπλέκω. ὡς σπείρω σπό‐ ρος, οὕτως καὶ εἴρω ὅρος. ἐπὶ δὲ τοῦ οὐδετέρου τὸ ὄρος τὸ ἀπὸ γῆς εἰς ὕψος αἰρόμενον. ἢ παρὰ τὸ ὄρω, τὸ ὁρμῶ, παράγωγον ὀρούω, γί‐ νεται ὄρος. καὶ περισπώμενον λέγεται ὀρῶ. ἔν‐</w:t>
      </w:r>
    </w:p>
    <w:p>
      <w:r>
        <w:rPr>
          <w:rFonts w:ascii="Courier New" w:hAnsi="Courier New"/>
          <w:color w:val="555555"/>
          <w:sz w:val="20"/>
        </w:rPr>
        <w:t>[20]</w:t>
      </w:r>
    </w:p>
    <w:p>
      <w:r>
        <w:rPr>
          <w:rFonts w:ascii="Gentium Plus" w:hAnsi="Gentium Plus"/>
          <w:sz w:val="24"/>
        </w:rPr>
        <w:t>θεν τὸ εἰκὸς, ὀρεῖται. ἢ παρὰ τὸ ὁρᾷν εἰς ὕψος δι’ αὐτοῦ. Ὁρισμός. δήλωσις πράγματος διὰ λόγου, οὗ χω‐ ρὶς οὐδὲ τί ἐστιν, οὐδ’ ὅτι ἐστὶ, γνωρίζεται. Ὀρόδαμνος καὶ ὄρπηξ. ἐπὶ τοῦ κλάδου. παρὰ</w:t>
      </w:r>
    </w:p>
    <w:p>
      <w:r>
        <w:rPr>
          <w:rFonts w:ascii="Courier New" w:hAnsi="Courier New"/>
          <w:color w:val="555555"/>
          <w:sz w:val="20"/>
        </w:rPr>
        <w:t>[25]</w:t>
      </w:r>
    </w:p>
    <w:p>
      <w:r>
        <w:rPr>
          <w:rFonts w:ascii="Gentium Plus" w:hAnsi="Gentium Plus"/>
          <w:sz w:val="24"/>
        </w:rPr>
        <w:t>τὸ ὀρούειν κατὰ τὴν αὔξησιν. Ὅρπηξ. ὁ κλάδος. παρὰ τὸ ἕρπειν καὶ ὀρούειν εἰς ὕψος πεποίηται. κλίνεται ὅρπηξ ὅρπηκος. Ὀρτάλιχος. ὁ νεοσσός. παρὰ τὸ γλίχεσθαι ὀρούειν καὶ πέτεσθαι.</w:t>
      </w:r>
    </w:p>
    <w:p>
      <w:r>
        <w:rPr>
          <w:rFonts w:ascii="Courier New" w:hAnsi="Courier New"/>
          <w:color w:val="555555"/>
          <w:sz w:val="20"/>
        </w:rPr>
        <w:t>[30]</w:t>
      </w:r>
    </w:p>
    <w:p>
      <w:r>
        <w:rPr>
          <w:rFonts w:ascii="Gentium Plus" w:hAnsi="Gentium Plus"/>
          <w:sz w:val="24"/>
        </w:rPr>
        <w:t>Ὀρυγμαδός. θόρυβος, τάραχος, κραυγή. ὁ ἐν ὄρει γινόμενος. [παρὰ τὸ ὄρος καὶ τὸ ὁμαδὸς,</w:t>
      </w:r>
    </w:p>
    <w:p>
      <w:r>
        <w:rPr>
          <w:rFonts w:ascii="Courier New" w:hAnsi="Courier New"/>
          <w:color w:val="555555"/>
          <w:sz w:val="20"/>
        </w:rPr>
        <w:t>[omicron 1465]</w:t>
      </w:r>
    </w:p>
    <w:p>
      <w:r>
        <w:rPr>
          <w:rFonts w:ascii="Gentium Plus" w:hAnsi="Gentium Plus"/>
          <w:sz w:val="24"/>
        </w:rPr>
        <w:t>βον, θορυβάξω, θορύβαγδος, καὶ μεταθέσει τοῦ β εἰς τὸ μ καὶ ἀποβολῇ τοῦ θ ὀρυμαγδός. καὶ ἐπὶ τοῦ ἁπλῶς θορύβου.] Ὀρφανός. ὁ μή τινα ἔχων βοηθόν. παρὰ τὸ</w:t>
      </w:r>
    </w:p>
    <w:p>
      <w:r>
        <w:rPr>
          <w:rFonts w:ascii="Courier New" w:hAnsi="Courier New"/>
          <w:color w:val="555555"/>
          <w:sz w:val="20"/>
        </w:rPr>
        <w:t>[5]</w:t>
      </w:r>
    </w:p>
    <w:p>
      <w:r>
        <w:rPr>
          <w:rFonts w:ascii="Gentium Plus" w:hAnsi="Gentium Plus"/>
          <w:sz w:val="24"/>
        </w:rPr>
        <w:t>ὄροφος ὀροφανὸς καὶ ὀρφανός. Ὄρχαμος. ὁ ἡγεμών. παρὰ τὸ ἄρχω ἄρχαμος καὶ ὄρχαμος. ὡς πάρδαλις ἡ δορά. καὶ πόρ‐ δαλις τὸ ζῶον. Ὄρχατος. ἡ ἐπίστιχος φυτεία. δι’ ἧς διερχό‐</w:t>
      </w:r>
    </w:p>
    <w:p>
      <w:r>
        <w:rPr>
          <w:rFonts w:ascii="Courier New" w:hAnsi="Courier New"/>
          <w:color w:val="555555"/>
          <w:sz w:val="20"/>
        </w:rPr>
        <w:t>[10]</w:t>
      </w:r>
    </w:p>
    <w:p>
      <w:r>
        <w:rPr>
          <w:rFonts w:ascii="Gentium Plus" w:hAnsi="Gentium Plus"/>
          <w:sz w:val="24"/>
        </w:rPr>
        <w:t>μεθα. διαφέρει ὀρχὸς ὀρχάτου. ὀρχὸς γάρ ἐστιν ὁ βόθρος, πρὸς ὃν ἐντίθεται τὸ φυτὸν πρὸς μοσχείαν. παρὰ τὸ ὀρύσσω. ὄρυχον τινὰ ὄντα. καὶ Ἀριστοφάνης τὸ μεταξὺ τῶν φυτῶν μετόρχμιον ἐκάλεσεν ἐν τοῖς Γεωργοῖς. ὁ δὲ</w:t>
      </w:r>
    </w:p>
    <w:p>
      <w:r>
        <w:rPr>
          <w:rFonts w:ascii="Courier New" w:hAnsi="Courier New"/>
          <w:color w:val="555555"/>
          <w:sz w:val="20"/>
        </w:rPr>
        <w:t>[15]</w:t>
      </w:r>
    </w:p>
    <w:p>
      <w:r>
        <w:rPr>
          <w:rFonts w:ascii="Gentium Plus" w:hAnsi="Gentium Plus"/>
          <w:sz w:val="24"/>
        </w:rPr>
        <w:t>Ἡσίοδος ὄρχον λέγει τὴν ἐπίστιχον τῶν ἀμ‐ πέλων φυτείαν. —παρὰ δέ σφισιν ὄρχος χρύσεος ἦν—. Ἀπίων δὲ ἐτυμολογεῖ παρὰ τὸ ὄρυσθαι τὴν γῆν</w:t>
      </w:r>
    </w:p>
    <w:p>
      <w:r>
        <w:rPr>
          <w:rFonts w:ascii="Courier New" w:hAnsi="Courier New"/>
          <w:color w:val="555555"/>
          <w:sz w:val="20"/>
        </w:rPr>
        <w:t>[20]</w:t>
      </w:r>
    </w:p>
    <w:p>
      <w:r>
        <w:rPr>
          <w:rFonts w:ascii="Gentium Plus" w:hAnsi="Gentium Plus"/>
          <w:sz w:val="24"/>
        </w:rPr>
        <w:t>πρὸς φυτείαν.</w:t>
      </w:r>
    </w:p>
    <w:p>
      <w:r>
        <w:rPr>
          <w:rFonts w:ascii="Courier New" w:hAnsi="Courier New"/>
          <w:color w:val="555555"/>
          <w:sz w:val="20"/>
        </w:rPr>
        <w:t>[omicron 1466]</w:t>
      </w:r>
    </w:p>
    <w:p>
      <w:r>
        <w:rPr>
          <w:rFonts w:ascii="Gentium Plus" w:hAnsi="Gentium Plus"/>
          <w:sz w:val="24"/>
        </w:rPr>
        <w:t>Ὀργιῶνες. οἱ θύται. παρὰ τὰ ὄργια, ὅ ἐστι τὰ θεῖα μυστήρια. Ὀῤῥός. τὸ γάλα. Ὅροι. οἱ ἀριθμοί.</w:t>
      </w:r>
    </w:p>
    <w:p>
      <w:r>
        <w:rPr>
          <w:rFonts w:ascii="Courier New" w:hAnsi="Courier New"/>
          <w:color w:val="555555"/>
          <w:sz w:val="20"/>
        </w:rPr>
        <w:t>[5]</w:t>
      </w:r>
    </w:p>
    <w:p>
      <w:r>
        <w:rPr>
          <w:rFonts w:ascii="Gentium Plus" w:hAnsi="Gentium Plus"/>
          <w:sz w:val="24"/>
        </w:rPr>
        <w:t>Ὀριτρόφος. ὁ ἐν ὄρει τρεφόμενος, ἰῶτα. γρά‐ φεται διὰ τὸ τ καὶ τὸ ρ.</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Ὅρασις. διὰ τὸ τοὺς ὅρους, τουτέστι τὰ πέρατα τῶν σωμάτων, καταλαμβάνειν.</w:t>
      </w:r>
    </w:p>
    <w:p>
      <w:r>
        <w:rPr>
          <w:rFonts w:ascii="Courier New" w:hAnsi="Courier New"/>
          <w:color w:val="555555"/>
          <w:sz w:val="20"/>
        </w:rPr>
        <w:t>[10]</w:t>
      </w:r>
    </w:p>
    <w:p>
      <w:r>
        <w:rPr>
          <w:rFonts w:ascii="Gentium Plus" w:hAnsi="Gentium Plus"/>
          <w:sz w:val="24"/>
        </w:rPr>
        <w:t>Ὀργή. θυμὸς ἐμμένων ἢ πάθος δαιμονιῶδες. Ὀργή. τρόπος. οὕτως Θουκυδίδης. Ὀργυιά. τὸ ἐξηπλωμένον μέτρον τῶν χειρῶν ἢ τὴν ἔκτασιν τῶν χειρῶν σὺν τῷ πλάτει τοῦ στήθους. παρὰ τὸ ὀρέγειν καὶ ἐκτείνειν τὰ γυῖα,</w:t>
      </w:r>
    </w:p>
    <w:p>
      <w:r>
        <w:rPr>
          <w:rFonts w:ascii="Courier New" w:hAnsi="Courier New"/>
          <w:color w:val="555555"/>
          <w:sz w:val="20"/>
        </w:rPr>
        <w:t>[15]</w:t>
      </w:r>
    </w:p>
    <w:p>
      <w:r>
        <w:rPr>
          <w:rFonts w:ascii="Gentium Plus" w:hAnsi="Gentium Plus"/>
          <w:sz w:val="24"/>
        </w:rPr>
        <w:t>ὅ ἐστι τὰς χεῖρας. †Ὀρειβασία.† Ὄρεξις. ἐπιθυμία. ἢ τοῦ ἐπιθυμητικοῦ τῆς ψυ‐ χῆς μέρους κίνησις.</w:t>
      </w:r>
    </w:p>
    <w:p>
      <w:r>
        <w:rPr>
          <w:rFonts w:ascii="Courier New" w:hAnsi="Courier New"/>
          <w:color w:val="555555"/>
          <w:sz w:val="20"/>
        </w:rPr>
        <w:t>[omicron 1467]</w:t>
      </w:r>
    </w:p>
    <w:p>
      <w:r>
        <w:rPr>
          <w:rFonts w:ascii="Gentium Plus" w:hAnsi="Gentium Plus"/>
          <w:sz w:val="24"/>
        </w:rPr>
        <w:t>Ὁρμή. ὄρεξις ἐνεργητικὴ τῶν ἐφ’ ἡμῖν πρακτέων. [ἢ ὁρμή ἐστιν ἔμμονος λύπη καὶ διαρκὴς πρὸς τὴν τῶν ἠδικηκότων ἀντίδοσιν.] Ὁρμὴ καὶ ἡ κίνησις.</w:t>
      </w:r>
    </w:p>
    <w:p>
      <w:r>
        <w:rPr>
          <w:rFonts w:ascii="Courier New" w:hAnsi="Courier New"/>
          <w:color w:val="555555"/>
          <w:sz w:val="20"/>
        </w:rPr>
        <w:t>[5]</w:t>
      </w:r>
    </w:p>
    <w:p>
      <w:r>
        <w:rPr>
          <w:rFonts w:ascii="Gentium Plus" w:hAnsi="Gentium Plus"/>
          <w:sz w:val="24"/>
        </w:rPr>
        <w:t>Ὀροφή. ἡ στέγη. Ὀρομηλίς. τὸ ἀγριόμηλον. †Ὀῤῥωδία. ὁ φόβος.† Ὀρτή. ἀπὸ τοῦ ἑορτὴ κατὰ συγκοπήν. Ὀρφνή. σκοτεινὴ νὺξ ἢ μέλαινα.</w:t>
      </w:r>
    </w:p>
    <w:p>
      <w:r>
        <w:rPr>
          <w:rFonts w:ascii="Courier New" w:hAnsi="Courier New"/>
          <w:color w:val="555555"/>
          <w:sz w:val="20"/>
        </w:rPr>
        <w:t>[10]</w:t>
      </w:r>
    </w:p>
    <w:p>
      <w:r>
        <w:rPr>
          <w:rFonts w:ascii="Gentium Plus" w:hAnsi="Gentium Plus"/>
          <w:sz w:val="24"/>
        </w:rPr>
        <w:t>[νύκτα δι’ ὀρφναίην—. παρὰ τὸ ἐρέφω, τὸ σκέπω, γίνεται ὀροφὴ καὶ ὀρφνὴ κατὰ πλεονασμὸν τοῦ ν καὶ συγκοπήν.] Ὁρκωμοσίαν. τὸ ἀμετάθετον λέγει ὁ Ἀπόστο‐ λος· ὁ δὲ μετὰ ὁρκωμοσίας διὰ τοῦ λέγοντος</w:t>
      </w:r>
    </w:p>
    <w:p>
      <w:r>
        <w:rPr>
          <w:rFonts w:ascii="Courier New" w:hAnsi="Courier New"/>
          <w:color w:val="555555"/>
          <w:sz w:val="20"/>
        </w:rPr>
        <w:t>[15]</w:t>
      </w:r>
    </w:p>
    <w:p>
      <w:r>
        <w:rPr>
          <w:rFonts w:ascii="Gentium Plus" w:hAnsi="Gentium Plus"/>
          <w:sz w:val="24"/>
        </w:rPr>
        <w:t>πρὸς αὐτόν· ὤμοσε κύριος τῷ Δαβὶδ καὶ οὐ με‐ ταμεληθήσεται, σὺ ἱερεύς.</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Ὄργανον. παρὰ τὸ ὀρέγω ὀρέγανον καὶ ὄργανον. Ὄργια. τὰ ἱερὰ μυστήρια. κυρίως δὲ τὰ Διονυ‐</w:t>
      </w:r>
    </w:p>
    <w:p>
      <w:r>
        <w:rPr>
          <w:rFonts w:ascii="Courier New" w:hAnsi="Courier New"/>
          <w:color w:val="555555"/>
          <w:sz w:val="20"/>
        </w:rPr>
        <w:t>[20]</w:t>
      </w:r>
    </w:p>
    <w:p>
      <w:r>
        <w:rPr>
          <w:rFonts w:ascii="Gentium Plus" w:hAnsi="Gentium Plus"/>
          <w:sz w:val="24"/>
        </w:rPr>
        <w:t>σιακὰ διὰ τὸ ἐν ταῖς ὀργάσιν αὐτὰ ἐπιτελεῖ‐</w:t>
      </w:r>
    </w:p>
    <w:p>
      <w:r>
        <w:rPr>
          <w:rFonts w:ascii="Courier New" w:hAnsi="Courier New"/>
          <w:color w:val="555555"/>
          <w:sz w:val="20"/>
        </w:rPr>
        <w:t>[omicron 1468]</w:t>
      </w:r>
    </w:p>
    <w:p>
      <w:r>
        <w:rPr>
          <w:rFonts w:ascii="Gentium Plus" w:hAnsi="Gentium Plus"/>
          <w:sz w:val="24"/>
        </w:rPr>
        <w:t>σθαι. ἢ διὰ τὸ ὀργᾷν καὶ ἐπιθυσιάζειν. ὀργὰς δέ ἐστι γῆ ἐν Μεγάροις οὕτω καλουμένη. Ὄργανον. δοῦλος ἄψυχος. Ὀρεικὸν ζεῦγος. ἀειδουρικὸν ἢ ἡμιονικόν.</w:t>
      </w:r>
    </w:p>
    <w:p>
      <w:r>
        <w:rPr>
          <w:rFonts w:ascii="Courier New" w:hAnsi="Courier New"/>
          <w:color w:val="555555"/>
          <w:sz w:val="20"/>
        </w:rPr>
        <w:t>[5]</w:t>
      </w:r>
    </w:p>
    <w:p>
      <w:r>
        <w:rPr>
          <w:rFonts w:ascii="Gentium Plus" w:hAnsi="Gentium Plus"/>
          <w:sz w:val="24"/>
        </w:rPr>
        <w:t>Ὄρθιον. ὄρος. Ὄρθριον. τὸ ὀρθρινόν. Ὁρακήσιον. τόπος. Ὅριον. ἀνυπέρβατος στάσις. ὄρειον δὲ πρέ‐ μνον, δίφθογγον.</w:t>
      </w:r>
    </w:p>
    <w:p>
      <w:r>
        <w:rPr>
          <w:rFonts w:ascii="Courier New" w:hAnsi="Courier New"/>
          <w:color w:val="555555"/>
          <w:sz w:val="20"/>
        </w:rPr>
        <w:t>[10]</w:t>
      </w:r>
    </w:p>
    <w:p>
      <w:r>
        <w:rPr>
          <w:rFonts w:ascii="Gentium Plus" w:hAnsi="Gentium Plus"/>
          <w:sz w:val="24"/>
        </w:rPr>
        <w:t>Ὀρίγανον. βοτάνη. ὤφειλε διὰ διφθόγγου γρά‐ φεσθαι. καὶ γὰρ παρὰ τὸ ὄρει δοτικὴ καὶ τὸ γάνος, ὃ σημαίνει τὴν χαρὰν, γέγονεν ὀρίγανον. τὸ γὰρ ὀρίγανον ἐν τῷ ὄρει χαίρει. ἢ ἐκ τοῦ ὁρᾷν καὶ τοῦ γανῶ, τὸ λαμπρύνω· ὁρᾷν γὰρ κα‐</w:t>
      </w:r>
    </w:p>
    <w:p>
      <w:r>
        <w:rPr>
          <w:rFonts w:ascii="Courier New" w:hAnsi="Courier New"/>
          <w:color w:val="555555"/>
          <w:sz w:val="20"/>
        </w:rPr>
        <w:t>[15]</w:t>
      </w:r>
    </w:p>
    <w:p>
      <w:r>
        <w:rPr>
          <w:rFonts w:ascii="Gentium Plus" w:hAnsi="Gentium Plus"/>
          <w:sz w:val="24"/>
        </w:rPr>
        <w:t>λῶς ποιεῖ τὸ ὀρίγανον. ὁ δὲ γραμματικὸς Θεο‐ δόσιος λέγει, διὰ τοῦ ι γράφεται, ἐπειδὴ παρὰ τὸ ῥιγῶ γίνεται ῥίγανον καὶ πλεονασμῷ τοῦ ο ὀρίγανον, οἱονεὶ τὸ ψύχον τινὰ κατὰ ἀντίφρα‐ σιν· θερμαίνει γάρ.</w:t>
      </w:r>
    </w:p>
    <w:p>
      <w:r>
        <w:rPr>
          <w:rFonts w:ascii="Courier New" w:hAnsi="Courier New"/>
          <w:color w:val="555555"/>
          <w:sz w:val="20"/>
        </w:rPr>
        <w:t>[20]</w:t>
      </w:r>
    </w:p>
    <w:p>
      <w:r>
        <w:rPr>
          <w:rFonts w:ascii="Gentium Plus" w:hAnsi="Gentium Plus"/>
          <w:sz w:val="24"/>
        </w:rPr>
        <w:t>Ὅρκιον σκῆπτρον. καθ’ οὗ ὤμνυον.</w:t>
      </w:r>
    </w:p>
    <w:p>
      <w:r>
        <w:rPr>
          <w:rFonts w:ascii="Courier New" w:hAnsi="Courier New"/>
          <w:color w:val="555555"/>
          <w:sz w:val="20"/>
        </w:rPr>
        <w:t>[omicron 1469]</w:t>
      </w:r>
    </w:p>
    <w:p>
      <w:r>
        <w:rPr>
          <w:rFonts w:ascii="Gentium Plus" w:hAnsi="Gentium Plus"/>
          <w:sz w:val="24"/>
        </w:rPr>
        <w:t>Ὄρνεον. παρὰ τὸ ὀρούειν. ἢ παρὰ τὸ αἴρεσθαι. Ὀροπύγιον καὶ οὐροπύγιον. Ὁριστόν. τὸ ἐπιδεχόμενον ὅρον, ὡς ἔχον ὕπαρ‐ ξιν καὶ ἰδιοπεποιημένον, οἷον· ἄνθρωπος, ἵπ‐</w:t>
      </w:r>
    </w:p>
    <w:p>
      <w:r>
        <w:rPr>
          <w:rFonts w:ascii="Courier New" w:hAnsi="Courier New"/>
          <w:color w:val="555555"/>
          <w:sz w:val="20"/>
        </w:rPr>
        <w:t>[5]</w:t>
      </w:r>
    </w:p>
    <w:p>
      <w:r>
        <w:rPr>
          <w:rFonts w:ascii="Gentium Plus" w:hAnsi="Gentium Plus"/>
          <w:sz w:val="24"/>
        </w:rPr>
        <w:t>πος. ὡσαύτως δὲ καὶ τὸ ἀγαθόν. †Ὀρεικόμενος. ἡμιοναγός.† †Ὁρατή. ῥύμη.† †Ὀρειγάνη. σαργάνη.† †Ὀρσηλία. ὀρχήστρια.†</w:t>
      </w:r>
    </w:p>
    <w:p>
      <w:r>
        <w:rPr>
          <w:rFonts w:ascii="Courier New" w:hAnsi="Courier New"/>
          <w:color w:val="555555"/>
          <w:sz w:val="20"/>
        </w:rPr>
        <w:t>[10]</w:t>
      </w:r>
    </w:p>
    <w:p>
      <w:r>
        <w:rPr>
          <w:rFonts w:ascii="Gentium Plus" w:hAnsi="Gentium Plus"/>
          <w:sz w:val="24"/>
        </w:rPr>
        <w:t>†Ὀραδά. λίαν γαλακτώδη.† †Ὄραες. γυναῖες.† †Ὀρειγανοειδές. τὸ ὕσσωπον.†</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Ὀρέγω. παρέχω.</w:t>
      </w:r>
    </w:p>
    <w:p>
      <w:r>
        <w:rPr>
          <w:rFonts w:ascii="Courier New" w:hAnsi="Courier New"/>
          <w:color w:val="555555"/>
          <w:sz w:val="20"/>
        </w:rPr>
        <w:t>[15]</w:t>
      </w:r>
    </w:p>
    <w:p>
      <w:r>
        <w:rPr>
          <w:rFonts w:ascii="Gentium Plus" w:hAnsi="Gentium Plus"/>
          <w:sz w:val="24"/>
        </w:rPr>
        <w:t>†Ὀρέγεται. ἐπιθυμεῖ.† †Ὄρεσθαι. ἔρχεσθαι.† †Ὀρεχθεῖ. στενάζει.† Ὀρειοκομῶ. ὀρέων καὶ ἀειδάρων καὶ ἡμιόνων ἐπι‐</w:t>
      </w:r>
    </w:p>
    <w:p>
      <w:r>
        <w:rPr>
          <w:rFonts w:ascii="Courier New" w:hAnsi="Courier New"/>
          <w:color w:val="555555"/>
          <w:sz w:val="20"/>
        </w:rPr>
        <w:t>[omicron 1470]</w:t>
      </w:r>
    </w:p>
    <w:p>
      <w:r>
        <w:rPr>
          <w:rFonts w:ascii="Gentium Plus" w:hAnsi="Gentium Plus"/>
          <w:sz w:val="24"/>
        </w:rPr>
        <w:t>Ὀρέχθεον. διετείνοντο. παρ’ Ὁμήρῳ. Ὁρῇ. ἀντὶ τοῦ ὁρᾷ. οὕτως Πλούταρχος. Ὄρθαι. ἀντὶ τοῦ διεγερθῆναι. [ἀπὸ τοῦ ὄρω, ὄρσω, ὦρκα, ὦρμαι, ὦρται.</w:t>
      </w:r>
    </w:p>
    <w:p>
      <w:r>
        <w:rPr>
          <w:rFonts w:ascii="Courier New" w:hAnsi="Courier New"/>
          <w:color w:val="555555"/>
          <w:sz w:val="20"/>
        </w:rPr>
        <w:t>[5]</w:t>
      </w:r>
    </w:p>
    <w:p>
      <w:r>
        <w:rPr>
          <w:rFonts w:ascii="Gentium Plus" w:hAnsi="Gentium Plus"/>
          <w:sz w:val="24"/>
        </w:rPr>
        <w:t>ὦρται μὲν μέγα κῦμα— τὸ ἀπαρέμφατον ὦρθαι, καὶ κατὰ συστολὴν ὄρθαι. πρὶν ὄρθαι παρὰ ναῦφι—.] †Ὀρνυμένους. ἐπεγειρομένους· εὐτρεπιζομένους.†</w:t>
      </w:r>
    </w:p>
    <w:p>
      <w:r>
        <w:rPr>
          <w:rFonts w:ascii="Courier New" w:hAnsi="Courier New"/>
          <w:color w:val="555555"/>
          <w:sz w:val="20"/>
        </w:rPr>
        <w:t>[10]</w:t>
      </w:r>
    </w:p>
    <w:p>
      <w:r>
        <w:rPr>
          <w:rFonts w:ascii="Gentium Plus" w:hAnsi="Gentium Plus"/>
          <w:sz w:val="24"/>
        </w:rPr>
        <w:t>Ὀριγνᾶται. ἐπιθυμεῖ. καὶ ὀριγνώμενος. Ὀρίνεται. διεγείρεται. Ὀρίνω. τὸ διεγείρω καὶ ταράσσω. παρὰ τὸ ὄρω ὀρίνω. Ὁρκωμοτῶ. ὁρκομοσάμενος δὲ ὅλα μικρά.</w:t>
      </w:r>
    </w:p>
    <w:p>
      <w:r>
        <w:rPr>
          <w:rFonts w:ascii="Courier New" w:hAnsi="Courier New"/>
          <w:color w:val="555555"/>
          <w:sz w:val="20"/>
        </w:rPr>
        <w:t>[15]</w:t>
      </w:r>
    </w:p>
    <w:p>
      <w:r>
        <w:rPr>
          <w:rFonts w:ascii="Gentium Plus" w:hAnsi="Gentium Plus"/>
          <w:sz w:val="24"/>
        </w:rPr>
        <w:t>Ὀρμώμενος. προθυμούμενος. ὡρμημένος δὲ μέγα. Ὀρούω. τὸ ὁρμῶ. [ὄρω, ὀρύω. ὡς πλήθω, πλη‐ θύω, πηδῶ, πηδύω, οὕτως ὄρω, ὀρύω, καὶ πλεο‐ νασμῷ τοῦ ο ὀρούω.]</w:t>
      </w:r>
    </w:p>
    <w:p>
      <w:r>
        <w:rPr>
          <w:rFonts w:ascii="Courier New" w:hAnsi="Courier New"/>
          <w:color w:val="555555"/>
          <w:sz w:val="20"/>
        </w:rPr>
        <w:t>[omicron 1471]</w:t>
      </w:r>
    </w:p>
    <w:p>
      <w:r>
        <w:rPr>
          <w:rFonts w:ascii="Gentium Plus" w:hAnsi="Gentium Plus"/>
          <w:sz w:val="24"/>
        </w:rPr>
        <w:t>Ὁρώμενος δὲ, ὁ βλεπόμενος, μέγα. Ὁρόωντες. ἀντὶ τοῦ ὁρῶντες. [Ὁρόῳτε. ἀπὸ τοῦ ὁράοιτε, ὁρῷτε, πλεονασμῷ ὁρόῳτε.</w:t>
      </w:r>
    </w:p>
    <w:p>
      <w:r>
        <w:rPr>
          <w:rFonts w:ascii="Courier New" w:hAnsi="Courier New"/>
          <w:color w:val="555555"/>
          <w:sz w:val="20"/>
        </w:rPr>
        <w:t>[5]</w:t>
      </w:r>
    </w:p>
    <w:p>
      <w:r>
        <w:rPr>
          <w:rFonts w:ascii="Gentium Plus" w:hAnsi="Gentium Plus"/>
          <w:sz w:val="24"/>
        </w:rPr>
        <w:t>νῦν δὲ φίλως οὐχ ὁρόῳτε—.] Ὀροθύνω. τὸ παρορμῶ καὶ διεγείρω καὶ ἐρεθί‐ ζω. [παρὰ τὸ ὀρόθω ὀροθύνω. ἢ παρὰ τὸ ὄρω, ὀρῶ, καὶ τὸ θύνω γίνεται ὀροθύνω, ὡς πλήθω πληθύνω.]</w:t>
      </w:r>
    </w:p>
    <w:p>
      <w:r>
        <w:rPr>
          <w:rFonts w:ascii="Courier New" w:hAnsi="Courier New"/>
          <w:color w:val="555555"/>
          <w:sz w:val="20"/>
        </w:rPr>
        <w:t>[10]</w:t>
      </w:r>
    </w:p>
    <w:p>
      <w:r>
        <w:rPr>
          <w:rFonts w:ascii="Gentium Plus" w:hAnsi="Gentium Plus"/>
          <w:sz w:val="24"/>
        </w:rPr>
        <w:t>Ὄρσο. ἐγέρθητι. καὶ ὄρσεο. [ὄρω τὸ διεγείρω, ὁ μέλλων ὄρσω, καὶ μετῆλθεν εἰς ἐνεστῶτα καὶ ἐγένετο ὄρσω, ὄρσομαι, ὠρσόμην, ὤρσεο, καὶ τὸ προστακτικὸν ὄρσεο, συστολῇ.] Ὀρταλίζειν. παρὰ τὸ ὄρω, τὸ διεγείρω. [ὁ πα‐</w:t>
      </w:r>
    </w:p>
    <w:p>
      <w:r>
        <w:rPr>
          <w:rFonts w:ascii="Courier New" w:hAnsi="Courier New"/>
          <w:color w:val="555555"/>
          <w:sz w:val="20"/>
        </w:rPr>
        <w:t>[15]</w:t>
      </w:r>
    </w:p>
    <w:p>
      <w:r>
        <w:rPr>
          <w:rFonts w:ascii="Gentium Plus" w:hAnsi="Gentium Plus"/>
          <w:sz w:val="24"/>
        </w:rPr>
        <w:t>θητικὸς παρατατικὸς ὦρμαι, τὸ τρίτον ὦρται, ῥῆμα ὄνομα ὀρτὸς, ἀφ’ οὗ καὶ περισπώμενον ὀρτῶ, καὶ παράγωγον ὀρτίζω καὶ πλεονασμῷ τῆς αλ συλλαβῆς ὀρταλίζω. δηλοῖ δὲ κυρίως ἡ λέξις τὸ ἀναῤῥίπτειν τὰ νήπια τῶν παιδίων.</w:t>
      </w:r>
    </w:p>
    <w:p>
      <w:r>
        <w:rPr>
          <w:rFonts w:ascii="Courier New" w:hAnsi="Courier New"/>
          <w:color w:val="555555"/>
          <w:sz w:val="20"/>
        </w:rPr>
        <w:t>[20]</w:t>
      </w:r>
    </w:p>
    <w:p>
      <w:r>
        <w:rPr>
          <w:rFonts w:ascii="Gentium Plus" w:hAnsi="Gentium Plus"/>
          <w:sz w:val="24"/>
        </w:rPr>
        <w:t>οἱονεὶ ὀρούειν εἰς ὕψος. κατεχρῶντο δὲ τῇ λέ‐ ξει καὶ ἐπὶ τοῦ ἄλλην ἡντιναοῦν ποιεῖσθαι κί‐ νησιν. ὡς Ἀριστοφάνης, οἷον· ἀνορτάλιζες κακερουτίαν— ἀντὶ τοῦ ἀναῤῥίπτειν ἐποίεις.]</w:t>
      </w:r>
    </w:p>
    <w:p>
      <w:r>
        <w:rPr>
          <w:rFonts w:ascii="Courier New" w:hAnsi="Courier New"/>
          <w:color w:val="555555"/>
          <w:sz w:val="20"/>
        </w:rPr>
        <w:t>[25]</w:t>
      </w:r>
    </w:p>
    <w:p>
      <w:r>
        <w:rPr>
          <w:rFonts w:ascii="Gentium Plus" w:hAnsi="Gentium Plus"/>
          <w:sz w:val="24"/>
        </w:rPr>
        <w:t>Ὁρίζει. νομοθετεῖ. ἵστησιν. ὅρον δίδωσιν. Ὀρχήσασθαι. τὴν τάξιν τῆς φυτείας ὄρχους εἰώθασι λέγειν οἱ ποιηταὶ, καὶ οἱ ὀρχησταὶ ἐν‐ τεῦθεν, ὅτι κατὰ τὴν τῶν βοτρύων συγκομιδὴν</w:t>
      </w:r>
    </w:p>
    <w:p>
      <w:r>
        <w:rPr>
          <w:rFonts w:ascii="Courier New" w:hAnsi="Courier New"/>
          <w:color w:val="555555"/>
          <w:sz w:val="20"/>
        </w:rPr>
        <w:t>[omicron 1472]</w:t>
      </w:r>
    </w:p>
    <w:p>
      <w:r>
        <w:rPr>
          <w:rFonts w:ascii="Gentium Plus" w:hAnsi="Gentium Plus"/>
          <w:sz w:val="24"/>
        </w:rPr>
        <w:t>χοντο τῷ θεῷ χορεύοντες, καθάπερ κωμῳδοί. ἐξ οὗ καὶ τὸ ὀρχῶ, ὀρχήσω, ὀρχήσασθαι. οἱ δὲ παρὰ τὸ ὀρέγειν, ὅ ἐστιν ἐκτείνειν τὰς χεῖρας, κατὰ τροπὴν τοῦ γ εἰς χ. τρία δέ εἰσιν εἴδη</w:t>
      </w:r>
    </w:p>
    <w:p>
      <w:r>
        <w:rPr>
          <w:rFonts w:ascii="Courier New" w:hAnsi="Courier New"/>
          <w:color w:val="555555"/>
          <w:sz w:val="20"/>
        </w:rPr>
        <w:t>[5]</w:t>
      </w:r>
    </w:p>
    <w:p>
      <w:r>
        <w:rPr>
          <w:rFonts w:ascii="Gentium Plus" w:hAnsi="Gentium Plus"/>
          <w:sz w:val="24"/>
        </w:rPr>
        <w:t>τῆς ὀρχήσεως· πυῤῥίχη, ἣν ἠσκοῦντο οἱ Κρῆτες πρὸς ἄσκησιν τῶν πολεμικῶν μετὰ τῶν ὅπλων ὀρχούμενοι· σίκιννις, ἥτις ἐστὶν ἱερατική· καὶ ὁ κορδακισμὸς, αἰσχρός τις ὢν καὶ μᾶλλον κω‐ μικοῖς ἁρμόδιος.</w:t>
      </w:r>
    </w:p>
    <w:p>
      <w:r>
        <w:rPr>
          <w:rFonts w:ascii="Courier New" w:hAnsi="Courier New"/>
          <w:color w:val="555555"/>
          <w:sz w:val="20"/>
        </w:rPr>
        <w:t>[10]</w:t>
      </w:r>
    </w:p>
    <w:p>
      <w:r>
        <w:rPr>
          <w:rFonts w:ascii="Gentium Plus" w:hAnsi="Gentium Plus"/>
          <w:sz w:val="24"/>
        </w:rPr>
        <w:t>Ὀρῶ. τὸ διεγείρω καὶ ὁρμῶ. περισπωμένως. καὶ ὄρω, τὸ διεγείρω. καὶ ὁρῶ, τὸ βλέπω. Ὀρωρέχαται. ἐκτέτανται. καὶ ὀρορεχότες. Ὄρωρε. διηγέρθη· τεθύμωται. [καὶ ὄρωρα. ὀρῶ. ὁ μέσος παρακείμενος ὦρα καὶ ἀττικῶς ὄρωρα</w:t>
      </w:r>
    </w:p>
    <w:p>
      <w:r>
        <w:rPr>
          <w:rFonts w:ascii="Courier New" w:hAnsi="Courier New"/>
          <w:color w:val="555555"/>
          <w:sz w:val="20"/>
        </w:rPr>
        <w:t>[15]</w:t>
      </w:r>
    </w:p>
    <w:p>
      <w:r>
        <w:rPr>
          <w:rFonts w:ascii="Gentium Plus" w:hAnsi="Gentium Plus"/>
          <w:sz w:val="24"/>
        </w:rPr>
        <w:t>καὶ καθ’ ὑπερβιβασμὸν ὤρορα.] Ὁρώη. εὐκτικόν. Ὀρώρει. ποιητικῶς. Ὀῤῥωδῶ. τὸ φοβοῦμαι. παρὰ τὸ ῥῶ, τὸ ὑγιάζω, ἐξ οὗ καὶ ἔῤῥωμαι, [παράγωγον ῥώζω καὶ με‐</w:t>
      </w:r>
    </w:p>
    <w:p>
      <w:r>
        <w:rPr>
          <w:rFonts w:ascii="Courier New" w:hAnsi="Courier New"/>
          <w:color w:val="555555"/>
          <w:sz w:val="20"/>
        </w:rPr>
        <w:t>[20]</w:t>
      </w:r>
    </w:p>
    <w:p>
      <w:r>
        <w:rPr>
          <w:rFonts w:ascii="Gentium Plus" w:hAnsi="Gentium Plus"/>
          <w:sz w:val="24"/>
        </w:rPr>
        <w:t>ταθέσει τοῦ ζ εἰς δ ῥωδῶ, ὡς μύζω, μυδῶ, χάζω, χαδῶ, ἔνθεν τὰ κεχανδότα πλεονασμῷ τοῦ ν, καὶ ἐρίζω, ἐριδῶ, ἔνθεν τό· —ἐριδήσασθαι Ἀχαιούς. ῥωδῶ οὖν καὶ πλεονασμῷ τοῦ α ἀῤῥωδῶ. καὶ</w:t>
      </w:r>
    </w:p>
    <w:p>
      <w:r>
        <w:rPr>
          <w:rFonts w:ascii="Courier New" w:hAnsi="Courier New"/>
          <w:color w:val="555555"/>
          <w:sz w:val="20"/>
        </w:rPr>
        <w:t>[25]</w:t>
      </w:r>
    </w:p>
    <w:p>
      <w:r>
        <w:rPr>
          <w:rFonts w:ascii="Gentium Plus" w:hAnsi="Gentium Plus"/>
          <w:sz w:val="24"/>
        </w:rPr>
        <w:t>παρ’ Ἡροδότῳ· τὴν ψυχὴν ἀπεμάχετο ἀῤῥω‐ δέων. καὶ τροπῇ τοῦ α εἰς ο ὀῤῥωδῶ, τὸ μὴ ἐῤῥῶσθαι τὴν ψυχὴν ἀπὸ φόβου. οὕτως Φίλων</w:t>
      </w:r>
    </w:p>
    <w:p>
      <w:r>
        <w:rPr>
          <w:rFonts w:ascii="Courier New" w:hAnsi="Courier New"/>
          <w:color w:val="555555"/>
          <w:sz w:val="20"/>
        </w:rPr>
        <w:t>[omicron 1473]</w:t>
      </w:r>
    </w:p>
    <w:p>
      <w:r>
        <w:rPr>
          <w:rFonts w:ascii="Gentium Plus" w:hAnsi="Gentium Plus"/>
          <w:sz w:val="24"/>
        </w:rPr>
        <w:t>Ὁρισθέντος. ἀποδειχθέντος, ἀποφανθέντος. καὶ ὁ Ἀπόστολος· τοῦ ὁρισθέντος υἱοῦ θεοῦ ἐν δυνάμει.</w:t>
      </w:r>
    </w:p>
    <w:p>
      <w:pPr>
        <w:jc w:val="center"/>
      </w:pPr>
      <w:r>
        <w:rPr>
          <w:rFonts w:ascii="Gentium Plus" w:hAnsi="Gentium Plus"/>
          <w:b/>
          <w:sz w:val="24"/>
        </w:rPr>
        <w:t>Τὸ Ο μετὰ τοῦ Σ.</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Ὅς. ἀντὶ τοῦ ὅστις. καὶ ὃς ἀντὶ τοῦ ὡς οὐδεὶς ἄλλος. τοῦτο δὲ λέγεται κατ’ ὑπερβατόν. Ὅς. ἄρθρον ὑποτακτικόν. σημαίνει δὲ ἀντωνυ‐ μίαν κτητικὴν τρίτου προσώπου. ἐμὸς, σὸς, ὅς.</w:t>
      </w:r>
    </w:p>
    <w:p>
      <w:r>
        <w:rPr>
          <w:rFonts w:ascii="Courier New" w:hAnsi="Courier New"/>
          <w:color w:val="555555"/>
          <w:sz w:val="20"/>
        </w:rPr>
        <w:t>[10]</w:t>
      </w:r>
    </w:p>
    <w:p>
      <w:r>
        <w:rPr>
          <w:rFonts w:ascii="Gentium Plus" w:hAnsi="Gentium Plus"/>
          <w:sz w:val="24"/>
        </w:rPr>
        <w:t>σημαίνει δὲ καὶ ἀντωνυμίαν ἰσοδυναμοῦσαν τῷ οὗτος. δύναται δὲ σημαίνειν καὶ τὴν αὐτός. ἀλλὰ καὶ ὃς δείδοικε Διὸς μεγάλου—. ἔστι δὲ ἀορίστου μορίον ὑποτακτικὸν δηλοῦν τὸ ὅστις, οἷον· ὃς ἂν ἔλθῃ, μεινάτω με.</w:t>
      </w:r>
    </w:p>
    <w:p>
      <w:r>
        <w:rPr>
          <w:rFonts w:ascii="Courier New" w:hAnsi="Courier New"/>
          <w:color w:val="555555"/>
          <w:sz w:val="20"/>
        </w:rPr>
        <w:t>[15]</w:t>
      </w:r>
    </w:p>
    <w:p>
      <w:r>
        <w:rPr>
          <w:rFonts w:ascii="Gentium Plus" w:hAnsi="Gentium Plus"/>
          <w:sz w:val="24"/>
        </w:rPr>
        <w:t>Ὄσσε. οἱ ὀφθαλμοί. παρὰ τὸ ὄπτω, ὄσσω, ὄσσος, ὁ ὀφθαλμός. καὶ τὸ δυϊκὸν ὄσσε. τὸ πληθυν‐ τικὸν ὄσσων. Ὁσεϊάς. ὄνομα Ἑβραϊκόν. †καὶ Ὁσαΐας.† Ὀσήϊος. κύριον.</w:t>
      </w:r>
    </w:p>
    <w:p>
      <w:r>
        <w:rPr>
          <w:rFonts w:ascii="Courier New" w:hAnsi="Courier New"/>
          <w:color w:val="555555"/>
          <w:sz w:val="20"/>
        </w:rPr>
        <w:t>[20]</w:t>
      </w:r>
    </w:p>
    <w:p>
      <w:r>
        <w:rPr>
          <w:rFonts w:ascii="Gentium Plus" w:hAnsi="Gentium Plus"/>
          <w:sz w:val="24"/>
        </w:rPr>
        <w:t>Ὄσιρις. καὶ ὁ Ὀσίρειος νεώς. Ὅσιος. παρὰ τὰ θεῖα δίκαιος. [παρὰ τὸ ἅζω, τὸ σέβομαι, γίνεται ἅσιος καὶ ὅσιος. διὸ καὶ διὰ τοῦ ι γράφεται. οἷον ἀσπάζω, ἀσπάσιος, ἀλέ‐ ξω, ἀλέξιος. κτήσω. κτήσιος, μνήσω. μνήσιος.</w:t>
      </w:r>
    </w:p>
    <w:p>
      <w:r>
        <w:rPr>
          <w:rFonts w:ascii="Courier New" w:hAnsi="Courier New"/>
          <w:color w:val="555555"/>
          <w:sz w:val="20"/>
        </w:rPr>
        <w:t>[25]</w:t>
      </w:r>
    </w:p>
    <w:p>
      <w:r>
        <w:rPr>
          <w:rFonts w:ascii="Gentium Plus" w:hAnsi="Gentium Plus"/>
          <w:sz w:val="24"/>
        </w:rPr>
        <w:t>τὸ δεξιὸς καὶ ἀνεψιὸς κατὰ τὸν τόνον μόνον διήλλαξεν. τὰ ἀπὸ μελλόντων διὰ τοῦ ιος γι‐ νόμενα διὰ τοῦ ἰῶτα γράφεται, οἷον ἅζω, ἅσω,</w:t>
      </w:r>
    </w:p>
    <w:p>
      <w:r>
        <w:rPr>
          <w:rFonts w:ascii="Courier New" w:hAnsi="Courier New"/>
          <w:color w:val="555555"/>
          <w:sz w:val="20"/>
        </w:rPr>
        <w:t>[omicron 1474]</w:t>
      </w:r>
    </w:p>
    <w:p>
      <w:r>
        <w:rPr>
          <w:rFonts w:ascii="Gentium Plus" w:hAnsi="Gentium Plus"/>
          <w:sz w:val="24"/>
        </w:rPr>
        <w:t>Ὄσκιος. κύριον. Ὀσροηνός. ἀπὸ τόπου. †Ὀστιάριος.† Ὀστεολόγος. ὁ συλλέγων τὰ ὀστᾶ.</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Ὄσσα. θεία φήμη· καὶ κληδὼν, ἢ μαντεία. οἶ‐ μαι, ὅτι παρὰ τὸ ὄπτω. Ὀσροηνή. τόπος. Ὀσταφὶς καὶ ἀσταφίς. πλεονασμῷ τοῦ ο καὶ</w:t>
      </w:r>
    </w:p>
    <w:p>
      <w:r>
        <w:rPr>
          <w:rFonts w:ascii="Courier New" w:hAnsi="Courier New"/>
          <w:color w:val="555555"/>
          <w:sz w:val="20"/>
        </w:rPr>
        <w:t>[10]</w:t>
      </w:r>
    </w:p>
    <w:p>
      <w:r>
        <w:rPr>
          <w:rFonts w:ascii="Gentium Plus" w:hAnsi="Gentium Plus"/>
          <w:sz w:val="24"/>
        </w:rPr>
        <w:t>τοῦ α. σπάνιον δὲ τὸ σταφὶς, σχεδὸν γὰρ ἡ χρῆσις ἀσταφὶς ἔχει. τὸ δὲ ὄπις σημαίνει τὴν μῆνιν. παρὰ τὸ ἕπεσθαι καὶ ἀκολουθεῖν τοῖς ἁμαρτάνουσιν. ἐξ οὗ καὶ —φύλοπις αἰνή.</w:t>
      </w:r>
    </w:p>
    <w:p>
      <w:r>
        <w:rPr>
          <w:rFonts w:ascii="Courier New" w:hAnsi="Courier New"/>
          <w:color w:val="555555"/>
          <w:sz w:val="20"/>
        </w:rPr>
        <w:t>[15]</w:t>
      </w:r>
    </w:p>
    <w:p>
      <w:r>
        <w:rPr>
          <w:rFonts w:ascii="Gentium Plus" w:hAnsi="Gentium Plus"/>
          <w:sz w:val="24"/>
        </w:rPr>
        <w:t>καί· —θεῶν ὄπιν οὐκ ἀλέγοντες. Ὄστλιγγες. αἱ λαμπηδόνες. [οἷον· ὄστλιγγες μαλεροῖο πυρός—. παρὰ τὸ ὄσσε καὶ τὸ ἴλιγγα, ὀσσίλιγγες τινὲς</w:t>
      </w:r>
    </w:p>
    <w:p>
      <w:r>
        <w:rPr>
          <w:rFonts w:ascii="Courier New" w:hAnsi="Courier New"/>
          <w:color w:val="555555"/>
          <w:sz w:val="20"/>
        </w:rPr>
        <w:t>[20]</w:t>
      </w:r>
    </w:p>
    <w:p>
      <w:r>
        <w:rPr>
          <w:rFonts w:ascii="Gentium Plus" w:hAnsi="Gentium Plus"/>
          <w:sz w:val="24"/>
        </w:rPr>
        <w:t>οὖσαι, καὶ ὄστλιγγες κατὰ συγκοπήν. ἢ παρὰ τὸ περὶ τὰ ὀστώδη μέρη τῆς κεφαλῆς εἰλεῖ‐ σθαι καὶ συνηθροῖσθαι.] Ὀστία. ἡ θύρα. Ὄσφρησις. ἀέρος μετάληψις ἢ διάκρισις ἀτμῶν.</w:t>
      </w:r>
    </w:p>
    <w:p>
      <w:r>
        <w:rPr>
          <w:rFonts w:ascii="Courier New" w:hAnsi="Courier New"/>
          <w:color w:val="555555"/>
          <w:sz w:val="20"/>
        </w:rPr>
        <w:t>[25]</w:t>
      </w:r>
    </w:p>
    <w:p>
      <w:r>
        <w:rPr>
          <w:rFonts w:ascii="Gentium Plus" w:hAnsi="Gentium Plus"/>
          <w:sz w:val="24"/>
        </w:rPr>
        <w:t>καὶ ὀσφράδιον ἐπὶ οὐδετέρου. Ὀσφύς. τὰ πλησίον τοῦ γλουτοῦ, ἢ ἡ ῥάχις, ἢ ἡ ψύα. ὡς μὲν Ἀριστοτέλης, ἡ ἴση πρὸς τὰ ἄνω ἐμπεφυκυῖα· ἰσόφυς τὶς οὖσα. ὡς δὲ Ἀπολλόδωρος, οἱονεὶ ὀστοφυής τις οὖσα· ὀστώ‐</w:t>
      </w:r>
    </w:p>
    <w:p>
      <w:r>
        <w:rPr>
          <w:rFonts w:ascii="Courier New" w:hAnsi="Courier New"/>
          <w:color w:val="555555"/>
          <w:sz w:val="20"/>
        </w:rPr>
        <w:t>[30]</w:t>
      </w:r>
    </w:p>
    <w:p>
      <w:r>
        <w:rPr>
          <w:rFonts w:ascii="Gentium Plus" w:hAnsi="Gentium Plus"/>
          <w:sz w:val="24"/>
        </w:rPr>
        <w:t>δης γάρ ἐστιν.</w:t>
      </w:r>
    </w:p>
    <w:p>
      <w:r>
        <w:rPr>
          <w:rFonts w:ascii="Courier New" w:hAnsi="Courier New"/>
          <w:color w:val="555555"/>
          <w:sz w:val="20"/>
        </w:rPr>
        <w:t>[omicron 1475]</w:t>
      </w:r>
    </w:p>
    <w:p>
      <w:r>
        <w:rPr>
          <w:rFonts w:ascii="Gentium Plus" w:hAnsi="Gentium Plus"/>
          <w:sz w:val="24"/>
        </w:rPr>
        <w:t>Ὀσσεία. ἡ μαντεία. ὁσία δὲ ἡ κηδεία καὶ ἡ ταφὴ, ι. Ὁσιότης. παρὰ τὸ ὅσιος. τὸ δὲ ὅσιος παρὰ τὸ ἅζω, τὸ σέβομαι. τὸν γὰρ ὅσιον πάντες</w:t>
      </w:r>
    </w:p>
    <w:p>
      <w:r>
        <w:rPr>
          <w:rFonts w:ascii="Courier New" w:hAnsi="Courier New"/>
          <w:color w:val="555555"/>
          <w:sz w:val="20"/>
        </w:rPr>
        <w:t>[5]</w:t>
      </w:r>
    </w:p>
    <w:p>
      <w:r>
        <w:rPr>
          <w:rFonts w:ascii="Gentium Plus" w:hAnsi="Gentium Plus"/>
          <w:sz w:val="24"/>
        </w:rPr>
        <w:t>σεβόμεθα.</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Ὅσον. πολὺ, πάνυ, ἢ ἀντὶ τοῦ ὁπόσον. *Ὅσον ὅσον. ταχὺ, μετ’ ὀλίγον.* *Ὁσημέραι. πάντοτε, καθ’ ἡμέρας.*</w:t>
      </w:r>
    </w:p>
    <w:p>
      <w:r>
        <w:rPr>
          <w:rFonts w:ascii="Courier New" w:hAnsi="Courier New"/>
          <w:color w:val="555555"/>
          <w:sz w:val="20"/>
        </w:rPr>
        <w:t>[10]</w:t>
      </w:r>
    </w:p>
    <w:p>
      <w:r>
        <w:rPr>
          <w:rFonts w:ascii="Gentium Plus" w:hAnsi="Gentium Plus"/>
          <w:sz w:val="24"/>
        </w:rPr>
        <w:t>†Ὄστρεον. μυάκιον θαλάσσιον.† Ὄσπριον. παρὰ τὸ σπείρω, σπόριον, καὶ καθ’ ὑπερβιβασμὸν ὄσπριον. Ὀσπήτιον. Ὀστέον. παρὰ τὸ στῶ, στέον καὶ ὀστέον. τὸ</w:t>
      </w:r>
    </w:p>
    <w:p>
      <w:r>
        <w:rPr>
          <w:rFonts w:ascii="Courier New" w:hAnsi="Courier New"/>
          <w:color w:val="555555"/>
          <w:sz w:val="20"/>
        </w:rPr>
        <w:t>[15]</w:t>
      </w:r>
    </w:p>
    <w:p>
      <w:r>
        <w:rPr>
          <w:rFonts w:ascii="Gentium Plus" w:hAnsi="Gentium Plus"/>
          <w:sz w:val="24"/>
        </w:rPr>
        <w:t>αἴτιον τῆς στάσεως. παρὰ τὸ ἵστημι. καὶ ὀστέϊ‐ νον καὶ ὀστοῦν. Ὄστρεον καὶ ὄστρειον.</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Ὀσσεύεσθαι. κληδονίζεσθαι.</w:t>
      </w:r>
    </w:p>
    <w:p>
      <w:r>
        <w:rPr>
          <w:rFonts w:ascii="Courier New" w:hAnsi="Courier New"/>
          <w:color w:val="555555"/>
          <w:sz w:val="20"/>
        </w:rPr>
        <w:t>[20]</w:t>
      </w:r>
    </w:p>
    <w:p>
      <w:r>
        <w:rPr>
          <w:rFonts w:ascii="Gentium Plus" w:hAnsi="Gentium Plus"/>
          <w:sz w:val="24"/>
        </w:rPr>
        <w:t>Ὀσσόμενος. προορῶν. Ὄσσετο. προεώρα. —ὄσσετο θυμός. τουτέστι κατὰ ψυχὴν προσεδέχετο. οἷον ἡ κατ’ ἐπίνοιαν γνῶσις. [μετείληπται ἀπὸ τῶν ὄσσων.]</w:t>
      </w:r>
    </w:p>
    <w:p>
      <w:r>
        <w:rPr>
          <w:rFonts w:ascii="Courier New" w:hAnsi="Courier New"/>
          <w:color w:val="555555"/>
          <w:sz w:val="20"/>
        </w:rPr>
        <w:t>[25]</w:t>
      </w:r>
    </w:p>
    <w:p>
      <w:r>
        <w:rPr>
          <w:rFonts w:ascii="Gentium Plus" w:hAnsi="Gentium Plus"/>
          <w:sz w:val="24"/>
        </w:rPr>
        <w:t>Ὀστοφαγεῖν. ὀστέα ἐσθίειν. καὶ ὀστηφαγεῖν.</w:t>
      </w:r>
    </w:p>
    <w:p>
      <w:pPr>
        <w:jc w:val="center"/>
      </w:pPr>
      <w:r>
        <w:rPr>
          <w:rFonts w:ascii="Gentium Plus" w:hAnsi="Gentium Plus"/>
          <w:b/>
          <w:sz w:val="24"/>
        </w:rPr>
        <w:t>Τὸ Ο μετὰ τοῦ Τ.</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Ὁτέοισιν. ἀντὶ τοῦ οἷστισιν. Ὅτῳ. ἀντὶ τοῦ ᾧτινι. καὶ ὅτεῳ.</w:t>
      </w:r>
    </w:p>
    <w:p>
      <w:r>
        <w:rPr>
          <w:rFonts w:ascii="Courier New" w:hAnsi="Courier New"/>
          <w:color w:val="555555"/>
          <w:sz w:val="20"/>
        </w:rPr>
        <w:t>[5]</w:t>
      </w:r>
    </w:p>
    <w:p>
      <w:r>
        <w:rPr>
          <w:rFonts w:ascii="Gentium Plus" w:hAnsi="Gentium Plus"/>
          <w:sz w:val="24"/>
        </w:rPr>
        <w:t>Ὄτλιοι. οἱ πλόκαμοι. Ὄτλος. †ὁ πόνος· ὁ μοχλός.† ὁ καρτερικός. ἢ καὶ ὁ μόσχος. Ὄτριχας. ὁμοιότριχας. Ὀτρηρός. ταχὺς, δραστικὸς, σπουδαῖος. [παρὰ</w:t>
      </w:r>
    </w:p>
    <w:p>
      <w:r>
        <w:rPr>
          <w:rFonts w:ascii="Courier New" w:hAnsi="Courier New"/>
          <w:color w:val="555555"/>
          <w:sz w:val="20"/>
        </w:rPr>
        <w:t>[10]</w:t>
      </w:r>
    </w:p>
    <w:p>
      <w:r>
        <w:rPr>
          <w:rFonts w:ascii="Gentium Plus" w:hAnsi="Gentium Plus"/>
          <w:sz w:val="24"/>
        </w:rPr>
        <w:t>τὸ ὀτρύνω ὀτρυρὸς καὶ τροπῇ τοῦ υ εἰς η ὀτρη‐ ρὸς, ὁ δι’ ἑαυτοῦ παρωξυμμένος πρὸς τὸ ἐνερ‐ γεῖν ἢ δι’ ἑτέρων. ὁ δὲ Φίλων λέγει, ὅτι παρὰ τὸ τρῶ, τὸ φοβοῦμαι, τρέω, ῥηματικὸν ὄνομα τρεερὸς, ὡς φαίνω, φανερὸς, σφάλλω, σφαλε‐</w:t>
      </w:r>
    </w:p>
    <w:p>
      <w:r>
        <w:rPr>
          <w:rFonts w:ascii="Courier New" w:hAnsi="Courier New"/>
          <w:color w:val="555555"/>
          <w:sz w:val="20"/>
        </w:rPr>
        <w:t>[15]</w:t>
      </w:r>
    </w:p>
    <w:p>
      <w:r>
        <w:rPr>
          <w:rFonts w:ascii="Gentium Plus" w:hAnsi="Gentium Plus"/>
          <w:sz w:val="24"/>
        </w:rPr>
        <w:t>ρὸς, καὶ τήκω, τηκερός. καὶ κράσει τῶν δύο εε εἰς η γέγονε τρηρὸς, ὁ δειλὸς, ἀφ’ οὗ καὶ παρώνυμον τρήρων, καὶ μετὰ τοῦ στερητικοῦ α ἀτρηρὸς, ὁ μὴ δειλὸς, ἀλλὰ δραστικὸς καὶ ἐῤ‐ ῥωμένος τὴν γνώμην, καὶ κατὰ μετάθεσιν τοῦ</w:t>
      </w:r>
    </w:p>
    <w:p>
      <w:r>
        <w:rPr>
          <w:rFonts w:ascii="Courier New" w:hAnsi="Courier New"/>
          <w:color w:val="555555"/>
          <w:sz w:val="20"/>
        </w:rPr>
        <w:t>[20]</w:t>
      </w:r>
    </w:p>
    <w:p>
      <w:r>
        <w:rPr>
          <w:rFonts w:ascii="Gentium Plus" w:hAnsi="Gentium Plus"/>
          <w:sz w:val="24"/>
        </w:rPr>
        <w:t>α εἰς ο ὀτρηρός. παρὰ δὲ τὸ τρῶ γίνεται τρεὺς καὶ μετὰ τοῦ στερητικοῦ α Ἀτρεύς.] Ὄττοβος. ψόφος, ἦχος. διὰ τὸ ἀσαφὲς τῆς λέξεως ἤγουν τοῦ λέγειν. ἢ ἡ διὰ τῶν ὤτων βοή.</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Ὀττεία. ἡ μαντεία. Ὀτρειΐα. πόλις.</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Ὀττοτύζειν. βοᾷν, ἠχεῖν. Ὀτρύναι. παροξύναι.</w:t>
      </w:r>
    </w:p>
    <w:p>
      <w:pPr>
        <w:jc w:val="center"/>
      </w:pPr>
      <w:r>
        <w:rPr>
          <w:rFonts w:ascii="Gentium Plus" w:hAnsi="Gentium Plus"/>
          <w:b/>
          <w:sz w:val="24"/>
        </w:rPr>
        <w:t>(Ἐπίῤῥημα.)</w:t>
      </w:r>
    </w:p>
    <w:p>
      <w:r>
        <w:rPr>
          <w:rFonts w:ascii="Courier New" w:hAnsi="Courier New"/>
          <w:color w:val="555555"/>
          <w:sz w:val="20"/>
        </w:rPr>
        <w:t>[8]</w:t>
      </w:r>
    </w:p>
    <w:p>
      <w:r>
        <w:rPr>
          <w:rFonts w:ascii="Gentium Plus" w:hAnsi="Gentium Plus"/>
          <w:sz w:val="24"/>
        </w:rPr>
        <w:t>Ὅτι ῥά. ὅτι δή. Ὅτι οἱ. ὅτι αὐτῷ.</w:t>
      </w:r>
    </w:p>
    <w:p>
      <w:r>
        <w:rPr>
          <w:rFonts w:ascii="Courier New" w:hAnsi="Courier New"/>
          <w:color w:val="555555"/>
          <w:sz w:val="20"/>
        </w:rPr>
        <w:t>[10]</w:t>
      </w:r>
    </w:p>
    <w:p>
      <w:r>
        <w:rPr>
          <w:rFonts w:ascii="Gentium Plus" w:hAnsi="Gentium Plus"/>
          <w:sz w:val="24"/>
        </w:rPr>
        <w:t>Ὁτιοῦν. τὸ τυχόν. Ὀττοτοῖ. ἀντὶ τοῦ φεῦ. Ὀτραλέως. σπουδαίως. παρὰ τὸ τρέω, τὸ φο‐ βοῦμαι, [ἀφ’ οὗ καὶ ὀτρηρὸς, ὄνομα ῥηματικὸν γίνεται τρεὴς, καὶ κατὰ συναλοιφὴν τοῦ ε καὶ</w:t>
      </w:r>
    </w:p>
    <w:p>
      <w:r>
        <w:rPr>
          <w:rFonts w:ascii="Courier New" w:hAnsi="Courier New"/>
          <w:color w:val="555555"/>
          <w:sz w:val="20"/>
        </w:rPr>
        <w:t>[15]</w:t>
      </w:r>
    </w:p>
    <w:p>
      <w:r>
        <w:rPr>
          <w:rFonts w:ascii="Gentium Plus" w:hAnsi="Gentium Plus"/>
          <w:sz w:val="24"/>
        </w:rPr>
        <w:t>η καὶ πλεονασμῷ τοῦ ο ὀτρής. ἀφ’ οὗ ἐπίῤῥη‐ μα εἰς ως, ὡς εὐτυχὴς, εὐτυχῶς, εὐγενὴς, εὐ‐ γενῶς, οὕτως ὀτρὴς, ὀτρῶς καὶ ὀτρέως, καὶ πλεο‐ νασμῷ τῆς αλ συλλαβῆς ὀτραλέως.] Ὅτ’ ἄν. ἐπίῤῥημα οὐ δύναται εἶναι. τὰ γὰρ εἰς</w:t>
      </w:r>
    </w:p>
    <w:p>
      <w:r>
        <w:rPr>
          <w:rFonts w:ascii="Courier New" w:hAnsi="Courier New"/>
          <w:color w:val="555555"/>
          <w:sz w:val="20"/>
        </w:rPr>
        <w:t>[20]</w:t>
      </w:r>
    </w:p>
    <w:p>
      <w:r>
        <w:rPr>
          <w:rFonts w:ascii="Gentium Plus" w:hAnsi="Gentium Plus"/>
          <w:sz w:val="24"/>
        </w:rPr>
        <w:t>αν ἐπιῤῥήματα ἐκτείνεται, οἷον ἄγαν, λίαν, πάμπαν. τὸ δὲ ὅτ’ ἂν δύο μέρη λόγου εἰσὶν, ὅτε ἄν. ὁμοίως καὶ τὸ ὁπότ’ ἄν. *Ὁτέ. ἀντὶ τοῦ τοῦτο.* Ὅ. ἀντὶ τοῦ ὅτι. Ὅμηρος·</w:t>
      </w:r>
    </w:p>
    <w:p>
      <w:r>
        <w:rPr>
          <w:rFonts w:ascii="Courier New" w:hAnsi="Courier New"/>
          <w:color w:val="555555"/>
          <w:sz w:val="20"/>
        </w:rPr>
        <w:t>[25]</w:t>
      </w:r>
    </w:p>
    <w:p>
      <w:r>
        <w:rPr>
          <w:rFonts w:ascii="Gentium Plus" w:hAnsi="Gentium Plus"/>
          <w:sz w:val="24"/>
        </w:rPr>
        <w:t>ὃ θαρσαλέως ἀγόρευεν. Ὅ. ἀντὶ τοῦ οὗτος. Ὅ. ἀντὶ τοῦ ὅπερ.</w:t>
      </w:r>
    </w:p>
    <w:p>
      <w:pPr>
        <w:jc w:val="center"/>
      </w:pPr>
      <w:r>
        <w:rPr>
          <w:rFonts w:ascii="Gentium Plus" w:hAnsi="Gentium Plus"/>
          <w:b/>
          <w:sz w:val="24"/>
        </w:rPr>
        <w:t>Τὸ Ο μετὰ τοῦ Υ.</w:t>
      </w:r>
    </w:p>
    <w:p>
      <w:pPr>
        <w:jc w:val="center"/>
      </w:pPr>
      <w:r>
        <w:rPr>
          <w:rFonts w:ascii="Gentium Plus" w:hAnsi="Gentium Plus"/>
          <w:b/>
          <w:sz w:val="24"/>
        </w:rPr>
        <w:t>(Ἀρσενικόν.)</w:t>
      </w:r>
    </w:p>
    <w:p>
      <w:r>
        <w:rPr>
          <w:rFonts w:ascii="Courier New" w:hAnsi="Courier New"/>
          <w:color w:val="555555"/>
          <w:sz w:val="20"/>
        </w:rPr>
        <w:t>[30]</w:t>
      </w:r>
    </w:p>
    <w:p>
      <w:r>
        <w:rPr>
          <w:rFonts w:ascii="Gentium Plus" w:hAnsi="Gentium Plus"/>
          <w:sz w:val="24"/>
        </w:rPr>
        <w:t>Οὐδείς. ἰσοδυναμεῖ τῷ οὔτις. δύο μέρη λόγου</w:t>
      </w:r>
    </w:p>
    <w:p>
      <w:r>
        <w:rPr>
          <w:rFonts w:ascii="Courier New" w:hAnsi="Courier New"/>
          <w:color w:val="555555"/>
          <w:sz w:val="20"/>
        </w:rPr>
        <w:t>[omicron 1478]</w:t>
      </w:r>
    </w:p>
    <w:p>
      <w:r>
        <w:rPr>
          <w:rFonts w:ascii="Gentium Plus" w:hAnsi="Gentium Plus"/>
          <w:sz w:val="24"/>
        </w:rPr>
        <w:t>τον. εἰ γὰρ ἦν σύνθετον, ἔμελλε πρὸ μιᾶς ἔχειν τὸν τόνον. [πᾶν γὰρ ὄνομα μονοσύλλαβον ἀνα‐ βιβάζει τὸν τόνον,] χωρὶς τοῦ πτὼξ, πολυπτώξ. λέγει δὲ ὁ Φίλων, ὅτι πᾶσα εὐθεῖα πληθυν‐</w:t>
      </w:r>
    </w:p>
    <w:p>
      <w:r>
        <w:rPr>
          <w:rFonts w:ascii="Courier New" w:hAnsi="Courier New"/>
          <w:color w:val="555555"/>
          <w:sz w:val="20"/>
        </w:rPr>
        <w:t>[5]</w:t>
      </w:r>
    </w:p>
    <w:p>
      <w:r>
        <w:rPr>
          <w:rFonts w:ascii="Gentium Plus" w:hAnsi="Gentium Plus"/>
          <w:sz w:val="24"/>
        </w:rPr>
        <w:t>τικὴ εἰς ες λήγουσα δισσύλλαβος περισπᾶται κατὰ τὴν γενικὴν, οἷον ἄνδρες, ἀνδρῶν. ἡ δὲ παράδοσις ἀντίκειται· πάντες γὰρ οἱ ῥήτορες οὐδένων βαρυτόνως ἀναγινώσκουσιν. Οὐετορῆγοι. ἔθνος.</w:t>
      </w:r>
    </w:p>
    <w:p>
      <w:r>
        <w:rPr>
          <w:rFonts w:ascii="Courier New" w:hAnsi="Courier New"/>
          <w:color w:val="555555"/>
          <w:sz w:val="20"/>
        </w:rPr>
        <w:t>[10]</w:t>
      </w:r>
    </w:p>
    <w:p>
      <w:r>
        <w:rPr>
          <w:rFonts w:ascii="Gentium Plus" w:hAnsi="Gentium Plus"/>
          <w:sz w:val="24"/>
        </w:rPr>
        <w:t>[Οὐήτιοι καὶ Οὐήϊοι. ἐθνικά.] Οὐλαμός. τάξις στρατιωτικὴ, συνεστηκυῖα ἐκ τεσσαράκοντα ἀνδρῶν. [παρὰ τὸ ὁμοῦ εἰλεῖσθαι. ὅθεν καὶ τὰς τρίχας οὔλας φαμέν.] Οὐλαπισμός. ὁ οὐρανίσκος.</w:t>
      </w:r>
    </w:p>
    <w:p>
      <w:r>
        <w:rPr>
          <w:rFonts w:ascii="Courier New" w:hAnsi="Courier New"/>
          <w:color w:val="555555"/>
          <w:sz w:val="20"/>
        </w:rPr>
        <w:t>[15]</w:t>
      </w:r>
    </w:p>
    <w:p>
      <w:r>
        <w:rPr>
          <w:rFonts w:ascii="Gentium Plus" w:hAnsi="Gentium Plus"/>
          <w:sz w:val="24"/>
        </w:rPr>
        <w:t>†Οὖλιξ. οὐρανίσκος.† Οὖλον. ὁ ὀλιγόθριξ. ἢ οὐλός. Οὖλος. ὁ ὀλέθριος. παρὰ τὸ ὄλλω, ὀλλύω, καὶ οὖλος. σημαίνει δὲ καὶ τὸν προσηνῆ καὶ ὁλό‐ κληρον. ὡς τό·</w:t>
      </w:r>
    </w:p>
    <w:p>
      <w:r>
        <w:rPr>
          <w:rFonts w:ascii="Courier New" w:hAnsi="Courier New"/>
          <w:color w:val="555555"/>
          <w:sz w:val="20"/>
        </w:rPr>
        <w:t>[20]</w:t>
      </w:r>
    </w:p>
    <w:p>
      <w:r>
        <w:rPr>
          <w:rFonts w:ascii="Gentium Plus" w:hAnsi="Gentium Plus"/>
          <w:sz w:val="24"/>
        </w:rPr>
        <w:t>οὖλον ἄρτον ἑλών—. δηλοῖ καὶ τὴν τῶν τριχῶν διαστροφήν. Οὐλκαῖοι. ἔθνος. Οὐμός. ὁ ἐμός. Οὐνιγάρδαι. ἐθνικόν.</w:t>
      </w:r>
    </w:p>
    <w:p>
      <w:r>
        <w:rPr>
          <w:rFonts w:ascii="Courier New" w:hAnsi="Courier New"/>
          <w:color w:val="555555"/>
          <w:sz w:val="20"/>
        </w:rPr>
        <w:t>[25]</w:t>
      </w:r>
    </w:p>
    <w:p>
      <w:r>
        <w:rPr>
          <w:rFonts w:ascii="Gentium Plus" w:hAnsi="Gentium Plus"/>
          <w:sz w:val="24"/>
        </w:rPr>
        <w:t>[Οὖννοι. οἱ Οὖγγροι.] Οὐρανός. σῶμα φυσικὸν, ἐν τῇ ἐσχάτῃ τοῦ παντὸς περιφορᾷ τὴν κύκλῳ κίνησιν ἔχον. ἢ περιοχὴ ὁρατῶν τε καὶ ἀοράτων κτισμάτων. ἐν‐ τὸς γὰρ αὐτοῦ αἵ τε νοεραὶ τῶν ἀγγέλων δυ‐</w:t>
      </w:r>
    </w:p>
    <w:p>
      <w:r>
        <w:rPr>
          <w:rFonts w:ascii="Courier New" w:hAnsi="Courier New"/>
          <w:color w:val="555555"/>
          <w:sz w:val="20"/>
        </w:rPr>
        <w:t>[30]</w:t>
      </w:r>
    </w:p>
    <w:p>
      <w:r>
        <w:rPr>
          <w:rFonts w:ascii="Gentium Plus" w:hAnsi="Gentium Plus"/>
          <w:sz w:val="24"/>
        </w:rPr>
        <w:t>νάμεις καὶ πάντα τὰ αἰσθητὰ περικλείονται</w:t>
      </w:r>
    </w:p>
    <w:p>
      <w:r>
        <w:rPr>
          <w:rFonts w:ascii="Courier New" w:hAnsi="Courier New"/>
          <w:color w:val="555555"/>
          <w:sz w:val="20"/>
        </w:rPr>
        <w:t>[omicron 1479]</w:t>
      </w:r>
    </w:p>
    <w:p>
      <w:r>
        <w:rPr>
          <w:rFonts w:ascii="Gentium Plus" w:hAnsi="Gentium Plus"/>
          <w:sz w:val="24"/>
        </w:rPr>
        <w:t>γραπτόν ἐστι, πάντα πληροῦν καὶ πάντα πε‐ ριέχον καὶ πάντα περιορίζον, ὡς ὑπὲρ πάντα ὂν καὶ πάντα δημιουργῆσαν. εἴρηται δὲ οὐρα‐ νὸς παρὰ τὸ ὁρεῖν καὶ φυλάσσειν τὰ πάντα.</w:t>
      </w:r>
    </w:p>
    <w:p>
      <w:r>
        <w:rPr>
          <w:rFonts w:ascii="Courier New" w:hAnsi="Courier New"/>
          <w:color w:val="555555"/>
          <w:sz w:val="20"/>
        </w:rPr>
        <w:t>[5]</w:t>
      </w:r>
    </w:p>
    <w:p>
      <w:r>
        <w:rPr>
          <w:rFonts w:ascii="Gentium Plus" w:hAnsi="Gentium Plus"/>
          <w:sz w:val="24"/>
        </w:rPr>
        <w:t>Οὐρανίσκος. ὑποκοριστικὸν ὑπὸ τοῦ σωματικοῦ μέρους, οἱονεὶ ὁ μικρὸς οὐρανὸς, ὅτι μετεωρότε‐ ρος ἐστὶ τῆς εὐρυχωρίας τοῦ τόπου, ἀπὸ μετα‐ φορᾶς τοῦ ἐν ὅλῳ τῷ κόσμῳ οὐρανοῦ. Οὖρος. ὁ ἐπιτήδειος ἄνεμος. παρὰ τὸ ὀρούειν</w:t>
      </w:r>
    </w:p>
    <w:p>
      <w:r>
        <w:rPr>
          <w:rFonts w:ascii="Courier New" w:hAnsi="Courier New"/>
          <w:color w:val="555555"/>
          <w:sz w:val="20"/>
        </w:rPr>
        <w:t>[10]</w:t>
      </w:r>
    </w:p>
    <w:p>
      <w:r>
        <w:rPr>
          <w:rFonts w:ascii="Gentium Plus" w:hAnsi="Gentium Plus"/>
          <w:sz w:val="24"/>
        </w:rPr>
        <w:t>καὶ ὁρμᾷν. Οὐρός. κυρίως ὁ φύλαξ ὁ ἐπὶ τῶν ὁρίων τε‐ ταγμένος καὶ προορῶν, ὃς καὶ φρουρὸς καλεῖ‐ ται. [οἱονεὶ πρόορος τὶς ὢν, καὶ κατὰ κρᾶσιν τῶν δύο οο εἰς τὴν ου δίφθογγον προυρὸς, ὡς</w:t>
      </w:r>
    </w:p>
    <w:p>
      <w:r>
        <w:rPr>
          <w:rFonts w:ascii="Courier New" w:hAnsi="Courier New"/>
          <w:color w:val="555555"/>
          <w:sz w:val="20"/>
        </w:rPr>
        <w:t>[15]</w:t>
      </w:r>
    </w:p>
    <w:p>
      <w:r>
        <w:rPr>
          <w:rFonts w:ascii="Gentium Plus" w:hAnsi="Gentium Plus"/>
          <w:sz w:val="24"/>
        </w:rPr>
        <w:t>νόος νοῦς, καὶ τροπῇ τοῦ π εἰς φ φρουρός.] Οὐρούς. ὀξυτόνως πρὸς ἀντιδιαστολὴν τοῦ ἀνέ‐ μου. σημαίνει δὲ τὰ νεώρια, ἤγουν τὰ ταφροει‐ δῆ ὀρύγματα, καὶ περιορίσματα τῆς νηὸς, δι’ ὧν αἱ νῆες καθέλκονται εἰς τὴν θάλασσαν. οἷον·</w:t>
      </w:r>
    </w:p>
    <w:p>
      <w:r>
        <w:rPr>
          <w:rFonts w:ascii="Courier New" w:hAnsi="Courier New"/>
          <w:color w:val="555555"/>
          <w:sz w:val="20"/>
        </w:rPr>
        <w:t>[20]</w:t>
      </w:r>
    </w:p>
    <w:p>
      <w:r>
        <w:rPr>
          <w:rFonts w:ascii="Gentium Plus" w:hAnsi="Gentium Plus"/>
          <w:sz w:val="24"/>
        </w:rPr>
        <w:t>οὐρούς τ’ ἐξεκάθαραν. ἀπὸ τοῦ δι’ αὐτῶν ὀρούειν καὶ ὀρμᾷν τὰ σκάφη καθελκόμενα εἰς τὴν θάλασσαν. Οὐρῆας. ἀειδάρους, ἡμιόνους. παρὰ τὸ ἐν ὄρεσι μᾶλλον δύνασθαι ἐργάζεσθαι. [οἷον ὀρεὺς, ἐξ</w:t>
      </w:r>
    </w:p>
    <w:p>
      <w:r>
        <w:rPr>
          <w:rFonts w:ascii="Courier New" w:hAnsi="Courier New"/>
          <w:color w:val="555555"/>
          <w:sz w:val="20"/>
        </w:rPr>
        <w:t>[25]</w:t>
      </w:r>
    </w:p>
    <w:p>
      <w:r>
        <w:rPr>
          <w:rFonts w:ascii="Gentium Plus" w:hAnsi="Gentium Plus"/>
          <w:sz w:val="24"/>
        </w:rPr>
        <w:t>οὗ ἡ γενικὴ οὐρῆος.] Οὐρίαχον. τὸ ἄκρον τοῦ δόρατος ἢ τὸ ὄπισθεν μέρος, ὃ καὶ σαυρωτὴρ καλεῖται. ἀπὸ τοῦ ὀρούειν καὶ τοῦ ἰάχω. ὁρμῶν γὰρ τὸ ξίφος καὶ πλῆτ‐ τον κτύπον ποιεῖ. οὕτως εὗρον ἐγώ.</w:t>
      </w:r>
    </w:p>
    <w:p>
      <w:r>
        <w:rPr>
          <w:rFonts w:ascii="Courier New" w:hAnsi="Courier New"/>
          <w:color w:val="555555"/>
          <w:sz w:val="20"/>
        </w:rPr>
        <w:t>[30]</w:t>
      </w:r>
    </w:p>
    <w:p>
      <w:r>
        <w:rPr>
          <w:rFonts w:ascii="Gentium Plus" w:hAnsi="Gentium Plus"/>
          <w:sz w:val="24"/>
        </w:rPr>
        <w:t>Οὐτιδανός. ὁ ἀσθενὴς ἢ ὁ οὐδενὸς λόγου ἄξιος.</w:t>
      </w:r>
    </w:p>
    <w:p>
      <w:r>
        <w:rPr>
          <w:rFonts w:ascii="Courier New" w:hAnsi="Courier New"/>
          <w:color w:val="555555"/>
          <w:sz w:val="20"/>
        </w:rPr>
        <w:t>[omicron 1480]</w:t>
      </w:r>
    </w:p>
    <w:p>
      <w:r>
        <w:rPr>
          <w:rFonts w:ascii="Gentium Plus" w:hAnsi="Gentium Plus"/>
          <w:sz w:val="24"/>
        </w:rPr>
        <w:t>[ἀπὸ τοῦ οὔτις οὔτιδος, τοῦ συγκειμένου ἀπὸ τῆς οὐ ἀποφάσεως καὶ τοῦ τις.] Οὑτοσί. ἀντὶ τοῦ οὗτος. [τοῦτο παραγωγὴ καὶ ἀντωνυμία, καὶ οὐ πλεονασμός. αἱ τοιαῦται γὰρ</w:t>
      </w:r>
    </w:p>
    <w:p>
      <w:r>
        <w:rPr>
          <w:rFonts w:ascii="Courier New" w:hAnsi="Courier New"/>
          <w:color w:val="555555"/>
          <w:sz w:val="20"/>
        </w:rPr>
        <w:t>[5]</w:t>
      </w:r>
    </w:p>
    <w:p>
      <w:r>
        <w:rPr>
          <w:rFonts w:ascii="Gentium Plus" w:hAnsi="Gentium Plus"/>
          <w:sz w:val="24"/>
        </w:rPr>
        <w:t>ἀντωνυμίαι ἐπεκτάσεις εἰσὶ καὶ οὐ πλεονα‐ σμός.] Οὑτινοσοῦν. οἵου δήποτε. Οὐεσπασιανός. κύριον.</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Οὐβέδαινα. ὄνομα θεᾶς. Οὐδένεια. ἀπάτη, ὕβρις, ἐξουδένωσις. Οὐδὸν εἰς λαύρην. τὴν δημοσίαν ὁδόν. λαύρην δὲ ὁ Φίλων τὴν ῥύμην φησὶ, δι’ ἧς ὁ λαὸς ῥεῖ, καὶ οὐδὸς τὸ κατώφλοιον. ἢ οὐδὸν εἰς λαύ‐</w:t>
      </w:r>
    </w:p>
    <w:p>
      <w:r>
        <w:rPr>
          <w:rFonts w:ascii="Courier New" w:hAnsi="Courier New"/>
          <w:color w:val="555555"/>
          <w:sz w:val="20"/>
        </w:rPr>
        <w:t>[15]</w:t>
      </w:r>
    </w:p>
    <w:p>
      <w:r>
        <w:rPr>
          <w:rFonts w:ascii="Gentium Plus" w:hAnsi="Gentium Plus"/>
          <w:sz w:val="24"/>
        </w:rPr>
        <w:t>ρην, τὴν στενὴν ὁδόν. Οὐλή. ἡ τοῦ τραύματος συνούλωσις. Οὔλη. ἡ ὀλεθρία. Οὐλή. τὸ ὑγιασθὲν τραῦμα. παρὰ τὸ οὔλω, τὸ ὑγιαίνω.</w:t>
      </w:r>
    </w:p>
    <w:p>
      <w:r>
        <w:rPr>
          <w:rFonts w:ascii="Courier New" w:hAnsi="Courier New"/>
          <w:color w:val="555555"/>
          <w:sz w:val="20"/>
        </w:rPr>
        <w:t>[20]</w:t>
      </w:r>
    </w:p>
    <w:p>
      <w:r>
        <w:rPr>
          <w:rFonts w:ascii="Gentium Plus" w:hAnsi="Gentium Plus"/>
          <w:sz w:val="24"/>
        </w:rPr>
        <w:t>οὖλέ τε, καὶ μάλα χαῖρε—. οἱονεὶ τὴν ὅλην ἀναλαβοῦσα σάρκα. [ὁ δὲ Ἡρω‐ διανὸς, παρὰ τὸ εἰλῶ, τὸ συστρέφω, γίνεται οὐλὴ, ἡ συνεστραμμένη σάρξ. τὸ γὰρ ἐναντίον ἀπὸ τοῦ διελκῦσαι ἕλκος λέγεται. ἢ οὐλὴ ἡ</w:t>
      </w:r>
    </w:p>
    <w:p>
      <w:r>
        <w:rPr>
          <w:rFonts w:ascii="Courier New" w:hAnsi="Courier New"/>
          <w:color w:val="555555"/>
          <w:sz w:val="20"/>
        </w:rPr>
        <w:t>[25]</w:t>
      </w:r>
    </w:p>
    <w:p>
      <w:r>
        <w:rPr>
          <w:rFonts w:ascii="Gentium Plus" w:hAnsi="Gentium Plus"/>
          <w:sz w:val="24"/>
        </w:rPr>
        <w:t>συναχθεῖσα σάρξ. παρὰ τὸ ἔλω, ὀλὴ καὶ οὐλή.] Οὖλαι καὶ οὔλη. —οὔλη δ’ ἐπενήνοθε λάχνη. εἰσὶ δὲ καὶ αἱ ἑλικοειδεῖς τρίχες. οὔλην δὲ λέ‐ γει τὴν ἁπαλὴν καὶ τρυφεράν. [παρὰ τὸ εἰλεῖ‐</w:t>
      </w:r>
    </w:p>
    <w:p>
      <w:r>
        <w:rPr>
          <w:rFonts w:ascii="Courier New" w:hAnsi="Courier New"/>
          <w:color w:val="555555"/>
          <w:sz w:val="20"/>
        </w:rPr>
        <w:t>[30]</w:t>
      </w:r>
    </w:p>
    <w:p>
      <w:r>
        <w:rPr>
          <w:rFonts w:ascii="Gentium Plus" w:hAnsi="Gentium Plus"/>
          <w:sz w:val="24"/>
        </w:rPr>
        <w:t>σθαι. ὡς ἐξ ἐναντίας αἱ ἄλλαι τέτανες λέγον‐</w:t>
      </w:r>
    </w:p>
    <w:p>
      <w:r>
        <w:rPr>
          <w:rFonts w:ascii="Courier New" w:hAnsi="Courier New"/>
          <w:color w:val="555555"/>
          <w:sz w:val="20"/>
        </w:rPr>
        <w:t>[omicron 1481]</w:t>
      </w:r>
    </w:p>
    <w:p>
      <w:r>
        <w:rPr>
          <w:rFonts w:ascii="Gentium Plus" w:hAnsi="Gentium Plus"/>
          <w:sz w:val="24"/>
        </w:rPr>
        <w:t>ται, παρὰ τὸ τετάνθαι. βαρύνεται δὲ καὶ οὖ‐ λος ἀρσενικῶς. —οὔλων τε ταπήτων. τὰ γὰρ εἰς ος λήγοντα δισύλλαβα, μὴ ἔχοντα</w:t>
      </w:r>
    </w:p>
    <w:p>
      <w:r>
        <w:rPr>
          <w:rFonts w:ascii="Courier New" w:hAnsi="Courier New"/>
          <w:color w:val="555555"/>
          <w:sz w:val="20"/>
        </w:rPr>
        <w:t>[5]</w:t>
      </w:r>
    </w:p>
    <w:p>
      <w:r>
        <w:rPr>
          <w:rFonts w:ascii="Gentium Plus" w:hAnsi="Gentium Plus"/>
          <w:sz w:val="24"/>
        </w:rPr>
        <w:t>πρὸ τοῦ λ ἄλλο σύμφωνον, πόλος, στόλος, δοῦ‐ λος, κοῖλος. οὕτως οὖν καὶ οὖλος. πρόσκειται μὴ ἔχοντα ἄλλο σύμφωνον, διὰ τὸ μοχλός. τὸ μέντοι θολὸς ὀξύνεται.] Οὐλοχύτας. κριθάς. οἱονεὶ ὀλάς. εἰσὶ δὲ καὶ</w:t>
      </w:r>
    </w:p>
    <w:p>
      <w:r>
        <w:rPr>
          <w:rFonts w:ascii="Courier New" w:hAnsi="Courier New"/>
          <w:color w:val="555555"/>
          <w:sz w:val="20"/>
        </w:rPr>
        <w:t>[10]</w:t>
      </w:r>
    </w:p>
    <w:p>
      <w:r>
        <w:rPr>
          <w:rFonts w:ascii="Gentium Plus" w:hAnsi="Gentium Plus"/>
          <w:sz w:val="24"/>
        </w:rPr>
        <w:t>κριθαὶ μετὰ ἁλῶν μεμιγμέναι, ἃς ἐπέχεον τοῖς ἱερουργουμένοις ζώοις πρὸς τὸ θύεσθαι. ἤτοι πολυπληθεῖς, ἢ μνήμην ποιούμενοι τῆς ἀρχαίας βρώσεως· πρινὴ γὰρ μάθωσιν οἱ ἄνθρωποι ἀλεῖν τὸν δημητριακὸν καρπὸν, οὕτω σώας αὐτὰς</w:t>
      </w:r>
    </w:p>
    <w:p>
      <w:r>
        <w:rPr>
          <w:rFonts w:ascii="Courier New" w:hAnsi="Courier New"/>
          <w:color w:val="555555"/>
          <w:sz w:val="20"/>
        </w:rPr>
        <w:t>[15]</w:t>
      </w:r>
    </w:p>
    <w:p>
      <w:r>
        <w:rPr>
          <w:rFonts w:ascii="Gentium Plus" w:hAnsi="Gentium Plus"/>
          <w:sz w:val="24"/>
        </w:rPr>
        <w:t>ἤσθιον, ὅθεν ὁλὰς αὐτὰς φησὶν ὁ ποιητής. Οὐρά. κυρίως ἐπὶ λέοντος. παρὰ τὸ ὄρω, τὸ διε‐ γείρω καὶ ὁρμῶ, παρορμητική τις οὖσα, ὀρὰ καὶ οὐρά. Οὔρησις. ἀπὸ τοῦ οὐρεῖν. οὔρισις δὲ ἡ τοῦ ἀνέ‐</w:t>
      </w:r>
    </w:p>
    <w:p>
      <w:r>
        <w:rPr>
          <w:rFonts w:ascii="Courier New" w:hAnsi="Courier New"/>
          <w:color w:val="555555"/>
          <w:sz w:val="20"/>
        </w:rPr>
        <w:t>[20]</w:t>
      </w:r>
    </w:p>
    <w:p>
      <w:r>
        <w:rPr>
          <w:rFonts w:ascii="Gentium Plus" w:hAnsi="Gentium Plus"/>
          <w:sz w:val="24"/>
        </w:rPr>
        <w:t>μου πνοή, ι. Οὐσία. πρᾶγμα αὐθύπαρκτον, μὴ δεόμενον ἑτέ‐ ρου πρὸς ὕπαρξιν. Οὐσία. γένους σημασία, πλειόνων εἰδῶν περιλη‐ πτικὴ, ἢ τὸ κατ’ ἰδίαν ὕπαρξιν ὑφεστὸς καὶ</w:t>
      </w:r>
    </w:p>
    <w:p>
      <w:r>
        <w:rPr>
          <w:rFonts w:ascii="Courier New" w:hAnsi="Courier New"/>
          <w:color w:val="555555"/>
          <w:sz w:val="20"/>
        </w:rPr>
        <w:t>[25]</w:t>
      </w:r>
    </w:p>
    <w:p>
      <w:r>
        <w:rPr>
          <w:rFonts w:ascii="Gentium Plus" w:hAnsi="Gentium Plus"/>
          <w:sz w:val="24"/>
        </w:rPr>
        <w:t>μὴ ἐν ἄλλῳ τὸ εἶναι ἔχον. Οὐσία. ἡ κοινὴ τῶν ὄντων φύσις, καθ’ ἣν καὶ τὰ ἄτομα καὶ τὰ εἴδη ἀλλήλοις κοινωνοῦσι, καὶ ὑπὸ τὸν αὐτὸν ὅρον τῆς οὐσίας ἀναφέρονται. Οὐσία. ἡ ἑκάστου ὕπαρξις καὶ τὸ θελητικόν.</w:t>
      </w:r>
    </w:p>
    <w:p>
      <w:r>
        <w:rPr>
          <w:rFonts w:ascii="Courier New" w:hAnsi="Courier New"/>
          <w:color w:val="555555"/>
          <w:sz w:val="20"/>
        </w:rPr>
        <w:t>[30]</w:t>
      </w:r>
    </w:p>
    <w:p>
      <w:r>
        <w:rPr>
          <w:rFonts w:ascii="Gentium Plus" w:hAnsi="Gentium Plus"/>
          <w:sz w:val="24"/>
        </w:rPr>
        <w:t>Οὐσία μερική. λόγος μὴ γνωρίζων ἐν ἑαυτῷ τὴν διὰ τοῦ ὄντος ὕπαρξιν. ἢ πρᾶγμα ἀνύπαρ‐</w:t>
      </w:r>
    </w:p>
    <w:p>
      <w:r>
        <w:rPr>
          <w:rFonts w:ascii="Courier New" w:hAnsi="Courier New"/>
          <w:color w:val="555555"/>
          <w:sz w:val="20"/>
        </w:rPr>
        <w:t>[omicron 1482]</w:t>
      </w:r>
    </w:p>
    <w:p>
      <w:r>
        <w:rPr>
          <w:rFonts w:ascii="Gentium Plus" w:hAnsi="Gentium Plus"/>
          <w:sz w:val="24"/>
        </w:rPr>
        <w:t>Οὐσία. τὸ ἐξ ἴσου πᾶσι τοῖς ὑπὸ τὸ αὐτὸ εἶδος ἀγομένοις θεωρουμένη. Οὐσίας ἴδιον τὸ ἐν πᾶσι καὶ πάντων φυσικῶς κατηγορεῖσθαι τὲ καὶ προφαίνεσθαι.</w:t>
      </w:r>
    </w:p>
    <w:p>
      <w:r>
        <w:rPr>
          <w:rFonts w:ascii="Courier New" w:hAnsi="Courier New"/>
          <w:color w:val="555555"/>
          <w:sz w:val="20"/>
        </w:rPr>
        <w:t>[5]</w:t>
      </w:r>
    </w:p>
    <w:p>
      <w:r>
        <w:rPr>
          <w:rFonts w:ascii="Gentium Plus" w:hAnsi="Gentium Plus"/>
          <w:sz w:val="24"/>
        </w:rPr>
        <w:t>Οὐσία καὶ φύσις ταὐτά ἐστιν. ἄμφω γὰρ κοι‐ νὰ καὶ καθόλου. ὡς κατὰ πολλῶν καὶ διαφε‐ ρόντων τῷ ἀριθμῷ κατηγορούμενα καὶ μήποτε καθ’ ὁτιοῦν ἑνὶ προσώπῳ περιοριζόμενα. Οὐσία ἐστὶ τὸ αὐτὸ καὶ ἓν ἀριθμῷ, τῶν ἐναν‐</w:t>
      </w:r>
    </w:p>
    <w:p>
      <w:r>
        <w:rPr>
          <w:rFonts w:ascii="Courier New" w:hAnsi="Courier New"/>
          <w:color w:val="555555"/>
          <w:sz w:val="20"/>
        </w:rPr>
        <w:t>[10]</w:t>
      </w:r>
    </w:p>
    <w:p>
      <w:r>
        <w:rPr>
          <w:rFonts w:ascii="Gentium Plus" w:hAnsi="Gentium Plus"/>
          <w:sz w:val="24"/>
        </w:rPr>
        <w:t>τίων ἀνὰ μέρος δεκτικόν. τοῦτον τὸν ὅρον οἱ ἔξω ἐπὶ τῆς μερικῆς οὐσίας ὡς ἐπίπαν ἔθηκαν. Οὐσία ἐστὶν ἡ καθ’ ὑποκειμένων τῶν ὑποστά‐ σεων λεγομένη, καὶ ἐν πάσαις αὐταῖς ἐπίσης καὶ ὁμοτίμως θεωρουμένη.</w:t>
      </w:r>
    </w:p>
    <w:p>
      <w:r>
        <w:rPr>
          <w:rFonts w:ascii="Courier New" w:hAnsi="Courier New"/>
          <w:color w:val="555555"/>
          <w:sz w:val="20"/>
        </w:rPr>
        <w:t>[15]</w:t>
      </w:r>
    </w:p>
    <w:p>
      <w:r>
        <w:rPr>
          <w:rFonts w:ascii="Gentium Plus" w:hAnsi="Gentium Plus"/>
          <w:sz w:val="24"/>
        </w:rPr>
        <w:t>Οὐσία ἐστὶν ὄνομα κοινὸν καὶ ἀόριστον κατὰ πα‐ σῶν τῶν ὑπ’ αὐτῇ ὑποστάσεων ὁμοτίμως φερό‐ μενον, καὶ συνωνύμως κατηγορούμενον. Οὐσία ἐστὶ τὸ οὐχ ἑνὶ μόνῳ, ἀλλὰ καὶ πολλοῖς καὶ διαφόροις τῷ ἀριθμῷ ἐνυπάρχον καὶ οὐ τινὶ</w:t>
      </w:r>
    </w:p>
    <w:p>
      <w:r>
        <w:rPr>
          <w:rFonts w:ascii="Courier New" w:hAnsi="Courier New"/>
          <w:color w:val="555555"/>
          <w:sz w:val="20"/>
        </w:rPr>
        <w:t>[20]</w:t>
      </w:r>
    </w:p>
    <w:p>
      <w:r>
        <w:rPr>
          <w:rFonts w:ascii="Gentium Plus" w:hAnsi="Gentium Plus"/>
          <w:sz w:val="24"/>
        </w:rPr>
        <w:t>μὲν πλέον, τινὶ δὲ ἔλαττον ἐνθεωρούμενον. Οὐσία ὄνομα σημαντικὸν τυγχάνει τῆς ἁπλῶς τῶν ὄντων ὑπάρξεως, τουτέστι τοῦ ἁπλῶς εἶναι τῶν ὄντων. εἶναι γὰρ λέγεται καὶ ἄγγελος καὶ λίθος καὶ τὰ λοιπὰ πάντα. τοῦ ὄντος οὖν</w:t>
      </w:r>
    </w:p>
    <w:p>
      <w:r>
        <w:rPr>
          <w:rFonts w:ascii="Courier New" w:hAnsi="Courier New"/>
          <w:color w:val="555555"/>
          <w:sz w:val="20"/>
        </w:rPr>
        <w:t>[25]</w:t>
      </w:r>
    </w:p>
    <w:p>
      <w:r>
        <w:rPr>
          <w:rFonts w:ascii="Gentium Plus" w:hAnsi="Gentium Plus"/>
          <w:sz w:val="24"/>
        </w:rPr>
        <w:t>ἁπλῶς εἶναι καὶ κοινῶς πάντων μετέχουσι ση‐ μαντικόν ἐστι τὸ τῆς οὐσίας ὄνομα. Οὐσία ἐστὶ τὸ διόλου ὑφεστὼς καὶ ἑτέρου μὴ δεόμενον εἰς τὸ εἶναι. Οὐσίαν οὖν καλοῦσι τὴν ἁπλῶς τῶν ὄντων ὕπαρ‐</w:t>
      </w:r>
    </w:p>
    <w:p>
      <w:r>
        <w:rPr>
          <w:rFonts w:ascii="Courier New" w:hAnsi="Courier New"/>
          <w:color w:val="555555"/>
          <w:sz w:val="20"/>
        </w:rPr>
        <w:t>[30]</w:t>
      </w:r>
    </w:p>
    <w:p>
      <w:r>
        <w:rPr>
          <w:rFonts w:ascii="Gentium Plus" w:hAnsi="Gentium Plus"/>
          <w:sz w:val="24"/>
        </w:rPr>
        <w:t>ξιν. Οὐσίαν ὁρίζονται πᾶν τὸ αὐθυπόστατον καὶ μη‐</w:t>
      </w:r>
    </w:p>
    <w:p>
      <w:r>
        <w:rPr>
          <w:rFonts w:ascii="Courier New" w:hAnsi="Courier New"/>
          <w:color w:val="555555"/>
          <w:sz w:val="20"/>
        </w:rPr>
        <w:t>[omicron 1483]</w:t>
      </w:r>
    </w:p>
    <w:p>
      <w:r>
        <w:rPr>
          <w:rFonts w:ascii="Gentium Plus" w:hAnsi="Gentium Plus"/>
          <w:sz w:val="24"/>
        </w:rPr>
        <w:t>Οὐσία ἐστὶ κυρίως καὶ πρώτως πᾶν, ὅπερ αὐ‐ θυπόστατόν ἐστι καὶ μὴ ἐν ἑτέρῳ ἔχει τὸ εἶναι. Οὐσία ἐστὶ πᾶν, ὅτιπερ ὑπάρξει καὶ πράγματι</w:t>
      </w:r>
    </w:p>
    <w:p>
      <w:r>
        <w:rPr>
          <w:rFonts w:ascii="Courier New" w:hAnsi="Courier New"/>
          <w:color w:val="555555"/>
          <w:sz w:val="20"/>
        </w:rPr>
        <w:t>[5]</w:t>
      </w:r>
    </w:p>
    <w:p>
      <w:r>
        <w:rPr>
          <w:rFonts w:ascii="Gentium Plus" w:hAnsi="Gentium Plus"/>
          <w:sz w:val="24"/>
        </w:rPr>
        <w:t>ὑφεστὸς, καὶ ἀληθῶς ἔχει τὸ εἶναι. Οὐσιώδης διαφορά ἐστι λόγος, καθ’ ὃν ἡ οὐ‐ σία ἤγουν φύσις ἀμείωτός τε καὶ ἄφυρτος, ἄτρεπτος ὁμοῦ καὶ ἀσύγχυτος διαμένει, καὶ τὴν πρὸς ἄλλο κατ’ εἶδος ἕτερον εἰς μίαν ὑπό‐</w:t>
      </w:r>
    </w:p>
    <w:p>
      <w:r>
        <w:rPr>
          <w:rFonts w:ascii="Courier New" w:hAnsi="Courier New"/>
          <w:color w:val="555555"/>
          <w:sz w:val="20"/>
        </w:rPr>
        <w:t>[10]</w:t>
      </w:r>
    </w:p>
    <w:p>
      <w:r>
        <w:rPr>
          <w:rFonts w:ascii="Gentium Plus" w:hAnsi="Gentium Plus"/>
          <w:sz w:val="24"/>
        </w:rPr>
        <w:t>στασιν ποιουμένη σύνοδον καὶ οὐδόλως τῆς κατὰ φύσιν ἐξισταμένη θέσεως. Οὐσιώδης ἕνωσις ἐστὶν ἡ τοὺς διαφόρους κατὰ ἀριθμὸν καὶ πολλὰς ὑποστάσεις εἰς μίαν καὶ τὴν αὐτὴν οὐσίαν συνάγουσα.</w:t>
      </w:r>
    </w:p>
    <w:p>
      <w:r>
        <w:rPr>
          <w:rFonts w:ascii="Courier New" w:hAnsi="Courier New"/>
          <w:color w:val="555555"/>
          <w:sz w:val="20"/>
        </w:rPr>
        <w:t>[15]</w:t>
      </w:r>
    </w:p>
    <w:p>
      <w:r>
        <w:rPr>
          <w:rFonts w:ascii="Gentium Plus" w:hAnsi="Gentium Plus"/>
          <w:sz w:val="24"/>
        </w:rPr>
        <w:t>Οὐσία. ὕπαρξιν σημαίνει. ἡ οὖσα καὶ ὑπάρχουσα ἀεί. παρὰ τὴν ὢν μετοχήν. ὡς παρὰ τὸ γέρων γερουσία, καὶ ἑκὼν ἑκούσιος, οὕτως καὶ ὢν οὔ‐ σιος, καὶ τὸ θηλυκὸν οὐσία. εἴ τι οὖν ἄλλο ταυτὸν ὑπάρχει κατὰ τὴν οὐσίαν, οὐ ταυτὸν</w:t>
      </w:r>
    </w:p>
    <w:p>
      <w:r>
        <w:rPr>
          <w:rFonts w:ascii="Courier New" w:hAnsi="Courier New"/>
          <w:color w:val="555555"/>
          <w:sz w:val="20"/>
        </w:rPr>
        <w:t>[20]</w:t>
      </w:r>
    </w:p>
    <w:p>
      <w:r>
        <w:rPr>
          <w:rFonts w:ascii="Gentium Plus" w:hAnsi="Gentium Plus"/>
          <w:sz w:val="24"/>
        </w:rPr>
        <w:t>ὑπάρχει καὶ κατὰ τὴν ὑπόστασιν. καὶ εἴ τι διαφορὰν ἔχει πρὸς ἄλλο κατὰ τὴν ὑπόστασιν, τοῦτο ἕνωσιν ἔχει πρὸς τὸ αὐτὸ κατὰ τὴν οὐ‐ σίαν. καὶ εἴ τι ἓν καὶ ἡνωμένον ἄλλῳ τυγχά‐ νει κατὰ τὴν οὐσίαν, οὐχ ἑνοῦται, ἀλλ’ ἡνωμέ‐</w:t>
      </w:r>
    </w:p>
    <w:p>
      <w:r>
        <w:rPr>
          <w:rFonts w:ascii="Courier New" w:hAnsi="Courier New"/>
          <w:color w:val="555555"/>
          <w:sz w:val="20"/>
        </w:rPr>
        <w:t>[25]</w:t>
      </w:r>
    </w:p>
    <w:p>
      <w:r>
        <w:rPr>
          <w:rFonts w:ascii="Gentium Plus" w:hAnsi="Gentium Plus"/>
          <w:sz w:val="24"/>
        </w:rPr>
        <w:t>νον τὸ αὐτὸ τυγχάνει κατὰ τὴν ὑπόστασιν. εἴ τι οὖν [ἄλλῳ] καθ’ ἕνωσιν συντεθὲν ταυτόν ἐστι κατὰ τὴν ὑπόστασιν, τουτέστιν ὑπόστασις μετ’ αὐτοῦ γέγονε μία, ἕτερον τὸ αὐτὸ κατὰ τὴν οὐσίαν ὑπάρχει. καὶ εἴ τι ἓν καὶ ἡνωμένον ἄλλῳ</w:t>
      </w:r>
    </w:p>
    <w:p>
      <w:r>
        <w:rPr>
          <w:rFonts w:ascii="Courier New" w:hAnsi="Courier New"/>
          <w:color w:val="555555"/>
          <w:sz w:val="20"/>
        </w:rPr>
        <w:t>[30]</w:t>
      </w:r>
    </w:p>
    <w:p>
      <w:r>
        <w:rPr>
          <w:rFonts w:ascii="Gentium Plus" w:hAnsi="Gentium Plus"/>
          <w:sz w:val="24"/>
        </w:rPr>
        <w:t>τυγχάνει κατὰ τὴν ὑπόστασιν, τοῦτο οὐχ ἓν</w:t>
      </w:r>
    </w:p>
    <w:p>
      <w:r>
        <w:rPr>
          <w:rFonts w:ascii="Courier New" w:hAnsi="Courier New"/>
          <w:color w:val="555555"/>
          <w:sz w:val="20"/>
        </w:rPr>
        <w:t>[omicron 1484]</w:t>
      </w:r>
    </w:p>
    <w:p>
      <w:r>
        <w:rPr>
          <w:rFonts w:ascii="Gentium Plus" w:hAnsi="Gentium Plus"/>
          <w:sz w:val="24"/>
        </w:rPr>
        <w:t>καὶ εἴ τι συντεθειμένον ἄλλῳ διαφορὰν ἔχει κατὰ τὴν οὐσίαν, τοῦτο ἕνωσιν ἔχει πρὸς τὸ αὐτὸ κατὰ τὴν ὑπόστασιν. ἰστέον, ὡς ἡ ἐκκλη‐ σιαστικὴ συνήθεια, ἅπερ οἱ ἔξωθεν εἴδη καὶ γένη</w:t>
      </w:r>
    </w:p>
    <w:p>
      <w:r>
        <w:rPr>
          <w:rFonts w:ascii="Courier New" w:hAnsi="Courier New"/>
          <w:color w:val="555555"/>
          <w:sz w:val="20"/>
        </w:rPr>
        <w:t>[5]</w:t>
      </w:r>
    </w:p>
    <w:p>
      <w:r>
        <w:rPr>
          <w:rFonts w:ascii="Gentium Plus" w:hAnsi="Gentium Plus"/>
          <w:sz w:val="24"/>
        </w:rPr>
        <w:t>καλοῦσιν. οὐσίας καὶ φύσεις προσηγόρευσε, καὶ ταυτὸν ὡρίσατο εἶναι φύσιν καὶ οὐσίαν. Οὔτησις. ἡ τρῶσις.</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Οὖας. σημαίνει τὸ οὖς παρὰ τὸ αὔω, τὸ φωνῶ,</w:t>
      </w:r>
    </w:p>
    <w:p>
      <w:r>
        <w:rPr>
          <w:rFonts w:ascii="Courier New" w:hAnsi="Courier New"/>
          <w:color w:val="555555"/>
          <w:sz w:val="20"/>
        </w:rPr>
        <w:t>[10]</w:t>
      </w:r>
    </w:p>
    <w:p>
      <w:r>
        <w:rPr>
          <w:rFonts w:ascii="Gentium Plus" w:hAnsi="Gentium Plus"/>
          <w:sz w:val="24"/>
        </w:rPr>
        <w:t>αὖος, καὶ τροπῇ τοῦ α εἰς ο οὖας, τὸ τῆς φω‐ νῆς ἀντιληπτικὸν αἰσθητήριον. καὶ κλίνεται οὔατος, ὡς δέρας δέρατος, καὶ γῆρας γήρατος. καὶ κατὰ ἀποβολὴν τοῦ υ ὄας καὶ κράσει οὖς. καὶ κατὰ Δωριεῖς ὦς. τὸ δὲ οὖς ἄκλιτόν ἐστι.</w:t>
      </w:r>
    </w:p>
    <w:p>
      <w:r>
        <w:rPr>
          <w:rFonts w:ascii="Courier New" w:hAnsi="Courier New"/>
          <w:color w:val="555555"/>
          <w:sz w:val="20"/>
        </w:rPr>
        <w:t>[15]</w:t>
      </w:r>
    </w:p>
    <w:p>
      <w:r>
        <w:rPr>
          <w:rFonts w:ascii="Gentium Plus" w:hAnsi="Gentium Plus"/>
          <w:sz w:val="24"/>
        </w:rPr>
        <w:t>Οὐδενόσωρα. τὰ οὐδεμιᾶς φροντίδος ἄξια. Οὐδέτερον. τὸ μὴ ὂν ἐκ τῶν αὐτῶν προϋποκει‐ μένων γενῶν, λέγω δὴ τοῦ ἀρσενικοῦ καὶ θη‐ λυκοῦ. Οὐδέτερον γένος, ᾧ προτάσσεται κατ’ εὐθεῖαν</w:t>
      </w:r>
    </w:p>
    <w:p>
      <w:r>
        <w:rPr>
          <w:rFonts w:ascii="Courier New" w:hAnsi="Courier New"/>
          <w:color w:val="555555"/>
          <w:sz w:val="20"/>
        </w:rPr>
        <w:t>[20]</w:t>
      </w:r>
    </w:p>
    <w:p>
      <w:r>
        <w:rPr>
          <w:rFonts w:ascii="Gentium Plus" w:hAnsi="Gentium Plus"/>
          <w:sz w:val="24"/>
        </w:rPr>
        <w:t>καὶ ἑνικὴν πτῶσιν ἄρθρον τὸ τό· οἷον τὸ ξύλον, τὸ βῆμα, τὸ δένδρον, τὸ ἄλογον. Οὔθατα. οἱ μαστοί. τὸ οὖθαρ, τοῦ οὔθατος. —οὖθαρ ἀρούρης. τὸ λιπαρώτατον καὶ κάρπιμον καὶ κάλλιστον</w:t>
      </w:r>
    </w:p>
    <w:p>
      <w:r>
        <w:rPr>
          <w:rFonts w:ascii="Courier New" w:hAnsi="Courier New"/>
          <w:color w:val="555555"/>
          <w:sz w:val="20"/>
        </w:rPr>
        <w:t>[25]</w:t>
      </w:r>
    </w:p>
    <w:p>
      <w:r>
        <w:rPr>
          <w:rFonts w:ascii="Gentium Plus" w:hAnsi="Gentium Plus"/>
          <w:sz w:val="24"/>
        </w:rPr>
        <w:t>τῆς γῆς. ἀπὸ τοῦ θῶ, τὸ τρέφω, ἢ ἀπὸ τοῦ θάλλω κατὰ πλεονασμὸν τῆς ου συλλαβῆς γί‐ νεται οὖθαρ. †Οὖλον. σημαίνει τρία· τὸ ὁλόκληρον, τὸ ὀλέ‐ θριον, καὶ τὸ καμπύλον. ἐξ οὗ γίνεται καὶ οὐ‐</w:t>
      </w:r>
    </w:p>
    <w:p>
      <w:r>
        <w:rPr>
          <w:rFonts w:ascii="Courier New" w:hAnsi="Courier New"/>
          <w:color w:val="555555"/>
          <w:sz w:val="20"/>
        </w:rPr>
        <w:t>[30]</w:t>
      </w:r>
    </w:p>
    <w:p>
      <w:r>
        <w:rPr>
          <w:rFonts w:ascii="Gentium Plus" w:hAnsi="Gentium Plus"/>
          <w:sz w:val="24"/>
        </w:rPr>
        <w:t>λόθριξ, ὁ τὰς τρίχας τῆς κεφαλῆς ἔχων σγού‐</w:t>
      </w:r>
    </w:p>
    <w:p>
      <w:r>
        <w:rPr>
          <w:rFonts w:ascii="Courier New" w:hAnsi="Courier New"/>
          <w:color w:val="555555"/>
          <w:sz w:val="20"/>
        </w:rPr>
        <w:t>[omicron 1485]</w:t>
      </w:r>
    </w:p>
    <w:p>
      <w:r>
        <w:rPr>
          <w:rFonts w:ascii="Gentium Plus" w:hAnsi="Gentium Plus"/>
          <w:sz w:val="24"/>
        </w:rPr>
        <w:t>Οὖλον. ἡ συνέχουσα τοὺς ὀδόντας σάρξ. ὠνό‐ μασται δὲ διὰ τὸ τρυφερόν· οὖλον γὰρ τὸ ἁπα‐ λόν. ἢ παρὰ τὸ εἰλεῖσθαι περὶ τοὺς ὀδόντας· τρόπῳ γάρ τινι τειχῶν τάξιν ἐπέχει, εἰς δια‐</w:t>
      </w:r>
    </w:p>
    <w:p>
      <w:r>
        <w:rPr>
          <w:rFonts w:ascii="Courier New" w:hAnsi="Courier New"/>
          <w:color w:val="555555"/>
          <w:sz w:val="20"/>
        </w:rPr>
        <w:t>[5]</w:t>
      </w:r>
    </w:p>
    <w:p>
      <w:r>
        <w:rPr>
          <w:rFonts w:ascii="Gentium Plus" w:hAnsi="Gentium Plus"/>
          <w:sz w:val="24"/>
        </w:rPr>
        <w:t>κράτησιν τῶν ὀδόντων. [ἢ παρὰ τὸ οὐλὴν ἔχειν ἐκ τῆς γενομένης διακρατήσεως ἢ καὶ ἀποκοπῆς τῶν φυομένων ὀδόντων.] Οὔρεα. τὰ ὄρη. Ὅμηρος· οὔρεά τε σκιόεντα θάλασσά τε ἠχήεσσα.</w:t>
      </w:r>
    </w:p>
    <w:p>
      <w:r>
        <w:rPr>
          <w:rFonts w:ascii="Courier New" w:hAnsi="Courier New"/>
          <w:color w:val="555555"/>
          <w:sz w:val="20"/>
        </w:rPr>
        <w:t>[10]</w:t>
      </w:r>
    </w:p>
    <w:p>
      <w:r>
        <w:rPr>
          <w:rFonts w:ascii="Gentium Plus" w:hAnsi="Gentium Plus"/>
          <w:sz w:val="24"/>
        </w:rPr>
        <w:t>Οὖσα. τὰ ἀπόγεια σχοινία, ἐν οἷς προσδεσμεῖ‐ ται ἡ ναῦς πρὸς τῇ γῇ. [οἱονεὶ οἶσα τινὰ ὄντα, παρὰ τὸν οἴσω μέλλοντα, ὃ δηλοῖ τὸ κομίζω, οἶσα καὶ οὖσα.] Οὐσιῶδες. ὃ παρὸν μὲν σώζει, ἀπὸν δὲ φθείρει,</w:t>
      </w:r>
    </w:p>
    <w:p>
      <w:r>
        <w:rPr>
          <w:rFonts w:ascii="Courier New" w:hAnsi="Courier New"/>
          <w:color w:val="555555"/>
          <w:sz w:val="20"/>
        </w:rPr>
        <w:t>[15]</w:t>
      </w:r>
    </w:p>
    <w:p>
      <w:r>
        <w:rPr>
          <w:rFonts w:ascii="Gentium Plus" w:hAnsi="Gentium Plus"/>
          <w:sz w:val="24"/>
        </w:rPr>
        <w:t>ὡς ἐπὶ τοῦ λογικοῦ.</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Οὐ διακρίνεται. οὐκ ἀμφιβάλλει. Οὐκ ἐδειμάτωσεν. οὐκ ἐφόβησεν. Οὐκ ἀπινύσσειν. οὐκ ἀσυνετεῖν. ἀπὸ τοῦ πνέω</w:t>
      </w:r>
    </w:p>
    <w:p>
      <w:r>
        <w:rPr>
          <w:rFonts w:ascii="Courier New" w:hAnsi="Courier New"/>
          <w:color w:val="555555"/>
          <w:sz w:val="20"/>
        </w:rPr>
        <w:t>[20]</w:t>
      </w:r>
    </w:p>
    <w:p>
      <w:r>
        <w:rPr>
          <w:rFonts w:ascii="Gentium Plus" w:hAnsi="Gentium Plus"/>
          <w:sz w:val="24"/>
        </w:rPr>
        <w:t>γίνεται πνύω, ἐξ οὗ παράγωγον πινύω, ἀφ’ οὗ τὸ πινυτός. ὁ μέλλων πινύσσω καὶ μετὰ τοῦ στερητικοῦ α ἀπινύσσειν. Οὐκ ἀρετᾷ. ἀντὶ τοῦ οὐκ ἀρετοῦνται, οὐκ ἀρε‐ τῆς μεταλαμβάνουσιν.</w:t>
      </w:r>
    </w:p>
    <w:p>
      <w:r>
        <w:rPr>
          <w:rFonts w:ascii="Courier New" w:hAnsi="Courier New"/>
          <w:color w:val="555555"/>
          <w:sz w:val="20"/>
        </w:rPr>
        <w:t>[25]</w:t>
      </w:r>
    </w:p>
    <w:p>
      <w:r>
        <w:rPr>
          <w:rFonts w:ascii="Gentium Plus" w:hAnsi="Gentium Plus"/>
          <w:sz w:val="24"/>
        </w:rPr>
        <w:t>[οὐκ ἀρετᾷ κακὰ ἔργα—. ἀπὸ τοῦ ἀρετῶ, ἀρετᾷς, ἀρετᾷ.</w:t>
      </w:r>
    </w:p>
    <w:p>
      <w:r>
        <w:rPr>
          <w:rFonts w:ascii="Courier New" w:hAnsi="Courier New"/>
          <w:color w:val="555555"/>
          <w:sz w:val="20"/>
        </w:rPr>
        <w:t>[omicron 1486]</w:t>
      </w:r>
    </w:p>
    <w:p>
      <w:r>
        <w:rPr>
          <w:rFonts w:ascii="Gentium Plus" w:hAnsi="Gentium Plus"/>
          <w:sz w:val="24"/>
        </w:rPr>
        <w:t>Οὐκ ἔγριξεν. οὐκ ἐφθέγξατο. Οὐκ ἐρίσει. οὐ φωνήσει. Οὐκ ἐτυλώθη. οὐκ ἐτραυματίσθη. Οὐκ ἐφάτην. ἀντὶ τοῦ οὐκ εἶπον. δυϊκῶς.</w:t>
      </w:r>
    </w:p>
    <w:p>
      <w:r>
        <w:rPr>
          <w:rFonts w:ascii="Courier New" w:hAnsi="Courier New"/>
          <w:color w:val="555555"/>
          <w:sz w:val="20"/>
        </w:rPr>
        <w:t>[5]</w:t>
      </w:r>
    </w:p>
    <w:p>
      <w:r>
        <w:rPr>
          <w:rFonts w:ascii="Gentium Plus" w:hAnsi="Gentium Plus"/>
          <w:sz w:val="24"/>
        </w:rPr>
        <w:t>Οὐλομένη. ὀλεθρία. Οὐ μὴ πρόωμαι. οὐ παραχωρήσω. οὐ προδώσω. Οὐ μή σε ἀνῶ. ἀντὶ τοῦ οὐ μή σε ἐάσω. Οὐ προκρίνει. οὐκ ἐμποδίζει. οὐ βλάπτει. Οὐραγῶ. τὸ ἔσχατον τῆς στρατιᾶς ἄγω.</w:t>
      </w:r>
    </w:p>
    <w:p>
      <w:r>
        <w:rPr>
          <w:rFonts w:ascii="Courier New" w:hAnsi="Courier New"/>
          <w:color w:val="555555"/>
          <w:sz w:val="20"/>
        </w:rPr>
        <w:t>[10]</w:t>
      </w:r>
    </w:p>
    <w:p>
      <w:r>
        <w:rPr>
          <w:rFonts w:ascii="Gentium Plus" w:hAnsi="Gentium Plus"/>
          <w:sz w:val="24"/>
        </w:rPr>
        <w:t>Οὐριοδρομεῖ. ἐπιτηδείως πλέει. Οὐκ ἐξορχήσῃ. ἀντὶ τοῦ οὐκ ἐπιδεικτικῶς οὐδὲ θεατρικῶς δημοσιεύσεις. Οὐ συνῆκεν. οὐκ ἔμαθεν. Οὐτῶ. τὸ τιτρώσκω. [καὶ οὐτάζω. ἄδηλον τὸ οὐ‐</w:t>
      </w:r>
    </w:p>
    <w:p>
      <w:r>
        <w:rPr>
          <w:rFonts w:ascii="Courier New" w:hAnsi="Courier New"/>
          <w:color w:val="555555"/>
          <w:sz w:val="20"/>
        </w:rPr>
        <w:t>[15]</w:t>
      </w:r>
    </w:p>
    <w:p>
      <w:r>
        <w:rPr>
          <w:rFonts w:ascii="Gentium Plus" w:hAnsi="Gentium Plus"/>
          <w:sz w:val="24"/>
        </w:rPr>
        <w:t>τάζω, ἀλλ’ ἔστιν εἰπεῖν, ὅτι, ὥσπερ παρὰ τὸ σκεδῶ σκεδάζω, ἀνιῶ ἀνιάζω, οὕτως καὶ παρὰ τὸ οὐτῶ οὐτάζω. ἐξ οὗ καὶ οὔτημι, ἀνουτητί. οὐκ ἄρα πλεονασμὸς, ἀλλὰ παραγωγή. οὕτως Ἡρωδιανὸς περὶ πάθους.]</w:t>
      </w:r>
    </w:p>
    <w:p>
      <w:r>
        <w:rPr>
          <w:rFonts w:ascii="Courier New" w:hAnsi="Courier New"/>
          <w:color w:val="555555"/>
          <w:sz w:val="20"/>
        </w:rPr>
        <w:t>[20]</w:t>
      </w:r>
    </w:p>
    <w:p>
      <w:r>
        <w:rPr>
          <w:rFonts w:ascii="Gentium Plus" w:hAnsi="Gentium Plus"/>
          <w:sz w:val="24"/>
        </w:rPr>
        <w:t>Οὐτήσας. τρώσας. Οὐτάμενος. ὡς ἱστάμενος. παρὰ τὸ οὐτῶ πα‐ ράγωγον εἰς μι οὔτημι, καὶ ἡ μετοχὴ οὐτάμενος, ὡς κιχράμενος. ἢ ἀπὸ τοῦ οὐτάζω, ἐξ οὗ καὶ τὸ οὔτασε καὶ τὸ ἀπαρέμφατον οὐτάσαι.</w:t>
      </w:r>
    </w:p>
    <w:p>
      <w:r>
        <w:rPr>
          <w:rFonts w:ascii="Courier New" w:hAnsi="Courier New"/>
          <w:color w:val="555555"/>
          <w:sz w:val="20"/>
        </w:rPr>
        <w:t>[25]</w:t>
      </w:r>
    </w:p>
    <w:p>
      <w:r>
        <w:rPr>
          <w:rFonts w:ascii="Gentium Plus" w:hAnsi="Gentium Plus"/>
          <w:sz w:val="24"/>
        </w:rPr>
        <w:t>οὐτάσαι οὐδὲ λαβεῖν—. ἐξ οὗ ὁ παθητικὸς παρακείμενος οὔτασμαι, οὔ‐</w:t>
      </w:r>
    </w:p>
    <w:p>
      <w:r>
        <w:rPr>
          <w:rFonts w:ascii="Courier New" w:hAnsi="Courier New"/>
          <w:color w:val="555555"/>
          <w:sz w:val="20"/>
        </w:rPr>
        <w:t>[omicron 1487]</w:t>
      </w:r>
    </w:p>
    <w:p>
      <w:r>
        <w:rPr>
          <w:rFonts w:ascii="Gentium Plus" w:hAnsi="Gentium Plus"/>
          <w:sz w:val="24"/>
        </w:rPr>
        <w:t>οὔτασται δ’ Ὀδυσεύς—. καὶ ἡ μετοχὴ οὐτασμένος. [καὶ κατ’ ἀποβολὴν τοῦ ς οὐτάμενος. διὰ τὴν ἀποβολὴν τοῦ ς παρ‐ οξύνεται. λέγεται δὲ οὐτασμένος.]</w:t>
      </w:r>
    </w:p>
    <w:p>
      <w:r>
        <w:rPr>
          <w:rFonts w:ascii="Courier New" w:hAnsi="Courier New"/>
          <w:color w:val="555555"/>
          <w:sz w:val="20"/>
        </w:rPr>
        <w:t>[5]</w:t>
      </w:r>
    </w:p>
    <w:p>
      <w:r>
        <w:rPr>
          <w:rFonts w:ascii="Gentium Plus" w:hAnsi="Gentium Plus"/>
          <w:sz w:val="24"/>
        </w:rPr>
        <w:t>οὔτ’ αὐτοσχεδίην οὐτασμένος—. Οὖτα. ἀπὸ τοῦ οὐτάζω. ὁ ἀόριστος οὔτασε καὶ κατὰ συγκοπὴν οὖτα. οὖτά με Τυδέος υἱός. Οὐκ ἀσχημονεῖ. οὐδὲν τῶν εὐτελῶν τὲ καὶ τα‐</w:t>
      </w:r>
    </w:p>
    <w:p>
      <w:r>
        <w:rPr>
          <w:rFonts w:ascii="Courier New" w:hAnsi="Courier New"/>
          <w:color w:val="555555"/>
          <w:sz w:val="20"/>
        </w:rPr>
        <w:t>[10]</w:t>
      </w:r>
    </w:p>
    <w:p>
      <w:r>
        <w:rPr>
          <w:rFonts w:ascii="Gentium Plus" w:hAnsi="Gentium Plus"/>
          <w:sz w:val="24"/>
        </w:rPr>
        <w:t>πεινῶν τῆς τῶν ἀδελφῶν ὠφελείας ἕνεκα πα‐ ραιτεῖται δρᾶσαι, ἄσχημον τὴν πρᾶξιν ὑπολαμ‐ βάνουσα. Οὐ διαφέρομαι. οὐ ζυγομαχῶ. οὐκ ἐνίσταμαι. τοῦ Θεολόγου· οὐ διαφέρομαι. ἀλλὰ σέ γε κεν‐</w:t>
      </w:r>
    </w:p>
    <w:p>
      <w:r>
        <w:rPr>
          <w:rFonts w:ascii="Courier New" w:hAnsi="Courier New"/>
          <w:color w:val="555555"/>
          <w:sz w:val="20"/>
        </w:rPr>
        <w:t>[15]</w:t>
      </w:r>
    </w:p>
    <w:p>
      <w:r>
        <w:rPr>
          <w:rFonts w:ascii="Gentium Plus" w:hAnsi="Gentium Plus"/>
          <w:sz w:val="24"/>
        </w:rPr>
        <w:t>τριζέτω καὶ τοῦτο πρὸς τὸ φιλάνθρωπον.</w:t>
      </w:r>
    </w:p>
    <w:p>
      <w:pPr>
        <w:jc w:val="center"/>
      </w:pPr>
      <w:r>
        <w:rPr>
          <w:rFonts w:ascii="Gentium Plus" w:hAnsi="Gentium Plus"/>
          <w:b/>
          <w:sz w:val="24"/>
        </w:rPr>
        <w:t>(Ἐπίῤῥημα.)</w:t>
      </w:r>
    </w:p>
    <w:p>
      <w:r>
        <w:rPr>
          <w:rFonts w:ascii="Courier New" w:hAnsi="Courier New"/>
          <w:color w:val="555555"/>
          <w:sz w:val="20"/>
        </w:rPr>
        <w:t>[17]</w:t>
      </w:r>
    </w:p>
    <w:p>
      <w:r>
        <w:rPr>
          <w:rFonts w:ascii="Gentium Plus" w:hAnsi="Gentium Plus"/>
          <w:sz w:val="24"/>
        </w:rPr>
        <w:t>Οὐά. χλεύης ἐπίῤῥημα προσεναντιωματικόν. ἀντὶ τοῦ ὦ καὶ εὖ. Οὐδαμῶς. ἐπίῤῥημα μεσότητος. ἔστιν ὄνομα</w:t>
      </w:r>
    </w:p>
    <w:p>
      <w:r>
        <w:rPr>
          <w:rFonts w:ascii="Courier New" w:hAnsi="Courier New"/>
          <w:color w:val="555555"/>
          <w:sz w:val="20"/>
        </w:rPr>
        <w:t>[20]</w:t>
      </w:r>
    </w:p>
    <w:p>
      <w:r>
        <w:rPr>
          <w:rFonts w:ascii="Gentium Plus" w:hAnsi="Gentium Plus"/>
          <w:sz w:val="24"/>
        </w:rPr>
        <w:t>ἀμὸς ἰσοδυναμοῦν τῷ τὶς δωρικῶς. καὶ Ὅμη‐ ρος· τῶν ἀμόθεν. καὶ οὐδαμῇ θηλυκὸν, ὅπερ γέγονεν ἐκ τοῦ οὐ‐ δαμῶς ἐπιῤῥήματος. ὡς ἄλλα, ἄλλῃ, καὶ ἐκεί‐</w:t>
      </w:r>
    </w:p>
    <w:p>
      <w:r>
        <w:rPr>
          <w:rFonts w:ascii="Courier New" w:hAnsi="Courier New"/>
          <w:color w:val="555555"/>
          <w:sz w:val="20"/>
        </w:rPr>
        <w:t>[25]</w:t>
      </w:r>
    </w:p>
    <w:p>
      <w:r>
        <w:rPr>
          <w:rFonts w:ascii="Gentium Plus" w:hAnsi="Gentium Plus"/>
          <w:sz w:val="24"/>
        </w:rPr>
        <w:t>νως, ἐκείνῃ. καὶ ἔχει τὸ ι, ὡς ἀπὸ δοτικῆς. καὶ δηλοῖ, ὅτι ἀπὸ τοῦ ταύτῃ ἐπιέναι καὶ οὐχὶ αὕτη λέγεται. Οὐδαμῇ. ἀντὶ τοῦ οὐδαμῶς. ἔχει τὸ ι, ὡς ἀπὸ δοτικῆς.</w:t>
      </w:r>
    </w:p>
    <w:p>
      <w:r>
        <w:rPr>
          <w:rFonts w:ascii="Courier New" w:hAnsi="Courier New"/>
          <w:color w:val="555555"/>
          <w:sz w:val="20"/>
        </w:rPr>
        <w:t>[30]</w:t>
      </w:r>
    </w:p>
    <w:p>
      <w:r>
        <w:rPr>
          <w:rFonts w:ascii="Gentium Plus" w:hAnsi="Gentium Plus"/>
          <w:sz w:val="24"/>
        </w:rPr>
        <w:t>†Οὗ ἕθεν. οὗ τινος ἕνεκα.†</w:t>
      </w:r>
    </w:p>
    <w:p>
      <w:r>
        <w:rPr>
          <w:rFonts w:ascii="Courier New" w:hAnsi="Courier New"/>
          <w:color w:val="555555"/>
          <w:sz w:val="20"/>
        </w:rPr>
        <w:t>[omicron 1488]</w:t>
      </w:r>
    </w:p>
    <w:p>
      <w:r>
        <w:rPr>
          <w:rFonts w:ascii="Gentium Plus" w:hAnsi="Gentium Plus"/>
          <w:sz w:val="24"/>
        </w:rPr>
        <w:t>Οὐκ ἐπιδεικτικῶς. οὐ θεατρικῶς· οὐ κενοδόξως. Οὐκοῦν. ὄντως· πάντως· διὰ τοῦτο. Οὔκουν. ἀντὶ τοῦ οὐδαμῶς. Οὔτι. ἀντὶ τοῦ οὐδαμῶς.</w:t>
      </w:r>
    </w:p>
    <w:p>
      <w:r>
        <w:rPr>
          <w:rFonts w:ascii="Courier New" w:hAnsi="Courier New"/>
          <w:color w:val="555555"/>
          <w:sz w:val="20"/>
        </w:rPr>
        <w:t>[5]</w:t>
      </w:r>
    </w:p>
    <w:p>
      <w:r>
        <w:rPr>
          <w:rFonts w:ascii="Gentium Plus" w:hAnsi="Gentium Plus"/>
          <w:sz w:val="24"/>
        </w:rPr>
        <w:t>[Οὐκί. ἀντὶ τοῦ οὐδαμῶς.] τὸ μὲν οὐχὶ κατ’ ἐπέκτασιν, ἢ κατὰ πλεονασμόν· τὸ δὲ οὐκὶ κατὰ πλεονασμὸν μόνον. αἱ γὰρ ἐκτάσεις διὰ δασέων γίνονται καὶ οὐ διὰ ψιλῶν· οὐῒ, οὐχὶ καὶ οὐκί.</w:t>
      </w:r>
    </w:p>
    <w:p>
      <w:r>
        <w:rPr>
          <w:rFonts w:ascii="Courier New" w:hAnsi="Courier New"/>
          <w:color w:val="555555"/>
          <w:sz w:val="20"/>
        </w:rPr>
        <w:t>[10]</w:t>
      </w:r>
    </w:p>
    <w:p>
      <w:r>
        <w:rPr>
          <w:rFonts w:ascii="Gentium Plus" w:hAnsi="Gentium Plus"/>
          <w:sz w:val="24"/>
        </w:rPr>
        <w:t>Οὐχ ἥκιστα. μάλιστα. οὐκ ἔλαττον. Οὔ. ἀντὶ τοῦ οὐδαμῶς. Οὗ. ἀντὶ τοῦ ὅπου. Οὗ. ἀντὶ τοῦ αὐτοῦ. τὸν βίον οὗ κατέστρεψεν.</w:t>
      </w:r>
    </w:p>
    <w:p>
      <w:pPr>
        <w:jc w:val="center"/>
      </w:pPr>
      <w:r>
        <w:rPr>
          <w:rFonts w:ascii="Gentium Plus" w:hAnsi="Gentium Plus"/>
          <w:b/>
          <w:sz w:val="24"/>
        </w:rPr>
        <w:t>Τὸ Ο μετὰ τοῦ Φ.</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Ὀφάρυνχος. κύριον. Ὀφαταί. ἱερὰ στολή. Ὀφέλτης· Ὀφέλτας· Ὀφέλλιος καὶ Ὀφελ‐ λίας. κύρια ὀνόματα.</w:t>
      </w:r>
    </w:p>
    <w:p>
      <w:r>
        <w:rPr>
          <w:rFonts w:ascii="Courier New" w:hAnsi="Courier New"/>
          <w:color w:val="555555"/>
          <w:sz w:val="20"/>
        </w:rPr>
        <w:t>[20]</w:t>
      </w:r>
    </w:p>
    <w:p>
      <w:r>
        <w:rPr>
          <w:rFonts w:ascii="Gentium Plus" w:hAnsi="Gentium Plus"/>
          <w:sz w:val="24"/>
        </w:rPr>
        <w:t>Ὀφθαλμοί. ἀπὸ τοῦ παρέχειν ἅπαντα ὀφθῇ‐ ναι. κατὰ δὲ ἐνίους, οἷον ὀφαλλοί τινες ὄντες, κατὰ τροπὴν τοῦ ἑνὸς λ εἰς τὸ μ. ἐξ ὧν ἐνάλ‐ λεται ἡ ὄψις. ἢ ὀπῶν θάλαμοι ὄντες. κατὰ συγκοπὴν καὶ τροπὴν τοῦ φ εἰς μ ὀφθαλμοί.</w:t>
      </w:r>
    </w:p>
    <w:p>
      <w:r>
        <w:rPr>
          <w:rFonts w:ascii="Courier New" w:hAnsi="Courier New"/>
          <w:color w:val="555555"/>
          <w:sz w:val="20"/>
        </w:rPr>
        <w:t>[25]</w:t>
      </w:r>
    </w:p>
    <w:p>
      <w:r>
        <w:rPr>
          <w:rFonts w:ascii="Gentium Plus" w:hAnsi="Gentium Plus"/>
          <w:sz w:val="24"/>
        </w:rPr>
        <w:t>Ὀφίων. πάθος τι. Ὀφιόδηκτος καὶ ὀφεώδηκτος. Ὀφνεί. κύριον.</w:t>
      </w:r>
    </w:p>
    <w:p>
      <w:r>
        <w:rPr>
          <w:rFonts w:ascii="Courier New" w:hAnsi="Courier New"/>
          <w:color w:val="555555"/>
          <w:sz w:val="20"/>
        </w:rPr>
        <w:t>[omicron 1489]</w:t>
      </w:r>
    </w:p>
    <w:p>
      <w:r>
        <w:rPr>
          <w:rFonts w:ascii="Gentium Plus" w:hAnsi="Gentium Plus"/>
          <w:sz w:val="24"/>
        </w:rPr>
        <w:t>Ὄφις. παρὰ τὸ ὄπτω, τὸ βλέπω· ὁ γὰρ ὄφις κοιμώμενος ἀνεῳγμένους ἔχει τοὺς ὦπας.</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Ὀφειλή. τὸ χρέος. παρὰ τὸ ὀφείλω. σπανίως δὲ</w:t>
      </w:r>
    </w:p>
    <w:p>
      <w:r>
        <w:rPr>
          <w:rFonts w:ascii="Courier New" w:hAnsi="Courier New"/>
          <w:color w:val="555555"/>
          <w:sz w:val="20"/>
        </w:rPr>
        <w:t>[5]</w:t>
      </w:r>
    </w:p>
    <w:p>
      <w:r>
        <w:rPr>
          <w:rFonts w:ascii="Gentium Plus" w:hAnsi="Gentium Plus"/>
          <w:sz w:val="24"/>
        </w:rPr>
        <w:t>εὑρίσκεται ἐν χρήσει. Ὀφιώδης. ὡς ὀφιώδη πέτραν τινά. Ὀφρύες. ἤτοι ὀποφρύες, οἱ τὴν ὦπα φρουροῦντες, ἀπὸ δὲ τῶν ὄμβρων καὶ τῶν καταφερομένων ἱδρώτων, ὡς μὴ ἐπ’ αὐτοὺς φέρεσθαι. ἢ ὀπο‐</w:t>
      </w:r>
    </w:p>
    <w:p>
      <w:r>
        <w:rPr>
          <w:rFonts w:ascii="Courier New" w:hAnsi="Courier New"/>
          <w:color w:val="555555"/>
          <w:sz w:val="20"/>
        </w:rPr>
        <w:t>[10]</w:t>
      </w:r>
    </w:p>
    <w:p>
      <w:r>
        <w:rPr>
          <w:rFonts w:ascii="Gentium Plus" w:hAnsi="Gentium Plus"/>
          <w:sz w:val="24"/>
        </w:rPr>
        <w:t>φύες τινὲς ὄντες, κατὰ συγκοπὴν καὶ πλεονα‐ σμὸν τοῦ ρ.</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Ὀφείλημα. τὸ δάνειον. παρὰ τὸ ὀφέλλω, τὸ αὔξω. ὅθεν καὶ ὀφείλημα, τὸ αὐξανόμενον ἐν</w:t>
      </w:r>
    </w:p>
    <w:p>
      <w:r>
        <w:rPr>
          <w:rFonts w:ascii="Courier New" w:hAnsi="Courier New"/>
          <w:color w:val="555555"/>
          <w:sz w:val="20"/>
        </w:rPr>
        <w:t>[15]</w:t>
      </w:r>
    </w:p>
    <w:p>
      <w:r>
        <w:rPr>
          <w:rFonts w:ascii="Gentium Plus" w:hAnsi="Gentium Plus"/>
          <w:sz w:val="24"/>
        </w:rPr>
        <w:t>τῷ τόκῳ. Ὀφείδιον. .... Ὄφελος. ἄκλιτον ἐστὶν, ἐπειδὴ τὰ διὰ τοῦ ελος ὑπὲρ δύο συλλαβὰς οὐκ ἔστιν οὐδέτερα. οἷον ζάφελος, ἄγγελος, πέμπιλος. τὰ γὰρ διὰ τοῦ</w:t>
      </w:r>
    </w:p>
    <w:p>
      <w:r>
        <w:rPr>
          <w:rFonts w:ascii="Courier New" w:hAnsi="Courier New"/>
          <w:color w:val="555555"/>
          <w:sz w:val="20"/>
        </w:rPr>
        <w:t>[20]</w:t>
      </w:r>
    </w:p>
    <w:p>
      <w:r>
        <w:rPr>
          <w:rFonts w:ascii="Gentium Plus" w:hAnsi="Gentium Plus"/>
          <w:sz w:val="24"/>
        </w:rPr>
        <w:t>ελος οὐδέτερα δισύλλαβα εἰσὶν, οἷον τέλος, σκέ‐ λος, βέλος. ἐπεὶ οὖν τὸ ὄφελος ὑπὲρ δύο συλ‐ λαβὰς εἰς λος ἐστὶν οὐδέτερον, τούτου χάριν μὴ ἔχον τι μιμήσασθαι, ἄκλιτόν ἐστι. Ὀφφίκιον.</w:t>
      </w:r>
    </w:p>
    <w:p>
      <w:pPr>
        <w:jc w:val="center"/>
      </w:pPr>
      <w:r>
        <w:rPr>
          <w:rFonts w:ascii="Gentium Plus" w:hAnsi="Gentium Plus"/>
          <w:b/>
          <w:sz w:val="24"/>
        </w:rPr>
        <w:t>(Ῥῆμα.)</w:t>
      </w:r>
    </w:p>
    <w:p>
      <w:r>
        <w:rPr>
          <w:rFonts w:ascii="Courier New" w:hAnsi="Courier New"/>
          <w:color w:val="555555"/>
          <w:sz w:val="20"/>
        </w:rPr>
        <w:t>[26]</w:t>
      </w:r>
    </w:p>
    <w:p>
      <w:r>
        <w:rPr>
          <w:rFonts w:ascii="Gentium Plus" w:hAnsi="Gentium Plus"/>
          <w:sz w:val="24"/>
        </w:rPr>
        <w:t>Ὄφελες. ἔστι ῥῆμα κατὰ παντὸς ἀριθμοῦ φε‐ ρόμενον. ὡς δὴ μὴ ὄφελον νικᾷν—</w:t>
      </w:r>
    </w:p>
    <w:p>
      <w:r>
        <w:rPr>
          <w:rFonts w:ascii="Courier New" w:hAnsi="Courier New"/>
          <w:color w:val="555555"/>
          <w:sz w:val="20"/>
        </w:rPr>
        <w:t>[omicron 1490]</w:t>
      </w:r>
    </w:p>
    <w:p>
      <w:r>
        <w:rPr>
          <w:rFonts w:ascii="Gentium Plus" w:hAnsi="Gentium Plus"/>
          <w:sz w:val="24"/>
        </w:rPr>
        <w:t>ὥς μ’ ὄφελ’ Ἕκτωρ κτεῖναι— μὴ ὄφελες λίσσεσθαι—. Καλλίμαχος ἐπίῤῥημα εὐκτικὸν ὄφελε· ὤφελε μηδ’ ἐγένοντο θοαὶ νῆες—.</w:t>
      </w:r>
    </w:p>
    <w:p>
      <w:r>
        <w:rPr>
          <w:rFonts w:ascii="Courier New" w:hAnsi="Courier New"/>
          <w:color w:val="555555"/>
          <w:sz w:val="20"/>
        </w:rPr>
        <w:t>[5]</w:t>
      </w:r>
    </w:p>
    <w:p>
      <w:r>
        <w:rPr>
          <w:rFonts w:ascii="Gentium Plus" w:hAnsi="Gentium Plus"/>
          <w:sz w:val="24"/>
        </w:rPr>
        <w:t>τὸ ὄφελον ὅταν παρῳχημένον ἢ εὐκτικὸν ἔχῃ ἔμπροσθεν, διὰ τοῦ ο μικροῦ γράφεται, ὡς τό· ὄφελον ἐγένετο ταῦτα· καί· ὄφελον κατευ‐ θυνθείησαν αἱ ὁδοί μου· ὅταν δὲ ἔχῃ ἔμπρο‐ σθεν ἀπαρέμφατον, διὰ τοῦ ω μεγάλου γράφε‐</w:t>
      </w:r>
    </w:p>
    <w:p>
      <w:r>
        <w:rPr>
          <w:rFonts w:ascii="Courier New" w:hAnsi="Courier New"/>
          <w:color w:val="555555"/>
          <w:sz w:val="20"/>
        </w:rPr>
        <w:t>[10]</w:t>
      </w:r>
    </w:p>
    <w:p>
      <w:r>
        <w:rPr>
          <w:rFonts w:ascii="Gentium Plus" w:hAnsi="Gentium Plus"/>
          <w:sz w:val="24"/>
        </w:rPr>
        <w:t>ται, ὡς τό· ὤφελον ποιῆσαι τόδε. ἀπαρέμφα‐ τον δέ ἐστι τὸ μὴ παρεμφαῖνον ἤγουν δηλοῦν μήτε πρόσωπα μήτε ἀριθμοὺς μήτε θέλημα ψυχῆς. ὄφελον, μικρὸν, ὡς μὴ ὤφελον, μέγα, ὡς ὄφελον, μικρόν. ἢ τὸ ὤφελον, εἴτε ῥήμα‐</w:t>
      </w:r>
    </w:p>
    <w:p>
      <w:r>
        <w:rPr>
          <w:rFonts w:ascii="Courier New" w:hAnsi="Courier New"/>
          <w:color w:val="555555"/>
          <w:sz w:val="20"/>
        </w:rPr>
        <w:t>[15]</w:t>
      </w:r>
    </w:p>
    <w:p>
      <w:r>
        <w:rPr>
          <w:rFonts w:ascii="Gentium Plus" w:hAnsi="Gentium Plus"/>
          <w:sz w:val="24"/>
        </w:rPr>
        <w:t>τα εἴτε ἐπιῤῥήματα ἐστὶν, ἀπαρεμφάτῳ συν‐ τάσσεται ῥήματι καὶ τοῖς προσώποις τὰ ἑνικὰ καὶ τὰ πληθυντικά. ὁμοίως καὶ διὰ τοῦ ο μι‐ κροῦ. Ὀφελτρεύουσι. κοσμοῦσι· καλλύνουσιν. ὀφελ‐</w:t>
      </w:r>
    </w:p>
    <w:p>
      <w:r>
        <w:rPr>
          <w:rFonts w:ascii="Courier New" w:hAnsi="Courier New"/>
          <w:color w:val="555555"/>
          <w:sz w:val="20"/>
        </w:rPr>
        <w:t>[20]</w:t>
      </w:r>
    </w:p>
    <w:p>
      <w:r>
        <w:rPr>
          <w:rFonts w:ascii="Gentium Plus" w:hAnsi="Gentium Plus"/>
          <w:sz w:val="24"/>
        </w:rPr>
        <w:t>τρεύουσι πέδον. Ὀφθαλμιῶντας καὶ ὀφθαλμιάσαι. πάσχειν τοὺς ὀφθαλμούς. Ὄφλω. χρεωστῶ. ἀπὸ τοῦ ὀφείλω κατὰ συγ‐ κοπήν. ὅθεν καὶ βαρύνεται.</w:t>
      </w:r>
    </w:p>
    <w:p>
      <w:r>
        <w:rPr>
          <w:rFonts w:ascii="Courier New" w:hAnsi="Courier New"/>
          <w:color w:val="555555"/>
          <w:sz w:val="20"/>
        </w:rPr>
        <w:t>[25]</w:t>
      </w:r>
    </w:p>
    <w:p>
      <w:r>
        <w:rPr>
          <w:rFonts w:ascii="Gentium Plus" w:hAnsi="Gentium Plus"/>
          <w:sz w:val="24"/>
        </w:rPr>
        <w:t>Ὀφλισκάνω. χρεωστῶ. Ὀφρυώττω. ὑπερηφανεύομαι. Ὀφρυάζειν. τὸ ταῖς ὀφρύσι νεύειν. Ὀφειλόμενον. μικρόν. ὠφειλημένον, μέγα.</w:t>
      </w:r>
    </w:p>
    <w:p>
      <w:r>
        <w:rPr>
          <w:rFonts w:ascii="Courier New" w:hAnsi="Courier New"/>
          <w:color w:val="555555"/>
          <w:sz w:val="20"/>
        </w:rPr>
        <w:t>[omicron 1491]</w:t>
      </w:r>
    </w:p>
    <w:p>
      <w:r>
        <w:rPr>
          <w:rFonts w:ascii="Gentium Plus" w:hAnsi="Gentium Plus"/>
          <w:sz w:val="24"/>
        </w:rPr>
        <w:t>Ὀφέλλει. αὔξει. Ἡσίοδος· ἡ μὲν γὰρ πόλεμόν τε κακὸν καὶ δῆριν ὀφέλλει. Ὄφρα. ἀντὶ τοῦ ὅπως. τὰ ἐπιῤῥήματα συμπε‐</w:t>
      </w:r>
    </w:p>
    <w:p>
      <w:r>
        <w:rPr>
          <w:rFonts w:ascii="Courier New" w:hAnsi="Courier New"/>
          <w:color w:val="555555"/>
          <w:sz w:val="20"/>
        </w:rPr>
        <w:t>[5]</w:t>
      </w:r>
    </w:p>
    <w:p>
      <w:r>
        <w:rPr>
          <w:rFonts w:ascii="Gentium Plus" w:hAnsi="Gentium Plus"/>
          <w:sz w:val="24"/>
        </w:rPr>
        <w:t>σόντα συνδέσμοις οὕτω διακρίνονται ἐν τῇ συν‐ τάξει. εἰ μὲν ὑποτακτικὸν ἐπιφέρει, σύνδε‐ σμός ἐστι· εἰ δὲ ὁριστικὸν, ἐπίῤῥημα. ὄφρα, σύνδεσμος καὶ ἐπίῤῥημα. ὄφρα μὲν ἠὼς ἦν—</w:t>
      </w:r>
    </w:p>
    <w:p>
      <w:r>
        <w:rPr>
          <w:rFonts w:ascii="Courier New" w:hAnsi="Courier New"/>
          <w:color w:val="555555"/>
          <w:sz w:val="20"/>
        </w:rPr>
        <w:t>[10]</w:t>
      </w:r>
    </w:p>
    <w:p>
      <w:r>
        <w:rPr>
          <w:rFonts w:ascii="Gentium Plus" w:hAnsi="Gentium Plus"/>
          <w:sz w:val="24"/>
        </w:rPr>
        <w:t>ἰδοὺ ἐπίῤῥημα. —ὄφρα πεποίθῃς. ἰδοὺ σύνδεσμος.</w:t>
      </w:r>
    </w:p>
    <w:p>
      <w:pPr>
        <w:jc w:val="center"/>
      </w:pPr>
      <w:r>
        <w:rPr>
          <w:rFonts w:ascii="Gentium Plus" w:hAnsi="Gentium Plus"/>
          <w:b/>
          <w:sz w:val="24"/>
        </w:rPr>
        <w:t>Τὸ Ο μετὰ τοῦ Χ.</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Ὄχανος. ὁ λῶρος τῆς ἀσπίδος. παρὰ τὸ ἔχε‐ σθαι. Ὀχεύς. ὁ λῶρος τῆς ἀσπίδος. παρὰ τὸ ἔχω ὀχεύς. ἢ ὀχεύς ἐστιν ὁ συνέχων καὶ σφίγγων τὴν κεφαλὴν δεσμὸς ἢ ἱμάς.</w:t>
      </w:r>
    </w:p>
    <w:p>
      <w:r>
        <w:rPr>
          <w:rFonts w:ascii="Courier New" w:hAnsi="Courier New"/>
          <w:color w:val="555555"/>
          <w:sz w:val="20"/>
        </w:rPr>
        <w:t>[20]</w:t>
      </w:r>
    </w:p>
    <w:p>
      <w:r>
        <w:rPr>
          <w:rFonts w:ascii="Gentium Plus" w:hAnsi="Gentium Plus"/>
          <w:sz w:val="24"/>
        </w:rPr>
        <w:t>Ὀχετηγός. ὁ ὑδροφόρος. ἢ ὁ ὑδραγωγός. Ὀχετός. ῥύαξ· σωληνάριον. Ὄχεσφι. οὐδέτερον ἐστίν. ὁ μὲν Δίδυμος λέ‐ γει· γέγονεν ἀπὸ τῆς ὄχεσι καὶ ὄρεσι δοτικῆς τῶν πληθυντικῶν κατ’ ἐπένθεσιν τοῦ φ. ὁ δὲ</w:t>
      </w:r>
    </w:p>
    <w:p>
      <w:r>
        <w:rPr>
          <w:rFonts w:ascii="Courier New" w:hAnsi="Courier New"/>
          <w:color w:val="555555"/>
          <w:sz w:val="20"/>
        </w:rPr>
        <w:t>[25]</w:t>
      </w:r>
    </w:p>
    <w:p>
      <w:r>
        <w:rPr>
          <w:rFonts w:ascii="Gentium Plus" w:hAnsi="Gentium Plus"/>
          <w:sz w:val="24"/>
        </w:rPr>
        <w:t>Τρύφων λέγει, ὅτι οὐ δύναται ἀπὸ τῆς δοτικῆς γενέσθαι, ἐπειδὴ γενικῆς σημασίαν ἐπέχουσι· τὸ γὰρ κατ’ ὄρεσφι ἀντὶ τοῦ ἐκ τῶν ὀρῶν, καὶ</w:t>
      </w:r>
    </w:p>
    <w:p>
      <w:r>
        <w:rPr>
          <w:rFonts w:ascii="Courier New" w:hAnsi="Courier New"/>
          <w:color w:val="555555"/>
          <w:sz w:val="20"/>
        </w:rPr>
        <w:t>[omicron 1492]</w:t>
      </w:r>
    </w:p>
    <w:p>
      <w:r>
        <w:rPr>
          <w:rFonts w:ascii="Gentium Plus" w:hAnsi="Gentium Plus"/>
          <w:sz w:val="24"/>
        </w:rPr>
        <w:t>οὕτως. ὥσπερ ἀπὸ τοῦ θεόφατον γίνεται θέσ‐ φατον, ὃ σημαίνει τὸ ἐκ θεοῦ λεγόμενον, κατὰ συγκοπὴν καὶ πλεονασμὸν τοῦ ς, οὕτως ἀπὸ τοῦ ὄρεος καὶ ὄχεος ἑνικῆς γενικῆς γίνεται ὄρεσφι</w:t>
      </w:r>
    </w:p>
    <w:p>
      <w:r>
        <w:rPr>
          <w:rFonts w:ascii="Courier New" w:hAnsi="Courier New"/>
          <w:color w:val="555555"/>
          <w:sz w:val="20"/>
        </w:rPr>
        <w:t>[5]</w:t>
      </w:r>
    </w:p>
    <w:p>
      <w:r>
        <w:rPr>
          <w:rFonts w:ascii="Gentium Plus" w:hAnsi="Gentium Plus"/>
          <w:sz w:val="24"/>
        </w:rPr>
        <w:t>καὶ ὄχεσφι κατὰ συγκοπὴν καὶ πλεονασμόν. Ὄχθοι. οἱ τραχεῖαι καὶ δύσβατοι πέτραι. Ὄχλος. ὁ συνεστραμμένος λαός. παρὰ τὸ χλῶ, τὸ πληθύω, καὶ ῥηματικὸν ὄνομα κατ’ ἐπέν‐ θεσιν τοῦ ο ὄχλος. ἐκ δὲ τοῦ χλῶ καὶ τὸ κα‐</w:t>
      </w:r>
    </w:p>
    <w:p>
      <w:r>
        <w:rPr>
          <w:rFonts w:ascii="Courier New" w:hAnsi="Courier New"/>
          <w:color w:val="555555"/>
          <w:sz w:val="20"/>
        </w:rPr>
        <w:t>[10]</w:t>
      </w:r>
    </w:p>
    <w:p>
      <w:r>
        <w:rPr>
          <w:rFonts w:ascii="Gentium Plus" w:hAnsi="Gentium Plus"/>
          <w:sz w:val="24"/>
        </w:rPr>
        <w:t>χλάζω κατὰ ἀναδιπλασιασμόν. ὁ δὲ Ἡρωδια‐ νὸς παρὰ τὸ ἔλω, τὸ στρέφω, κατὰ πλεονα‐ σμὸν τοῦ χ, ἔχλω, ἀφ’ οὗ ῥηματικὸν ὄνομα ὄχλος. Ὄχος. τὸ ἅρμα. παρὰ τὸ ἔχω. ἢ παρὰ τὸ ἔχε‐</w:t>
      </w:r>
    </w:p>
    <w:p>
      <w:r>
        <w:rPr>
          <w:rFonts w:ascii="Courier New" w:hAnsi="Courier New"/>
          <w:color w:val="555555"/>
          <w:sz w:val="20"/>
        </w:rPr>
        <w:t>[15]</w:t>
      </w:r>
    </w:p>
    <w:p>
      <w:r>
        <w:rPr>
          <w:rFonts w:ascii="Gentium Plus" w:hAnsi="Gentium Plus"/>
          <w:sz w:val="24"/>
        </w:rPr>
        <w:t>σθαι.</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Ὀχή. ἡ τροφή. Ὀχετηγία καὶ ὀχετεία. ἡ ἄρδευσις. Ὀχεία. ἡ μίξις.</w:t>
      </w:r>
    </w:p>
    <w:p>
      <w:r>
        <w:rPr>
          <w:rFonts w:ascii="Courier New" w:hAnsi="Courier New"/>
          <w:color w:val="555555"/>
          <w:sz w:val="20"/>
        </w:rPr>
        <w:t>[20]</w:t>
      </w:r>
    </w:p>
    <w:p>
      <w:r>
        <w:rPr>
          <w:rFonts w:ascii="Gentium Plus" w:hAnsi="Gentium Plus"/>
          <w:sz w:val="24"/>
        </w:rPr>
        <w:t>Ὄχθη. κρημνὸς, [ἢ τὰ χείλη τοῦ ποταμοῦ τὰ ἐξέχοντα. παρ’ ὄχθας Σαγγάροιο.] παρὰ τὸ ἔχω ὄχος, καὶ τὸ θηλυκὸν ὄχη, καὶ πλεονασμῷ τοῦ θ ὄχθη. οὕτως Ἡρωδιανός.</w:t>
      </w:r>
    </w:p>
    <w:p>
      <w:r>
        <w:rPr>
          <w:rFonts w:ascii="Courier New" w:hAnsi="Courier New"/>
          <w:color w:val="555555"/>
          <w:sz w:val="20"/>
        </w:rPr>
        <w:t>[25]</w:t>
      </w:r>
    </w:p>
    <w:p>
      <w:r>
        <w:rPr>
          <w:rFonts w:ascii="Gentium Plus" w:hAnsi="Gentium Plus"/>
          <w:sz w:val="24"/>
        </w:rPr>
        <w:t>Ὄχνη. εἶδος φυτοῦ. οἷον ἀχόη καὶ ὄχνη κατὰ πλεονασμόν. ἔστι δὲ ἄλλη ἑτέρα, ἥτις ἄπιος καλεῖται, οἱονεὶ ἡ ἥκιστα πίνουσα. Ὀχυρίς. ἰσχυρὰ καὶ ὀχυρά.</w:t>
      </w:r>
    </w:p>
    <w:p>
      <w:pPr>
        <w:jc w:val="center"/>
      </w:pPr>
      <w:r>
        <w:rPr>
          <w:rFonts w:ascii="Gentium Plus" w:hAnsi="Gentium Plus"/>
          <w:b/>
          <w:sz w:val="24"/>
        </w:rPr>
        <w:t>(Οὐδέτερον.)</w:t>
      </w:r>
    </w:p>
    <w:p>
      <w:r>
        <w:rPr>
          <w:rFonts w:ascii="Courier New" w:hAnsi="Courier New"/>
          <w:color w:val="555555"/>
          <w:sz w:val="20"/>
        </w:rPr>
        <w:t>[30]</w:t>
      </w:r>
    </w:p>
    <w:p>
      <w:r>
        <w:rPr>
          <w:rFonts w:ascii="Gentium Plus" w:hAnsi="Gentium Plus"/>
          <w:sz w:val="24"/>
        </w:rPr>
        <w:t>Ὄχημα. ἀνάβασις· ἅρμα.</w:t>
      </w:r>
    </w:p>
    <w:p>
      <w:r>
        <w:rPr>
          <w:rFonts w:ascii="Courier New" w:hAnsi="Courier New"/>
          <w:color w:val="555555"/>
          <w:sz w:val="20"/>
        </w:rPr>
        <w:t>[omicron 1493]</w:t>
      </w:r>
    </w:p>
    <w:p>
      <w:r>
        <w:rPr>
          <w:rFonts w:ascii="Gentium Plus" w:hAnsi="Gentium Plus"/>
          <w:sz w:val="24"/>
        </w:rPr>
        <w:t>Ὄχεα. τὰ ἅρματα. Ὀχύρωμα. τὸ φρούριον.</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Ὀχθήσας. στενάξας. κακοπαθήσας. παρὰ τὸ</w:t>
      </w:r>
    </w:p>
    <w:p>
      <w:r>
        <w:rPr>
          <w:rFonts w:ascii="Courier New" w:hAnsi="Courier New"/>
          <w:color w:val="555555"/>
          <w:sz w:val="20"/>
        </w:rPr>
        <w:t>[5]</w:t>
      </w:r>
    </w:p>
    <w:p>
      <w:r>
        <w:rPr>
          <w:rFonts w:ascii="Gentium Plus" w:hAnsi="Gentium Plus"/>
          <w:sz w:val="24"/>
        </w:rPr>
        <w:t>ἄχθω βαρύτονον, ἀφ’ οὗ περισπωμένως ἀχθῶ, ἐξ οὗ καὶ τὸ ἠχθέθην καὶ ἤχθημεν καὶ ἀπή‐ χθημεν. ἀχθήσας οὖν καὶ ὀχθήσας κατὰ τρο‐ πήν. Ὀχλεῦντο. ἐκινοῦντο.</w:t>
      </w:r>
    </w:p>
    <w:p>
      <w:r>
        <w:rPr>
          <w:rFonts w:ascii="Courier New" w:hAnsi="Courier New"/>
          <w:color w:val="555555"/>
          <w:sz w:val="20"/>
        </w:rPr>
        <w:t>[10]</w:t>
      </w:r>
    </w:p>
    <w:p>
      <w:r>
        <w:rPr>
          <w:rFonts w:ascii="Gentium Plus" w:hAnsi="Gentium Plus"/>
          <w:sz w:val="24"/>
        </w:rPr>
        <w:t>Ὀχλίζω. τὸ κινῶ, ἢ τὸ μετακινῶ. ὅθεν καὶ μοχλὸς ὁ μὴ ἐῶν κινεῖσθαι τὰς θύρας. οἷον· ὀχλίζων λάϊγγας ἐρυκέμεν ὅρμον ἱκέσθαι, ὅρμον πετραίῳ στόνυχι τρίψε σφυρόν. στόνυξ δὲ λέγεται τὸ εἰς ὀξὺ λῆγον.</w:t>
      </w:r>
    </w:p>
    <w:p>
      <w:r>
        <w:rPr>
          <w:rFonts w:ascii="Courier New" w:hAnsi="Courier New"/>
          <w:color w:val="555555"/>
          <w:sz w:val="20"/>
        </w:rPr>
        <w:t>[15]</w:t>
      </w:r>
    </w:p>
    <w:p>
      <w:r>
        <w:rPr>
          <w:rFonts w:ascii="Gentium Plus" w:hAnsi="Gentium Plus"/>
          <w:sz w:val="24"/>
        </w:rPr>
        <w:t>Ὀχμάζει. βαστάζει· μάχεται. ἐκ τοῦ ἔχω ὀχμὸς καὶ ὀχμάζω, προσθέσει τοῦ μ. Ὀχούμενος καὶ ἐποχούμενος. ὁ ἐπιβαίνων, ὁ καβαλλικεύων.</w:t>
      </w:r>
    </w:p>
    <w:p>
      <w:pPr>
        <w:jc w:val="center"/>
      </w:pPr>
      <w:r>
        <w:rPr>
          <w:rFonts w:ascii="Gentium Plus" w:hAnsi="Gentium Plus"/>
          <w:b/>
          <w:sz w:val="24"/>
        </w:rPr>
        <w:t>(Ἐπίῤῥημα.)</w:t>
      </w:r>
    </w:p>
    <w:p>
      <w:r>
        <w:rPr>
          <w:rFonts w:ascii="Courier New" w:hAnsi="Courier New"/>
          <w:color w:val="555555"/>
          <w:sz w:val="20"/>
        </w:rPr>
        <w:t>[20]</w:t>
      </w:r>
    </w:p>
    <w:p>
      <w:r>
        <w:rPr>
          <w:rFonts w:ascii="Gentium Plus" w:hAnsi="Gentium Plus"/>
          <w:sz w:val="24"/>
        </w:rPr>
        <w:t>Ὄχα. ἀντὶ τοῦ πάνυ καὶ ἐξόχως.</w:t>
      </w:r>
    </w:p>
    <w:p>
      <w:pPr>
        <w:jc w:val="center"/>
      </w:pPr>
      <w:r>
        <w:rPr>
          <w:rFonts w:ascii="Gentium Plus" w:hAnsi="Gentium Plus"/>
          <w:b/>
          <w:sz w:val="24"/>
        </w:rPr>
        <w:t>Τὸ Ο μετὰ τοῦ Ψ.</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Ὀψαρτυτής. ὁ μάγειρος.</w:t>
      </w:r>
    </w:p>
    <w:p>
      <w:r>
        <w:rPr>
          <w:rFonts w:ascii="Courier New" w:hAnsi="Courier New"/>
          <w:color w:val="555555"/>
          <w:sz w:val="20"/>
        </w:rPr>
        <w:t>[omicron 1494]</w:t>
      </w:r>
    </w:p>
    <w:p>
      <w:r>
        <w:rPr>
          <w:rFonts w:ascii="Gentium Plus" w:hAnsi="Gentium Plus"/>
          <w:sz w:val="24"/>
        </w:rPr>
        <w:t>Ὀψοποιός. ὁ μάγειρος. Ὄψ. ἡ φωνή. καὶ κλίνεται ὀπός. ὢψ δὲ ὁ ὀφθαλμὸς, μέγα.</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Ὀψιμάθεια. βραδυμάθεια. Ὄψις. διάκρισις χρωμάτων [καὶ σχημάτων] καὶ ὄγκων. παρὰ τὸ ἅπτω, τὸ συνάπτω, ἅψις καὶ ὄψις. ἡ διὰ τῶν ὁρατῶν ψαῦσιν ποιουμένη πρὸς κατανόησιν. ἢ παρὰ τὸν ὄψω μέλλοντα.</w:t>
      </w:r>
    </w:p>
    <w:p>
      <w:r>
        <w:rPr>
          <w:rFonts w:ascii="Courier New" w:hAnsi="Courier New"/>
          <w:color w:val="555555"/>
          <w:sz w:val="20"/>
        </w:rPr>
        <w:t>[10]</w:t>
      </w:r>
    </w:p>
    <w:p>
      <w:r>
        <w:rPr>
          <w:rFonts w:ascii="Gentium Plus" w:hAnsi="Gentium Plus"/>
          <w:sz w:val="24"/>
        </w:rPr>
        <w:t>†Ὄψις. ἡ θεωρία.† †Ὄψις. ἡ αἴσθησις τοῦ ὀφθαλμοῦ, δι’ ἧς ἀντι‐ λαμβανόμεθα τῶν ὁρατῶν. ὅθεν φαμέν· ἀνε‐ κόπη ἡ ὄψις τῶν ὀφθαλμῶν, ἤγουν ἡ ὅρασις.† †Ὄψις. καὶ ὁ ὄνειρος. ὡς ἔστιν εὑρεῖν, ὡς</w:t>
      </w:r>
    </w:p>
    <w:p>
      <w:r>
        <w:rPr>
          <w:rFonts w:ascii="Courier New" w:hAnsi="Courier New"/>
          <w:color w:val="555555"/>
          <w:sz w:val="20"/>
        </w:rPr>
        <w:t>[15]</w:t>
      </w:r>
    </w:p>
    <w:p>
      <w:r>
        <w:rPr>
          <w:rFonts w:ascii="Gentium Plus" w:hAnsi="Gentium Plus"/>
          <w:sz w:val="24"/>
        </w:rPr>
        <w:t>ἐπιστᾶσα θεία ὄψις τῷ ἁγίῳ παρεγγυᾶται.† Ὀψίας. οἷον ἑψία τις οὖσα. παρὰ τὸ ἕπω, τὸ ἀκολουθῶ, ἕψω, ἑψία, ἡ ὄπισθεν οὖσα καὶ ἐπακολουθοῦσα ἀπὸ τῶν ἔργων. ὀψίας δὲ γε‐ νομένης. ὅθεν καὶ πρωΐα τὸ ἐναντίον λέγεται</w:t>
      </w:r>
    </w:p>
    <w:p>
      <w:r>
        <w:rPr>
          <w:rFonts w:ascii="Courier New" w:hAnsi="Courier New"/>
          <w:color w:val="555555"/>
          <w:sz w:val="20"/>
        </w:rPr>
        <w:t>[20]</w:t>
      </w:r>
    </w:p>
    <w:p>
      <w:r>
        <w:rPr>
          <w:rFonts w:ascii="Gentium Plus" w:hAnsi="Gentium Plus"/>
          <w:sz w:val="24"/>
        </w:rPr>
        <w:t>κατάστημα, παρὰ τὸ προϊέναι ἐπὶ τὰ ἔργα. Ὀψοδεΐα. ἡ ἔλλειψις τῶν ὄψων. ὀψοδεία δὲ, δίφθογγον.</w:t>
      </w:r>
    </w:p>
    <w:p>
      <w:pPr>
        <w:jc w:val="center"/>
      </w:pPr>
      <w:r>
        <w:rPr>
          <w:rFonts w:ascii="Gentium Plus" w:hAnsi="Gentium Plus"/>
          <w:b/>
          <w:sz w:val="24"/>
        </w:rPr>
        <w:t>(Οὐδέτερον.)</w:t>
      </w:r>
    </w:p>
    <w:p>
      <w:r>
        <w:rPr>
          <w:rFonts w:ascii="Courier New" w:hAnsi="Courier New"/>
          <w:color w:val="555555"/>
          <w:sz w:val="20"/>
        </w:rPr>
        <w:t>[24]</w:t>
      </w:r>
    </w:p>
    <w:p>
      <w:r>
        <w:rPr>
          <w:rFonts w:ascii="Gentium Plus" w:hAnsi="Gentium Plus"/>
          <w:sz w:val="24"/>
        </w:rPr>
        <w:t>Ὀψαρίδιον. τὸ μικρὸν ὀψάριον.</w:t>
      </w:r>
    </w:p>
    <w:p>
      <w:r>
        <w:rPr>
          <w:rFonts w:ascii="Courier New" w:hAnsi="Courier New"/>
          <w:color w:val="555555"/>
          <w:sz w:val="20"/>
        </w:rPr>
        <w:t>[omicron 1495]</w:t>
      </w:r>
    </w:p>
    <w:p>
      <w:r>
        <w:rPr>
          <w:rFonts w:ascii="Gentium Plus" w:hAnsi="Gentium Plus"/>
          <w:sz w:val="24"/>
        </w:rPr>
        <w:t>Ὄψεον. μέρος τοῦ σώματος. Ὀψιγέννητα. βραδυγέννητα. καὶ ὀψιαίτατον καὶ ὀψιτελέστατον. Ὄψιμον. βραδυχρόνιον.</w:t>
      </w:r>
    </w:p>
    <w:p>
      <w:r>
        <w:rPr>
          <w:rFonts w:ascii="Courier New" w:hAnsi="Courier New"/>
          <w:color w:val="555555"/>
          <w:sz w:val="20"/>
        </w:rPr>
        <w:t>[5]</w:t>
      </w:r>
    </w:p>
    <w:p>
      <w:r>
        <w:rPr>
          <w:rFonts w:ascii="Gentium Plus" w:hAnsi="Gentium Plus"/>
          <w:sz w:val="24"/>
        </w:rPr>
        <w:t>Ὀψίκιον. ..... Ὄψον. προσφάγιον. κυρίως δὲ λέγεται πᾶν τὸ πυρὶ κατασκευαζόμενον. παρὰ τὸ ἕψον τι ὂν, ἢ παρὰ τὸ ὀπτῆσαι ὠνόμασται. Ὀψώνια. κέρδη, χαρίσματα, σιτηρέσια. καὶ</w:t>
      </w:r>
    </w:p>
    <w:p>
      <w:r>
        <w:rPr>
          <w:rFonts w:ascii="Courier New" w:hAnsi="Courier New"/>
          <w:color w:val="555555"/>
          <w:sz w:val="20"/>
        </w:rPr>
        <w:t>[10]</w:t>
      </w:r>
    </w:p>
    <w:p>
      <w:r>
        <w:rPr>
          <w:rFonts w:ascii="Gentium Plus" w:hAnsi="Gentium Plus"/>
          <w:sz w:val="24"/>
        </w:rPr>
        <w:t>ὀψώνια ὁ καρπός. ἀποστολικὴ ἡ λέξις· τὰ γὰρ ὀψώνια τῆς ἁμαρτίας θάνατος.</w:t>
      </w:r>
    </w:p>
    <w:p>
      <w:pPr>
        <w:jc w:val="center"/>
      </w:pPr>
      <w:r>
        <w:rPr>
          <w:rFonts w:ascii="Gentium Plus" w:hAnsi="Gentium Plus"/>
          <w:b/>
          <w:sz w:val="24"/>
        </w:rPr>
        <w:t>(Ῥῆμα.)</w:t>
      </w:r>
    </w:p>
    <w:p>
      <w:r>
        <w:rPr>
          <w:rFonts w:ascii="Courier New" w:hAnsi="Courier New"/>
          <w:color w:val="555555"/>
          <w:sz w:val="20"/>
        </w:rPr>
        <w:t>[13]</w:t>
      </w:r>
    </w:p>
    <w:p>
      <w:r>
        <w:rPr>
          <w:rFonts w:ascii="Gentium Plus" w:hAnsi="Gentium Plus"/>
          <w:sz w:val="24"/>
        </w:rPr>
        <w:t>Ὄψεαι. ἀντὶ τοῦ θεάσῃ καὶ ὄψει.</w:t>
      </w:r>
    </w:p>
    <w:p>
      <w:r>
        <w:rPr>
          <w:rFonts w:ascii="Courier New" w:hAnsi="Courier New"/>
          <w:color w:val="555555"/>
          <w:sz w:val="20"/>
        </w:rPr>
        <w:t>[omicron 1496]</w:t>
      </w:r>
    </w:p>
    <w:p>
      <w:r>
        <w:rPr>
          <w:rFonts w:ascii="Gentium Plus" w:hAnsi="Gentium Plus"/>
          <w:sz w:val="24"/>
        </w:rPr>
        <w:t>Ὀψείω. ἐπιθυμῶ ἰδεῖν. Ὀψείοντες. ἰδεῖν θέλοντες· ὀπτικῶς ἔχοντες. ἐκ τοῦ ὄψω παράγωγον ὀψείω. τὰ γὰρ τοιαῦ‐ τα γίνεται καὶ ἀπὸ ἐνεστώτων καὶ μελλόντων.</w:t>
      </w:r>
    </w:p>
    <w:p>
      <w:r>
        <w:rPr>
          <w:rFonts w:ascii="Courier New" w:hAnsi="Courier New"/>
          <w:color w:val="555555"/>
          <w:sz w:val="20"/>
        </w:rPr>
        <w:t>[5]</w:t>
      </w:r>
    </w:p>
    <w:p>
      <w:r>
        <w:rPr>
          <w:rFonts w:ascii="Gentium Plus" w:hAnsi="Gentium Plus"/>
          <w:sz w:val="24"/>
        </w:rPr>
        <w:t>οἷον ὀκνῶ ὀκνείω, ὄψω ὀψείω. ἕως δὲ τοῦ πα‐ ρακειμένου τὰ τοιαῦτα κλίνονται. Ὄψονται. ἀντὶ τοῦ σχῶσιν ἢ καὶ ἀπολαύσωσιν. ὡς τό· μακάριοι οἱ καθαροὶ τῇ καρδίᾳ, ὅτι αὐτοὶ τὸν θεὸν ὄψονται.</w:t>
      </w:r>
    </w:p>
    <w:p>
      <w:r>
        <w:rPr>
          <w:rFonts w:ascii="Courier New" w:hAnsi="Courier New"/>
          <w:color w:val="555555"/>
          <w:sz w:val="20"/>
        </w:rPr>
        <w:t>[10]</w:t>
      </w:r>
    </w:p>
    <w:p>
      <w:r>
        <w:rPr>
          <w:rFonts w:ascii="Gentium Plus" w:hAnsi="Gentium Plus"/>
          <w:sz w:val="24"/>
        </w:rPr>
        <w:t>Ὀψέ. μόλις· βραδέως. Ὀψὲ σαββάτων. ἐσχάτων τῶν ἡμερῶν. ἔθος γὰρ Ἑβραίοις τὴν ὅλην ἑβδομάδα μίαν ἡμέραν</w:t>
      </w:r>
    </w:p>
    <w:p>
      <w:pPr>
        <w:jc w:val="center"/>
      </w:pPr>
      <w:r>
        <w:rPr>
          <w:rFonts w:ascii="Gentium Plus" w:hAnsi="Gentium Plus"/>
          <w:b/>
          <w:sz w:val="24"/>
        </w:rPr>
        <w:t>Π.</w:t>
      </w:r>
    </w:p>
    <w:p>
      <w:pPr>
        <w:jc w:val="center"/>
      </w:pPr>
      <w:r>
        <w:rPr>
          <w:rFonts w:ascii="Gentium Plus" w:hAnsi="Gentium Plus"/>
          <w:b/>
          <w:sz w:val="24"/>
        </w:rPr>
        <w:t>Τὸ Π μετὰ τοῦ Α.</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Παγκρατιασταί. ἀθληταὶ, ἀγωνισταί. Παγετός. τὸ ψύχος. ἐκ τοῦ πήσσω, τὸ πηγνύω. Πάγουροι. παρὰ τὸ οὐρεῖν, ὅ ἐστι φυλάσσειν</w:t>
      </w:r>
    </w:p>
    <w:p>
      <w:r>
        <w:rPr>
          <w:rFonts w:ascii="Courier New" w:hAnsi="Courier New"/>
          <w:color w:val="555555"/>
          <w:sz w:val="20"/>
        </w:rPr>
        <w:t>[20]</w:t>
      </w:r>
    </w:p>
    <w:p>
      <w:r>
        <w:rPr>
          <w:rFonts w:ascii="Gentium Plus" w:hAnsi="Gentium Plus"/>
          <w:sz w:val="24"/>
        </w:rPr>
        <w:t>ἐν τοῖς πάγοις· πάγοι δὲ οἱ κρημνώδεις τόποι. Παιάν. ὕμνος ᾀδόμενος εἰς Ἀπόλλωνα ἐπὶ ἀφέσει λοιμοῦ, κατὰ τὴν φλυαροκοπίαν τῶν Ἑλλήνων. Παῖς. ἀπὸ ἐτῶν εʹ ἕως ἐτῶν ιδʹ. παρὰ τὸ παίζω.</w:t>
      </w:r>
    </w:p>
    <w:p>
      <w:r>
        <w:rPr>
          <w:rFonts w:ascii="Courier New" w:hAnsi="Courier New"/>
          <w:color w:val="555555"/>
          <w:sz w:val="20"/>
        </w:rPr>
        <w:t>[pi 1496 (14)]</w:t>
      </w:r>
    </w:p>
    <w:p>
      <w:r>
        <w:rPr>
          <w:rFonts w:ascii="Gentium Plus" w:hAnsi="Gentium Plus"/>
          <w:sz w:val="24"/>
        </w:rPr>
        <w:t>δὲ Μακεδόνας. τινὲς δὲ τοὺς νῦν καλουμένους</w:t>
      </w:r>
    </w:p>
    <w:p>
      <w:r>
        <w:rPr>
          <w:rFonts w:ascii="Courier New" w:hAnsi="Courier New"/>
          <w:color w:val="555555"/>
          <w:sz w:val="20"/>
        </w:rPr>
        <w:t>[15]</w:t>
      </w:r>
    </w:p>
    <w:p>
      <w:r>
        <w:rPr>
          <w:rFonts w:ascii="Gentium Plus" w:hAnsi="Gentium Plus"/>
          <w:sz w:val="24"/>
        </w:rPr>
        <w:t>Πανονίους. Πανόνιοι δὲ οἱ Βούλγαροι. Παιδοτρίβης. γυμναστής· παιδαγωγός· ἀλεί‐ πτης. Παῖς. παρὰ τὸ παίζω, παίσω, ἀποβολῇ τοῦ ω παῖς. φίλον γὰρ τοῖς παισὶ τὸ παίζειν. ἢ παρὰ</w:t>
      </w:r>
    </w:p>
    <w:p>
      <w:r>
        <w:rPr>
          <w:rFonts w:ascii="Courier New" w:hAnsi="Courier New"/>
          <w:color w:val="555555"/>
          <w:sz w:val="20"/>
        </w:rPr>
        <w:t>[20]</w:t>
      </w:r>
    </w:p>
    <w:p>
      <w:r>
        <w:rPr>
          <w:rFonts w:ascii="Gentium Plus" w:hAnsi="Gentium Plus"/>
          <w:sz w:val="24"/>
        </w:rPr>
        <w:t>τὸ πάλλεσθαι. εὐκίνητος γὰρ ἡ ἡλικία. ὁ δὲ Ἡρωδιανός· παρὰ τὸ βαίειν γίνεται βαῖς καὶ παῖς κατὰ τροπὴν τοῦ β εἰς π. Παιδολετῆρα. παιδοφθόρον.</w:t>
      </w:r>
    </w:p>
    <w:p>
      <w:r>
        <w:rPr>
          <w:rFonts w:ascii="Courier New" w:hAnsi="Courier New"/>
          <w:color w:val="555555"/>
          <w:sz w:val="20"/>
        </w:rPr>
        <w:t>[pi 1497]</w:t>
      </w:r>
    </w:p>
    <w:p>
      <w:r>
        <w:rPr>
          <w:rFonts w:ascii="Gentium Plus" w:hAnsi="Gentium Plus"/>
          <w:sz w:val="24"/>
        </w:rPr>
        <w:t>Πάϊς. ὁ παῖς. Παιδνός. ὁ εὐγενὴς ἢ νεώτατος παῖς. παρὰ τὸ παίζω παιδνὸς, ὡς ἀλαπάζω ἀλαπαδνός. οὕτω Φίλων.</w:t>
      </w:r>
    </w:p>
    <w:p>
      <w:r>
        <w:rPr>
          <w:rFonts w:ascii="Courier New" w:hAnsi="Courier New"/>
          <w:color w:val="555555"/>
          <w:sz w:val="20"/>
        </w:rPr>
        <w:t>[5]</w:t>
      </w:r>
    </w:p>
    <w:p>
      <w:r>
        <w:rPr>
          <w:rFonts w:ascii="Gentium Plus" w:hAnsi="Gentium Plus"/>
          <w:sz w:val="24"/>
        </w:rPr>
        <w:t>Παιήων. ὁ τῶν θεῶν ἰατρός. ἀπὸ τοῦ παύω Παιὼν, καὶ πλεονασμῷ τοῦ η Παιήων. Παιπαλόεις. ὁ τραχύς. κατὰ πλεονασμὸν τοῦ π. παρὰ τὸ αἰπὸς, ὃ σημαίνει τὸ μέγα καὶ τραχὺ, οἷον·</w:t>
      </w:r>
    </w:p>
    <w:p>
      <w:r>
        <w:rPr>
          <w:rFonts w:ascii="Courier New" w:hAnsi="Courier New"/>
          <w:color w:val="555555"/>
          <w:sz w:val="20"/>
        </w:rPr>
        <w:t>[10]</w:t>
      </w:r>
    </w:p>
    <w:p>
      <w:r>
        <w:rPr>
          <w:rFonts w:ascii="Gentium Plus" w:hAnsi="Gentium Plus"/>
          <w:sz w:val="24"/>
        </w:rPr>
        <w:t>—αἰπὰ ῥέεθρα. γέγονε παιπαλόεις κατὰ πλεονασμὸν τοῦ π. Παλαιός. ἀρχαῖος. καὶ παλαιὸς ἄνθρωπος ἡ ἁμαρτία, ὥσπερ καὶ νέος ἄνθρωπος ἡ ἁγνεία καὶ ἀρετή.</w:t>
      </w:r>
    </w:p>
    <w:p>
      <w:r>
        <w:rPr>
          <w:rFonts w:ascii="Courier New" w:hAnsi="Courier New"/>
          <w:color w:val="555555"/>
          <w:sz w:val="20"/>
        </w:rPr>
        <w:t>[15]</w:t>
      </w:r>
    </w:p>
    <w:p>
      <w:r>
        <w:rPr>
          <w:rFonts w:ascii="Gentium Plus" w:hAnsi="Gentium Plus"/>
          <w:sz w:val="24"/>
        </w:rPr>
        <w:t>Παλιγκάπηλος. ὁ τὸ αὐτὸ ἀγοράζων καὶ πω‐ λῶν· ὁ μεταβολεύς. Παλίμβολος. ἀσύστατος, ἀκατάλληλος, εὐ‐ περίτρεπτος. Παλίνορσος. παρὰ τὸ ὄρω, τὸ ὁρμῶ, ὅθεν</w:t>
      </w:r>
    </w:p>
    <w:p>
      <w:r>
        <w:rPr>
          <w:rFonts w:ascii="Courier New" w:hAnsi="Courier New"/>
          <w:color w:val="555555"/>
          <w:sz w:val="20"/>
        </w:rPr>
        <w:t>[20]</w:t>
      </w:r>
    </w:p>
    <w:p>
      <w:r>
        <w:rPr>
          <w:rFonts w:ascii="Gentium Plus" w:hAnsi="Gentium Plus"/>
          <w:sz w:val="24"/>
        </w:rPr>
        <w:t>καὶ τό· —ἐξώρετο θεῖος ἀοιδός. γίνεται ὄνομα ὀρτὸς καὶ παλίνορτος. καὶ ἔδει διὰ τοῦ τ, ἵν’ ᾖ ὁ πάλιν ὡρμημένος. ἐγὼ δέ φημι παλίνορσος ἀπὸ τοῦ ὄρσω.</w:t>
      </w:r>
    </w:p>
    <w:p>
      <w:r>
        <w:rPr>
          <w:rFonts w:ascii="Courier New" w:hAnsi="Courier New"/>
          <w:color w:val="555555"/>
          <w:sz w:val="20"/>
        </w:rPr>
        <w:t>[25]</w:t>
      </w:r>
    </w:p>
    <w:p>
      <w:r>
        <w:rPr>
          <w:rFonts w:ascii="Gentium Plus" w:hAnsi="Gentium Plus"/>
          <w:sz w:val="24"/>
        </w:rPr>
        <w:t>Πάλος. ὁ κλῆρος. παρὰ τὸ πάλλω, ἐπειδὴ ἡνίκα ἀνακληθῶσιν οἱ κλῆροι πάλλονται. Παλαμναῖος. φονεὺς ἢ ἰσχυρός. ἀπὸ τοῦ πάλῃ</w:t>
      </w:r>
    </w:p>
    <w:p>
      <w:r>
        <w:rPr>
          <w:rFonts w:ascii="Courier New" w:hAnsi="Courier New"/>
          <w:color w:val="555555"/>
          <w:sz w:val="20"/>
        </w:rPr>
        <w:t>[pi 1498]</w:t>
      </w:r>
    </w:p>
    <w:p>
      <w:r>
        <w:rPr>
          <w:rFonts w:ascii="Gentium Plus" w:hAnsi="Gentium Plus"/>
          <w:sz w:val="24"/>
        </w:rPr>
        <w:t>Παλαιφάτους. ἀρχαίους, παλαιούς. μυθο‐ λογεῖται, ὅτι οἱ παλαιοὶ ἄνθρωποι ἐκ δρυῶν καὶ λίθων ἐγένοντο. παλαιφάτους δὲ λέγει τοὺς ἐκ παλαιῶν χρόνων πεφημισμένους.</w:t>
      </w:r>
    </w:p>
    <w:p>
      <w:r>
        <w:rPr>
          <w:rFonts w:ascii="Courier New" w:hAnsi="Courier New"/>
          <w:color w:val="555555"/>
          <w:sz w:val="20"/>
        </w:rPr>
        <w:t>[5]</w:t>
      </w:r>
    </w:p>
    <w:p>
      <w:r>
        <w:rPr>
          <w:rFonts w:ascii="Gentium Plus" w:hAnsi="Gentium Plus"/>
          <w:sz w:val="24"/>
        </w:rPr>
        <w:t>Παλινορμένω. ἀντὶ τοῦ ὄπισθεν ὁρμῶντας. Πανομφαίῳ. παμφήμῳ. ἀπὸ τῆς ὀμφῆς. Παντοδαπῶν. παντοίων. Πανοῦργος. ὁ φρόνιμος. ἢ καὶ ὁ πονηρός. Πανώλης. ὁ ὀλέθριος. καὶ κλίνεται πανώλου. καὶ</w:t>
      </w:r>
    </w:p>
    <w:p>
      <w:r>
        <w:rPr>
          <w:rFonts w:ascii="Courier New" w:hAnsi="Courier New"/>
          <w:color w:val="555555"/>
          <w:sz w:val="20"/>
        </w:rPr>
        <w:t>[10]</w:t>
      </w:r>
    </w:p>
    <w:p>
      <w:r>
        <w:rPr>
          <w:rFonts w:ascii="Gentium Plus" w:hAnsi="Gentium Plus"/>
          <w:sz w:val="24"/>
        </w:rPr>
        <w:t>πανώλεθρος. Πανημέριος. δι’ ὅλης τῆς ἡμέρας. Πανόνιοι. οἱ Βούλγαροι. Πανάποτμος. ἄθλιος, δυστυχής. Πανδερκής. ὁ τὰ πάντα ὁρῶν.</w:t>
      </w:r>
    </w:p>
    <w:p>
      <w:r>
        <w:rPr>
          <w:rFonts w:ascii="Courier New" w:hAnsi="Courier New"/>
          <w:color w:val="555555"/>
          <w:sz w:val="20"/>
        </w:rPr>
        <w:t>[15]</w:t>
      </w:r>
    </w:p>
    <w:p>
      <w:r>
        <w:rPr>
          <w:rFonts w:ascii="Gentium Plus" w:hAnsi="Gentium Plus"/>
          <w:sz w:val="24"/>
        </w:rPr>
        <w:t>Πανόπτης. πολυόφθαλμος. Πανέφθου. ἑψητοῦ καὶ διαλελυμένου καὶ ὑγροῦ τὴν φύσιν. Ἡρόδοτος δὲ ἀπέφθου. Ἡσίοδος δὲ πανέφθου. γέγονε δὲ παρὰ τὸ ἕψω, ἑψήσω, ἑψητός· ὡς ἀγάπω, ἀγαπήσω, ἀγαπητός· καὶ</w:t>
      </w:r>
    </w:p>
    <w:p>
      <w:r>
        <w:rPr>
          <w:rFonts w:ascii="Courier New" w:hAnsi="Courier New"/>
          <w:color w:val="555555"/>
          <w:sz w:val="20"/>
        </w:rPr>
        <w:t>[20]</w:t>
      </w:r>
    </w:p>
    <w:p>
      <w:r>
        <w:rPr>
          <w:rFonts w:ascii="Gentium Plus" w:hAnsi="Gentium Plus"/>
          <w:sz w:val="24"/>
        </w:rPr>
        <w:t>τροπῇ τοῦ ψ εἰς φ καὶ πλεονασμῷ τοῦ θ ἑφθη‐ τὸς, καὶ ἐν συγκοπῇ ἕφθος, καὶ ἐν συνθέσει πάνεφθος, πανέφθου. Πάππα. προσφώνησις τιμητικὴ τῶν υἱῶν πρὸς πατέρα. οὕτω δὲ λέγεται παρὰ Συρακουσίοις</w:t>
      </w:r>
    </w:p>
    <w:p>
      <w:r>
        <w:rPr>
          <w:rFonts w:ascii="Courier New" w:hAnsi="Courier New"/>
          <w:color w:val="555555"/>
          <w:sz w:val="20"/>
        </w:rPr>
        <w:t>[25]</w:t>
      </w:r>
    </w:p>
    <w:p>
      <w:r>
        <w:rPr>
          <w:rFonts w:ascii="Gentium Plus" w:hAnsi="Gentium Plus"/>
          <w:sz w:val="24"/>
        </w:rPr>
        <w:t>ὁ πατὴρ, πᾶς, καὶ κατὰ ἀναδιπλασιασμὸν</w:t>
      </w:r>
    </w:p>
    <w:p>
      <w:r>
        <w:rPr>
          <w:rFonts w:ascii="Courier New" w:hAnsi="Courier New"/>
          <w:color w:val="555555"/>
          <w:sz w:val="20"/>
        </w:rPr>
        <w:t>[pi 1499]</w:t>
      </w:r>
    </w:p>
    <w:p>
      <w:r>
        <w:rPr>
          <w:rFonts w:ascii="Gentium Plus" w:hAnsi="Gentium Plus"/>
          <w:sz w:val="24"/>
        </w:rPr>
        <w:t>Παράσιτοι. οἱ κόλακες. †φλύαροι ἢ κλοτζοκό‐ ποι.† Παράφορος. μωρός. ἢ ὁ μανικός. κατάφωρος δὲ μέγα.</w:t>
      </w:r>
    </w:p>
    <w:p>
      <w:r>
        <w:rPr>
          <w:rFonts w:ascii="Courier New" w:hAnsi="Courier New"/>
          <w:color w:val="555555"/>
          <w:sz w:val="20"/>
        </w:rPr>
        <w:t>[5]</w:t>
      </w:r>
    </w:p>
    <w:p>
      <w:r>
        <w:rPr>
          <w:rFonts w:ascii="Gentium Plus" w:hAnsi="Gentium Plus"/>
          <w:sz w:val="24"/>
        </w:rPr>
        <w:t>Παρακείμενος. συμπληρούμενος ἤδη, διὰ τὸ πα‐ ρακεῖσθαι αὐτῷ τὴν συμπλήρωσιν. Παρατατικός. ὁ παρατεταμένος, ὁ ἀπλήρωτος, ἢ ὁ παρὰ μικρόν. Παράφρων. ἀνόητος ἢ μαινόμενος.</w:t>
      </w:r>
    </w:p>
    <w:p>
      <w:r>
        <w:rPr>
          <w:rFonts w:ascii="Courier New" w:hAnsi="Courier New"/>
          <w:color w:val="555555"/>
          <w:sz w:val="20"/>
        </w:rPr>
        <w:t>[10]</w:t>
      </w:r>
    </w:p>
    <w:p>
      <w:r>
        <w:rPr>
          <w:rFonts w:ascii="Gentium Plus" w:hAnsi="Gentium Plus"/>
          <w:sz w:val="24"/>
        </w:rPr>
        <w:t>Παραχαράκτης. ὁ διαστροφεύς. Παραλογιστής. ὁ ἀπατεών. Παραγράπτους. νόθους, ξένους, καὶ παρεγ‐</w:t>
      </w:r>
    </w:p>
    <w:p>
      <w:r>
        <w:rPr>
          <w:rFonts w:ascii="Courier New" w:hAnsi="Courier New"/>
          <w:color w:val="555555"/>
          <w:sz w:val="20"/>
        </w:rPr>
        <w:t>[pi 1500]</w:t>
      </w:r>
    </w:p>
    <w:p>
      <w:r>
        <w:rPr>
          <w:rFonts w:ascii="Gentium Plus" w:hAnsi="Gentium Plus"/>
          <w:sz w:val="24"/>
        </w:rPr>
        <w:t>Παραβύστῳ. ἀποκεκρυμμένῳ. ἐν παραβύστῳ τόπῳ. Παράουροι. χαῦνοι ἢ παραφύλακες. Παρασάγγας. εἶδος μέτρου περσικοῦ· ὅ ἐστι</w:t>
      </w:r>
    </w:p>
    <w:p>
      <w:r>
        <w:rPr>
          <w:rFonts w:ascii="Courier New" w:hAnsi="Courier New"/>
          <w:color w:val="555555"/>
          <w:sz w:val="20"/>
        </w:rPr>
        <w:t>[5]</w:t>
      </w:r>
    </w:p>
    <w:p>
      <w:r>
        <w:rPr>
          <w:rFonts w:ascii="Gentium Plus" w:hAnsi="Gentium Plus"/>
          <w:sz w:val="24"/>
        </w:rPr>
        <w:t>στάδια τριάκοντα. ὁ δὲ σταθμὸς ἔχει μίλια εἰκοσιοκτὼ ἥμισυ κατὰ Ἡρόδοτον καὶ Ξενοφῶν‐ τα. Παραλογισμός. ἀπάτη λογισμοῦ. Παραπλήξ. ὁ παράφρων. καὶ παραπλῆγες οἱ</w:t>
      </w:r>
    </w:p>
    <w:p>
      <w:r>
        <w:rPr>
          <w:rFonts w:ascii="Courier New" w:hAnsi="Courier New"/>
          <w:color w:val="555555"/>
          <w:sz w:val="20"/>
        </w:rPr>
        <w:t>[10]</w:t>
      </w:r>
    </w:p>
    <w:p>
      <w:r>
        <w:rPr>
          <w:rFonts w:ascii="Gentium Plus" w:hAnsi="Gentium Plus"/>
          <w:sz w:val="24"/>
        </w:rPr>
        <w:t>πεπληγμένοι τόποι καὶ μὴ προσάντεις. Παραβλῶπες. στραβοί. παρὰ τὸν βλέπω μέλ‐ λοντα, καὶ τροπῇ τοῦ ε εἰς ο καὶ ἐκτάσει</w:t>
      </w:r>
    </w:p>
    <w:p>
      <w:r>
        <w:rPr>
          <w:rFonts w:ascii="Courier New" w:hAnsi="Courier New"/>
          <w:color w:val="555555"/>
          <w:sz w:val="20"/>
        </w:rPr>
        <w:t>[pi 1501]</w:t>
      </w:r>
    </w:p>
    <w:p>
      <w:r>
        <w:rPr>
          <w:rFonts w:ascii="Gentium Plus" w:hAnsi="Gentium Plus"/>
          <w:sz w:val="24"/>
        </w:rPr>
        <w:t>νοὶ φαίνεσθαι προσίασιν οἰκτρὰ τὰ σχήματα καὶ τὰς θέας αὐτῶν ἔχοντες. Παράῤῥητοι. παραμυθητικοί· παραινετικοί. Παραλλήλους. ἀκολούθους· ἐξίσου· ὁμοίως. πα‐</w:t>
      </w:r>
    </w:p>
    <w:p>
      <w:r>
        <w:rPr>
          <w:rFonts w:ascii="Courier New" w:hAnsi="Courier New"/>
          <w:color w:val="555555"/>
          <w:sz w:val="20"/>
        </w:rPr>
        <w:t>[5]</w:t>
      </w:r>
    </w:p>
    <w:p>
      <w:r>
        <w:rPr>
          <w:rFonts w:ascii="Gentium Plus" w:hAnsi="Gentium Plus"/>
          <w:sz w:val="24"/>
        </w:rPr>
        <w:t>ραλλήλους μὲν βίους λεκτέον καὶ ἄνδρας παραλ‐ λήλους, οὐκέτι δὲ κατὰ τὰς ἄλλας πτώσεις, οἷον· βίων παραλλήλων, ἢ ἐν τοῖς παραλλή‐ λοις βίοις. ἔτι δ’ ἧττον ἑνικῶς λεκτέον, παράλ‐ ληλον βίον· οὐδὲν γάρ ἐστιν ἄλληλον. μᾶλλον</w:t>
      </w:r>
    </w:p>
    <w:p>
      <w:r>
        <w:rPr>
          <w:rFonts w:ascii="Courier New" w:hAnsi="Courier New"/>
          <w:color w:val="555555"/>
          <w:sz w:val="20"/>
        </w:rPr>
        <w:t>[10]</w:t>
      </w:r>
    </w:p>
    <w:p>
      <w:r>
        <w:rPr>
          <w:rFonts w:ascii="Gentium Plus" w:hAnsi="Gentium Plus"/>
          <w:sz w:val="24"/>
        </w:rPr>
        <w:t>οὖν λεκτέον, ἐν τοῖς βίοις τοῖς παρ’ ἀλλήλους θεωρημένοις, καὶ, τῶν ἀνδρῶν τῶν παρ’ ἀλλή‐ λους ἐξητασμένων. καὶ Ἑλλάνικος τοῦτο ἱστο‐ ρεῖ, ἐν τοῖς κατάλληλα, οὐκ ἐν τοῖς καταλλή‐ λοις. ἐν μέντοι γεωμετρίαις συνήθως ἤδη λέ‐</w:t>
      </w:r>
    </w:p>
    <w:p>
      <w:r>
        <w:rPr>
          <w:rFonts w:ascii="Courier New" w:hAnsi="Courier New"/>
          <w:color w:val="555555"/>
          <w:sz w:val="20"/>
        </w:rPr>
        <w:t>[15]</w:t>
      </w:r>
    </w:p>
    <w:p>
      <w:r>
        <w:rPr>
          <w:rFonts w:ascii="Gentium Plus" w:hAnsi="Gentium Plus"/>
          <w:sz w:val="24"/>
        </w:rPr>
        <w:t>γεται παράλληλος εὐθεῖα, καὶ κύκλοις παραλ‐ λήλοις. ἐπισκέψασθαι δὲ χρὴ, εἰ τὸ ἐκ παραλ‐ λήλου εἴρηται ὑπό τινος τῶν δοκίμων. ἐγὼ μὲν οὐκ οἶμαι. Παράδεισος. ἐπειδὴ ἔμελλεν ὁ θεὸς ἐξ ὁρα‐</w:t>
      </w:r>
    </w:p>
    <w:p>
      <w:r>
        <w:rPr>
          <w:rFonts w:ascii="Courier New" w:hAnsi="Courier New"/>
          <w:color w:val="555555"/>
          <w:sz w:val="20"/>
        </w:rPr>
        <w:t>[20]</w:t>
      </w:r>
    </w:p>
    <w:p>
      <w:r>
        <w:rPr>
          <w:rFonts w:ascii="Gentium Plus" w:hAnsi="Gentium Plus"/>
          <w:sz w:val="24"/>
        </w:rPr>
        <w:t>τῆς καὶ ἀοράτου κτίσεως πλαστουργεῖν τὸν ἄν‐ θρωπον κατ’ οἰκείαν εἰκόνα τὲ καὶ καθ’ ὁμοίω‐ σιν, ὥσπέρ τινα βασιλέα καὶ ἄρχοντα πάσης τῆς γῆς καὶ τῶν ἐν αὐτῇ, προκαθίστησιν αὐτῷ οἷον τι βασιλεῖον, ἐν ᾧ διαιτώμενος μακαρίαν</w:t>
      </w:r>
    </w:p>
    <w:p>
      <w:r>
        <w:rPr>
          <w:rFonts w:ascii="Courier New" w:hAnsi="Courier New"/>
          <w:color w:val="555555"/>
          <w:sz w:val="20"/>
        </w:rPr>
        <w:t>[25]</w:t>
      </w:r>
    </w:p>
    <w:p>
      <w:r>
        <w:rPr>
          <w:rFonts w:ascii="Gentium Plus" w:hAnsi="Gentium Plus"/>
          <w:sz w:val="24"/>
        </w:rPr>
        <w:t>καὶ πανολβίαν ἔζη ζωήν. καὶ οὗτος ἐστὶν ὁ θεῖος παράδεισος, θεοῦ χερσὶν ἐν ἐδὲμ πεφυτευμέ‐ νος· ἐδὲμ δὲ τρυφὴ ἑρμηνεύεται· ἐν τῇ ἀνατολῇ μὲν πάσης τῆς γῆς ὑψηλότερος κείμενος, εὐ‐ κραὴς δὲ καὶ ἀέρι λεπτοτάτῳ καὶ καθαρωτάτῳ</w:t>
      </w:r>
    </w:p>
    <w:p>
      <w:r>
        <w:rPr>
          <w:rFonts w:ascii="Courier New" w:hAnsi="Courier New"/>
          <w:color w:val="555555"/>
          <w:sz w:val="20"/>
        </w:rPr>
        <w:t>[30]</w:t>
      </w:r>
    </w:p>
    <w:p>
      <w:r>
        <w:rPr>
          <w:rFonts w:ascii="Gentium Plus" w:hAnsi="Gentium Plus"/>
          <w:sz w:val="24"/>
        </w:rPr>
        <w:t>περιλαμπόμενος, φυτοῖς ἀειθαλέσι κομῶν, εὐω‐ δίας πλήρης, φωτὸς ἔμπλεως, ὥρας πάσης αἰ‐ σθητῆς καὶ κάλλους ὑπερβαίνων ἔννοιαν. τινὲς μὲν οὖν τὸν παράδεισον αἰσθητὸν ἐφαντάσθη‐</w:t>
      </w:r>
    </w:p>
    <w:p>
      <w:r>
        <w:rPr>
          <w:rFonts w:ascii="Courier New" w:hAnsi="Courier New"/>
          <w:color w:val="555555"/>
          <w:sz w:val="20"/>
        </w:rPr>
        <w:t>[pi 1502]</w:t>
      </w:r>
    </w:p>
    <w:p>
      <w:r>
        <w:rPr>
          <w:rFonts w:ascii="Gentium Plus" w:hAnsi="Gentium Plus"/>
          <w:sz w:val="24"/>
        </w:rPr>
        <w:t>περ ὁ ἄνθρωπος αἰσθητὸς καὶ νοητὸς ἅμα δε‐ δημιούργητο, οὕτω καὶ τὸ τούτου ἱερώτατον τέ‐ μενος αἰσθητὸν ἅμα καὶ νοητὸν καὶ διπλῆν ἔχον τὴν ἔμφασιν. τῷ μὲν σώματι ἐν τῷ θειοτάτῳ</w:t>
      </w:r>
    </w:p>
    <w:p>
      <w:r>
        <w:rPr>
          <w:rFonts w:ascii="Courier New" w:hAnsi="Courier New"/>
          <w:color w:val="555555"/>
          <w:sz w:val="20"/>
        </w:rPr>
        <w:t>[5]</w:t>
      </w:r>
    </w:p>
    <w:p>
      <w:r>
        <w:rPr>
          <w:rFonts w:ascii="Gentium Plus" w:hAnsi="Gentium Plus"/>
          <w:sz w:val="24"/>
        </w:rPr>
        <w:t>χώρῳ καὶ ὑπερκαλλεῖ, καθὼς εἴρηται, αὐλι‐ ζόμενος· τῇ δὲ ψυχῇ ἐν ὑπερτέρῳ καὶ ἀσυγ‐ κρίτῳ καὶ περικαλλεστέρῳ τρόπῳ διατρίβων, θεὸν ἔχων οἶκον τὸν ἔνοικον, καὶ αὐτὸν ἔχων εὐκλεὲς περιβόλαιον, καὶ τὴν αὐτοῦ περιβεβλη‐</w:t>
      </w:r>
    </w:p>
    <w:p>
      <w:r>
        <w:rPr>
          <w:rFonts w:ascii="Courier New" w:hAnsi="Courier New"/>
          <w:color w:val="555555"/>
          <w:sz w:val="20"/>
        </w:rPr>
        <w:t>[10]</w:t>
      </w:r>
    </w:p>
    <w:p>
      <w:r>
        <w:rPr>
          <w:rFonts w:ascii="Gentium Plus" w:hAnsi="Gentium Plus"/>
          <w:sz w:val="24"/>
        </w:rPr>
        <w:t>μένος χάριν, καὶ τοῦ μόνου γλυκυτάτου καρ‐ ποῦ τῆς αὐτοῦ θεωρίας κατατρυφῶν, οἷά τις ἄγγελος ἄλλος ταύτῃ τρεφόμενος· ὅπερ δὴ καὶ ξύλον ὠνόμασται ζωῆς. ζωῆς γὰρ θανάτῳ μὴ διακοπτομένης ἡ γλυκύτης τῆς θείας μεθέξεως</w:t>
      </w:r>
    </w:p>
    <w:p>
      <w:r>
        <w:rPr>
          <w:rFonts w:ascii="Courier New" w:hAnsi="Courier New"/>
          <w:color w:val="555555"/>
          <w:sz w:val="20"/>
        </w:rPr>
        <w:t>[15]</w:t>
      </w:r>
    </w:p>
    <w:p>
      <w:r>
        <w:rPr>
          <w:rFonts w:ascii="Gentium Plus" w:hAnsi="Gentium Plus"/>
          <w:sz w:val="24"/>
        </w:rPr>
        <w:t>τοῖς μεταλαμβάνουσι μεταδίδωσιν, ὃ δὴ πᾶν ξύ‐ λον ὁ θεὸς ἐκάλεσεν, ἀπὸ παντὸς ξύλου, φή‐ σας, τοῦ ἐν τῷ παραδείσῳ βρώσει φάγεσθαι. αὐτὸς γάρ ἐστι τὸ πᾶν, ἐν ᾧ καὶ δι’ οὗ τὸ πᾶν συνέστηκε. τὸ δὲ τῆς τοῦ καλοῦ τε καὶ κακοῦ</w:t>
      </w:r>
    </w:p>
    <w:p>
      <w:r>
        <w:rPr>
          <w:rFonts w:ascii="Courier New" w:hAnsi="Courier New"/>
          <w:color w:val="555555"/>
          <w:sz w:val="20"/>
        </w:rPr>
        <w:t>[20]</w:t>
      </w:r>
    </w:p>
    <w:p>
      <w:r>
        <w:rPr>
          <w:rFonts w:ascii="Gentium Plus" w:hAnsi="Gentium Plus"/>
          <w:sz w:val="24"/>
        </w:rPr>
        <w:t>γνώσεως ξύλον ἡ τῆς πολυσχεδοῦς θεωρίας διάγνωσις. αὕτη δέ ἐστιν ἡ τῆς οἰκείας φύσεως ἐπιδιάγνωσις, ἥτις καλὴ μὲν ἐν τοῖς τελείοις καὶ ἐν τῇ θείᾳ θεωρίᾳ βεβιωκόσιν ἐξ αὐτῆς τὴν τοῦ δημιουργοῦ μεγαλουργίαν δημοσιεύουσαν</w:t>
      </w:r>
    </w:p>
    <w:p>
      <w:r>
        <w:rPr>
          <w:rFonts w:ascii="Courier New" w:hAnsi="Courier New"/>
          <w:color w:val="555555"/>
          <w:sz w:val="20"/>
        </w:rPr>
        <w:t>[25]</w:t>
      </w:r>
    </w:p>
    <w:p>
      <w:r>
        <w:rPr>
          <w:rFonts w:ascii="Gentium Plus" w:hAnsi="Gentium Plus"/>
          <w:sz w:val="24"/>
        </w:rPr>
        <w:t>τοῖς μὴ δεδιόσι μετάπτωσιν διὰ τὸ ἐκ τοῦ χρό‐ νου εἰς ἕξιν τινὰ τῆς τοιαύτης ἐληλακέναι θεω‐ ρίας· οὐ καλὴ δὲ τοῖς νέοις ἔτι καὶ τὴν ἔφεσιν λιχνοτέροις, οὓς διὰ τὸ ἀβέβαιον τῆς ἐν τῷ κρείττονι διαμονῆς καὶ τῷ μήπω παγίως ἐνεδρα‐</w:t>
      </w:r>
    </w:p>
    <w:p>
      <w:r>
        <w:rPr>
          <w:rFonts w:ascii="Courier New" w:hAnsi="Courier New"/>
          <w:color w:val="555555"/>
          <w:sz w:val="20"/>
        </w:rPr>
        <w:t>[30]</w:t>
      </w:r>
    </w:p>
    <w:p>
      <w:r>
        <w:rPr>
          <w:rFonts w:ascii="Gentium Plus" w:hAnsi="Gentium Plus"/>
          <w:sz w:val="24"/>
        </w:rPr>
        <w:t>σθῆναι τῇ τοῦ μόνου καλοῦ προσεδρίᾳ ἡ τοῦ οἰκείου κηδεμονία σώματος πρὸς ἑαυτὴν ἀνθέλ‐ κειν καὶ περισπᾷν πέφυκεν. οὕτω διπλοῦν οἶμαι τὴν παράδεισον. καὶ ἀληθῶς οἱ θεῖοι πατέρες</w:t>
      </w:r>
    </w:p>
    <w:p>
      <w:r>
        <w:rPr>
          <w:rFonts w:ascii="Courier New" w:hAnsi="Courier New"/>
          <w:color w:val="555555"/>
          <w:sz w:val="20"/>
        </w:rPr>
        <w:t>[pi 1503]</w:t>
      </w:r>
    </w:p>
    <w:p>
      <w:r>
        <w:rPr>
          <w:rFonts w:ascii="Gentium Plus" w:hAnsi="Gentium Plus"/>
          <w:sz w:val="24"/>
        </w:rPr>
        <w:t>παράδεισος δὲ εἴρηται παρὰ τὸ δεύσω, τὸ βρέ‐ χω, ῥῆμα ὄνομα δεῦσος, καὶ παράδεισος τροπῇ τοῦ υ εἰς ι. οἱ δέ φασιν παρὰ τὸ δεῖσαν ποιεῖ‐ σθαι, ὅ ἐστι τῶν βοτανῶν συλλογήν.</w:t>
      </w:r>
    </w:p>
    <w:p>
      <w:r>
        <w:rPr>
          <w:rFonts w:ascii="Courier New" w:hAnsi="Courier New"/>
          <w:color w:val="555555"/>
          <w:sz w:val="20"/>
        </w:rPr>
        <w:t>[5]</w:t>
      </w:r>
    </w:p>
    <w:p>
      <w:r>
        <w:rPr>
          <w:rFonts w:ascii="Gentium Plus" w:hAnsi="Gentium Plus"/>
          <w:sz w:val="24"/>
        </w:rPr>
        <w:t>Παρήορος. παρῃωρημένος τῷ σώματι, τουτέστιν ἐκλελυμένος. λέγεται δὲ καὶ ὁ εἰς μῆκος ἐκτε‐ ταμένος. ἀμφότερα ἀπὸ τοῦ ἀείρω, κατὰ ἀπο‐ βολὴν τοῦ ι ἄορος, καὶ ἐκτάσει τοῦ α εἰς η ἤορος καὶ παρήορος.</w:t>
      </w:r>
    </w:p>
    <w:p>
      <w:r>
        <w:rPr>
          <w:rFonts w:ascii="Courier New" w:hAnsi="Courier New"/>
          <w:color w:val="555555"/>
          <w:sz w:val="20"/>
        </w:rPr>
        <w:t>[10]</w:t>
      </w:r>
    </w:p>
    <w:p>
      <w:r>
        <w:rPr>
          <w:rFonts w:ascii="Gentium Plus" w:hAnsi="Gentium Plus"/>
          <w:sz w:val="24"/>
        </w:rPr>
        <w:t>Παρθένιος. ὁ διδάσκων καὶ ἀποδεχόμενος τὴν παρθενίαν ὑπὲρ τὸν γάμον. Παρθενοπίπης. ὁ περιβλεπόμενος τὰς γυναῖ‐</w:t>
      </w:r>
    </w:p>
    <w:p>
      <w:r>
        <w:rPr>
          <w:rFonts w:ascii="Courier New" w:hAnsi="Courier New"/>
          <w:color w:val="555555"/>
          <w:sz w:val="20"/>
        </w:rPr>
        <w:t>[pi 1504]</w:t>
      </w:r>
    </w:p>
    <w:p>
      <w:r>
        <w:rPr>
          <w:rFonts w:ascii="Gentium Plus" w:hAnsi="Gentium Plus"/>
          <w:sz w:val="24"/>
        </w:rPr>
        <w:t>καὶ ἐν συνθέσει παρθενοπίπης. τὰ δὲ διὰ τοῦ ὀπιπεύω διὰ τοῦ ι γράφεται, οἷον παιδοπίπης, γυναικοπίπης. Παρθενῶνες. τὰ μοναστήρια, τὰ ἀσκητήρια.</w:t>
      </w:r>
    </w:p>
    <w:p>
      <w:r>
        <w:rPr>
          <w:rFonts w:ascii="Courier New" w:hAnsi="Courier New"/>
          <w:color w:val="555555"/>
          <w:sz w:val="20"/>
        </w:rPr>
        <w:t>[5]</w:t>
      </w:r>
    </w:p>
    <w:p>
      <w:r>
        <w:rPr>
          <w:rFonts w:ascii="Gentium Plus" w:hAnsi="Gentium Plus"/>
          <w:sz w:val="24"/>
        </w:rPr>
        <w:t>Παρείας. ὄφις οὕτω καλούμενος. παρίας δὲ λί‐ θος, ι. Πάρνοπας. ἀγρίας μελίσσας. Πάροινος. ὑβριστὴς, πλήκτης, μέθυσος· ἔκλυ‐ τος.</w:t>
      </w:r>
    </w:p>
    <w:p>
      <w:r>
        <w:rPr>
          <w:rFonts w:ascii="Courier New" w:hAnsi="Courier New"/>
          <w:color w:val="555555"/>
          <w:sz w:val="20"/>
        </w:rPr>
        <w:t>[10]</w:t>
      </w:r>
    </w:p>
    <w:p>
      <w:r>
        <w:rPr>
          <w:rFonts w:ascii="Gentium Plus" w:hAnsi="Gentium Plus"/>
          <w:sz w:val="24"/>
        </w:rPr>
        <w:t>Πάροικος. ὁ παρεπίδημος. Παρεπίδημος. διαβάτης· παροδίτης. Πάρεδρος. παρακαθήμενος.</w:t>
      </w:r>
    </w:p>
    <w:p>
      <w:r>
        <w:rPr>
          <w:rFonts w:ascii="Courier New" w:hAnsi="Courier New"/>
          <w:color w:val="555555"/>
          <w:sz w:val="20"/>
        </w:rPr>
        <w:t>[pi 1505]</w:t>
      </w:r>
    </w:p>
    <w:p>
      <w:r>
        <w:rPr>
          <w:rFonts w:ascii="Gentium Plus" w:hAnsi="Gentium Plus"/>
          <w:sz w:val="24"/>
        </w:rPr>
        <w:t>Παστός. παρὰ τὸ πάσσειν, τὸ ποικίλλειν. ἢ διὰ τὸ ἐν αὐτῷ ἡμᾶς σιτεῖσθαι. παρὰ τὸ πά‐ σασθαι, ὅ ἐστι φαγεῖν ἢ γεύσασθαι. Πάσσων. ὄνομα συγκριτικόν. ὡς παρὰ τὸ βραδὺς</w:t>
      </w:r>
    </w:p>
    <w:p>
      <w:r>
        <w:rPr>
          <w:rFonts w:ascii="Courier New" w:hAnsi="Courier New"/>
          <w:color w:val="555555"/>
          <w:sz w:val="20"/>
        </w:rPr>
        <w:t>[5]</w:t>
      </w:r>
    </w:p>
    <w:p>
      <w:r>
        <w:rPr>
          <w:rFonts w:ascii="Gentium Plus" w:hAnsi="Gentium Plus"/>
          <w:sz w:val="24"/>
        </w:rPr>
        <w:t>γίνεται βράων, οὕτω καὶ παρὰ τὸ παχὺς πάσ‐ σων. Πάππος. ἀπὸ τῆς μικρῶν παίδων προσφωνήσεως. Ὅμηρος· οὐδέ τι μιν παῖδες ποτὶ γούνασι παππάζουσι.</w:t>
      </w:r>
    </w:p>
    <w:p>
      <w:r>
        <w:rPr>
          <w:rFonts w:ascii="Courier New" w:hAnsi="Courier New"/>
          <w:color w:val="555555"/>
          <w:sz w:val="20"/>
        </w:rPr>
        <w:t>[10]</w:t>
      </w:r>
    </w:p>
    <w:p>
      <w:r>
        <w:rPr>
          <w:rFonts w:ascii="Gentium Plus" w:hAnsi="Gentium Plus"/>
          <w:sz w:val="24"/>
        </w:rPr>
        <w:t>Πατραλοίας. ὁ τὸν πατέρα τύπτων. ἀλοίω γὰρ τὸ τύπτω, ἀλύω δὲ τὸ ἀδημονῶ, ψιλόν. Πατήρ. ὄνομα πρός τι τῆς οὐσίας αὐτὸ λεγό‐ μενον. πατὴρ μὲν οὖν κυρίως εἴρηται ἀναίτιος ὑπόστασις γεννητικὴ ἀγέννητος. εἴρηται δὲ πα‐</w:t>
      </w:r>
    </w:p>
    <w:p>
      <w:r>
        <w:rPr>
          <w:rFonts w:ascii="Courier New" w:hAnsi="Courier New"/>
          <w:color w:val="555555"/>
          <w:sz w:val="20"/>
        </w:rPr>
        <w:t>[15]</w:t>
      </w:r>
    </w:p>
    <w:p>
      <w:r>
        <w:rPr>
          <w:rFonts w:ascii="Gentium Plus" w:hAnsi="Gentium Plus"/>
          <w:sz w:val="24"/>
        </w:rPr>
        <w:t>τὴρ ἢ ὡς πάντα τηρῶν, ἢ ὡς τοὺς οἰκείους παί‐ δας τηρῶν. διττῶς δὲ λέγεται πατὴρ ὁ θεός· φύσει καὶ χάριτι. φύσει μὲν τοῦ ἰδίου καὶ μο‐ νογενοῦς υἱοῦ, χάριτι δὲ καὶ ἡμῶν. ὡς τό· ἐγὼ εἶπα, θεὸς ἐστὶ καὶ υἱοὶ ὑψίστου πάντες.</w:t>
      </w:r>
    </w:p>
    <w:p>
      <w:r>
        <w:rPr>
          <w:rFonts w:ascii="Courier New" w:hAnsi="Courier New"/>
          <w:color w:val="555555"/>
          <w:sz w:val="20"/>
        </w:rPr>
        <w:t>[20]</w:t>
      </w:r>
    </w:p>
    <w:p>
      <w:r>
        <w:rPr>
          <w:rFonts w:ascii="Gentium Plus" w:hAnsi="Gentium Plus"/>
          <w:sz w:val="24"/>
        </w:rPr>
        <w:t>Πατήρ. [ὁ ἡμέτερος] εἴρηται παρὰ τὸ πατεῖν ἐν τῇ συνουσίᾳ, ἀπὸ μεταφορᾶς τῶν ἀλόγων ζώων. ἢ παρὰ τὸ σπείρω, σπατὴρ καὶ πατήρ. Πάτος. ἡ ὁδός. Πατρόκλεις. κύριον. κλίνεται Πατροκλῆς Πα‐</w:t>
      </w:r>
    </w:p>
    <w:p>
      <w:r>
        <w:rPr>
          <w:rFonts w:ascii="Courier New" w:hAnsi="Courier New"/>
          <w:color w:val="555555"/>
          <w:sz w:val="20"/>
        </w:rPr>
        <w:t>[25]</w:t>
      </w:r>
    </w:p>
    <w:p>
      <w:r>
        <w:rPr>
          <w:rFonts w:ascii="Gentium Plus" w:hAnsi="Gentium Plus"/>
          <w:sz w:val="24"/>
        </w:rPr>
        <w:t>τροκλέους, ἡ κλητικὴ Πατρόκλεες καὶ ποιητι‐ κῶς Πατρόκλεις. Παχύνους. τὴν γνῶσιν παχὺς καὶ ἀνόητος. Παγχερνίτης. τόπος καὶ χώρα. Παράνομος. ὁ πεπιστευκὼς μὲν εἰς θεὸν καὶ τὸν</w:t>
      </w:r>
    </w:p>
    <w:p>
      <w:r>
        <w:rPr>
          <w:rFonts w:ascii="Courier New" w:hAnsi="Courier New"/>
          <w:color w:val="555555"/>
          <w:sz w:val="20"/>
        </w:rPr>
        <w:t>[30]</w:t>
      </w:r>
    </w:p>
    <w:p>
      <w:r>
        <w:rPr>
          <w:rFonts w:ascii="Gentium Plus" w:hAnsi="Gentium Plus"/>
          <w:sz w:val="24"/>
        </w:rPr>
        <w:t>νόμον αὐτοῦ δεξάμενος, μετὰ φαύλης δὲ δια‐</w:t>
      </w:r>
    </w:p>
    <w:p>
      <w:r>
        <w:rPr>
          <w:rFonts w:ascii="Courier New" w:hAnsi="Courier New"/>
          <w:color w:val="555555"/>
          <w:sz w:val="20"/>
        </w:rPr>
        <w:t>[pi 1506]</w:t>
      </w:r>
    </w:p>
    <w:p>
      <w:r>
        <w:rPr>
          <w:rFonts w:ascii="Gentium Plus" w:hAnsi="Gentium Plus"/>
          <w:sz w:val="24"/>
        </w:rPr>
        <w:t>νοίας καὶ διεστραμμένης τοῦτον κατέχων καὶ θεῷ μὲν πιστεύειν νομίζων, μετὰ κρίσεως δὲ καὶ βουλήσεως τῇ πρὸς θεὸν αὐτοῦ πίστει ἐναντίας.</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Παγίς. ἐνέδρα. παρὰ τὸ πήσσω, πηγὶς καὶ πα‐ γίς. οὕτω Φίλων. Παγασαί. πόλις. Παιπάλη. ἄλευρον λεῖον· ἣν πασπάλην λέ‐ γομεν.</w:t>
      </w:r>
    </w:p>
    <w:p>
      <w:r>
        <w:rPr>
          <w:rFonts w:ascii="Courier New" w:hAnsi="Courier New"/>
          <w:color w:val="555555"/>
          <w:sz w:val="20"/>
        </w:rPr>
        <w:t>[10]</w:t>
      </w:r>
    </w:p>
    <w:p>
      <w:r>
        <w:rPr>
          <w:rFonts w:ascii="Gentium Plus" w:hAnsi="Gentium Plus"/>
          <w:sz w:val="24"/>
        </w:rPr>
        <w:t>Παιδεία. ἡ παίδευσις. Παιδιὰ δὲ, παίγνιον, ι. Παιονία. χώρα. †Παιωνία. ἡ πό—.† Πακόρεια. πόλις.</w:t>
      </w:r>
    </w:p>
    <w:p>
      <w:r>
        <w:rPr>
          <w:rFonts w:ascii="Courier New" w:hAnsi="Courier New"/>
          <w:color w:val="555555"/>
          <w:sz w:val="20"/>
        </w:rPr>
        <w:t>[15]</w:t>
      </w:r>
    </w:p>
    <w:p>
      <w:r>
        <w:rPr>
          <w:rFonts w:ascii="Gentium Plus" w:hAnsi="Gentium Plus"/>
          <w:sz w:val="24"/>
        </w:rPr>
        <w:t>Παλίωξις. ἡ ἐξ ὑποστροφῆς τῶν φευγόντων δίω‐ ξις, ὅταν οἱ πρότερον φεύγοντες ὕστερον πάλιν αὐτοὶ διώκουσι θαῤῥήσαντες. γίνεται δὲ ἐκ τοῦ πάλιν καὶ τοῦ δίωξις [παλινδίωξις] καὶ ἀποβολῇ τοῦ ν καὶ τοῦ δ καὶ κράσει τῶν δύο ιι εἰς ἓν</w:t>
      </w:r>
    </w:p>
    <w:p>
      <w:r>
        <w:rPr>
          <w:rFonts w:ascii="Courier New" w:hAnsi="Courier New"/>
          <w:color w:val="555555"/>
          <w:sz w:val="20"/>
        </w:rPr>
        <w:t>[20]</w:t>
      </w:r>
    </w:p>
    <w:p>
      <w:r>
        <w:rPr>
          <w:rFonts w:ascii="Gentium Plus" w:hAnsi="Gentium Plus"/>
          <w:sz w:val="24"/>
        </w:rPr>
        <w:t>ι μακρὸν παλίωξις, ὥσπερ Θέτιϊ Θέτι. σημαί‐ νει δὲ τὴν ἐκ βʹ δίωξιν καὶ φυγὴν τοῖς ἐναν‐ τίοις. Παλλάς. ἡ Ἀθηνᾶ. παρὰ τὸ ἀναπεπλάσθαι ἐκ τῆς κεφαλῆς τοῦ Διός. ἢ ὅτι Πάλλαντα ἕνα</w:t>
      </w:r>
    </w:p>
    <w:p>
      <w:r>
        <w:rPr>
          <w:rFonts w:ascii="Courier New" w:hAnsi="Courier New"/>
          <w:color w:val="555555"/>
          <w:sz w:val="20"/>
        </w:rPr>
        <w:t>[25]</w:t>
      </w:r>
    </w:p>
    <w:p>
      <w:r>
        <w:rPr>
          <w:rFonts w:ascii="Gentium Plus" w:hAnsi="Gentium Plus"/>
          <w:sz w:val="24"/>
        </w:rPr>
        <w:t>τῶν Γιγάντων ἀπέκτεινεν. ἢ παρὰ τὸ ἀεὶ κινη‐ τὸν εἶναι τὴν θεόν· ἡ γὰρ αὐτὴ νοεῖται φρό‐ νησις. ἢ παρὰ τὸ πάλλειν καὶ κραδαίνειν τὸ δόρυ· πολεμικὴ γὰρ ἡ θεός. ἢ διὰ τὸ παλλο‐ μένην τὴν καρδίαν τοῦ Διονύσου προσκομίσαι</w:t>
      </w:r>
    </w:p>
    <w:p>
      <w:r>
        <w:rPr>
          <w:rFonts w:ascii="Courier New" w:hAnsi="Courier New"/>
          <w:color w:val="555555"/>
          <w:sz w:val="20"/>
        </w:rPr>
        <w:t>[30]</w:t>
      </w:r>
    </w:p>
    <w:p>
      <w:r>
        <w:rPr>
          <w:rFonts w:ascii="Gentium Plus" w:hAnsi="Gentium Plus"/>
          <w:sz w:val="24"/>
        </w:rPr>
        <w:t>τῷ Διΐ.</w:t>
      </w:r>
    </w:p>
    <w:p>
      <w:r>
        <w:rPr>
          <w:rFonts w:ascii="Courier New" w:hAnsi="Courier New"/>
          <w:color w:val="555555"/>
          <w:sz w:val="20"/>
        </w:rPr>
        <w:t>[pi 1507]</w:t>
      </w:r>
    </w:p>
    <w:p>
      <w:r>
        <w:rPr>
          <w:rFonts w:ascii="Gentium Plus" w:hAnsi="Gentium Plus"/>
          <w:sz w:val="24"/>
        </w:rPr>
        <w:t>Παλιγγενεσία. τὸ ἐκ δευτέρου γεννηθῆναι ἢ ἀναπλασθῆναι. ἢ τὸ ἅγιον βάπτισμα λέγεται. Παλιλλογία. ἡ ταυτολογία. Πάλη. ἡ παλαίστρα. ἀπὸ τοῦ πάλλεσθαι τὸ σῶ‐</w:t>
      </w:r>
    </w:p>
    <w:p>
      <w:r>
        <w:rPr>
          <w:rFonts w:ascii="Courier New" w:hAnsi="Courier New"/>
          <w:color w:val="555555"/>
          <w:sz w:val="20"/>
        </w:rPr>
        <w:t>[5]</w:t>
      </w:r>
    </w:p>
    <w:p>
      <w:r>
        <w:rPr>
          <w:rFonts w:ascii="Gentium Plus" w:hAnsi="Gentium Plus"/>
          <w:sz w:val="24"/>
        </w:rPr>
        <w:t>μα. πάλλει δὲ ἀντὶ τοῦ κινεῖ, δίφθογγον. Παλινῳδία. ἡ προτέρα ᾠδὴ ἢ ἡ ἐναντία. ἢ δόγμα τοῖς προτέροις ἐναντίον. Παλάθαι. μάζα σύκων. Παλαιβίσκα. πόλις.</w:t>
      </w:r>
    </w:p>
    <w:p>
      <w:r>
        <w:rPr>
          <w:rFonts w:ascii="Courier New" w:hAnsi="Courier New"/>
          <w:color w:val="555555"/>
          <w:sz w:val="20"/>
        </w:rPr>
        <w:t>[10]</w:t>
      </w:r>
    </w:p>
    <w:p>
      <w:r>
        <w:rPr>
          <w:rFonts w:ascii="Gentium Plus" w:hAnsi="Gentium Plus"/>
          <w:sz w:val="24"/>
        </w:rPr>
        <w:t>Παλμισός. πόλις. Παλάμη. ἀπὸ τοῦ πάλλειν καὶ κινεῖν καὶ σείειν. ἢ ὅτι δι’ αὐτῶν πεπαλήμεθα καὶ τεχνώμεθα. παλάμαι γὰρ αἱ τέχναι. παρόσον δι’ αὐτῶν πολ‐ λὰ μαιόμεθα καὶ διδασκόμεθα.</w:t>
      </w:r>
    </w:p>
    <w:p>
      <w:r>
        <w:rPr>
          <w:rFonts w:ascii="Courier New" w:hAnsi="Courier New"/>
          <w:color w:val="555555"/>
          <w:sz w:val="20"/>
        </w:rPr>
        <w:t>[15]</w:t>
      </w:r>
    </w:p>
    <w:p>
      <w:r>
        <w:rPr>
          <w:rFonts w:ascii="Gentium Plus" w:hAnsi="Gentium Plus"/>
          <w:sz w:val="24"/>
        </w:rPr>
        <w:t>Παλίῤῥοια. ἡ ἄμπωτις. Πανήγυρις. θέατρον, ἑορτὴ, συνάθροισις. ἀγεί‐ ρω, ἄγορις καὶ ἄγυρις, καὶ πανήγυρις, εἰς ἣν πάντες ἀγείρονται. Πανόπαια. ὄρνις οὕτω καλουμένη.</w:t>
      </w:r>
    </w:p>
    <w:p>
      <w:r>
        <w:rPr>
          <w:rFonts w:ascii="Courier New" w:hAnsi="Courier New"/>
          <w:color w:val="555555"/>
          <w:sz w:val="20"/>
        </w:rPr>
        <w:t>[20]</w:t>
      </w:r>
    </w:p>
    <w:p>
      <w:r>
        <w:rPr>
          <w:rFonts w:ascii="Gentium Plus" w:hAnsi="Gentium Plus"/>
          <w:sz w:val="24"/>
        </w:rPr>
        <w:t>Πανονία. ἡ Βουλγαρία. Πανσελήνου. πεντεκαιδεκατέας πεπληρωμένης. Πανδήμου. δημοσίας. Πανδαισία. τράπεζα πολυτελὴς, ἢ εὐωχία. Παναλκοῦς. ἰσχυρᾶς, γενναίας, παντοδυνά‐</w:t>
      </w:r>
    </w:p>
    <w:p>
      <w:r>
        <w:rPr>
          <w:rFonts w:ascii="Courier New" w:hAnsi="Courier New"/>
          <w:color w:val="555555"/>
          <w:sz w:val="20"/>
        </w:rPr>
        <w:t>[25]</w:t>
      </w:r>
    </w:p>
    <w:p>
      <w:r>
        <w:rPr>
          <w:rFonts w:ascii="Gentium Plus" w:hAnsi="Gentium Plus"/>
          <w:sz w:val="24"/>
        </w:rPr>
        <w:t>μου. ἐκ τῆς παναλκοῦς χειρός. Παντευχία. ἡ πανοπλία. Παμμήτωρ. ἡ γῆ. ἀπὸ τοῦ τρέφειν πάντας. καὶ πολιὰν τιθεῖ τὴν παμμήτορα ἡ χιών.</w:t>
      </w:r>
    </w:p>
    <w:p>
      <w:r>
        <w:rPr>
          <w:rFonts w:ascii="Courier New" w:hAnsi="Courier New"/>
          <w:color w:val="555555"/>
          <w:sz w:val="20"/>
        </w:rPr>
        <w:t>[pi 1508]</w:t>
      </w:r>
    </w:p>
    <w:p>
      <w:r>
        <w:rPr>
          <w:rFonts w:ascii="Gentium Plus" w:hAnsi="Gentium Plus"/>
          <w:sz w:val="24"/>
        </w:rPr>
        <w:t>Παρὰ φύσιν. ὃ ὁ θεὸς οὐκ ἐποίησεν, οἷον ἐστὶν ἡ ἁμαρτία καὶ ὁ θάνατος. Παροιμία. λόγος ἀπόκρυφος δι’ ἑτέρου προδή‐ λως σημαινόμενος ἢ λόγος ὠφέλιμος· καταχρη‐</w:t>
      </w:r>
    </w:p>
    <w:p>
      <w:r>
        <w:rPr>
          <w:rFonts w:ascii="Courier New" w:hAnsi="Courier New"/>
          <w:color w:val="555555"/>
          <w:sz w:val="20"/>
        </w:rPr>
        <w:t>[5]</w:t>
      </w:r>
    </w:p>
    <w:p>
      <w:r>
        <w:rPr>
          <w:rFonts w:ascii="Gentium Plus" w:hAnsi="Gentium Plus"/>
          <w:sz w:val="24"/>
        </w:rPr>
        <w:t>στικῶς δὲ πᾶν διήγημα. Πάρεσις. ἔκλυσις. Παροινία. ἡ ἐκ τοῦ οἴνου ὕβρις. ἢ ἡ παντοία ἁμαρτία. Παρῃορίῃσι. ταῖς ἔξω τοῦ ζυγοῦ ἡνίαις. καὶ</w:t>
      </w:r>
    </w:p>
    <w:p>
      <w:r>
        <w:rPr>
          <w:rFonts w:ascii="Courier New" w:hAnsi="Courier New"/>
          <w:color w:val="555555"/>
          <w:sz w:val="20"/>
        </w:rPr>
        <w:t>[10]</w:t>
      </w:r>
    </w:p>
    <w:p>
      <w:r>
        <w:rPr>
          <w:rFonts w:ascii="Gentium Plus" w:hAnsi="Gentium Plus"/>
          <w:sz w:val="24"/>
        </w:rPr>
        <w:t>παρῃορίας τὰς ἡνίας, ὑφ’ ἃς ὁ τρίτος ἵππος τῇ ξυυοδίᾳ δέδεται. καὶ ὁ μὴ κατὰ χώραν ἀραρυίας ἔχων τὰς φρένας, ἀλλ’ αἰωρουμένας. Παρθένος. παρὰ τὸ θέειν τὴν παιδικὴν ἡλικίαν, ἢ παρὰ τὸ θέειν τῇ μητρὶ, ἢ παρὰ τὸν θήσω</w:t>
      </w:r>
    </w:p>
    <w:p>
      <w:r>
        <w:rPr>
          <w:rFonts w:ascii="Courier New" w:hAnsi="Courier New"/>
          <w:color w:val="555555"/>
          <w:sz w:val="20"/>
        </w:rPr>
        <w:t>[15]</w:t>
      </w:r>
    </w:p>
    <w:p>
      <w:r>
        <w:rPr>
          <w:rFonts w:ascii="Gentium Plus" w:hAnsi="Gentium Plus"/>
          <w:sz w:val="24"/>
        </w:rPr>
        <w:t>μέλλοντα. —γυναῖκά τε θήσατο μαζόν. γίνεται ῥηματικὸν ὄνομα θήνη, καὶ μετὰ τῆς παρὰ προθέσεως παραθήνη καὶ παρθένος. ἡ περὶ ταύτην τὴν ἡλικίαν οὖσα, καθ’ ἣν ὥραν</w:t>
      </w:r>
    </w:p>
    <w:p>
      <w:r>
        <w:rPr>
          <w:rFonts w:ascii="Courier New" w:hAnsi="Courier New"/>
          <w:color w:val="555555"/>
          <w:sz w:val="20"/>
        </w:rPr>
        <w:t>[20]</w:t>
      </w:r>
    </w:p>
    <w:p>
      <w:r>
        <w:rPr>
          <w:rFonts w:ascii="Gentium Plus" w:hAnsi="Gentium Plus"/>
          <w:sz w:val="24"/>
        </w:rPr>
        <w:t>ἔχει ἐκθρέψαι καὶ ἐκτῆσθαι μαζούς· τὰς γὰρ μικρὰς παιδίσκας οὐ προσαγορεύομεν παρθένους, ἀλλὰ τὰς ἤδη ἐπὶ τὸ γυναῖκας μέλλειν ἰούσας. ὁ δὲ Ἡρακλείδης παρ’ οὐδενὸς οὐδὲν λαβοῦσα εἰς ἕδνα. ἢ παρὰ τὸ πῦρ θανατοῦν.</w:t>
      </w:r>
    </w:p>
    <w:p>
      <w:r>
        <w:rPr>
          <w:rFonts w:ascii="Courier New" w:hAnsi="Courier New"/>
          <w:color w:val="555555"/>
          <w:sz w:val="20"/>
        </w:rPr>
        <w:t>[25]</w:t>
      </w:r>
    </w:p>
    <w:p>
      <w:r>
        <w:rPr>
          <w:rFonts w:ascii="Gentium Plus" w:hAnsi="Gentium Plus"/>
          <w:sz w:val="24"/>
        </w:rPr>
        <w:t>Παῤῥησία. ἐξουσία· θάῤῥος. παρὰ τὸ πᾶν παῤ‐ ῥησία. ἔστι δὲ οὐ συγκοπὴ, ἀλλὰ τροπή. Παρευδοκίμησις. νίκη ἢ δόξα ὑπερβαίνουσα. Παραβολή. ὁμοίωσις πραγμάτων. †ἢ τὸ διήγη‐</w:t>
      </w:r>
    </w:p>
    <w:p>
      <w:r>
        <w:rPr>
          <w:rFonts w:ascii="Courier New" w:hAnsi="Courier New"/>
          <w:color w:val="555555"/>
          <w:sz w:val="20"/>
        </w:rPr>
        <w:t>[pi 1509]</w:t>
      </w:r>
    </w:p>
    <w:p>
      <w:r>
        <w:rPr>
          <w:rFonts w:ascii="Gentium Plus" w:hAnsi="Gentium Plus"/>
          <w:sz w:val="24"/>
        </w:rPr>
        <w:t>αἰνιγματώδης λόγος. καὶ ἡ τροπολογία. ὡς τό· υἱὲ ἀνθρώπου, εἰπὲ αὐτοῖς τὴν παραβολὴν ταύ‐ την· ὁ ἀετὸς ὁ μέγας ὁ μεγαλοπτέρυγος. ἀετὸν ὀνομάσας τὸν βασιλέα τῶν Ἀσσυρίων. καὶ τὸν</w:t>
      </w:r>
    </w:p>
    <w:p>
      <w:r>
        <w:rPr>
          <w:rFonts w:ascii="Courier New" w:hAnsi="Courier New"/>
          <w:color w:val="555555"/>
          <w:sz w:val="20"/>
        </w:rPr>
        <w:t>[5]</w:t>
      </w:r>
    </w:p>
    <w:p>
      <w:r>
        <w:rPr>
          <w:rFonts w:ascii="Gentium Plus" w:hAnsi="Gentium Plus"/>
          <w:sz w:val="24"/>
        </w:rPr>
        <w:t>τύπον, ὡς παρὰ τῷ Παύλῳ περὶ τοῦ Ἀβραὰμ λέγεται· ἐν παραβολῇ αὐτὸν ἐκομίσατο. ἤγουν τὸν Ἰσαάκ.† Παρεμβολή. στρατόπεδον. Παράκοιτις. ἡ παλλακή.</w:t>
      </w:r>
    </w:p>
    <w:p>
      <w:r>
        <w:rPr>
          <w:rFonts w:ascii="Courier New" w:hAnsi="Courier New"/>
          <w:color w:val="555555"/>
          <w:sz w:val="20"/>
        </w:rPr>
        <w:t>[10]</w:t>
      </w:r>
    </w:p>
    <w:p>
      <w:r>
        <w:rPr>
          <w:rFonts w:ascii="Gentium Plus" w:hAnsi="Gentium Plus"/>
          <w:sz w:val="24"/>
        </w:rPr>
        <w:t>Παρατροπή. τὸ ἔξω τοῦ δέοντος, ἢ μεταβολή. Πάρδαλις καὶ πόρδαλις. ὡς λέγει Ὦρος ὁ Μι‐ λήσιος, παρὰ τὸν πόρον αὐτῆς ποιεῖν μεθ’ ἅλ‐ ματος· πορευτικὴ γάρ. παρδαλέη δὲ καὶ παρδα‐ λῆ ἡ δορὰ, ἢ καὶ πάρδαλις.</w:t>
      </w:r>
    </w:p>
    <w:p>
      <w:r>
        <w:rPr>
          <w:rFonts w:ascii="Courier New" w:hAnsi="Courier New"/>
          <w:color w:val="555555"/>
          <w:sz w:val="20"/>
        </w:rPr>
        <w:t>[15]</w:t>
      </w:r>
    </w:p>
    <w:p>
      <w:r>
        <w:rPr>
          <w:rFonts w:ascii="Gentium Plus" w:hAnsi="Gentium Plus"/>
          <w:sz w:val="24"/>
        </w:rPr>
        <w:t>Παρολκή. ὑπέρθεσις. Παραψυχή. ἡ παραμυθία. Παρειαί. αἱ γνάθοι. τὰ μάγουλα. Παρακαταθήκη. τὸ ἐνέχυρον. παρακαταθή‐ κη πνευματικὴ, ἡ διδασκαλία, ἡ νουθεσία.</w:t>
      </w:r>
    </w:p>
    <w:p>
      <w:r>
        <w:rPr>
          <w:rFonts w:ascii="Courier New" w:hAnsi="Courier New"/>
          <w:color w:val="555555"/>
          <w:sz w:val="20"/>
        </w:rPr>
        <w:t>[20]</w:t>
      </w:r>
    </w:p>
    <w:p>
      <w:r>
        <w:rPr>
          <w:rFonts w:ascii="Gentium Plus" w:hAnsi="Gentium Plus"/>
          <w:sz w:val="24"/>
        </w:rPr>
        <w:t>Παρενθήκη. περίσσεια. Παρολκήν. διατριβὴν, βραδυτῆτα, ὑπέρθεσιν. Παραγραφή. παραγραφή ἐστιν ἀπὸ τοῦ γρά‐ φειν καὶ ἐκβάλλειν τοὺς φεύγοντας τὸν περὶ</w:t>
      </w:r>
    </w:p>
    <w:p>
      <w:r>
        <w:rPr>
          <w:rFonts w:ascii="Courier New" w:hAnsi="Courier New"/>
          <w:color w:val="555555"/>
          <w:sz w:val="20"/>
        </w:rPr>
        <w:t>[pi 1510]</w:t>
      </w:r>
    </w:p>
    <w:p>
      <w:r>
        <w:rPr>
          <w:rFonts w:ascii="Gentium Plus" w:hAnsi="Gentium Plus"/>
          <w:sz w:val="24"/>
        </w:rPr>
        <w:t>Παραδοξοποιΐα. θαυματοποιΐα. Παραίφασις. ὁ παραλογισμός. Παρεισάκτους. ἀλλοτρίας, ξένας. Πανσαγία. ἡ πανοπλία. ἴσως ἀπὸ τοῦ σάκους</w:t>
      </w:r>
    </w:p>
    <w:p>
      <w:r>
        <w:rPr>
          <w:rFonts w:ascii="Courier New" w:hAnsi="Courier New"/>
          <w:color w:val="555555"/>
          <w:sz w:val="20"/>
        </w:rPr>
        <w:t>[5]</w:t>
      </w:r>
    </w:p>
    <w:p>
      <w:r>
        <w:rPr>
          <w:rFonts w:ascii="Gentium Plus" w:hAnsi="Gentium Plus"/>
          <w:sz w:val="24"/>
        </w:rPr>
        <w:t>εἴρηται. οὕτως εὗρον εἰς τὸν Σέλευκον. †Παροψίς. ἐστι δεκτικὸς πίναξ ὄψου. καὶ τρυ‐ βλίον δὲ τὸν πίνακά μοι νόει.† Παστείλη. ἡ τελευταία ἡμέρα τοῦ ἐνιαυτοῦ. πα‐ στίλη δὲ τὸ ἀπόξυσμα τῆς δορᾶς, †καὶ τῆς</w:t>
      </w:r>
    </w:p>
    <w:p>
      <w:r>
        <w:rPr>
          <w:rFonts w:ascii="Courier New" w:hAnsi="Courier New"/>
          <w:color w:val="555555"/>
          <w:sz w:val="20"/>
        </w:rPr>
        <w:t>[10]</w:t>
      </w:r>
    </w:p>
    <w:p>
      <w:r>
        <w:rPr>
          <w:rFonts w:ascii="Gentium Plus" w:hAnsi="Gentium Plus"/>
          <w:sz w:val="24"/>
        </w:rPr>
        <w:t>γαστρὸς ἡ ὑδατώδης φορὰ,† ἰῶτα. Παστάς. ὁ νυμφών. Πατριαί. αἱ φυλαί. Παύλας. ἀναπαύσεις. †Πάχνη. ἔστιν ὁλοπαγὲς ὕδωρ, δι’ ἄλλης ὑγρᾶς</w:t>
      </w:r>
    </w:p>
    <w:p>
      <w:r>
        <w:rPr>
          <w:rFonts w:ascii="Courier New" w:hAnsi="Courier New"/>
          <w:color w:val="555555"/>
          <w:sz w:val="20"/>
        </w:rPr>
        <w:t>[15]</w:t>
      </w:r>
    </w:p>
    <w:p>
      <w:r>
        <w:rPr>
          <w:rFonts w:ascii="Gentium Plus" w:hAnsi="Gentium Plus"/>
          <w:sz w:val="24"/>
        </w:rPr>
        <w:t>ὕλης ἐπὶ γῆς πεπηγυῖα.† Παμφίδων. κεράτων. Παρακαταθήκην. τὴν χάριν τοῦ παναγίου πνεύματος λέγει ὁ Ἀπόστολος, ἣν διὰ τῆς χει‐ ροτονίας ἐδέξατο ὁ Τιμόθεος. τὴν παρακατα‐</w:t>
      </w:r>
    </w:p>
    <w:p>
      <w:r>
        <w:rPr>
          <w:rFonts w:ascii="Courier New" w:hAnsi="Courier New"/>
          <w:color w:val="555555"/>
          <w:sz w:val="20"/>
        </w:rPr>
        <w:t>[20]</w:t>
      </w:r>
    </w:p>
    <w:p>
      <w:r>
        <w:rPr>
          <w:rFonts w:ascii="Gentium Plus" w:hAnsi="Gentium Plus"/>
          <w:sz w:val="24"/>
        </w:rPr>
        <w:t>θήκην φύλαξον. ἢ τὴν ἐντολὴν, ἥν σοι δι’ ἐμοῦ ὁ θεὸς παρέθετο. ἢ παραθήκην.</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Παγκράτιον. ὁ ἀγών.</w:t>
      </w:r>
    </w:p>
    <w:p>
      <w:r>
        <w:rPr>
          <w:rFonts w:ascii="Courier New" w:hAnsi="Courier New"/>
          <w:color w:val="555555"/>
          <w:sz w:val="20"/>
        </w:rPr>
        <w:t>[pi 1511]</w:t>
      </w:r>
    </w:p>
    <w:p>
      <w:r>
        <w:rPr>
          <w:rFonts w:ascii="Gentium Plus" w:hAnsi="Gentium Plus"/>
          <w:sz w:val="24"/>
        </w:rPr>
        <w:t>Πάθος. μεταποίησις τοῦδέ τινος, οὗ ἦν εἴτε ἐπ’ ἀγαθῷ εἴτε καὶ ἄλλως. ἢ τὸ μεταποιηθῆναι δυ‐ νάμενον εἰς τοῦτο, ὃ οὐκ ἦν πρότερον. πάθος ἐστὶ δύναμις, καθ’ ἣν παθητικοὶ γενόμεθα.</w:t>
      </w:r>
    </w:p>
    <w:p>
      <w:r>
        <w:rPr>
          <w:rFonts w:ascii="Courier New" w:hAnsi="Courier New"/>
          <w:color w:val="555555"/>
          <w:sz w:val="20"/>
        </w:rPr>
        <w:t>[5]</w:t>
      </w:r>
    </w:p>
    <w:p>
      <w:r>
        <w:rPr>
          <w:rFonts w:ascii="Gentium Plus" w:hAnsi="Gentium Plus"/>
          <w:sz w:val="24"/>
        </w:rPr>
        <w:t>Πάθος. ἔστι ψυχῆς κίνησις ἄλογος δι’ ὑπόληψιν κακοῦ ἢ ἀγαθοῦ. Παιώνειον. φάρμακον τοῦ Παίωνος. Παιπαλόεν. τραχύ. Πάθος. κίνησις ἐξ ἐνεργείας ἑτέρου εἰς ἕτερον,</w:t>
      </w:r>
    </w:p>
    <w:p>
      <w:r>
        <w:rPr>
          <w:rFonts w:ascii="Courier New" w:hAnsi="Courier New"/>
          <w:color w:val="555555"/>
          <w:sz w:val="20"/>
        </w:rPr>
        <w:t>[10]</w:t>
      </w:r>
    </w:p>
    <w:p>
      <w:r>
        <w:rPr>
          <w:rFonts w:ascii="Gentium Plus" w:hAnsi="Gentium Plus"/>
          <w:sz w:val="24"/>
        </w:rPr>
        <w:t>τὴν μὲν ἀρχὴν ἔχον ἐν τῷ ποιοῦντι, τὸ δὲ τέλος ἐν τῷ πάσχοντι. Παλίμφημον. βλάσφημον. τὸ παλίμφημον δόγμα. Παλαιόν. ἀρχαῖον.</w:t>
      </w:r>
    </w:p>
    <w:p>
      <w:r>
        <w:rPr>
          <w:rFonts w:ascii="Courier New" w:hAnsi="Courier New"/>
          <w:color w:val="555555"/>
          <w:sz w:val="20"/>
        </w:rPr>
        <w:t>[15]</w:t>
      </w:r>
    </w:p>
    <w:p>
      <w:r>
        <w:rPr>
          <w:rFonts w:ascii="Gentium Plus" w:hAnsi="Gentium Plus"/>
          <w:sz w:val="24"/>
        </w:rPr>
        <w:t>Παλαιγενές. πρεσβύτερον. Πάλαιρον. τόπος. Παλαμήδειον ἔπος. τὸ τοῦ Παλαμήδους. Παλιμπετές. τὸ ὀπισθόρμητον. παρὰ τὸ ἔμ‐ παλιν πεσεῖν.</w:t>
      </w:r>
    </w:p>
    <w:p>
      <w:r>
        <w:rPr>
          <w:rFonts w:ascii="Courier New" w:hAnsi="Courier New"/>
          <w:color w:val="555555"/>
          <w:sz w:val="20"/>
        </w:rPr>
        <w:t>[20]</w:t>
      </w:r>
    </w:p>
    <w:p>
      <w:r>
        <w:rPr>
          <w:rFonts w:ascii="Gentium Plus" w:hAnsi="Gentium Plus"/>
          <w:sz w:val="24"/>
        </w:rPr>
        <w:t>†Παλίνδορον. τὸ εἰργασμένον δέρμα.† Παλισύλλεκτον. ἐξ οὗ ψευδὲς ἢ μεταμελητόν.</w:t>
      </w:r>
    </w:p>
    <w:p>
      <w:r>
        <w:rPr>
          <w:rFonts w:ascii="Courier New" w:hAnsi="Courier New"/>
          <w:color w:val="555555"/>
          <w:sz w:val="20"/>
        </w:rPr>
        <w:t>[pi 1512]</w:t>
      </w:r>
    </w:p>
    <w:p>
      <w:r>
        <w:rPr>
          <w:rFonts w:ascii="Gentium Plus" w:hAnsi="Gentium Plus"/>
          <w:sz w:val="24"/>
        </w:rPr>
        <w:t>Παλίντορα. εἰς τοὐπίσω τεινόμενα. Πάγιον. τὸ ἑδραῖον καὶ ἀσφαλές. Παλίλλογα. παλισύλλεκτα, ἐκ δευτέρου πάλιν συλλεγόμενα. παρὰ τὸ πάλιν καὶ τὸ λέγω, τὸ</w:t>
      </w:r>
    </w:p>
    <w:p>
      <w:r>
        <w:rPr>
          <w:rFonts w:ascii="Courier New" w:hAnsi="Courier New"/>
          <w:color w:val="555555"/>
          <w:sz w:val="20"/>
        </w:rPr>
        <w:t>[5]</w:t>
      </w:r>
    </w:p>
    <w:p>
      <w:r>
        <w:rPr>
          <w:rFonts w:ascii="Gentium Plus" w:hAnsi="Gentium Plus"/>
          <w:sz w:val="24"/>
        </w:rPr>
        <w:t>συλλέγω. Πάμφορον. πολύκαρπον. Πάμφιλον. τόπος. Παναρμόνιον. ἐμμελέστατον. Παννύχιον. δι’ ὅλης τῆς νυκτός.</w:t>
      </w:r>
    </w:p>
    <w:p>
      <w:r>
        <w:rPr>
          <w:rFonts w:ascii="Courier New" w:hAnsi="Courier New"/>
          <w:color w:val="555555"/>
          <w:sz w:val="20"/>
        </w:rPr>
        <w:t>[10]</w:t>
      </w:r>
    </w:p>
    <w:p>
      <w:r>
        <w:rPr>
          <w:rFonts w:ascii="Gentium Plus" w:hAnsi="Gentium Plus"/>
          <w:sz w:val="24"/>
        </w:rPr>
        <w:t>†Πανδούριον. μάχαιρα σφακτική. ἢ εἶδος μου‐ σικόν· εἶδος κιθάρας.† Πανδοκεῖον. οὐκ ἐν τῷ χ πανδοχεῖον. καὶ με‐ λανοδόκον, καὶ τὰ ὅμοια οὕτως. τὸν δὲ μοχλὸν ἐν τῷ χ καὶ Ἀττικοὶ καὶ Δωριεῖς καὶ Ἴωνες</w:t>
      </w:r>
    </w:p>
    <w:p>
      <w:r>
        <w:rPr>
          <w:rFonts w:ascii="Courier New" w:hAnsi="Courier New"/>
          <w:color w:val="555555"/>
          <w:sz w:val="20"/>
        </w:rPr>
        <w:t>[15]</w:t>
      </w:r>
    </w:p>
    <w:p>
      <w:r>
        <w:rPr>
          <w:rFonts w:ascii="Gentium Plus" w:hAnsi="Gentium Plus"/>
          <w:sz w:val="24"/>
        </w:rPr>
        <w:t>πλὴν Ἀνακρέοντος· οὗτος δὲ μόνος σχεδὸν τὸ κ. [Ζηνόδοτος δέ· καὶ οὐ μοκλὸν ἐν οὔρῃσι δί‐ ζῃσι βαλὼν ἥσυχος καθεύδει. καὶ ὁ σχινδαλ‐ μὸς ἐν τῷ χ.] Παρώνυμον. τὸ ἀπό τινος ἔχον τὴν προσηγορίαν.</w:t>
      </w:r>
    </w:p>
    <w:p>
      <w:r>
        <w:rPr>
          <w:rFonts w:ascii="Courier New" w:hAnsi="Courier New"/>
          <w:color w:val="555555"/>
          <w:sz w:val="20"/>
        </w:rPr>
        <w:t>[20]</w:t>
      </w:r>
    </w:p>
    <w:p>
      <w:r>
        <w:rPr>
          <w:rFonts w:ascii="Gentium Plus" w:hAnsi="Gentium Plus"/>
          <w:sz w:val="24"/>
        </w:rPr>
        <w:t>ὡς ἐκ τῆς δικαιοσύνης δίκαιος. Πανύστατον. πάντων ἔσχατον. Πάναγρα. τὰ δίκτυα. ἀπὸ τοῦ τὰ πάντα</w:t>
      </w:r>
    </w:p>
    <w:p>
      <w:r>
        <w:rPr>
          <w:rFonts w:ascii="Courier New" w:hAnsi="Courier New"/>
          <w:color w:val="555555"/>
          <w:sz w:val="20"/>
        </w:rPr>
        <w:t>[pi 1513]</w:t>
      </w:r>
    </w:p>
    <w:p>
      <w:r>
        <w:rPr>
          <w:rFonts w:ascii="Gentium Plus" w:hAnsi="Gentium Plus"/>
          <w:sz w:val="24"/>
        </w:rPr>
        <w:t>Πάνιον. τόπος. [Πάνειον δὲ, τὸ ἱερὸν,] καὶ δεῖμα τὸ τοῦ Πανὸς, δίφθογγον. †Παρανάλωμα. ἀφανισμός.† Πανόψιον. τὸ οἱονεὶ λαμπρὸν καὶ πανόρατον</w:t>
      </w:r>
    </w:p>
    <w:p>
      <w:r>
        <w:rPr>
          <w:rFonts w:ascii="Courier New" w:hAnsi="Courier New"/>
          <w:color w:val="555555"/>
          <w:sz w:val="20"/>
        </w:rPr>
        <w:t>[5]</w:t>
      </w:r>
    </w:p>
    <w:p>
      <w:r>
        <w:rPr>
          <w:rFonts w:ascii="Gentium Plus" w:hAnsi="Gentium Plus"/>
          <w:sz w:val="24"/>
        </w:rPr>
        <w:t>καὶ ἐπιφανές. οὕτως Ἀρίσταρχος. Παράδειγμα. λόγος ἀπὸ τοῦ καθ’ ἕκαστα ἄγων ἐπὶ τὸ καθόλου. †Παράδειγμα. ὅταν ὑπάρχει κατηγορία εἴς τινα, καὶ δι’ ἐκείνου οὐδ’ ἄλλος πιστοῦται. ὡς τό· οὐ</w:t>
      </w:r>
    </w:p>
    <w:p>
      <w:r>
        <w:rPr>
          <w:rFonts w:ascii="Courier New" w:hAnsi="Courier New"/>
          <w:color w:val="555555"/>
          <w:sz w:val="20"/>
        </w:rPr>
        <w:t>[10]</w:t>
      </w:r>
    </w:p>
    <w:p>
      <w:r>
        <w:rPr>
          <w:rFonts w:ascii="Gentium Plus" w:hAnsi="Gentium Plus"/>
          <w:sz w:val="24"/>
        </w:rPr>
        <w:t>δεῖ δοθῆναι Αἰσχίνῃ χρήματα. καὶ γὰρ Πεισί‐ στρατος λαβὼν ἐτυράννησεν.† †Παράδειγμα. εἰκών· χαρακτὴρ ἔννοιαν ἔχων αἰσθητοῦ πράγματος. ἰστέον δὲ, ὅτι ἄλλο πα‐ ράδειγμα καὶ ἄλλο παραβολή. καὶ παράδειγμα</w:t>
      </w:r>
    </w:p>
    <w:p>
      <w:r>
        <w:rPr>
          <w:rFonts w:ascii="Courier New" w:hAnsi="Courier New"/>
          <w:color w:val="555555"/>
          <w:sz w:val="20"/>
        </w:rPr>
        <w:t>[15]</w:t>
      </w:r>
    </w:p>
    <w:p>
      <w:r>
        <w:rPr>
          <w:rFonts w:ascii="Gentium Plus" w:hAnsi="Gentium Plus"/>
          <w:sz w:val="24"/>
        </w:rPr>
        <w:t>μέν ἐστιν, ὅταν ἀντιπαραθῇ τις ὅμοιον ὁμοίῳ, οἷον ἀλόγῳ λογικόν. ἢ παράδειγμά ἐστι λόγος ἀπὸ τῶν καθ’ ἕκαστα ἐπὶ τὰ καθόλου. ἢ δεῖ‐ ξις πιστουμένη τὸ μερικὸν διὰ μερικοῦ ὁμοίου.† Παραίρημα. ἀφαίρημα.</w:t>
      </w:r>
    </w:p>
    <w:p>
      <w:r>
        <w:rPr>
          <w:rFonts w:ascii="Courier New" w:hAnsi="Courier New"/>
          <w:color w:val="555555"/>
          <w:sz w:val="20"/>
        </w:rPr>
        <w:t>[20]</w:t>
      </w:r>
    </w:p>
    <w:p>
      <w:r>
        <w:rPr>
          <w:rFonts w:ascii="Gentium Plus" w:hAnsi="Gentium Plus"/>
          <w:sz w:val="24"/>
        </w:rPr>
        <w:t>Παρεκτικόν. χορηγητικόν. †Παρθένιον. ὄνομα ὄρους.† Παρνήθιον. ὄρος. Παραιτόνιον. [τόπος.] Παρατήρημα. ἐπιτήρησις.</w:t>
      </w:r>
    </w:p>
    <w:p>
      <w:r>
        <w:rPr>
          <w:rFonts w:ascii="Courier New" w:hAnsi="Courier New"/>
          <w:color w:val="555555"/>
          <w:sz w:val="20"/>
        </w:rPr>
        <w:t>[25]</w:t>
      </w:r>
    </w:p>
    <w:p>
      <w:r>
        <w:rPr>
          <w:rFonts w:ascii="Gentium Plus" w:hAnsi="Gentium Plus"/>
          <w:sz w:val="24"/>
        </w:rPr>
        <w:t>Παράδοξον. θαυμαστόν. Παράλληλον. ἀκόλουθον, ἐξ ἴσου, ὅμοιον. Παραπέτασμα. τὸ διακονικὸν, τὸ παρακά‐</w:t>
      </w:r>
    </w:p>
    <w:p>
      <w:r>
        <w:rPr>
          <w:rFonts w:ascii="Courier New" w:hAnsi="Courier New"/>
          <w:color w:val="555555"/>
          <w:sz w:val="20"/>
        </w:rPr>
        <w:t>[pi 1514]</w:t>
      </w:r>
    </w:p>
    <w:p>
      <w:r>
        <w:rPr>
          <w:rFonts w:ascii="Gentium Plus" w:hAnsi="Gentium Plus"/>
          <w:sz w:val="24"/>
        </w:rPr>
        <w:t>Παρώνυμον. τὸ παρ’ ὄνομα ποιηθέν. οἷον θέων, τρύφων. καὶ τὸ ἐκ συμβεβηκότος καλούμενον. Παρήϊον. τὸ περὶ τὰς παρειὰς ὂν χαλινάριον. Παρθενεῖα. τὰ μοναστήρια. καὶ παρθενῶνες.</w:t>
      </w:r>
    </w:p>
    <w:p>
      <w:r>
        <w:rPr>
          <w:rFonts w:ascii="Courier New" w:hAnsi="Courier New"/>
          <w:color w:val="555555"/>
          <w:sz w:val="20"/>
        </w:rPr>
        <w:t>[5]</w:t>
      </w:r>
    </w:p>
    <w:p>
      <w:r>
        <w:rPr>
          <w:rFonts w:ascii="Gentium Plus" w:hAnsi="Gentium Plus"/>
          <w:sz w:val="24"/>
        </w:rPr>
        <w:t>καὶ παρθενοκομεῖα, τὰ ἐπιμελούμενα τῶν παρ‐ θένων. Παρίσθμια. τὰ περὶ τὸν φάρυγγα. διὰ τὸ πε‐ ρικεῖσθαι τῷ ἰσθμῷ. ἰσθμὸς δέ ἐστι τόπος στε‐ νὸς, δι’ οὗ ἵενται τὰ ἐσθιόμενα καὶ πινόμενα.</w:t>
      </w:r>
    </w:p>
    <w:p>
      <w:r>
        <w:rPr>
          <w:rFonts w:ascii="Courier New" w:hAnsi="Courier New"/>
          <w:color w:val="555555"/>
          <w:sz w:val="20"/>
        </w:rPr>
        <w:t>[10]</w:t>
      </w:r>
    </w:p>
    <w:p>
      <w:r>
        <w:rPr>
          <w:rFonts w:ascii="Gentium Plus" w:hAnsi="Gentium Plus"/>
          <w:sz w:val="24"/>
        </w:rPr>
        <w:t>[ἢ παρὰ τὸ ἰέναι τὴν πνοήν. λέγονται δὲ καὶ ἀντιάδες ἀπὸ τοῦ ἀντικεῖσθαι ἀλλήλων.] Πάσχα. διάβασις ἑρμηνεύεται. πάσχα καὶ ἡ πρὸς τὸν ἀνθρώπινον τοῦ νοῦ λόγον διάβασις. Πατρῷον ἔδαφος. ἡ πατρῴα γῆ.</w:t>
      </w:r>
    </w:p>
    <w:p>
      <w:r>
        <w:rPr>
          <w:rFonts w:ascii="Courier New" w:hAnsi="Courier New"/>
          <w:color w:val="555555"/>
          <w:sz w:val="20"/>
        </w:rPr>
        <w:t>[15]</w:t>
      </w:r>
    </w:p>
    <w:p>
      <w:r>
        <w:rPr>
          <w:rFonts w:ascii="Gentium Plus" w:hAnsi="Gentium Plus"/>
          <w:sz w:val="24"/>
        </w:rPr>
        <w:t>Πατρότατον. προϋπάρχον. καὶ πατρότης ἐπὶ θηλυκοῦ. πατρότης κατὰ Πλάτωνα προΰπαρ‐ ξις υἱότητος. ἡ δὲ ἐκκλησία συνύπαρκτον καὶ συνάναρχον λέγει τὸν υἱὸν τῷ πατρὶ πρὸ τῶν αἰώνων. ταῦτα καὶ τὰ τοιαῦτα καλῶς ὁ θεοφό‐</w:t>
      </w:r>
    </w:p>
    <w:p>
      <w:r>
        <w:rPr>
          <w:rFonts w:ascii="Courier New" w:hAnsi="Courier New"/>
          <w:color w:val="555555"/>
          <w:sz w:val="20"/>
        </w:rPr>
        <w:t>[20]</w:t>
      </w:r>
    </w:p>
    <w:p>
      <w:r>
        <w:rPr>
          <w:rFonts w:ascii="Gentium Plus" w:hAnsi="Gentium Plus"/>
          <w:sz w:val="24"/>
        </w:rPr>
        <w:t>ρος Βασίλειος ἐπιστάμενος φησὶ πρὸς Ἀμφι‐ λόχιον. φύσις δὲ καὶ οὐσία ἐν τοῖς ἐκκλησια‐ στικοῖς δόγμασιν ἕν τι ἔστιν. εἰπὼν δὲ ὁ πατὴρ ἐν τοῖς ἐκκλησιαστικοῖς, ἐσήμανεν, ὅτι ἐν τοῖς Ἑλληνικοῖς οὐχ ἕν τι οὐσία καὶ φύσις. διὰ τοῦ‐</w:t>
      </w:r>
    </w:p>
    <w:p>
      <w:r>
        <w:rPr>
          <w:rFonts w:ascii="Courier New" w:hAnsi="Courier New"/>
          <w:color w:val="555555"/>
          <w:sz w:val="20"/>
        </w:rPr>
        <w:t>[25]</w:t>
      </w:r>
    </w:p>
    <w:p>
      <w:r>
        <w:rPr>
          <w:rFonts w:ascii="Gentium Plus" w:hAnsi="Gentium Plus"/>
          <w:sz w:val="24"/>
        </w:rPr>
        <w:t>το καὶ Κλήμης, ὁ πολὺς ἐν φιλοσοφίᾳ καὶ γνώ‐ σει, πεποίηκεν ἰδιάζοντας ὅρους ἐκκλησιαστι‐</w:t>
      </w:r>
    </w:p>
    <w:p>
      <w:r>
        <w:rPr>
          <w:rFonts w:ascii="Courier New" w:hAnsi="Courier New"/>
          <w:color w:val="555555"/>
          <w:sz w:val="20"/>
        </w:rPr>
        <w:t>[pi 1515]</w:t>
      </w:r>
    </w:p>
    <w:p>
      <w:r>
        <w:rPr>
          <w:rFonts w:ascii="Gentium Plus" w:hAnsi="Gentium Plus"/>
          <w:sz w:val="24"/>
        </w:rPr>
        <w:t>σιον ὑπάρχων τῶν ἁγίων Ἀποστόλων Πέτρου καὶ Παύλου μάλιστα τοῦ πανσόφου καὶ ἀκού‐ σας αὐτοῦ ἀποβαλλομένου καὶ μυσαττομένου καὶ καθυβρίζοντος τὴν Ἑλληνικὴν φιλοσοφίαν.</w:t>
      </w:r>
    </w:p>
    <w:p>
      <w:r>
        <w:rPr>
          <w:rFonts w:ascii="Courier New" w:hAnsi="Courier New"/>
          <w:color w:val="555555"/>
          <w:sz w:val="20"/>
        </w:rPr>
        <w:t>[5]</w:t>
      </w:r>
    </w:p>
    <w:p>
      <w:r>
        <w:rPr>
          <w:rFonts w:ascii="Gentium Plus" w:hAnsi="Gentium Plus"/>
          <w:sz w:val="24"/>
        </w:rPr>
        <w:t>Παῦρα. ὀλίγα. παρὰ τὸ παύω ῥῆμα, παῦρος, ὁ ταχὺς καὶ δι’ ὀλίγων ῥημάτων τοῦ παύεσθαι ἀφιστάμενος. [ἢ ὁ μὴ ἔχων μέχρι πολλοῦ δια‐ τελεῖν, ἀλλὰ ταχέως παυόμενος.] Πάχετον. παχύτερον. κατὰ συγκοπὴν τοῦ υ</w:t>
      </w:r>
    </w:p>
    <w:p>
      <w:r>
        <w:rPr>
          <w:rFonts w:ascii="Courier New" w:hAnsi="Courier New"/>
          <w:color w:val="555555"/>
          <w:sz w:val="20"/>
        </w:rPr>
        <w:t>[10]</w:t>
      </w:r>
    </w:p>
    <w:p>
      <w:r>
        <w:rPr>
          <w:rFonts w:ascii="Gentium Plus" w:hAnsi="Gentium Plus"/>
          <w:sz w:val="24"/>
        </w:rPr>
        <w:t>καὶ τοῦ ρ. Παρ’ ὅ. τὸ ὅσον δήποτε μικρόν. καὶ ὁ Ἀπό‐ στολος· παρ’ ὃ εὐηγγελισάμην ὑμῖν, ἀνάθε‐ μα ἔστω. Παντελές. τὸ τέλειον. †Ἀπόστολος·† ὅθεν καὶ</w:t>
      </w:r>
    </w:p>
    <w:p>
      <w:r>
        <w:rPr>
          <w:rFonts w:ascii="Courier New" w:hAnsi="Courier New"/>
          <w:color w:val="555555"/>
          <w:sz w:val="20"/>
        </w:rPr>
        <w:t>[15]</w:t>
      </w:r>
    </w:p>
    <w:p>
      <w:r>
        <w:rPr>
          <w:rFonts w:ascii="Gentium Plus" w:hAnsi="Gentium Plus"/>
          <w:sz w:val="24"/>
        </w:rPr>
        <w:t>σώζειν εἰς τὸ παντελὲς δύναται τοὺς προσερ‐ χομένους.</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Παίει. τύπτει. †Παίειν. τὸ τύπτειν καὶ τὸ ἵστασθαι τῆς ὁρμῆς.</w:t>
      </w:r>
    </w:p>
    <w:p>
      <w:r>
        <w:rPr>
          <w:rFonts w:ascii="Courier New" w:hAnsi="Courier New"/>
          <w:color w:val="555555"/>
          <w:sz w:val="20"/>
        </w:rPr>
        <w:t>[20]</w:t>
      </w:r>
    </w:p>
    <w:p>
      <w:r>
        <w:rPr>
          <w:rFonts w:ascii="Gentium Plus" w:hAnsi="Gentium Plus"/>
          <w:sz w:val="24"/>
        </w:rPr>
        <w:t>παρ’ ὃ καὶ παῦλα.† Παιανιζόντων. ὑμνούντων, ψαλλόντων. †Παιστέον. τὸ πρακτέον.† Παιφάσσειν. ἐνθουσιωδῶς ὁρμᾷν. ἔστι ῥῆμα</w:t>
      </w:r>
    </w:p>
    <w:p>
      <w:r>
        <w:rPr>
          <w:rFonts w:ascii="Courier New" w:hAnsi="Courier New"/>
          <w:color w:val="555555"/>
          <w:sz w:val="20"/>
        </w:rPr>
        <w:t>[pi 1516]</w:t>
      </w:r>
    </w:p>
    <w:p>
      <w:r>
        <w:rPr>
          <w:rFonts w:ascii="Gentium Plus" w:hAnsi="Gentium Plus"/>
          <w:sz w:val="24"/>
        </w:rPr>
        <w:t>κατὰ ἀναδιπλασιασμὸν παιφάσσειν, προσθέσει ὁμοίως τοῦ ι.] Πάλλειν. ἀντὶ τοῦ κινεῖν. Παλάττω. μολύνω.</w:t>
      </w:r>
    </w:p>
    <w:p>
      <w:r>
        <w:rPr>
          <w:rFonts w:ascii="Courier New" w:hAnsi="Courier New"/>
          <w:color w:val="555555"/>
          <w:sz w:val="20"/>
        </w:rPr>
        <w:t>[5]</w:t>
      </w:r>
    </w:p>
    <w:p>
      <w:r>
        <w:rPr>
          <w:rFonts w:ascii="Gentium Plus" w:hAnsi="Gentium Plus"/>
          <w:sz w:val="24"/>
        </w:rPr>
        <w:t>Παλάσσετο. ἐμολύνετο. ἐβρέχετο. παλάσσω. τὸ δὲ πάλλω, ὃ σημαίνει τὸ βρέχω, γίνεται παρὰ τὸ ἅλλω. ἐν γὰρ τῇ βροχῇ ἅλλονται τὰ ἐκ τῆς γῆς ὕδατα. ὡσαύτως δὲ καὶ τὸ κινῶ. ἐκ δὲ τοῦ παλάσσω, τὸ μολύνω καὶ βρέχω, γίνεται πη‐</w:t>
      </w:r>
    </w:p>
    <w:p>
      <w:r>
        <w:rPr>
          <w:rFonts w:ascii="Courier New" w:hAnsi="Courier New"/>
          <w:color w:val="555555"/>
          <w:sz w:val="20"/>
        </w:rPr>
        <w:t>[10]</w:t>
      </w:r>
    </w:p>
    <w:p>
      <w:r>
        <w:rPr>
          <w:rFonts w:ascii="Gentium Plus" w:hAnsi="Gentium Plus"/>
          <w:sz w:val="24"/>
        </w:rPr>
        <w:t>λὸς, ἡ βεβρεγμένη γῆ. †Παλεύσει. ἀπατήσει.† Παλινδρομεῖν. εἰς τοὐπίσω ὑποστρέφειν. Παλισσυτῶ. εἰς τοὐπίσω ὁρμῶ. Παλιμπλαγχθέντας. σημαίνει τὸ ἁπλῶς</w:t>
      </w:r>
    </w:p>
    <w:p>
      <w:r>
        <w:rPr>
          <w:rFonts w:ascii="Courier New" w:hAnsi="Courier New"/>
          <w:color w:val="555555"/>
          <w:sz w:val="20"/>
        </w:rPr>
        <w:t>[15]</w:t>
      </w:r>
    </w:p>
    <w:p>
      <w:r>
        <w:rPr>
          <w:rFonts w:ascii="Gentium Plus" w:hAnsi="Gentium Plus"/>
          <w:sz w:val="24"/>
        </w:rPr>
        <w:t>πλανηθέντας, γίνεται παρὰ τὸ πελάζω, τὸ πλα‐ νῶ καὶ ἀπατῶ, κατὰ συγκοπὴν πλάζω. ἔστι δὲ μετοχή. σημαίνει καὶ τὸ ἀποκρουσθέντας. Παλύνω. ὡς μὲν Ἀπίων, τὸ μολύνειν καὶ βρέ‐ χειν. ἄμεινον δὲ τὸ λευκαίνειν. παρὰ τὴν πά‐</w:t>
      </w:r>
    </w:p>
    <w:p>
      <w:r>
        <w:rPr>
          <w:rFonts w:ascii="Courier New" w:hAnsi="Courier New"/>
          <w:color w:val="555555"/>
          <w:sz w:val="20"/>
        </w:rPr>
        <w:t>[20]</w:t>
      </w:r>
    </w:p>
    <w:p>
      <w:r>
        <w:rPr>
          <w:rFonts w:ascii="Gentium Plus" w:hAnsi="Gentium Plus"/>
          <w:sz w:val="24"/>
        </w:rPr>
        <w:t>λην, ἣν οἱ Ἀττικοὶ πασπάλην λέγουσι. ση‐ μαίνει δὲ τὸ λεπτομερέστατον τοῦ ἀλεύρου. Παλαίω. παρὰ τὸ πάλλω, τὸ σείω. Παμφαίνῃσιν. ἔχει τὸ ι προσγεγραμμένον</w:t>
      </w:r>
    </w:p>
    <w:p>
      <w:r>
        <w:rPr>
          <w:rFonts w:ascii="Courier New" w:hAnsi="Courier New"/>
          <w:color w:val="555555"/>
          <w:sz w:val="20"/>
        </w:rPr>
        <w:t>[pi 1517]</w:t>
      </w:r>
    </w:p>
    <w:p>
      <w:r>
        <w:rPr>
          <w:rFonts w:ascii="Gentium Plus" w:hAnsi="Gentium Plus"/>
          <w:sz w:val="24"/>
        </w:rPr>
        <w:t>νω καὶ τὸ τρίτον ἐὰν παμφαίνῃ, κατ’ ἔκτασιν τῆς σι συλλαβῆς παμφαίνῃσι μετὰ τοῦ ι. Παμφαλῶν. σημαίνει τὸ ἐπιφέρεσθαι καὶ πε‐ ριβλέπεσθαι παντί. οἷον·</w:t>
      </w:r>
    </w:p>
    <w:p>
      <w:r>
        <w:rPr>
          <w:rFonts w:ascii="Courier New" w:hAnsi="Courier New"/>
          <w:color w:val="555555"/>
          <w:sz w:val="20"/>
        </w:rPr>
        <w:t>[5]</w:t>
      </w:r>
    </w:p>
    <w:p>
      <w:r>
        <w:rPr>
          <w:rFonts w:ascii="Gentium Plus" w:hAnsi="Gentium Plus"/>
          <w:sz w:val="24"/>
        </w:rPr>
        <w:t>πόλλ’ ἐπιπαμφαλόωντες. εἴρηται παρὰ τὸ τὰ φάη ὧδε κᾀκεῖσε ἅλλε‐ σθαι. φαῶ καὶ παμφῶ καὶ πλεονασμῷ τοῦ λ παμφαλῶ. Παρέδωκεν. ἀντὶ τοῦ συγκεχώρηκε καὶ εἴασεν.</w:t>
      </w:r>
    </w:p>
    <w:p>
      <w:r>
        <w:rPr>
          <w:rFonts w:ascii="Courier New" w:hAnsi="Courier New"/>
          <w:color w:val="555555"/>
          <w:sz w:val="20"/>
        </w:rPr>
        <w:t>[10]</w:t>
      </w:r>
    </w:p>
    <w:p>
      <w:r>
        <w:rPr>
          <w:rFonts w:ascii="Gentium Plus" w:hAnsi="Gentium Plus"/>
          <w:sz w:val="24"/>
        </w:rPr>
        <w:t>Ἀπόστολος· παρέδωκεν αὐτοὺς εἰς ἀδόκιμον νοῦν. Παραζηλοῦν. τὸ ἐρεθίζειν καὶ παραθήγειν [καὶ κινεῖν] εἰς ζηλοτυπίαν. ὁποῖον τό· αὐτοὶ παρεζήλωσάν με ἐπ’ οὐ θεῷ. τουτέστιν ἐκίνη‐</w:t>
      </w:r>
    </w:p>
    <w:p>
      <w:r>
        <w:rPr>
          <w:rFonts w:ascii="Courier New" w:hAnsi="Courier New"/>
          <w:color w:val="555555"/>
          <w:sz w:val="20"/>
        </w:rPr>
        <w:t>[15]</w:t>
      </w:r>
    </w:p>
    <w:p>
      <w:r>
        <w:rPr>
          <w:rFonts w:ascii="Gentium Plus" w:hAnsi="Gentium Plus"/>
          <w:sz w:val="24"/>
        </w:rPr>
        <w:t>σαν ἐν ἐμοὶ ζῆλον καὶ οἷον [εἰς] ὀργήν με ἠρέ‐ θισαν εἰδωλολατροῦντες. Παραπαίοντες. ληροῦντες, παραφρονοῦντες. Παρωθοῦντες. ἐκβάλλοντες. Παρωσάμενος. ἀπειθήσας. ἢ ἀποδιώξας.</w:t>
      </w:r>
    </w:p>
    <w:p>
      <w:r>
        <w:rPr>
          <w:rFonts w:ascii="Courier New" w:hAnsi="Courier New"/>
          <w:color w:val="555555"/>
          <w:sz w:val="20"/>
        </w:rPr>
        <w:t>[20]</w:t>
      </w:r>
    </w:p>
    <w:p>
      <w:r>
        <w:rPr>
          <w:rFonts w:ascii="Gentium Plus" w:hAnsi="Gentium Plus"/>
          <w:sz w:val="24"/>
        </w:rPr>
        <w:t>Παροισθέντι. ἀντὶ τοῦ παρενεχθέντι. Παρεζόμενος. παρακαθήμενος.</w:t>
      </w:r>
    </w:p>
    <w:p>
      <w:r>
        <w:rPr>
          <w:rFonts w:ascii="Courier New" w:hAnsi="Courier New"/>
          <w:color w:val="555555"/>
          <w:sz w:val="20"/>
        </w:rPr>
        <w:t>[pi 1518]</w:t>
      </w:r>
    </w:p>
    <w:p>
      <w:r>
        <w:rPr>
          <w:rFonts w:ascii="Gentium Plus" w:hAnsi="Gentium Plus"/>
          <w:sz w:val="24"/>
        </w:rPr>
        <w:t>Παραβληθησόμενος. συγκριθησόμενος. Παρασυνεβλήθην. ὡμοιώθην. Παρῳχηκότων. ἀντὶ τοῦ παρελθόντων, παρελη‐ λυθότων.</w:t>
      </w:r>
    </w:p>
    <w:p>
      <w:r>
        <w:rPr>
          <w:rFonts w:ascii="Courier New" w:hAnsi="Courier New"/>
          <w:color w:val="555555"/>
          <w:sz w:val="20"/>
        </w:rPr>
        <w:t>[5]</w:t>
      </w:r>
    </w:p>
    <w:p>
      <w:r>
        <w:rPr>
          <w:rFonts w:ascii="Gentium Plus" w:hAnsi="Gentium Plus"/>
          <w:sz w:val="24"/>
        </w:rPr>
        <w:t>Παρακεκλημένοι. ἀντὶ τοῦ παρακληθέντες. Παραῤῥυείς. ἀντὶ τοῦ παρασυρείς. Παραῤῥυῶμεν. ἐκπέσωμεν. Παρακεκομμένος. ἐξεστηκὼς, μαινόμενος. Παρειμένας. παραλελυμένας.</w:t>
      </w:r>
    </w:p>
    <w:p>
      <w:r>
        <w:rPr>
          <w:rFonts w:ascii="Courier New" w:hAnsi="Courier New"/>
          <w:color w:val="555555"/>
          <w:sz w:val="20"/>
        </w:rPr>
        <w:t>[10]</w:t>
      </w:r>
    </w:p>
    <w:p>
      <w:r>
        <w:rPr>
          <w:rFonts w:ascii="Gentium Plus" w:hAnsi="Gentium Plus"/>
          <w:sz w:val="24"/>
        </w:rPr>
        <w:t>Παροιστρήσαντες. ἁμαρτήσαντες. Παροιστρῶσα. οἴστρῳ μαινομένη. Παρεωραμένη. καταφρονηθεῖσα. Παραθήγειν. ἀκονᾷν, διεγείρειν. Παρῆκεν. εἴασε, κατέλειψε.</w:t>
      </w:r>
    </w:p>
    <w:p>
      <w:r>
        <w:rPr>
          <w:rFonts w:ascii="Courier New" w:hAnsi="Courier New"/>
          <w:color w:val="555555"/>
          <w:sz w:val="20"/>
        </w:rPr>
        <w:t>[15]</w:t>
      </w:r>
    </w:p>
    <w:p>
      <w:r>
        <w:rPr>
          <w:rFonts w:ascii="Gentium Plus" w:hAnsi="Gentium Plus"/>
          <w:sz w:val="24"/>
        </w:rPr>
        <w:t>Παρίημι. καταλιμπάνω. Παρεγγυᾷ. παραγγέλλει. Παροξύνει. προτρέπεται. Παρείθη. εἰάθη. Παριππεύσας. παραδραμών. παρίππευσε χρό‐</w:t>
      </w:r>
    </w:p>
    <w:p>
      <w:r>
        <w:rPr>
          <w:rFonts w:ascii="Courier New" w:hAnsi="Courier New"/>
          <w:color w:val="555555"/>
          <w:sz w:val="20"/>
        </w:rPr>
        <w:t>[20]</w:t>
      </w:r>
    </w:p>
    <w:p>
      <w:r>
        <w:rPr>
          <w:rFonts w:ascii="Gentium Plus" w:hAnsi="Gentium Plus"/>
          <w:sz w:val="24"/>
        </w:rPr>
        <w:t>νος πολύς. Παραπικραίνειν. παροξύνειν, παροργίζειν.</w:t>
      </w:r>
    </w:p>
    <w:p>
      <w:r>
        <w:rPr>
          <w:rFonts w:ascii="Courier New" w:hAnsi="Courier New"/>
          <w:color w:val="555555"/>
          <w:sz w:val="20"/>
        </w:rPr>
        <w:t>[pi 1519]</w:t>
      </w:r>
    </w:p>
    <w:p>
      <w:r>
        <w:rPr>
          <w:rFonts w:ascii="Gentium Plus" w:hAnsi="Gentium Plus"/>
          <w:sz w:val="24"/>
        </w:rPr>
        <w:t>Παρῳδήκει. ἔξω τῶν γεγραμμένων εἶπε. Παρήκασι. παρῆλθον. παρείκασι δὲ ἀντὶ τοῦ παρέπεμψαν, δίφθογγον. Παρείκοι. ἁρμόζοι. ἐκ τοῦ παρείκοντος.</w:t>
      </w:r>
    </w:p>
    <w:p>
      <w:r>
        <w:rPr>
          <w:rFonts w:ascii="Courier New" w:hAnsi="Courier New"/>
          <w:color w:val="555555"/>
          <w:sz w:val="20"/>
        </w:rPr>
        <w:t>[5]</w:t>
      </w:r>
    </w:p>
    <w:p>
      <w:r>
        <w:rPr>
          <w:rFonts w:ascii="Gentium Plus" w:hAnsi="Gentium Plus"/>
          <w:sz w:val="24"/>
        </w:rPr>
        <w:t>Παρενείρειν. συνεισπλέκειν. συνεισβάλλειν. Παραθέει. παρατρέχει. Παραμείψας. παραλλάξας. Παρατροχᾶσαι. ἀντὶ τοῦ παραδραμεῖν. Παρασπονδήσας. τὰς συνθήκας παραβάς.</w:t>
      </w:r>
    </w:p>
    <w:p>
      <w:r>
        <w:rPr>
          <w:rFonts w:ascii="Courier New" w:hAnsi="Courier New"/>
          <w:color w:val="555555"/>
          <w:sz w:val="20"/>
        </w:rPr>
        <w:t>[10]</w:t>
      </w:r>
    </w:p>
    <w:p>
      <w:r>
        <w:rPr>
          <w:rFonts w:ascii="Gentium Plus" w:hAnsi="Gentium Plus"/>
          <w:sz w:val="24"/>
        </w:rPr>
        <w:t>Παρατάσσεται. πολεμεῖ, ὁπλίζεται. Παρεγγυᾶται. διδάσκει. ἐντέλλεται. Παραβαλεῖς. πλησιάσεις, ἢ παραθήσεις.</w:t>
      </w:r>
    </w:p>
    <w:p>
      <w:r>
        <w:rPr>
          <w:rFonts w:ascii="Courier New" w:hAnsi="Courier New"/>
          <w:color w:val="555555"/>
          <w:sz w:val="20"/>
        </w:rPr>
        <w:t>[pi 1520]</w:t>
      </w:r>
    </w:p>
    <w:p>
      <w:r>
        <w:rPr>
          <w:rFonts w:ascii="Gentium Plus" w:hAnsi="Gentium Plus"/>
          <w:sz w:val="24"/>
        </w:rPr>
        <w:t>Παράτεινον. ἐξάπλωσον. πλάτυνον. Παροχετεύει. ὅταν ἀπὸ ἑτέρου ὑδρηγοῦ εἰς ἕτε‐ ρον ἐμβάλῃ. Παραγράφεται. ἐπιζημιοῖ. ἐξουθενεῖ.</w:t>
      </w:r>
    </w:p>
    <w:p>
      <w:r>
        <w:rPr>
          <w:rFonts w:ascii="Courier New" w:hAnsi="Courier New"/>
          <w:color w:val="555555"/>
          <w:sz w:val="20"/>
        </w:rPr>
        <w:t>[5]</w:t>
      </w:r>
    </w:p>
    <w:p>
      <w:r>
        <w:rPr>
          <w:rFonts w:ascii="Gentium Plus" w:hAnsi="Gentium Plus"/>
          <w:sz w:val="24"/>
        </w:rPr>
        <w:t>Παραγράψεται. οὐ παραδέξεται. Παραιτεῖται. ἀποβάλλεται. Παραιτοῦμαί σε, καὶ παρῃτήσατο αὐτὸν, καὶ παρῃτήσατο τὸ πρᾶγμα δὲ, οὐ δεῖ λέγειν. ἀλλ’ οἷον· ὅτι παραιτοῦμαί σε συγγνώμην ἔχειν,</w:t>
      </w:r>
    </w:p>
    <w:p>
      <w:r>
        <w:rPr>
          <w:rFonts w:ascii="Courier New" w:hAnsi="Courier New"/>
          <w:color w:val="555555"/>
          <w:sz w:val="20"/>
        </w:rPr>
        <w:t>[10]</w:t>
      </w:r>
    </w:p>
    <w:p>
      <w:r>
        <w:rPr>
          <w:rFonts w:ascii="Gentium Plus" w:hAnsi="Gentium Plus"/>
          <w:sz w:val="24"/>
        </w:rPr>
        <w:t>καὶ παραιτοῦμαί σε μὴ χαλεπαίνειν. Ξενοφῶν· τοὺς μὲν θεοὺς παραιτήσῃ συγγνώμονάς σοι εἶ‐</w:t>
      </w:r>
    </w:p>
    <w:p>
      <w:r>
        <w:rPr>
          <w:rFonts w:ascii="Courier New" w:hAnsi="Courier New"/>
          <w:color w:val="555555"/>
          <w:sz w:val="20"/>
        </w:rPr>
        <w:t>[pi 1521]</w:t>
      </w:r>
    </w:p>
    <w:p>
      <w:r>
        <w:rPr>
          <w:rFonts w:ascii="Gentium Plus" w:hAnsi="Gentium Plus"/>
          <w:sz w:val="24"/>
        </w:rPr>
        <w:t>Παραιτεῖσθαι. οὐχ εὕρηται ῥῆμα ἐν χρήσει ἐπὶ τοῦ ἀρνεῖσθαι, καὶ ἀποβάλλεσθαι καὶ μὴ δέ‐ χεσθαι, ἀλλ’ ἐπὶ τοῦ αἰτεῖν. ὡς παρὰ Μενάν‐ δρῳ·</w:t>
      </w:r>
    </w:p>
    <w:p>
      <w:r>
        <w:rPr>
          <w:rFonts w:ascii="Courier New" w:hAnsi="Courier New"/>
          <w:color w:val="555555"/>
          <w:sz w:val="20"/>
        </w:rPr>
        <w:t>[5]</w:t>
      </w:r>
    </w:p>
    <w:p>
      <w:r>
        <w:rPr>
          <w:rFonts w:ascii="Gentium Plus" w:hAnsi="Gentium Plus"/>
          <w:sz w:val="24"/>
        </w:rPr>
        <w:t>παραιτοῦμαί σε συγγνώμην ἔχειν. ὡς περιττὴν εἶναι τὴν πρόθεσιν, ὡς ἐπὶ τοῦ καθεύδω· τὸ γὰρ εὕδω δηλοῖ· σπανίως δὲ εὑρί‐ σκεται καὶ ἐπὶ τοῦ σημαίνοντος τοῦ ἐν τῇ συν‐ ηθείᾳ.</w:t>
      </w:r>
    </w:p>
    <w:p>
      <w:r>
        <w:rPr>
          <w:rFonts w:ascii="Courier New" w:hAnsi="Courier New"/>
          <w:color w:val="555555"/>
          <w:sz w:val="20"/>
        </w:rPr>
        <w:t>[10]</w:t>
      </w:r>
    </w:p>
    <w:p>
      <w:r>
        <w:rPr>
          <w:rFonts w:ascii="Gentium Plus" w:hAnsi="Gentium Plus"/>
          <w:sz w:val="24"/>
        </w:rPr>
        <w:t>Παρατρύζει. παραφωνεῖ. εἴληπται δὲ ἡ λέξις ἐπὶ ὀρνέων, ὅταν τοῖς οἰκείοις νεοττοῖς γοερῶς προσφωνοῦσι. Παραγκωνίσασθαι. ἀπώσασθαι.</w:t>
      </w:r>
    </w:p>
    <w:p>
      <w:r>
        <w:rPr>
          <w:rFonts w:ascii="Courier New" w:hAnsi="Courier New"/>
          <w:color w:val="555555"/>
          <w:sz w:val="20"/>
        </w:rPr>
        <w:t>[pi 1522]</w:t>
      </w:r>
    </w:p>
    <w:p>
      <w:r>
        <w:rPr>
          <w:rFonts w:ascii="Gentium Plus" w:hAnsi="Gentium Plus"/>
          <w:sz w:val="24"/>
        </w:rPr>
        <w:t>Παραθεωρήσω. παρεξέλθω εἰς ἑτέραν θεω‐ ρίαν. Παρακατέλεκτο. παρεκοιμήθη. Παρευδοκιμῶ. εἰς δόξαν ὑπερβαίνω.</w:t>
      </w:r>
    </w:p>
    <w:p>
      <w:r>
        <w:rPr>
          <w:rFonts w:ascii="Courier New" w:hAnsi="Courier New"/>
          <w:color w:val="555555"/>
          <w:sz w:val="20"/>
        </w:rPr>
        <w:t>[5]</w:t>
      </w:r>
    </w:p>
    <w:p>
      <w:r>
        <w:rPr>
          <w:rFonts w:ascii="Gentium Plus" w:hAnsi="Gentium Plus"/>
          <w:sz w:val="24"/>
        </w:rPr>
        <w:t>Παρελάσας. παραδραμών. Παρελέξατο. ἐκοιμήθη. Παρεληλυθώς. παρελθὼν, παροδεύσας. Παρέλκοντες. παρατείνοντες καὶ σύροντες. καὶ παρέλκον ἀντὶ τοῦ περιττὸν ἢ παρατεῖνον καὶ</w:t>
      </w:r>
    </w:p>
    <w:p>
      <w:r>
        <w:rPr>
          <w:rFonts w:ascii="Courier New" w:hAnsi="Courier New"/>
          <w:color w:val="555555"/>
          <w:sz w:val="20"/>
        </w:rPr>
        <w:t>[10]</w:t>
      </w:r>
    </w:p>
    <w:p>
      <w:r>
        <w:rPr>
          <w:rFonts w:ascii="Gentium Plus" w:hAnsi="Gentium Plus"/>
          <w:sz w:val="24"/>
        </w:rPr>
        <w:t>σῦρον. Παρελογίσατο. ἠπάτησεν ἢ ἐκράτησεν. Παρενοχλεῖν. παροξύνειν. Παρεῖναι. παρυπάρχειν. παρῆναι δὲ ἀντὶ τοῦ</w:t>
      </w:r>
    </w:p>
    <w:p>
      <w:r>
        <w:rPr>
          <w:rFonts w:ascii="Courier New" w:hAnsi="Courier New"/>
          <w:color w:val="555555"/>
          <w:sz w:val="20"/>
        </w:rPr>
        <w:t>[pi 1523]</w:t>
      </w:r>
    </w:p>
    <w:p>
      <w:r>
        <w:rPr>
          <w:rFonts w:ascii="Gentium Plus" w:hAnsi="Gentium Plus"/>
          <w:sz w:val="24"/>
        </w:rPr>
        <w:t>Παῤῥησιάσομαι. ἄδειαν καὶ ἐξουσίαν λάβω. Παριαύων. παρακοιμώμενος. [Παρίημι. καταλιμπάνω.] Παριόντων. παρερχομένων.</w:t>
      </w:r>
    </w:p>
    <w:p>
      <w:r>
        <w:rPr>
          <w:rFonts w:ascii="Courier New" w:hAnsi="Courier New"/>
          <w:color w:val="555555"/>
          <w:sz w:val="20"/>
        </w:rPr>
        <w:t>[5]</w:t>
      </w:r>
    </w:p>
    <w:p>
      <w:r>
        <w:rPr>
          <w:rFonts w:ascii="Gentium Plus" w:hAnsi="Gentium Plus"/>
          <w:sz w:val="24"/>
        </w:rPr>
        <w:t>Παρομαρτήσας. ἐξακολουθήσας. Παραδειγματίζω. παρομοιῶ. Παρεισελθεῖν. τὸ μετ’ ἄλλου πλαγιάσαντα συνεισελθεῖν. ὁ Ἀπόστολος· παρεισῆλθεν ὁ νόμος. ἐλθεῖν τῇ γυμνῇ τῇ παρουσίᾳ χρήσα‐</w:t>
      </w:r>
    </w:p>
    <w:p>
      <w:r>
        <w:rPr>
          <w:rFonts w:ascii="Courier New" w:hAnsi="Courier New"/>
          <w:color w:val="555555"/>
          <w:sz w:val="20"/>
        </w:rPr>
        <w:t>[10]</w:t>
      </w:r>
    </w:p>
    <w:p>
      <w:r>
        <w:rPr>
          <w:rFonts w:ascii="Gentium Plus" w:hAnsi="Gentium Plus"/>
          <w:sz w:val="24"/>
        </w:rPr>
        <w:t>σθαι. Παραιτείσθω. παρῃτήσθω δὲ η. Παραμυθοῦμαι. ἀντὶ τοῦ παραινῶ καὶ συμβου‐ λεύω. καὶ δ’ ἂν τοῖς ἄλλοις ἂν ἐγὼ παραμυ‐ θησαίμην.</w:t>
      </w:r>
    </w:p>
    <w:p>
      <w:r>
        <w:rPr>
          <w:rFonts w:ascii="Courier New" w:hAnsi="Courier New"/>
          <w:color w:val="555555"/>
          <w:sz w:val="20"/>
        </w:rPr>
        <w:t>[15]</w:t>
      </w:r>
    </w:p>
    <w:p>
      <w:r>
        <w:rPr>
          <w:rFonts w:ascii="Gentium Plus" w:hAnsi="Gentium Plus"/>
          <w:sz w:val="24"/>
        </w:rPr>
        <w:t>Παρατρωπῶσι. παρατρέπουσι. πείθουσι. τρέ‐ πω, τρωπῶ. Παραμέμβλωκεν. παραμεμένηκε. πάρεστι. προθυμεῖται. [ἐκ τοῦ μέλω, μεμέληκα καὶ με‐ μέλωκα, καὶ συγκοπῇ καὶ πλεονασμῷ τοῦ β</w:t>
      </w:r>
    </w:p>
    <w:p>
      <w:r>
        <w:rPr>
          <w:rFonts w:ascii="Courier New" w:hAnsi="Courier New"/>
          <w:color w:val="555555"/>
          <w:sz w:val="20"/>
        </w:rPr>
        <w:t>[20]</w:t>
      </w:r>
    </w:p>
    <w:p>
      <w:r>
        <w:rPr>
          <w:rFonts w:ascii="Gentium Plus" w:hAnsi="Gentium Plus"/>
          <w:sz w:val="24"/>
        </w:rPr>
        <w:t>μέμβλωκα.] Παπῶ. ψηλαφῶ. παπῶ, παπᾷς, δευτέρα συζυ‐ γία †τῶν περισπωμένων.† τὸν ἁπαλῇ τε χειρὶ παπήσαντα. ἀπὸ τοῦ ἁφῶ, τὸ ψηλαφῶ. ἁφῶ οὖν, φαφῶ</w:t>
      </w:r>
    </w:p>
    <w:p>
      <w:r>
        <w:rPr>
          <w:rFonts w:ascii="Courier New" w:hAnsi="Courier New"/>
          <w:color w:val="555555"/>
          <w:sz w:val="20"/>
        </w:rPr>
        <w:t>[25]</w:t>
      </w:r>
    </w:p>
    <w:p>
      <w:r>
        <w:rPr>
          <w:rFonts w:ascii="Gentium Plus" w:hAnsi="Gentium Plus"/>
          <w:sz w:val="24"/>
        </w:rPr>
        <w:t>καὶ τροπῇ τῶν στοιχείων παπῶ. Πασχητιᾷ. θέλει πάσχειν.</w:t>
      </w:r>
    </w:p>
    <w:p>
      <w:r>
        <w:rPr>
          <w:rFonts w:ascii="Courier New" w:hAnsi="Courier New"/>
          <w:color w:val="555555"/>
          <w:sz w:val="20"/>
        </w:rPr>
        <w:t>[pi 1524]</w:t>
      </w:r>
    </w:p>
    <w:p>
      <w:r>
        <w:rPr>
          <w:rFonts w:ascii="Gentium Plus" w:hAnsi="Gentium Plus"/>
          <w:sz w:val="24"/>
        </w:rPr>
        <w:t>σχειν τὸ ἐν ἑαυτῷ ἔχειν τὴν αἰτίαν τοῦ πά‐ σχειν· πράττειν δὲ, ἐφ’ ὧν οὐ διαμένει τὸ τέ‐ λος ἤγουν τὸ ἀποτέλεσμα, ὡς ἀπὸ τῆς αὐλητι‐ κῆς καὶ ὀρχηστικῆς· τὸ δὲ θεωρεῖν ἐπὶ τοῦ</w:t>
      </w:r>
    </w:p>
    <w:p>
      <w:r>
        <w:rPr>
          <w:rFonts w:ascii="Courier New" w:hAnsi="Courier New"/>
          <w:color w:val="555555"/>
          <w:sz w:val="20"/>
        </w:rPr>
        <w:t>[5]</w:t>
      </w:r>
    </w:p>
    <w:p>
      <w:r>
        <w:rPr>
          <w:rFonts w:ascii="Gentium Plus" w:hAnsi="Gentium Plus"/>
          <w:sz w:val="24"/>
        </w:rPr>
        <w:t>ἀστρονομεῖν, γεωμετρεῖν, νοεῖν καὶ τῶν τοιού‐ των λέγεται. Πάσασθαι. γεύσασθαι. —καὶ σπλάγχν’ ἐπάσαντο. παρὰ τὸ μασᾶσθαι κατὰ τροπὴν τοῦ μ εἰς π,</w:t>
      </w:r>
    </w:p>
    <w:p>
      <w:r>
        <w:rPr>
          <w:rFonts w:ascii="Courier New" w:hAnsi="Courier New"/>
          <w:color w:val="555555"/>
          <w:sz w:val="20"/>
        </w:rPr>
        <w:t>[10]</w:t>
      </w:r>
    </w:p>
    <w:p>
      <w:r>
        <w:rPr>
          <w:rFonts w:ascii="Gentium Plus" w:hAnsi="Gentium Plus"/>
          <w:sz w:val="24"/>
        </w:rPr>
        <w:t>καὶ τοῦ τόνον ἐναλλαγήν. Πάσσω. τὸ ἐπιβάλλω. καὶ ἐπιπάττω. Παφλάζω. ἀναζέω. ἢ τὸ ἐκ βρασμοῦ ἀναδό‐ σεις γίνεσθαι. πεποίηται δὲ αὕτη ἡ λέξις παρ’ Ὁμήρῳ, ὡς [ἠχητικὴ ἤγουν] ἤχου μιμητικὴ,</w:t>
      </w:r>
    </w:p>
    <w:p>
      <w:r>
        <w:rPr>
          <w:rFonts w:ascii="Courier New" w:hAnsi="Courier New"/>
          <w:color w:val="555555"/>
          <w:sz w:val="20"/>
        </w:rPr>
        <w:t>[15]</w:t>
      </w:r>
    </w:p>
    <w:p>
      <w:r>
        <w:rPr>
          <w:rFonts w:ascii="Gentium Plus" w:hAnsi="Gentium Plus"/>
          <w:sz w:val="24"/>
        </w:rPr>
        <w:t>ὅνπερ ὁ τῶν κυμάτων εἴωθεν ἀναπέμπειν βρα‐ σμός. γίνεται παρὰ τὸ φλέω, ὃ καὶ φλύω λέ‐ γεται. —ἀνὰ δ’ ἔφλυσε καλὰ ῥέεθρα. δηλοῖ δὲ τὸ ἀναπέμπω καὶ ἀναδίδωμι. κατὰ</w:t>
      </w:r>
    </w:p>
    <w:p>
      <w:r>
        <w:rPr>
          <w:rFonts w:ascii="Courier New" w:hAnsi="Courier New"/>
          <w:color w:val="555555"/>
          <w:sz w:val="20"/>
        </w:rPr>
        <w:t>[20]</w:t>
      </w:r>
    </w:p>
    <w:p>
      <w:r>
        <w:rPr>
          <w:rFonts w:ascii="Gentium Plus" w:hAnsi="Gentium Plus"/>
          <w:sz w:val="24"/>
        </w:rPr>
        <w:t>συγκοπὴν φλῶ, παράγωγον φλάζω, ὡς ῥίπτω, ῥιπτάζω, καὶ ἐνθουσιῶ, ἐνθουσιάζω. Παπταίνων. περιβλεπόμενος, ἐπιτηρῶν. παρὰ τὸ φάη πεταννύειν γέγονε φαπταίνω καὶ συγ‐ κοπῇ καὶ τροπῇ παπταίνω. [ἢ ἔστι ῥῆμα πέτω</w:t>
      </w:r>
    </w:p>
    <w:p>
      <w:r>
        <w:rPr>
          <w:rFonts w:ascii="Courier New" w:hAnsi="Courier New"/>
          <w:color w:val="555555"/>
          <w:sz w:val="20"/>
        </w:rPr>
        <w:t>[25]</w:t>
      </w:r>
    </w:p>
    <w:p>
      <w:r>
        <w:rPr>
          <w:rFonts w:ascii="Gentium Plus" w:hAnsi="Gentium Plus"/>
          <w:sz w:val="24"/>
        </w:rPr>
        <w:t>καὶ τὸ παθητικὸν πέτομαι, καὶ κατὰ συγκοπὴν πτῶ, ἀφ’ οὗ παράγωγον καὶ κατὰ ἀναδιπλα‐</w:t>
      </w:r>
    </w:p>
    <w:p>
      <w:r>
        <w:rPr>
          <w:rFonts w:ascii="Courier New" w:hAnsi="Courier New"/>
          <w:color w:val="555555"/>
          <w:sz w:val="20"/>
        </w:rPr>
        <w:t>[pi 1525]</w:t>
      </w:r>
    </w:p>
    <w:p>
      <w:r>
        <w:rPr>
          <w:rFonts w:ascii="Gentium Plus" w:hAnsi="Gentium Plus"/>
          <w:sz w:val="24"/>
        </w:rPr>
        <w:t>Παριστάνετε. ποιεῖτε, ἀποδεικνύετε, παρασκευά‐ ζετε. καὶ ὁ Ἀπόστολος· ᾧ παριστάνετε ἑαυ‐ τοὺς δούλους εἰς ὑπακοήν. Παράκειται. ἐπιμελῶς ἔγκειται. καὶ ὁ Ἀπόστο‐</w:t>
      </w:r>
    </w:p>
    <w:p>
      <w:r>
        <w:rPr>
          <w:rFonts w:ascii="Courier New" w:hAnsi="Courier New"/>
          <w:color w:val="555555"/>
          <w:sz w:val="20"/>
        </w:rPr>
        <w:t>[5]</w:t>
      </w:r>
    </w:p>
    <w:p>
      <w:r>
        <w:rPr>
          <w:rFonts w:ascii="Gentium Plus" w:hAnsi="Gentium Plus"/>
          <w:sz w:val="24"/>
        </w:rPr>
        <w:t>λος· ὅτι ἐμοὶ τὸ κακὸν παράκειται. Παράγει. ἀντὶ τοῦ παρέρχεται.</w:t>
      </w:r>
    </w:p>
    <w:p>
      <w:pPr>
        <w:jc w:val="center"/>
      </w:pPr>
      <w:r>
        <w:rPr>
          <w:rFonts w:ascii="Gentium Plus" w:hAnsi="Gentium Plus"/>
          <w:b/>
          <w:sz w:val="24"/>
        </w:rPr>
        <w:t>(Ἐπίῤῥημα.)</w:t>
      </w:r>
    </w:p>
    <w:p>
      <w:r>
        <w:rPr>
          <w:rFonts w:ascii="Courier New" w:hAnsi="Courier New"/>
          <w:color w:val="555555"/>
          <w:sz w:val="20"/>
        </w:rPr>
        <w:t>[8]</w:t>
      </w:r>
    </w:p>
    <w:p>
      <w:r>
        <w:rPr>
          <w:rFonts w:ascii="Gentium Plus" w:hAnsi="Gentium Plus"/>
          <w:sz w:val="24"/>
        </w:rPr>
        <w:t>Παγίως. βεβαίως, ἀσφαλῶς. *Παροδευτικῶς. ἀπροσέκτως.*</w:t>
      </w:r>
    </w:p>
    <w:p>
      <w:r>
        <w:rPr>
          <w:rFonts w:ascii="Courier New" w:hAnsi="Courier New"/>
          <w:color w:val="555555"/>
          <w:sz w:val="20"/>
        </w:rPr>
        <w:t>[10]</w:t>
      </w:r>
    </w:p>
    <w:p>
      <w:r>
        <w:rPr>
          <w:rFonts w:ascii="Gentium Plus" w:hAnsi="Gentium Plus"/>
          <w:sz w:val="24"/>
        </w:rPr>
        <w:t>Πάγχυ. παντελῶς. παρὰ τὸ πάνυ γίνεται πάν‐ χυ πλεονασμῷ τοῦ χ, καὶ τροπῇ τοῦ ν εἰς γ πάγχυ. Παγκλήρως. *πάντα τὸν ἐπώνυμον κλῆρον.* Πάλαι. ἀρχῆθεν.</w:t>
      </w:r>
    </w:p>
    <w:p>
      <w:r>
        <w:rPr>
          <w:rFonts w:ascii="Courier New" w:hAnsi="Courier New"/>
          <w:color w:val="555555"/>
          <w:sz w:val="20"/>
        </w:rPr>
        <w:t>[15]</w:t>
      </w:r>
    </w:p>
    <w:p>
      <w:r>
        <w:rPr>
          <w:rFonts w:ascii="Gentium Plus" w:hAnsi="Gentium Plus"/>
          <w:sz w:val="24"/>
        </w:rPr>
        <w:t>Πάλιν. ἐκ δευτέρου. Παλληνόθεν. ἐκ Παλλήνης χώρας. Πάμπαν. παντελῶς. [Πάντη. παντελῶς.] πάντη καὶ ταύτη, η. παντὶ δὲ καὶ ταυτὶ, ι.</w:t>
      </w:r>
    </w:p>
    <w:p>
      <w:r>
        <w:rPr>
          <w:rFonts w:ascii="Courier New" w:hAnsi="Courier New"/>
          <w:color w:val="555555"/>
          <w:sz w:val="20"/>
        </w:rPr>
        <w:t>[20]</w:t>
      </w:r>
    </w:p>
    <w:p>
      <w:r>
        <w:rPr>
          <w:rFonts w:ascii="Gentium Plus" w:hAnsi="Gentium Plus"/>
          <w:sz w:val="24"/>
        </w:rPr>
        <w:t>Πανδημεί. παντὶ τῷ δήμῳ.</w:t>
      </w:r>
    </w:p>
    <w:p>
      <w:r>
        <w:rPr>
          <w:rFonts w:ascii="Courier New" w:hAnsi="Courier New"/>
          <w:color w:val="555555"/>
          <w:sz w:val="20"/>
        </w:rPr>
        <w:t>[pi 1526]</w:t>
      </w:r>
    </w:p>
    <w:p>
      <w:r>
        <w:rPr>
          <w:rFonts w:ascii="Gentium Plus" w:hAnsi="Gentium Plus"/>
          <w:sz w:val="24"/>
        </w:rPr>
        <w:t>Πανσυδεί. παντὶ τῷ πλήθει. παρὰ τὸ ὁμοῦ σείεσθαι ἤγουν ὁρμᾷν καὶ ἀκολουθεῖν. Πανστρατί. πᾶσαν τὴν στρατιάν. Πανθοινεί. τὸ κατευωχήσασθαι.</w:t>
      </w:r>
    </w:p>
    <w:p>
      <w:r>
        <w:rPr>
          <w:rFonts w:ascii="Courier New" w:hAnsi="Courier New"/>
          <w:color w:val="555555"/>
          <w:sz w:val="20"/>
        </w:rPr>
        <w:t>[5]</w:t>
      </w:r>
    </w:p>
    <w:p>
      <w:r>
        <w:rPr>
          <w:rFonts w:ascii="Gentium Plus" w:hAnsi="Gentium Plus"/>
          <w:sz w:val="24"/>
        </w:rPr>
        <w:t>Πάντοσε. ἀντὶ τοῦ πανταχοῦ καὶ πανταχῆ. [Πάντοθεν.] Πάντοτε. τὸ πάντοτε παρ’ οὐδενὶ τῶν δοκίμων εὑρίσκεται. Παμπήδην. παντελῶς.</w:t>
      </w:r>
    </w:p>
    <w:p>
      <w:r>
        <w:rPr>
          <w:rFonts w:ascii="Courier New" w:hAnsi="Courier New"/>
          <w:color w:val="555555"/>
          <w:sz w:val="20"/>
        </w:rPr>
        <w:t>[10]</w:t>
      </w:r>
    </w:p>
    <w:p>
      <w:r>
        <w:rPr>
          <w:rFonts w:ascii="Gentium Plus" w:hAnsi="Gentium Plus"/>
          <w:sz w:val="24"/>
        </w:rPr>
        <w:t>Παραπόδας. ἐγγὺς ἢ εὐθύς. Παρακλιδόν. ἀντὶ τοῦ παρακλίνας. Πάρεξ. ἐκτὸς, χωρίς. Πάρος. ἀντὶ τοῦ πρίν. [πάρος δόρποιο μέδεσθαι.]</w:t>
      </w:r>
    </w:p>
    <w:p>
      <w:r>
        <w:rPr>
          <w:rFonts w:ascii="Courier New" w:hAnsi="Courier New"/>
          <w:color w:val="555555"/>
          <w:sz w:val="20"/>
        </w:rPr>
        <w:t>[15]</w:t>
      </w:r>
    </w:p>
    <w:p>
      <w:r>
        <w:rPr>
          <w:rFonts w:ascii="Gentium Plus" w:hAnsi="Gentium Plus"/>
          <w:sz w:val="24"/>
        </w:rPr>
        <w:t>Πάροιθεν. πρότερον ἢ ἔμπροσθεν. [ἀπὸ τοῦ πά‐ ρος πάροθεν καὶ πάροιθεν. καὶ παροίτερος ἀπὸ τοῦ πάρος.] σημαίνει δὲ καὶ τὸ πρῶτος. [Ἄνδρα τὸν, ὅς μιν ἔτυψε παροίτατος—.] Πατροπροβλήτως. ἐκ τοῦ πατρὸς προβαλλό‐</w:t>
      </w:r>
    </w:p>
    <w:p>
      <w:r>
        <w:rPr>
          <w:rFonts w:ascii="Courier New" w:hAnsi="Courier New"/>
          <w:color w:val="555555"/>
          <w:sz w:val="20"/>
        </w:rPr>
        <w:t>[20]</w:t>
      </w:r>
    </w:p>
    <w:p>
      <w:r>
        <w:rPr>
          <w:rFonts w:ascii="Gentium Plus" w:hAnsi="Gentium Plus"/>
          <w:sz w:val="24"/>
        </w:rPr>
        <w:t>μενον. Παραφραστικῶς. παραφράζειν ἐστὶ τὸ ἔχεσθαι</w:t>
      </w:r>
    </w:p>
    <w:p>
      <w:pPr>
        <w:jc w:val="center"/>
      </w:pPr>
      <w:r>
        <w:rPr>
          <w:rFonts w:ascii="Gentium Plus" w:hAnsi="Gentium Plus"/>
          <w:b/>
          <w:sz w:val="24"/>
        </w:rPr>
        <w:t>Τὸ Π μετὰ τοῦ Ε.</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Πεδήτης. ὁ δεσμός. ἀπὸ τοῦ πέδω πεδήτης. †Πέδουρος. ὁ μετέωρος.†</w:t>
      </w:r>
    </w:p>
    <w:p>
      <w:r>
        <w:rPr>
          <w:rFonts w:ascii="Courier New" w:hAnsi="Courier New"/>
          <w:color w:val="555555"/>
          <w:sz w:val="20"/>
        </w:rPr>
        <w:t>[5]</w:t>
      </w:r>
    </w:p>
    <w:p>
      <w:r>
        <w:rPr>
          <w:rFonts w:ascii="Gentium Plus" w:hAnsi="Gentium Plus"/>
          <w:sz w:val="24"/>
        </w:rPr>
        <w:t>Πειθήνιος. ὑπείκων, πειθόμενος. Πειραταί. καταποντισταὶ, κουρσάριοι. παρὰ τὸ πείρειν, ὅ ἐστι περᾷν. —ἀλεγεινά τε κύματα πείρων. ἢ παρὰ τὴν πεῖραν, ὃ δηλοῖ τὴν ἔφοδον.</w:t>
      </w:r>
    </w:p>
    <w:p>
      <w:r>
        <w:rPr>
          <w:rFonts w:ascii="Courier New" w:hAnsi="Courier New"/>
          <w:color w:val="555555"/>
          <w:sz w:val="20"/>
        </w:rPr>
        <w:t>[10]</w:t>
      </w:r>
    </w:p>
    <w:p>
      <w:r>
        <w:rPr>
          <w:rFonts w:ascii="Gentium Plus" w:hAnsi="Gentium Plus"/>
          <w:sz w:val="24"/>
        </w:rPr>
        <w:t>Πειραστής. ὁ πειράζων δαίμων. Πειραιεύς. λιμὴν οὕτω καλούμενος. ἔστι δὲ καὶ τὸν Πειραιᾶ. Πείρως. κύριον. Πίῤῥος δὲ ὄνομα ποταμοῦ, ι. Πειώλης. ὁ πόρνος ὁ διὰ τὸ πέος καὶ τὸ αἰ‐</w:t>
      </w:r>
    </w:p>
    <w:p>
      <w:r>
        <w:rPr>
          <w:rFonts w:ascii="Courier New" w:hAnsi="Courier New"/>
          <w:color w:val="555555"/>
          <w:sz w:val="20"/>
        </w:rPr>
        <w:t>[15]</w:t>
      </w:r>
    </w:p>
    <w:p>
      <w:r>
        <w:rPr>
          <w:rFonts w:ascii="Gentium Plus" w:hAnsi="Gentium Plus"/>
          <w:sz w:val="24"/>
        </w:rPr>
        <w:t>δοῖον ἀπολλύμενος. σπέος δέ ἐστι καὶ κατ’ ἔλ‐ λειψιν τοῦ ς πέος. Πείσαυρος. κύριον. Πέλται. οἱ τοξόται, οἱ τοὺς ξυστοὺς κατέχον‐ τες· ξυστοὶ δὲ τὰ κοντάρια.</w:t>
      </w:r>
    </w:p>
    <w:p>
      <w:r>
        <w:rPr>
          <w:rFonts w:ascii="Courier New" w:hAnsi="Courier New"/>
          <w:color w:val="555555"/>
          <w:sz w:val="20"/>
        </w:rPr>
        <w:t>[20]</w:t>
      </w:r>
    </w:p>
    <w:p>
      <w:r>
        <w:rPr>
          <w:rFonts w:ascii="Gentium Plus" w:hAnsi="Gentium Plus"/>
          <w:sz w:val="24"/>
        </w:rPr>
        <w:t>Πελώριος. ὁ μέγας. παρὰ τὸ πέλω, τὸ ὑπάρ‐ χω, καὶ τὸ ὤρα, ἡ φροντίς. ᾧ πέλει φροντὶς</w:t>
      </w:r>
    </w:p>
    <w:p>
      <w:r>
        <w:rPr>
          <w:rFonts w:ascii="Courier New" w:hAnsi="Courier New"/>
          <w:color w:val="555555"/>
          <w:sz w:val="20"/>
        </w:rPr>
        <w:t>[pi 1528]</w:t>
      </w:r>
    </w:p>
    <w:p>
      <w:r>
        <w:rPr>
          <w:rFonts w:ascii="Gentium Plus" w:hAnsi="Gentium Plus"/>
          <w:sz w:val="24"/>
        </w:rPr>
        <w:t>Πελιδνός. δίϋγρος ἢ μέλανος. τίνος πελιδνοὶ οἱ ὀφθαλμοί. Πέλεκυς. καὶ κλίνεται πελέκεως. Πελαργός. διὰ τὸ ἔχειν πτερὰ μελάντερα καὶ</w:t>
      </w:r>
    </w:p>
    <w:p>
      <w:r>
        <w:rPr>
          <w:rFonts w:ascii="Courier New" w:hAnsi="Courier New"/>
          <w:color w:val="555555"/>
          <w:sz w:val="20"/>
        </w:rPr>
        <w:t>[5]</w:t>
      </w:r>
    </w:p>
    <w:p>
      <w:r>
        <w:rPr>
          <w:rFonts w:ascii="Gentium Plus" w:hAnsi="Gentium Plus"/>
          <w:sz w:val="24"/>
        </w:rPr>
        <w:t>λευκά. πελὸν γὰρ τὸ μέλαν, καὶ ἀργὸν τὸ λευκόν. Πέμμις. κύριον. Πένης. ὁ ἐξ ἀρχῆς ἐν ἐνδείᾳ ὤν. Πενιχρός. παρὰ τὸ πένης πενιχρὸς, ὡς μέλι</w:t>
      </w:r>
    </w:p>
    <w:p>
      <w:r>
        <w:rPr>
          <w:rFonts w:ascii="Courier New" w:hAnsi="Courier New"/>
          <w:color w:val="555555"/>
          <w:sz w:val="20"/>
        </w:rPr>
        <w:t>[10]</w:t>
      </w:r>
    </w:p>
    <w:p>
      <w:r>
        <w:rPr>
          <w:rFonts w:ascii="Gentium Plus" w:hAnsi="Gentium Plus"/>
          <w:sz w:val="24"/>
        </w:rPr>
        <w:t>μελιχρός. Πεντώβολος. ὁ πέντε ὀβολοὺς ἔχων. Πέπειρος. ὁ ὥριμος καρπός. Πέπλος. τὸ γυναικεῖον ἱμάτιον. οἱονεὶ περίπε‐ πλος τὶς ὤν· ὁ περὶ τὸν φοροῦντα περιπελόμε‐</w:t>
      </w:r>
    </w:p>
    <w:p>
      <w:r>
        <w:rPr>
          <w:rFonts w:ascii="Courier New" w:hAnsi="Courier New"/>
          <w:color w:val="555555"/>
          <w:sz w:val="20"/>
        </w:rPr>
        <w:t>[15]</w:t>
      </w:r>
    </w:p>
    <w:p>
      <w:r>
        <w:rPr>
          <w:rFonts w:ascii="Gentium Plus" w:hAnsi="Gentium Plus"/>
          <w:sz w:val="24"/>
        </w:rPr>
        <w:t>νος καὶ εἰλούμενος, καὶ κατὰ συγκοπὴν τῆς ρι συλλαβῆς καὶ τοῦ ε πέπλος. [ἢ παρὰ τὸ πρέ‐ πω, ῥηματικὸν ὄνομα πρέπαλος καὶ ἀποβολῇ τοῦ ρ πέπαλος καὶ συγκοπῇ πέπλος.] Πέπων. ἡ ὀπώρα. καὶ ὁ προσηνὴς φίλος. ἀπὸ</w:t>
      </w:r>
    </w:p>
    <w:p>
      <w:r>
        <w:rPr>
          <w:rFonts w:ascii="Courier New" w:hAnsi="Courier New"/>
          <w:color w:val="555555"/>
          <w:sz w:val="20"/>
        </w:rPr>
        <w:t>[20]</w:t>
      </w:r>
    </w:p>
    <w:p>
      <w:r>
        <w:rPr>
          <w:rFonts w:ascii="Gentium Plus" w:hAnsi="Gentium Plus"/>
          <w:sz w:val="24"/>
        </w:rPr>
        <w:t>τοῦ πεπείρου καὶ ἀσφαλοῦς. ἢ ἀπὸ τοῦ πε‐</w:t>
      </w:r>
    </w:p>
    <w:p>
      <w:r>
        <w:rPr>
          <w:rFonts w:ascii="Courier New" w:hAnsi="Courier New"/>
          <w:color w:val="555555"/>
          <w:sz w:val="20"/>
        </w:rPr>
        <w:t>[pi 1529]</w:t>
      </w:r>
    </w:p>
    <w:p>
      <w:r>
        <w:rPr>
          <w:rFonts w:ascii="Gentium Plus" w:hAnsi="Gentium Plus"/>
          <w:sz w:val="24"/>
        </w:rPr>
        <w:t>†Περιναῖοι. φλεβάδες. πόροι. οἵτινες ἐπὶ μὲν τῶν ἐχόντων αἰδοῖον εἰς αὐτὸ τὸ αἰδοῖον ἐξά‐ γουσι τὸ σπέρμα, ἐκ δὲ τούτων διαδεξάμενον τὸ αἰδοῖον ἀφίησιν εἰς τὸ θῆλυ.†</w:t>
      </w:r>
    </w:p>
    <w:p>
      <w:r>
        <w:rPr>
          <w:rFonts w:ascii="Courier New" w:hAnsi="Courier New"/>
          <w:color w:val="555555"/>
          <w:sz w:val="20"/>
        </w:rPr>
        <w:t>[5]</w:t>
      </w:r>
    </w:p>
    <w:p>
      <w:r>
        <w:rPr>
          <w:rFonts w:ascii="Gentium Plus" w:hAnsi="Gentium Plus"/>
          <w:sz w:val="24"/>
        </w:rPr>
        <w:t>†Περκνός. κυνηγετικός. ἀπὸ τοῦ περισσῶς καί‐ νειν.† Πέρπερος. ὃ μὴ διὰ χρείαν, ἀλλὰ διὰ καλλωπι‐ σμὸν παραλαμβάνει τὶς, ἢ καὶ ὁ βλακικὸς καὶ ὁ προπετής.</w:t>
      </w:r>
    </w:p>
    <w:p>
      <w:r>
        <w:rPr>
          <w:rFonts w:ascii="Courier New" w:hAnsi="Courier New"/>
          <w:color w:val="555555"/>
          <w:sz w:val="20"/>
        </w:rPr>
        <w:t>[10]</w:t>
      </w:r>
    </w:p>
    <w:p>
      <w:r>
        <w:rPr>
          <w:rFonts w:ascii="Gentium Plus" w:hAnsi="Gentium Plus"/>
          <w:sz w:val="24"/>
        </w:rPr>
        <w:t>Περίπατος. διακινητήριον. ἢ αὐτὸ τὸ βάδισμα. Περίκλυτον. περιδοξότατον. Περιδεής. ὁ περίφοβος. Περίβλεπτος. ὁ ἔνδοξος. Περιούσιος. ἐξαίρετος.</w:t>
      </w:r>
    </w:p>
    <w:p>
      <w:r>
        <w:rPr>
          <w:rFonts w:ascii="Courier New" w:hAnsi="Courier New"/>
          <w:color w:val="555555"/>
          <w:sz w:val="20"/>
        </w:rPr>
        <w:t>[15]</w:t>
      </w:r>
    </w:p>
    <w:p>
      <w:r>
        <w:rPr>
          <w:rFonts w:ascii="Gentium Plus" w:hAnsi="Gentium Plus"/>
          <w:sz w:val="24"/>
        </w:rPr>
        <w:t>Περιουσιασμός. περιουσία, πλοῦτος. Περιτομεύς. ἡ σμίλη. Περιττοεπής. ὁ περισσολόγος. Περπέννας. κύριον. Πετηλιανός· Πετίλιος καὶ Πετεός. ὀνόμα‐</w:t>
      </w:r>
    </w:p>
    <w:p>
      <w:r>
        <w:rPr>
          <w:rFonts w:ascii="Courier New" w:hAnsi="Courier New"/>
          <w:color w:val="555555"/>
          <w:sz w:val="20"/>
        </w:rPr>
        <w:t>[20]</w:t>
      </w:r>
    </w:p>
    <w:p>
      <w:r>
        <w:rPr>
          <w:rFonts w:ascii="Gentium Plus" w:hAnsi="Gentium Plus"/>
          <w:sz w:val="24"/>
        </w:rPr>
        <w:t>τα κύρια.</w:t>
      </w:r>
    </w:p>
    <w:p>
      <w:r>
        <w:rPr>
          <w:rFonts w:ascii="Courier New" w:hAnsi="Courier New"/>
          <w:color w:val="555555"/>
          <w:sz w:val="20"/>
        </w:rPr>
        <w:t>[pi 1530]</w:t>
      </w:r>
    </w:p>
    <w:p>
      <w:r>
        <w:rPr>
          <w:rFonts w:ascii="Gentium Plus" w:hAnsi="Gentium Plus"/>
          <w:sz w:val="24"/>
        </w:rPr>
        <w:t>Πέτρος. κύριον. πρᾶξις ἑρμηνεύεται ἤτοι πρα‐ κτικὸς τῇ θερμότητι τῆς πίστεως. Πεττοὶ καὶ πεσσοί. τὰ βόλια, ἐν οἷς ταβλί‐ ζουσι.</w:t>
      </w:r>
    </w:p>
    <w:p>
      <w:r>
        <w:rPr>
          <w:rFonts w:ascii="Courier New" w:hAnsi="Courier New"/>
          <w:color w:val="555555"/>
          <w:sz w:val="20"/>
        </w:rPr>
        <w:t>[5]</w:t>
      </w:r>
    </w:p>
    <w:p>
      <w:r>
        <w:rPr>
          <w:rFonts w:ascii="Gentium Plus" w:hAnsi="Gentium Plus"/>
          <w:sz w:val="24"/>
        </w:rPr>
        <w:t>Πευθήν. ὁ μανδάτωρ. καὶ κλίνεται πευθῆνος. ἀπὸ τοῦ πεῦσις, ἡ ἐρώτησις ἢ ἡ ἀπόκρισις. οἱ γὰρ μανδάτωρες ποιοῦσι τὰ μηνύματα ἔν τε τοῖς δικαστηρίοις καὶ τοῖς ἐν αὐτοῖς δικαζομένοις. Πέριλος. τὸ αἰδοῖον.</w:t>
      </w:r>
    </w:p>
    <w:p>
      <w:r>
        <w:rPr>
          <w:rFonts w:ascii="Courier New" w:hAnsi="Courier New"/>
          <w:color w:val="555555"/>
          <w:sz w:val="20"/>
        </w:rPr>
        <w:t>[10]</w:t>
      </w:r>
    </w:p>
    <w:p>
      <w:r>
        <w:rPr>
          <w:rFonts w:ascii="Gentium Plus" w:hAnsi="Gentium Plus"/>
          <w:sz w:val="24"/>
        </w:rPr>
        <w:t>Περίτανος. ὁ περιττῶς αἰνούμενος εἰς κάλλος. Περιούσιος. ἐξηλλαγμένος. Περισκέπτῳ. περιβλέπτῳ. Ὅμηρος· ὑψηλὸς δέδμητο, περισκέπτῳ ἔνι χώρῳ. Πέλεκυς. παρὰ τὸ πέλειν ὠκέως.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Πέδη. ὁ δεσμός. παρὰ τὸ δέω, ἔδη, καὶ πλεο‐ νασμῷ τοῦ π πέδη. Πέζα. ὁ ποῦς.</w:t>
      </w:r>
    </w:p>
    <w:p>
      <w:r>
        <w:rPr>
          <w:rFonts w:ascii="Courier New" w:hAnsi="Courier New"/>
          <w:color w:val="555555"/>
          <w:sz w:val="20"/>
        </w:rPr>
        <w:t>[pi 1531]</w:t>
      </w:r>
    </w:p>
    <w:p>
      <w:r>
        <w:rPr>
          <w:rFonts w:ascii="Gentium Plus" w:hAnsi="Gentium Plus"/>
          <w:sz w:val="24"/>
        </w:rPr>
        <w:t>Πείσαιρα. πόλις. Πεῖσα. ἡ πεῖσις καὶ ἡ πεισμονή. [ὡς βήσω, βῆ‐ σα. Ὅμηρος· τῷ δὲ μάλ’ ἐν πείσῃ κραδίη—.</w:t>
      </w:r>
    </w:p>
    <w:p>
      <w:r>
        <w:rPr>
          <w:rFonts w:ascii="Courier New" w:hAnsi="Courier New"/>
          <w:color w:val="555555"/>
          <w:sz w:val="20"/>
        </w:rPr>
        <w:t>[5]</w:t>
      </w:r>
    </w:p>
    <w:p>
      <w:r>
        <w:rPr>
          <w:rFonts w:ascii="Gentium Plus" w:hAnsi="Gentium Plus"/>
          <w:sz w:val="24"/>
        </w:rPr>
        <w:t>ἀντὶ τοῦ ἐν ἡσυχίᾳ καὶ ὑπομονῇ. ὡσεὶ ἔλεγεν ἀντὶ τοῦ ἐπείσθην.] Πείρινθος. ὃ καὶ πείρινθα λέγεται. σημαίνει δὲ τὸ τετράγωνον τὸ ἐπάνω τῆς ἁμάξης ξύλον, εἰς ὃ ἐντίθεται τὰ κομιζόμενα. οὕτως Ἀπίων.</w:t>
      </w:r>
    </w:p>
    <w:p>
      <w:r>
        <w:rPr>
          <w:rFonts w:ascii="Courier New" w:hAnsi="Courier New"/>
          <w:color w:val="555555"/>
          <w:sz w:val="20"/>
        </w:rPr>
        <w:t>[10]</w:t>
      </w:r>
    </w:p>
    <w:p>
      <w:r>
        <w:rPr>
          <w:rFonts w:ascii="Gentium Plus" w:hAnsi="Gentium Plus"/>
          <w:sz w:val="24"/>
        </w:rPr>
        <w:t>ὁ δὲ Δίδυμος τὸ ἐκ ῥιπῶν πεπλεγμένον πλιν‐ θίον. ῥίπενθα καὶ καθ’ ὑπέρθεσιν καὶ πλεο‐ νασμὸν τοῦ ι πείρινθα. ἢ παρὰ τὸ θέειν πέ‐ ρινθος καὶ πείρινθος. ἢ πείρινθος τὸ σχοινίον. λέγεται δὲ Πείρινθος καὶ ἡ ἐν τῇ δύσει Ἡρά‐</w:t>
      </w:r>
    </w:p>
    <w:p>
      <w:r>
        <w:rPr>
          <w:rFonts w:ascii="Courier New" w:hAnsi="Courier New"/>
          <w:color w:val="555555"/>
          <w:sz w:val="20"/>
        </w:rPr>
        <w:t>[15]</w:t>
      </w:r>
    </w:p>
    <w:p>
      <w:r>
        <w:rPr>
          <w:rFonts w:ascii="Gentium Plus" w:hAnsi="Gentium Plus"/>
          <w:sz w:val="24"/>
        </w:rPr>
        <w:t>κλεια.</w:t>
      </w:r>
    </w:p>
    <w:p>
      <w:r>
        <w:rPr>
          <w:rFonts w:ascii="Courier New" w:hAnsi="Courier New"/>
          <w:color w:val="555555"/>
          <w:sz w:val="20"/>
        </w:rPr>
        <w:t>[pi 1532]</w:t>
      </w:r>
    </w:p>
    <w:p>
      <w:r>
        <w:rPr>
          <w:rFonts w:ascii="Gentium Plus" w:hAnsi="Gentium Plus"/>
          <w:sz w:val="24"/>
        </w:rPr>
        <w:t>Πελαία. τοπικόν. Πελλήνη. πόλις. Πέλεια. ἡ περιστερά. παρὰ τὸ πελὸν, ὃ ση‐ μαίνει τὸ μέλαν. καὶ πελειάς.</w:t>
      </w:r>
    </w:p>
    <w:p>
      <w:r>
        <w:rPr>
          <w:rFonts w:ascii="Courier New" w:hAnsi="Courier New"/>
          <w:color w:val="555555"/>
          <w:sz w:val="20"/>
        </w:rPr>
        <w:t>[5]</w:t>
      </w:r>
    </w:p>
    <w:p>
      <w:r>
        <w:rPr>
          <w:rFonts w:ascii="Gentium Plus" w:hAnsi="Gentium Plus"/>
          <w:sz w:val="24"/>
        </w:rPr>
        <w:t>πελειάδα χειρὶ μεμαρπώς. ὥσπερ παρὰ τὸ μαίω γίνεται μαιὰς, οὕτω καὶ παρὰ τὸ πέλεια πελειάς. οὕτω Χοιροβοσκός. Πελοπόννησος. δύναται πλεονάζειν τὸ ν. παρὰ τὴν Πέλοπος γενικὴν γέγονε τὸ ἀκόλουθον Πε‐</w:t>
      </w:r>
    </w:p>
    <w:p>
      <w:r>
        <w:rPr>
          <w:rFonts w:ascii="Courier New" w:hAnsi="Courier New"/>
          <w:color w:val="555555"/>
          <w:sz w:val="20"/>
        </w:rPr>
        <w:t>[10]</w:t>
      </w:r>
    </w:p>
    <w:p>
      <w:r>
        <w:rPr>
          <w:rFonts w:ascii="Gentium Plus" w:hAnsi="Gentium Plus"/>
          <w:sz w:val="24"/>
        </w:rPr>
        <w:t>λοπόννησος. ὡσαύτως καὶ Προικόννησος. Πενεστρίνη. πύλης ὄνομα. Πένησσα. ἡ ἐξ ἀρχῆς ἐν ἐνδείᾳ οὖσα. Πενία. στέρησις χρημάτων καὶ κτημάτων. Πενταετηρίς. ἡ πέντε ἐτῶν οὖσα.</w:t>
      </w:r>
    </w:p>
    <w:p>
      <w:r>
        <w:rPr>
          <w:rFonts w:ascii="Courier New" w:hAnsi="Courier New"/>
          <w:color w:val="555555"/>
          <w:sz w:val="20"/>
        </w:rPr>
        <w:t>[15]</w:t>
      </w:r>
    </w:p>
    <w:p>
      <w:r>
        <w:rPr>
          <w:rFonts w:ascii="Gentium Plus" w:hAnsi="Gentium Plus"/>
          <w:sz w:val="24"/>
        </w:rPr>
        <w:t>Πεπάλη. τὸ τοῦ ἀλεύρου λεπτόν. ὅπερ οἱ Ἀτ‐</w:t>
      </w:r>
    </w:p>
    <w:p>
      <w:r>
        <w:rPr>
          <w:rFonts w:ascii="Courier New" w:hAnsi="Courier New"/>
          <w:color w:val="555555"/>
          <w:sz w:val="20"/>
        </w:rPr>
        <w:t>[pi 1533]</w:t>
      </w:r>
    </w:p>
    <w:p>
      <w:r>
        <w:rPr>
          <w:rFonts w:ascii="Gentium Plus" w:hAnsi="Gentium Plus"/>
          <w:sz w:val="24"/>
        </w:rPr>
        <w:t>ἐπιπάσσεσθαι δύναται διὰ τὴν λεπτότητα. πα‐ ρὰ τὸν πάσσω μέλλοντα πάλη, ὡς δαμάσσω δα‐ μάλη. τινὲς δίφθογγον γράφουσι τὸ παι, ἐγὼ δὲ λέγω, ὅτι πάλη ἐστίν.]</w:t>
      </w:r>
    </w:p>
    <w:p>
      <w:r>
        <w:rPr>
          <w:rFonts w:ascii="Courier New" w:hAnsi="Courier New"/>
          <w:color w:val="555555"/>
          <w:sz w:val="20"/>
        </w:rPr>
        <w:t>[5]</w:t>
      </w:r>
    </w:p>
    <w:p>
      <w:r>
        <w:rPr>
          <w:rFonts w:ascii="Gentium Plus" w:hAnsi="Gentium Plus"/>
          <w:sz w:val="24"/>
        </w:rPr>
        <w:t>†Περιβαρίδες. ὑποδήματα γυναικῶν.† Περίνοια. μερικὴ γνῶσις. τοῦ Θεολόγου· ἐν πε‐ ρινοίᾳ θεοῦ. Περιουσία. περισσεία, πλεονασμὸς, ὑπεροχή. ἀσύγκριτος οὐσία.</w:t>
      </w:r>
    </w:p>
    <w:p>
      <w:r>
        <w:rPr>
          <w:rFonts w:ascii="Courier New" w:hAnsi="Courier New"/>
          <w:color w:val="555555"/>
          <w:sz w:val="20"/>
        </w:rPr>
        <w:t>[10]</w:t>
      </w:r>
    </w:p>
    <w:p>
      <w:r>
        <w:rPr>
          <w:rFonts w:ascii="Gentium Plus" w:hAnsi="Gentium Plus"/>
          <w:sz w:val="24"/>
        </w:rPr>
        <w:t>Περιπεζίας. πορευτῆς, ἐπιβατῆς, καταληπτῆς. †Πεπραμένη. διοίκησις. πεπερασμένη καὶ συν‐ τετελεσμένη διοίκησις.† Περισπωμένη. ποιότης συλλαβῆς. ἐκ τοῦ περι‐ κεκλᾶσθαι, καὶ οἱονεί τις συνειρημένη εἶναι.</w:t>
      </w:r>
    </w:p>
    <w:p>
      <w:r>
        <w:rPr>
          <w:rFonts w:ascii="Courier New" w:hAnsi="Courier New"/>
          <w:color w:val="555555"/>
          <w:sz w:val="20"/>
        </w:rPr>
        <w:t>[15]</w:t>
      </w:r>
    </w:p>
    <w:p>
      <w:r>
        <w:rPr>
          <w:rFonts w:ascii="Gentium Plus" w:hAnsi="Gentium Plus"/>
          <w:sz w:val="24"/>
        </w:rPr>
        <w:t>ποιότης δέ ἐστι φωνὴ δηλοῦσα τὴν ποσότητα τῆς σημασίας. Περίληψις. ἡ περισσοτέρα νόησις. ἐκ τοῦ λήβω, τὸ λαμβάνω. Περιφορά. ἡ κατὰ κύκλον κίνησις.</w:t>
      </w:r>
    </w:p>
    <w:p>
      <w:r>
        <w:rPr>
          <w:rFonts w:ascii="Courier New" w:hAnsi="Courier New"/>
          <w:color w:val="555555"/>
          <w:sz w:val="20"/>
        </w:rPr>
        <w:t>[20]</w:t>
      </w:r>
    </w:p>
    <w:p>
      <w:r>
        <w:rPr>
          <w:rFonts w:ascii="Gentium Plus" w:hAnsi="Gentium Plus"/>
          <w:sz w:val="24"/>
        </w:rPr>
        <w:t>Περίοδος. κύκλος.</w:t>
      </w:r>
    </w:p>
    <w:p>
      <w:r>
        <w:rPr>
          <w:rFonts w:ascii="Courier New" w:hAnsi="Courier New"/>
          <w:color w:val="555555"/>
          <w:sz w:val="20"/>
        </w:rPr>
        <w:t>[pi 1534]</w:t>
      </w:r>
    </w:p>
    <w:p>
      <w:r>
        <w:rPr>
          <w:rFonts w:ascii="Gentium Plus" w:hAnsi="Gentium Plus"/>
          <w:sz w:val="24"/>
        </w:rPr>
        <w:t>Περικεφαλαία. τὸ κράνος. Περιοχή. κλῆρος· συνοχή· ὑπόθεσις, ἢ περιπέτεια. Περιπέτεια. ὑποθέσεως σύμπτωμα.</w:t>
      </w:r>
    </w:p>
    <w:p>
      <w:r>
        <w:rPr>
          <w:rFonts w:ascii="Courier New" w:hAnsi="Courier New"/>
          <w:color w:val="555555"/>
          <w:sz w:val="20"/>
        </w:rPr>
        <w:t>[5]</w:t>
      </w:r>
    </w:p>
    <w:p>
      <w:r>
        <w:rPr>
          <w:rFonts w:ascii="Gentium Plus" w:hAnsi="Gentium Plus"/>
          <w:sz w:val="24"/>
        </w:rPr>
        <w:t>Περίνοια. μηχανὴ, τέχνη. Περιφέρεια. κύκλος ἢ διαστροφή. Περιγραφή. ἡ περιέχουσα αὐτὸ τὸ ὅλον σῶμα. Περίγρα. ὁ διαβήτης. Περίφρασις. συγκάθεσις τοῦ προσταθέντος. ἢ</w:t>
      </w:r>
    </w:p>
    <w:p>
      <w:r>
        <w:rPr>
          <w:rFonts w:ascii="Courier New" w:hAnsi="Courier New"/>
          <w:color w:val="555555"/>
          <w:sz w:val="20"/>
        </w:rPr>
        <w:t>[10]</w:t>
      </w:r>
    </w:p>
    <w:p>
      <w:r>
        <w:rPr>
          <w:rFonts w:ascii="Gentium Plus" w:hAnsi="Gentium Plus"/>
          <w:sz w:val="24"/>
        </w:rPr>
        <w:t>δι’ ἑτέρου τρόπου. ὡς τινὸς λέγοντος, τρία καὶ δύο πέντε, ἄλλος τῷ αὐτῷ συνομολογεῖ δι’ ἑτέ‐ ρου τρόπου λέγων, δύο καὶ τρία πέντε. περί‐ φρασις δὲ λέγεται καὶ ἡ τοῦ ἁγίου Διονυσίου φωνὴ ἡ θεανδρική· εἰ γὰρ καὶ δι’ ἑτέρου τρό‐</w:t>
      </w:r>
    </w:p>
    <w:p>
      <w:r>
        <w:rPr>
          <w:rFonts w:ascii="Courier New" w:hAnsi="Courier New"/>
          <w:color w:val="555555"/>
          <w:sz w:val="20"/>
        </w:rPr>
        <w:t>[15]</w:t>
      </w:r>
    </w:p>
    <w:p>
      <w:r>
        <w:rPr>
          <w:rFonts w:ascii="Gentium Plus" w:hAnsi="Gentium Plus"/>
          <w:sz w:val="24"/>
        </w:rPr>
        <w:t>που, ἀλλὰ θεὸν καὶ ἄνθρωπον ὡμολόγησε καὶ αὐτὸς κατὰ τοὺς ἁγίους πατέρας. Περπερεία. ὃ μὴ διὰ χρείαν, ἀλλὰ διὰ καλλω‐ πισμὸν παραλαμβάνεται, ὃ καὶ ἡ βλακεία καὶ ἡ προπέτεια.</w:t>
      </w:r>
    </w:p>
    <w:p>
      <w:r>
        <w:rPr>
          <w:rFonts w:ascii="Courier New" w:hAnsi="Courier New"/>
          <w:color w:val="555555"/>
          <w:sz w:val="20"/>
        </w:rPr>
        <w:t>[20]</w:t>
      </w:r>
    </w:p>
    <w:p>
      <w:r>
        <w:rPr>
          <w:rFonts w:ascii="Gentium Plus" w:hAnsi="Gentium Plus"/>
          <w:sz w:val="24"/>
        </w:rPr>
        <w:t>Πευκαλίμη. συνετή. Πεῦσις. ἡ ἐρώτησις, ἢ ἡ ἀπόκρισις. ἀπὸ τοῦ πεύ‐</w:t>
      </w:r>
    </w:p>
    <w:p>
      <w:r>
        <w:rPr>
          <w:rFonts w:ascii="Courier New" w:hAnsi="Courier New"/>
          <w:color w:val="555555"/>
          <w:sz w:val="20"/>
        </w:rPr>
        <w:t>[pi 1535]</w:t>
      </w:r>
    </w:p>
    <w:p>
      <w:r>
        <w:rPr>
          <w:rFonts w:ascii="Gentium Plus" w:hAnsi="Gentium Plus"/>
          <w:sz w:val="24"/>
        </w:rPr>
        <w:t>Περισσεία. ἡ δαψίλεια. καὶ ὁ Ἀπόστολος· πολλῷ μᾶλλον οἱ τὴν περισσείαν τῆς χάριτος—. Πεισμονή. τὸ πεισθῆναι τοῖς λέγουσιν ὑμῖν πε‐ ριτέμνεσθαι.</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Πέδιλα. ὑποδήματα. ἀπὸ τοῦ εἰλίσσεσθαι τοῖς ποσίν. ἢ ἀπὸ τοῦ πέδη, ὁ δεσμός. Πέδον. γῆ. ἔδαφος, ἐφ’ οὗ βεβήκαμεν τοῖς ποσὶ τοῦ πεζεύειν. καὶ πεζούς φασι τοὺς διὰ τῶν</w:t>
      </w:r>
    </w:p>
    <w:p>
      <w:r>
        <w:rPr>
          <w:rFonts w:ascii="Courier New" w:hAnsi="Courier New"/>
          <w:color w:val="555555"/>
          <w:sz w:val="20"/>
        </w:rPr>
        <w:t>[10]</w:t>
      </w:r>
    </w:p>
    <w:p>
      <w:r>
        <w:rPr>
          <w:rFonts w:ascii="Gentium Plus" w:hAnsi="Gentium Plus"/>
          <w:sz w:val="24"/>
        </w:rPr>
        <w:t>ἰδίων ποδῶν ποιουμένους τὴν πορείαν. Πεῖσμα. τὸ ἐν τῇ συνηθείᾳ. καὶ τὸ σχοινίον. παρὰ τὸ πείθω, πείσω, πεῖσμα· καὶ γὰρ τὰ ἀπόγεια σχοινία πείθεσθαι καὶ εἴκειν ποιοῦσι τὴν ναῦν.</w:t>
      </w:r>
    </w:p>
    <w:p>
      <w:r>
        <w:rPr>
          <w:rFonts w:ascii="Courier New" w:hAnsi="Courier New"/>
          <w:color w:val="555555"/>
          <w:sz w:val="20"/>
        </w:rPr>
        <w:t>[15]</w:t>
      </w:r>
    </w:p>
    <w:p>
      <w:r>
        <w:rPr>
          <w:rFonts w:ascii="Gentium Plus" w:hAnsi="Gentium Plus"/>
          <w:sz w:val="24"/>
        </w:rPr>
        <w:t>Πεινάκιον. τὸ τῆς πείνης ἄκος. πινάκιον δὲ, ἐν ᾧ ἐσθίομεν, ι. Πελόν. τὸ μέλαν. καὶ πελίωμα, τὸ μέλαν χρῶμα. Πελιδνόν. μέλαν, δίϋγρον. Πέλαγος. τὸ μὴ πέλας γῆς. ἢ παρὰ τὸ τῆλε,</w:t>
      </w:r>
    </w:p>
    <w:p>
      <w:r>
        <w:rPr>
          <w:rFonts w:ascii="Courier New" w:hAnsi="Courier New"/>
          <w:color w:val="555555"/>
          <w:sz w:val="20"/>
        </w:rPr>
        <w:t>[20]</w:t>
      </w:r>
    </w:p>
    <w:p>
      <w:r>
        <w:rPr>
          <w:rFonts w:ascii="Gentium Plus" w:hAnsi="Gentium Plus"/>
          <w:sz w:val="24"/>
        </w:rPr>
        <w:t>ὃ σημαίνει τὸ πόῤῥω, καὶ τὸ γῆ· τήλεγός τι ὂν, τὸ πόῤῥωθεν τῆς γῆς. Πελλαῖον. ὄρος. Πέλμα. παρὰ τὸ πεπιλῆσθαι πλέον τοῦ λοιποῦ σώματος. ἢ παρὰ τὸ πέλας ἀεὶ καθεστάναι</w:t>
      </w:r>
    </w:p>
    <w:p>
      <w:r>
        <w:rPr>
          <w:rFonts w:ascii="Courier New" w:hAnsi="Courier New"/>
          <w:color w:val="555555"/>
          <w:sz w:val="20"/>
        </w:rPr>
        <w:t>[25]</w:t>
      </w:r>
    </w:p>
    <w:p>
      <w:r>
        <w:rPr>
          <w:rFonts w:ascii="Gentium Plus" w:hAnsi="Gentium Plus"/>
          <w:sz w:val="24"/>
        </w:rPr>
        <w:t>τοῦ ποδός. Πεμπταῖον. τὸ μετὰ τὴν πέμπτην.</w:t>
      </w:r>
    </w:p>
    <w:p>
      <w:r>
        <w:rPr>
          <w:rFonts w:ascii="Courier New" w:hAnsi="Courier New"/>
          <w:color w:val="555555"/>
          <w:sz w:val="20"/>
        </w:rPr>
        <w:t>[pi 1536]</w:t>
      </w:r>
    </w:p>
    <w:p>
      <w:r>
        <w:rPr>
          <w:rFonts w:ascii="Gentium Plus" w:hAnsi="Gentium Plus"/>
          <w:sz w:val="24"/>
        </w:rPr>
        <w:t>Πένθος. διάθεσις ψυχῆς σκυθρωπὴ, ἐπὶ στερή‐ σει τινὸς τῶν καταθυμίων συνισταμένη, ὅπερ ἐπὶ τῶν ἐν εὐθυμίᾳ βιούντων χώραν οὐκ ἔχει. ἢ αἴσθησις ἀλγεινὴ τῆς τῶν εὐφραινόντων στε‐</w:t>
      </w:r>
    </w:p>
    <w:p>
      <w:r>
        <w:rPr>
          <w:rFonts w:ascii="Courier New" w:hAnsi="Courier New"/>
          <w:color w:val="555555"/>
          <w:sz w:val="20"/>
        </w:rPr>
        <w:t>[5]</w:t>
      </w:r>
    </w:p>
    <w:p>
      <w:r>
        <w:rPr>
          <w:rFonts w:ascii="Gentium Plus" w:hAnsi="Gentium Plus"/>
          <w:sz w:val="24"/>
        </w:rPr>
        <w:t>ρήσεως. εἴρηται πένθος παρὰ τὸ βάθος, καὶ πλεονασμῷ καὶ τροπῇ τῶν στοιχείων γίνεται πένθος. κυρίως δὲ ἐπὶ τῶν κατοιχομένων. παρὰ τὸ ἐν βαθυτάτῳ εἶναι τὴν ἑαυτῶν λύπην. ὁ δὲ Ἡρωδιανὸς, παρὰ τὸ πάθος πλεονασμῷ τοῦ</w:t>
      </w:r>
    </w:p>
    <w:p>
      <w:r>
        <w:rPr>
          <w:rFonts w:ascii="Courier New" w:hAnsi="Courier New"/>
          <w:color w:val="555555"/>
          <w:sz w:val="20"/>
        </w:rPr>
        <w:t>[10]</w:t>
      </w:r>
    </w:p>
    <w:p>
      <w:r>
        <w:rPr>
          <w:rFonts w:ascii="Gentium Plus" w:hAnsi="Gentium Plus"/>
          <w:sz w:val="24"/>
        </w:rPr>
        <w:t>ν καὶ τροπῇ πένθος. Πέπλα. ἱμάτια γυναικεῖα. †Πεπιλημένον. συνεσφιγμένον.† Περιεκτικόν. τὸ καθόλου. ἢ τὸ ἐν ἑαυτῷ τὰ με‐ ρικὰ συνάγον καὶ ἀναπληροῦν.</w:t>
      </w:r>
    </w:p>
    <w:p>
      <w:r>
        <w:rPr>
          <w:rFonts w:ascii="Courier New" w:hAnsi="Courier New"/>
          <w:color w:val="555555"/>
          <w:sz w:val="20"/>
        </w:rPr>
        <w:t>[15]</w:t>
      </w:r>
    </w:p>
    <w:p>
      <w:r>
        <w:rPr>
          <w:rFonts w:ascii="Gentium Plus" w:hAnsi="Gentium Plus"/>
          <w:sz w:val="24"/>
        </w:rPr>
        <w:t>Περιάμματα. τὰ κατὰ τοὺς τραχήλους καὶ τὰς χεῖρας καὶ τοὺς πόδας βεβαμμένα κλώσμα‐ τα, ἅτινα αἱ γυναῖκες περιάπτουσι. Περικαλλές. λίαν λαμπρόν. Περίοπτον. μέγα, ὑψηλόν.</w:t>
      </w:r>
    </w:p>
    <w:p>
      <w:r>
        <w:rPr>
          <w:rFonts w:ascii="Courier New" w:hAnsi="Courier New"/>
          <w:color w:val="555555"/>
          <w:sz w:val="20"/>
        </w:rPr>
        <w:t>[20]</w:t>
      </w:r>
    </w:p>
    <w:p>
      <w:r>
        <w:rPr>
          <w:rFonts w:ascii="Gentium Plus" w:hAnsi="Gentium Plus"/>
          <w:sz w:val="24"/>
        </w:rPr>
        <w:t>Περιδέραια. τὰ περιτραχήλια. δέρη γὰρ ὁ τρά‐ χηλος. Περίψημα. βδέλυγμα. Πέρας. τὸ τέλος. Περίπυστον. ἐξάκουστον.</w:t>
      </w:r>
    </w:p>
    <w:p>
      <w:r>
        <w:rPr>
          <w:rFonts w:ascii="Courier New" w:hAnsi="Courier New"/>
          <w:color w:val="555555"/>
          <w:sz w:val="20"/>
        </w:rPr>
        <w:t>[25]</w:t>
      </w:r>
    </w:p>
    <w:p>
      <w:r>
        <w:rPr>
          <w:rFonts w:ascii="Gentium Plus" w:hAnsi="Gentium Plus"/>
          <w:sz w:val="24"/>
        </w:rPr>
        <w:t>Περίπτερα. ὁ ἀποσπινθηρισμός. Περίγειον. ....</w:t>
      </w:r>
    </w:p>
    <w:p>
      <w:r>
        <w:rPr>
          <w:rFonts w:ascii="Courier New" w:hAnsi="Courier New"/>
          <w:color w:val="555555"/>
          <w:sz w:val="20"/>
        </w:rPr>
        <w:t>[pi 1537]</w:t>
      </w:r>
    </w:p>
    <w:p>
      <w:r>
        <w:rPr>
          <w:rFonts w:ascii="Gentium Plus" w:hAnsi="Gentium Plus"/>
          <w:sz w:val="24"/>
        </w:rPr>
        <w:t>Περίγραπτον. ὅπερ διανοίᾳ καὶ γνώσει κατα‐ λαμβάνεσθαι δυνατόν. καθὰ καὶ ἄγγελοι ἀλ‐ λήλων τὴν φύσιν. Πέτηλα. φύλλα δένδρων. ἀπὸ τοῦ πέτεσθαι.</w:t>
      </w:r>
    </w:p>
    <w:p>
      <w:r>
        <w:rPr>
          <w:rFonts w:ascii="Courier New" w:hAnsi="Courier New"/>
          <w:color w:val="555555"/>
          <w:sz w:val="20"/>
        </w:rPr>
        <w:t>[5]</w:t>
      </w:r>
    </w:p>
    <w:p>
      <w:r>
        <w:rPr>
          <w:rFonts w:ascii="Gentium Plus" w:hAnsi="Gentium Plus"/>
          <w:sz w:val="24"/>
        </w:rPr>
        <w:t>Πετώνιον. τὸ τοῦ ὕδατος. Πέταυρον. παγίς. βάθος. εἰς ᾅδου πέταυρον. πέταυρα καὶ τὰ σανίδια, ἐν οἷς στεγάζομεν τὰ ὀσπήτια. [ἀπὸ τοῦ ταῖς αὔραις, ὅ ἐστι ταῖς πνοαῖς, πέτεσθαι. κοῦφα γάρ ἐστι καὶ ὑπηνέ‐</w:t>
      </w:r>
    </w:p>
    <w:p>
      <w:r>
        <w:rPr>
          <w:rFonts w:ascii="Courier New" w:hAnsi="Courier New"/>
          <w:color w:val="555555"/>
          <w:sz w:val="20"/>
        </w:rPr>
        <w:t>[10]</w:t>
      </w:r>
    </w:p>
    <w:p>
      <w:r>
        <w:rPr>
          <w:rFonts w:ascii="Gentium Plus" w:hAnsi="Gentium Plus"/>
          <w:sz w:val="24"/>
        </w:rPr>
        <w:t>μια.] †Πετίτον. πειρατικὴ σκάφη.† Πετρόβολον. ἡ λίθου βολή. διώβολον δὲ, μέγα. Πετροπομπόν. μηχάνημα, δι’ οὗ πέμπεται ἡ πέτρα.</w:t>
      </w:r>
    </w:p>
    <w:p>
      <w:r>
        <w:rPr>
          <w:rFonts w:ascii="Courier New" w:hAnsi="Courier New"/>
          <w:color w:val="555555"/>
          <w:sz w:val="20"/>
        </w:rPr>
        <w:t>[15]</w:t>
      </w:r>
    </w:p>
    <w:p>
      <w:r>
        <w:rPr>
          <w:rFonts w:ascii="Gentium Plus" w:hAnsi="Gentium Plus"/>
          <w:sz w:val="24"/>
        </w:rPr>
        <w:t>Πευκεδανόν. πικρόν. Περικαθάρματα. ἀντὶ τοῦ ἀποψήγματα, καὶ</w:t>
      </w:r>
    </w:p>
    <w:p>
      <w:r>
        <w:rPr>
          <w:rFonts w:ascii="Courier New" w:hAnsi="Courier New"/>
          <w:color w:val="555555"/>
          <w:sz w:val="20"/>
        </w:rPr>
        <w:t>[pi 1538]</w:t>
      </w:r>
    </w:p>
    <w:p>
      <w:r>
        <w:rPr>
          <w:rFonts w:ascii="Gentium Plus" w:hAnsi="Gentium Plus"/>
          <w:sz w:val="24"/>
        </w:rPr>
        <w:t>Περίψημα. τὸ σάβανον· ὃ τοὺς ἱδρῶτας τοῦ κάμνοντος ἀποψύχει. ἢ τὸ ἀποῤῥιπτούμενον σκύβαλον, ὡς περιττόν. [ἀπὸ μεταφορᾶς τῶν τὰς τραπέζας ἀποψώντων μετὰ τὸ φαγεῖν.]</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Πεδεῖται. δεσμεῖται. Πείσεσθαι. παθεῖν. Πειρῶμαι. ἀπόπειραν καὶ δοκιμὴν ποιοῦμαι. Πεινῶ. παρὰ τὸ πένω καὶ πένομαι, ᾧ παρέπε‐</w:t>
      </w:r>
    </w:p>
    <w:p>
      <w:r>
        <w:rPr>
          <w:rFonts w:ascii="Courier New" w:hAnsi="Courier New"/>
          <w:color w:val="555555"/>
          <w:sz w:val="20"/>
        </w:rPr>
        <w:t>[10]</w:t>
      </w:r>
    </w:p>
    <w:p>
      <w:r>
        <w:rPr>
          <w:rFonts w:ascii="Gentium Plus" w:hAnsi="Gentium Plus"/>
          <w:sz w:val="24"/>
        </w:rPr>
        <w:t>ται πολλάκις τοῦτο. Πέλω. τὸ ἀναστρέφομαι. καὶ πέλει ἀντὶ τοῦ ὑπάρχει. Πένω. τὸ ἐνεργῶ καὶ πονῶ. Πένοντο. παρὰ τὸ πένω, τὸ ἐνεργῶ καὶ κάμνω,</w:t>
      </w:r>
    </w:p>
    <w:p>
      <w:r>
        <w:rPr>
          <w:rFonts w:ascii="Courier New" w:hAnsi="Courier New"/>
          <w:color w:val="555555"/>
          <w:sz w:val="20"/>
        </w:rPr>
        <w:t>[15]</w:t>
      </w:r>
    </w:p>
    <w:p>
      <w:r>
        <w:rPr>
          <w:rFonts w:ascii="Gentium Plus" w:hAnsi="Gentium Plus"/>
          <w:sz w:val="24"/>
        </w:rPr>
        <w:t>ἀφ’ οὗ πόνος καὶ πόντος. Πεπαρῳνήκεσαν. ἀτάκτως ὕβρισαν. Πεπαρμένος. διαπεπερονημένος. ἔστι πείρω, τὸ</w:t>
      </w:r>
    </w:p>
    <w:p>
      <w:r>
        <w:rPr>
          <w:rFonts w:ascii="Courier New" w:hAnsi="Courier New"/>
          <w:color w:val="555555"/>
          <w:sz w:val="20"/>
        </w:rPr>
        <w:t>[pi 1539]</w:t>
      </w:r>
    </w:p>
    <w:p>
      <w:r>
        <w:rPr>
          <w:rFonts w:ascii="Gentium Plus" w:hAnsi="Gentium Plus"/>
          <w:sz w:val="24"/>
        </w:rPr>
        <w:t>Πεπανθέν. ὥριμον γεγονός. καὶ πεπαίνω. Πεπορπημένον. συνεχόμενον περόνῃ ἢ πόρπῃ, ὅ ἐστι κομβίῳ. Πεπαλάσθαι. κληρώσασθαι, λαχεῖν. κλῆρος</w:t>
      </w:r>
    </w:p>
    <w:p>
      <w:r>
        <w:rPr>
          <w:rFonts w:ascii="Courier New" w:hAnsi="Courier New"/>
          <w:color w:val="555555"/>
          <w:sz w:val="20"/>
        </w:rPr>
        <w:t>[5]</w:t>
      </w:r>
    </w:p>
    <w:p>
      <w:r>
        <w:rPr>
          <w:rFonts w:ascii="Gentium Plus" w:hAnsi="Gentium Plus"/>
          <w:sz w:val="24"/>
        </w:rPr>
        <w:t>γὰρ ὁ πάλος. παρὰ τὸ παλῶ παλάσσω. Πεπιασμένοις. μεμιασμένοις. Αἰλιανός· φάγη δ’ ἂν τρίγλη καὶ ἀνθρώπου νεκροῦ καὶ ἰχθύος· φιληδοῦσι δὲ μᾶλλον τοῖς πεπιασμένοις καὶ κα‐ κόσμοις.</w:t>
      </w:r>
    </w:p>
    <w:p>
      <w:r>
        <w:rPr>
          <w:rFonts w:ascii="Courier New" w:hAnsi="Courier New"/>
          <w:color w:val="555555"/>
          <w:sz w:val="20"/>
        </w:rPr>
        <w:t>[10]</w:t>
      </w:r>
    </w:p>
    <w:p>
      <w:r>
        <w:rPr>
          <w:rFonts w:ascii="Gentium Plus" w:hAnsi="Gentium Plus"/>
          <w:sz w:val="24"/>
        </w:rPr>
        <w:t>Πεποιωμένον. ἔχον ποιότητα. ποιότης δέ ἐστιν ἐνούσιος δύναμις, ὡς τοῦ ὕδατος ἡ ψυχρότης, καὶ τοῦ πυρὸς ἡ θερμότης, καὶ τοῦ λίθου ἡ σκληρότης, καὶ τῆς γῆς ἡ ξηρότης. ποιότης δὲ καὶ ἰδιότης, καὶ διαφορὰ καὶ ἰδίωμα ἓν καὶ τὸ</w:t>
      </w:r>
    </w:p>
    <w:p>
      <w:r>
        <w:rPr>
          <w:rFonts w:ascii="Courier New" w:hAnsi="Courier New"/>
          <w:color w:val="555555"/>
          <w:sz w:val="20"/>
        </w:rPr>
        <w:t>[15]</w:t>
      </w:r>
    </w:p>
    <w:p>
      <w:r>
        <w:rPr>
          <w:rFonts w:ascii="Gentium Plus" w:hAnsi="Gentium Plus"/>
          <w:sz w:val="24"/>
        </w:rPr>
        <w:t>αὐτὸ σημαίνει. Πεπιθεῖν. πείθω, ὁ δεύτερος ἀόριστος ἔπιθον, τὸ ἀπαρέμφατον πιθεῖν, καὶ ποιητικῷ ἀναδι‐ πλασιασμῷ πεπιθήσω, πεπιθεῖν. Πεπνυμένος. συνετὸς, φρόνιμος. παρὰ τὸ πνέω,</w:t>
      </w:r>
    </w:p>
    <w:p>
      <w:r>
        <w:rPr>
          <w:rFonts w:ascii="Courier New" w:hAnsi="Courier New"/>
          <w:color w:val="555555"/>
          <w:sz w:val="20"/>
        </w:rPr>
        <w:t>[20]</w:t>
      </w:r>
    </w:p>
    <w:p>
      <w:r>
        <w:rPr>
          <w:rFonts w:ascii="Gentium Plus" w:hAnsi="Gentium Plus"/>
          <w:sz w:val="24"/>
        </w:rPr>
        <w:t>πνύω, πνύσω, πεπνυμένος. Πεποτήαται. ἀπὸ τοῦ πέτω ῥήματος γίνεται ποτῶ, ποτήσω, πεπότηκα, πεπότημαι, καὶ κατ’</w:t>
      </w:r>
    </w:p>
    <w:p>
      <w:r>
        <w:rPr>
          <w:rFonts w:ascii="Courier New" w:hAnsi="Courier New"/>
          <w:color w:val="555555"/>
          <w:sz w:val="20"/>
        </w:rPr>
        <w:t>[pi 1540]</w:t>
      </w:r>
    </w:p>
    <w:p>
      <w:r>
        <w:rPr>
          <w:rFonts w:ascii="Gentium Plus" w:hAnsi="Gentium Plus"/>
          <w:sz w:val="24"/>
        </w:rPr>
        <w:t>Πέπρακα. περῶ, περάσω, πεπέρακα καὶ ἐν συγκοπῇ πέπρακα. Πεπερασμένον. πεπληρωμένον. Πεπαισμένος. ἀπὸ τοῦ πεπαίνω. πεπαισμένος</w:t>
      </w:r>
    </w:p>
    <w:p>
      <w:r>
        <w:rPr>
          <w:rFonts w:ascii="Courier New" w:hAnsi="Courier New"/>
          <w:color w:val="555555"/>
          <w:sz w:val="20"/>
        </w:rPr>
        <w:t>[5]</w:t>
      </w:r>
    </w:p>
    <w:p>
      <w:r>
        <w:rPr>
          <w:rFonts w:ascii="Gentium Plus" w:hAnsi="Gentium Plus"/>
          <w:sz w:val="24"/>
        </w:rPr>
        <w:t>τὰς φρένας. Πεπλαδηκώς. ξηρανθεὶς, ἢ σαπείς. Πέποιθεν. ἐλπίζει. θαῤῥεῖ. Πέπομφα. ἔπεμψα. Πέπταμαι. ἐκ τοῦ ἵπτημι, ἔπτακα, ἔπταμαι,</w:t>
      </w:r>
    </w:p>
    <w:p>
      <w:r>
        <w:rPr>
          <w:rFonts w:ascii="Courier New" w:hAnsi="Courier New"/>
          <w:color w:val="555555"/>
          <w:sz w:val="20"/>
        </w:rPr>
        <w:t>[10]</w:t>
      </w:r>
    </w:p>
    <w:p>
      <w:r>
        <w:rPr>
          <w:rFonts w:ascii="Gentium Plus" w:hAnsi="Gentium Plus"/>
          <w:sz w:val="24"/>
        </w:rPr>
        <w:t>[ἔπτασαι,] ἔπταται, καὶ πλεονασμῷ τοῦ π πέ‐ πταμαι, αἰολικῶς· οἱ γὰρ Αἰολεῖς εἰώθασι προστιθέναι σύμφωνον. ὥσπερ τὸ ἐπτέρυγμαι, οἷον· —ὡς δὲ πάϊς παῖδα μητέρα πεπτερύγωμαι.</w:t>
      </w:r>
    </w:p>
    <w:p>
      <w:r>
        <w:rPr>
          <w:rFonts w:ascii="Courier New" w:hAnsi="Courier New"/>
          <w:color w:val="555555"/>
          <w:sz w:val="20"/>
        </w:rPr>
        <w:t>[15]</w:t>
      </w:r>
    </w:p>
    <w:p>
      <w:r>
        <w:rPr>
          <w:rFonts w:ascii="Gentium Plus" w:hAnsi="Gentium Plus"/>
          <w:sz w:val="24"/>
        </w:rPr>
        <w:t>Ἡρωδιανὸς ἐν τοῖς περὶ πάθους. Πέπτωκα. πτῶ, ὁ παρακείμενος ἔπτωκα καὶ κατὰ ἀναδιπλασιασμὸν πέπτωκα. Πέπρωται. εἱμαρμένον ἐστί· καὶ πεπεράτω‐ ται.</w:t>
      </w:r>
    </w:p>
    <w:p>
      <w:r>
        <w:rPr>
          <w:rFonts w:ascii="Courier New" w:hAnsi="Courier New"/>
          <w:color w:val="555555"/>
          <w:sz w:val="20"/>
        </w:rPr>
        <w:t>[20]</w:t>
      </w:r>
    </w:p>
    <w:p>
      <w:r>
        <w:rPr>
          <w:rFonts w:ascii="Gentium Plus" w:hAnsi="Gentium Plus"/>
          <w:sz w:val="24"/>
        </w:rPr>
        <w:t>Πελάζειν. πλησιάζειν. Περιστοιχήσαντες. περικυκλώσαντες. περι‐</w:t>
      </w:r>
    </w:p>
    <w:p>
      <w:r>
        <w:rPr>
          <w:rFonts w:ascii="Courier New" w:hAnsi="Courier New"/>
          <w:color w:val="555555"/>
          <w:sz w:val="20"/>
        </w:rPr>
        <w:t>[pi 1541]</w:t>
      </w:r>
    </w:p>
    <w:p>
      <w:r>
        <w:rPr>
          <w:rFonts w:ascii="Gentium Plus" w:hAnsi="Gentium Plus"/>
          <w:sz w:val="24"/>
        </w:rPr>
        <w:t>Περιπτύσσεσθαι. προσφύεσθαι, περιπλέκεσθαι. Περισκυθίσαντες. σπαράξαντες. κυρίως δὲ τὸ ἀποτεμεῖν τὸ ἐπὶ κεφαλὴν δέρμα σὺν ταῖς θρι‐ ξί· καταχρηστικῶς δὲ καὶ τὸ ἀποκεῖραι.</w:t>
      </w:r>
    </w:p>
    <w:p>
      <w:r>
        <w:rPr>
          <w:rFonts w:ascii="Courier New" w:hAnsi="Courier New"/>
          <w:color w:val="555555"/>
          <w:sz w:val="20"/>
        </w:rPr>
        <w:t>[5]</w:t>
      </w:r>
    </w:p>
    <w:p>
      <w:r>
        <w:rPr>
          <w:rFonts w:ascii="Gentium Plus" w:hAnsi="Gentium Plus"/>
          <w:sz w:val="24"/>
        </w:rPr>
        <w:t>Περιφύς. ἀντὶ τοῦ περιπλακείς. Περιῤῥέουσα. ἡ λεπτὴ καὶ ἀραχνώδης καὶ μα‐ λακή. Περιέτριζεν. ἔκλαιεν· ἠντιβόλει. πεποίηται ἡ φωνὴ ἀπὸ τῶν πτηνῶν τῶν περιπτομένων καὶ</w:t>
      </w:r>
    </w:p>
    <w:p>
      <w:r>
        <w:rPr>
          <w:rFonts w:ascii="Courier New" w:hAnsi="Courier New"/>
          <w:color w:val="555555"/>
          <w:sz w:val="20"/>
        </w:rPr>
        <w:t>[10]</w:t>
      </w:r>
    </w:p>
    <w:p>
      <w:r>
        <w:rPr>
          <w:rFonts w:ascii="Gentium Plus" w:hAnsi="Gentium Plus"/>
          <w:sz w:val="24"/>
        </w:rPr>
        <w:t>θρηνούντων τοὺς κινδυνεύοντας ἑαυτῶν νεοττούς. Περιτετμῆσθαι. ἤγουν Ἰουδαῖον χρηματίζειν. Ἰουδαίων γὰρ ἡ περιτομή. Περιοριζόμενον. περιγραφόμενον, ὅ ἐστι πε‐</w:t>
      </w:r>
    </w:p>
    <w:p>
      <w:r>
        <w:rPr>
          <w:rFonts w:ascii="Courier New" w:hAnsi="Courier New"/>
          <w:color w:val="555555"/>
          <w:sz w:val="20"/>
        </w:rPr>
        <w:t>[pi 1542]</w:t>
      </w:r>
    </w:p>
    <w:p>
      <w:r>
        <w:rPr>
          <w:rFonts w:ascii="Gentium Plus" w:hAnsi="Gentium Plus"/>
          <w:sz w:val="24"/>
        </w:rPr>
        <w:t>Πέρθω. τὸ πορθῶ. Περιπολεύειν. κυκλεύειν, ἀναστρέφεσθαι. Περιαυτίζεται. περὶ αὐτοὺς μέγα φρονεῖ. ἢ περὶ τῶν αὐτῶν πάλιν λέγει.</w:t>
      </w:r>
    </w:p>
    <w:p>
      <w:r>
        <w:rPr>
          <w:rFonts w:ascii="Courier New" w:hAnsi="Courier New"/>
          <w:color w:val="555555"/>
          <w:sz w:val="20"/>
        </w:rPr>
        <w:t>[5]</w:t>
      </w:r>
    </w:p>
    <w:p>
      <w:r>
        <w:rPr>
          <w:rFonts w:ascii="Gentium Plus" w:hAnsi="Gentium Plus"/>
          <w:sz w:val="24"/>
        </w:rPr>
        <w:t>Περινοστεῖ. περιέρχεται. ἀναστρέφεται. Περιστέλλων. σκέπων, ἐνδύων. Περιαθρεῖ. περιβλέπει. Περιλάμπεσθαι. τὴν μερικὴν λάμψιν δηλοῖ. καταλάμπεσθαι δὲ τὴν τελείαν.</w:t>
      </w:r>
    </w:p>
    <w:p>
      <w:r>
        <w:rPr>
          <w:rFonts w:ascii="Courier New" w:hAnsi="Courier New"/>
          <w:color w:val="555555"/>
          <w:sz w:val="20"/>
        </w:rPr>
        <w:t>[10]</w:t>
      </w:r>
    </w:p>
    <w:p>
      <w:r>
        <w:rPr>
          <w:rFonts w:ascii="Gentium Plus" w:hAnsi="Gentium Plus"/>
          <w:sz w:val="24"/>
        </w:rPr>
        <w:t>Περιστένειν. στενοχωρεῖν. ἢ καὶ τὸ στενάζειν. Περιέπειραν. ἔπηξαν. πείρω γὰρ τὸ σουβλίζω Περιεργαζόμενος. πονηρευόμενος.</w:t>
      </w:r>
    </w:p>
    <w:p>
      <w:r>
        <w:rPr>
          <w:rFonts w:ascii="Courier New" w:hAnsi="Courier New"/>
          <w:color w:val="555555"/>
          <w:sz w:val="20"/>
        </w:rPr>
        <w:t>[pi 1543]</w:t>
      </w:r>
    </w:p>
    <w:p>
      <w:r>
        <w:rPr>
          <w:rFonts w:ascii="Gentium Plus" w:hAnsi="Gentium Plus"/>
          <w:sz w:val="24"/>
        </w:rPr>
        <w:t>Περιπτυξώμεθα. ἀσπασώμεθα. Περιστέλλει. κοσμεῖ. ἢ φροντίδος ἀξιοῖ. Περιέπει. φυλάττει. Περιορισθῆναι. περιληφθῆναι.</w:t>
      </w:r>
    </w:p>
    <w:p>
      <w:r>
        <w:rPr>
          <w:rFonts w:ascii="Courier New" w:hAnsi="Courier New"/>
          <w:color w:val="555555"/>
          <w:sz w:val="20"/>
        </w:rPr>
        <w:t>[5]</w:t>
      </w:r>
    </w:p>
    <w:p>
      <w:r>
        <w:rPr>
          <w:rFonts w:ascii="Gentium Plus" w:hAnsi="Gentium Plus"/>
          <w:sz w:val="24"/>
        </w:rPr>
        <w:t>Περιόψεται. παρίδοι, καταφρονήσει. Περκάζει. ὡριμάζει. Περαίνει. καὶ περαιῶσαι, τὸ τελειῶσαι. Πέττω. τὸ χωνεύω. ἐξ οὗ καὶ πέψις. τριττὴ δέ ἐστιν ἡ πέψις ἐν τοῖς ἐναίμοις ζώοις. καὶ</w:t>
      </w:r>
    </w:p>
    <w:p>
      <w:r>
        <w:rPr>
          <w:rFonts w:ascii="Courier New" w:hAnsi="Courier New"/>
          <w:color w:val="555555"/>
          <w:sz w:val="20"/>
        </w:rPr>
        <w:t>[10]</w:t>
      </w:r>
    </w:p>
    <w:p>
      <w:r>
        <w:rPr>
          <w:rFonts w:ascii="Gentium Plus" w:hAnsi="Gentium Plus"/>
          <w:sz w:val="24"/>
        </w:rPr>
        <w:t>πρώτη μὲν ἡ ἀπὸ τῆς οἱασοῦν τροφῆς εἰς χυ‐ λοποίησιν ἐν τῇ κοιλίᾳ μεταβαλλομένη. δευ‐ τέρα ἡ διὰ τῆς κοίλης φλεβὸς τῆς κυρτῆς ὀνο‐ μαζομένης ἐκ τῆς κοιλίας εἰς τὸ ἧπαρ ἑλκο‐ μένη, κᾀκεῖσε εἰς αἷμα μετασκευαζομένη. τρί‐</w:t>
      </w:r>
    </w:p>
    <w:p>
      <w:r>
        <w:rPr>
          <w:rFonts w:ascii="Courier New" w:hAnsi="Courier New"/>
          <w:color w:val="555555"/>
          <w:sz w:val="20"/>
        </w:rPr>
        <w:t>[15]</w:t>
      </w:r>
    </w:p>
    <w:p>
      <w:r>
        <w:rPr>
          <w:rFonts w:ascii="Gentium Plus" w:hAnsi="Gentium Plus"/>
          <w:sz w:val="24"/>
        </w:rPr>
        <w:t>τη ἡ ἀπὸ τοῦ αὐτοῦ ἥπατος εἰς ἓν ἕκαστον μόριον τοῦ ὅλου σώματος ἀναδιδομένη καὶ τρο‐ φὴν τὴν αὐτοῖς ἁρμόζουσαν παρεχομένη· ἐν ᾗ δηλαδὴ τρίτῃ πέψει ἔστιν ἡ αἱματοποίησις, ἡ αὐτὴν τὴν σάρκα γεννῶσα. διὸ καὶ ὁρίζεται, τί</w:t>
      </w:r>
    </w:p>
    <w:p>
      <w:r>
        <w:rPr>
          <w:rFonts w:ascii="Courier New" w:hAnsi="Courier New"/>
          <w:color w:val="555555"/>
          <w:sz w:val="20"/>
        </w:rPr>
        <w:t>[20]</w:t>
      </w:r>
    </w:p>
    <w:p>
      <w:r>
        <w:rPr>
          <w:rFonts w:ascii="Gentium Plus" w:hAnsi="Gentium Plus"/>
          <w:sz w:val="24"/>
        </w:rPr>
        <w:t>ἐστι σὰρξ, αἷμα πεπηγὸς ὑπὸ φύσεως. Πεφήσεται. ἀναιρεθήσεται. Πεφαυλισμένον. ἀποδεδοκιμασμένον.</w:t>
      </w:r>
    </w:p>
    <w:p>
      <w:r>
        <w:rPr>
          <w:rFonts w:ascii="Courier New" w:hAnsi="Courier New"/>
          <w:color w:val="555555"/>
          <w:sz w:val="20"/>
        </w:rPr>
        <w:t>[pi 1544]</w:t>
      </w:r>
    </w:p>
    <w:p>
      <w:r>
        <w:rPr>
          <w:rFonts w:ascii="Gentium Plus" w:hAnsi="Gentium Plus"/>
          <w:sz w:val="24"/>
        </w:rPr>
        <w:t>Πεφωριῶσθαι. τὸν ὀφθαλμὸν πεπαχύνθαι. Περπερεύεται. προπετὲς ποιεῖ· ἀτακτεῖ· κατε‐ παίρεται. ἡ ἀγάπη οὐ περπερεύεται. Πέποιθας. ἀντὶ τοῦ λογίζῃ. τοῦ Ἀποστόλου Πέ‐</w:t>
      </w:r>
    </w:p>
    <w:p>
      <w:r>
        <w:rPr>
          <w:rFonts w:ascii="Courier New" w:hAnsi="Courier New"/>
          <w:color w:val="555555"/>
          <w:sz w:val="20"/>
        </w:rPr>
        <w:t>[5]</w:t>
      </w:r>
    </w:p>
    <w:p>
      <w:r>
        <w:rPr>
          <w:rFonts w:ascii="Gentium Plus" w:hAnsi="Gentium Plus"/>
          <w:sz w:val="24"/>
        </w:rPr>
        <w:t>τρου· πέποιθας σεαυτὸν ὁδηγὸν εἶναι τυφλῶν. Περισσεύομεν. τουτέστιν εὐδοκοῦμεν παρὰ θεῷ. ἀποστολικὴ ἡ λέξις.</w:t>
      </w:r>
    </w:p>
    <w:p>
      <w:pPr>
        <w:jc w:val="center"/>
      </w:pPr>
      <w:r>
        <w:rPr>
          <w:rFonts w:ascii="Gentium Plus" w:hAnsi="Gentium Plus"/>
          <w:b/>
          <w:sz w:val="24"/>
        </w:rPr>
        <w:t>Τὸ Π μετὰ τοῦ Η.</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Πηγός. ὁ εὐτραφής. Πηγεσίμαλλος. ὁ βαθύθριξ. Πήγασος. ὄνομα ἵππου. Πήδαιος. κύριον. Πήδασος. πόλις ἢ τόπος καὶ ὄρος.</w:t>
      </w:r>
    </w:p>
    <w:p>
      <w:r>
        <w:rPr>
          <w:rFonts w:ascii="Courier New" w:hAnsi="Courier New"/>
          <w:color w:val="555555"/>
          <w:sz w:val="20"/>
        </w:rPr>
        <w:t>[15]</w:t>
      </w:r>
    </w:p>
    <w:p>
      <w:r>
        <w:rPr>
          <w:rFonts w:ascii="Gentium Plus" w:hAnsi="Gentium Plus"/>
          <w:sz w:val="24"/>
        </w:rPr>
        <w:t>Πηκαλισμός. ὁ ἐμπαιγμός. Πηνεός. ποταμός. Πηός. ὁ κατ’ ἐπιγαμίαν συγγενής. Πηρός. ὁ τυφλὸς, ὁ βεβλαμμένος. Πηρῖνος. τὸ αἰδοῖον.</w:t>
      </w:r>
    </w:p>
    <w:p>
      <w:r>
        <w:rPr>
          <w:rFonts w:ascii="Courier New" w:hAnsi="Courier New"/>
          <w:color w:val="555555"/>
          <w:sz w:val="20"/>
        </w:rPr>
        <w:t>[20]</w:t>
      </w:r>
    </w:p>
    <w:p>
      <w:r>
        <w:rPr>
          <w:rFonts w:ascii="Gentium Plus" w:hAnsi="Gentium Plus"/>
          <w:sz w:val="24"/>
        </w:rPr>
        <w:t>Πηλεύς. κύριον. παρὰ τὸ βάλλω, τὸ κινῶ, γί‐</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Πηγή. ἀνάβλυσις τῆς ὑπὸ γῆν ἀτμίδος, ἥτις ὑπὸ τῆς ἐντὸς ψυχρότητος κατὰ μικρὸν βληθεῖσα ὁμοῦ τὲ συνήφθη καὶ ἐξεδόθη.</w:t>
      </w:r>
    </w:p>
    <w:p>
      <w:r>
        <w:rPr>
          <w:rFonts w:ascii="Courier New" w:hAnsi="Courier New"/>
          <w:color w:val="555555"/>
          <w:sz w:val="20"/>
        </w:rPr>
        <w:t>[5]</w:t>
      </w:r>
    </w:p>
    <w:p>
      <w:r>
        <w:rPr>
          <w:rFonts w:ascii="Gentium Plus" w:hAnsi="Gentium Plus"/>
          <w:sz w:val="24"/>
        </w:rPr>
        <w:t>Πηγυλίς. τὸ κρύος. Πηδώνη. ἡ κώπη. ἢ πηδόν. Πήρα. τὸ σακκούλιον. πείρα δὲ ἡ δοκίμη, δί‐ φθογγον. Πηκτίς. τὸ τῆς κιθάρας ξύλον.</w:t>
      </w:r>
    </w:p>
    <w:p>
      <w:r>
        <w:rPr>
          <w:rFonts w:ascii="Courier New" w:hAnsi="Courier New"/>
          <w:color w:val="555555"/>
          <w:sz w:val="20"/>
        </w:rPr>
        <w:t>[10]</w:t>
      </w:r>
    </w:p>
    <w:p>
      <w:r>
        <w:rPr>
          <w:rFonts w:ascii="Gentium Plus" w:hAnsi="Gentium Plus"/>
          <w:sz w:val="24"/>
        </w:rPr>
        <w:t>Πήληξ. ἡ περικεφαλαία. Πηλιάς. τὸ δόρυ. Πηλιάδα μελίην. ἀπὸ μελίας δένδρου. Πημονή. ἡ βλάβη.</w:t>
      </w:r>
    </w:p>
    <w:p>
      <w:r>
        <w:rPr>
          <w:rFonts w:ascii="Courier New" w:hAnsi="Courier New"/>
          <w:color w:val="555555"/>
          <w:sz w:val="20"/>
        </w:rPr>
        <w:t>[15]</w:t>
      </w:r>
    </w:p>
    <w:p>
      <w:r>
        <w:rPr>
          <w:rFonts w:ascii="Gentium Plus" w:hAnsi="Gentium Plus"/>
          <w:sz w:val="24"/>
        </w:rPr>
        <w:t>Πημαντική. διδασκαλική. Πημαντή. βλαβερά. Πηνίτις. χώρα. Πηνελόπη, Πηνεὼ καὶ Πηνελόπεια. ὀνόματα κύρια.</w:t>
      </w:r>
    </w:p>
    <w:p>
      <w:r>
        <w:rPr>
          <w:rFonts w:ascii="Courier New" w:hAnsi="Courier New"/>
          <w:color w:val="555555"/>
          <w:sz w:val="20"/>
        </w:rPr>
        <w:t>[20]</w:t>
      </w:r>
    </w:p>
    <w:p>
      <w:r>
        <w:rPr>
          <w:rFonts w:ascii="Gentium Plus" w:hAnsi="Gentium Plus"/>
          <w:sz w:val="24"/>
        </w:rPr>
        <w:t>Πηνήκη. τὸ κεφαλοδέσμιον. πηνύκη δὲ, ἡ οὐρὰ,</w:t>
      </w:r>
    </w:p>
    <w:p>
      <w:r>
        <w:rPr>
          <w:rFonts w:ascii="Courier New" w:hAnsi="Courier New"/>
          <w:color w:val="555555"/>
          <w:sz w:val="20"/>
        </w:rPr>
        <w:t>[pi 1546]</w:t>
      </w:r>
    </w:p>
    <w:p>
      <w:r>
        <w:rPr>
          <w:rFonts w:ascii="Gentium Plus" w:hAnsi="Gentium Plus"/>
          <w:sz w:val="24"/>
        </w:rPr>
        <w:t>Πῆχυς. μέτρον δισπιθαμιαῖον. καὶ κλίνεται πή‐ χεως, ὡς πέλεκυς πελέκεως. ἃ καὶ σεσημείων‐ ται ὡς διὰ τοῦ ω μεγάλου γραφόμενα. [καὶ διὰ τί σεσημείωνται;] Ἡρωδιανὸς λέγει, ὅτι</w:t>
      </w:r>
    </w:p>
    <w:p>
      <w:r>
        <w:rPr>
          <w:rFonts w:ascii="Courier New" w:hAnsi="Courier New"/>
          <w:color w:val="555555"/>
          <w:sz w:val="20"/>
        </w:rPr>
        <w:t>[5]</w:t>
      </w:r>
    </w:p>
    <w:p>
      <w:r>
        <w:rPr>
          <w:rFonts w:ascii="Gentium Plus" w:hAnsi="Gentium Plus"/>
          <w:sz w:val="24"/>
        </w:rPr>
        <w:t>πήχυος ἦν καὶ πελέκυος κατὰ ἀκολουθίαν, ὡς βότρυς βότρυος· ἀλλ’ ἐπειδὴ οἱ Ἀττικοὶ τὸ ο μικρὸν εἰς ω μέγα μεταβάλλουσι καὶ τὰ παρα‐ λήγοντα τῶν φωνηέντων εἰς ε, τούτου χάριν καὶ τὸ πελέκεως καὶ πήχεως μετέστρεψαν εἰς</w:t>
      </w:r>
    </w:p>
    <w:p>
      <w:r>
        <w:rPr>
          <w:rFonts w:ascii="Courier New" w:hAnsi="Courier New"/>
          <w:color w:val="555555"/>
          <w:sz w:val="20"/>
        </w:rPr>
        <w:t>[10]</w:t>
      </w:r>
    </w:p>
    <w:p>
      <w:r>
        <w:rPr>
          <w:rFonts w:ascii="Gentium Plus" w:hAnsi="Gentium Plus"/>
          <w:sz w:val="24"/>
        </w:rPr>
        <w:t>ἐκτεινόμενα. παραλῆγον δέ ἐστιν, οἷον Μενέλαος, τὸ α· τὸ γὰρ Μενέλαος Μενέλεως γράφουσιν οἱ Ἀττικοί. Πῆξις. ἡ ἑδραίωσις. Πηγάδας. κρυώδεις ἡμέρας. Ἡσίοδος·</w:t>
      </w:r>
    </w:p>
    <w:p>
      <w:r>
        <w:rPr>
          <w:rFonts w:ascii="Courier New" w:hAnsi="Courier New"/>
          <w:color w:val="555555"/>
          <w:sz w:val="20"/>
        </w:rPr>
        <w:t>[15]</w:t>
      </w:r>
    </w:p>
    <w:p>
      <w:r>
        <w:rPr>
          <w:rFonts w:ascii="Gentium Plus" w:hAnsi="Gentium Plus"/>
          <w:sz w:val="24"/>
        </w:rPr>
        <w:t>τοῦτον ἀλεύασθαι, καὶ πηγάδας, αἵ τ’ ἐπὶ γαῖαν. Πήρα. παρὰ τὸ τηρῶ. ἡ τὰ βαλλόμενα τη‐ ροῦσα.</w:t>
      </w:r>
    </w:p>
    <w:p>
      <w:pPr>
        <w:jc w:val="center"/>
      </w:pPr>
      <w:r>
        <w:rPr>
          <w:rFonts w:ascii="Gentium Plus" w:hAnsi="Gentium Plus"/>
          <w:b/>
          <w:sz w:val="24"/>
        </w:rPr>
        <w:t>(Οὐδέτερον.)</w:t>
      </w:r>
    </w:p>
    <w:p>
      <w:r>
        <w:rPr>
          <w:rFonts w:ascii="Courier New" w:hAnsi="Courier New"/>
          <w:color w:val="555555"/>
          <w:sz w:val="20"/>
        </w:rPr>
        <w:t>[20]</w:t>
      </w:r>
    </w:p>
    <w:p>
      <w:r>
        <w:rPr>
          <w:rFonts w:ascii="Gentium Plus" w:hAnsi="Gentium Plus"/>
          <w:sz w:val="24"/>
        </w:rPr>
        <w:t>Πήγανον. βοτάνη. ὅπερ φυτευόμενον ὑπὸ τῇ</w:t>
      </w:r>
    </w:p>
    <w:p>
      <w:r>
        <w:rPr>
          <w:rFonts w:ascii="Courier New" w:hAnsi="Courier New"/>
          <w:color w:val="555555"/>
          <w:sz w:val="20"/>
        </w:rPr>
        <w:t>[pi 1547]</w:t>
      </w:r>
    </w:p>
    <w:p>
      <w:r>
        <w:rPr>
          <w:rFonts w:ascii="Gentium Plus" w:hAnsi="Gentium Plus"/>
          <w:sz w:val="24"/>
        </w:rPr>
        <w:t>γὰρ εἰς τὸ φυτὸν τὸ ἐν τῇ συκῇ βαρύοσμον. καὶ ταῖς συκαῖς τῶν ἀγριοσυκῶν παραφυτευο‐ μένων βελτίω τὰ σῦκα γίνονται. Πηδάλια. αὐχένια.</w:t>
      </w:r>
    </w:p>
    <w:p>
      <w:r>
        <w:rPr>
          <w:rFonts w:ascii="Courier New" w:hAnsi="Courier New"/>
          <w:color w:val="555555"/>
          <w:sz w:val="20"/>
        </w:rPr>
        <w:t>[5]</w:t>
      </w:r>
    </w:p>
    <w:p>
      <w:r>
        <w:rPr>
          <w:rFonts w:ascii="Gentium Plus" w:hAnsi="Gentium Plus"/>
          <w:sz w:val="24"/>
        </w:rPr>
        <w:t>Πηκτόν. τὸ ἄροτρον. Πῆμα. ἡ βλάβη. πῆμα κακὸς γείτων—. Πηνίον. τὸ μέτρον. Πηλίκον. τὸ μεγέθους δηλωτικὸν, καὶ τὸ ἐν ἀμορ‐</w:t>
      </w:r>
    </w:p>
    <w:p>
      <w:r>
        <w:rPr>
          <w:rFonts w:ascii="Courier New" w:hAnsi="Courier New"/>
          <w:color w:val="555555"/>
          <w:sz w:val="20"/>
        </w:rPr>
        <w:t>[10]</w:t>
      </w:r>
    </w:p>
    <w:p>
      <w:r>
        <w:rPr>
          <w:rFonts w:ascii="Gentium Plus" w:hAnsi="Gentium Plus"/>
          <w:sz w:val="24"/>
        </w:rPr>
        <w:t>φίᾳ ὄν. ὡς παρὰ τὸ Ἀποστόλῳ· ἴδετε, πηλί‐ κοις ὑμῖν γράμμασιν ἔγραψα τῇ ἐμῇ χειρί. ὡσεὶ ἔλεγε· καὶ ταῦτα μὴ εἰδὼς γράφειν καλῶς.</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Πηδαλιουχῶν. κυβερνῶν.</w:t>
      </w:r>
    </w:p>
    <w:p>
      <w:r>
        <w:rPr>
          <w:rFonts w:ascii="Courier New" w:hAnsi="Courier New"/>
          <w:color w:val="555555"/>
          <w:sz w:val="20"/>
        </w:rPr>
        <w:t>[15]</w:t>
      </w:r>
    </w:p>
    <w:p>
      <w:r>
        <w:rPr>
          <w:rFonts w:ascii="Gentium Plus" w:hAnsi="Gentium Plus"/>
          <w:sz w:val="24"/>
        </w:rPr>
        <w:t>†Πήθω. τὸ πάσχω.† Πηκαλίζειν. ἐμπαίζειν. Πημαίνω. τὸ βλάπτω. Πῆξον. ἑδραίωσον.</w:t>
      </w:r>
    </w:p>
    <w:p>
      <w:pPr>
        <w:jc w:val="center"/>
      </w:pPr>
      <w:r>
        <w:rPr>
          <w:rFonts w:ascii="Gentium Plus" w:hAnsi="Gentium Plus"/>
          <w:b/>
          <w:sz w:val="24"/>
        </w:rPr>
        <w:t>(Ἐπίῤῥημα.)</w:t>
      </w:r>
    </w:p>
    <w:p>
      <w:r>
        <w:rPr>
          <w:rFonts w:ascii="Courier New" w:hAnsi="Courier New"/>
          <w:color w:val="555555"/>
          <w:sz w:val="20"/>
        </w:rPr>
        <w:t>[20]</w:t>
      </w:r>
    </w:p>
    <w:p>
      <w:r>
        <w:rPr>
          <w:rFonts w:ascii="Gentium Plus" w:hAnsi="Gentium Plus"/>
          <w:sz w:val="24"/>
        </w:rPr>
        <w:t>Πῆ. ἀντὶ τοῦ ποῦ. [Πῆθι. ἀντὶ τοῦ ποῦ.]</w:t>
      </w:r>
    </w:p>
    <w:p>
      <w:pPr>
        <w:jc w:val="center"/>
      </w:pPr>
      <w:r>
        <w:rPr>
          <w:rFonts w:ascii="Gentium Plus" w:hAnsi="Gentium Plus"/>
          <w:b/>
          <w:sz w:val="24"/>
        </w:rPr>
        <w:t>Τὸ Π μετὰ τοῦ Ι.</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Πίδνος. ποταμός. Πιμεντάριοι. οἱ βοτανολόγοι.</w:t>
      </w:r>
    </w:p>
    <w:p>
      <w:r>
        <w:rPr>
          <w:rFonts w:ascii="Courier New" w:hAnsi="Courier New"/>
          <w:color w:val="555555"/>
          <w:sz w:val="20"/>
        </w:rPr>
        <w:t>[5]</w:t>
      </w:r>
    </w:p>
    <w:p>
      <w:r>
        <w:rPr>
          <w:rFonts w:ascii="Gentium Plus" w:hAnsi="Gentium Plus"/>
          <w:sz w:val="24"/>
        </w:rPr>
        <w:t>Πίνακες. τὰ πινακίδια, αἱ γραφαί. καὶ τὸ πινα‐ κίδιον. †Πίνδος. ὄρος Θεσσαλίας.† Πινσός. ὁ τοῦ τοίχου. Πινυτός. συνετὸς, φρόνιμος, σώφρων. καὶ πινυ‐</w:t>
      </w:r>
    </w:p>
    <w:p>
      <w:r>
        <w:rPr>
          <w:rFonts w:ascii="Courier New" w:hAnsi="Courier New"/>
          <w:color w:val="555555"/>
          <w:sz w:val="20"/>
        </w:rPr>
        <w:t>[10]</w:t>
      </w:r>
    </w:p>
    <w:p>
      <w:r>
        <w:rPr>
          <w:rFonts w:ascii="Gentium Plus" w:hAnsi="Gentium Plus"/>
          <w:sz w:val="24"/>
        </w:rPr>
        <w:t>τώτατος. Πῖλος. τὸ κέντουκλον. Πίρος. ποταμός. Πίσυνος. ὁ θαῤῥῶν, ὁ παῤῥησιαστικός. Πίτυλος. κύριον. καὶ ὁ κτυπῶν.</w:t>
      </w:r>
    </w:p>
    <w:p>
      <w:r>
        <w:rPr>
          <w:rFonts w:ascii="Courier New" w:hAnsi="Courier New"/>
          <w:color w:val="555555"/>
          <w:sz w:val="20"/>
        </w:rPr>
        <w:t>[15]</w:t>
      </w:r>
    </w:p>
    <w:p>
      <w:r>
        <w:rPr>
          <w:rFonts w:ascii="Gentium Plus" w:hAnsi="Gentium Plus"/>
          <w:sz w:val="24"/>
        </w:rPr>
        <w:t>Πιτηρούμ. κύριον. Πιόνιος. κύριον. Πιστός. ἀντὶ τοῦ ἀληθής. παρὰ τῷ Ἀποστό‐ λῳ· πιστὸς ὁ θεὸς, δι’ οὗ ἐκλήθητε εἰς κοι‐ νωνίαν τοῦ υἱοῦ αὐτοῦ.</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Πιγκιανή. τόπος.</w:t>
      </w:r>
    </w:p>
    <w:p>
      <w:r>
        <w:rPr>
          <w:rFonts w:ascii="Courier New" w:hAnsi="Courier New"/>
          <w:color w:val="555555"/>
          <w:sz w:val="20"/>
        </w:rPr>
        <w:t>[pi 1549]</w:t>
      </w:r>
    </w:p>
    <w:p>
      <w:r>
        <w:rPr>
          <w:rFonts w:ascii="Gentium Plus" w:hAnsi="Gentium Plus"/>
          <w:sz w:val="24"/>
        </w:rPr>
        <w:t>Πιδήεσσα. ὑγρά. Πιερίδες. αἱ ἐν Μακεδονίᾳ Μοῦσαι. Πιθάκνη. ὁ μικρὸς πίθος. Πιθοιγία. ἡ τοῦ πίθου ἄνοιξις.</w:t>
      </w:r>
    </w:p>
    <w:p>
      <w:r>
        <w:rPr>
          <w:rFonts w:ascii="Courier New" w:hAnsi="Courier New"/>
          <w:color w:val="555555"/>
          <w:sz w:val="20"/>
        </w:rPr>
        <w:t>[5]</w:t>
      </w:r>
    </w:p>
    <w:p>
      <w:r>
        <w:rPr>
          <w:rFonts w:ascii="Gentium Plus" w:hAnsi="Gentium Plus"/>
          <w:sz w:val="24"/>
        </w:rPr>
        <w:t>Πικηνίς. χώρα. Πιμελή. τὸ διακεχυμένον λῖπος ἐν τῇ σαρκί. †Πίνδακας. θραύματα σανίδων.† †Πινδήρα. ἄροτρον.† Πίννα. ὄνομα ἰχθύος. ἐξ ἧς καὶ πιννέριον.</w:t>
      </w:r>
    </w:p>
    <w:p>
      <w:r>
        <w:rPr>
          <w:rFonts w:ascii="Courier New" w:hAnsi="Courier New"/>
          <w:color w:val="555555"/>
          <w:sz w:val="20"/>
        </w:rPr>
        <w:t>[10]</w:t>
      </w:r>
    </w:p>
    <w:p>
      <w:r>
        <w:rPr>
          <w:rFonts w:ascii="Gentium Plus" w:hAnsi="Gentium Plus"/>
          <w:sz w:val="24"/>
        </w:rPr>
        <w:t>Πινυτή. σώφρων. συνετή. †Πιπώ. ὄρνεον.† Πίσα. πόλις. πεῖσα δὲ ἡ τοῦ ξύλου, δίφθογ‐ γον. †Πίστρα. ἡ ποτίστρα.†</w:t>
      </w:r>
    </w:p>
    <w:p>
      <w:r>
        <w:rPr>
          <w:rFonts w:ascii="Courier New" w:hAnsi="Courier New"/>
          <w:color w:val="555555"/>
          <w:sz w:val="20"/>
        </w:rPr>
        <w:t>[15]</w:t>
      </w:r>
    </w:p>
    <w:p>
      <w:r>
        <w:rPr>
          <w:rFonts w:ascii="Gentium Plus" w:hAnsi="Gentium Plus"/>
          <w:sz w:val="24"/>
        </w:rPr>
        <w:t>Πιτυάνη. ἀσκὸς μικρός. Πίτυρις. ἡ θλαστὴ ἐλαία. Πίειρα. ἡ λιπαρά. Πίστις. ἁπλῆ λογισμῶν καὶ ἀπερίεργος συγ‐ κατάθεσις ἢ ἐνδιάθετος ὕπαρξις.</w:t>
      </w:r>
    </w:p>
    <w:p>
      <w:r>
        <w:rPr>
          <w:rFonts w:ascii="Courier New" w:hAnsi="Courier New"/>
          <w:color w:val="555555"/>
          <w:sz w:val="20"/>
        </w:rPr>
        <w:t>[20]</w:t>
      </w:r>
    </w:p>
    <w:p>
      <w:r>
        <w:rPr>
          <w:rFonts w:ascii="Gentium Plus" w:hAnsi="Gentium Plus"/>
          <w:sz w:val="24"/>
        </w:rPr>
        <w:t>Πίστις δὲ εἴρηται κατὰ τὸ πείθεσθαι εἴς τι. διτ‐ τῶς δὲ νοεῖται ἡ ὀρθὴ πίστις· ἔστι γὰρ πίστις ἐξ ἀκοῆς τοῦ κηρύγματος, καὶ ἔστι βεβαιοτέ‐ ρα πίστις ἡ τῶν ἐλπιζομένων ἀγαθῶν. καὶ τὴν μὲν ἐξ ἀκοῆς πάντες ἄνθρωποι ἔχειν δύνανται·</w:t>
      </w:r>
    </w:p>
    <w:p>
      <w:r>
        <w:rPr>
          <w:rFonts w:ascii="Courier New" w:hAnsi="Courier New"/>
          <w:color w:val="555555"/>
          <w:sz w:val="20"/>
        </w:rPr>
        <w:t>[25]</w:t>
      </w:r>
    </w:p>
    <w:p>
      <w:r>
        <w:rPr>
          <w:rFonts w:ascii="Gentium Plus" w:hAnsi="Gentium Plus"/>
          <w:sz w:val="24"/>
        </w:rPr>
        <w:t>τὴν δὲ δευτέραν μόνοι οἱ δίκαιοι κέκτηνται.</w:t>
      </w:r>
    </w:p>
    <w:p>
      <w:r>
        <w:rPr>
          <w:rFonts w:ascii="Courier New" w:hAnsi="Courier New"/>
          <w:color w:val="555555"/>
          <w:sz w:val="20"/>
        </w:rPr>
        <w:t>[pi 1550]</w:t>
      </w:r>
    </w:p>
    <w:p>
      <w:r>
        <w:rPr>
          <w:rFonts w:ascii="Gentium Plus" w:hAnsi="Gentium Plus"/>
          <w:sz w:val="24"/>
        </w:rPr>
        <w:t>Πίστις ἐστὶν ἀδήλων ἀβασάνιστος συγκατάθεσις, ὡς ἔλεγχος πραγμάτων οὐ βλεπομένων. γνῶ‐ σις δὲ κατειλημμένων περίεργος συγκατάθεσις, ὡς ὁρωμένων ἔλεγχος.</w:t>
      </w:r>
    </w:p>
    <w:p>
      <w:r>
        <w:rPr>
          <w:rFonts w:ascii="Courier New" w:hAnsi="Courier New"/>
          <w:color w:val="555555"/>
          <w:sz w:val="20"/>
        </w:rPr>
        <w:t>[5]</w:t>
      </w:r>
    </w:p>
    <w:p>
      <w:r>
        <w:rPr>
          <w:rFonts w:ascii="Gentium Plus" w:hAnsi="Gentium Plus"/>
          <w:sz w:val="24"/>
        </w:rPr>
        <w:t>Πίστις ἐστὶν ἀπράγμων σύνθεσις, ὁμολογία ψυ‐ χῆς εὐσεβοῦς ἀπερίεργος, λόγος εὐσεβείας κα‐ τὰ τῆς ἀσεβείας φερόμενος, πειθὼ ἀπερίεργος τοῦ πιστεύοντος περὶ τὸ πιστευόμενον, ἀποδεί‐ ξεως κρείττων. ἢ ὁ τὴν πνευματικὴν ἀναγέν‐</w:t>
      </w:r>
    </w:p>
    <w:p>
      <w:r>
        <w:rPr>
          <w:rFonts w:ascii="Courier New" w:hAnsi="Courier New"/>
          <w:color w:val="555555"/>
          <w:sz w:val="20"/>
        </w:rPr>
        <w:t>[10]</w:t>
      </w:r>
    </w:p>
    <w:p>
      <w:r>
        <w:rPr>
          <w:rFonts w:ascii="Gentium Plus" w:hAnsi="Gentium Plus"/>
          <w:sz w:val="24"/>
        </w:rPr>
        <w:t>νησιν εἰς ὄνομα πατρὸς καὶ υἱοῦ καὶ ἁγίου πνεύ‐ ματος εἰληφώς. Πιτύϊνα. ὁ καρπὸς τῆς πίτυος. Πίδαξ. παρὰ τὸ πιδύω πίδαξ. ἢ πηδῶ, πίδαξ, κατὰ μετάθεσιν ἰωνικὴν τοῦ η εἰς ι.</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Πιαλέον. πόσιμον ἢ λιπαρόν. καὶ πιαλέοις ὄφε‐ σιν, ὡς διψαλέοις, εἴρηται ἐπὶ τοιοῖς τισι ἰδίως ὄφεσι τοῖς κατὰ Ἱεριχὼ μάλιστα εὑρισκομένοις, ἐξ ὧν ἰατροὶ ὡς τὰ πολλὰ τὴν θηριακὴν σκευά‐</w:t>
      </w:r>
    </w:p>
    <w:p>
      <w:r>
        <w:rPr>
          <w:rFonts w:ascii="Courier New" w:hAnsi="Courier New"/>
          <w:color w:val="555555"/>
          <w:sz w:val="20"/>
        </w:rPr>
        <w:t>[20]</w:t>
      </w:r>
    </w:p>
    <w:p>
      <w:r>
        <w:rPr>
          <w:rFonts w:ascii="Gentium Plus" w:hAnsi="Gentium Plus"/>
          <w:sz w:val="24"/>
        </w:rPr>
        <w:t>ζουσι. τούτοις ἀντιθέτως ἐνταῦθα ἁπλῶς τί‐ θεται τὸ πιαλέοις, τουτέστι πινομένοις, ποσί‐ μοις, λιπαροῖς, πλουσίοις ἅμα καὶ ὑπερεκχεο‐ μένοις καὶ κορεστικοῖς.</w:t>
      </w:r>
    </w:p>
    <w:p>
      <w:r>
        <w:rPr>
          <w:rFonts w:ascii="Courier New" w:hAnsi="Courier New"/>
          <w:color w:val="555555"/>
          <w:sz w:val="20"/>
        </w:rPr>
        <w:t>[pi 1551]</w:t>
      </w:r>
    </w:p>
    <w:p>
      <w:r>
        <w:rPr>
          <w:rFonts w:ascii="Gentium Plus" w:hAnsi="Gentium Plus"/>
          <w:sz w:val="24"/>
        </w:rPr>
        <w:t>Πιθήκειον βλέμμα. τὸ τοῦ πίθηκος. πιθή‐ κιον δὲ, τὸ μικρὸν, ἰῶτα. Πῖλον καὶ πιλίδιον. τὸ κέντουκλον. †Πίνιον. εἶδος βάμματος.†</w:t>
      </w:r>
    </w:p>
    <w:p>
      <w:r>
        <w:rPr>
          <w:rFonts w:ascii="Courier New" w:hAnsi="Courier New"/>
          <w:color w:val="555555"/>
          <w:sz w:val="20"/>
        </w:rPr>
        <w:t>[5]</w:t>
      </w:r>
    </w:p>
    <w:p>
      <w:r>
        <w:rPr>
          <w:rFonts w:ascii="Gentium Plus" w:hAnsi="Gentium Plus"/>
          <w:sz w:val="24"/>
        </w:rPr>
        <w:t>Πῖον καὶ πῖαρ. τὸ λιπαρόν. Πινῶδες. ῥυπαρόν. Πιναρά. εὐτελῆ· ῥυπαρά. Πινία. τὰ κέντουκλα. Πῖσον. εἶδος ὀσπρίου.</w:t>
      </w:r>
    </w:p>
    <w:p>
      <w:r>
        <w:rPr>
          <w:rFonts w:ascii="Courier New" w:hAnsi="Courier New"/>
          <w:color w:val="555555"/>
          <w:sz w:val="20"/>
        </w:rPr>
        <w:t>[10]</w:t>
      </w:r>
    </w:p>
    <w:p>
      <w:r>
        <w:rPr>
          <w:rFonts w:ascii="Gentium Plus" w:hAnsi="Gentium Plus"/>
          <w:sz w:val="24"/>
        </w:rPr>
        <w:t>Πῖ. τὸ στοιχεῖον. παρὰ τὸ παίω. ὁ γὰρ τούτου φθόγγος ὡσεὶ παίοντος καὶ κρούοντος ἦχος ἐστί. Πικαίριον. ῥίζαν. τοῦ Ψελλοῦ· σίραιον δὲ τὸ ἕψημα, πικαίριον τὴν ῥίζαν.</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Πιαίνει. λιπαίνει. Πιεζόμενος. θλιβόμενος. δαμαζόμενος. Πῖθι. ἀντὶ τοῦ πίε. Πιθήσας. †ἀντὶ τοῦ πεισθείς.† Πιμπρᾷ. καίει.</w:t>
      </w:r>
    </w:p>
    <w:p>
      <w:r>
        <w:rPr>
          <w:rFonts w:ascii="Courier New" w:hAnsi="Courier New"/>
          <w:color w:val="555555"/>
          <w:sz w:val="20"/>
        </w:rPr>
        <w:t>[20]</w:t>
      </w:r>
    </w:p>
    <w:p>
      <w:r>
        <w:rPr>
          <w:rFonts w:ascii="Gentium Plus" w:hAnsi="Gentium Plus"/>
          <w:sz w:val="24"/>
        </w:rPr>
        <w:t>Πιμπλῶν καὶ πίμπλημι καὶ πιπλῶν. ἀντὶ τοῦ πληρῶν. Πινύσκω. σωφρονῶ. Πίομαι. μικρόν. πίωνται δὲ, μέγα. Πιτνῶ. προσπελάζω.</w:t>
      </w:r>
    </w:p>
    <w:p>
      <w:r>
        <w:rPr>
          <w:rFonts w:ascii="Courier New" w:hAnsi="Courier New"/>
          <w:color w:val="555555"/>
          <w:sz w:val="20"/>
        </w:rPr>
        <w:t>[25]</w:t>
      </w:r>
    </w:p>
    <w:p>
      <w:r>
        <w:rPr>
          <w:rFonts w:ascii="Gentium Plus" w:hAnsi="Gentium Plus"/>
          <w:sz w:val="24"/>
        </w:rPr>
        <w:t>Πιττοῦν. κυρίως τὸ τὰς πλατείας νῆας πίττῃ χρίειν.</w:t>
      </w:r>
    </w:p>
    <w:p>
      <w:r>
        <w:rPr>
          <w:rFonts w:ascii="Courier New" w:hAnsi="Courier New"/>
          <w:color w:val="555555"/>
          <w:sz w:val="20"/>
        </w:rPr>
        <w:t>[pi 1552]</w:t>
      </w:r>
    </w:p>
    <w:p>
      <w:r>
        <w:rPr>
          <w:rFonts w:ascii="Gentium Plus" w:hAnsi="Gentium Plus"/>
          <w:sz w:val="24"/>
        </w:rPr>
        <w:t>Πιλνᾷ. καταβάλλει ἢ προσεγγίζει. Ἡσίοδος· —ἐλάτας δὲ παχείας οὔρεος ἐν βήσσῃς πιλνᾷ χθονὶ πουλυβοτείρῃ. Πιφασκόμενος. μαντευόμενος. Ὅμηρος·</w:t>
      </w:r>
    </w:p>
    <w:p>
      <w:r>
        <w:rPr>
          <w:rFonts w:ascii="Courier New" w:hAnsi="Courier New"/>
          <w:color w:val="555555"/>
          <w:sz w:val="20"/>
        </w:rPr>
        <w:t>[5]</w:t>
      </w:r>
    </w:p>
    <w:p>
      <w:r>
        <w:rPr>
          <w:rFonts w:ascii="Gentium Plus" w:hAnsi="Gentium Plus"/>
          <w:sz w:val="24"/>
        </w:rPr>
        <w:t>μνηστῆρσι δὲ μάλιστα πιφασκόμενος τάδε εἴρω.</w:t>
      </w:r>
    </w:p>
    <w:p>
      <w:pPr>
        <w:jc w:val="center"/>
      </w:pPr>
      <w:r>
        <w:rPr>
          <w:rFonts w:ascii="Gentium Plus" w:hAnsi="Gentium Plus"/>
          <w:b/>
          <w:sz w:val="24"/>
        </w:rPr>
        <w:t>Τὸ Π μετὰ τοῦ Λ.</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Πλαστουργός. ποιητὴς, πλάστης.</w:t>
      </w:r>
    </w:p>
    <w:p>
      <w:r>
        <w:rPr>
          <w:rFonts w:ascii="Courier New" w:hAnsi="Courier New"/>
          <w:color w:val="555555"/>
          <w:sz w:val="20"/>
        </w:rPr>
        <w:t>[10]</w:t>
      </w:r>
    </w:p>
    <w:p>
      <w:r>
        <w:rPr>
          <w:rFonts w:ascii="Gentium Plus" w:hAnsi="Gentium Plus"/>
          <w:sz w:val="24"/>
        </w:rPr>
        <w:t>Πλαταμών. ὁ αἰγιαλὸς, καὶ τόπος. Πλάνητες. ὀνόματα ἀστέρων. παρὰ φιλοσόφοις πλανῆται γράφονται. ἡ εὐθεῖα ὁ πλανήτης. Πλησίστιος ἄνεμος. ὁ πληρῶν καὶ γεμίζων τὰ ἱστία καὶ τὰ ἄρμενα.</w:t>
      </w:r>
    </w:p>
    <w:p>
      <w:r>
        <w:rPr>
          <w:rFonts w:ascii="Courier New" w:hAnsi="Courier New"/>
          <w:color w:val="555555"/>
          <w:sz w:val="20"/>
        </w:rPr>
        <w:t>[15]</w:t>
      </w:r>
    </w:p>
    <w:p>
      <w:r>
        <w:rPr>
          <w:rFonts w:ascii="Gentium Plus" w:hAnsi="Gentium Plus"/>
          <w:sz w:val="24"/>
        </w:rPr>
        <w:t>Πλήρης. παρὰ τὸ πολὺ πολυήρης, καὶ κατὰ συγκοπὴν πλήρης. ἢ ἔστι πλεῖος, πλειήρης, καὶ κατὰ συγκοπὴν πλήρης. Πλεισθένης. κύριον. Πλεῖστος. πολύς. παρὰ τὸ πλείων γίνεται πλεῖ‐</w:t>
      </w:r>
    </w:p>
    <w:p>
      <w:r>
        <w:rPr>
          <w:rFonts w:ascii="Courier New" w:hAnsi="Courier New"/>
          <w:color w:val="555555"/>
          <w:sz w:val="20"/>
        </w:rPr>
        <w:t>[20]</w:t>
      </w:r>
    </w:p>
    <w:p>
      <w:r>
        <w:rPr>
          <w:rFonts w:ascii="Gentium Plus" w:hAnsi="Gentium Plus"/>
          <w:sz w:val="24"/>
        </w:rPr>
        <w:t>στος, ὡς λῷον λῷστος, ῥᾷον ῥᾷστος, πλείων πλεῖστος. Πλειών. ὁ ἐνιαυτός. ἀπὸ τοῦ πλείονας χρό‐ νους περιέχειν ἐν ἑαυτῷ, ἢ παρὰ τὸ πολεῖν καὶ διέρχεσθαι κατὰ τοὺς τεταγμένους χρόνους.</w:t>
      </w:r>
    </w:p>
    <w:p>
      <w:r>
        <w:rPr>
          <w:rFonts w:ascii="Courier New" w:hAnsi="Courier New"/>
          <w:color w:val="555555"/>
          <w:sz w:val="20"/>
        </w:rPr>
        <w:t>[25]</w:t>
      </w:r>
    </w:p>
    <w:p>
      <w:r>
        <w:rPr>
          <w:rFonts w:ascii="Gentium Plus" w:hAnsi="Gentium Plus"/>
          <w:sz w:val="24"/>
        </w:rPr>
        <w:t>Πλόκαμοι. αἱ μακραὶ τρίχες, αἱ ἐπιτήδειαι</w:t>
      </w:r>
    </w:p>
    <w:p>
      <w:r>
        <w:rPr>
          <w:rFonts w:ascii="Courier New" w:hAnsi="Courier New"/>
          <w:color w:val="555555"/>
          <w:sz w:val="20"/>
        </w:rPr>
        <w:t>[pi 1553]</w:t>
      </w:r>
    </w:p>
    <w:p>
      <w:r>
        <w:rPr>
          <w:rFonts w:ascii="Gentium Plus" w:hAnsi="Gentium Plus"/>
          <w:sz w:val="24"/>
        </w:rPr>
        <w:t>Πλοχμός. παρὰ τὸ πλέκω, πλεχμὸς καὶ πλο‐ χμός. ὡς βρέχω, βρεχμὸς, καὶ συνέχω, συν‐ οχμός. Πλοῦτος. κτῆσις χρημάτων καὶ κτημάτων.</w:t>
      </w:r>
    </w:p>
    <w:p>
      <w:r>
        <w:rPr>
          <w:rFonts w:ascii="Courier New" w:hAnsi="Courier New"/>
          <w:color w:val="555555"/>
          <w:sz w:val="20"/>
        </w:rPr>
        <w:t>[5]</w:t>
      </w:r>
    </w:p>
    <w:p>
      <w:r>
        <w:rPr>
          <w:rFonts w:ascii="Gentium Plus" w:hAnsi="Gentium Plus"/>
          <w:sz w:val="24"/>
        </w:rPr>
        <w:t>παρὰ τὸ πολὺς καὶ τὸ λαμβάνω καὶ τὸ δέχο‐ μαι, πολύουτος, κατὰ συγκοπὴν πλοῦτος. ἢ ὅτι ἐκ τοῦ πηλοῦ καὶ τῆς γῆς ὁ πλοῦτος εὑρίσκε‐ ται τοῖς ἀνθρώποις. Πλόϊμος. ὁ ἄνεμος. ὅ ἐστι πλεόμενος. καὶ πλόϊ‐</w:t>
      </w:r>
    </w:p>
    <w:p>
      <w:r>
        <w:rPr>
          <w:rFonts w:ascii="Courier New" w:hAnsi="Courier New"/>
          <w:color w:val="555555"/>
          <w:sz w:val="20"/>
        </w:rPr>
        <w:t>[10]</w:t>
      </w:r>
    </w:p>
    <w:p>
      <w:r>
        <w:rPr>
          <w:rFonts w:ascii="Gentium Plus" w:hAnsi="Gentium Plus"/>
          <w:sz w:val="24"/>
        </w:rPr>
        <w:t>μος καιρὸς, ἤτοι πλεόμενος. καὶ πλόϊμος θά‐ λασσα, τουτέστι πλεομένη. καὶ πλοϊμότερος οὖ‐ ρος, ἤτοι ἐπιτήδειος πλόος. μικρά. Πλώϊμος δὲ, τὸ ἀξίωμα, καὶ πλωτὴρ, ὁ ναύτης, καὶ πλωτὸς, ἤτοι πλεόμενος, καὶ πλωτὴ θά‐</w:t>
      </w:r>
    </w:p>
    <w:p>
      <w:r>
        <w:rPr>
          <w:rFonts w:ascii="Courier New" w:hAnsi="Courier New"/>
          <w:color w:val="555555"/>
          <w:sz w:val="20"/>
        </w:rPr>
        <w:t>[15]</w:t>
      </w:r>
    </w:p>
    <w:p>
      <w:r>
        <w:rPr>
          <w:rFonts w:ascii="Gentium Plus" w:hAnsi="Gentium Plus"/>
          <w:sz w:val="24"/>
        </w:rPr>
        <w:t>λασσα, ὅ ἐστι πλεομένη, καὶ πλωΐζω, καὶ πλῴζω, καὶ πλώοντες, καὶ πλωϊσάμενος, ὁ πλεύσας, καὶ πλωὰς, εἶδος ὀρνέου, μεγάλα. Πλιέζερ. κύριον. Πλινσθενίτης. κόλπος.</w:t>
      </w:r>
    </w:p>
    <w:p>
      <w:r>
        <w:rPr>
          <w:rFonts w:ascii="Courier New" w:hAnsi="Courier New"/>
          <w:color w:val="555555"/>
          <w:sz w:val="20"/>
        </w:rPr>
        <w:t>[20]</w:t>
      </w:r>
    </w:p>
    <w:p>
      <w:r>
        <w:rPr>
          <w:rFonts w:ascii="Gentium Plus" w:hAnsi="Gentium Plus"/>
          <w:sz w:val="24"/>
        </w:rPr>
        <w:t>Πλόος. παρὰ τὸ πλέω, πλεύσω, πλόος καὶ πλοῦς.</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Πλάστιγξ. τὸ μέρος τοῦ ζυγίου. Πλοκάς. ἀναβολὰς ἢ ὑπερβιβασμούς.</w:t>
      </w:r>
    </w:p>
    <w:p>
      <w:r>
        <w:rPr>
          <w:rFonts w:ascii="Courier New" w:hAnsi="Courier New"/>
          <w:color w:val="555555"/>
          <w:sz w:val="20"/>
        </w:rPr>
        <w:t>[25]</w:t>
      </w:r>
    </w:p>
    <w:p>
      <w:r>
        <w:rPr>
          <w:rFonts w:ascii="Gentium Plus" w:hAnsi="Gentium Plus"/>
          <w:sz w:val="24"/>
        </w:rPr>
        <w:t>Πλαδόωσα. σεσημμένη. †Πλάστις. ἡ γυνή.†</w:t>
      </w:r>
    </w:p>
    <w:p>
      <w:r>
        <w:rPr>
          <w:rFonts w:ascii="Courier New" w:hAnsi="Courier New"/>
          <w:color w:val="555555"/>
          <w:sz w:val="20"/>
        </w:rPr>
        <w:t>[pi 1554]</w:t>
      </w:r>
    </w:p>
    <w:p>
      <w:r>
        <w:rPr>
          <w:rFonts w:ascii="Gentium Plus" w:hAnsi="Gentium Plus"/>
          <w:sz w:val="24"/>
        </w:rPr>
        <w:t>Πλαταγή. κρόταλον χαλκοῦν. Ἀλλ’ ὅτε πλατείην πλαταγὴν ἐνὶ χερσὶ τινάσσων. Πλάτις. ὄνομα.</w:t>
      </w:r>
    </w:p>
    <w:p>
      <w:r>
        <w:rPr>
          <w:rFonts w:ascii="Courier New" w:hAnsi="Courier New"/>
          <w:color w:val="555555"/>
          <w:sz w:val="20"/>
        </w:rPr>
        <w:t>[5]</w:t>
      </w:r>
    </w:p>
    <w:p>
      <w:r>
        <w:rPr>
          <w:rFonts w:ascii="Gentium Plus" w:hAnsi="Gentium Plus"/>
          <w:sz w:val="24"/>
        </w:rPr>
        <w:t>Πλαγχώνεια. ὄνομα. Πλαταίας. πόλεως. Πλαστίς. ὄνομα μελίσσης. Πλαισιαία. ἡ τετράγωνος. Πλημμύρα. ὑδάτων πλῆθος. καὶ πλημμυρίς.</w:t>
      </w:r>
    </w:p>
    <w:p>
      <w:r>
        <w:rPr>
          <w:rFonts w:ascii="Courier New" w:hAnsi="Courier New"/>
          <w:color w:val="555555"/>
          <w:sz w:val="20"/>
        </w:rPr>
        <w:t>[10]</w:t>
      </w:r>
    </w:p>
    <w:p>
      <w:r>
        <w:rPr>
          <w:rFonts w:ascii="Gentium Plus" w:hAnsi="Gentium Plus"/>
          <w:sz w:val="24"/>
        </w:rPr>
        <w:t>πλημμύρω. ὀξύνεται δὲ πλημμυρίς· τὰ γὰρ ἀπὸ βαρυτόνων ῥήματα ὀξύτονα, οἷον βασιλεύω, βα‐ σιλίς, πλημμύρω, πλημμυρίς. τὸ δὲ πλημμύ‐ ρω ἀπὸ τοῦ πλήθω, πλήσω, πλήμη, καὶ πλημ‐ μύρω. ἔνιοι δὲ ἐπίῤῥημα οἴονται, ὡς τὸ λικριφίς.</w:t>
      </w:r>
    </w:p>
    <w:p>
      <w:r>
        <w:rPr>
          <w:rFonts w:ascii="Courier New" w:hAnsi="Courier New"/>
          <w:color w:val="555555"/>
          <w:sz w:val="20"/>
        </w:rPr>
        <w:t>[15]</w:t>
      </w:r>
    </w:p>
    <w:p>
      <w:r>
        <w:rPr>
          <w:rFonts w:ascii="Gentium Plus" w:hAnsi="Gentium Plus"/>
          <w:sz w:val="24"/>
        </w:rPr>
        <w:t>Πληθώρα. τὸ πάθος, ἡ πλησμονή. καὶ πληθω‐ ρικαὶ, αἱ πλησμονικαί. Πλησιφαής. ἡ πληροσέληνος ἡμέρα. Πληγὴ φλεγμαίνουσα. ἡ μήπω συνουλωθεῖσα. Πλῆμναι. αἱ χοινικίδες, δι’ ὧν ὁ ἄξων στρέφε‐</w:t>
      </w:r>
    </w:p>
    <w:p>
      <w:r>
        <w:rPr>
          <w:rFonts w:ascii="Courier New" w:hAnsi="Courier New"/>
          <w:color w:val="555555"/>
          <w:sz w:val="20"/>
        </w:rPr>
        <w:t>[20]</w:t>
      </w:r>
    </w:p>
    <w:p>
      <w:r>
        <w:rPr>
          <w:rFonts w:ascii="Gentium Plus" w:hAnsi="Gentium Plus"/>
          <w:sz w:val="24"/>
        </w:rPr>
        <w:t>ται. παρὰ τὸ πληροῦσθαι ὑπὸ τοῦ ἄξονος. Πληϊάς. τὸ ἑξάστερον. καὶ Πλειάς. κατὰ τὴν μυθολογίαν ἀπὸ Πληϊόνης, θυγατρὸς μὲν Ὠκεανοῦ, γυναικὸς δὲ Ἄτλαντος. δύνουσαι δὲ αἱ Πληϊάδες τὴν ἀρχὴν τοῦ ἐνιαυτοῦ δηλοῦσιν,</w:t>
      </w:r>
    </w:p>
    <w:p>
      <w:r>
        <w:rPr>
          <w:rFonts w:ascii="Courier New" w:hAnsi="Courier New"/>
          <w:color w:val="555555"/>
          <w:sz w:val="20"/>
        </w:rPr>
        <w:t>[25]</w:t>
      </w:r>
    </w:p>
    <w:p>
      <w:r>
        <w:rPr>
          <w:rFonts w:ascii="Gentium Plus" w:hAnsi="Gentium Plus"/>
          <w:sz w:val="24"/>
        </w:rPr>
        <w:t>ἀνατέλλουσαι δὲ τὸ τέλος. Πλευρῖτις. νόσος ἡ ἐν τῷ πλευρῷ. Πλευραί. αἱ πλήρεις οὖσαι καὶ ἀμύχωτοι· αἱ πλεωραὶ τινὲς οὖσαι· αἱ φυλάσσουσαι τὸν πνεύ‐</w:t>
      </w:r>
    </w:p>
    <w:p>
      <w:r>
        <w:rPr>
          <w:rFonts w:ascii="Courier New" w:hAnsi="Courier New"/>
          <w:color w:val="555555"/>
          <w:sz w:val="20"/>
        </w:rPr>
        <w:t>[pi 1555]</w:t>
      </w:r>
    </w:p>
    <w:p>
      <w:r>
        <w:rPr>
          <w:rFonts w:ascii="Gentium Plus" w:hAnsi="Gentium Plus"/>
          <w:sz w:val="24"/>
        </w:rPr>
        <w:t>Πλεῖαι. πεπληρωμέναι. πλεῖαί τοι οἴνου κλισίαι—. ἀπὸ τοῦ πλεῖος, ἀφ’ οὗ καὶ τό· —πλέος μέλανος θανάτοιο.</w:t>
      </w:r>
    </w:p>
    <w:p>
      <w:r>
        <w:rPr>
          <w:rFonts w:ascii="Courier New" w:hAnsi="Courier New"/>
          <w:color w:val="555555"/>
          <w:sz w:val="20"/>
        </w:rPr>
        <w:t>[5]</w:t>
      </w:r>
    </w:p>
    <w:p>
      <w:r>
        <w:rPr>
          <w:rFonts w:ascii="Gentium Plus" w:hAnsi="Gentium Plus"/>
          <w:sz w:val="24"/>
        </w:rPr>
        <w:t>Πλινθεία. ἡ πλίνθευσις. Πλωάς. εἶδος ὀρνέου. Πλωτή. νῆσος. Πλώθεια. δῆμος. Πλεονεξία. ἡ ὑπὲρ τῆς ἐπιθυμίας τοῦ πλείονος</w:t>
      </w:r>
    </w:p>
    <w:p>
      <w:r>
        <w:rPr>
          <w:rFonts w:ascii="Courier New" w:hAnsi="Courier New"/>
          <w:color w:val="555555"/>
          <w:sz w:val="20"/>
        </w:rPr>
        <w:t>[10]</w:t>
      </w:r>
    </w:p>
    <w:p>
      <w:r>
        <w:rPr>
          <w:rFonts w:ascii="Gentium Plus" w:hAnsi="Gentium Plus"/>
          <w:sz w:val="24"/>
        </w:rPr>
        <w:t>βλάβη. οὕτως ὁ Ἀπόστολος.</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Πλαστοῖς. ψευδέσι. Πλάσμα. τὸ ψεῦδος. σημαίνει καὶ ἔργον τύ‐ που καὶ εἴδους, καὶ διαμορφώσεως. οἷον ὁ βίος</w:t>
      </w:r>
    </w:p>
    <w:p>
      <w:r>
        <w:rPr>
          <w:rFonts w:ascii="Courier New" w:hAnsi="Courier New"/>
          <w:color w:val="555555"/>
          <w:sz w:val="20"/>
        </w:rPr>
        <w:t>[15]</w:t>
      </w:r>
    </w:p>
    <w:p>
      <w:r>
        <w:rPr>
          <w:rFonts w:ascii="Gentium Plus" w:hAnsi="Gentium Plus"/>
          <w:sz w:val="24"/>
        </w:rPr>
        <w:t>τοῦ μεγάλου Ἀντωνίου ὁ περὶ τοῦ μεγάλου Ἀθανασίου συγγραφεὶς, καὶ τὸ βιβλίον ὁ Βαρ‐ λαάμ. Πλάταιον. τὸ ἔκπωμα. Πλαδαρόν. χαῦνον, σεσημμένον, ἢ ὑγρόν.</w:t>
      </w:r>
    </w:p>
    <w:p>
      <w:r>
        <w:rPr>
          <w:rFonts w:ascii="Courier New" w:hAnsi="Courier New"/>
          <w:color w:val="555555"/>
          <w:sz w:val="20"/>
        </w:rPr>
        <w:t>[20]</w:t>
      </w:r>
    </w:p>
    <w:p>
      <w:r>
        <w:rPr>
          <w:rFonts w:ascii="Gentium Plus" w:hAnsi="Gentium Plus"/>
          <w:sz w:val="24"/>
        </w:rPr>
        <w:t>Πλατωνικὸν βιβλίον. τὸ τοῦ Πλάτωνος. Πλάτος. παρὰ τὸ πλῶ, τὸ πληρῶ. Πλαίσιον. εἶδος μέτρου. ἢ ἡ ἐν τετραγώνῳ τῶν στρατιωτῶν τάξις, ὡς Πλάτων ἐν Σοφιστῇ. καὶ τὰ διὰ ξύλων τετράγωνα σχήματα πλαίσια</w:t>
      </w:r>
    </w:p>
    <w:p>
      <w:r>
        <w:rPr>
          <w:rFonts w:ascii="Courier New" w:hAnsi="Courier New"/>
          <w:color w:val="555555"/>
          <w:sz w:val="20"/>
        </w:rPr>
        <w:t>[25]</w:t>
      </w:r>
    </w:p>
    <w:p>
      <w:r>
        <w:rPr>
          <w:rFonts w:ascii="Gentium Plus" w:hAnsi="Gentium Plus"/>
          <w:sz w:val="24"/>
        </w:rPr>
        <w:t>ἔλεγον.</w:t>
      </w:r>
    </w:p>
    <w:p>
      <w:r>
        <w:rPr>
          <w:rFonts w:ascii="Courier New" w:hAnsi="Courier New"/>
          <w:color w:val="555555"/>
          <w:sz w:val="20"/>
        </w:rPr>
        <w:t>[pi 1556]</w:t>
      </w:r>
    </w:p>
    <w:p>
      <w:r>
        <w:rPr>
          <w:rFonts w:ascii="Gentium Plus" w:hAnsi="Gentium Plus"/>
          <w:sz w:val="24"/>
        </w:rPr>
        <w:t>Πλέθρον. μέτρον γῆς. Πλεῖον. παρὰ τὸ πολύς. πολεῖον καὶ συγκοπῇ πλεῖον. σημαίνει δὲ καὶ τὸ περισσόν. Πλῆγμα. ἡ πληγή. πλίγμα δὲ, τὸ βάδισμα, ι.</w:t>
      </w:r>
    </w:p>
    <w:p>
      <w:r>
        <w:rPr>
          <w:rFonts w:ascii="Courier New" w:hAnsi="Courier New"/>
          <w:color w:val="555555"/>
          <w:sz w:val="20"/>
        </w:rPr>
        <w:t>[5]</w:t>
      </w:r>
    </w:p>
    <w:p>
      <w:r>
        <w:rPr>
          <w:rFonts w:ascii="Gentium Plus" w:hAnsi="Gentium Plus"/>
          <w:sz w:val="24"/>
        </w:rPr>
        <w:t>Πλησιέστερον. ἐγγύτερον. καὶ πλησίον. παρὰ τὸ πέλω παράγωγον πελάζω, ῥῆμα ὄνομα πλατὸς καὶ πλητός. κατὰ τροπὴν τοῦ τ εἰς ς καὶ κατὰ παραγωγὴν πλησίος, ὡς ἄμβροτος, ἀμ‐ βρόσιος.</w:t>
      </w:r>
    </w:p>
    <w:p>
      <w:r>
        <w:rPr>
          <w:rFonts w:ascii="Courier New" w:hAnsi="Courier New"/>
          <w:color w:val="555555"/>
          <w:sz w:val="20"/>
        </w:rPr>
        <w:t>[10]</w:t>
      </w:r>
    </w:p>
    <w:p>
      <w:r>
        <w:rPr>
          <w:rFonts w:ascii="Gentium Plus" w:hAnsi="Gentium Plus"/>
          <w:sz w:val="24"/>
        </w:rPr>
        <w:t>Πλῆκτρον. τὸ τῆς κιθάρας. ἐν ᾧ τὰς χορδὰς ὁ κιθαρίζων κινεῖ. Πλημμελές. ἁμαρτητικόν. ἢ τὸ ῥάθυμον καὶ ἀπαίδευτον. Πλινθίον. τὸ τετράγωνον σχῆμα.</w:t>
      </w:r>
    </w:p>
    <w:p>
      <w:r>
        <w:rPr>
          <w:rFonts w:ascii="Courier New" w:hAnsi="Courier New"/>
          <w:color w:val="555555"/>
          <w:sz w:val="20"/>
        </w:rPr>
        <w:t>[15]</w:t>
      </w:r>
    </w:p>
    <w:p>
      <w:r>
        <w:rPr>
          <w:rFonts w:ascii="Gentium Plus" w:hAnsi="Gentium Plus"/>
          <w:sz w:val="24"/>
        </w:rPr>
        <w:t>Πλουμμάτον. τὸ μολύβδινον.</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Πλημμελεῖν. τὸ ἁμαρτάνειν. Πληκτιζομένους. μαχομένους. Πλῆντο. ἐπληροῦντο. πέλω, πλῶ, πλῆντο.</w:t>
      </w:r>
    </w:p>
    <w:p>
      <w:r>
        <w:rPr>
          <w:rFonts w:ascii="Courier New" w:hAnsi="Courier New"/>
          <w:color w:val="555555"/>
          <w:sz w:val="20"/>
        </w:rPr>
        <w:t>[20]</w:t>
      </w:r>
    </w:p>
    <w:p>
      <w:r>
        <w:rPr>
          <w:rFonts w:ascii="Gentium Plus" w:hAnsi="Gentium Plus"/>
          <w:sz w:val="24"/>
        </w:rPr>
        <w:t>Πλείμην. ἀντὶ τοῦ πλευσαίμην. Πλεῖθι. πλεῦσον. ἰακόν ἐστι. Πλεῖν. ἀντὶ τοῦ πλέειν. Πλεῖ. τὸ προστακτικόν. οὐχὶ πλεῖθι, οὐδὲ πλέε.</w:t>
      </w:r>
    </w:p>
    <w:p>
      <w:r>
        <w:rPr>
          <w:rFonts w:ascii="Courier New" w:hAnsi="Courier New"/>
          <w:color w:val="555555"/>
          <w:sz w:val="20"/>
        </w:rPr>
        <w:t>[pi 1557]</w:t>
      </w:r>
    </w:p>
    <w:p>
      <w:r>
        <w:rPr>
          <w:rFonts w:ascii="Gentium Plus" w:hAnsi="Gentium Plus"/>
          <w:sz w:val="24"/>
        </w:rPr>
        <w:t>δεῖ καὶ θεῖ καὶ ῥεῖ τὰ προστακτικὰ λέγει. Εὐριπίδης· πλεῖ κατὰ πορθμόν. Ἕρμιππος·</w:t>
      </w:r>
    </w:p>
    <w:p>
      <w:r>
        <w:rPr>
          <w:rFonts w:ascii="Courier New" w:hAnsi="Courier New"/>
          <w:color w:val="555555"/>
          <w:sz w:val="20"/>
        </w:rPr>
        <w:t>[5]</w:t>
      </w:r>
    </w:p>
    <w:p>
      <w:r>
        <w:rPr>
          <w:rFonts w:ascii="Gentium Plus" w:hAnsi="Gentium Plus"/>
          <w:sz w:val="24"/>
        </w:rPr>
        <w:t>ἀλλ’ ἐκεῖσε θεῖ. δεῖ τοῦτον. Πλύνεται. καθαίρεται ἢ ὑβρίζεται. Πλῶ. τὸ πλησιάζω. Πλῴζω. τὸ πλωΐζω. ἔχει τὸ ι. ἀπὸ τοῦ πλώω</w:t>
      </w:r>
    </w:p>
    <w:p>
      <w:r>
        <w:rPr>
          <w:rFonts w:ascii="Courier New" w:hAnsi="Courier New"/>
          <w:color w:val="555555"/>
          <w:sz w:val="20"/>
        </w:rPr>
        <w:t>[10]</w:t>
      </w:r>
    </w:p>
    <w:p>
      <w:r>
        <w:rPr>
          <w:rFonts w:ascii="Gentium Plus" w:hAnsi="Gentium Plus"/>
          <w:sz w:val="24"/>
        </w:rPr>
        <w:t>πλωΐζω, καὶ κατὰ συναίρεσιν πλῴζω. ἢ ὥσπερ ἀπὸ τοῦ λέγω λόγος, οὕτω καὶ ἀπὸ τοῦ πλόος γίνεται πλοΐζω, καὶ κατ’ ἔκτασιν τοῦ ο εἰς τὸ ω μέγα πλωΐζω, καὶ κατὰ συναίρεσιν πλῴζω. *ὡς χροΐζω χρῴζω. ἢ ὡς ἀπὸ τοῦ πλέω πλόος,</w:t>
      </w:r>
    </w:p>
    <w:p>
      <w:r>
        <w:rPr>
          <w:rFonts w:ascii="Courier New" w:hAnsi="Courier New"/>
          <w:color w:val="555555"/>
          <w:sz w:val="20"/>
        </w:rPr>
        <w:t>[15]</w:t>
      </w:r>
    </w:p>
    <w:p>
      <w:r>
        <w:rPr>
          <w:rFonts w:ascii="Gentium Plus" w:hAnsi="Gentium Plus"/>
          <w:sz w:val="24"/>
        </w:rPr>
        <w:t>καὶ ὡς ἀπὸ τοῦ ἄνθρωπος γίνεται ἀνθρωπίζω, οὕτω καὶ ἀπὸ τοῦ πλόος γίνεται πλοΐζω, καὶ κατ’ ἔκτασιν τοῦ ο εἰς ω μέγα πλωΐζω, καὶ κατὰ συναίρεσιν πλῴζω.* Πληροφόρησον. πλήρωσον. Ἀποστόλου· τὴν</w:t>
      </w:r>
    </w:p>
    <w:p>
      <w:r>
        <w:rPr>
          <w:rFonts w:ascii="Courier New" w:hAnsi="Courier New"/>
          <w:color w:val="555555"/>
          <w:sz w:val="20"/>
        </w:rPr>
        <w:t>[20]</w:t>
      </w:r>
    </w:p>
    <w:p>
      <w:r>
        <w:rPr>
          <w:rFonts w:ascii="Gentium Plus" w:hAnsi="Gentium Plus"/>
          <w:sz w:val="24"/>
        </w:rPr>
        <w:t>διακονίαν σου πληροφόρησον. Πλαδόω. τὸ σήπομαι. τοῦ Ψελλοῦ· πλούμ‐ ματον τὸ μολύβδιον, τὸ σήπομαι πλαδοίω.</w:t>
      </w:r>
    </w:p>
    <w:p>
      <w:pPr>
        <w:jc w:val="center"/>
      </w:pPr>
      <w:r>
        <w:rPr>
          <w:rFonts w:ascii="Gentium Plus" w:hAnsi="Gentium Plus"/>
          <w:b/>
          <w:sz w:val="24"/>
        </w:rPr>
        <w:t>(Ἐπίῤῥημα.)</w:t>
      </w:r>
    </w:p>
    <w:p>
      <w:r>
        <w:rPr>
          <w:rFonts w:ascii="Courier New" w:hAnsi="Courier New"/>
          <w:color w:val="555555"/>
          <w:sz w:val="20"/>
        </w:rPr>
        <w:t>[24]</w:t>
      </w:r>
    </w:p>
    <w:p>
      <w:r>
        <w:rPr>
          <w:rFonts w:ascii="Gentium Plus" w:hAnsi="Gentium Plus"/>
          <w:sz w:val="24"/>
        </w:rPr>
        <w:t>Πλαγίως. δολίως.</w:t>
      </w:r>
    </w:p>
    <w:p>
      <w:r>
        <w:rPr>
          <w:rFonts w:ascii="Courier New" w:hAnsi="Courier New"/>
          <w:color w:val="555555"/>
          <w:sz w:val="20"/>
        </w:rPr>
        <w:t>[25]</w:t>
      </w:r>
    </w:p>
    <w:p>
      <w:r>
        <w:rPr>
          <w:rFonts w:ascii="Gentium Plus" w:hAnsi="Gentium Plus"/>
          <w:sz w:val="24"/>
        </w:rPr>
        <w:t>Πλήν. ἐκτὸς, ἢ ὅμως.</w:t>
      </w:r>
    </w:p>
    <w:p>
      <w:pPr>
        <w:jc w:val="center"/>
      </w:pPr>
      <w:r>
        <w:rPr>
          <w:rFonts w:ascii="Gentium Plus" w:hAnsi="Gentium Plus"/>
          <w:b/>
          <w:sz w:val="24"/>
        </w:rPr>
        <w:t>Τὸ Π μετὰ τοῦ Ν.</w:t>
      </w:r>
    </w:p>
    <w:p>
      <w:pPr>
        <w:jc w:val="center"/>
      </w:pPr>
      <w:r>
        <w:rPr>
          <w:rFonts w:ascii="Gentium Plus" w:hAnsi="Gentium Plus"/>
          <w:b/>
          <w:sz w:val="24"/>
        </w:rPr>
        <w:t>(Ἀρσενικόν.)</w:t>
      </w:r>
    </w:p>
    <w:p>
      <w:r>
        <w:rPr>
          <w:rFonts w:ascii="Courier New" w:hAnsi="Courier New"/>
          <w:color w:val="555555"/>
          <w:sz w:val="20"/>
        </w:rPr>
        <w:t>[28]</w:t>
      </w:r>
    </w:p>
    <w:p>
      <w:r>
        <w:rPr>
          <w:rFonts w:ascii="Gentium Plus" w:hAnsi="Gentium Plus"/>
          <w:sz w:val="24"/>
        </w:rPr>
        <w:t>Πνευματικός. ὁ ὅλον διόλου ἑαυτὸν μεταθεὶς, καὶ τῇ διανοίᾳ ἀεὶ πρὸς τᾲ πνευματικὰ δια‐</w:t>
      </w:r>
    </w:p>
    <w:p>
      <w:r>
        <w:rPr>
          <w:rFonts w:ascii="Courier New" w:hAnsi="Courier New"/>
          <w:color w:val="555555"/>
          <w:sz w:val="20"/>
        </w:rPr>
        <w:t>[30]</w:t>
      </w:r>
    </w:p>
    <w:p>
      <w:r>
        <w:rPr>
          <w:rFonts w:ascii="Gentium Plus" w:hAnsi="Gentium Plus"/>
          <w:sz w:val="24"/>
        </w:rPr>
        <w:t>τρίβων.</w:t>
      </w:r>
    </w:p>
    <w:p>
      <w:r>
        <w:rPr>
          <w:rFonts w:ascii="Courier New" w:hAnsi="Courier New"/>
          <w:color w:val="555555"/>
          <w:sz w:val="20"/>
        </w:rPr>
        <w:t>[pi 1558]</w:t>
      </w:r>
    </w:p>
    <w:p>
      <w:r>
        <w:rPr>
          <w:rFonts w:ascii="Gentium Plus" w:hAnsi="Gentium Plus"/>
          <w:sz w:val="24"/>
        </w:rPr>
        <w:t>ρον διὰ τοῦ ν. ταμίας γάρ ἐστι τοῦ πνεύμα‐ τος πνεύμων. κλίνεται δὲ πνεύμονος.</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Πνευμονίη. ἡ περὶ τὸν πνεύμονα πνιγμονή.</w:t>
      </w:r>
    </w:p>
    <w:p>
      <w:r>
        <w:rPr>
          <w:rFonts w:ascii="Courier New" w:hAnsi="Courier New"/>
          <w:color w:val="555555"/>
          <w:sz w:val="20"/>
        </w:rPr>
        <w:t>[5]</w:t>
      </w:r>
    </w:p>
    <w:p>
      <w:r>
        <w:rPr>
          <w:rFonts w:ascii="Gentium Plus" w:hAnsi="Gentium Plus"/>
          <w:sz w:val="24"/>
        </w:rPr>
        <w:t>Πνύξ. δικαστήριον ἐν Ἀθήναις. καὶ κλίνεται πνυκός.</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Πνεῦμα. τὸ θεῖον· ὁ ἄγγελος· ἡ ψυχή· ὁ ἄνεμος· ὁ νοῦς· ὁ δαίμων. ἢ πνεῦμα ἐστὶ νοε‐</w:t>
      </w:r>
    </w:p>
    <w:p>
      <w:r>
        <w:rPr>
          <w:rFonts w:ascii="Courier New" w:hAnsi="Courier New"/>
          <w:color w:val="555555"/>
          <w:sz w:val="20"/>
        </w:rPr>
        <w:t>[10]</w:t>
      </w:r>
    </w:p>
    <w:p>
      <w:r>
        <w:rPr>
          <w:rFonts w:ascii="Gentium Plus" w:hAnsi="Gentium Plus"/>
          <w:sz w:val="24"/>
        </w:rPr>
        <w:t>ρὸν καὶ ἁπλοῦν καὶ λεπτόν· σαφὲς καὶ τρα‐ νόν· ἀπήμαντον καὶ ἀμόλυντον· μονογενὲς καὶ παντεπίσκοπον. ἢ πνεῦμα ἐστὶ λεπτὴ καὶ ἄϋ‐ λος καὶ ἀσχημάτιστος ἐκπορευτικὴ ὕπαρξις. Πνεῦμα δὲ εἴρηται ὡσανεὶ πᾶν νεῦμα, διὰ τὸ</w:t>
      </w:r>
    </w:p>
    <w:p>
      <w:r>
        <w:rPr>
          <w:rFonts w:ascii="Courier New" w:hAnsi="Courier New"/>
          <w:color w:val="555555"/>
          <w:sz w:val="20"/>
        </w:rPr>
        <w:t>[15]</w:t>
      </w:r>
    </w:p>
    <w:p>
      <w:r>
        <w:rPr>
          <w:rFonts w:ascii="Gentium Plus" w:hAnsi="Gentium Plus"/>
          <w:sz w:val="24"/>
        </w:rPr>
        <w:t>ὡς νεῦμα ὀξέως παντὶ νεῦον καὶ κινούμενον. εἴ‐ ρηται δὲ ἐν τῇ γραφῇ πνεῦμα τετραχῶς· πνεῦ‐ μα τὸ ἅγιον· πνεῦμα ὁ ἄγγελος· πνεῦμα ἡ ψυχή· πνεῦμα ὁ ἄνεμος. ἔστι δ’ ὅ τε καὶ ὁ νοῦς τοῦ ἀνθρώπου πνεῦμα λέγεται.</w:t>
      </w:r>
    </w:p>
    <w:p>
      <w:r>
        <w:rPr>
          <w:rFonts w:ascii="Courier New" w:hAnsi="Courier New"/>
          <w:color w:val="555555"/>
          <w:sz w:val="20"/>
        </w:rPr>
        <w:t>[20]</w:t>
      </w:r>
    </w:p>
    <w:p>
      <w:r>
        <w:rPr>
          <w:rFonts w:ascii="Gentium Plus" w:hAnsi="Gentium Plus"/>
          <w:sz w:val="24"/>
        </w:rPr>
        <w:t>Πνεῦμα ἅγιόν ἐστι δύναμις ἁγιαστικὴ, ἀσχημά‐ τιστος, τῷ πατρὶ καὶ τῷ υἱῷ ὁμοούσιος, ἐκπο‐ ρευτικῶς, οὐχ υἱκῶς ἐκ τοῦ πατρὸς προϊοῦσα. Πνεύματα. καὶ ἡ δασεῖα καὶ ἡ ψιλή. καὶ διὰ τοῦτο εἰσὶ δύο πνεύματα, διότι ἡ μὲν δασεῖα ἐκ</w:t>
      </w:r>
    </w:p>
    <w:p>
      <w:r>
        <w:rPr>
          <w:rFonts w:ascii="Courier New" w:hAnsi="Courier New"/>
          <w:color w:val="555555"/>
          <w:sz w:val="20"/>
        </w:rPr>
        <w:t>[25]</w:t>
      </w:r>
    </w:p>
    <w:p>
      <w:r>
        <w:rPr>
          <w:rFonts w:ascii="Gentium Plus" w:hAnsi="Gentium Plus"/>
          <w:sz w:val="24"/>
        </w:rPr>
        <w:t>τοῦ θώρακος ἐξέρχεται, ἡ δὲ ψιλὴ ἐξ ἄκρων τῶν χειλέων. καὶ διὰ τοῦτο οὐ προσέσχεν ὁ ποιητὴς τρίτου πνεύματος, τῆς φύσεως μὴ ἀπαιτούσης. διὰ τοῦτο δὲ λέγονται πνεύματα, διὰ τὸ ἐν τοῖς πνεύμασιν αὐτὰ παρεικασθῆναι.</w:t>
      </w:r>
    </w:p>
    <w:p>
      <w:r>
        <w:rPr>
          <w:rFonts w:ascii="Courier New" w:hAnsi="Courier New"/>
          <w:color w:val="555555"/>
          <w:sz w:val="20"/>
        </w:rPr>
        <w:t>[30]</w:t>
      </w:r>
    </w:p>
    <w:p>
      <w:r>
        <w:rPr>
          <w:rFonts w:ascii="Gentium Plus" w:hAnsi="Gentium Plus"/>
          <w:sz w:val="24"/>
        </w:rPr>
        <w:t>πνεῦμα δέ ἐστιν ἐκφορὰ λέξεως ἀθρόως ἢ με‐ τρίως παραλαμβανομένη. Πνῖγος. τὸ καῦμα.</w:t>
      </w:r>
    </w:p>
    <w:p>
      <w:pPr>
        <w:jc w:val="center"/>
      </w:pPr>
      <w:r>
        <w:rPr>
          <w:rFonts w:ascii="Gentium Plus" w:hAnsi="Gentium Plus"/>
          <w:b/>
          <w:sz w:val="24"/>
        </w:rPr>
        <w:t>(Ῥῆμα.)</w:t>
      </w:r>
    </w:p>
    <w:p>
      <w:r>
        <w:rPr>
          <w:rFonts w:ascii="Courier New" w:hAnsi="Courier New"/>
          <w:color w:val="555555"/>
          <w:sz w:val="20"/>
        </w:rPr>
        <w:t>[34]</w:t>
      </w:r>
    </w:p>
    <w:p>
      <w:r>
        <w:rPr>
          <w:rFonts w:ascii="Gentium Plus" w:hAnsi="Gentium Plus"/>
          <w:sz w:val="24"/>
        </w:rPr>
        <w:t>Πνείω. ἀντὶ τοῦ πνέω.</w:t>
      </w:r>
    </w:p>
    <w:p>
      <w:pPr>
        <w:jc w:val="center"/>
      </w:pPr>
      <w:r>
        <w:rPr>
          <w:rFonts w:ascii="Gentium Plus" w:hAnsi="Gentium Plus"/>
          <w:b/>
          <w:sz w:val="24"/>
        </w:rPr>
        <w:t>Τὸ Π μετὰ τοῦ Ο.</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Ποδήρης. χιτὼν, ὁ ἄχρι τῶν ποδῶν διήκων καὶ φθάνων. ἢ ὁ συῤῥαπτόμενος εἰς τὸ κατώτερον</w:t>
      </w:r>
    </w:p>
    <w:p>
      <w:r>
        <w:rPr>
          <w:rFonts w:ascii="Courier New" w:hAnsi="Courier New"/>
          <w:color w:val="555555"/>
          <w:sz w:val="20"/>
        </w:rPr>
        <w:t>[5]</w:t>
      </w:r>
    </w:p>
    <w:p>
      <w:r>
        <w:rPr>
          <w:rFonts w:ascii="Gentium Plus" w:hAnsi="Gentium Plus"/>
          <w:sz w:val="24"/>
        </w:rPr>
        <w:t>τῆς στολῆς, ἐκ πορφύρας καὶ βύσσου. Ποδαλείριος. παρὰ τὸ ἔχειν τὸν πόδα περὶ τὰ λείρια, ἤγουν τὰ ἄνθη. ποδαλείριος χιτών. Ποδάρκης. ὁ ταχὺς περὶ τὸν δρόμον. ποδάρκης Ἀχιλλεύς.</w:t>
      </w:r>
    </w:p>
    <w:p>
      <w:r>
        <w:rPr>
          <w:rFonts w:ascii="Courier New" w:hAnsi="Courier New"/>
          <w:color w:val="555555"/>
          <w:sz w:val="20"/>
        </w:rPr>
        <w:t>[10]</w:t>
      </w:r>
    </w:p>
    <w:p>
      <w:r>
        <w:rPr>
          <w:rFonts w:ascii="Gentium Plus" w:hAnsi="Gentium Plus"/>
          <w:sz w:val="24"/>
        </w:rPr>
        <w:t>καὶ κύριον ὄνομα. Ποδοῖϊν. ποιητικῶς. —ἐκ δὲ ποδοῖϊν ἄκμονας ἧκα δύο— ἀμφοτέροιεν. παρὰ τὸ ποδὸς ποδοῖν, καὶ πλεο‐</w:t>
      </w:r>
    </w:p>
    <w:p>
      <w:r>
        <w:rPr>
          <w:rFonts w:ascii="Courier New" w:hAnsi="Courier New"/>
          <w:color w:val="555555"/>
          <w:sz w:val="20"/>
        </w:rPr>
        <w:t>[15]</w:t>
      </w:r>
    </w:p>
    <w:p>
      <w:r>
        <w:rPr>
          <w:rFonts w:ascii="Gentium Plus" w:hAnsi="Gentium Plus"/>
          <w:sz w:val="24"/>
        </w:rPr>
        <w:t>νασμῷ τοῦ ι ποδοῖϊν. Πόθος. παρὰ τὸ πήθω, τὸ πάσχω, γίνεται πό‐ θος, τροπῇ τοῦ η εἰς ο. ἢ ἀπὸ τοῦ πείθειν, τὸ εἰς συγκατάθεσιν ἄγειν. ἐξ οὗ τὸ πέποιθα. ὁ γὰρ πόθος πείθει τὸν ποθοῦντα ποθεῖν, ὃ</w:t>
      </w:r>
    </w:p>
    <w:p>
      <w:r>
        <w:rPr>
          <w:rFonts w:ascii="Courier New" w:hAnsi="Courier New"/>
          <w:color w:val="555555"/>
          <w:sz w:val="20"/>
        </w:rPr>
        <w:t>[20]</w:t>
      </w:r>
    </w:p>
    <w:p>
      <w:r>
        <w:rPr>
          <w:rFonts w:ascii="Gentium Plus" w:hAnsi="Gentium Plus"/>
          <w:sz w:val="24"/>
        </w:rPr>
        <w:t>ποθεῖ. ἐκ τοῦ πόθος ποθεινὸς, ὡς σκότος σκο‐ τεινός. Ποικιλομήτης. ποικιλόβουλος. Ποικίλος. σημαίνει τὸν ἐπιμελῶς κατεσκευα‐ σμένον. παρὰ τὸ πύκα. ὁ πολλὰς ἔχων πυκνό‐</w:t>
      </w:r>
    </w:p>
    <w:p>
      <w:r>
        <w:rPr>
          <w:rFonts w:ascii="Courier New" w:hAnsi="Courier New"/>
          <w:color w:val="555555"/>
          <w:sz w:val="20"/>
        </w:rPr>
        <w:t>[25]</w:t>
      </w:r>
    </w:p>
    <w:p>
      <w:r>
        <w:rPr>
          <w:rFonts w:ascii="Gentium Plus" w:hAnsi="Gentium Plus"/>
          <w:sz w:val="24"/>
        </w:rPr>
        <w:t>τητος ποικιλίας. Ποιήεις. βοτανώδης. ἀπὸ τοῦ πόα, ὃ σημαίνει τὴν βοτάνην. †Ποιήεντα. σιτοφόρον.† Ποιητής. ὁ τὰ ἔμμετρα γράφων, καὶ ὁ δημιουρ‐</w:t>
      </w:r>
    </w:p>
    <w:p>
      <w:r>
        <w:rPr>
          <w:rFonts w:ascii="Courier New" w:hAnsi="Courier New"/>
          <w:color w:val="555555"/>
          <w:sz w:val="20"/>
        </w:rPr>
        <w:t>[30]</w:t>
      </w:r>
    </w:p>
    <w:p>
      <w:r>
        <w:rPr>
          <w:rFonts w:ascii="Gentium Plus" w:hAnsi="Gentium Plus"/>
          <w:sz w:val="24"/>
        </w:rPr>
        <w:t>γός.</w:t>
      </w:r>
    </w:p>
    <w:p>
      <w:r>
        <w:rPr>
          <w:rFonts w:ascii="Courier New" w:hAnsi="Courier New"/>
          <w:color w:val="555555"/>
          <w:sz w:val="20"/>
        </w:rPr>
        <w:t>[pi 1560]</w:t>
      </w:r>
    </w:p>
    <w:p>
      <w:r>
        <w:rPr>
          <w:rFonts w:ascii="Gentium Plus" w:hAnsi="Gentium Plus"/>
          <w:sz w:val="24"/>
        </w:rPr>
        <w:t>†Ποιμάνωρ. βασιλεύς.† Πόκος. τὸ συνελιγμένον ἔριον. ὅθεν καὶ τό· —εἰροπόκοις ὀΐεσσι. παρὰ τὸ πείκω, τὸ κτενίζω, καὶ τὸ ξαίνω,</w:t>
      </w:r>
    </w:p>
    <w:p>
      <w:r>
        <w:rPr>
          <w:rFonts w:ascii="Courier New" w:hAnsi="Courier New"/>
          <w:color w:val="555555"/>
          <w:sz w:val="20"/>
        </w:rPr>
        <w:t>[5]</w:t>
      </w:r>
    </w:p>
    <w:p>
      <w:r>
        <w:rPr>
          <w:rFonts w:ascii="Gentium Plus" w:hAnsi="Gentium Plus"/>
          <w:sz w:val="24"/>
        </w:rPr>
        <w:t>τὸ διαλύω. ὡς σπείρω σπόρος, καὶ μείρω μόρος. Πολυθρύλλητος. διαβεβοημένος. Πολιοῦχος. ὁ τὴν πόλιν σώζων καὶ φυλάσσων, ἢ τοὺς ἄρχοντας. Πολύτλας. καρτερικὸς, ὑπομονητικός. τλῶ γὰρ</w:t>
      </w:r>
    </w:p>
    <w:p>
      <w:r>
        <w:rPr>
          <w:rFonts w:ascii="Courier New" w:hAnsi="Courier New"/>
          <w:color w:val="555555"/>
          <w:sz w:val="20"/>
        </w:rPr>
        <w:t>[10]</w:t>
      </w:r>
    </w:p>
    <w:p>
      <w:r>
        <w:rPr>
          <w:rFonts w:ascii="Gentium Plus" w:hAnsi="Gentium Plus"/>
          <w:sz w:val="24"/>
        </w:rPr>
        <w:t>τὸ καρτερῶ. Πολύαινος. ἄξιος πολλοῦ ἐπαίνου. Πολιτικός. ἀστεῖος μετά τινος τέχνης. Πόλητος. ὁ μάντις. Πόλτυν. ξυλόκαστρον. παρὰ τὸ πέλω, τὸ ἀνα‐</w:t>
      </w:r>
    </w:p>
    <w:p>
      <w:r>
        <w:rPr>
          <w:rFonts w:ascii="Courier New" w:hAnsi="Courier New"/>
          <w:color w:val="555555"/>
          <w:sz w:val="20"/>
        </w:rPr>
        <w:t>[15]</w:t>
      </w:r>
    </w:p>
    <w:p>
      <w:r>
        <w:rPr>
          <w:rFonts w:ascii="Gentium Plus" w:hAnsi="Gentium Plus"/>
          <w:sz w:val="24"/>
        </w:rPr>
        <w:t>στρέφομαι, κατὰ ἀντίφρασιν. καὶ κλίνεται πόλ‐ τυνος. ὡς Φόρκυν, Φόρκυνος. Πολυτελής. πλούσιος· πολυδάπανος. τέλος γὰρ ἡ δαπάνη. Πόλος. ὁ οὐρανός. καὶ πόλοι, οἱ ἐν τῷ οὐρανῷ.</w:t>
      </w:r>
    </w:p>
    <w:p>
      <w:r>
        <w:rPr>
          <w:rFonts w:ascii="Courier New" w:hAnsi="Courier New"/>
          <w:color w:val="555555"/>
          <w:sz w:val="20"/>
        </w:rPr>
        <w:t>[20]</w:t>
      </w:r>
    </w:p>
    <w:p>
      <w:r>
        <w:rPr>
          <w:rFonts w:ascii="Gentium Plus" w:hAnsi="Gentium Plus"/>
          <w:sz w:val="24"/>
        </w:rPr>
        <w:t>ἔστι δὲ ἄστρων θέσις. παρὰ τὸ περὶ αὐτοὺς ἀναστρέφεσθαι τὸν κόσμον, ἤγουν τὸν οὐρανὸν, ἅτε πόλον καλούμενον. πῶλος δὲ, ὁ ἀείδαρος, μέγα. Πολυκαγκής. ξηραντικός. παρὰ τὸ κῶ, τὸ</w:t>
      </w:r>
    </w:p>
    <w:p>
      <w:r>
        <w:rPr>
          <w:rFonts w:ascii="Courier New" w:hAnsi="Courier New"/>
          <w:color w:val="555555"/>
          <w:sz w:val="20"/>
        </w:rPr>
        <w:t>[25]</w:t>
      </w:r>
    </w:p>
    <w:p>
      <w:r>
        <w:rPr>
          <w:rFonts w:ascii="Gentium Plus" w:hAnsi="Gentium Plus"/>
          <w:sz w:val="24"/>
        </w:rPr>
        <w:t>καίω, παράγωγον κείω, οἷον· —σχίζων δρυὸς, ἣν λίπε κείων. ἐκ τοῦ οὖν κῶ γίνεται πολυκὴς, καὶ κατὰ ἀνα‐ διπλασιασμὸν καὶ πλεονασμὸν πολυκαγκής. Πολεῖς. ἀντὶ τοῦ πολλούς. ἀπὸ τοῦ πολὺς, πο‐</w:t>
      </w:r>
    </w:p>
    <w:p>
      <w:r>
        <w:rPr>
          <w:rFonts w:ascii="Courier New" w:hAnsi="Courier New"/>
          <w:color w:val="555555"/>
          <w:sz w:val="20"/>
        </w:rPr>
        <w:t>[30]</w:t>
      </w:r>
    </w:p>
    <w:p>
      <w:r>
        <w:rPr>
          <w:rFonts w:ascii="Gentium Plus" w:hAnsi="Gentium Plus"/>
          <w:sz w:val="24"/>
        </w:rPr>
        <w:t>λέος, ὡς ἡδὺς, ἡδέος, ἡδεῖς.</w:t>
      </w:r>
    </w:p>
    <w:p>
      <w:r>
        <w:rPr>
          <w:rFonts w:ascii="Courier New" w:hAnsi="Courier New"/>
          <w:color w:val="555555"/>
          <w:sz w:val="20"/>
        </w:rPr>
        <w:t>[pi 1561]</w:t>
      </w:r>
    </w:p>
    <w:p>
      <w:r>
        <w:rPr>
          <w:rFonts w:ascii="Gentium Plus" w:hAnsi="Gentium Plus"/>
          <w:sz w:val="24"/>
        </w:rPr>
        <w:t>Πόλεμος. παρὰ τὸ τὰς πόλεις μειοῦν. ἢ παρὰ τὸ πολλοὺς ἀμᾷν. ἢ παρὰ τὸ τὰς πόλεις ὀλλύειν. ἢ παρὰ τὸ ὀλῶ, ὄλεμος καὶ πόλεμος. Πολιήτης. ὁ πολίτης, πλεονασμῷ τοῦ η.</w:t>
      </w:r>
    </w:p>
    <w:p>
      <w:r>
        <w:rPr>
          <w:rFonts w:ascii="Courier New" w:hAnsi="Courier New"/>
          <w:color w:val="555555"/>
          <w:sz w:val="20"/>
        </w:rPr>
        <w:t>[5]</w:t>
      </w:r>
    </w:p>
    <w:p>
      <w:r>
        <w:rPr>
          <w:rFonts w:ascii="Gentium Plus" w:hAnsi="Gentium Plus"/>
          <w:sz w:val="24"/>
        </w:rPr>
        <w:t>Πολιός. λαμπρός. πολιὸν σίδηρον ἀντὶ τοῦ λαμ‐ πρόν. ὀξυνθεὶς γὰρ ὁ σίδηρος λαμπρότατος γί‐ νεται. καὶ πολιὸς ὁ ἔντιμος. καὶ πολιοκρο‐ τάφους, τοὺς ἐντίμους καὶ λαμπροὺς ταῖς δια‐ νοίαις. καὶ πολιὴν ἅλα τὴν λευκήν.</w:t>
      </w:r>
    </w:p>
    <w:p>
      <w:r>
        <w:rPr>
          <w:rFonts w:ascii="Courier New" w:hAnsi="Courier New"/>
          <w:color w:val="555555"/>
          <w:sz w:val="20"/>
        </w:rPr>
        <w:t>[10]</w:t>
      </w:r>
    </w:p>
    <w:p>
      <w:r>
        <w:rPr>
          <w:rFonts w:ascii="Gentium Plus" w:hAnsi="Gentium Plus"/>
          <w:sz w:val="24"/>
        </w:rPr>
        <w:t>Πολυάϊξ, καὶ κλίνεται πολυάϊκος. ἀπὸ τοῦ ἀΐσσω, ἀΐξω. σημαίνει δὲ πολλὰς κινήσεις καὶ ὁρμὰς ἔχοντος, ἢ ἀστάτου. Πολυπάμων. πολυθρέμματος. πῶ, τὸ κτῶμαι, καὶ πᾶσθαι, τὸ κτήσασθαι, κυρίως θρέμματα,</w:t>
      </w:r>
    </w:p>
    <w:p>
      <w:r>
        <w:rPr>
          <w:rFonts w:ascii="Courier New" w:hAnsi="Courier New"/>
          <w:color w:val="555555"/>
          <w:sz w:val="20"/>
        </w:rPr>
        <w:t>[15]</w:t>
      </w:r>
    </w:p>
    <w:p>
      <w:r>
        <w:rPr>
          <w:rFonts w:ascii="Gentium Plus" w:hAnsi="Gentium Plus"/>
          <w:sz w:val="24"/>
        </w:rPr>
        <w:t>καταχρηστικῶς δὲ πᾶν ὁτιοῦν. καὶ πασάμενος πολλάκις. Πομπαῖος. ὁ ἀπὸ τῶν γηΐνων εἰς τὰ οὐράνια πέμπων. καὶ πομπαῖος Ἑρμῆς, ὁ τὰς ψυχὰς εἰς τὸν ᾅδην κατάγων τὲ καὶ παραπέμπων.</w:t>
      </w:r>
    </w:p>
    <w:p>
      <w:r>
        <w:rPr>
          <w:rFonts w:ascii="Courier New" w:hAnsi="Courier New"/>
          <w:color w:val="555555"/>
          <w:sz w:val="20"/>
        </w:rPr>
        <w:t>[20]</w:t>
      </w:r>
    </w:p>
    <w:p>
      <w:r>
        <w:rPr>
          <w:rFonts w:ascii="Gentium Plus" w:hAnsi="Gentium Plus"/>
          <w:sz w:val="24"/>
        </w:rPr>
        <w:t>Ποματίας. ὁ κοχλίας. Πόντος. ἡ θάλασσα. κυρίως δὲ ὁ ἔνδον τῆς Χεῤ‐ ῥονήσου, ὁ καὶ Εὔξεινος καλούμενος. Πόντος. παρὰ τὸ πένω, τὸ ἐνεργῶ, ἀφ’ οὗ πό‐ νος καὶ πόντος, καθ’ ὃν πεποίηται τὸ τῶν ἀν‐</w:t>
      </w:r>
    </w:p>
    <w:p>
      <w:r>
        <w:rPr>
          <w:rFonts w:ascii="Courier New" w:hAnsi="Courier New"/>
          <w:color w:val="555555"/>
          <w:sz w:val="20"/>
        </w:rPr>
        <w:t>[25]</w:t>
      </w:r>
    </w:p>
    <w:p>
      <w:r>
        <w:rPr>
          <w:rFonts w:ascii="Gentium Plus" w:hAnsi="Gentium Plus"/>
          <w:sz w:val="24"/>
        </w:rPr>
        <w:t>θρώπων γένος. ἢ παρὰ τὸ πνέω πνότος καὶ με‐ ταθέσει πόντος, ἐξ οὗ αἱ πνοαὶ γεννῶνται. Πόντιος. θαλάσσιος. ἐκλήθη δὲ καὶ ὁ Πιλάτος Πόντιος, ὡς ἀπὸ πόλεως Ποντίου γεννηθεὶς</w:t>
      </w:r>
    </w:p>
    <w:p>
      <w:r>
        <w:rPr>
          <w:rFonts w:ascii="Courier New" w:hAnsi="Courier New"/>
          <w:color w:val="555555"/>
          <w:sz w:val="20"/>
        </w:rPr>
        <w:t>[pi 1562]</w:t>
      </w:r>
    </w:p>
    <w:p>
      <w:r>
        <w:rPr>
          <w:rFonts w:ascii="Gentium Plus" w:hAnsi="Gentium Plus"/>
          <w:sz w:val="24"/>
        </w:rPr>
        <w:t>Πόρος. ὁ περάσιμος τόπος, ἢ διέξοδος, ἢ τρίβος. πόρος ἀπὸ τοῦ πορεύεσθαι δι’ αὐτοῦ. Πορθμός. ἡ στενὴ θάλασσα, ἢ γῆ ἔνθεν κᾀ‐ κεῖθεν, καὶ μέσον θάλασσα. ἢ θάλασσα μετα‐</w:t>
      </w:r>
    </w:p>
    <w:p>
      <w:r>
        <w:rPr>
          <w:rFonts w:ascii="Courier New" w:hAnsi="Courier New"/>
          <w:color w:val="555555"/>
          <w:sz w:val="20"/>
        </w:rPr>
        <w:t>[5]</w:t>
      </w:r>
    </w:p>
    <w:p>
      <w:r>
        <w:rPr>
          <w:rFonts w:ascii="Gentium Plus" w:hAnsi="Gentium Plus"/>
          <w:sz w:val="24"/>
        </w:rPr>
        <w:t>ξὺ δύο ἠπείρων. ἰσθμὸς δὲ τοὐναντίον, ἡ στενὴ ἤπειρος μεταξὺ δύο θαλασσῶν. πορθμὸς καὶ τὸ πέραμα. ὡς ἀπὸ τοῦ κείρω κορμὸς, οὕτω καὶ ἀπὸ τοῦ πείρω, τὸ περῶ, γίνεται πορμὸς καὶ πλεονασμῷ τοῦ θ πορθμός.</w:t>
      </w:r>
    </w:p>
    <w:p>
      <w:r>
        <w:rPr>
          <w:rFonts w:ascii="Courier New" w:hAnsi="Courier New"/>
          <w:color w:val="555555"/>
          <w:sz w:val="20"/>
        </w:rPr>
        <w:t>[10]</w:t>
      </w:r>
    </w:p>
    <w:p>
      <w:r>
        <w:rPr>
          <w:rFonts w:ascii="Gentium Plus" w:hAnsi="Gentium Plus"/>
          <w:sz w:val="24"/>
        </w:rPr>
        <w:t>Πόρδαλις. ὁ ἄρσην. πάρδαλις, τὸ θηλυκόν. ὁ μὲν ἀπὸ τοῦ προσάλλεσθαι, ἡ δὲ ἀπὸ τοῦ πα‐ ραβάλλεσθαι. †Πορκεύς. ὁ ἁλιεύς.† Πόρκος. οἱ μὲν τὸ δίκτυον ἀπέδοσαν, οἱ δὲ σχοι‐</w:t>
      </w:r>
    </w:p>
    <w:p>
      <w:r>
        <w:rPr>
          <w:rFonts w:ascii="Courier New" w:hAnsi="Courier New"/>
          <w:color w:val="555555"/>
          <w:sz w:val="20"/>
        </w:rPr>
        <w:t>[15]</w:t>
      </w:r>
    </w:p>
    <w:p>
      <w:r>
        <w:rPr>
          <w:rFonts w:ascii="Gentium Plus" w:hAnsi="Gentium Plus"/>
          <w:sz w:val="24"/>
        </w:rPr>
        <w:t>νίου πλέγμα, οἱ δὲ κύρτον. οὐδὲ οὗτοι ὑγιῶς. ὁ γὰρ Πλάτων ἕτερον φησὶ τὸν πόρκον τοῦ κύρτου. λέγει γὰρ οὕτως· κύρτους, καὶ δίκτυα, καὶ βρόχους, καὶ πόρκους, καὶ τὰ τοιαῦτα, οὐκ ἄλλό τι πλὴν ἕρκη δεῖ προσαγορεύειν. μνημο‐</w:t>
      </w:r>
    </w:p>
    <w:p>
      <w:r>
        <w:rPr>
          <w:rFonts w:ascii="Courier New" w:hAnsi="Courier New"/>
          <w:color w:val="555555"/>
          <w:sz w:val="20"/>
        </w:rPr>
        <w:t>[20]</w:t>
      </w:r>
    </w:p>
    <w:p>
      <w:r>
        <w:rPr>
          <w:rFonts w:ascii="Gentium Plus" w:hAnsi="Gentium Plus"/>
          <w:sz w:val="24"/>
        </w:rPr>
        <w:t>νεύει δὲ καὶ Δίφιλος τοῦ πόρκου· θᾶττον πλέ‐ κειν κέλευε τῶν πόρκων πυκνοτέρους. ἔλεγον δὲ πόρκον διὰ τὸ περιλαμβάνειν καὶ ἀμπέχειν τὸν εἰσδύνοντα ἰχθύν. ἢ ἀπὸ τοῦ οἱονεὶ περι‐ κεῖσθαι. καὶ ὁ ποιητὴς πόρκον τὸν περὶ τῷ</w:t>
      </w:r>
    </w:p>
    <w:p>
      <w:r>
        <w:rPr>
          <w:rFonts w:ascii="Courier New" w:hAnsi="Courier New"/>
          <w:color w:val="555555"/>
          <w:sz w:val="20"/>
        </w:rPr>
        <w:t>[25]</w:t>
      </w:r>
    </w:p>
    <w:p>
      <w:r>
        <w:rPr>
          <w:rFonts w:ascii="Gentium Plus" w:hAnsi="Gentium Plus"/>
          <w:sz w:val="24"/>
        </w:rPr>
        <w:t>δόρατι κρίκον φησίν· ὁ συνέχων τὸν σίδηρον πρὸς τὸ ξύλον τοῦ δόρατος, διὰ τὸ περιέχειν. —περὶ δὲ χρύσεος θέε πόρκης.</w:t>
      </w:r>
    </w:p>
    <w:p>
      <w:r>
        <w:rPr>
          <w:rFonts w:ascii="Courier New" w:hAnsi="Courier New"/>
          <w:color w:val="555555"/>
          <w:sz w:val="20"/>
        </w:rPr>
        <w:t>[pi 1563]</w:t>
      </w:r>
    </w:p>
    <w:p>
      <w:r>
        <w:rPr>
          <w:rFonts w:ascii="Gentium Plus" w:hAnsi="Gentium Plus"/>
          <w:sz w:val="24"/>
        </w:rPr>
        <w:t>Ποσειδῶν. ἡ θάλασσα. τὸ ὕδωρ. παρὰ τὸ σείειν τὸ πέδον γέγονε Ποδοσείων, καὶ ἐν ὑπερβιβα‐ σμῷ Ποσειδῶν. ἐνοσίχθων Ποσειδῶν. λέγει γὰρ διὰ τοῦ ὕδατος κινεῖσθαι τὴν γῆν. οἱ δὲ</w:t>
      </w:r>
    </w:p>
    <w:p>
      <w:r>
        <w:rPr>
          <w:rFonts w:ascii="Courier New" w:hAnsi="Courier New"/>
          <w:color w:val="555555"/>
          <w:sz w:val="20"/>
        </w:rPr>
        <w:t>[5]</w:t>
      </w:r>
    </w:p>
    <w:p>
      <w:r>
        <w:rPr>
          <w:rFonts w:ascii="Gentium Plus" w:hAnsi="Gentium Plus"/>
          <w:sz w:val="24"/>
        </w:rPr>
        <w:t>εὐσεβεῖς λέγομεν, ὁ ἐπιβλέπων ἐπὶ τὴν γῆν, καὶ ποιῶν αὐτὴν τρέμειν. Πόνος. ἐμποδισμὸς τῆς κατὰ φύσιν ἐνεργείας. Πόστος. ἀντὶ τοῦ πόσος. ὡς τρίτος τρίτατος, οὕ‐ τως πόσος πόσατος καὶ κατὰ συγκοπὴν πόστος.</w:t>
      </w:r>
    </w:p>
    <w:p>
      <w:r>
        <w:rPr>
          <w:rFonts w:ascii="Courier New" w:hAnsi="Courier New"/>
          <w:color w:val="555555"/>
          <w:sz w:val="20"/>
        </w:rPr>
        <w:t>[10]</w:t>
      </w:r>
    </w:p>
    <w:p>
      <w:r>
        <w:rPr>
          <w:rFonts w:ascii="Gentium Plus" w:hAnsi="Gentium Plus"/>
          <w:sz w:val="24"/>
        </w:rPr>
        <w:t>Πότμος. ὁ θάνατος. παρὰ τὸ πίπτω γίνεται κατὰ συγκοπὴν πτῶ· ῥῆμα ὄνομα πτὸς καὶ πλεονασμῷ τοῦ μ πτμὸς, καὶ διὰ τὴν ἀσυντα‐ ξίαν τοῦ π τ μ ἐπλεόνασε τὸ ο, καὶ ἐγένετο πότμος, ἡ ἐσχάτη σύμπτωσις τοῦ βίου. ἐπὶ δὲ</w:t>
      </w:r>
    </w:p>
    <w:p>
      <w:r>
        <w:rPr>
          <w:rFonts w:ascii="Courier New" w:hAnsi="Courier New"/>
          <w:color w:val="555555"/>
          <w:sz w:val="20"/>
        </w:rPr>
        <w:t>[15]</w:t>
      </w:r>
    </w:p>
    <w:p>
      <w:r>
        <w:rPr>
          <w:rFonts w:ascii="Gentium Plus" w:hAnsi="Gentium Plus"/>
          <w:sz w:val="24"/>
        </w:rPr>
        <w:t>τῆς τύχης παρὰ τὴν μετάπτωσιν καὶ μεταβο‐ λὴν τῶν πραγμάτων. Πορισμόν. κέρδος. Ἀπόστολος· νομιζόντων πο‐ ρισμὸν εἶναι τὴν εὐσέβειαν. τοῦτο λέγει· ὑπο‐ κρίνονται τὴν εὐσέβειαν, ἵνα δι’ αὐτῆς ἐρανίζον‐</w:t>
      </w:r>
    </w:p>
    <w:p>
      <w:r>
        <w:rPr>
          <w:rFonts w:ascii="Courier New" w:hAnsi="Courier New"/>
          <w:color w:val="555555"/>
          <w:sz w:val="20"/>
        </w:rPr>
        <w:t>[20]</w:t>
      </w:r>
    </w:p>
    <w:p>
      <w:r>
        <w:rPr>
          <w:rFonts w:ascii="Gentium Plus" w:hAnsi="Gentium Plus"/>
          <w:sz w:val="24"/>
        </w:rPr>
        <w:t>ται πορισμὸν, οἷον χρημάτων καὶ κέρδους.</w:t>
      </w:r>
    </w:p>
    <w:p>
      <w:pPr>
        <w:jc w:val="center"/>
      </w:pPr>
      <w:r>
        <w:rPr>
          <w:rFonts w:ascii="Gentium Plus" w:hAnsi="Gentium Plus"/>
          <w:b/>
          <w:sz w:val="24"/>
        </w:rPr>
        <w:t>(Θηλυκόν.)</w:t>
      </w:r>
    </w:p>
    <w:p>
      <w:r>
        <w:rPr>
          <w:rFonts w:ascii="Courier New" w:hAnsi="Courier New"/>
          <w:color w:val="555555"/>
          <w:sz w:val="20"/>
        </w:rPr>
        <w:t>[22]</w:t>
      </w:r>
    </w:p>
    <w:p>
      <w:r>
        <w:rPr>
          <w:rFonts w:ascii="Gentium Plus" w:hAnsi="Gentium Plus"/>
          <w:sz w:val="24"/>
        </w:rPr>
        <w:t>Πόα. ἡ βοτάνη. ἢ φυτὸν πολύφορον ἀπὸ ῥίζης. ἀπὸ τοῦ ποιὰ, ἀποβολῇ τοῦ ι, πόα. ποιὰ δέ ἐστι ὁ ἐνιαυτὸς, ἐξ οὗ πόα, ἐπειδὴ κατ’ ἐνιαυ‐</w:t>
      </w:r>
    </w:p>
    <w:p>
      <w:r>
        <w:rPr>
          <w:rFonts w:ascii="Courier New" w:hAnsi="Courier New"/>
          <w:color w:val="555555"/>
          <w:sz w:val="20"/>
        </w:rPr>
        <w:t>[25]</w:t>
      </w:r>
    </w:p>
    <w:p>
      <w:r>
        <w:rPr>
          <w:rFonts w:ascii="Gentium Plus" w:hAnsi="Gentium Plus"/>
          <w:sz w:val="24"/>
        </w:rPr>
        <w:t>τὸν πολλάκις αὔξεται καὶ ξηραίνεται. εἴρηται δὲ παρὰ τὴν ποιότητα. καὶ ποία ἡ βοτάνη. Ποδηγία. ἡ ὁδηγία, ἡ παιδαγωγία. Ποδοκάκη. τὸ ἐν εἱρκτῇ ξύλον, ὅπερ κλάπα λέ‐ γεται καρτζικῶς.</w:t>
      </w:r>
    </w:p>
    <w:p>
      <w:r>
        <w:rPr>
          <w:rFonts w:ascii="Courier New" w:hAnsi="Courier New"/>
          <w:color w:val="555555"/>
          <w:sz w:val="20"/>
        </w:rPr>
        <w:t>[30]</w:t>
      </w:r>
    </w:p>
    <w:p>
      <w:r>
        <w:rPr>
          <w:rFonts w:ascii="Gentium Plus" w:hAnsi="Gentium Plus"/>
          <w:sz w:val="24"/>
        </w:rPr>
        <w:t>Ποδήνεμος. ταχεῖα. Ποηφαγία. βοτανοφαγία. Ποθή. ἡ ἐπιζήτησις. Ποινή. τιμωρία, ἢ ἡ ὑπὲρ φόνου ζημία, φοινὴ τὶς</w:t>
      </w:r>
    </w:p>
    <w:p>
      <w:r>
        <w:rPr>
          <w:rFonts w:ascii="Courier New" w:hAnsi="Courier New"/>
          <w:color w:val="555555"/>
          <w:sz w:val="20"/>
        </w:rPr>
        <w:t>[pi 1564]</w:t>
      </w:r>
    </w:p>
    <w:p>
      <w:r>
        <w:rPr>
          <w:rFonts w:ascii="Gentium Plus" w:hAnsi="Gentium Plus"/>
          <w:sz w:val="24"/>
        </w:rPr>
        <w:t>Ποικιλτική. ὑφὴ ποικίλη. Ποιμαντική. διδασκαλική. Ποιότης. ἡ τὴν διαφορὰν ἐκ τῶν ἄλλων ἐν ἑαυ‐ τῇ δεικνύουσα. ἢ ποιότης ἐστὶν ἐκείνη, καθ’ ἣν</w:t>
      </w:r>
    </w:p>
    <w:p>
      <w:r>
        <w:rPr>
          <w:rFonts w:ascii="Courier New" w:hAnsi="Courier New"/>
          <w:color w:val="555555"/>
          <w:sz w:val="20"/>
        </w:rPr>
        <w:t>[5]</w:t>
      </w:r>
    </w:p>
    <w:p>
      <w:r>
        <w:rPr>
          <w:rFonts w:ascii="Gentium Plus" w:hAnsi="Gentium Plus"/>
          <w:sz w:val="24"/>
        </w:rPr>
        <w:t>παρωνύμως τὰ μετέχοντα αὐτῆς λέγει. ποιότης ἐστὶ καὶ ἡ ἐνούσιος δύναμις, ὡς τοῦ ὕδατος ἡ ψυχρότης, καὶ τοῦ πυρὸς ἡ θερμότης, καὶ τοῦ λίθου ἡ σκληρότης, καὶ τῆς γῆς ἡ ξηρότης. Ποιότης καὶ ἰδιώτης καὶ διαφορὰ καὶ ἰδίωμα ἓν</w:t>
      </w:r>
    </w:p>
    <w:p>
      <w:r>
        <w:rPr>
          <w:rFonts w:ascii="Courier New" w:hAnsi="Courier New"/>
          <w:color w:val="555555"/>
          <w:sz w:val="20"/>
        </w:rPr>
        <w:t>[10]</w:t>
      </w:r>
    </w:p>
    <w:p>
      <w:r>
        <w:rPr>
          <w:rFonts w:ascii="Gentium Plus" w:hAnsi="Gentium Plus"/>
          <w:sz w:val="24"/>
        </w:rPr>
        <w:t>καὶ τὸ αὐτὸ σημαίνει. ἔστι καὶ ἕτερόν τι ποιό‐ της, φωνὴ δηλοῦσα τὴν ποιότητα τῆς φωνῆς ἢ τῆς σημασίας. ἐὰν γὰρ εἴπω· πὺξ, λὰξ, τὴν ποιότητα τῆς φωνῆς ἐδήλωσα. Ποίησις. τὸ ὅλον βιβλίον. οἷον Ἰλιὰς καὶ ἡ</w:t>
      </w:r>
    </w:p>
    <w:p>
      <w:r>
        <w:rPr>
          <w:rFonts w:ascii="Courier New" w:hAnsi="Courier New"/>
          <w:color w:val="555555"/>
          <w:sz w:val="20"/>
        </w:rPr>
        <w:t>[15]</w:t>
      </w:r>
    </w:p>
    <w:p>
      <w:r>
        <w:rPr>
          <w:rFonts w:ascii="Gentium Plus" w:hAnsi="Gentium Plus"/>
          <w:sz w:val="24"/>
        </w:rPr>
        <w:t>Ὀδύσσεια. Ἰλιὰς δέ ἐστιν ἡ τῆς Τροίας ὑπό‐ θεσις· Ἴλιον γὰρ ἡ Τροία. Ὀδύσσεια δὲ ἡ πλάνη τοῦ Ὀδυσσέως. εἰσὶ δὲ καὶ δύο αὗται ποιήσεις τοῦ Ὁμήρου. διαιρεῖται δὲ τριχῶς ἡ ποίησις· εἰς διηγηματικόν· εἰς μιμητικὸν, καὶ</w:t>
      </w:r>
    </w:p>
    <w:p>
      <w:r>
        <w:rPr>
          <w:rFonts w:ascii="Courier New" w:hAnsi="Courier New"/>
          <w:color w:val="555555"/>
          <w:sz w:val="20"/>
        </w:rPr>
        <w:t>[20]</w:t>
      </w:r>
    </w:p>
    <w:p>
      <w:r>
        <w:rPr>
          <w:rFonts w:ascii="Gentium Plus" w:hAnsi="Gentium Plus"/>
          <w:sz w:val="24"/>
        </w:rPr>
        <w:t>μικτόν. καὶ διηγηματικόν ἐστιν, ἡνίκα ὅλος ὁ λόγος ἐκ ποιητικοῦ μόνου προσώπου λέγεται. μι‐ μητικὸν δὲ αἱ τραγῳδίαι καὶ κωμῳδίαι. ποίημα καὶ ποίησις διαφέρει. ποίησις μὲν γάρ ἐστιν, ὡς εἴρηται, τὸ ὅλον βιβλίον· ποίημα δὲ ἡ ῥαψῳ‐</w:t>
      </w:r>
    </w:p>
    <w:p>
      <w:r>
        <w:rPr>
          <w:rFonts w:ascii="Courier New" w:hAnsi="Courier New"/>
          <w:color w:val="555555"/>
          <w:sz w:val="20"/>
        </w:rPr>
        <w:t>[25]</w:t>
      </w:r>
    </w:p>
    <w:p>
      <w:r>
        <w:rPr>
          <w:rFonts w:ascii="Gentium Plus" w:hAnsi="Gentium Plus"/>
          <w:sz w:val="24"/>
        </w:rPr>
        <w:t>δία. εἴρηται δὲ ῥαψῳδία ἀπὸ τοῦ δαφνίνῃ ῥάβδῳ περιερχομένους ᾄδειν τὰ Ὁμήρου ποιήματα. καὶ διατί δαφνίνην ῥάβδον κρατοῦντες ᾖδον τὰ Ὁμή‐ ρου ποιήματα; διὰ τὸ ἀειθαλὲς τοῦ φυτοῦ, ἢ ὅτι μαντικὴ ἡ δάφνη, μαντικὴ δὲ ἡ ποιητική·</w:t>
      </w:r>
    </w:p>
    <w:p>
      <w:r>
        <w:rPr>
          <w:rFonts w:ascii="Courier New" w:hAnsi="Courier New"/>
          <w:color w:val="555555"/>
          <w:sz w:val="20"/>
        </w:rPr>
        <w:t>[30]</w:t>
      </w:r>
    </w:p>
    <w:p>
      <w:r>
        <w:rPr>
          <w:rFonts w:ascii="Gentium Plus" w:hAnsi="Gentium Plus"/>
          <w:sz w:val="24"/>
        </w:rPr>
        <w:t>οὐδὲ γὰρ εἴη τὶς τέλειος ποιητὴς, εἰ μὴ ἱστο‐ ρήσει καὶ μαντεύσεται καὶ διηγήσεται. †Ποίμνη. γέγονε παρὰ τὸ ποιμὴν, ποιμένη καὶ κατὰ συγκοπὴν ποίμνη.†</w:t>
      </w:r>
    </w:p>
    <w:p>
      <w:r>
        <w:rPr>
          <w:rFonts w:ascii="Courier New" w:hAnsi="Courier New"/>
          <w:color w:val="555555"/>
          <w:sz w:val="20"/>
        </w:rPr>
        <w:t>[pi 1565]</w:t>
      </w:r>
    </w:p>
    <w:p>
      <w:r>
        <w:rPr>
          <w:rFonts w:ascii="Gentium Plus" w:hAnsi="Gentium Plus"/>
          <w:sz w:val="24"/>
        </w:rPr>
        <w:t>Πόλις. σύστημα ἱδρυμένον, κατὰ νόμον διοικού‐ μενον. Πολιτεία. πρᾶξις ἢ βίος κατὰ νόμον φύσεως διεξαγόμενος.</w:t>
      </w:r>
    </w:p>
    <w:p>
      <w:r>
        <w:rPr>
          <w:rFonts w:ascii="Courier New" w:hAnsi="Courier New"/>
          <w:color w:val="555555"/>
          <w:sz w:val="20"/>
        </w:rPr>
        <w:t>[5]</w:t>
      </w:r>
    </w:p>
    <w:p>
      <w:r>
        <w:rPr>
          <w:rFonts w:ascii="Gentium Plus" w:hAnsi="Gentium Plus"/>
          <w:sz w:val="24"/>
        </w:rPr>
        <w:t>Πόλιος. τῆς πόλεως. ἰωνικόν ἐστι. Πολιά. παρὰ τὸ λευκὸν εἶναι· τὰ γὰρ λευκὰ πολιὰ λέγεται. —πολιὴν ἅλα—. Πολυτέλεια. πλουσιότης. τέλος γὰρ ἡ δαπάνη.</w:t>
      </w:r>
    </w:p>
    <w:p>
      <w:r>
        <w:rPr>
          <w:rFonts w:ascii="Courier New" w:hAnsi="Courier New"/>
          <w:color w:val="555555"/>
          <w:sz w:val="20"/>
        </w:rPr>
        <w:t>[10]</w:t>
      </w:r>
    </w:p>
    <w:p>
      <w:r>
        <w:rPr>
          <w:rFonts w:ascii="Gentium Plus" w:hAnsi="Gentium Plus"/>
          <w:sz w:val="24"/>
        </w:rPr>
        <w:t>ὅθεν καὶ ἡ πολυτέλεια. καὶ εὐτελεῖς τοὺς μὴ ἐπὶ πολὺ χωροῦντας ταῖς δαπάναις. Πολυφασίας. πολυλογίας. φάσις γὰρ ἡ φήμη καὶ ὁ λόγος. Πολυπίδακος. πολλὰς πηγὰς ἐχούσης. πίδαξ</w:t>
      </w:r>
    </w:p>
    <w:p>
      <w:r>
        <w:rPr>
          <w:rFonts w:ascii="Courier New" w:hAnsi="Courier New"/>
          <w:color w:val="555555"/>
          <w:sz w:val="20"/>
        </w:rPr>
        <w:t>[15]</w:t>
      </w:r>
    </w:p>
    <w:p>
      <w:r>
        <w:rPr>
          <w:rFonts w:ascii="Gentium Plus" w:hAnsi="Gentium Plus"/>
          <w:sz w:val="24"/>
        </w:rPr>
        <w:t>γὰρ ἡ πηγή. Πολυκοιρανίη. ἡ πολυαρχία. οὐκ ἀγαθὸν πολυκοιρανίη— κοίρανος γὰρ ὁ βασιλεύς. Πολυσπερέας. ἐπὶ πολλὰ μέρη ἐσπαρμένας.</w:t>
      </w:r>
    </w:p>
    <w:p>
      <w:r>
        <w:rPr>
          <w:rFonts w:ascii="Courier New" w:hAnsi="Courier New"/>
          <w:color w:val="555555"/>
          <w:sz w:val="20"/>
        </w:rPr>
        <w:t>[20]</w:t>
      </w:r>
    </w:p>
    <w:p>
      <w:r>
        <w:rPr>
          <w:rFonts w:ascii="Gentium Plus" w:hAnsi="Gentium Plus"/>
          <w:sz w:val="24"/>
        </w:rPr>
        <w:t>—πολυσπερέας τὲ φάλαγγας. Πολιορκία. πόλεως πόρθησις. λέγεται καὶ ἡ χα‐ ράκωσις. Πολυϊδρία. ἡ πολυπειρία. Πολυκλήϊσι. πολυκαθέδραις.</w:t>
      </w:r>
    </w:p>
    <w:p>
      <w:r>
        <w:rPr>
          <w:rFonts w:ascii="Courier New" w:hAnsi="Courier New"/>
          <w:color w:val="555555"/>
          <w:sz w:val="20"/>
        </w:rPr>
        <w:t>[25]</w:t>
      </w:r>
    </w:p>
    <w:p>
      <w:r>
        <w:rPr>
          <w:rFonts w:ascii="Gentium Plus" w:hAnsi="Gentium Plus"/>
          <w:sz w:val="24"/>
        </w:rPr>
        <w:t>Πομπή. τὸ ὀψίκιον. λέγεται καὶ ἡ μετὰ τοῦ σταυροῦ λιτή. Πομφόλυγες. αἱ ἐκ τῶν ὄμβρων ἢ ἄλλως κα‐ ταφερομένων ὑδάτων ἐπὶ ὕδασιν εὐδιάλυτοι κυρ‐</w:t>
      </w:r>
    </w:p>
    <w:p>
      <w:r>
        <w:rPr>
          <w:rFonts w:ascii="Courier New" w:hAnsi="Courier New"/>
          <w:color w:val="555555"/>
          <w:sz w:val="20"/>
        </w:rPr>
        <w:t>[pi 1566]</w:t>
      </w:r>
    </w:p>
    <w:p>
      <w:r>
        <w:rPr>
          <w:rFonts w:ascii="Gentium Plus" w:hAnsi="Gentium Plus"/>
          <w:sz w:val="24"/>
        </w:rPr>
        <w:t>κενῆς φυσιουμένων ἢ ὅλως ἐπαιρομένων λαμβά‐ νεται ἡ λέξις. παρὰ τὸ παφλάζω ῥῆμα, ἄλλο παράγωγον παμφαλίζω, ῥῆμα ὄνομα παμφάλυξ καὶ τροπῇ τῶν δύο αα εἰς ο πομφόλυξ.</w:t>
      </w:r>
    </w:p>
    <w:p>
      <w:r>
        <w:rPr>
          <w:rFonts w:ascii="Courier New" w:hAnsi="Courier New"/>
          <w:color w:val="555555"/>
          <w:sz w:val="20"/>
        </w:rPr>
        <w:t>[5]</w:t>
      </w:r>
    </w:p>
    <w:p>
      <w:r>
        <w:rPr>
          <w:rFonts w:ascii="Gentium Plus" w:hAnsi="Gentium Plus"/>
          <w:sz w:val="24"/>
        </w:rPr>
        <w:t>Πονηρία. ἑκούσιος κακοποιΐα, δι’ ἣν καὶ ὁ διάβο‐ λος πονηρὸς λέγεται. Πόρτις. ἡ μικρὰ βοῦς, ἡ δάμαλις ἡ ἀρξαμένη νῦν τῆς κατὰ νομὴ πορείας. πόρος, πόρις, καὶ πλεονασμῷ τοῦ τ πόρτις. λέγεται καὶ πόρ‐</w:t>
      </w:r>
    </w:p>
    <w:p>
      <w:r>
        <w:rPr>
          <w:rFonts w:ascii="Courier New" w:hAnsi="Courier New"/>
          <w:color w:val="555555"/>
          <w:sz w:val="20"/>
        </w:rPr>
        <w:t>[10]</w:t>
      </w:r>
    </w:p>
    <w:p>
      <w:r>
        <w:rPr>
          <w:rFonts w:ascii="Gentium Plus" w:hAnsi="Gentium Plus"/>
          <w:sz w:val="24"/>
        </w:rPr>
        <w:t>κις. Πόρπη. τὸ κομβίον. παρὰ τὸ πείρω, τὸ διεκ‐ βάλλω, πόρη, καὶ πλεονασμῷ τοῦ π πόρπη. ἔνιοι δὲ λέγουσι καὶ πόρκη. Πόρνη. παρὰ τὸ περνῶ, τὸ πωλῶ. ἡ τὴν μίξιν</w:t>
      </w:r>
    </w:p>
    <w:p>
      <w:r>
        <w:rPr>
          <w:rFonts w:ascii="Courier New" w:hAnsi="Courier New"/>
          <w:color w:val="555555"/>
          <w:sz w:val="20"/>
        </w:rPr>
        <w:t>[15]</w:t>
      </w:r>
    </w:p>
    <w:p>
      <w:r>
        <w:rPr>
          <w:rFonts w:ascii="Gentium Plus" w:hAnsi="Gentium Plus"/>
          <w:sz w:val="24"/>
        </w:rPr>
        <w:t>πωλοῦσα. ἐπὶ δὲ τοῦ πόρνου, παρὰ τὸ πεπωρω‐ μένον ἔχειν τὸν νοῦν. Πορφύρα. ἀπὸ τοῦ πορφύρω, τὸ βουλεύομαι, γίνεται πορφύρα. τὸ δὲ πορφύρω παρὰ τὸ φέ‐ ρειν τὸν νοῦν ὧδε κἀκεῖσε. καὶ κῦμα πορφύρεον,</w:t>
      </w:r>
    </w:p>
    <w:p>
      <w:r>
        <w:rPr>
          <w:rFonts w:ascii="Courier New" w:hAnsi="Courier New"/>
          <w:color w:val="555555"/>
          <w:sz w:val="20"/>
        </w:rPr>
        <w:t>[20]</w:t>
      </w:r>
    </w:p>
    <w:p>
      <w:r>
        <w:rPr>
          <w:rFonts w:ascii="Gentium Plus" w:hAnsi="Gentium Plus"/>
          <w:sz w:val="24"/>
        </w:rPr>
        <w:t>τὸ μέλαν. ἔνθεν καὶ τὸ βάθος μεριμνᾷν, πορ‐ φύρειν λέγεται. Πόσιος. τοῦ ποτοῦ. ἰωνικῶς. Πόσαι. ἀντὶ τοῦ πολλαί. Ποσότης. ἀριθμοῦ πέρας, ἤγουν μονάδος σύνθε‐</w:t>
      </w:r>
    </w:p>
    <w:p>
      <w:r>
        <w:rPr>
          <w:rFonts w:ascii="Courier New" w:hAnsi="Courier New"/>
          <w:color w:val="555555"/>
          <w:sz w:val="20"/>
        </w:rPr>
        <w:t>[25]</w:t>
      </w:r>
    </w:p>
    <w:p>
      <w:r>
        <w:rPr>
          <w:rFonts w:ascii="Gentium Plus" w:hAnsi="Gentium Plus"/>
          <w:sz w:val="24"/>
        </w:rPr>
        <w:t>σις. Ποτή. ἡ πτῆσις τῶν πτηνῶν. ἀπὸ τοῦ πέτω πο‐ τὴ, ὡς ἔχω ὀχή.</w:t>
      </w:r>
    </w:p>
    <w:p>
      <w:r>
        <w:rPr>
          <w:rFonts w:ascii="Courier New" w:hAnsi="Courier New"/>
          <w:color w:val="555555"/>
          <w:sz w:val="20"/>
        </w:rPr>
        <w:t>[pi 1567]</w:t>
      </w:r>
    </w:p>
    <w:p>
      <w:r>
        <w:rPr>
          <w:rFonts w:ascii="Gentium Plus" w:hAnsi="Gentium Plus"/>
          <w:sz w:val="24"/>
        </w:rPr>
        <w:t>Πονηρία. πονηρίαν λέγει ὁ Ἀπόστολος τὸν ἐκ κατασκευῆς εἴς τινα παρά του πόνον γενόμε‐ νον. Ποτιπτερνίδας. τὰς ἐν ταῖς πτέρναις φλέβας</w:t>
      </w:r>
    </w:p>
    <w:p>
      <w:r>
        <w:rPr>
          <w:rFonts w:ascii="Courier New" w:hAnsi="Courier New"/>
          <w:color w:val="555555"/>
          <w:sz w:val="20"/>
        </w:rPr>
        <w:t>[5]</w:t>
      </w:r>
    </w:p>
    <w:p>
      <w:r>
        <w:rPr>
          <w:rFonts w:ascii="Gentium Plus" w:hAnsi="Gentium Plus"/>
          <w:sz w:val="24"/>
        </w:rPr>
        <w:t>οὔσας φησὶν Ἱπποκράτης.</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Ποδηνεκές. μέχρι ποδῶν καθῆκον, ἢ μέγα. Ποικίλον. πολύτροπον. †Ποίφυγμα. σχῆμα ποικίλον.†</w:t>
      </w:r>
    </w:p>
    <w:p>
      <w:r>
        <w:rPr>
          <w:rFonts w:ascii="Courier New" w:hAnsi="Courier New"/>
          <w:color w:val="555555"/>
          <w:sz w:val="20"/>
        </w:rPr>
        <w:t>[10]</w:t>
      </w:r>
    </w:p>
    <w:p>
      <w:r>
        <w:rPr>
          <w:rFonts w:ascii="Gentium Plus" w:hAnsi="Gentium Plus"/>
          <w:sz w:val="24"/>
        </w:rPr>
        <w:t>Πολύχουν. πολύφορον. Πολύευκτον. τίμιον, εὐχῆς ἄξιον. Πολυάνδρια. τὰ ξενοτάφια. Πολίχνια. αἱ μικραὶ πόλεις. Πολλοστημόριον. βραχύτατον μέρος. ὀλίγον.</w:t>
      </w:r>
    </w:p>
    <w:p>
      <w:r>
        <w:rPr>
          <w:rFonts w:ascii="Courier New" w:hAnsi="Courier New"/>
          <w:color w:val="555555"/>
          <w:sz w:val="20"/>
        </w:rPr>
        <w:t>[15]</w:t>
      </w:r>
    </w:p>
    <w:p>
      <w:r>
        <w:rPr>
          <w:rFonts w:ascii="Gentium Plus" w:hAnsi="Gentium Plus"/>
          <w:sz w:val="24"/>
        </w:rPr>
        <w:t>Πολλοστόν. τὸ ἀκαριαῖον. Πολυοπὸν τριβώνιον, μικρόν· πολυωπὸν δὲ δίκτυον, μέγα. ἀπὸ τοῦ πολλὰς ὀπὰς ἔχειν. τοιοῦτον καὶ τὸ περιωπή· ἐκτείναντος τοῦ ο εἰς ω μέγα.</w:t>
      </w:r>
    </w:p>
    <w:p>
      <w:r>
        <w:rPr>
          <w:rFonts w:ascii="Courier New" w:hAnsi="Courier New"/>
          <w:color w:val="555555"/>
          <w:sz w:val="20"/>
        </w:rPr>
        <w:t>[20]</w:t>
      </w:r>
    </w:p>
    <w:p>
      <w:r>
        <w:rPr>
          <w:rFonts w:ascii="Gentium Plus" w:hAnsi="Gentium Plus"/>
          <w:sz w:val="24"/>
        </w:rPr>
        <w:t>Πολείδιον. ἡ μικρὰ πόλις. Πολαιτόριον καὶ Πολυκτόριον. ὀνόματα τόπων. Πόμα. τὸ πινόμενον. πῶμα δὲ, τὸ σκέπασμα, μέγα.</w:t>
      </w:r>
    </w:p>
    <w:p>
      <w:r>
        <w:rPr>
          <w:rFonts w:ascii="Courier New" w:hAnsi="Courier New"/>
          <w:color w:val="555555"/>
          <w:sz w:val="20"/>
        </w:rPr>
        <w:t>[pi 1568]</w:t>
      </w:r>
    </w:p>
    <w:p>
      <w:r>
        <w:rPr>
          <w:rFonts w:ascii="Gentium Plus" w:hAnsi="Gentium Plus"/>
          <w:sz w:val="24"/>
        </w:rPr>
        <w:t>Ποιμνήϊον. ἡ ποίμνη. †Πορεῖον. ὄχημα.† Πορθμεῖον. τὸ πλοῖον. πορθμίον δὲ, τὸ ναῦ‐ λον, ι.</w:t>
      </w:r>
    </w:p>
    <w:p>
      <w:r>
        <w:rPr>
          <w:rFonts w:ascii="Courier New" w:hAnsi="Courier New"/>
          <w:color w:val="555555"/>
          <w:sz w:val="20"/>
        </w:rPr>
        <w:t>[5]</w:t>
      </w:r>
    </w:p>
    <w:p>
      <w:r>
        <w:rPr>
          <w:rFonts w:ascii="Gentium Plus" w:hAnsi="Gentium Plus"/>
          <w:sz w:val="24"/>
        </w:rPr>
        <w:t>Πότερον. ὁποῖον, ἢ ἓν ἐκ τούτων, ἢ τῶν δύο τὸ ἕτερον. Ποταίνιον. τὸ ξένον, τὸ πρόσφατον. καὶ οἶμαι παρὰ τὸ νέον, ἵν’ ᾖ ποτίνεον. Ποτήριον. οὐ παρὰ τοῦ ποτὸς ἢ πότον, ἀλλὰ</w:t>
      </w:r>
    </w:p>
    <w:p>
      <w:r>
        <w:rPr>
          <w:rFonts w:ascii="Courier New" w:hAnsi="Courier New"/>
          <w:color w:val="555555"/>
          <w:sz w:val="20"/>
        </w:rPr>
        <w:t>[10]</w:t>
      </w:r>
    </w:p>
    <w:p>
      <w:r>
        <w:rPr>
          <w:rFonts w:ascii="Gentium Plus" w:hAnsi="Gentium Plus"/>
          <w:sz w:val="24"/>
        </w:rPr>
        <w:t>παρὰ τὸ πότης, ποτήρ. ὡς ποιητὴς, ποιητήρ. ὅθεν καὶ συνθέσει οἰνοποτήρ. Ποτὶ χαλκοβατὲς δῶ. πρὸς δῶμα καὶ οἴκημα χαλκοβατές. τὸ ποτὶ ἀντὶ τῆς πρὸς, πρόθε‐ σις ἐστὶ Δωρική. ἡ πρὸς πρόθεσις ἀποβάλλει</w:t>
      </w:r>
    </w:p>
    <w:p>
      <w:r>
        <w:rPr>
          <w:rFonts w:ascii="Courier New" w:hAnsi="Courier New"/>
          <w:color w:val="555555"/>
          <w:sz w:val="20"/>
        </w:rPr>
        <w:t>[15]</w:t>
      </w:r>
    </w:p>
    <w:p>
      <w:r>
        <w:rPr>
          <w:rFonts w:ascii="Gentium Plus" w:hAnsi="Gentium Plus"/>
          <w:sz w:val="24"/>
        </w:rPr>
        <w:t>τὸ ρ Δωρικῷ ἔθει, καὶ τρέπει τὸ ς εἰς τ, καὶ πλεονασμῷ τοῦ ι ποτί. διότι οὐ δύναται λέξις Ἑλληνικὴ εἰς ἄφωνον καταλήγειν, προσ‐ λαμβάνει τὸ ι. Πολυειδές. τὸ ἐν μιᾷ θεωρίᾳ διάφορα εἴδη ὑπο‐</w:t>
      </w:r>
    </w:p>
    <w:p>
      <w:r>
        <w:rPr>
          <w:rFonts w:ascii="Courier New" w:hAnsi="Courier New"/>
          <w:color w:val="555555"/>
          <w:sz w:val="20"/>
        </w:rPr>
        <w:t>[20]</w:t>
      </w:r>
    </w:p>
    <w:p>
      <w:r>
        <w:rPr>
          <w:rFonts w:ascii="Gentium Plus" w:hAnsi="Gentium Plus"/>
          <w:sz w:val="24"/>
        </w:rPr>
        <w:t>δεικνύον. συγγενές ἐστι τὸ ἀπαραλείπτως τῷ ἑτέρῳ ἐξομοιούμενον. ἢ τὸ εἰς διαφόρους μορ‐ φὰς ἐκ μεταβολῆς φαινόμενον. Πορφύρεον. μέλαν.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Ποθήσεται. ἀντὶ τοῦ ποτὸς καὶ πινόμενος γενή‐ σεται. ποθήσεται οἶνος. ἐκ τοῦ πῶμι, πώσω, πέπωκα. πέπομαι δὲ μικρόν.</w:t>
      </w:r>
    </w:p>
    <w:p>
      <w:r>
        <w:rPr>
          <w:rFonts w:ascii="Courier New" w:hAnsi="Courier New"/>
          <w:color w:val="555555"/>
          <w:sz w:val="20"/>
        </w:rPr>
        <w:t>[5]</w:t>
      </w:r>
    </w:p>
    <w:p>
      <w:r>
        <w:rPr>
          <w:rFonts w:ascii="Gentium Plus" w:hAnsi="Gentium Plus"/>
          <w:sz w:val="24"/>
        </w:rPr>
        <w:t>Ποθέεσκε. ποθέω, ποθῶ, ἐπόθεον, ἐπόθουν, ἐπόθεες, καὶ πλεονασμῷ τῆς κε συλλαβῆς καὶ συστολῇ τῆς ἀρχούσης ποθέεσκε. Ποιπνύειν. ἐνεργεῖν, διακονεῖν. οἱονεὶ τὸ μετὰ σπουδῆς καὶ πνεύματι ποιεῖν τι· τοῖς γὰρ</w:t>
      </w:r>
    </w:p>
    <w:p>
      <w:r>
        <w:rPr>
          <w:rFonts w:ascii="Courier New" w:hAnsi="Courier New"/>
          <w:color w:val="555555"/>
          <w:sz w:val="20"/>
        </w:rPr>
        <w:t>[10]</w:t>
      </w:r>
    </w:p>
    <w:p>
      <w:r>
        <w:rPr>
          <w:rFonts w:ascii="Gentium Plus" w:hAnsi="Gentium Plus"/>
          <w:sz w:val="24"/>
        </w:rPr>
        <w:t>ἐσπουδακόσι καὶ ἐνεργοῦσιν ἕπεται τὸ πνευ‐ στιᾷν. πνέειν οὖν καὶ πνύειν, καὶ ἐν συνθέσει μετὰ τοῦ ποιεῖν ποιπνύειν. †Ποιφύξαι. φοβῆσαι.† Ποιφύξαι. φυγεῖν.</w:t>
      </w:r>
    </w:p>
    <w:p>
      <w:r>
        <w:rPr>
          <w:rFonts w:ascii="Courier New" w:hAnsi="Courier New"/>
          <w:color w:val="555555"/>
          <w:sz w:val="20"/>
        </w:rPr>
        <w:t>[15]</w:t>
      </w:r>
    </w:p>
    <w:p>
      <w:r>
        <w:rPr>
          <w:rFonts w:ascii="Gentium Plus" w:hAnsi="Gentium Plus"/>
          <w:sz w:val="24"/>
        </w:rPr>
        <w:t>Ποιναλίζω. βασανίζω. Ποιεῖν. τὸ ἐν ἑαυτῷ ἔχειν τὴν αἰτίαν τῆς ἐνερ‐ γείας. ποιεῖν λέγεται ἐπὶ τῶν ποιητικῶν τεχνῶν, τεκτονικῆς φημὶ καὶ τῶν τοιούτων. *Πούβλικον. παρὰ Λατίνιος τὸ δεδημοσιευμέ‐</w:t>
      </w:r>
    </w:p>
    <w:p>
      <w:r>
        <w:rPr>
          <w:rFonts w:ascii="Courier New" w:hAnsi="Courier New"/>
          <w:color w:val="555555"/>
          <w:sz w:val="20"/>
        </w:rPr>
        <w:t>[20]</w:t>
      </w:r>
    </w:p>
    <w:p>
      <w:r>
        <w:rPr>
          <w:rFonts w:ascii="Gentium Plus" w:hAnsi="Gentium Plus"/>
          <w:sz w:val="24"/>
        </w:rPr>
        <w:t>νον.* Πολυωρήσεις. φυλάξεις, πολλὴν φροντίδα ποιή‐ σεις. *Πολιτικόν. χρηματικόν.* Πολιορκεῖ. ἀντὶ τοῦ πολεμεῖ.</w:t>
      </w:r>
    </w:p>
    <w:p>
      <w:r>
        <w:rPr>
          <w:rFonts w:ascii="Courier New" w:hAnsi="Courier New"/>
          <w:color w:val="555555"/>
          <w:sz w:val="20"/>
        </w:rPr>
        <w:t>[25]</w:t>
      </w:r>
    </w:p>
    <w:p>
      <w:r>
        <w:rPr>
          <w:rFonts w:ascii="Gentium Plus" w:hAnsi="Gentium Plus"/>
          <w:sz w:val="24"/>
        </w:rPr>
        <w:t>Πολεύω. ζητῶ. Πολῶ. τὸ ἀναστρέφομαι. Πολίζω. πόλεις κτίζω, ἢ οἰκίζω. καὶ πολίσας. πολίσας τὴν ἔρημον. Πολεμησείω. ἐπιθυμῶ πολέμου.</w:t>
      </w:r>
    </w:p>
    <w:p>
      <w:r>
        <w:rPr>
          <w:rFonts w:ascii="Courier New" w:hAnsi="Courier New"/>
          <w:color w:val="555555"/>
          <w:sz w:val="20"/>
        </w:rPr>
        <w:t>[30]</w:t>
      </w:r>
    </w:p>
    <w:p>
      <w:r>
        <w:rPr>
          <w:rFonts w:ascii="Gentium Plus" w:hAnsi="Gentium Plus"/>
          <w:sz w:val="24"/>
        </w:rPr>
        <w:t>Πομπεύει. προοδοποιεῖται. ὀψικεύει. καὶ πομ‐ πεύεται.</w:t>
      </w:r>
    </w:p>
    <w:p>
      <w:r>
        <w:rPr>
          <w:rFonts w:ascii="Courier New" w:hAnsi="Courier New"/>
          <w:color w:val="555555"/>
          <w:sz w:val="20"/>
        </w:rPr>
        <w:t>[pi 1570]</w:t>
      </w:r>
    </w:p>
    <w:p>
      <w:r>
        <w:rPr>
          <w:rFonts w:ascii="Gentium Plus" w:hAnsi="Gentium Plus"/>
          <w:sz w:val="24"/>
        </w:rPr>
        <w:t>Ποιμαίνει. βόσκει ἢ διδάσκει. Πονεύμενον. ἐπιπονοῦντα· μαχόμενον. πονεό‐ μενον, πονεύμενον. Πονηρεύω. παρὰ τὸ πονῶ, πονήσω, πονηρὸς, ὡς</w:t>
      </w:r>
    </w:p>
    <w:p>
      <w:r>
        <w:rPr>
          <w:rFonts w:ascii="Courier New" w:hAnsi="Courier New"/>
          <w:color w:val="555555"/>
          <w:sz w:val="20"/>
        </w:rPr>
        <w:t>[5]</w:t>
      </w:r>
    </w:p>
    <w:p>
      <w:r>
        <w:rPr>
          <w:rFonts w:ascii="Gentium Plus" w:hAnsi="Gentium Plus"/>
          <w:sz w:val="24"/>
        </w:rPr>
        <w:t>ὀδύνω, ὀδυνήσω, ὀδυνηρός. τὸ πονῶ παρὰ τὸ πόνος, τὸ δὲ πόνος παρὰ τὸ πένω, τὸ ἐνεργῶ καὶ κάμνω. Ποππύζεσθαι. κυλακεύεσθαι. εἴρηται δὲ ἐπὶ τῶν ἀνημέρων ἵππων καὶ ἀγυμνάστων. ἔστι δὲ</w:t>
      </w:r>
    </w:p>
    <w:p>
      <w:r>
        <w:rPr>
          <w:rFonts w:ascii="Courier New" w:hAnsi="Courier New"/>
          <w:color w:val="555555"/>
          <w:sz w:val="20"/>
        </w:rPr>
        <w:t>[10]</w:t>
      </w:r>
    </w:p>
    <w:p>
      <w:r>
        <w:rPr>
          <w:rFonts w:ascii="Gentium Plus" w:hAnsi="Gentium Plus"/>
          <w:sz w:val="24"/>
        </w:rPr>
        <w:t>ἡ λέξις πεποιημένη. Πορσύνω, καὶ πορσαίνω, καὶ πορσανέουσα. σημαίνει τὸ εὐτρεπίζω. ἀπὸ τοῦ πόρος, πο‐ ρῶ, πορύνω, καὶ πλεονασμῷ τοῦ ς πορσύνω καὶ πορσαίνω, ὁ μέλλων πορσανῶ, ἡ μετοχὴ πορ‐</w:t>
      </w:r>
    </w:p>
    <w:p>
      <w:r>
        <w:rPr>
          <w:rFonts w:ascii="Courier New" w:hAnsi="Courier New"/>
          <w:color w:val="555555"/>
          <w:sz w:val="20"/>
        </w:rPr>
        <w:t>[15]</w:t>
      </w:r>
    </w:p>
    <w:p>
      <w:r>
        <w:rPr>
          <w:rFonts w:ascii="Gentium Plus" w:hAnsi="Gentium Plus"/>
          <w:sz w:val="24"/>
        </w:rPr>
        <w:t>σανῶν καὶ τὸ θηλυκὸν πορσανοῦσα, καὶ πλεο‐ νασμῷ τοῦ ε πορσανέουσα. πορσύνω καὶ ἀντὶ τοῦ ἐρεθίζω. Πορφύρω. τὸ βουλεύομαι. παρὰ τὸ φέρειν τὸν νοῦν ὧδε κἀκεῖσε. καὶ πορφύρειν τὸ κατὰ βά‐</w:t>
      </w:r>
    </w:p>
    <w:p>
      <w:r>
        <w:rPr>
          <w:rFonts w:ascii="Courier New" w:hAnsi="Courier New"/>
          <w:color w:val="555555"/>
          <w:sz w:val="20"/>
        </w:rPr>
        <w:t>[20]</w:t>
      </w:r>
    </w:p>
    <w:p>
      <w:r>
        <w:rPr>
          <w:rFonts w:ascii="Gentium Plus" w:hAnsi="Gentium Plus"/>
          <w:sz w:val="24"/>
        </w:rPr>
        <w:t>θος μεριμνᾷν. Ποτινίσσεται. προσέρχεται· ὅ ἐστιν ἀνάκει‐ ται. ἀπὸ τοῦ ἴμι τοῦ διὰ τοῦ ι, τοῦ σημαίνον‐ τος τὸ πορεύομαι. Ποτνιώμενοι. παρακαλοῦντες. ἐξιλεούμενοι.</w:t>
      </w:r>
    </w:p>
    <w:p>
      <w:r>
        <w:rPr>
          <w:rFonts w:ascii="Courier New" w:hAnsi="Courier New"/>
          <w:color w:val="555555"/>
          <w:sz w:val="20"/>
        </w:rPr>
        <w:t>[25]</w:t>
      </w:r>
    </w:p>
    <w:p>
      <w:r>
        <w:rPr>
          <w:rFonts w:ascii="Gentium Plus" w:hAnsi="Gentium Plus"/>
          <w:sz w:val="24"/>
        </w:rPr>
        <w:t>ἐλεεινὰ ῥήματα λέγοντες. καὶ ποτνιᾶσθαι. κυ‐ ριώτερον ἄν τις φήσει ἐπὶ γυναικῶν, ὅταν κα‐ κόν τι πάσχωσιν, ἱκετευουσῶν. Ποτώμενος. μέγα. πετόμενος δὲ, μικρόν.</w:t>
      </w:r>
    </w:p>
    <w:p>
      <w:pPr>
        <w:jc w:val="center"/>
      </w:pPr>
      <w:r>
        <w:rPr>
          <w:rFonts w:ascii="Gentium Plus" w:hAnsi="Gentium Plus"/>
          <w:b/>
          <w:sz w:val="24"/>
        </w:rPr>
        <w:t>(Ἐπίῤῥημα.)</w:t>
      </w:r>
    </w:p>
    <w:p>
      <w:r>
        <w:rPr>
          <w:rFonts w:ascii="Courier New" w:hAnsi="Courier New"/>
          <w:color w:val="555555"/>
          <w:sz w:val="20"/>
        </w:rPr>
        <w:t>[30]</w:t>
      </w:r>
    </w:p>
    <w:p>
      <w:r>
        <w:rPr>
          <w:rFonts w:ascii="Gentium Plus" w:hAnsi="Gentium Plus"/>
          <w:sz w:val="24"/>
        </w:rPr>
        <w:t>Ποῖ γῆς. εἰς ποῖον τόπον. Πολλαχῶς. ἀναριθμήτως. καὶ πολλαχῆ.</w:t>
      </w:r>
    </w:p>
    <w:p>
      <w:r>
        <w:rPr>
          <w:rFonts w:ascii="Courier New" w:hAnsi="Courier New"/>
          <w:color w:val="555555"/>
          <w:sz w:val="20"/>
        </w:rPr>
        <w:t>[pi 1571]</w:t>
      </w:r>
    </w:p>
    <w:p>
      <w:r>
        <w:rPr>
          <w:rFonts w:ascii="Gentium Plus" w:hAnsi="Gentium Plus"/>
          <w:sz w:val="24"/>
        </w:rPr>
        <w:t>Πόῤῥω. μακράν. παρὰ τὴν πρὸ πρόθεσιν πρόσω, καὶ μεταθέσει πόρσω καὶ τροπῇ τοῦ ς εἰς ρ πόῤῥω. Ποσῶς. μερικῶς.</w:t>
      </w:r>
    </w:p>
    <w:p>
      <w:r>
        <w:rPr>
          <w:rFonts w:ascii="Courier New" w:hAnsi="Courier New"/>
          <w:color w:val="555555"/>
          <w:sz w:val="20"/>
        </w:rPr>
        <w:t>[5]</w:t>
      </w:r>
    </w:p>
    <w:p>
      <w:r>
        <w:rPr>
          <w:rFonts w:ascii="Gentium Plus" w:hAnsi="Gentium Plus"/>
          <w:sz w:val="24"/>
        </w:rPr>
        <w:t>Πόσε. ἀντὶ τοῦ ποῦ. Ποσαχῶς. πλειστάκις. Ποσαπλῶς. ἀντὶ τοῦ πολλαπλῶς. Ποταμηδόν. δίκην ποταμοῦ. Ποταινί. προσφάτως.</w:t>
      </w:r>
    </w:p>
    <w:p>
      <w:r>
        <w:rPr>
          <w:rFonts w:ascii="Courier New" w:hAnsi="Courier New"/>
          <w:color w:val="555555"/>
          <w:sz w:val="20"/>
        </w:rPr>
        <w:t>[10]</w:t>
      </w:r>
    </w:p>
    <w:p>
      <w:r>
        <w:rPr>
          <w:rFonts w:ascii="Gentium Plus" w:hAnsi="Gentium Plus"/>
          <w:sz w:val="24"/>
        </w:rPr>
        <w:t>Πολυμερῶς. διαφόρως καὶ ποικίλως. ὁ Ἀπόστο‐ λος· πολυμερῶς καὶ πολυτρόπως.</w:t>
      </w:r>
    </w:p>
    <w:p>
      <w:pPr>
        <w:jc w:val="center"/>
      </w:pPr>
      <w:r>
        <w:rPr>
          <w:rFonts w:ascii="Gentium Plus" w:hAnsi="Gentium Plus"/>
          <w:b/>
          <w:sz w:val="24"/>
        </w:rPr>
        <w:t>Τὸ Π μετὰ τοῦ Ρ.</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Πράμνειος. οἶνος ἀπὸ Πραμνείας οὕτω καλου‐</w:t>
      </w:r>
    </w:p>
    <w:p>
      <w:r>
        <w:rPr>
          <w:rFonts w:ascii="Courier New" w:hAnsi="Courier New"/>
          <w:color w:val="555555"/>
          <w:sz w:val="20"/>
        </w:rPr>
        <w:t>[15]</w:t>
      </w:r>
    </w:p>
    <w:p>
      <w:r>
        <w:rPr>
          <w:rFonts w:ascii="Gentium Plus" w:hAnsi="Gentium Plus"/>
          <w:sz w:val="24"/>
        </w:rPr>
        <w:t>μένης ἀμπέλου. ἢ παρὰ τὸ πραΰνειν τὸ μένος. Πρανοῦς. κατωφεροῦς. Πρακτικός. ὅστις μετὰ τῶν λοιπῶν μερῶν τοῦ σώματος καὶ τῆς χειρὸς πράττει. οἷον τέκτων, χαλκεὺς, καὶ τὰ ὅμοια. λογικὴ δὲ καὶ πρακτι‐</w:t>
      </w:r>
    </w:p>
    <w:p>
      <w:r>
        <w:rPr>
          <w:rFonts w:ascii="Courier New" w:hAnsi="Courier New"/>
          <w:color w:val="555555"/>
          <w:sz w:val="20"/>
        </w:rPr>
        <w:t>[20]</w:t>
      </w:r>
    </w:p>
    <w:p>
      <w:r>
        <w:rPr>
          <w:rFonts w:ascii="Gentium Plus" w:hAnsi="Gentium Plus"/>
          <w:sz w:val="24"/>
        </w:rPr>
        <w:t>κὴ διαφέρει, ὅτι τὴν μὲν λογικὴν μόνος ὁ ἄν‐ θρωπος ἐπίσταται, τὴν δὲ πρακτικὴν καί τινα τῶν ἀλόγων ζώων. Πρᾷος. θυμοῦ καὶ ἐπιθυμίας παντελὴς πρὸς τὰ παρὰ φύσιν ἀκινησία. καὶ πραεῖς οἱ μὴ ὀξύῤ‐</w:t>
      </w:r>
    </w:p>
    <w:p>
      <w:r>
        <w:rPr>
          <w:rFonts w:ascii="Courier New" w:hAnsi="Courier New"/>
          <w:color w:val="555555"/>
          <w:sz w:val="20"/>
        </w:rPr>
        <w:t>[25]</w:t>
      </w:r>
    </w:p>
    <w:p>
      <w:r>
        <w:rPr>
          <w:rFonts w:ascii="Gentium Plus" w:hAnsi="Gentium Plus"/>
          <w:sz w:val="24"/>
        </w:rPr>
        <w:t>ῥοποι πρὸς τὰς ἐμπαθεῖς τῆς ψυχῆς κινήσεις, ἀλλὰ κατεσταλμένοι τῷ λόγῳ. ὡς τό· μακά‐ ριοι οἱ πραεῖς. ἡ φύσις γὰρ πρὸς κακίαν εὔ‐ κολός ἐστι καὶ ὀξύῤῥοπος ἐπὶ τὸ χεῖρον. καὶ πραότης ἡ βραδεῖα τὲ καὶ δυσκίνητος ἕξις. οὐ</w:t>
      </w:r>
    </w:p>
    <w:p>
      <w:r>
        <w:rPr>
          <w:rFonts w:ascii="Courier New" w:hAnsi="Courier New"/>
          <w:color w:val="555555"/>
          <w:sz w:val="20"/>
        </w:rPr>
        <w:t>[30]</w:t>
      </w:r>
    </w:p>
    <w:p>
      <w:r>
        <w:rPr>
          <w:rFonts w:ascii="Gentium Plus" w:hAnsi="Gentium Plus"/>
          <w:sz w:val="24"/>
        </w:rPr>
        <w:t>γὰρ καθόλου τὴν ἀπάθειαν τῇ ἀνθρωπίνῃ φύ‐</w:t>
      </w:r>
    </w:p>
    <w:p>
      <w:r>
        <w:rPr>
          <w:rFonts w:ascii="Courier New" w:hAnsi="Courier New"/>
          <w:color w:val="555555"/>
          <w:sz w:val="20"/>
        </w:rPr>
        <w:t>[pi 1572]</w:t>
      </w:r>
    </w:p>
    <w:p>
      <w:r>
        <w:rPr>
          <w:rFonts w:ascii="Gentium Plus" w:hAnsi="Gentium Plus"/>
          <w:sz w:val="24"/>
        </w:rPr>
        <w:t>λῳ ζωῇ τὸ ἄϋλον. εἴρηται δὲ παρὰ τὸ πάντα ῥᾳδίως ποιεῖν. Πραίκων. ὁ κήρυξ. Πραιπόσιτος. τὸ ἀξίωμα. καὶ πραιτέξτατος.</w:t>
      </w:r>
    </w:p>
    <w:p>
      <w:r>
        <w:rPr>
          <w:rFonts w:ascii="Courier New" w:hAnsi="Courier New"/>
          <w:color w:val="555555"/>
          <w:sz w:val="20"/>
        </w:rPr>
        <w:t>[5]</w:t>
      </w:r>
    </w:p>
    <w:p>
      <w:r>
        <w:rPr>
          <w:rFonts w:ascii="Gentium Plus" w:hAnsi="Gentium Plus"/>
          <w:sz w:val="24"/>
        </w:rPr>
        <w:t>Πραίσιοι. ζῶα. Πρέμνος. ὁ κλάδος. Πρευμενής. ὁ ἄγαν εὐμενής. ἀπὸ τοῦ πρᾷος καὶ εὐμενής. Πρέσβις. ὁ παρακλήτωρ, ἢ ὁ ἀποκρισιάριος. παρὰ</w:t>
      </w:r>
    </w:p>
    <w:p>
      <w:r>
        <w:rPr>
          <w:rFonts w:ascii="Courier New" w:hAnsi="Courier New"/>
          <w:color w:val="555555"/>
          <w:sz w:val="20"/>
        </w:rPr>
        <w:t>[10]</w:t>
      </w:r>
    </w:p>
    <w:p>
      <w:r>
        <w:rPr>
          <w:rFonts w:ascii="Gentium Plus" w:hAnsi="Gentium Plus"/>
          <w:sz w:val="24"/>
        </w:rPr>
        <w:t>τὸ πρέσβις, πρέσβιος, πρέσβεες, πρέσβεις, ἡ εὐθεῖα τῶν πληθυντικῶν. ὡς ὄφις, ὄφιος, ὄφεες, ὄφεις. παρὰ τὸ πρεσβεῦσαι. Πρέσβυς καὶ πρεσβύτης. ἀπὸ ἐτῶν ἑξηκονταεν‐ νέα μέχρι τέλους. παρὰ τὸ προβεβηκέναι τὴν</w:t>
      </w:r>
    </w:p>
    <w:p>
      <w:r>
        <w:rPr>
          <w:rFonts w:ascii="Courier New" w:hAnsi="Courier New"/>
          <w:color w:val="555555"/>
          <w:sz w:val="20"/>
        </w:rPr>
        <w:t>[15]</w:t>
      </w:r>
    </w:p>
    <w:p>
      <w:r>
        <w:rPr>
          <w:rFonts w:ascii="Gentium Plus" w:hAnsi="Gentium Plus"/>
          <w:sz w:val="24"/>
        </w:rPr>
        <w:t>ἥβην. Πρηγορεών. ὁ λαιμὸς ἢ τόπος, ὅπου ἀγείρεται ἡ τροφή. παρὰ τὸ ἀγεῖραι. οὕτως λέγει Ἀπολ‐ λώνιος. Πρηνής. ἐπὶ πρόσωπον πεσὼν ἢ τοὔμπροσθεν ἐπὶ</w:t>
      </w:r>
    </w:p>
    <w:p>
      <w:r>
        <w:rPr>
          <w:rFonts w:ascii="Courier New" w:hAnsi="Courier New"/>
          <w:color w:val="555555"/>
          <w:sz w:val="20"/>
        </w:rPr>
        <w:t>[20]</w:t>
      </w:r>
    </w:p>
    <w:p>
      <w:r>
        <w:rPr>
          <w:rFonts w:ascii="Gentium Plus" w:hAnsi="Gentium Plus"/>
          <w:sz w:val="24"/>
        </w:rPr>
        <w:t>στόμα. παρὰ τὸ πρόσω νενευκέναι πρενὴς καὶ πρηνής. †Πρηνὴς γενόμενος. ἤγουν πεπρησμένος, ἐξωγ‐ κωμένος.† Πρηστήρ. κεραυνός· ἢ ἀστραπὴ φλογίζουσα. ἐκ</w:t>
      </w:r>
    </w:p>
    <w:p>
      <w:r>
        <w:rPr>
          <w:rFonts w:ascii="Courier New" w:hAnsi="Courier New"/>
          <w:color w:val="555555"/>
          <w:sz w:val="20"/>
        </w:rPr>
        <w:t>[25]</w:t>
      </w:r>
    </w:p>
    <w:p>
      <w:r>
        <w:rPr>
          <w:rFonts w:ascii="Gentium Plus" w:hAnsi="Gentium Plus"/>
          <w:sz w:val="24"/>
        </w:rPr>
        <w:t>τοῦ πρήθω, τὸ καίω. τὸ δὲ πρήθω παρὰ τὸ αἴ‐ θω, τὸ καίω. Πρηῶνος. τῆς ἐξοχῆς τοῦ ὄρους. πρίονος δὲ τοῦ ἐργαλείου, ι, καὶ μικρόν. Πρηνᾶς. ἰχθύος ὄνομα.</w:t>
      </w:r>
    </w:p>
    <w:p>
      <w:r>
        <w:rPr>
          <w:rFonts w:ascii="Courier New" w:hAnsi="Courier New"/>
          <w:color w:val="555555"/>
          <w:sz w:val="20"/>
        </w:rPr>
        <w:t>[30]</w:t>
      </w:r>
    </w:p>
    <w:p>
      <w:r>
        <w:rPr>
          <w:rFonts w:ascii="Gentium Plus" w:hAnsi="Gentium Plus"/>
          <w:sz w:val="24"/>
        </w:rPr>
        <w:t>Πρῆστις. ζῶον. Πριόνωτος. ἰχθὺς καὶ ὄφις. Πρίων. τὸ ἐργαλεῖον.</w:t>
      </w:r>
    </w:p>
    <w:p>
      <w:r>
        <w:rPr>
          <w:rFonts w:ascii="Courier New" w:hAnsi="Courier New"/>
          <w:color w:val="555555"/>
          <w:sz w:val="20"/>
        </w:rPr>
        <w:t>[pi 1573]</w:t>
      </w:r>
    </w:p>
    <w:p>
      <w:r>
        <w:rPr>
          <w:rFonts w:ascii="Gentium Plus" w:hAnsi="Gentium Plus"/>
          <w:sz w:val="24"/>
        </w:rPr>
        <w:t>†Πρόβλαστος. ὁ Διόνυσος.† †Προκόπης. ὁ ἔμπροσθεν κόπτων.† †Προνότης. ὁ πρόχειρος.† †Πρόσπαιος. πρόσφατος.†</w:t>
      </w:r>
    </w:p>
    <w:p>
      <w:r>
        <w:rPr>
          <w:rFonts w:ascii="Courier New" w:hAnsi="Courier New"/>
          <w:color w:val="555555"/>
          <w:sz w:val="20"/>
        </w:rPr>
        <w:t>[5]</w:t>
      </w:r>
    </w:p>
    <w:p>
      <w:r>
        <w:rPr>
          <w:rFonts w:ascii="Gentium Plus" w:hAnsi="Gentium Plus"/>
          <w:sz w:val="24"/>
        </w:rPr>
        <w:t>†Προτρυγαῖος. βότρυς.† †Προύνεικος. ὁ ὑβριστής.† †Προφερέστατος. κρείττων. ἔνδοξος. ἢ προ‐ τιμότερος.† Προσφορώτατος. ὁ τῷ καιρῷ, ἐπιτηδειότατος καὶ</w:t>
      </w:r>
    </w:p>
    <w:p>
      <w:r>
        <w:rPr>
          <w:rFonts w:ascii="Courier New" w:hAnsi="Courier New"/>
          <w:color w:val="555555"/>
          <w:sz w:val="20"/>
        </w:rPr>
        <w:t>[10]</w:t>
      </w:r>
    </w:p>
    <w:p>
      <w:r>
        <w:rPr>
          <w:rFonts w:ascii="Gentium Plus" w:hAnsi="Gentium Plus"/>
          <w:sz w:val="24"/>
        </w:rPr>
        <w:t>ἁρμοδιώτατος, ἢ ὁ ποριμώτατος. Προασπιστής. ὁ βοηθὸς, ὁ πρόμαχος. Πρόβολος. πρόμαχος, ἢ λίθος παραθαλάσσιος, ὃς προβέβληται πρὸ τῶν θαλασσίων τειχῶν. Προβλῆτι. προβεβλημένῳ καὶ προνενευκότι εἰς</w:t>
      </w:r>
    </w:p>
    <w:p>
      <w:r>
        <w:rPr>
          <w:rFonts w:ascii="Courier New" w:hAnsi="Courier New"/>
          <w:color w:val="555555"/>
          <w:sz w:val="20"/>
        </w:rPr>
        <w:t>[15]</w:t>
      </w:r>
    </w:p>
    <w:p>
      <w:r>
        <w:rPr>
          <w:rFonts w:ascii="Gentium Plus" w:hAnsi="Gentium Plus"/>
          <w:sz w:val="24"/>
        </w:rPr>
        <w:t>θάλασσαν. προβλὴς, προβλῆτος, προβλῆτι. Πρόχειρος. ἕτοιμος. Πρόπολος. ὁ δοῦλος, ὁ ὑπηρέτης. *Προσκευθμένος. προσκεκρουμένος.* Προσήλυτος. ὁ ἀπὸ ξένης ἐλθὼν καὶ πρόξενος.</w:t>
      </w:r>
    </w:p>
    <w:p>
      <w:r>
        <w:rPr>
          <w:rFonts w:ascii="Courier New" w:hAnsi="Courier New"/>
          <w:color w:val="555555"/>
          <w:sz w:val="20"/>
        </w:rPr>
        <w:t>[20]</w:t>
      </w:r>
    </w:p>
    <w:p>
      <w:r>
        <w:rPr>
          <w:rFonts w:ascii="Gentium Plus" w:hAnsi="Gentium Plus"/>
          <w:sz w:val="24"/>
        </w:rPr>
        <w:t>Προΐκτης. πένης, προσαίτης. ἡ πρὸ ἀντὶ τῆς παρά. παρὰ τὸ ἱκνεῖσθαι. τινὲς δὲ παρὰ τὸ ἵζεσθαι. ὅ ἐστι δωρεάν τι λαμβάνειν. ὡς Ἀρ‐ χίλοχος· ἐμεῦ δ’ ἐκεῖνος οὐ καταπροΐζεται.</w:t>
      </w:r>
    </w:p>
    <w:p>
      <w:r>
        <w:rPr>
          <w:rFonts w:ascii="Courier New" w:hAnsi="Courier New"/>
          <w:color w:val="555555"/>
          <w:sz w:val="20"/>
        </w:rPr>
        <w:t>[25]</w:t>
      </w:r>
    </w:p>
    <w:p>
      <w:r>
        <w:rPr>
          <w:rFonts w:ascii="Gentium Plus" w:hAnsi="Gentium Plus"/>
          <w:sz w:val="24"/>
        </w:rPr>
        <w:t>ὁ δὲ Ἡρωδιανὸς ἀπὸ τοῦ ἴσσω φησίν. ὡς Ἀρ‐ χίλοχος· προτείνω χεῖρα καὶ προΐσσομαι. Προμηθεύς. οἷον προμηδεύς· μεταβολῇ τοῦ δ</w:t>
      </w:r>
    </w:p>
    <w:p>
      <w:r>
        <w:rPr>
          <w:rFonts w:ascii="Courier New" w:hAnsi="Courier New"/>
          <w:color w:val="555555"/>
          <w:sz w:val="20"/>
        </w:rPr>
        <w:t>[pi 1574]</w:t>
      </w:r>
    </w:p>
    <w:p>
      <w:r>
        <w:rPr>
          <w:rFonts w:ascii="Gentium Plus" w:hAnsi="Gentium Plus"/>
          <w:sz w:val="24"/>
        </w:rPr>
        <w:t>Πρόμος. ὁ πρόμαχος, ὁ βοηθός. τινὲς παρὰ τὸ πρόμαχος κατὰ συγκοπήν. βέλτιον δὲ παρὰ τὸ βῶ, τὸ βαίνω, γίνεται πρόβος, ὁ προβαίνων ἐν ταῖς μάχαις, καὶ κατὰ μετάθεσιν τοῦ β εἰς μ,</w:t>
      </w:r>
    </w:p>
    <w:p>
      <w:r>
        <w:rPr>
          <w:rFonts w:ascii="Courier New" w:hAnsi="Courier New"/>
          <w:color w:val="555555"/>
          <w:sz w:val="20"/>
        </w:rPr>
        <w:t>[5]</w:t>
      </w:r>
    </w:p>
    <w:p>
      <w:r>
        <w:rPr>
          <w:rFonts w:ascii="Gentium Plus" w:hAnsi="Gentium Plus"/>
          <w:sz w:val="24"/>
        </w:rPr>
        <w:t>πρόμος. οἱ δὲ παρὰ τὸ νῶ, τὸ πορεύομαι, πρό‐ νος καὶ πρόμος. Πρόμωτος. κύριον. καὶ προμῶτος, ὁ προκόψας, κατὰ Ῥωμαίους· ὅθεν καὶ προμωτίονες, αἱ προ‐ κοπαί. δηλοῖ δὲ καὶ ὁ πόῤῥω ὠθισθείς.</w:t>
      </w:r>
    </w:p>
    <w:p>
      <w:r>
        <w:rPr>
          <w:rFonts w:ascii="Courier New" w:hAnsi="Courier New"/>
          <w:color w:val="555555"/>
          <w:sz w:val="20"/>
        </w:rPr>
        <w:t>[10]</w:t>
      </w:r>
    </w:p>
    <w:p>
      <w:r>
        <w:rPr>
          <w:rFonts w:ascii="Gentium Plus" w:hAnsi="Gentium Plus"/>
          <w:sz w:val="24"/>
        </w:rPr>
        <w:t>Προπετής. ὁ ἄγαν ἐκπίπτων τοῦ δέοντος. ἔμφα‐ σιν γὰρ δηλοῖ ἐπιτάσεως. [παρὰ τὸ πετῶ ῥῆμα, ὃ σημαίνει τὸ πίπτω, καὶ τὴν πρὸ πρόθεσιν, ὅ ἐστιν ἐπιτάσεως.] Πρόσφατος. κυρίως ἐπὶ τοῦ νεωστὶ πεφονευμέ‐</w:t>
      </w:r>
    </w:p>
    <w:p>
      <w:r>
        <w:rPr>
          <w:rFonts w:ascii="Courier New" w:hAnsi="Courier New"/>
          <w:color w:val="555555"/>
          <w:sz w:val="20"/>
        </w:rPr>
        <w:t>[15]</w:t>
      </w:r>
    </w:p>
    <w:p>
      <w:r>
        <w:rPr>
          <w:rFonts w:ascii="Gentium Plus" w:hAnsi="Gentium Plus"/>
          <w:sz w:val="24"/>
        </w:rPr>
        <w:t>νου. ἐκ τοῦ φῶ, τὸ φονεύω, γίνεται παράγωγον φημὶ, ἐξ οὗ τό· —πέφαται δ’ ἄριστος Ἀχαιῶν. καὶ ἀρηΐφατος. Προσδιορισμός. πρόσρημα σημαῖνον, ἐπὶ πόσον</w:t>
      </w:r>
    </w:p>
    <w:p>
      <w:r>
        <w:rPr>
          <w:rFonts w:ascii="Courier New" w:hAnsi="Courier New"/>
          <w:color w:val="555555"/>
          <w:sz w:val="20"/>
        </w:rPr>
        <w:t>[20]</w:t>
      </w:r>
    </w:p>
    <w:p>
      <w:r>
        <w:rPr>
          <w:rFonts w:ascii="Gentium Plus" w:hAnsi="Gentium Plus"/>
          <w:sz w:val="24"/>
        </w:rPr>
        <w:t>ὑπάρχει τὸ κατηγορούμενον τῷ ὑποκειμένῳ. καὶ ὁ μὲν προσδιορισμὸς τὸ ποσὸν σημαίνει, ὁ δὲ τρόπος τὸ ποιόν. τὸ ποσὸν, οἷον, πᾶς ἄνθρω‐ πος, τὶς ἄνθρωπος· τὸ ποιὸν, βαδίζει ἢ οὐ βαδίζει.</w:t>
      </w:r>
    </w:p>
    <w:p>
      <w:r>
        <w:rPr>
          <w:rFonts w:ascii="Courier New" w:hAnsi="Courier New"/>
          <w:color w:val="555555"/>
          <w:sz w:val="20"/>
        </w:rPr>
        <w:t>[25]</w:t>
      </w:r>
    </w:p>
    <w:p>
      <w:r>
        <w:rPr>
          <w:rFonts w:ascii="Gentium Plus" w:hAnsi="Gentium Plus"/>
          <w:sz w:val="24"/>
        </w:rPr>
        <w:t>Πρόσφυξ. ὁ προφεύγων ἐν ἐκκλησίαις. Προπάτωρ. ὁ πρόγονος. Πρόσγειος. ὁ ταπεινὸς, ἢ ὁ περὶ τὰ γήϊνα ἀσχολούμενος.</w:t>
      </w:r>
    </w:p>
    <w:p>
      <w:r>
        <w:rPr>
          <w:rFonts w:ascii="Courier New" w:hAnsi="Courier New"/>
          <w:color w:val="555555"/>
          <w:sz w:val="20"/>
        </w:rPr>
        <w:t>[pi 1575]</w:t>
      </w:r>
    </w:p>
    <w:p>
      <w:r>
        <w:rPr>
          <w:rFonts w:ascii="Gentium Plus" w:hAnsi="Gentium Plus"/>
          <w:sz w:val="24"/>
        </w:rPr>
        <w:t>Πρόοδοι. οἱ ἔμπροσθεν ὀψικεύοντες. Πρότονες. τὰ σχοινία. Προώλης. ὁ πανώλης. Προφορικὸς λόγος ἐστὶ ῥημάτων σύνθεσις. κατὰ</w:t>
      </w:r>
    </w:p>
    <w:p>
      <w:r>
        <w:rPr>
          <w:rFonts w:ascii="Courier New" w:hAnsi="Courier New"/>
          <w:color w:val="555555"/>
          <w:sz w:val="20"/>
        </w:rPr>
        <w:t>[5]</w:t>
      </w:r>
    </w:p>
    <w:p>
      <w:r>
        <w:rPr>
          <w:rFonts w:ascii="Gentium Plus" w:hAnsi="Gentium Plus"/>
          <w:sz w:val="24"/>
        </w:rPr>
        <w:t>περίφρασιν δὲ λέγεται συμπεριεκτικὸς, ὡσανεὶ περίφρασίς ἐστι βεβαίωσις, ἢ ἀπόδειξις τῶν ἤδη σαφηνισθέντων. Προφήτης. ὁ προγνώστης τινῶν οὐ κατὰ φύσιν, ἀλλὰ κατ’ ἐνέργειαν πνεύματος ἁγίου. ἢ ὁ δι’</w:t>
      </w:r>
    </w:p>
    <w:p>
      <w:r>
        <w:rPr>
          <w:rFonts w:ascii="Courier New" w:hAnsi="Courier New"/>
          <w:color w:val="555555"/>
          <w:sz w:val="20"/>
        </w:rPr>
        <w:t>[10]</w:t>
      </w:r>
    </w:p>
    <w:p>
      <w:r>
        <w:rPr>
          <w:rFonts w:ascii="Gentium Plus" w:hAnsi="Gentium Plus"/>
          <w:sz w:val="24"/>
        </w:rPr>
        <w:t>ἐνεργείας πνευματικῆς τὰ μέλλοντα δηλῶν. εἴ‐ ρηται δὲ ἐκ τοῦ προφῶ, τὸ προλέγω· φῶ γὰρ τὸ λέγω ἐστί. Πρύλις. ὁ πεζὸς ὁπλίτης. ὡς δαμῶ, δαμάζω, δάμαλις, οὕτως περῶ, περόω, περύλις, καὶ</w:t>
      </w:r>
    </w:p>
    <w:p>
      <w:r>
        <w:rPr>
          <w:rFonts w:ascii="Courier New" w:hAnsi="Courier New"/>
          <w:color w:val="555555"/>
          <w:sz w:val="20"/>
        </w:rPr>
        <w:t>[15]</w:t>
      </w:r>
    </w:p>
    <w:p>
      <w:r>
        <w:rPr>
          <w:rFonts w:ascii="Gentium Plus" w:hAnsi="Gentium Plus"/>
          <w:sz w:val="24"/>
        </w:rPr>
        <w:t>συγκοπῇ πρύλις. Πρύτανις. ὁ ταμίας, ὁ διοικητής· ὁ βοηθός. Πρωτότοκος. οὗ ἄλλος οὐ προετέχθη, καὶ μεθ’ ὃν οὐ γεγόνασι ἕτεροι. Πρωκτός. ὁ ἀφεδρών. πρόακτός τις ἐστι. πα‐</w:t>
      </w:r>
    </w:p>
    <w:p>
      <w:r>
        <w:rPr>
          <w:rFonts w:ascii="Courier New" w:hAnsi="Courier New"/>
          <w:color w:val="555555"/>
          <w:sz w:val="20"/>
        </w:rPr>
        <w:t>[20]</w:t>
      </w:r>
    </w:p>
    <w:p>
      <w:r>
        <w:rPr>
          <w:rFonts w:ascii="Gentium Plus" w:hAnsi="Gentium Plus"/>
          <w:sz w:val="24"/>
        </w:rPr>
        <w:t>ρὰ τὸ δι’ αὐτοῦ προάγεσθαι τὰ περιττώματα. Πρώονες. οἱ ὑψηλοὶ τόποι. παρὰ τὴν πρὸ πρό‐ θεσιν καὶ [τὴν ἰὼν μετοχὴν γέγονε προΐων καὶ προὼν καὶ κατὰ συναίρεσιν πρὼν, πρωνὸς, πρῶ‐ νες καὶ πλεονασμῷ τοῦ ο πρώονες.]</w:t>
      </w:r>
    </w:p>
    <w:p>
      <w:r>
        <w:rPr>
          <w:rFonts w:ascii="Courier New" w:hAnsi="Courier New"/>
          <w:color w:val="555555"/>
          <w:sz w:val="20"/>
        </w:rPr>
        <w:t>[25]</w:t>
      </w:r>
    </w:p>
    <w:p>
      <w:r>
        <w:rPr>
          <w:rFonts w:ascii="Gentium Plus" w:hAnsi="Gentium Plus"/>
          <w:sz w:val="24"/>
        </w:rPr>
        <w:t>[Πρῶτος. παρὰ τὴν πρὸ πρόθεσιν καὶ] καθ’ ὑπέρ‐ θεσιν πρότατος, καὶ κατ’ ἀποβολὴν τοῦ τ πρόατος, καὶ κατὰ κρᾶσιν τοῦ αο εἰς ω μέγα πρῶτος. ὅθεν οἱ Δωριεῖς πρῶτο λέγουσι κατὰ συγκοπήν. παρὰ δὲ τὴν πρὸ καὶ τὸ πρότερος</w:t>
      </w:r>
    </w:p>
    <w:p>
      <w:r>
        <w:rPr>
          <w:rFonts w:ascii="Courier New" w:hAnsi="Courier New"/>
          <w:color w:val="555555"/>
          <w:sz w:val="20"/>
        </w:rPr>
        <w:t>[30]</w:t>
      </w:r>
    </w:p>
    <w:p>
      <w:r>
        <w:rPr>
          <w:rFonts w:ascii="Gentium Plus" w:hAnsi="Gentium Plus"/>
          <w:sz w:val="24"/>
        </w:rPr>
        <w:t>παρῆκται.</w:t>
      </w:r>
    </w:p>
    <w:p>
      <w:r>
        <w:rPr>
          <w:rFonts w:ascii="Courier New" w:hAnsi="Courier New"/>
          <w:color w:val="555555"/>
          <w:sz w:val="20"/>
        </w:rPr>
        <w:t>[pi 1576]</w:t>
      </w:r>
    </w:p>
    <w:p>
      <w:r>
        <w:rPr>
          <w:rFonts w:ascii="Gentium Plus" w:hAnsi="Gentium Plus"/>
          <w:sz w:val="24"/>
        </w:rPr>
        <w:t>Προύνικος. εὐκίνητος. τοῦ Ψελλοῦ· προύνικος ὁ εὐκίνητος, πέριλος τὸ αἰδοῖον· ὁ κύριος τοῦ ἅρματος καλεῖται παραιβάτης.</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Πραπίδες. φρένες, διάνοιαι, φρονήσεις. ἔστι ῥῆμα ἱῶ, τὸ πέμπω, ὅπερ ἐν συνθέσει γίνεται προϊῶ, κατὰ συγκοπὴν πρῶ καὶ φρῶ. ἐκ τούτου γίνεται φραπὶς καὶ πραπίς. ὡς λέπω, λεπίς. ἀφ’ ἧς προΐενται τὰ βουλεύματα.</w:t>
      </w:r>
    </w:p>
    <w:p>
      <w:r>
        <w:rPr>
          <w:rFonts w:ascii="Courier New" w:hAnsi="Courier New"/>
          <w:color w:val="555555"/>
          <w:sz w:val="20"/>
        </w:rPr>
        <w:t>[10]</w:t>
      </w:r>
    </w:p>
    <w:p>
      <w:r>
        <w:rPr>
          <w:rFonts w:ascii="Gentium Plus" w:hAnsi="Gentium Plus"/>
          <w:sz w:val="24"/>
        </w:rPr>
        <w:t>Πρᾶξις. ἀπαίτησις, ἐνέργεια. Πραϋπάθεια. ἡσυχία· πραΰτης. Πρᾳότης. ἀκίνητος ψυχῆς κατάστασις, ἐν ἀτι‐ μίαις καὶ εὐφημίαις ὡσαύτως ἔχουσα. ἢ πραΰ‐ της ἐστὶ κατάστασις καὶ ἠρέμησις ὀργῆς. ἢ θυ‐</w:t>
      </w:r>
    </w:p>
    <w:p>
      <w:r>
        <w:rPr>
          <w:rFonts w:ascii="Courier New" w:hAnsi="Courier New"/>
          <w:color w:val="555555"/>
          <w:sz w:val="20"/>
        </w:rPr>
        <w:t>[15]</w:t>
      </w:r>
    </w:p>
    <w:p>
      <w:r>
        <w:rPr>
          <w:rFonts w:ascii="Gentium Plus" w:hAnsi="Gentium Plus"/>
          <w:sz w:val="24"/>
        </w:rPr>
        <w:t>μοῦ εὐταξία κατὰ στέρησιν ἡδονῶν προσγινομέ‐ νη φθαρτῶν. Πρᾶξις. πρᾶξις ἐστὶ ψυχῆς λογικῆς ἐνέργεια διὰ σώματος. †πρᾶξις κυρίως ἐστὶ λογικὴ ἐνέργεια, ἧς οὐδὲν τῶν ἀλόγων οἷόν τε κοινωνεῖν.†</w:t>
      </w:r>
    </w:p>
    <w:p>
      <w:r>
        <w:rPr>
          <w:rFonts w:ascii="Courier New" w:hAnsi="Courier New"/>
          <w:color w:val="555555"/>
          <w:sz w:val="20"/>
        </w:rPr>
        <w:t>[20]</w:t>
      </w:r>
    </w:p>
    <w:p>
      <w:r>
        <w:rPr>
          <w:rFonts w:ascii="Gentium Plus" w:hAnsi="Gentium Plus"/>
          <w:sz w:val="24"/>
        </w:rPr>
        <w:t>Πρασιαί. τετράγωνα σχήματα ἐν τῇ γῇ, ἃ ποιοῦσιν οἱ κηπουροί. οἱονεὶ περασίαι τινὲς οὖ‐ σαι, παρὰ τὸ περατοῦσθαι, καὶ κατὰ συγκο‐ πὴν πρασιαί. Πρᾶσις. ἡ ἐπὶ τῆς πραγματείας. οἱονεὶ πέρα‐</w:t>
      </w:r>
    </w:p>
    <w:p>
      <w:r>
        <w:rPr>
          <w:rFonts w:ascii="Courier New" w:hAnsi="Courier New"/>
          <w:color w:val="555555"/>
          <w:sz w:val="20"/>
        </w:rPr>
        <w:t>[25]</w:t>
      </w:r>
    </w:p>
    <w:p>
      <w:r>
        <w:rPr>
          <w:rFonts w:ascii="Gentium Plus" w:hAnsi="Gentium Plus"/>
          <w:sz w:val="24"/>
        </w:rPr>
        <w:t>σίς τις οὖσα, ἡ ἐξ ἑτέρου εἰς ἕτερον μεταβαί‐ νειν ποιοῦσα τὰ πιπρασκόμενα. Πραίδα. ἡ λῃστεία. Πρεσβυγένεια. παλαιοτέρα γένεσις. Πρέσβα. ἐντιμοτάτη, πρεσβυτάτη. ἀπὸ τοῦ</w:t>
      </w:r>
    </w:p>
    <w:p>
      <w:r>
        <w:rPr>
          <w:rFonts w:ascii="Courier New" w:hAnsi="Courier New"/>
          <w:color w:val="555555"/>
          <w:sz w:val="20"/>
        </w:rPr>
        <w:t>[30]</w:t>
      </w:r>
    </w:p>
    <w:p>
      <w:r>
        <w:rPr>
          <w:rFonts w:ascii="Gentium Plus" w:hAnsi="Gentium Plus"/>
          <w:sz w:val="24"/>
        </w:rPr>
        <w:t>πρέσβεια κατὰ συγκοπὴν πρέσβα. οἱονεὶ ἡ πρεσ‐</w:t>
      </w:r>
    </w:p>
    <w:p>
      <w:r>
        <w:rPr>
          <w:rFonts w:ascii="Courier New" w:hAnsi="Courier New"/>
          <w:color w:val="555555"/>
          <w:sz w:val="20"/>
        </w:rPr>
        <w:t>[pi 1577]</w:t>
      </w:r>
    </w:p>
    <w:p>
      <w:r>
        <w:rPr>
          <w:rFonts w:ascii="Gentium Plus" w:hAnsi="Gentium Plus"/>
          <w:sz w:val="24"/>
        </w:rPr>
        <w:t>Πρέσβειρα. ἐντιμοτάτη· παρακλήτρια· πρεσ‐ βεύτρια. Πρῆσις. ἡ πρᾶσις, ἢ ἡ πρᾶξις. πρίσις δὲ ἀπὸ τοῦ πρίζω, ἰῶτα.</w:t>
      </w:r>
    </w:p>
    <w:p>
      <w:r>
        <w:rPr>
          <w:rFonts w:ascii="Courier New" w:hAnsi="Courier New"/>
          <w:color w:val="555555"/>
          <w:sz w:val="20"/>
        </w:rPr>
        <w:t>[5]</w:t>
      </w:r>
    </w:p>
    <w:p>
      <w:r>
        <w:rPr>
          <w:rFonts w:ascii="Gentium Plus" w:hAnsi="Gentium Plus"/>
          <w:sz w:val="24"/>
        </w:rPr>
        <w:t>Πρίσκιλλα. κύριον. Προαίρεσις. ἀδούλωτόν τι χρῆμα καὶ αὐτεξού‐ σιον, ἐν τῇ ἐλευθερίᾳ τῆς διανοίας κείμενον, ἢ αἵρεσις βουλευτικὴ τῶν ἐφ’ ἡμῶν πρακτέων. ἢ προαίρεσις ἐστὶ, δύο τινῶν προκειμένων, τὸ αἱ‐</w:t>
      </w:r>
    </w:p>
    <w:p>
      <w:r>
        <w:rPr>
          <w:rFonts w:ascii="Courier New" w:hAnsi="Courier New"/>
          <w:color w:val="555555"/>
          <w:sz w:val="20"/>
        </w:rPr>
        <w:t>[10]</w:t>
      </w:r>
    </w:p>
    <w:p>
      <w:r>
        <w:rPr>
          <w:rFonts w:ascii="Gentium Plus" w:hAnsi="Gentium Plus"/>
          <w:sz w:val="24"/>
        </w:rPr>
        <w:t>ρεῖσθαι καὶ ἐκλέγεσθαι τοῦτο πρὸ τοῦ ἑτέρου. καὶ τοῦτο φανερὸν, ὅτι βουλή ἐστι μετ’ ἐπικρί‐ σεως ἡ προαίρεσις, καὶ ἐξ αὐτῆς τῆς ἐτυμολο‐ γίας· προαιρετὸν γάρ ἐστι τὸ ἕτερον πρὸ τοῦ ἑτέρου αἱρετόν. οὐδεὶς δὲ προκρίνει τι μὴ βου‐</w:t>
      </w:r>
    </w:p>
    <w:p>
      <w:r>
        <w:rPr>
          <w:rFonts w:ascii="Courier New" w:hAnsi="Courier New"/>
          <w:color w:val="555555"/>
          <w:sz w:val="20"/>
        </w:rPr>
        <w:t>[15]</w:t>
      </w:r>
    </w:p>
    <w:p>
      <w:r>
        <w:rPr>
          <w:rFonts w:ascii="Gentium Plus" w:hAnsi="Gentium Plus"/>
          <w:sz w:val="24"/>
        </w:rPr>
        <w:t>λευσάμενος, οὐδὲ προαιρεῖται μὴ προκρίνας. †Πρόκνη. ῥόπτρον· πάγη θηρίων· τὸ ἐπιπί‐ πτον τῆς πάγης.† †Πρόσκλησιν. προτροπήν.† Προσοχή. νῆψις προσεχὴς, ἀκλινῶς καὶ ἀνε‐</w:t>
      </w:r>
    </w:p>
    <w:p>
      <w:r>
        <w:rPr>
          <w:rFonts w:ascii="Courier New" w:hAnsi="Courier New"/>
          <w:color w:val="555555"/>
          <w:sz w:val="20"/>
        </w:rPr>
        <w:t>[20]</w:t>
      </w:r>
    </w:p>
    <w:p>
      <w:r>
        <w:rPr>
          <w:rFonts w:ascii="Gentium Plus" w:hAnsi="Gentium Plus"/>
          <w:sz w:val="24"/>
        </w:rPr>
        <w:t>πιστρόφως ἑαυτῆς καὶ τῶν ἑαυτῆς θεωρός. Προσευχή. συνουσία καὶ ἕνωσις θεοῦ καὶ ἀνθρώ‐ πων. ἢ αἴτησις ἀγαθῶν μεθ’ ἱκετηρίας προσ‐ αγομένη τῷ θεῷ, ἢ τῆς πρὸς τὰ ῥηθέντα κα‐ λὰ τοῦ τετηρηκότος μεταποιήσεως αἴτησις. ἢ</w:t>
      </w:r>
    </w:p>
    <w:p>
      <w:r>
        <w:rPr>
          <w:rFonts w:ascii="Courier New" w:hAnsi="Courier New"/>
          <w:color w:val="555555"/>
          <w:sz w:val="20"/>
        </w:rPr>
        <w:t>[25]</w:t>
      </w:r>
    </w:p>
    <w:p>
      <w:r>
        <w:rPr>
          <w:rFonts w:ascii="Gentium Plus" w:hAnsi="Gentium Plus"/>
          <w:sz w:val="24"/>
        </w:rPr>
        <w:t>ἀρετῆς ἔπαθλον, ὃ μάλιστα χαίρων θεὸς ἀν‐ τιδίδωσιν. ἢ προσευχή ἐστιν ὁμιλία νοῦ πρὸς θεὸν, ἢ κατάστασις νοῦ φθαρτικὴ παντὸς ἐπι‐ γείου νοήματος. ἢ αἴτησις ἀγαθοῦ παρὰ τῶν εὐσεβῶν εἰς θεὸν γενομένη. ἢ αἴτησις ὧν πέ‐</w:t>
      </w:r>
    </w:p>
    <w:p>
      <w:r>
        <w:rPr>
          <w:rFonts w:ascii="Courier New" w:hAnsi="Courier New"/>
          <w:color w:val="555555"/>
          <w:sz w:val="20"/>
        </w:rPr>
        <w:t>[30]</w:t>
      </w:r>
    </w:p>
    <w:p>
      <w:r>
        <w:rPr>
          <w:rFonts w:ascii="Gentium Plus" w:hAnsi="Gentium Plus"/>
          <w:sz w:val="24"/>
        </w:rPr>
        <w:t>φυκεν ὁ θεὸς ἀνθρώποις δωρεῖσθαι πρὸς σωτη‐ ρίαν. ἢ προσευχή ἐστιν ἡ μετὰ δοξολογίας περὶ μειζόνων μεγαλοφυέστερα ἀναπεμπομένη. Προσευχή ἐστιν, ἡ μετὰ τὴν ἀπόδοσιν τοῦ δώρου</w:t>
      </w:r>
    </w:p>
    <w:p>
      <w:r>
        <w:rPr>
          <w:rFonts w:ascii="Courier New" w:hAnsi="Courier New"/>
          <w:color w:val="555555"/>
          <w:sz w:val="20"/>
        </w:rPr>
        <w:t>[pi 1578]</w:t>
      </w:r>
    </w:p>
    <w:p>
      <w:r>
        <w:rPr>
          <w:rFonts w:ascii="Gentium Plus" w:hAnsi="Gentium Plus"/>
          <w:sz w:val="24"/>
        </w:rPr>
        <w:t>Προσευχή ἐστιν ἡ κατὰ τὸν καιρὸν ἐκεῖνον παν‐ τὸς νοήματος ἀπόθεσις, ἢ ἀνάβασις νοῦ πρὸς θεὸν ἀμετάτρεπτος. Προσευχή. ὅταν τὸ ἀξίωμα τοῦ θεοῦ νοήσας αὐ‐</w:t>
      </w:r>
    </w:p>
    <w:p>
      <w:r>
        <w:rPr>
          <w:rFonts w:ascii="Courier New" w:hAnsi="Courier New"/>
          <w:color w:val="555555"/>
          <w:sz w:val="20"/>
        </w:rPr>
        <w:t>[5]</w:t>
      </w:r>
    </w:p>
    <w:p>
      <w:r>
        <w:rPr>
          <w:rFonts w:ascii="Gentium Plus" w:hAnsi="Gentium Plus"/>
          <w:sz w:val="24"/>
        </w:rPr>
        <w:t>τῷ τι παρὰ τοῦ θεοῦ τότε προσεύχομαι. Πρόδομος. ἡ πρὸ τῆς οἰκίας στοά· ἣν καὶ Ὅμη‐ ρος αἴθουσαν καλεῖ. Προσφώνησις. κήρυξις. Προσηγορία. φίλη προσλαλιά. καὶ προσαγορία.</w:t>
      </w:r>
    </w:p>
    <w:p>
      <w:r>
        <w:rPr>
          <w:rFonts w:ascii="Courier New" w:hAnsi="Courier New"/>
          <w:color w:val="555555"/>
          <w:sz w:val="20"/>
        </w:rPr>
        <w:t>[10]</w:t>
      </w:r>
    </w:p>
    <w:p>
      <w:r>
        <w:rPr>
          <w:rFonts w:ascii="Gentium Plus" w:hAnsi="Gentium Plus"/>
          <w:sz w:val="24"/>
        </w:rPr>
        <w:t>Προμήθεια. ἡ πρόνοια. Προνομή. ἡ ἁρπαγή. Προεδρία. ἡ προτίμησις, ἡ πρωτοκαθεδρία. Προσεδρεία δὲ, ἡ ἐπίμονος καὶ διηνεκὴς ἀσχολία, δίφθογγον.</w:t>
      </w:r>
    </w:p>
    <w:p>
      <w:r>
        <w:rPr>
          <w:rFonts w:ascii="Courier New" w:hAnsi="Courier New"/>
          <w:color w:val="555555"/>
          <w:sz w:val="20"/>
        </w:rPr>
        <w:t>[15]</w:t>
      </w:r>
    </w:p>
    <w:p>
      <w:r>
        <w:rPr>
          <w:rFonts w:ascii="Gentium Plus" w:hAnsi="Gentium Plus"/>
          <w:sz w:val="24"/>
        </w:rPr>
        <w:t>Προφυλακή. αἱ τρεῖς ὧραι τῆς νυκτός. εἰς τέσ‐ σαρας γὰρ φυλακὰς διαιρεῖται ἡ νύξ. Προσωποποιΐα. ὅτάν τις πρόσωπον ὑποθέμενος ἕτερον ἢ ὑποδὺς, ὡς ἐκ προσώπου τινὸς εἴπῃ. Προχοαί. αἱ τῶν ποταμῶν ἀφέσεις.</w:t>
      </w:r>
    </w:p>
    <w:p>
      <w:r>
        <w:rPr>
          <w:rFonts w:ascii="Courier New" w:hAnsi="Courier New"/>
          <w:color w:val="555555"/>
          <w:sz w:val="20"/>
        </w:rPr>
        <w:t>[20]</w:t>
      </w:r>
    </w:p>
    <w:p>
      <w:r>
        <w:rPr>
          <w:rFonts w:ascii="Gentium Plus" w:hAnsi="Gentium Plus"/>
          <w:sz w:val="24"/>
        </w:rPr>
        <w:t>Προσχοαί. αἱ θυσίαι. Πρόληψις. τῶν προτέρων κακῶν μνήμη ἀκούσιος. Πρόσληψις. ὅτάν τις προσλάβῃ τι. οἷον· μετὰ τῆς προσλήψεως, ὅ ἐστι τῆς σαρκός. †Προθεσμίου. ἡ τοῦ ὡρισμένου καιροῦ ἢ τόπου</w:t>
      </w:r>
    </w:p>
    <w:p>
      <w:r>
        <w:rPr>
          <w:rFonts w:ascii="Courier New" w:hAnsi="Courier New"/>
          <w:color w:val="555555"/>
          <w:sz w:val="20"/>
        </w:rPr>
        <w:t>[25]</w:t>
      </w:r>
    </w:p>
    <w:p>
      <w:r>
        <w:rPr>
          <w:rFonts w:ascii="Gentium Plus" w:hAnsi="Gentium Plus"/>
          <w:sz w:val="24"/>
        </w:rPr>
        <w:t>δήλωσις καὶ παράστασις.† Προίξ. παρὰ τὸ προΐκω, προΐξω. ἡ προδιδομένη εἰς τὸν τοῦ ἀνδρὸς οἶκον. ἐμεῦ δ’ ἐκεῖνος οὐ καταπροΐξεται. εἴτε κατὰ συγκοπὴν εἴτε κατὰ συναίρεσιν προὶξ,</w:t>
      </w:r>
    </w:p>
    <w:p>
      <w:r>
        <w:rPr>
          <w:rFonts w:ascii="Courier New" w:hAnsi="Courier New"/>
          <w:color w:val="555555"/>
          <w:sz w:val="20"/>
        </w:rPr>
        <w:t>[30]</w:t>
      </w:r>
    </w:p>
    <w:p>
      <w:r>
        <w:rPr>
          <w:rFonts w:ascii="Gentium Plus" w:hAnsi="Gentium Plus"/>
          <w:sz w:val="24"/>
        </w:rPr>
        <w:t>ἡ προϊκνουμένη εἰς τὸν τοῦ ἀνδρὸς οἶκον. Προσβολάς. ὁρμάς. Προσβολή ἐστιν ἀνείδωλον κίνημα καρδίας. ὅπου δὲ εἰκόνες λογισμῶν, ἐκεῖ συγκατάθεσις γέγονε.</w:t>
      </w:r>
    </w:p>
    <w:p>
      <w:r>
        <w:rPr>
          <w:rFonts w:ascii="Courier New" w:hAnsi="Courier New"/>
          <w:color w:val="555555"/>
          <w:sz w:val="20"/>
        </w:rPr>
        <w:t>[pi 1579]</w:t>
      </w:r>
    </w:p>
    <w:p>
      <w:r>
        <w:rPr>
          <w:rFonts w:ascii="Gentium Plus" w:hAnsi="Gentium Plus"/>
          <w:sz w:val="24"/>
        </w:rPr>
        <w:t>προσβολὴ τοῦ σατανᾶ ἐστι μονολόγιστος ἐμφά‐ νεια πράγματος πονηροῦ. Πρὸς τῆς τριάδος. ὅρκος ἐστὶ τὸ ὁρκίζειν ἐν ταῖς διαλέξεσι καὶ τοῖς ἀγῶσι. δικανικοῦ λόγου</w:t>
      </w:r>
    </w:p>
    <w:p>
      <w:r>
        <w:rPr>
          <w:rFonts w:ascii="Courier New" w:hAnsi="Courier New"/>
          <w:color w:val="555555"/>
          <w:sz w:val="20"/>
        </w:rPr>
        <w:t>[5]</w:t>
      </w:r>
    </w:p>
    <w:p>
      <w:r>
        <w:rPr>
          <w:rFonts w:ascii="Gentium Plus" w:hAnsi="Gentium Plus"/>
          <w:sz w:val="24"/>
        </w:rPr>
        <w:t>ἐστὶ καὶ πολιτικοῦ· οὐκ ἐγκωμιαστικοῦ. Πρόκας. ἢ αἶγας κεραοὺς ἠὲ πρόκας. πρόξ ἐστι ζῶον μικρὸν ὅμοιον ἐλάφῳ, ὁ λεγό‐ μενος νεβρός. Διόνυσος δὲ ὁ Ἀθηναῖος τοὺς</w:t>
      </w:r>
    </w:p>
    <w:p>
      <w:r>
        <w:rPr>
          <w:rFonts w:ascii="Courier New" w:hAnsi="Courier New"/>
          <w:color w:val="555555"/>
          <w:sz w:val="20"/>
        </w:rPr>
        <w:t>[10]</w:t>
      </w:r>
    </w:p>
    <w:p>
      <w:r>
        <w:rPr>
          <w:rFonts w:ascii="Gentium Plus" w:hAnsi="Gentium Plus"/>
          <w:sz w:val="24"/>
        </w:rPr>
        <w:t>ἐλάφους λέγει πρόκας. ὅθεν καὶ ἡ Προικόνη‐ σος. γράφεται καὶ Προικόννησος. ἐν αὐτῇ γὰρ πλήθουσιν ἔλαφοι. Φιλητᾶς δέ φησι πρόκας τὰς ἐλάφους τὰς πρῶτον τικτομένας, οἷον πρωτο‐ τόκους.</w:t>
      </w:r>
    </w:p>
    <w:p>
      <w:r>
        <w:rPr>
          <w:rFonts w:ascii="Courier New" w:hAnsi="Courier New"/>
          <w:color w:val="555555"/>
          <w:sz w:val="20"/>
        </w:rPr>
        <w:t>[15]</w:t>
      </w:r>
    </w:p>
    <w:p>
      <w:r>
        <w:rPr>
          <w:rFonts w:ascii="Gentium Plus" w:hAnsi="Gentium Plus"/>
          <w:sz w:val="24"/>
        </w:rPr>
        <w:t>Πρόκροσσοι. παράλληλοι. ἢ ἄλλοις ἐπ’ ἄλλοις ἐξισούμεναι μίαν κατὰ μίαν. οἱονεὶ προκάροσσοι τινὲς οὖσαι. παρὰ τὸ κάρα, αἱ κατὰ κεφαλὴν συντιθέμεναι· κροσσοὶ γὰρ αἱ κεφαλαὶ καὶ αἱ ἀρχαὶ τῶν τειχῶν.</w:t>
      </w:r>
    </w:p>
    <w:p>
      <w:r>
        <w:rPr>
          <w:rFonts w:ascii="Courier New" w:hAnsi="Courier New"/>
          <w:color w:val="555555"/>
          <w:sz w:val="20"/>
        </w:rPr>
        <w:t>[20]</w:t>
      </w:r>
    </w:p>
    <w:p>
      <w:r>
        <w:rPr>
          <w:rFonts w:ascii="Gentium Plus" w:hAnsi="Gentium Plus"/>
          <w:sz w:val="24"/>
        </w:rPr>
        <w:t>Πρόνοια. ἡ πρὸ ἀντὶ τῆς ὑπὲρ κεῖται. οἱονεὶ τὸ ὑπέρ τινων νοῆσαι. Πρόσειλος. ἡ πρὸς τὴν ἕλην τετραμμένη. ἕλη δὲ ἡ τοῦ ἡλίου αὐγή. καὶ τῶν προσείλων ἰχθύων ὠπτημένων.</w:t>
      </w:r>
    </w:p>
    <w:p>
      <w:r>
        <w:rPr>
          <w:rFonts w:ascii="Courier New" w:hAnsi="Courier New"/>
          <w:color w:val="555555"/>
          <w:sz w:val="20"/>
        </w:rPr>
        <w:t>[25]</w:t>
      </w:r>
    </w:p>
    <w:p>
      <w:r>
        <w:rPr>
          <w:rFonts w:ascii="Gentium Plus" w:hAnsi="Gentium Plus"/>
          <w:sz w:val="24"/>
        </w:rPr>
        <w:t>Πρότμησις. ὁ κατὰ τὸν ὀμφαλὸν ὑπάρχει τό‐ πος καὶ κατὰ τὸν λαγόνα, ἐπεὶ κατὰ τοῦτον τὸν τόπον προτέμνεται τὰ ζῶα καὶ προέρχεται. κυρίως δὲ ἐπὶ τῶν ἀλόγων ζώων. Πρότασις. ἐν ᾧ τὸ ἀληθεύειν ἢ ψεύδεσθαι</w:t>
      </w:r>
    </w:p>
    <w:p>
      <w:r>
        <w:rPr>
          <w:rFonts w:ascii="Courier New" w:hAnsi="Courier New"/>
          <w:color w:val="555555"/>
          <w:sz w:val="20"/>
        </w:rPr>
        <w:t>[30]</w:t>
      </w:r>
    </w:p>
    <w:p>
      <w:r>
        <w:rPr>
          <w:rFonts w:ascii="Gentium Plus" w:hAnsi="Gentium Plus"/>
          <w:sz w:val="24"/>
        </w:rPr>
        <w:t>ὑπάρχει. [πρότασις ἁπλῆ.] Πρότασίς ἐστι λόγος ἀποφαντικὸς τινὸς κατά τι‐ νος. διαφέρει δὲ διαλεκτικὴ πρότασις ἀποδει‐ κτικῆς, καθὸ ἡ μὲν διαλεκτικὴ πρότασις πάν‐ τως ἐν ἑτέρῳ τινὶ, ἐρώτησις γάρ ἐστιν ἀντιφά‐</w:t>
      </w:r>
    </w:p>
    <w:p>
      <w:r>
        <w:rPr>
          <w:rFonts w:ascii="Courier New" w:hAnsi="Courier New"/>
          <w:color w:val="555555"/>
          <w:sz w:val="20"/>
        </w:rPr>
        <w:t>[35]</w:t>
      </w:r>
    </w:p>
    <w:p>
      <w:r>
        <w:rPr>
          <w:rFonts w:ascii="Gentium Plus" w:hAnsi="Gentium Plus"/>
          <w:sz w:val="24"/>
        </w:rPr>
        <w:t>σεως· ἐρωτᾷ γὰρ, πότερον ἡ ψυχὴ ἀθάνατός</w:t>
      </w:r>
    </w:p>
    <w:p>
      <w:r>
        <w:rPr>
          <w:rFonts w:ascii="Courier New" w:hAnsi="Courier New"/>
          <w:color w:val="555555"/>
          <w:sz w:val="20"/>
        </w:rPr>
        <w:t>[pi 1580]</w:t>
      </w:r>
    </w:p>
    <w:p>
      <w:r>
        <w:rPr>
          <w:rFonts w:ascii="Gentium Plus" w:hAnsi="Gentium Plus"/>
          <w:sz w:val="24"/>
        </w:rPr>
        <w:t>ἐστιν ἢ οὔ· ἡ δὲ ἀποδεικτικὴ πρότασις οὐκ ἐν ἐρωτήσει, ἀλλὰ λῆψις θατέρου μορίου τῆς ἀν‐ τιφάσεως· ὅπερ γὰρ βούλεται ὁ ἀποδεικνύων, τοῦτο λαμβάνει.</w:t>
      </w:r>
    </w:p>
    <w:p>
      <w:r>
        <w:rPr>
          <w:rFonts w:ascii="Courier New" w:hAnsi="Courier New"/>
          <w:color w:val="555555"/>
          <w:sz w:val="20"/>
        </w:rPr>
        <w:t>[5]</w:t>
      </w:r>
    </w:p>
    <w:p>
      <w:r>
        <w:rPr>
          <w:rFonts w:ascii="Gentium Plus" w:hAnsi="Gentium Plus"/>
          <w:sz w:val="24"/>
        </w:rPr>
        <w:t>Προφητεία. ἡ πνευματικὴ προαγόρευσις τῶν μελ‐ λόντων. Πρόφασις. ἀφορμή. φημὶ, φήσω, πέφηκα, πέ‐ φαμαι, πέφασαι, φάσις καὶ πρόφασις. Πρόθεσις. λέξις προτιθεμένη πάντων τῶν τοῦ</w:t>
      </w:r>
    </w:p>
    <w:p>
      <w:r>
        <w:rPr>
          <w:rFonts w:ascii="Courier New" w:hAnsi="Courier New"/>
          <w:color w:val="555555"/>
          <w:sz w:val="20"/>
        </w:rPr>
        <w:t>[10]</w:t>
      </w:r>
    </w:p>
    <w:p>
      <w:r>
        <w:rPr>
          <w:rFonts w:ascii="Gentium Plus" w:hAnsi="Gentium Plus"/>
          <w:sz w:val="24"/>
        </w:rPr>
        <w:t>λόγου μερῶν ἔν τε συνθέσει καὶ συντάξει. ἐν συνθέσει μὲν, οἷον· ἀναφορὰ, εἰσφορά. ἐν συν‐ τάξει δὲ, οἷον· ἐπὶ τῆς χώρας, κατὰ τῆς χώ‐ ρας. διατί προτίθεται πάντων τῶν τοῦ λόγου μερῶν; διὰ τὴν ἐνυπάρχουσαν αὐτῇ ἀσθένειαν.</w:t>
      </w:r>
    </w:p>
    <w:p>
      <w:r>
        <w:rPr>
          <w:rFonts w:ascii="Courier New" w:hAnsi="Courier New"/>
          <w:color w:val="555555"/>
          <w:sz w:val="20"/>
        </w:rPr>
        <w:t>[15]</w:t>
      </w:r>
    </w:p>
    <w:p>
      <w:r>
        <w:rPr>
          <w:rFonts w:ascii="Gentium Plus" w:hAnsi="Gentium Plus"/>
          <w:sz w:val="24"/>
        </w:rPr>
        <w:t>ὥσπερ γὰρ ὁ ἄῤῥωστος, ὁ μὴ δυνάμενος περι‐ πατῆσαι, ὑπὸ ἄλλων βασταζόμενος ἐκφέρεται, οὕτω καὶ ἡ πρόθεσις, ἀσθενεστέρα οὖσα πάν‐ των τῶν τοῦ λόγου μερῶν, ὑπὸ ἄλλων λέξεων βασταζομένη ἐκφέρεται. προθέσεις δέ εἰσι τῇ</w:t>
      </w:r>
    </w:p>
    <w:p>
      <w:r>
        <w:rPr>
          <w:rFonts w:ascii="Courier New" w:hAnsi="Courier New"/>
          <w:color w:val="555555"/>
          <w:sz w:val="20"/>
        </w:rPr>
        <w:t>[20]</w:t>
      </w:r>
    </w:p>
    <w:p>
      <w:r>
        <w:rPr>
          <w:rFonts w:ascii="Gentium Plus" w:hAnsi="Gentium Plus"/>
          <w:sz w:val="24"/>
        </w:rPr>
        <w:t>μὲν φωνῇ ὀκτωκαίδεκα, τῷ δὲ σημαινομένῳ ἑπτακαίδεκα· ἡ γὰρ ἀμφὶ καὶ ἡ περὶ τὸ αὐτὸ σημαίνουσι. μονοσύλλαβοι δὲ προθέσεις ἕξ· ἐν· εἰς· ἐξ· σύν· πρός· πρό. δισύλλαβοι ιβʹ· ἀνά· κατά· διά· μετά· παρά· ἀντί· ἐπί·</w:t>
      </w:r>
    </w:p>
    <w:p>
      <w:r>
        <w:rPr>
          <w:rFonts w:ascii="Courier New" w:hAnsi="Courier New"/>
          <w:color w:val="555555"/>
          <w:sz w:val="20"/>
        </w:rPr>
        <w:t>[25]</w:t>
      </w:r>
    </w:p>
    <w:p>
      <w:r>
        <w:rPr>
          <w:rFonts w:ascii="Gentium Plus" w:hAnsi="Gentium Plus"/>
          <w:sz w:val="24"/>
        </w:rPr>
        <w:t>περί· ἀμφί· ἀπό· ὑπό· ὑπέρ. διαφέρουσι αἱ μονοσύλλαβοι προθέσεις τῶν δισυλλάβων, ὅτι αἱ μὲν μονοσύλλαβοι πᾶσαι εἰς φωνήεντα κατ‐ έληξαν· μία δὲ ἐξ αὐτῶν εὑρέθη λήγουσα εἰς φωνῆεν, ἡ πρό· αἱ δὲ δισύλλαβοι πᾶσαι εἰς φω‐</w:t>
      </w:r>
    </w:p>
    <w:p>
      <w:r>
        <w:rPr>
          <w:rFonts w:ascii="Courier New" w:hAnsi="Courier New"/>
          <w:color w:val="555555"/>
          <w:sz w:val="20"/>
        </w:rPr>
        <w:t>[30]</w:t>
      </w:r>
    </w:p>
    <w:p>
      <w:r>
        <w:rPr>
          <w:rFonts w:ascii="Gentium Plus" w:hAnsi="Gentium Plus"/>
          <w:sz w:val="24"/>
        </w:rPr>
        <w:t>νήεντα κατέληξαν· μία δὲ ἐξ αὐτῶν εἰς σύμφω‐ νον, ἡ ὑπέρ. Προσῳδία. ὁ τόνος, ἡ χειρονομία καὶ ἡ τοῦ ὀρ‐ γάνου φωνή. παρὰ τὸ εἴδω, τὸ γινώσκω. ἐξ αὐ‐ τοῦ ἀοιδὴ, καὶ κράσει τοῦ αο εἰς ω μέγα ᾠδὴ,</w:t>
      </w:r>
    </w:p>
    <w:p>
      <w:r>
        <w:rPr>
          <w:rFonts w:ascii="Courier New" w:hAnsi="Courier New"/>
          <w:color w:val="555555"/>
          <w:sz w:val="20"/>
        </w:rPr>
        <w:t>[35]</w:t>
      </w:r>
    </w:p>
    <w:p>
      <w:r>
        <w:rPr>
          <w:rFonts w:ascii="Gentium Plus" w:hAnsi="Gentium Plus"/>
          <w:sz w:val="24"/>
        </w:rPr>
        <w:t>καὶ ἐξ αὐτοῦ ᾠδία καὶ προσῳδία. ἢ παρὰ τὸ</w:t>
      </w:r>
    </w:p>
    <w:p>
      <w:r>
        <w:rPr>
          <w:rFonts w:ascii="Courier New" w:hAnsi="Courier New"/>
          <w:color w:val="555555"/>
          <w:sz w:val="20"/>
        </w:rPr>
        <w:t>[pi 1581]</w:t>
      </w:r>
    </w:p>
    <w:p>
      <w:r>
        <w:rPr>
          <w:rFonts w:ascii="Gentium Plus" w:hAnsi="Gentium Plus"/>
          <w:sz w:val="24"/>
        </w:rPr>
        <w:t>παρὰ τὸ πρὸς αὐτὴν ᾄδεσθαι τὰ ποιήματα. ᾠδὰς γὰρ οἱ παλαιοὶ τὰ ποιήματα ἐκάλουν. Πρύμνη καὶ πρύμνα. ἀμφότερα. πρυμνὸν τὸ ὕστατον. παρὰ τὸ πέρας πέρυμνον. καὶ πρύμνη.</w:t>
      </w:r>
    </w:p>
    <w:p>
      <w:r>
        <w:rPr>
          <w:rFonts w:ascii="Courier New" w:hAnsi="Courier New"/>
          <w:color w:val="555555"/>
          <w:sz w:val="20"/>
        </w:rPr>
        <w:t>[5]</w:t>
      </w:r>
    </w:p>
    <w:p>
      <w:r>
        <w:rPr>
          <w:rFonts w:ascii="Gentium Plus" w:hAnsi="Gentium Plus"/>
          <w:sz w:val="24"/>
        </w:rPr>
        <w:t>Πρυμνώρεια. τὸ ἔσχατον τοῦ ὄρους. Πρωΐα. παρὰ τὸ προϊέναι ἡμᾶς ἐπὶ τὰ ἔργα. κα‐ θὸ ταύτης ἐπιφανείσης προΐασιν οἱ ἄνθρωποι. ἢ ἀπὸ τοῦ προϊκνεῖσθαι τῆς ἡμέρας τὸν καιρὸν τοῦτον.</w:t>
      </w:r>
    </w:p>
    <w:p>
      <w:r>
        <w:rPr>
          <w:rFonts w:ascii="Courier New" w:hAnsi="Courier New"/>
          <w:color w:val="555555"/>
          <w:sz w:val="20"/>
        </w:rPr>
        <w:t>[10]</w:t>
      </w:r>
    </w:p>
    <w:p>
      <w:r>
        <w:rPr>
          <w:rFonts w:ascii="Gentium Plus" w:hAnsi="Gentium Plus"/>
          <w:sz w:val="24"/>
        </w:rPr>
        <w:t>†Πρῶνα. πόλις Κρητική.† Πρῷρα. σὺν τῷ ι. οἱ μὲν παρὰ τὸ προέχειν καὶ προορᾷν τοῦ σκάφους. ἢ παρὰ τὸ πρὸ ὥρας, ὃ δηλοῖ τὸν καιρὸν, γίνεται πρώρα, ἐξ οὗ καὶ πρωρεύς· ἔργον γὰρ τῷ πρωρεῖ πρὸ ὥρας ὁρᾷν.</w:t>
      </w:r>
    </w:p>
    <w:p>
      <w:r>
        <w:rPr>
          <w:rFonts w:ascii="Courier New" w:hAnsi="Courier New"/>
          <w:color w:val="555555"/>
          <w:sz w:val="20"/>
        </w:rPr>
        <w:t>[15]</w:t>
      </w:r>
    </w:p>
    <w:p>
      <w:r>
        <w:rPr>
          <w:rFonts w:ascii="Gentium Plus" w:hAnsi="Gentium Plus"/>
          <w:sz w:val="24"/>
        </w:rPr>
        <w:t>οὐκ ὤφειλε δὲ ἔχειν τὸ ι, ἀλλ’ ἡ παράδοσις ἔχει αὐτό. ἐπειδὴ παρὰ τὸ προϊέναι καὶ ἀπὸ διαστάσεως τοῦ ι, ὡς παρὰ τῷ ποιητῇ· ἀναπρω‐ ΐρους. καὶ παρὰ Σιμωνίδῃ· κυανοπρώϊραν. *Προτομή. εἰκὼν βασιλική.*</w:t>
      </w:r>
    </w:p>
    <w:p>
      <w:r>
        <w:rPr>
          <w:rFonts w:ascii="Courier New" w:hAnsi="Courier New"/>
          <w:color w:val="555555"/>
          <w:sz w:val="20"/>
        </w:rPr>
        <w:t>[20]</w:t>
      </w:r>
    </w:p>
    <w:p>
      <w:r>
        <w:rPr>
          <w:rFonts w:ascii="Gentium Plus" w:hAnsi="Gentium Plus"/>
          <w:sz w:val="24"/>
        </w:rPr>
        <w:t>Πρόθεσις. ὁ προορισμὸς κατὰ τὸν Ἀπόστολον· κατὰ πρόθεσιν οὖσαν ἀπ’ αἰώνων. ἢ κατὰ πρό‐ γνωσιν. ἵνα ἡ κατ’ ἐκλογὴν πρόθεσις τοῦ θεοῦ μένῃ. καὶ ἡ γνώμη· κατὰ πρόθεσιν τοῦ τὰ πάντα ἐνεργοῦντος.</w:t>
      </w:r>
    </w:p>
    <w:p>
      <w:pPr>
        <w:jc w:val="center"/>
      </w:pPr>
      <w:r>
        <w:rPr>
          <w:rFonts w:ascii="Gentium Plus" w:hAnsi="Gentium Plus"/>
          <w:b/>
          <w:sz w:val="24"/>
        </w:rPr>
        <w:t>(Οὐδέτερον.)</w:t>
      </w:r>
    </w:p>
    <w:p>
      <w:r>
        <w:rPr>
          <w:rFonts w:ascii="Courier New" w:hAnsi="Courier New"/>
          <w:color w:val="555555"/>
          <w:sz w:val="20"/>
        </w:rPr>
        <w:t>[26]</w:t>
      </w:r>
    </w:p>
    <w:p>
      <w:r>
        <w:rPr>
          <w:rFonts w:ascii="Gentium Plus" w:hAnsi="Gentium Plus"/>
          <w:sz w:val="24"/>
        </w:rPr>
        <w:t>Πριμμιλογίων. τιμῶν βασιλικῶν· προνομίων.</w:t>
      </w:r>
    </w:p>
    <w:p>
      <w:r>
        <w:rPr>
          <w:rFonts w:ascii="Courier New" w:hAnsi="Courier New"/>
          <w:color w:val="555555"/>
          <w:sz w:val="20"/>
        </w:rPr>
        <w:t>[pi 1582]</w:t>
      </w:r>
    </w:p>
    <w:p>
      <w:r>
        <w:rPr>
          <w:rFonts w:ascii="Gentium Plus" w:hAnsi="Gentium Plus"/>
          <w:sz w:val="24"/>
        </w:rPr>
        <w:t>Πραιτώριον. παρὰ τὸ πράττω πρατώριον, ὅπου τὰ πραττόμενα ὠροῦνται καὶ φυλάττονται, πλεο‐ νασμῷ τοῦ ι, πραιτώριον. Προθέλυμνα. πρόῤῥιζα. καὶ τὰ ἐπάλληλα καὶ</w:t>
      </w:r>
    </w:p>
    <w:p>
      <w:r>
        <w:rPr>
          <w:rFonts w:ascii="Courier New" w:hAnsi="Courier New"/>
          <w:color w:val="555555"/>
          <w:sz w:val="20"/>
        </w:rPr>
        <w:t>[5]</w:t>
      </w:r>
    </w:p>
    <w:p>
      <w:r>
        <w:rPr>
          <w:rFonts w:ascii="Gentium Plus" w:hAnsi="Gentium Plus"/>
          <w:sz w:val="24"/>
        </w:rPr>
        <w:t>πυκνά. θέλυμνα δὲ λέγονται τὰ ἐπ’ ἀλλήλους ἔχοντα τοὺς κλάδους δένδρα, διὰ τὸ θηλυμα‐ νεῖν, μεταφορικῶς. Προβήμασι. πηδήμασιν. —ἐκτυπεῖτο δὲ</w:t>
      </w:r>
    </w:p>
    <w:p>
      <w:r>
        <w:rPr>
          <w:rFonts w:ascii="Courier New" w:hAnsi="Courier New"/>
          <w:color w:val="555555"/>
          <w:sz w:val="20"/>
        </w:rPr>
        <w:t>[10]</w:t>
      </w:r>
    </w:p>
    <w:p>
      <w:r>
        <w:rPr>
          <w:rFonts w:ascii="Gentium Plus" w:hAnsi="Gentium Plus"/>
          <w:sz w:val="24"/>
        </w:rPr>
        <w:t>ἐμβὰς γερόντων εὐρύθμοις προβήμασι. ἐμβάδες δέ εἰσιν ἀνδρῷα ὑποδήματα, παρὰ τὸ ἐμβαίνειν. Πρόβατον. παρὰ τὸ ἔχειν βάσιν ἑτέραν πρὸ τῆς ὀπισθίου βάσεως. πολλάκις καὶ κατὰ κοινοῦ</w:t>
      </w:r>
    </w:p>
    <w:p>
      <w:r>
        <w:rPr>
          <w:rFonts w:ascii="Courier New" w:hAnsi="Courier New"/>
          <w:color w:val="555555"/>
          <w:sz w:val="20"/>
        </w:rPr>
        <w:t>[15]</w:t>
      </w:r>
    </w:p>
    <w:p>
      <w:r>
        <w:rPr>
          <w:rFonts w:ascii="Gentium Plus" w:hAnsi="Gentium Plus"/>
          <w:sz w:val="24"/>
        </w:rPr>
        <w:t>ἐπὶ πάντων τῶν βοσκημάτων εἴρηται ἡ λέξις. Πρόῤῥιζον. ἐκ ῥιζῶν ἀνασπώμενον. Προσαγωγικόν. προσκομιστικόν. Πρόσαντες. ἐναντίον, ἐμποδιστικόν. Προσείλια. τὰ θαλπόμενα ὑπὸ τοῦ ἡλίου.</w:t>
      </w:r>
    </w:p>
    <w:p>
      <w:r>
        <w:rPr>
          <w:rFonts w:ascii="Courier New" w:hAnsi="Courier New"/>
          <w:color w:val="555555"/>
          <w:sz w:val="20"/>
        </w:rPr>
        <w:t>[20]</w:t>
      </w:r>
    </w:p>
    <w:p>
      <w:r>
        <w:rPr>
          <w:rFonts w:ascii="Gentium Plus" w:hAnsi="Gentium Plus"/>
          <w:sz w:val="24"/>
        </w:rPr>
        <w:t>Πρόσχημα. ὑπόκρισις. Πρόστιμον. ἡ ζημία. Πρόσφατον. τὸ ἀρτίως γινόμενον. Πρόσκομμα. ἁμάρτημα. πρόσκρουσμα. Προσῆκον. πρέπον, πρᾶγμα, ὅπερ μετὰ τὸ πρα‐</w:t>
      </w:r>
    </w:p>
    <w:p>
      <w:r>
        <w:rPr>
          <w:rFonts w:ascii="Courier New" w:hAnsi="Courier New"/>
          <w:color w:val="555555"/>
          <w:sz w:val="20"/>
        </w:rPr>
        <w:t>[25]</w:t>
      </w:r>
    </w:p>
    <w:p>
      <w:r>
        <w:rPr>
          <w:rFonts w:ascii="Gentium Plus" w:hAnsi="Gentium Plus"/>
          <w:sz w:val="24"/>
        </w:rPr>
        <w:t>χθῆναι ἔχει εὔλογον ἀπολογίαν. ἢ προσῆκον τὸ</w:t>
      </w:r>
    </w:p>
    <w:p>
      <w:r>
        <w:rPr>
          <w:rFonts w:ascii="Courier New" w:hAnsi="Courier New"/>
          <w:color w:val="555555"/>
          <w:sz w:val="20"/>
        </w:rPr>
        <w:t>[pi 1583]</w:t>
      </w:r>
    </w:p>
    <w:p>
      <w:r>
        <w:rPr>
          <w:rFonts w:ascii="Gentium Plus" w:hAnsi="Gentium Plus"/>
          <w:sz w:val="24"/>
        </w:rPr>
        <w:t>Πρόθεμα. τὸ πρόγραμμα· τουτέστιν ἡ ἐκ βα‐ σιλέως πρόσταξις ἐγγράφως δημοσίᾳ ἀνατιθε‐ μένη. Πρόβλημα. λόγος συνεσκιασμένος καὶ αἰνιγμα‐</w:t>
      </w:r>
    </w:p>
    <w:p>
      <w:r>
        <w:rPr>
          <w:rFonts w:ascii="Courier New" w:hAnsi="Courier New"/>
          <w:color w:val="555555"/>
          <w:sz w:val="20"/>
        </w:rPr>
        <w:t>[5]</w:t>
      </w:r>
    </w:p>
    <w:p>
      <w:r>
        <w:rPr>
          <w:rFonts w:ascii="Gentium Plus" w:hAnsi="Gentium Plus"/>
          <w:sz w:val="24"/>
        </w:rPr>
        <w:t>τώδης. ἢ ἐρώτημα. Προοίμιον. ὁ πρόλογος. οἴμη λέγεται ἡ ᾠδή· ἀφ’ ἧς καὶ προοίμιον. Προσῴδιον. λιτανεία μετὰ ὕμνων. παρὰ τὸ προσ‐ ιέναι.</w:t>
      </w:r>
    </w:p>
    <w:p>
      <w:r>
        <w:rPr>
          <w:rFonts w:ascii="Courier New" w:hAnsi="Courier New"/>
          <w:color w:val="555555"/>
          <w:sz w:val="20"/>
        </w:rPr>
        <w:t>[10]</w:t>
      </w:r>
    </w:p>
    <w:p>
      <w:r>
        <w:rPr>
          <w:rFonts w:ascii="Gentium Plus" w:hAnsi="Gentium Plus"/>
          <w:sz w:val="24"/>
        </w:rPr>
        <w:t>Πρόσωπον. ὃ διὰ τῶν οἰκείων ἐνεργημάτων τὲ καὶ ἰδιωμάτων ἀρίδηλον καὶ περιωρισμένον, τῶν ὁμο‐ φυῶν αὐτοῦ, παρέχεται ἡμῖν τὴν ἐμφάνειαν. ἢ ἐνουσίου ἰδιότητος φανέρωσις. ἢ μέρος σώμα‐ τος ἀγχιστεῦον ὄψεσιν. ἢ χαρακτὴρ ὑποστά‐</w:t>
      </w:r>
    </w:p>
    <w:p>
      <w:r>
        <w:rPr>
          <w:rFonts w:ascii="Courier New" w:hAnsi="Courier New"/>
          <w:color w:val="555555"/>
          <w:sz w:val="20"/>
        </w:rPr>
        <w:t>[15]</w:t>
      </w:r>
    </w:p>
    <w:p>
      <w:r>
        <w:rPr>
          <w:rFonts w:ascii="Gentium Plus" w:hAnsi="Gentium Plus"/>
          <w:sz w:val="24"/>
        </w:rPr>
        <w:t>σεως. ἀπὸ τοῦ πρόσω, τουτέστιν ἔμπροσθεν, ἀλλ’ οὐκ ἐκ πλαγίου τοὺς ὦπας ἔχειν. Πρότονον. σχοινίον. παρὰ τὸ προτείνειν. Πρόγραμμα. γνώρισμα, κήρυγμα, ἀπόδειξις φα‐ νερά. οὕτως ὁ Θεόλογος· πρόγραμμα τοῦ καθ’</w:t>
      </w:r>
    </w:p>
    <w:p>
      <w:r>
        <w:rPr>
          <w:rFonts w:ascii="Courier New" w:hAnsi="Courier New"/>
          <w:color w:val="555555"/>
          <w:sz w:val="20"/>
        </w:rPr>
        <w:t>[20]</w:t>
      </w:r>
    </w:p>
    <w:p>
      <w:r>
        <w:rPr>
          <w:rFonts w:ascii="Gentium Plus" w:hAnsi="Gentium Plus"/>
          <w:sz w:val="24"/>
        </w:rPr>
        <w:t>ἡμᾶς λόγου. Προύργου. τῶν ἀναγκαίων καὶ τῶν πρὸ τοῦ ἔρ‐ γου. οἷον τὸ μὲν ἔργον αὐτὸς ὁ γάμος, τὰ δὲ πρὸ τοῦ γάμου εἰς τὸν γάμον ἀναγκαῖα. καὶ προυργιαίτερον, †ἀναγκαιότερον· πρὸ παντὸς</w:t>
      </w:r>
    </w:p>
    <w:p>
      <w:r>
        <w:rPr>
          <w:rFonts w:ascii="Courier New" w:hAnsi="Courier New"/>
          <w:color w:val="555555"/>
          <w:sz w:val="20"/>
        </w:rPr>
        <w:t>[25]</w:t>
      </w:r>
    </w:p>
    <w:p>
      <w:r>
        <w:rPr>
          <w:rFonts w:ascii="Gentium Plus" w:hAnsi="Gentium Plus"/>
          <w:sz w:val="24"/>
        </w:rPr>
        <w:t>ἔργου.† Προὖπτον. προφανές. Πρότερον. πρότερον κυρίως τὸ τῷ χρόνῳ πρότε‐ ρον, ὡς λέγομεν παλαιότερον, πρεσβύτερον. πρότερον φύσει ἐστὶν, ὅπερ συναναιρεῖ καὶ οὐ</w:t>
      </w:r>
    </w:p>
    <w:p>
      <w:r>
        <w:rPr>
          <w:rFonts w:ascii="Courier New" w:hAnsi="Courier New"/>
          <w:color w:val="555555"/>
          <w:sz w:val="20"/>
        </w:rPr>
        <w:t>[30]</w:t>
      </w:r>
    </w:p>
    <w:p>
      <w:r>
        <w:rPr>
          <w:rFonts w:ascii="Gentium Plus" w:hAnsi="Gentium Plus"/>
          <w:sz w:val="24"/>
        </w:rPr>
        <w:t>συναναιρεῖται, καὶ συνεισφέρεται μὲν, οὐ συνεισ‐ φέρει δέ. διόπερ τὰ ἁπλᾶ προτερεύουσι τῶν</w:t>
      </w:r>
    </w:p>
    <w:p>
      <w:r>
        <w:rPr>
          <w:rFonts w:ascii="Courier New" w:hAnsi="Courier New"/>
          <w:color w:val="555555"/>
          <w:sz w:val="20"/>
        </w:rPr>
        <w:t>[pi 1584]</w:t>
      </w:r>
    </w:p>
    <w:p>
      <w:r>
        <w:rPr>
          <w:rFonts w:ascii="Gentium Plus" w:hAnsi="Gentium Plus"/>
          <w:sz w:val="24"/>
        </w:rPr>
        <w:t>δὲ πρότερον καὶ κατ’ ἀξίαν καὶ τὸ κατὰ δύνα‐ μιν· ὁμοίως καὶ κατὰ τὸ αἴτιον καὶ αἰτιατόν. αἴτιον δὲ δεῖ νοεῖν τὸ ἀποτελοῦν, αἰτιατὸν δὲ τὸ ἀποτελούμενον.</w:t>
      </w:r>
    </w:p>
    <w:p>
      <w:r>
        <w:rPr>
          <w:rFonts w:ascii="Courier New" w:hAnsi="Courier New"/>
          <w:color w:val="555555"/>
          <w:sz w:val="20"/>
        </w:rPr>
        <w:t>[5]</w:t>
      </w:r>
    </w:p>
    <w:p>
      <w:r>
        <w:rPr>
          <w:rFonts w:ascii="Gentium Plus" w:hAnsi="Gentium Plus"/>
          <w:sz w:val="24"/>
        </w:rPr>
        <w:t>Πρός τι. ταυτόν ἐστιν, οἷς τὸ εἶναι ταυτόν ἐστιν ἐν τῷ πρὸς ἕτερον λέγεσθαι. Πρός τι εἰσὶν, οἷς τὸ εἶναι ταυτόν ἐστι τῷ πρός τι πῶς ἔχειν. τινὲς δὲ σαφέστερον ἡρμήνευσαν τὴν ὑπογραφὴν, ὅτι ταῦτά ἐστι πρός τι, οἷς τὸ εἶ‐</w:t>
      </w:r>
    </w:p>
    <w:p>
      <w:r>
        <w:rPr>
          <w:rFonts w:ascii="Courier New" w:hAnsi="Courier New"/>
          <w:color w:val="555555"/>
          <w:sz w:val="20"/>
        </w:rPr>
        <w:t>[10]</w:t>
      </w:r>
    </w:p>
    <w:p>
      <w:r>
        <w:rPr>
          <w:rFonts w:ascii="Gentium Plus" w:hAnsi="Gentium Plus"/>
          <w:sz w:val="24"/>
        </w:rPr>
        <w:t>ναι ταυτόν ἐστιν ἐν τῷ πῶς ἔχειν πρὸς ἕτερον. πρός τι δὲ λέγεται, ὅσα αὐτὰ ἅπέρ ἐστιν ἑτέ‐ ρων εἶναι λέγεται. ἅμα δὲ καὶ ἀναστρέφει πρὸς ἄλληλα. Πρός τι. ἡ φύσις ἡ κυρία καὶ πηγαία καὶ μήτηρ</w:t>
      </w:r>
    </w:p>
    <w:p>
      <w:r>
        <w:rPr>
          <w:rFonts w:ascii="Courier New" w:hAnsi="Courier New"/>
          <w:color w:val="555555"/>
          <w:sz w:val="20"/>
        </w:rPr>
        <w:t>[15]</w:t>
      </w:r>
    </w:p>
    <w:p>
      <w:r>
        <w:rPr>
          <w:rFonts w:ascii="Gentium Plus" w:hAnsi="Gentium Plus"/>
          <w:sz w:val="24"/>
        </w:rPr>
        <w:t>πάντων, καὶ ὀντότης ἐστί. πάντα δὲ, ὅσα ἐκ τῆς φύσεως προέρχεται, τῶν πρός τι λέγονται. αἱ γὰρ ὑποστάσεις καὶ ἡ υἱότης καὶ ἡ ἰδιώτης καὶ ἡ ποιότης καὶ ἡ ἁπλότης καὶ πάντα τὰ λοιπὰ ἐκ τῆς φύσεως τὴν αἰτίαν καὶ τὴν πρόο‐</w:t>
      </w:r>
    </w:p>
    <w:p>
      <w:r>
        <w:rPr>
          <w:rFonts w:ascii="Courier New" w:hAnsi="Courier New"/>
          <w:color w:val="555555"/>
          <w:sz w:val="20"/>
        </w:rPr>
        <w:t>[20]</w:t>
      </w:r>
    </w:p>
    <w:p>
      <w:r>
        <w:rPr>
          <w:rFonts w:ascii="Gentium Plus" w:hAnsi="Gentium Plus"/>
          <w:sz w:val="24"/>
        </w:rPr>
        <w:t>δον ἔχουσι καὶ κατὰ τοῦτο τῶν πρός τι λέγεται, τουτέστι τῶν πρὸς τὴν ῥίζαν τῆς φύσεως ἀπο‐ κρεμαμένων· ἐξ ὧν ἐστὶ καὶ ἡ θέλησις καὶ ἡ ἐνέργεια. Προαιρετόν. βουλευτόν· ὀρεκτὸν τῶν ἐφ’ ἡμῖν.</w:t>
      </w:r>
    </w:p>
    <w:p>
      <w:r>
        <w:rPr>
          <w:rFonts w:ascii="Courier New" w:hAnsi="Courier New"/>
          <w:color w:val="555555"/>
          <w:sz w:val="20"/>
        </w:rPr>
        <w:t>[25]</w:t>
      </w:r>
    </w:p>
    <w:p>
      <w:r>
        <w:rPr>
          <w:rFonts w:ascii="Gentium Plus" w:hAnsi="Gentium Plus"/>
          <w:sz w:val="24"/>
        </w:rPr>
        <w:t>καὶ ἡ προαίρεσις ὄρεξις βουλευτικὴ τῶν ἐφ’ ἡμῖν. τοῦ γὰρ προκριθέντος ἐκ τῆς βουλῆς ἐφιέμεθα προαιρούμενοι. Πρυμνήσια. τὰ ἀπόγεια σχοινία, οἷς ἐκ τῆς πρύ‐ μνης προσδεσμεῖται ἡ ναῦς πρὸς τῇ γῇ. παρὰ</w:t>
      </w:r>
    </w:p>
    <w:p>
      <w:r>
        <w:rPr>
          <w:rFonts w:ascii="Courier New" w:hAnsi="Courier New"/>
          <w:color w:val="555555"/>
          <w:sz w:val="20"/>
        </w:rPr>
        <w:t>[30]</w:t>
      </w:r>
    </w:p>
    <w:p>
      <w:r>
        <w:rPr>
          <w:rFonts w:ascii="Gentium Plus" w:hAnsi="Gentium Plus"/>
          <w:sz w:val="24"/>
        </w:rPr>
        <w:t>τὸ πρυμνὸν, τὸ ἔσχατον. Πρυτανεῖον. τὸ νόμισμα. ὁ τόπος δὲ πολλάκις.</w:t>
      </w:r>
    </w:p>
    <w:p>
      <w:r>
        <w:rPr>
          <w:rFonts w:ascii="Courier New" w:hAnsi="Courier New"/>
          <w:color w:val="555555"/>
          <w:sz w:val="20"/>
        </w:rPr>
        <w:t>[pi 1585]</w:t>
      </w:r>
    </w:p>
    <w:p>
      <w:r>
        <w:rPr>
          <w:rFonts w:ascii="Gentium Plus" w:hAnsi="Gentium Plus"/>
          <w:sz w:val="24"/>
        </w:rPr>
        <w:t>Πρυτανεῖον. τὸ ταμιεῖον. παρὰ τὸ ἐκεῖ φυλάσ‐ σειν τὸν πυρὸν ἤγουν τὸν σῖτον, οἷον πυροτα‐ μεῖον καὶ πρυτανεῖον. τὰ ἀπὸ τῶν διὰ τοῦ ευω εἰς ειον γενόμενα διὰ διφθόγγου γράφεται, οἷον</w:t>
      </w:r>
    </w:p>
    <w:p>
      <w:r>
        <w:rPr>
          <w:rFonts w:ascii="Courier New" w:hAnsi="Courier New"/>
          <w:color w:val="555555"/>
          <w:sz w:val="20"/>
        </w:rPr>
        <w:t>[5]</w:t>
      </w:r>
    </w:p>
    <w:p>
      <w:r>
        <w:rPr>
          <w:rFonts w:ascii="Gentium Plus" w:hAnsi="Gentium Plus"/>
          <w:sz w:val="24"/>
        </w:rPr>
        <w:t>πορνεύω πορνεῖον, πρυτανεύω πρυτανεῖον. Πρῷζον. τὸ προχθεσινόν. πρώϊζον καὶ κατὰ συν‐ αίρεσιν πρῷζον. Πρωϊζά. τὰ προχθεσινά. ἐκ τοῦ πρώϊον, πρώϊ‐ ζος πρωϊζά.</w:t>
      </w:r>
    </w:p>
    <w:p>
      <w:r>
        <w:rPr>
          <w:rFonts w:ascii="Courier New" w:hAnsi="Courier New"/>
          <w:color w:val="555555"/>
          <w:sz w:val="20"/>
        </w:rPr>
        <w:t>[10]</w:t>
      </w:r>
    </w:p>
    <w:p>
      <w:r>
        <w:rPr>
          <w:rFonts w:ascii="Gentium Plus" w:hAnsi="Gentium Plus"/>
          <w:sz w:val="24"/>
        </w:rPr>
        <w:t>Πρώϊον. ἕωθεν, ὄρθρου, ἢ πρόσφατον. Πρωτόλεια. αἱ ἀπαρχαί· τὰ πρὸ τῶν ληΐων ἐξαίρετα καὶ πρώτιστα, ἅπερ εἰώθασιν οἱ ἄρι‐ στοι λαμβάνειν. Πραιτωρίῳ. παλατίῳ. καὶ ὁ Ἀπόστολος· ἐν</w:t>
      </w:r>
    </w:p>
    <w:p>
      <w:r>
        <w:rPr>
          <w:rFonts w:ascii="Courier New" w:hAnsi="Courier New"/>
          <w:color w:val="555555"/>
          <w:sz w:val="20"/>
        </w:rPr>
        <w:t>[15]</w:t>
      </w:r>
    </w:p>
    <w:p>
      <w:r>
        <w:rPr>
          <w:rFonts w:ascii="Gentium Plus" w:hAnsi="Gentium Plus"/>
          <w:sz w:val="24"/>
        </w:rPr>
        <w:t>ὅλῳ τῷ πραιτωρίῳ. ἐκ τούτου δὲ θάρσος γέγο‐ νε τοῖς πιστοῖς. Πρακτέον. δεῖ πράττειν.</w:t>
      </w:r>
    </w:p>
    <w:p>
      <w:pPr>
        <w:jc w:val="center"/>
      </w:pPr>
      <w:r>
        <w:rPr>
          <w:rFonts w:ascii="Gentium Plus" w:hAnsi="Gentium Plus"/>
          <w:b/>
          <w:sz w:val="24"/>
        </w:rPr>
        <w:t>(Ῥῆμα.)</w:t>
      </w:r>
    </w:p>
    <w:p>
      <w:r>
        <w:rPr>
          <w:rFonts w:ascii="Courier New" w:hAnsi="Courier New"/>
          <w:color w:val="555555"/>
          <w:sz w:val="20"/>
        </w:rPr>
        <w:t>[19]</w:t>
      </w:r>
    </w:p>
    <w:p>
      <w:r>
        <w:rPr>
          <w:rFonts w:ascii="Gentium Plus" w:hAnsi="Gentium Plus"/>
          <w:sz w:val="24"/>
        </w:rPr>
        <w:t>Πρηΰνω. τὸ πραΰνω, τροπῇ τοῦ α εἰς ἦτα.</w:t>
      </w:r>
    </w:p>
    <w:p>
      <w:r>
        <w:rPr>
          <w:rFonts w:ascii="Courier New" w:hAnsi="Courier New"/>
          <w:color w:val="555555"/>
          <w:sz w:val="20"/>
        </w:rPr>
        <w:t>[20]</w:t>
      </w:r>
    </w:p>
    <w:p>
      <w:r>
        <w:rPr>
          <w:rFonts w:ascii="Gentium Plus" w:hAnsi="Gentium Plus"/>
          <w:sz w:val="24"/>
        </w:rPr>
        <w:t>Πρημαίνω. τὸ μαίνομαι. Πρηνίσω. πίπτω. Πρήθω. τὸ καίω. ἀπὸ τοῦ πρίω γέγονε κατὰ πα‐ ραγωγὴν πρίθω, καὶ καθ’ ὑπαλλαγὴν πρέθω, ἐξ οὗ τὸ ἔπρεσεν. Ἡσίοδος·</w:t>
      </w:r>
    </w:p>
    <w:p>
      <w:r>
        <w:rPr>
          <w:rFonts w:ascii="Courier New" w:hAnsi="Courier New"/>
          <w:color w:val="555555"/>
          <w:sz w:val="20"/>
        </w:rPr>
        <w:t>[25]</w:t>
      </w:r>
    </w:p>
    <w:p>
      <w:r>
        <w:rPr>
          <w:rFonts w:ascii="Gentium Plus" w:hAnsi="Gentium Plus"/>
          <w:sz w:val="24"/>
        </w:rPr>
        <w:t>—ἀμφὶ δὲ πᾶσαν ἔπρεσε θεσπεσίας κεφαλάς—. ἐξ οὗ γίνεται πρήθω κατ’ ἔκτασιν. Πρηνιχθῆναι. τὸ ἐπὶ πρόσωπον πεσεῖν· μετα‐ φορικῶς δὲ καὶ εἰς γόνυ κλιθῆναι. ἐπρήνιξε</w:t>
      </w:r>
    </w:p>
    <w:p>
      <w:r>
        <w:rPr>
          <w:rFonts w:ascii="Courier New" w:hAnsi="Courier New"/>
          <w:color w:val="555555"/>
          <w:sz w:val="20"/>
        </w:rPr>
        <w:t>[30]</w:t>
      </w:r>
    </w:p>
    <w:p>
      <w:r>
        <w:rPr>
          <w:rFonts w:ascii="Gentium Plus" w:hAnsi="Gentium Plus"/>
          <w:sz w:val="24"/>
        </w:rPr>
        <w:t>τὴν Εὐρυμέδοντος πόλιν.</w:t>
      </w:r>
    </w:p>
    <w:p>
      <w:r>
        <w:rPr>
          <w:rFonts w:ascii="Courier New" w:hAnsi="Courier New"/>
          <w:color w:val="555555"/>
          <w:sz w:val="20"/>
        </w:rPr>
        <w:t>[pi 1586]</w:t>
      </w:r>
    </w:p>
    <w:p>
      <w:r>
        <w:rPr>
          <w:rFonts w:ascii="Gentium Plus" w:hAnsi="Gentium Plus"/>
          <w:sz w:val="24"/>
        </w:rPr>
        <w:t>ἢ παρὰ τὸ πιμπρῶ δευτέρας συζυγίας τῶν πε‐ ρισπωμένων παράγωγον πίμπρημι, ὁ μέλλων πρήσω, καὶ ὁ ἀόριστος ἔπρησα. Πρήσουσα. διαπερῶσα. παρὰ τὸ περῶ γίνεται</w:t>
      </w:r>
    </w:p>
    <w:p>
      <w:r>
        <w:rPr>
          <w:rFonts w:ascii="Courier New" w:hAnsi="Courier New"/>
          <w:color w:val="555555"/>
          <w:sz w:val="20"/>
        </w:rPr>
        <w:t>[5]</w:t>
      </w:r>
    </w:p>
    <w:p>
      <w:r>
        <w:rPr>
          <w:rFonts w:ascii="Gentium Plus" w:hAnsi="Gentium Plus"/>
          <w:sz w:val="24"/>
        </w:rPr>
        <w:t>πρῶ, ὡς τερῶ τρῶ, καὶ βιῶ βῶ. ὁ παρακείμενος πεπέρακα καὶ κατὰ συγκοπὴν πέπρακα. καὶ γὰρ τὸ πωλούμενον περᾷ ἀπὸ τοῦ πωλοῦντος εἰς τὸν ἀγοράζοντα. ἐκ δὲ τοῦ πρῶ ὁ μέλλων πρήσω, ἡ μετοχὴ πρήσων, καὶ τὸ θηλυκὸν πρήσουσα.</w:t>
      </w:r>
    </w:p>
    <w:p>
      <w:r>
        <w:rPr>
          <w:rFonts w:ascii="Courier New" w:hAnsi="Courier New"/>
          <w:color w:val="555555"/>
          <w:sz w:val="20"/>
        </w:rPr>
        <w:t>[10]</w:t>
      </w:r>
    </w:p>
    <w:p>
      <w:r>
        <w:rPr>
          <w:rFonts w:ascii="Gentium Plus" w:hAnsi="Gentium Plus"/>
          <w:sz w:val="24"/>
        </w:rPr>
        <w:t>Πρῆσεν. ἐφύσησε. Πρίημι. ἀγοράζω. καὶ πριώμενος. Πρίεται. σχίζεται. Πριόμενος. κοπτόμενος. πριώμενος δὲ, ὁ ἀγορά‐ ζων, μέγα.</w:t>
      </w:r>
    </w:p>
    <w:p>
      <w:r>
        <w:rPr>
          <w:rFonts w:ascii="Courier New" w:hAnsi="Courier New"/>
          <w:color w:val="555555"/>
          <w:sz w:val="20"/>
        </w:rPr>
        <w:t>[15]</w:t>
      </w:r>
    </w:p>
    <w:p>
      <w:r>
        <w:rPr>
          <w:rFonts w:ascii="Gentium Plus" w:hAnsi="Gentium Plus"/>
          <w:sz w:val="24"/>
        </w:rPr>
        <w:t>Πριάμενος. ἀγοράσας. *Προάγουσιν. προλαμβάνουσι.* †προάξειν ἀντὶ τοῦ προλάβω.† †Πρόεισι. προέρχεται.† Προέμενος. προδούς.</w:t>
      </w:r>
    </w:p>
    <w:p>
      <w:r>
        <w:rPr>
          <w:rFonts w:ascii="Courier New" w:hAnsi="Courier New"/>
          <w:color w:val="555555"/>
          <w:sz w:val="20"/>
        </w:rPr>
        <w:t>[20]</w:t>
      </w:r>
    </w:p>
    <w:p>
      <w:r>
        <w:rPr>
          <w:rFonts w:ascii="Gentium Plus" w:hAnsi="Gentium Plus"/>
          <w:sz w:val="24"/>
        </w:rPr>
        <w:t>Πρόες. πρόπεμψον. ἀπὸ τοῦ ἵημι ὁ δεύτερος ἀόριστος ἧν, καὶ τὸ προστακτικὸν ἓς, καὶ μετὰ τῆς πρὸ προθέσεως πρόες. Προΐηλε. προέπεμψε, προέθηκεν. ἀπὸ τοῦ εἰ‐ λῶ εἶλε, καὶ ἐν ὑπερθέσει ἴηλεν.</w:t>
      </w:r>
    </w:p>
    <w:p>
      <w:r>
        <w:rPr>
          <w:rFonts w:ascii="Courier New" w:hAnsi="Courier New"/>
          <w:color w:val="555555"/>
          <w:sz w:val="20"/>
        </w:rPr>
        <w:t>[25]</w:t>
      </w:r>
    </w:p>
    <w:p>
      <w:r>
        <w:rPr>
          <w:rFonts w:ascii="Gentium Plus" w:hAnsi="Gentium Plus"/>
          <w:sz w:val="24"/>
        </w:rPr>
        <w:t>†Προσείλου. προσελάβου. συνηρίθμησας. Αἰ‐ λιανός· εἶτα, ἀσελγέστατε, τοσοῦτοι ἐχθροὶ γεγενημένοι οὐκ ἤρκεσαν, ἀλλ’ ἄρα καὶ ἐμὲ εἰς τὴν τῶν ἐχθρῶν προσείλου τάξιν.† †Προσερήσομαι. προσερωτήσω.†</w:t>
      </w:r>
    </w:p>
    <w:p>
      <w:r>
        <w:rPr>
          <w:rFonts w:ascii="Courier New" w:hAnsi="Courier New"/>
          <w:color w:val="555555"/>
          <w:sz w:val="20"/>
        </w:rPr>
        <w:t>[30]</w:t>
      </w:r>
    </w:p>
    <w:p>
      <w:r>
        <w:rPr>
          <w:rFonts w:ascii="Gentium Plus" w:hAnsi="Gentium Plus"/>
          <w:sz w:val="24"/>
        </w:rPr>
        <w:t>Πρόσεχε. ἀντὶ τοῦ περιβλέπου τὰ κατὰ σαυτόν.</w:t>
      </w:r>
    </w:p>
    <w:p>
      <w:r>
        <w:rPr>
          <w:rFonts w:ascii="Courier New" w:hAnsi="Courier New"/>
          <w:color w:val="555555"/>
          <w:sz w:val="20"/>
        </w:rPr>
        <w:t>[pi 1587]</w:t>
      </w:r>
    </w:p>
    <w:p>
      <w:r>
        <w:rPr>
          <w:rFonts w:ascii="Gentium Plus" w:hAnsi="Gentium Plus"/>
          <w:sz w:val="24"/>
        </w:rPr>
        <w:t>Προνοητέον. ἀντὶ τοῦ φροντιστέον. †Προσηγάσθησαν. ὑπερεθαύμασαν.† †Προτονίζουσιν. ἐκ τοῦ πρῶτος καὶ τοῦ τονίζω, τὸ σωρεύω.†</w:t>
      </w:r>
    </w:p>
    <w:p>
      <w:r>
        <w:rPr>
          <w:rFonts w:ascii="Courier New" w:hAnsi="Courier New"/>
          <w:color w:val="555555"/>
          <w:sz w:val="20"/>
        </w:rPr>
        <w:t>[5]</w:t>
      </w:r>
    </w:p>
    <w:p>
      <w:r>
        <w:rPr>
          <w:rFonts w:ascii="Gentium Plus" w:hAnsi="Gentium Plus"/>
          <w:sz w:val="24"/>
        </w:rPr>
        <w:t>Προὔχοντος. ὑπερέχοντος. Προσκομιστέον. προσενεκτέον. Προσεκτέον. σπουδαστέον. Προσαρασσόμενον. προσρηγνύμενον. προσαρασ‐ σόμενα κύματα.</w:t>
      </w:r>
    </w:p>
    <w:p>
      <w:r>
        <w:rPr>
          <w:rFonts w:ascii="Courier New" w:hAnsi="Courier New"/>
          <w:color w:val="555555"/>
          <w:sz w:val="20"/>
        </w:rPr>
        <w:t>[10]</w:t>
      </w:r>
    </w:p>
    <w:p>
      <w:r>
        <w:rPr>
          <w:rFonts w:ascii="Gentium Plus" w:hAnsi="Gentium Plus"/>
          <w:sz w:val="24"/>
        </w:rPr>
        <w:t>Προώμεθα. προδώσωμεν. Προήκατο. προέδωκε, προέπεμψε. Προσιζήσας. προσκαθίσας. Προειλόμην. προέκρινα. Προσήκατο. προσεδέξατο.</w:t>
      </w:r>
    </w:p>
    <w:p>
      <w:r>
        <w:rPr>
          <w:rFonts w:ascii="Courier New" w:hAnsi="Courier New"/>
          <w:color w:val="555555"/>
          <w:sz w:val="20"/>
        </w:rPr>
        <w:t>[15]</w:t>
      </w:r>
    </w:p>
    <w:p>
      <w:r>
        <w:rPr>
          <w:rFonts w:ascii="Gentium Plus" w:hAnsi="Gentium Plus"/>
          <w:sz w:val="24"/>
        </w:rPr>
        <w:t>Προσώχθισα. ἐβδελυξάμην, ἐμίσησα. Προΐσχεται. δίδωσι. προβάλλεται ἢ κρατεῖται. ἀπὸ τοῦ ἴσχω, τὸ κρατῶ. Προσπελάζει. προσεγγίζει. Προσείρων. προσάπτων.</w:t>
      </w:r>
    </w:p>
    <w:p>
      <w:r>
        <w:rPr>
          <w:rFonts w:ascii="Courier New" w:hAnsi="Courier New"/>
          <w:color w:val="555555"/>
          <w:sz w:val="20"/>
        </w:rPr>
        <w:t>[20]</w:t>
      </w:r>
    </w:p>
    <w:p>
      <w:r>
        <w:rPr>
          <w:rFonts w:ascii="Gentium Plus" w:hAnsi="Gentium Plus"/>
          <w:sz w:val="24"/>
        </w:rPr>
        <w:t>Πρόσειπε. προσαγόρευσον. Προπηλακίζω. ὑβρίζω, ἐξουθενῶ. Προπίνει. διὰ τοῦ οἴνου τιμᾷ. Προχείρισαι. προβαλοῦ. Προσαγηόχασι. προσήγαγον.</w:t>
      </w:r>
    </w:p>
    <w:p>
      <w:r>
        <w:rPr>
          <w:rFonts w:ascii="Courier New" w:hAnsi="Courier New"/>
          <w:color w:val="555555"/>
          <w:sz w:val="20"/>
        </w:rPr>
        <w:t>[25]</w:t>
      </w:r>
    </w:p>
    <w:p>
      <w:r>
        <w:rPr>
          <w:rFonts w:ascii="Gentium Plus" w:hAnsi="Gentium Plus"/>
          <w:sz w:val="24"/>
        </w:rPr>
        <w:t>Προκυλινδοῦμαι. κυλίομαι.</w:t>
      </w:r>
    </w:p>
    <w:p>
      <w:r>
        <w:rPr>
          <w:rFonts w:ascii="Courier New" w:hAnsi="Courier New"/>
          <w:color w:val="555555"/>
          <w:sz w:val="20"/>
        </w:rPr>
        <w:t>[pi 1588]</w:t>
      </w:r>
    </w:p>
    <w:p>
      <w:r>
        <w:rPr>
          <w:rFonts w:ascii="Gentium Plus" w:hAnsi="Gentium Plus"/>
          <w:sz w:val="24"/>
        </w:rPr>
        <w:t>Προσφωνεῖ. προσαγορεύει. Προπομπεύεσθαι. ὀψικεύεσθαι. Προσκίρτησον. χόρευσον. Πρόμολε. πρόελθε.</w:t>
      </w:r>
    </w:p>
    <w:p>
      <w:r>
        <w:rPr>
          <w:rFonts w:ascii="Courier New" w:hAnsi="Courier New"/>
          <w:color w:val="555555"/>
          <w:sz w:val="20"/>
        </w:rPr>
        <w:t>[5]</w:t>
      </w:r>
    </w:p>
    <w:p>
      <w:r>
        <w:rPr>
          <w:rFonts w:ascii="Gentium Plus" w:hAnsi="Gentium Plus"/>
          <w:sz w:val="24"/>
        </w:rPr>
        <w:t>Προείκασιν. ἔπεμψαν. Προβάλλεσθαι. τὸ προβάλλεσθαι ἐπὶ τοῦ δυσχεραίνειν καὶ φεύγειν οὐδεὶς εἴρηκε τῶν δο‐ κίμων· τὸ δὲ προβάλλεσθαι αὐτὸ τὸ προτείνε‐ σθαι δηλοῖ. καὶ προβεβλημένως γὰρ πρός τι‐</w:t>
      </w:r>
    </w:p>
    <w:p>
      <w:r>
        <w:rPr>
          <w:rFonts w:ascii="Courier New" w:hAnsi="Courier New"/>
          <w:color w:val="555555"/>
          <w:sz w:val="20"/>
        </w:rPr>
        <w:t>[10]</w:t>
      </w:r>
    </w:p>
    <w:p>
      <w:r>
        <w:rPr>
          <w:rFonts w:ascii="Gentium Plus" w:hAnsi="Gentium Plus"/>
          <w:sz w:val="24"/>
        </w:rPr>
        <w:t>νας ἔχειν λέγεται τὸ παρατεταγμένως καὶ ἀπί‐ στως διακεῖσθαι. *Προμιλέγια. ἤγουν προνόμια.* Προτιόσσομαι. ὑπολαμβάνω. Προταμών. ἀποκόψας. ἢ τὸ σκληρὸν τῆς τρο‐</w:t>
      </w:r>
    </w:p>
    <w:p>
      <w:r>
        <w:rPr>
          <w:rFonts w:ascii="Courier New" w:hAnsi="Courier New"/>
          <w:color w:val="555555"/>
          <w:sz w:val="20"/>
        </w:rPr>
        <w:t>[15]</w:t>
      </w:r>
    </w:p>
    <w:p>
      <w:r>
        <w:rPr>
          <w:rFonts w:ascii="Gentium Plus" w:hAnsi="Gentium Plus"/>
          <w:sz w:val="24"/>
        </w:rPr>
        <w:t>φῆς προκατεργασάμενος. Προχέοντο. προήρχοντο. μεταφορᾶς ὁ τρόπος. ἀπὸ τοῦ χέω. κυρίως γὰρ τὸ χέω ἐπὶ ὑδάτων λέγεται. Προτείνουσιν. ἀντὶ τοῦ προτιθέασι καὶ προβάλ‐</w:t>
      </w:r>
    </w:p>
    <w:p>
      <w:r>
        <w:rPr>
          <w:rFonts w:ascii="Courier New" w:hAnsi="Courier New"/>
          <w:color w:val="555555"/>
          <w:sz w:val="20"/>
        </w:rPr>
        <w:t>[20]</w:t>
      </w:r>
    </w:p>
    <w:p>
      <w:r>
        <w:rPr>
          <w:rFonts w:ascii="Gentium Plus" w:hAnsi="Gentium Plus"/>
          <w:sz w:val="24"/>
        </w:rPr>
        <w:t>λονται. Προσέκοψαν. ἠπίστησαν. καὶ ὁ Ἀπόστολος· προσέκοψαν τῷ λίθῳ τοῦ προσκόμματος, κα‐ θὼς γέγραπται. Προσελάβετο. ἐφειλκύσατο. καὶ ὁ Ἀπόστολος·</w:t>
      </w:r>
    </w:p>
    <w:p>
      <w:r>
        <w:rPr>
          <w:rFonts w:ascii="Courier New" w:hAnsi="Courier New"/>
          <w:color w:val="555555"/>
          <w:sz w:val="20"/>
        </w:rPr>
        <w:t>[25]</w:t>
      </w:r>
    </w:p>
    <w:p>
      <w:r>
        <w:rPr>
          <w:rFonts w:ascii="Gentium Plus" w:hAnsi="Gentium Plus"/>
          <w:sz w:val="24"/>
        </w:rPr>
        <w:t>ὁ θεὸς γὰρ αὐτὸν προσελάβετο.</w:t>
      </w:r>
    </w:p>
    <w:p>
      <w:r>
        <w:rPr>
          <w:rFonts w:ascii="Courier New" w:hAnsi="Courier New"/>
          <w:color w:val="555555"/>
          <w:sz w:val="20"/>
        </w:rPr>
        <w:t>[pi 1589]</w:t>
      </w:r>
    </w:p>
    <w:p>
      <w:r>
        <w:rPr>
          <w:rFonts w:ascii="Gentium Plus" w:hAnsi="Gentium Plus"/>
          <w:sz w:val="24"/>
        </w:rPr>
        <w:t>Προσλαβοῦ. μετὰ ἀγάπης δέξαι. Προσέξονται. ἀντὶ τοῦ προσκολλῶνται. προσέξον‐ ται ταῖς κοτύλαις αἱ πέτραι. *Πρεσβεύομεν. μεσιτεύομεν. καὶ ὁ Ἀπόστολος·</w:t>
      </w:r>
    </w:p>
    <w:p>
      <w:r>
        <w:rPr>
          <w:rFonts w:ascii="Courier New" w:hAnsi="Courier New"/>
          <w:color w:val="555555"/>
          <w:sz w:val="20"/>
        </w:rPr>
        <w:t>[5]</w:t>
      </w:r>
    </w:p>
    <w:p>
      <w:r>
        <w:rPr>
          <w:rFonts w:ascii="Gentium Plus" w:hAnsi="Gentium Plus"/>
          <w:sz w:val="24"/>
        </w:rPr>
        <w:t>ὑπὲρ Χριστοῦ πρεσβεύομεν.*</w:t>
      </w:r>
    </w:p>
    <w:p>
      <w:pPr>
        <w:jc w:val="center"/>
      </w:pPr>
      <w:r>
        <w:rPr>
          <w:rFonts w:ascii="Gentium Plus" w:hAnsi="Gentium Plus"/>
          <w:b/>
          <w:sz w:val="24"/>
        </w:rPr>
        <w:t>(Ἐπίῤῥημα.)</w:t>
      </w:r>
    </w:p>
    <w:p>
      <w:r>
        <w:rPr>
          <w:rFonts w:ascii="Courier New" w:hAnsi="Courier New"/>
          <w:color w:val="555555"/>
          <w:sz w:val="20"/>
        </w:rPr>
        <w:t>[7]</w:t>
      </w:r>
    </w:p>
    <w:p>
      <w:r>
        <w:rPr>
          <w:rFonts w:ascii="Gentium Plus" w:hAnsi="Gentium Plus"/>
          <w:sz w:val="24"/>
        </w:rPr>
        <w:t>Πρᾴως. ἡσύχως. Πρηνή. ἐπὶ πρόσωπον. Πρίν. ἀντὶ τοῦ πρότερον.</w:t>
      </w:r>
    </w:p>
    <w:p>
      <w:r>
        <w:rPr>
          <w:rFonts w:ascii="Courier New" w:hAnsi="Courier New"/>
          <w:color w:val="555555"/>
          <w:sz w:val="20"/>
        </w:rPr>
        <w:t>[10]</w:t>
      </w:r>
    </w:p>
    <w:p>
      <w:r>
        <w:rPr>
          <w:rFonts w:ascii="Gentium Plus" w:hAnsi="Gentium Plus"/>
          <w:sz w:val="24"/>
        </w:rPr>
        <w:t>Προβεβλημένως. παρατεταγμένως καὶ ἀπί‐ στως διακεῖσθαι. Πρόπαρ. προπάροιθεν. ἆρον δύο συλλαβὰς, γί‐ νεται πρόπαρ. ἀντὶ τοῦ πρότερον ἢ ἔμπροσθεν. [Προπάροιθεν. ἀντὶ τοῦ πρότερον.]</w:t>
      </w:r>
    </w:p>
    <w:p>
      <w:r>
        <w:rPr>
          <w:rFonts w:ascii="Courier New" w:hAnsi="Courier New"/>
          <w:color w:val="555555"/>
          <w:sz w:val="20"/>
        </w:rPr>
        <w:t>[15]</w:t>
      </w:r>
    </w:p>
    <w:p>
      <w:r>
        <w:rPr>
          <w:rFonts w:ascii="Gentium Plus" w:hAnsi="Gentium Plus"/>
          <w:sz w:val="24"/>
        </w:rPr>
        <w:t>[Πρόσω. ἔμπροσθεν.] Προσενωπίως καὶ προσενώπιον. πρὸς τοὺς ἐξ ἐναντίας τῶν εἰσόδων τοίχους. διὰ τὸ φωτίζε‐ σθαι ὑπὸ τῶν θυρῶν. Προτροπάδην. προτρεπτικῶς φεύγων τοῦ πολέ‐</w:t>
      </w:r>
    </w:p>
    <w:p>
      <w:r>
        <w:rPr>
          <w:rFonts w:ascii="Courier New" w:hAnsi="Courier New"/>
          <w:color w:val="555555"/>
          <w:sz w:val="20"/>
        </w:rPr>
        <w:t>[20]</w:t>
      </w:r>
    </w:p>
    <w:p>
      <w:r>
        <w:rPr>
          <w:rFonts w:ascii="Gentium Plus" w:hAnsi="Gentium Plus"/>
          <w:sz w:val="24"/>
        </w:rPr>
        <w:t>μου. Προσφόρως. ἁρμοδίως. Προσφάτῳ. πρωτολογίαις, ἢ προοιμίοις. Πρόχνυ. τὸ ἐπὶ γόνυ πεσεῖν· παντελῶς ὀκλά‐ σαι. οἱονεὶ προγόνυ, καὶ συγκοπῇ πρόγνυ καὶ</w:t>
      </w:r>
    </w:p>
    <w:p>
      <w:r>
        <w:rPr>
          <w:rFonts w:ascii="Courier New" w:hAnsi="Courier New"/>
          <w:color w:val="555555"/>
          <w:sz w:val="20"/>
        </w:rPr>
        <w:t>[25]</w:t>
      </w:r>
    </w:p>
    <w:p>
      <w:r>
        <w:rPr>
          <w:rFonts w:ascii="Gentium Plus" w:hAnsi="Gentium Plus"/>
          <w:sz w:val="24"/>
        </w:rPr>
        <w:t>πρόχνυ. ἡ γὰρ πρὸ ἀντὶ τοῦ ἐπὶ κεῖται.</w:t>
      </w:r>
    </w:p>
    <w:p>
      <w:r>
        <w:rPr>
          <w:rFonts w:ascii="Courier New" w:hAnsi="Courier New"/>
          <w:color w:val="555555"/>
          <w:sz w:val="20"/>
        </w:rPr>
        <w:t>[pi 1590]</w:t>
      </w:r>
    </w:p>
    <w:p>
      <w:r>
        <w:rPr>
          <w:rFonts w:ascii="Gentium Plus" w:hAnsi="Gentium Plus"/>
          <w:sz w:val="24"/>
        </w:rPr>
        <w:t>γὰρ πρωῒ, ἐκ τούτου γίνεται παράγωγον πρώϊος καὶ τὸ οὐδέτερον πρώϊον. ὡς καὶ ὁ ποιητής· —ἣν ἔδησα πρώϊον—.</w:t>
      </w:r>
    </w:p>
    <w:p>
      <w:r>
        <w:rPr>
          <w:rFonts w:ascii="Courier New" w:hAnsi="Courier New"/>
          <w:color w:val="555555"/>
          <w:sz w:val="20"/>
        </w:rPr>
        <w:t>[5]</w:t>
      </w:r>
    </w:p>
    <w:p>
      <w:r>
        <w:rPr>
          <w:rFonts w:ascii="Gentium Plus" w:hAnsi="Gentium Plus"/>
          <w:sz w:val="24"/>
        </w:rPr>
        <w:t>τούτου τὸ θηλυκὸν ἡ πρωΐα, ἡ αἰτιατικὴ τὴν πρωΐαν, καὶ ἰωνικῶς τρέπεται τὸ α εἰς η, καὶ συναιρέσει τοῦ ω καὶ ι εἰς τὴν ω δίφθογγον πρώην. καὶ χωρεῖ εἰς ἐπιῤῥηματικὴν σύνταξιν. Προβάδην. περιπατῶν. Ἡσίοδος·</w:t>
      </w:r>
    </w:p>
    <w:p>
      <w:r>
        <w:rPr>
          <w:rFonts w:ascii="Courier New" w:hAnsi="Courier New"/>
          <w:color w:val="555555"/>
          <w:sz w:val="20"/>
        </w:rPr>
        <w:t>[10]</w:t>
      </w:r>
    </w:p>
    <w:p>
      <w:r>
        <w:rPr>
          <w:rFonts w:ascii="Gentium Plus" w:hAnsi="Gentium Plus"/>
          <w:sz w:val="24"/>
        </w:rPr>
        <w:t>μήτ’ ἐν ὁδῷ μήτ’ ἐκτὸς ὁδοῦ προβάδην οὐ‐ ρήσῃς.</w:t>
      </w:r>
    </w:p>
    <w:p>
      <w:pPr>
        <w:jc w:val="center"/>
      </w:pPr>
      <w:r>
        <w:rPr>
          <w:rFonts w:ascii="Gentium Plus" w:hAnsi="Gentium Plus"/>
          <w:b/>
          <w:sz w:val="24"/>
        </w:rPr>
        <w:t>Τὸ Π μετὰ τοῦ Τ.</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Πταρμός. κεφαλῆς αἴσθησις. ἐπεὶ οἱ θίγοντες</w:t>
      </w:r>
    </w:p>
    <w:p>
      <w:r>
        <w:rPr>
          <w:rFonts w:ascii="Courier New" w:hAnsi="Courier New"/>
          <w:color w:val="555555"/>
          <w:sz w:val="20"/>
        </w:rPr>
        <w:t>[15]</w:t>
      </w:r>
    </w:p>
    <w:p>
      <w:r>
        <w:rPr>
          <w:rFonts w:ascii="Gentium Plus" w:hAnsi="Gentium Plus"/>
          <w:sz w:val="24"/>
        </w:rPr>
        <w:t>τοῦ μυκτῆρος λεπτῷ κάρφει πτάρνυνται. Πτερωτής. ἀλείπτης, κουφιστής. καὶ πτερόεις, καὶ πτερωτός. Πτερνισμός. ἐπιβουλή· δόλος· ἀπάτη. Πτίλος. ὁ ἐκπεπτωκὼς τῶν ἴλλων. ἢ κατὰ πλεο‐</w:t>
      </w:r>
    </w:p>
    <w:p>
      <w:r>
        <w:rPr>
          <w:rFonts w:ascii="Courier New" w:hAnsi="Courier New"/>
          <w:color w:val="555555"/>
          <w:sz w:val="20"/>
        </w:rPr>
        <w:t>[20]</w:t>
      </w:r>
    </w:p>
    <w:p>
      <w:r>
        <w:rPr>
          <w:rFonts w:ascii="Gentium Plus" w:hAnsi="Gentium Plus"/>
          <w:sz w:val="24"/>
        </w:rPr>
        <w:t>νασμὸν τοῦ π ἐπὶ τῶν ἀποτετιλμένων τὰ βλέ‐ φαρα. Πτολεμαῖος. κύριον. Πτόρθος. βλαστὸς, κλάδος. οὐχ εὗρον αὐτοῦ τὴν ἐτυμολογίαν. οἶμαι δὲ, παρὰ τὸ πτείρω γί‐</w:t>
      </w:r>
    </w:p>
    <w:p>
      <w:r>
        <w:rPr>
          <w:rFonts w:ascii="Courier New" w:hAnsi="Courier New"/>
          <w:color w:val="555555"/>
          <w:sz w:val="20"/>
        </w:rPr>
        <w:t>[25]</w:t>
      </w:r>
    </w:p>
    <w:p>
      <w:r>
        <w:rPr>
          <w:rFonts w:ascii="Gentium Plus" w:hAnsi="Gentium Plus"/>
          <w:sz w:val="24"/>
        </w:rPr>
        <w:t>νεται πτόρος, ὡς φθείρω, φθόρος, καὶ πλεο‐</w:t>
      </w:r>
    </w:p>
    <w:p>
      <w:r>
        <w:rPr>
          <w:rFonts w:ascii="Courier New" w:hAnsi="Courier New"/>
          <w:color w:val="555555"/>
          <w:sz w:val="20"/>
        </w:rPr>
        <w:t>[pi 1591]</w:t>
      </w:r>
    </w:p>
    <w:p>
      <w:r>
        <w:rPr>
          <w:rFonts w:ascii="Gentium Plus" w:hAnsi="Gentium Plus"/>
          <w:sz w:val="24"/>
        </w:rPr>
        <w:t>†Πτύανοι. μίγμα παντοδαπῶν ὀστρέων.† Πτύελος. τὸ πτύσμα. Πτύξαγρις καὶ πύξαγρις. ὁ καρκῖνος. διὰ τὸ τὰς πτύχας ἢ τὰ πυξία τῶν ὀστρείων ἀγρεύειν.</w:t>
      </w:r>
    </w:p>
    <w:p>
      <w:r>
        <w:rPr>
          <w:rFonts w:ascii="Courier New" w:hAnsi="Courier New"/>
          <w:color w:val="555555"/>
          <w:sz w:val="20"/>
        </w:rPr>
        <w:t>[5]</w:t>
      </w:r>
    </w:p>
    <w:p>
      <w:r>
        <w:rPr>
          <w:rFonts w:ascii="Gentium Plus" w:hAnsi="Gentium Plus"/>
          <w:sz w:val="24"/>
        </w:rPr>
        <w:t>λέγεται γὰρ ἔνδον τῶν πτυχῶν τιθέναι λιθίδιον μικρὸν, ὅπως ῥᾷον διὰ τοῦ ποδὸς ἐφελκύσῃ τὴν ὀστρειακὴν σάρκα. Πτωχός. ὁ ἀπὸ πλούτου κατελθὼν εἰς ἔνδειαν. ἀπὸ τοῦ ποτὲ ἔχειν. ἢ ἀπὸ τοῦ πτώσσειν καὶ</w:t>
      </w:r>
    </w:p>
    <w:p>
      <w:r>
        <w:rPr>
          <w:rFonts w:ascii="Courier New" w:hAnsi="Courier New"/>
          <w:color w:val="555555"/>
          <w:sz w:val="20"/>
        </w:rPr>
        <w:t>[10]</w:t>
      </w:r>
    </w:p>
    <w:p>
      <w:r>
        <w:rPr>
          <w:rFonts w:ascii="Gentium Plus" w:hAnsi="Gentium Plus"/>
          <w:sz w:val="24"/>
        </w:rPr>
        <w:t>προσπίπτειν τοὺς δεομένους. ἢ παρὰ τὸ πτήσ‐ σειν περὶ τὴν ὀχὴν καὶ τὴν τροφήν. Πτώξ. ὁ λαγωός. παρὰ τὸ πτήσσω ἢ τὸ πτώσσω, τὸ φοβοῦμαι· δειλὸς γάρ ἐστιν. ἀπὸ τοῦ πτῶ δὲ παράγωγον πτώσσω, ὁ μέλλων πτώξω, ἀπο‐</w:t>
      </w:r>
    </w:p>
    <w:p>
      <w:r>
        <w:rPr>
          <w:rFonts w:ascii="Courier New" w:hAnsi="Courier New"/>
          <w:color w:val="555555"/>
          <w:sz w:val="20"/>
        </w:rPr>
        <w:t>[15]</w:t>
      </w:r>
    </w:p>
    <w:p>
      <w:r>
        <w:rPr>
          <w:rFonts w:ascii="Gentium Plus" w:hAnsi="Gentium Plus"/>
          <w:sz w:val="24"/>
        </w:rPr>
        <w:t>βολῇ τοῦ ω πτώξ. πτὼξ διὰ τί ὀξύνεται; τὰ ἀπὸ μελλόντων ἀποβολῇ τοῦ ω γινόμενα ὀνό‐ ματα ὀξύνονται, οἷον πτώξω πτὼξ, ῥὼξ, πούς. Πτώϊος. ὁ Ἀπόλλων. καὶ Πτοῖος. ἔστι καὶ πτοῖος ὁ φόβος.</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Πτέρνα καὶ πτέρνη. ἀμφότερα παρὰ τὸ πεπτω‐ κέναι ἐν αὐτῇ τὸ ὅλον σῶμα. ἢ παρὰ τὸ πατεῖν τὴν ἔραν ἤγουν τὴν γῆν. Πτῆσις. ἡ τῶν ὀρνίθων πέτασις.</w:t>
      </w:r>
    </w:p>
    <w:p>
      <w:r>
        <w:rPr>
          <w:rFonts w:ascii="Courier New" w:hAnsi="Courier New"/>
          <w:color w:val="555555"/>
          <w:sz w:val="20"/>
        </w:rPr>
        <w:t>[25]</w:t>
      </w:r>
    </w:p>
    <w:p>
      <w:r>
        <w:rPr>
          <w:rFonts w:ascii="Gentium Plus" w:hAnsi="Gentium Plus"/>
          <w:sz w:val="24"/>
        </w:rPr>
        <w:t>Πτισσάνη. ἡ λελεπτισμένη κριθή. παρὰ τὸ πτίσ‐ σω, τὸ καθαίρω ἢ τὸ τύπτω. καὶ ἐπτισμένον. ἢ πτισσάνη τὸ πίτυρον. Πτολεμαΐς. πόλις. Πτοία. ὁ φόβος. *ἐξ οὗ καὶ πτοιαλέος.*</w:t>
      </w:r>
    </w:p>
    <w:p>
      <w:r>
        <w:rPr>
          <w:rFonts w:ascii="Courier New" w:hAnsi="Courier New"/>
          <w:color w:val="555555"/>
          <w:sz w:val="20"/>
        </w:rPr>
        <w:t>[30]</w:t>
      </w:r>
    </w:p>
    <w:p>
      <w:r>
        <w:rPr>
          <w:rFonts w:ascii="Gentium Plus" w:hAnsi="Gentium Plus"/>
          <w:sz w:val="24"/>
        </w:rPr>
        <w:t>Πτύχες. αἱ ἐξοχαὶ ἢ τὰ σανίδια τῶν βιβλίων.</w:t>
      </w:r>
    </w:p>
    <w:p>
      <w:r>
        <w:rPr>
          <w:rFonts w:ascii="Courier New" w:hAnsi="Courier New"/>
          <w:color w:val="555555"/>
          <w:sz w:val="20"/>
        </w:rPr>
        <w:t>[pi 1592]</w:t>
      </w:r>
    </w:p>
    <w:p>
      <w:r>
        <w:rPr>
          <w:rFonts w:ascii="Gentium Plus" w:hAnsi="Gentium Plus"/>
          <w:sz w:val="24"/>
        </w:rPr>
        <w:t>Πτώσεις. ἡ γενικὴ, ἡ δοτικὴ καὶ ἕτεραι. ἀπὸ τῆς ὀρθῆς καὶ εὐθείας μεταπίπτουσιν εἰς ἕτε‐ ρα γένη.</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Πτελέον. τόπος. Πτερόν. παρὰ τὸ πέτω πετερὸν, ὡς θάλλω θαλερὸν, καὶ τήκω τηκερὸν, καὶ κατὰ συγκο‐ πὴν πτερόν. [ἢ παρὰ τὸ πτῶ ῥῆμα, ὃ δηλοῖ τὸ πέτομαι, γίνεται πτερόν.] ἄλλοι δὲ παρὰ τὸ</w:t>
      </w:r>
    </w:p>
    <w:p>
      <w:r>
        <w:rPr>
          <w:rFonts w:ascii="Courier New" w:hAnsi="Courier New"/>
          <w:color w:val="555555"/>
          <w:sz w:val="20"/>
        </w:rPr>
        <w:t>[10]</w:t>
      </w:r>
    </w:p>
    <w:p>
      <w:r>
        <w:rPr>
          <w:rFonts w:ascii="Gentium Plus" w:hAnsi="Gentium Plus"/>
          <w:sz w:val="24"/>
        </w:rPr>
        <w:t>πτέρω πτερόν. ἐξ οὗ τὸ ἀνεπτερώθη, καὶ πτε‐ ρωτὰ καὶ πτερόεντα. καὶ Ὅμηρος· ἔπεα πτερόεντα. ἤγουν ταχεῖς λόγους. †Πτερόβολον. ἡ σφενδόνη.†</w:t>
      </w:r>
    </w:p>
    <w:p>
      <w:r>
        <w:rPr>
          <w:rFonts w:ascii="Courier New" w:hAnsi="Courier New"/>
          <w:color w:val="555555"/>
          <w:sz w:val="20"/>
        </w:rPr>
        <w:t>[15]</w:t>
      </w:r>
    </w:p>
    <w:p>
      <w:r>
        <w:rPr>
          <w:rFonts w:ascii="Gentium Plus" w:hAnsi="Gentium Plus"/>
          <w:sz w:val="24"/>
        </w:rPr>
        <w:t>Πτίλα. τὰ πτερά. παρὰ τὸ τίλλω, τίλλα καὶ πτίλα. Πτολίεθρον. ἡ μικρὰ πόλις. παρὰ τὸ πολίζω πόλιστρον, ὅπερ ἐπεκτανθὲν πτολίεστρον λέγε‐ ται, καὶ ἀφαιρέσει τοῦ ς καὶ τροπῇ τοῦ τ εἰς</w:t>
      </w:r>
    </w:p>
    <w:p>
      <w:r>
        <w:rPr>
          <w:rFonts w:ascii="Courier New" w:hAnsi="Courier New"/>
          <w:color w:val="555555"/>
          <w:sz w:val="20"/>
        </w:rPr>
        <w:t>[20]</w:t>
      </w:r>
    </w:p>
    <w:p>
      <w:r>
        <w:rPr>
          <w:rFonts w:ascii="Gentium Plus" w:hAnsi="Gentium Plus"/>
          <w:sz w:val="24"/>
        </w:rPr>
        <w:t>θ πτολίεθρον. Πτύελον. τὸ πτύσμα. Πτύον. τὸ πτυάριον. Πτῶμα. ἡ πτῶσις.</w:t>
      </w:r>
    </w:p>
    <w:p>
      <w:pPr>
        <w:jc w:val="center"/>
      </w:pPr>
      <w:r>
        <w:rPr>
          <w:rFonts w:ascii="Gentium Plus" w:hAnsi="Gentium Plus"/>
          <w:b/>
          <w:sz w:val="24"/>
        </w:rPr>
        <w:t>(Ῥῆμα.)</w:t>
      </w:r>
    </w:p>
    <w:p>
      <w:r>
        <w:rPr>
          <w:rFonts w:ascii="Courier New" w:hAnsi="Courier New"/>
          <w:color w:val="555555"/>
          <w:sz w:val="20"/>
        </w:rPr>
        <w:t>[25]</w:t>
      </w:r>
    </w:p>
    <w:p>
      <w:r>
        <w:rPr>
          <w:rFonts w:ascii="Gentium Plus" w:hAnsi="Gentium Plus"/>
          <w:sz w:val="24"/>
        </w:rPr>
        <w:t>Πταίη. πετάσοι. Πταίει. σφάλλεται. καὶ πταίω ἀπὸ τοῦ πέτω, συγκοπῇ πτῶ, καὶ κατὰ ἀναδιπλασιασμὸν πί‐ πτω· τὰ γὰρ πετόμενα τοῖς πίπτουσιν ἔοικεν. ἔστιν οὖν πτῶ, καὶ κατὰ παραγωγὴν πταίω,</w:t>
      </w:r>
    </w:p>
    <w:p>
      <w:r>
        <w:rPr>
          <w:rFonts w:ascii="Courier New" w:hAnsi="Courier New"/>
          <w:color w:val="555555"/>
          <w:sz w:val="20"/>
        </w:rPr>
        <w:t>[30]</w:t>
      </w:r>
    </w:p>
    <w:p>
      <w:r>
        <w:rPr>
          <w:rFonts w:ascii="Gentium Plus" w:hAnsi="Gentium Plus"/>
          <w:sz w:val="24"/>
        </w:rPr>
        <w:t>ἀπὸ τοῦ πίπτειν πολλάκις τοὺς προσπταίοντας.</w:t>
      </w:r>
    </w:p>
    <w:p>
      <w:r>
        <w:rPr>
          <w:rFonts w:ascii="Courier New" w:hAnsi="Courier New"/>
          <w:color w:val="555555"/>
          <w:sz w:val="20"/>
        </w:rPr>
        <w:t>[pi 1593]</w:t>
      </w:r>
    </w:p>
    <w:p>
      <w:r>
        <w:rPr>
          <w:rFonts w:ascii="Gentium Plus" w:hAnsi="Gentium Plus"/>
          <w:sz w:val="24"/>
        </w:rPr>
        <w:t>ἐκ δὲ τοῦ πέτω γίνεται πάλιν ῥῆμα ποτῶ, ἐν ὑπερθέσει τοῦ τ πτοῶ, ἔνθεν τὸ ἐπτοήθη. Πτήσσω. τὸ φοβοῦμαι. πτίσσω δὲ, τὸ τύπτω καὶ καθαίρω, ι.</w:t>
      </w:r>
    </w:p>
    <w:p>
      <w:r>
        <w:rPr>
          <w:rFonts w:ascii="Courier New" w:hAnsi="Courier New"/>
          <w:color w:val="555555"/>
          <w:sz w:val="20"/>
        </w:rPr>
        <w:t>[5]</w:t>
      </w:r>
    </w:p>
    <w:p>
      <w:r>
        <w:rPr>
          <w:rFonts w:ascii="Gentium Plus" w:hAnsi="Gentium Plus"/>
          <w:sz w:val="24"/>
        </w:rPr>
        <w:t>Πτήξω. τὸ φοβοῦμαι. ἀπὸ τοῦ πέτω, πίπτω, πτῶ, πτήξω. ὁ γὰρ φοβούμενος πίπτοντι ἔοικεν. Πτερύσσεται. ταῖς πτέρυξι τὸν ἀέρα πλήττει. Πτερούμεθα. κουφιζόμεθα, μεταρσιούμεθα. Πτοῶ. τὸ φοβοῦμαι. καὶ πτοῆσαι.</w:t>
      </w:r>
    </w:p>
    <w:p>
      <w:r>
        <w:rPr>
          <w:rFonts w:ascii="Courier New" w:hAnsi="Courier New"/>
          <w:color w:val="555555"/>
          <w:sz w:val="20"/>
        </w:rPr>
        <w:t>[10]</w:t>
      </w:r>
    </w:p>
    <w:p>
      <w:r>
        <w:rPr>
          <w:rFonts w:ascii="Gentium Plus" w:hAnsi="Gentium Plus"/>
          <w:sz w:val="24"/>
        </w:rPr>
        <w:t>Πτοίω. τὸ φοβοῦμαι. πτύω δὲ, τὸ ἀσφαλίζω, καὶ πτύσσω, καὶ πτύξαι, ψιλά.</w:t>
      </w:r>
    </w:p>
    <w:p>
      <w:pPr>
        <w:jc w:val="center"/>
      </w:pPr>
      <w:r>
        <w:rPr>
          <w:rFonts w:ascii="Gentium Plus" w:hAnsi="Gentium Plus"/>
          <w:b/>
          <w:sz w:val="24"/>
        </w:rPr>
        <w:t>Τὸ Π μετὰ τοῦ Υ.</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Πύανθος· Πύαρος. ὀνόματα κύρια. καὶ Πυάρ‐</w:t>
      </w:r>
    </w:p>
    <w:p>
      <w:r>
        <w:rPr>
          <w:rFonts w:ascii="Courier New" w:hAnsi="Courier New"/>
          <w:color w:val="555555"/>
          <w:sz w:val="20"/>
        </w:rPr>
        <w:t>[15]</w:t>
      </w:r>
    </w:p>
    <w:p>
      <w:r>
        <w:rPr>
          <w:rFonts w:ascii="Gentium Plus" w:hAnsi="Gentium Plus"/>
          <w:sz w:val="24"/>
        </w:rPr>
        <w:t>τειος οἶκος. Πυγμαῖος. ὁ κοντός. οἱονεὶ πυγονιαῖος. πη‐ χυαῖος. πυγὼν γὰρ καλεῖται ἡ πῆχυς.</w:t>
      </w:r>
    </w:p>
    <w:p>
      <w:r>
        <w:rPr>
          <w:rFonts w:ascii="Courier New" w:hAnsi="Courier New"/>
          <w:color w:val="555555"/>
          <w:sz w:val="20"/>
        </w:rPr>
        <w:t>[pi 1594]</w:t>
      </w:r>
    </w:p>
    <w:p>
      <w:r>
        <w:rPr>
          <w:rFonts w:ascii="Gentium Plus" w:hAnsi="Gentium Plus"/>
          <w:sz w:val="24"/>
        </w:rPr>
        <w:t>Πυγαῖος. ὁ ἀκόλαστος. παρὰ τὴν πυγήν. Πυγοστόλος. ἀκόλαστος· πόρνος. †Πυδαρισμός. δυσχέρεια.† Πύελος. ἡ λεκάνη, ὅπου λούονται. παρὰ τὸ πύα</w:t>
      </w:r>
    </w:p>
    <w:p>
      <w:r>
        <w:rPr>
          <w:rFonts w:ascii="Courier New" w:hAnsi="Courier New"/>
          <w:color w:val="555555"/>
          <w:sz w:val="20"/>
        </w:rPr>
        <w:t>[5]</w:t>
      </w:r>
    </w:p>
    <w:p>
      <w:r>
        <w:rPr>
          <w:rFonts w:ascii="Gentium Plus" w:hAnsi="Gentium Plus"/>
          <w:sz w:val="24"/>
        </w:rPr>
        <w:t>ἐλαύνειν. κυρίως δὲ, ὅπου τοὺς πυοὺς πλύνουσι, τουτέστι τοὺς πυρούς. Πυθμήν. γένεσις, ἀρχὴ, ῥίζα, ἢ τὸ ὑποκάτω τοῦ βάθους. φυτοθεμὴν τίς ἐστιν, οἷον τοῦ φυ‐ τοῦ θέσις, φυθμὴν καὶ πυθμήν. οὕτως Ὦρος</w:t>
      </w:r>
    </w:p>
    <w:p>
      <w:r>
        <w:rPr>
          <w:rFonts w:ascii="Courier New" w:hAnsi="Courier New"/>
          <w:color w:val="555555"/>
          <w:sz w:val="20"/>
        </w:rPr>
        <w:t>[10]</w:t>
      </w:r>
    </w:p>
    <w:p>
      <w:r>
        <w:rPr>
          <w:rFonts w:ascii="Gentium Plus" w:hAnsi="Gentium Plus"/>
          <w:sz w:val="24"/>
        </w:rPr>
        <w:t>ὁ Μιλήσιος. ὁ δὲ Θεόγνωστος παρὰ τὸ κεύ‐ θω, τὸ κρύπτω, κευθὴν καὶ κυθμὴν πλεονα‐ σμῷ τοῦ μ, καὶ τροπῇ τοῦ κ εἰς π πυθμήν. †Πυκνίας. τὸ ἐν Ἀθήναις δικαστήριον.† Πυκνός. παρὰ τὸ πτύσσω, πτύκα, καὶ ἀποβολῇ</w:t>
      </w:r>
    </w:p>
    <w:p>
      <w:r>
        <w:rPr>
          <w:rFonts w:ascii="Courier New" w:hAnsi="Courier New"/>
          <w:color w:val="555555"/>
          <w:sz w:val="20"/>
        </w:rPr>
        <w:t>[15]</w:t>
      </w:r>
    </w:p>
    <w:p>
      <w:r>
        <w:rPr>
          <w:rFonts w:ascii="Gentium Plus" w:hAnsi="Gentium Plus"/>
          <w:sz w:val="24"/>
        </w:rPr>
        <w:t>τοῦ τ πύκα καὶ πυκνός. †Πύκτης. παγκρατιαστής· ἀθλητής.† †Πυλοσάκης. κακῶν μεστός.† Πυλωρός. ὁ τῶν πυλῶν φύλαξ. παρὰ τὸ ὠρῶ, τὸ φυλάσσω.</w:t>
      </w:r>
    </w:p>
    <w:p>
      <w:r>
        <w:rPr>
          <w:rFonts w:ascii="Courier New" w:hAnsi="Courier New"/>
          <w:color w:val="555555"/>
          <w:sz w:val="20"/>
        </w:rPr>
        <w:t>[20]</w:t>
      </w:r>
    </w:p>
    <w:p>
      <w:r>
        <w:rPr>
          <w:rFonts w:ascii="Gentium Plus" w:hAnsi="Gentium Plus"/>
          <w:sz w:val="24"/>
        </w:rPr>
        <w:t>Πύματος. ὁ ἔσχατος.</w:t>
      </w:r>
    </w:p>
    <w:p>
      <w:r>
        <w:rPr>
          <w:rFonts w:ascii="Courier New" w:hAnsi="Courier New"/>
          <w:color w:val="555555"/>
          <w:sz w:val="20"/>
        </w:rPr>
        <w:t>[pi 1595]</w:t>
      </w:r>
    </w:p>
    <w:p>
      <w:r>
        <w:rPr>
          <w:rFonts w:ascii="Gentium Plus" w:hAnsi="Gentium Plus"/>
          <w:sz w:val="24"/>
        </w:rPr>
        <w:t>Πυρός. ὁ σῖτος. Πυῤῥός. ὁ ξανθός. Πυρσός. ὁ λαμπτήρ· ἡ πυρκαϊά. Πυρὴν, πυρῆνος. τὸ ὀστοῦν τῆς ἐλαίας.</w:t>
      </w:r>
    </w:p>
    <w:p>
      <w:r>
        <w:rPr>
          <w:rFonts w:ascii="Courier New" w:hAnsi="Courier New"/>
          <w:color w:val="555555"/>
          <w:sz w:val="20"/>
        </w:rPr>
        <w:t>[5]</w:t>
      </w:r>
    </w:p>
    <w:p>
      <w:r>
        <w:rPr>
          <w:rFonts w:ascii="Gentium Plus" w:hAnsi="Gentium Plus"/>
          <w:sz w:val="24"/>
        </w:rPr>
        <w:t>Πύρνος. ἄρτου κόμμα. Πύῤῥων, Πύῤῥωνος. καὶ Πυῤῥώνειοι φιλόσοφοι καὶ λόγοι. Πυργηνός. τοπικόν. Πυριφλεγέθων. ποταμὸς ἐν τῷ ᾅδῃ, κατὰ τὴν</w:t>
      </w:r>
    </w:p>
    <w:p>
      <w:r>
        <w:rPr>
          <w:rFonts w:ascii="Courier New" w:hAnsi="Courier New"/>
          <w:color w:val="555555"/>
          <w:sz w:val="20"/>
        </w:rPr>
        <w:t>[10]</w:t>
      </w:r>
    </w:p>
    <w:p>
      <w:r>
        <w:rPr>
          <w:rFonts w:ascii="Gentium Plus" w:hAnsi="Gentium Plus"/>
          <w:sz w:val="24"/>
        </w:rPr>
        <w:t>τῶν Ἑλλήνων δόξαν. οἶμαι δὲ, τὸ ἄσβεστον πῦρ λέγει, ἢ τὸν ἐν τῇ θείᾳ γραφῇ πύρινον ποτα‐ μόν.</w:t>
      </w:r>
    </w:p>
    <w:p>
      <w:pPr>
        <w:jc w:val="center"/>
      </w:pPr>
      <w:r>
        <w:rPr>
          <w:rFonts w:ascii="Gentium Plus" w:hAnsi="Gentium Plus"/>
          <w:b/>
          <w:sz w:val="24"/>
        </w:rPr>
        <w:t>(Θηλυκόν.)</w:t>
      </w:r>
    </w:p>
    <w:p>
      <w:r>
        <w:rPr>
          <w:rFonts w:ascii="Courier New" w:hAnsi="Courier New"/>
          <w:color w:val="555555"/>
          <w:sz w:val="20"/>
        </w:rPr>
        <w:t>[14]</w:t>
      </w:r>
    </w:p>
    <w:p>
      <w:r>
        <w:rPr>
          <w:rFonts w:ascii="Gentium Plus" w:hAnsi="Gentium Plus"/>
          <w:sz w:val="24"/>
        </w:rPr>
        <w:t>Πυγμή. σύμπηξις δακτύλων τῷ γρόνθῳ. †λέ‐</w:t>
      </w:r>
    </w:p>
    <w:p>
      <w:r>
        <w:rPr>
          <w:rFonts w:ascii="Courier New" w:hAnsi="Courier New"/>
          <w:color w:val="555555"/>
          <w:sz w:val="20"/>
        </w:rPr>
        <w:t>[15]</w:t>
      </w:r>
    </w:p>
    <w:p>
      <w:r>
        <w:rPr>
          <w:rFonts w:ascii="Gentium Plus" w:hAnsi="Gentium Plus"/>
          <w:sz w:val="24"/>
        </w:rPr>
        <w:t>γεται δὲ πυγμὴ τὸ ἀπὸ τοῦ ἀγκῶνος ἄχρι τῶν δακτύλων τῆς χειρὸς μέρος.† Πυγόνος. ἀντὶ τοῦ πήχεος. Αἰλιανός· τετρά‐ γωνοι δὲ ἄμφω, πυγόνος δὲ τὸ μῆκος. Πυγοστόλος. οἱ μὲν τὴν μαυλίτριαν, οἱ δὲ αὐ‐</w:t>
      </w:r>
    </w:p>
    <w:p>
      <w:r>
        <w:rPr>
          <w:rFonts w:ascii="Courier New" w:hAnsi="Courier New"/>
          <w:color w:val="555555"/>
          <w:sz w:val="20"/>
        </w:rPr>
        <w:t>[20]</w:t>
      </w:r>
    </w:p>
    <w:p>
      <w:r>
        <w:rPr>
          <w:rFonts w:ascii="Gentium Plus" w:hAnsi="Gentium Plus"/>
          <w:sz w:val="24"/>
        </w:rPr>
        <w:t>τὴν τὴν ἑταίραν τὴν πυγὴν στολιζομένην, του‐ τέστι κοσμοῦσαν ἐκεῖνα τὰ μέρη πανούργως τοῖς ἱματίοις. στέλλειν γὰρ τὸ κοσμεῖν. ἄλλοι δὲ τὴν κοσμοῦσαν τὰς χεῖρας.</w:t>
      </w:r>
    </w:p>
    <w:p>
      <w:r>
        <w:rPr>
          <w:rFonts w:ascii="Courier New" w:hAnsi="Courier New"/>
          <w:color w:val="555555"/>
          <w:sz w:val="20"/>
        </w:rPr>
        <w:t>[pi 1596]</w:t>
      </w:r>
    </w:p>
    <w:p>
      <w:r>
        <w:rPr>
          <w:rFonts w:ascii="Gentium Plus" w:hAnsi="Gentium Plus"/>
          <w:sz w:val="24"/>
        </w:rPr>
        <w:t>Πυθώ. ἐκ τοῦ πύθω, τὸ ἐρωτῶ. ἐν ᾗ πεύθονται τοὺς χρησμούς. ἔστι δὲ πόλις Φωκίδος, ἧς οἱ οἰκήτορες Δελφοί. παρὰ τὸ σεσῆφθαι αὐτόθι τὸν δελφῖνα δράκοντα, ὃν ἐκεῖσε εὑρὼν ἀνεῖλεν</w:t>
      </w:r>
    </w:p>
    <w:p>
      <w:r>
        <w:rPr>
          <w:rFonts w:ascii="Courier New" w:hAnsi="Courier New"/>
          <w:color w:val="555555"/>
          <w:sz w:val="20"/>
        </w:rPr>
        <w:t>[5]</w:t>
      </w:r>
    </w:p>
    <w:p>
      <w:r>
        <w:rPr>
          <w:rFonts w:ascii="Gentium Plus" w:hAnsi="Gentium Plus"/>
          <w:sz w:val="24"/>
        </w:rPr>
        <w:t>ὁ Ἀπόλλων. παρὰ τὸ πύεσθαι, τὸ σήπεσθαι. ἢ παρὰ τὸ πεύθεσθαι καὶ ἀκούειν τοὺς χρη‐ σμούς. καὶ Πυθία. *Πυετία. τὸ τὸ γάλα συνιστῶν καὶ πηγνύον.* Πυκινή. συνετή· πυκνή· φρόνιμος. παρὰ τὸ πύ‐</w:t>
      </w:r>
    </w:p>
    <w:p>
      <w:r>
        <w:rPr>
          <w:rFonts w:ascii="Courier New" w:hAnsi="Courier New"/>
          <w:color w:val="555555"/>
          <w:sz w:val="20"/>
        </w:rPr>
        <w:t>[10]</w:t>
      </w:r>
    </w:p>
    <w:p>
      <w:r>
        <w:rPr>
          <w:rFonts w:ascii="Gentium Plus" w:hAnsi="Gentium Plus"/>
          <w:sz w:val="24"/>
        </w:rPr>
        <w:t>κω, τὸ ἐπιμελῶς ἔχω. Πυκιμήδη. ἡ συνετόβουλος, ἡ βαθυγνώμων. ἀπὸ τοῦ πύκα καὶ πυκνῶς, ἢ συνετῶς καὶ ἐπι‐ μελῶς, καὶ τὸ μήδω, τὸ βουλεύομαι. Πύλας ἱερῆς. ἀντὶ τοῦ ἐν τῇ Πύλῳ. ποιητικὸν</w:t>
      </w:r>
    </w:p>
    <w:p>
      <w:r>
        <w:rPr>
          <w:rFonts w:ascii="Courier New" w:hAnsi="Courier New"/>
          <w:color w:val="555555"/>
          <w:sz w:val="20"/>
        </w:rPr>
        <w:t>[15]</w:t>
      </w:r>
    </w:p>
    <w:p>
      <w:r>
        <w:rPr>
          <w:rFonts w:ascii="Gentium Plus" w:hAnsi="Gentium Plus"/>
          <w:sz w:val="24"/>
        </w:rPr>
        <w:t>τὸ σχῆμα. ὡς τό· —τί με χρὴ μητρὸς αἴνου; ἀντὶ τοῦ τί με χρὴ τὴν μητέρα ἐπαινεῖν. Πυξίς. τὸ πινακίδιον. *ἢ ἀγγεῖον ἔχον βαφὴν καὶ χρῶμα κατὰ τὸν θεόλογον Γρηγόριον.*</w:t>
      </w:r>
    </w:p>
    <w:p>
      <w:r>
        <w:rPr>
          <w:rFonts w:ascii="Courier New" w:hAnsi="Courier New"/>
          <w:color w:val="555555"/>
          <w:sz w:val="20"/>
        </w:rPr>
        <w:t>[20]</w:t>
      </w:r>
    </w:p>
    <w:p>
      <w:r>
        <w:rPr>
          <w:rFonts w:ascii="Gentium Plus" w:hAnsi="Gentium Plus"/>
          <w:sz w:val="24"/>
        </w:rPr>
        <w:t>Πυργοβάρεις. προμαχῶνες. ἢ τείχη ὀχυρά. Πυῤῥίχη. εἶδος ὀρχήσεως ἐναύλου. Πυράγρα. τὸ διλάβιον. Πυρήνη. ὄρος.</w:t>
      </w:r>
    </w:p>
    <w:p>
      <w:r>
        <w:rPr>
          <w:rFonts w:ascii="Courier New" w:hAnsi="Courier New"/>
          <w:color w:val="555555"/>
          <w:sz w:val="20"/>
        </w:rPr>
        <w:t>[pi 1597]</w:t>
      </w:r>
    </w:p>
    <w:p>
      <w:r>
        <w:rPr>
          <w:rFonts w:ascii="Gentium Plus" w:hAnsi="Gentium Plus"/>
          <w:sz w:val="24"/>
        </w:rPr>
        <w:t>Πύστις. ἡ μάθησις. παρὰ τὸ πέπυσμαι πύσις, καὶ πλεονασμῷ τοῦ τ πύστις. οὐ δύναται δὲ πλεονασμὸς εἶναι, ἀλλὰ παραγωγή. ἀπὸ τοῦ πύστη πύστις.</w:t>
      </w:r>
    </w:p>
    <w:p>
      <w:r>
        <w:rPr>
          <w:rFonts w:ascii="Courier New" w:hAnsi="Courier New"/>
          <w:color w:val="555555"/>
          <w:sz w:val="20"/>
        </w:rPr>
        <w:t>[5]</w:t>
      </w:r>
    </w:p>
    <w:p>
      <w:r>
        <w:rPr>
          <w:rFonts w:ascii="Gentium Plus" w:hAnsi="Gentium Plus"/>
          <w:sz w:val="24"/>
        </w:rPr>
        <w:t>Πύρωσις. τὸ φλέγμα. τοῦ Ψελλοῦ· τινὲς δὲ καὶ τὴν πύρωσιν ὀνομάζουσι φλέγμα.</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Πυγούσιον. ἡ πῆχυς κεκολλημένων τῶν δακτύ‐ λων.</w:t>
      </w:r>
    </w:p>
    <w:p>
      <w:r>
        <w:rPr>
          <w:rFonts w:ascii="Courier New" w:hAnsi="Courier New"/>
          <w:color w:val="555555"/>
          <w:sz w:val="20"/>
        </w:rPr>
        <w:t>[10]</w:t>
      </w:r>
    </w:p>
    <w:p>
      <w:r>
        <w:rPr>
          <w:rFonts w:ascii="Gentium Plus" w:hAnsi="Gentium Plus"/>
          <w:sz w:val="24"/>
        </w:rPr>
        <w:t>†Πυηρόν. ἀναπεπλασμένον.† Πυθεῖον. τὸ μαντεῖον Πύθια δὲ, τόπος καὶ ἑορτὴ, ι. καὶ Πυθιονίκητον. Πυκτίον. τὸ βιβλίον. ἀπὸ τοῦ πύσσεσθαι. ὅ ἐστιν ἀσφαλίζεσθαι καὶ συγκλείεσθαι.</w:t>
      </w:r>
    </w:p>
    <w:p>
      <w:r>
        <w:rPr>
          <w:rFonts w:ascii="Courier New" w:hAnsi="Courier New"/>
          <w:color w:val="555555"/>
          <w:sz w:val="20"/>
        </w:rPr>
        <w:t>[15]</w:t>
      </w:r>
    </w:p>
    <w:p>
      <w:r>
        <w:rPr>
          <w:rFonts w:ascii="Gentium Plus" w:hAnsi="Gentium Plus"/>
          <w:sz w:val="24"/>
        </w:rPr>
        <w:t>Πυκτεῖον δὲ, ἐν ᾧ εἰσὶ τὰ πυκτία, δίφθογγον. Πύματον. ἔσχατον. παρὰ τὸ πυθμὴν ὀνομά‐ ζεται ἐλλείψει τοῦ θ, ἀπὸ μεταφορᾶς τῶν ἀγ‐ γείων· ὁ γὰρ πυθμὴν ἔσχατος, εἰ καὶ τὴν ἀρ‐ χὴν ἔχει. πύθματος, καὶ ἀποβολῇ τοῦ θ πύ‐</w:t>
      </w:r>
    </w:p>
    <w:p>
      <w:r>
        <w:rPr>
          <w:rFonts w:ascii="Courier New" w:hAnsi="Courier New"/>
          <w:color w:val="555555"/>
          <w:sz w:val="20"/>
        </w:rPr>
        <w:t>[20]</w:t>
      </w:r>
    </w:p>
    <w:p>
      <w:r>
        <w:rPr>
          <w:rFonts w:ascii="Gentium Plus" w:hAnsi="Gentium Plus"/>
          <w:sz w:val="24"/>
        </w:rPr>
        <w:t>ματος καὶ πύματον. [καὶ πυμάτιον.] Πυξίον. τὸ πινακίδιον. Πῦος. τὸ σεσηπὸς αἷμα. καὶ τὸ γάλα ὁμοίως. Ἀρι‐ στοφάνης· πῦος ἡμῖν ἔνδον—.</w:t>
      </w:r>
    </w:p>
    <w:p>
      <w:r>
        <w:rPr>
          <w:rFonts w:ascii="Courier New" w:hAnsi="Courier New"/>
          <w:color w:val="555555"/>
          <w:sz w:val="20"/>
        </w:rPr>
        <w:t>[25]</w:t>
      </w:r>
    </w:p>
    <w:p>
      <w:r>
        <w:rPr>
          <w:rFonts w:ascii="Gentium Plus" w:hAnsi="Gentium Plus"/>
          <w:sz w:val="24"/>
        </w:rPr>
        <w:t>τὸ πεπηγὸς γάλα, διὰ τὸ καὶ αὐτὸ μεταβεβλῆ‐ σθαι. καὶ ἔμπυον τὸ γαλακτῶδες τῇ ὁμοιότητι ὑγρόν. Πῦρ. ἓν τῶν τεσσάρων στοιχείων ἐστὶ, κοῦφον</w:t>
      </w:r>
    </w:p>
    <w:p>
      <w:r>
        <w:rPr>
          <w:rFonts w:ascii="Courier New" w:hAnsi="Courier New"/>
          <w:color w:val="555555"/>
          <w:sz w:val="20"/>
        </w:rPr>
        <w:t>[pi 1598]</w:t>
      </w:r>
    </w:p>
    <w:p>
      <w:r>
        <w:rPr>
          <w:rFonts w:ascii="Gentium Plus" w:hAnsi="Gentium Plus"/>
          <w:sz w:val="24"/>
        </w:rPr>
        <w:t>τιστικὸν, τῇ πρώτῃ ἡμέρᾳ ὑπὸ τοῦ δημιουργοῦ κτισθέν. φησὶ γὰρ ἡ γραφή· καὶ εἶπεν ὁ θεός· γεννηθήτω φῶς, καὶ ἐγένετο φῶς. οὐχ ἕτερον γάρ ἐστι τὸ πῦρ, εἰ μὴ τὸ φῶς. ἐποίησε δὲ αὐ‐</w:t>
      </w:r>
    </w:p>
    <w:p>
      <w:r>
        <w:rPr>
          <w:rFonts w:ascii="Courier New" w:hAnsi="Courier New"/>
          <w:color w:val="555555"/>
          <w:sz w:val="20"/>
        </w:rPr>
        <w:t>[5]</w:t>
      </w:r>
    </w:p>
    <w:p>
      <w:r>
        <w:rPr>
          <w:rFonts w:ascii="Gentium Plus" w:hAnsi="Gentium Plus"/>
          <w:sz w:val="24"/>
        </w:rPr>
        <w:t>τὸ καλλωπισμὸν καὶ κόσμον πάσης τῆς ὁρατῆς κτίσεως. ἄφελε γὰρ τὸ φῶς, καὶ πάντα ἐν τῷ σκότει ἄγνωστα διαμένουσι, τὴν οἰκείαν μὴ δυ‐ νάμενα ἐπιδείξασθαι εὐπρέπειαν. ἐκάλεσε δὲ ὁ θεὸς τὸ μὲν φῶς ἡμέραν, τὸ δὲ σκότος, νύ‐</w:t>
      </w:r>
    </w:p>
    <w:p>
      <w:r>
        <w:rPr>
          <w:rFonts w:ascii="Courier New" w:hAnsi="Courier New"/>
          <w:color w:val="555555"/>
          <w:sz w:val="20"/>
        </w:rPr>
        <w:t>[10]</w:t>
      </w:r>
    </w:p>
    <w:p>
      <w:r>
        <w:rPr>
          <w:rFonts w:ascii="Gentium Plus" w:hAnsi="Gentium Plus"/>
          <w:sz w:val="24"/>
        </w:rPr>
        <w:t>κτα. σκότος δέ ἐστιν οὐκ οὐσία τις, ἀλλὰ συμ‐ βεβηκός· φωτὸς γάρ ἐστι στέρησις· ὁ γὰρ ἀὴρ οὐκ ἐν τῇ οὐσίᾳ αὐτοῦ ἔχει τὸ φῶς. αὐτὸ οὖν τὸ ἐστερῆσθαι τὸν ἀέρα φωτὸς, σκότος ἐστὶ, καὶ οὐχ ἡ οὐσία τοῦ ἀέρος ἐστὶ σκότος, ἀλλ’</w:t>
      </w:r>
    </w:p>
    <w:p>
      <w:r>
        <w:rPr>
          <w:rFonts w:ascii="Courier New" w:hAnsi="Courier New"/>
          <w:color w:val="555555"/>
          <w:sz w:val="20"/>
        </w:rPr>
        <w:t>[15]</w:t>
      </w:r>
    </w:p>
    <w:p>
      <w:r>
        <w:rPr>
          <w:rFonts w:ascii="Gentium Plus" w:hAnsi="Gentium Plus"/>
          <w:sz w:val="24"/>
        </w:rPr>
        <w:t>ἡ τοῦ φωτὸς στέρησις, ὅπερ συμβεβηκὸς μᾶλ‐ λον δηλοῖ ἤπερ οὐσίαν. Πῦρ ἐγειρόμενον. ζωπυρούμενον, ἀναφλεγόμενον διὰ τῆς ὑποκαιούσης τοῦτο καὶ τρεφούσης ὕλης. Πυρίκαυστον. ὑπὸ πυρὸς κεκαυμένον. καὶ πυρί‐</w:t>
      </w:r>
    </w:p>
    <w:p>
      <w:r>
        <w:rPr>
          <w:rFonts w:ascii="Courier New" w:hAnsi="Courier New"/>
          <w:color w:val="555555"/>
          <w:sz w:val="20"/>
        </w:rPr>
        <w:t>[20]</w:t>
      </w:r>
    </w:p>
    <w:p>
      <w:r>
        <w:rPr>
          <w:rFonts w:ascii="Gentium Plus" w:hAnsi="Gentium Plus"/>
          <w:sz w:val="24"/>
        </w:rPr>
        <w:t>φλεκτον. Πυρεῖον καὶ πυρήϊα. τὰ ξύλα. ἃ τριβόμενα πῦρ ἐγγεννᾷ. τινὲς δὲ τοὺς πυρεκβόλους λίθους λέ‐ γουσι. —τὸ δ’ αὖτε πυρήϊα δινεύεσκον.</w:t>
      </w:r>
    </w:p>
    <w:p>
      <w:r>
        <w:rPr>
          <w:rFonts w:ascii="Courier New" w:hAnsi="Courier New"/>
          <w:color w:val="555555"/>
          <w:sz w:val="20"/>
        </w:rPr>
        <w:t>[25]</w:t>
      </w:r>
    </w:p>
    <w:p>
      <w:r>
        <w:rPr>
          <w:rFonts w:ascii="Gentium Plus" w:hAnsi="Gentium Plus"/>
          <w:sz w:val="24"/>
        </w:rPr>
        <w:t>Πῦρ. οὐσία ξηρὰ καὶ θερμὴ καὶ κούφη καὶ φω‐ τιστικὴ, καταυγαστική τε καὶ καυστική. Πύσμα. ἐρώτημα ἢ μάθημα. ἐκ τοῦ πύθω, τὸ μανθάνω.</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Πύθω. τὸ σήπω. καὶ μανθάνω καὶ ἀκούω. ἐξ οὗ καὶ τὸ πυνθάνω. αἰσχρὸν γὰρ τόδε γ’ ἐστὶ καὶ ἐσσομένοισι</w:t>
      </w:r>
    </w:p>
    <w:p>
      <w:r>
        <w:rPr>
          <w:rFonts w:ascii="Courier New" w:hAnsi="Courier New"/>
          <w:color w:val="555555"/>
          <w:sz w:val="20"/>
        </w:rPr>
        <w:t>[5]</w:t>
      </w:r>
    </w:p>
    <w:p>
      <w:r>
        <w:rPr>
          <w:rFonts w:ascii="Gentium Plus" w:hAnsi="Gentium Plus"/>
          <w:sz w:val="24"/>
        </w:rPr>
        <w:t>πυθέσθαι. οἶμαι ἀπὸ τοῦ πεύθω πύθω. τὸ δὲ πεύθω ἀπὸ τοῦ κεύθω· ὁ γὰρ ἐρωτῶν ἢ μανθάνων τι, περί τινος ἀποκεκρυμμένου πράγματος ἐρωτῶν μαν‐ θάνει.</w:t>
      </w:r>
    </w:p>
    <w:p>
      <w:r>
        <w:rPr>
          <w:rFonts w:ascii="Courier New" w:hAnsi="Courier New"/>
          <w:color w:val="555555"/>
          <w:sz w:val="20"/>
        </w:rPr>
        <w:t>[10]</w:t>
      </w:r>
    </w:p>
    <w:p>
      <w:r>
        <w:rPr>
          <w:rFonts w:ascii="Gentium Plus" w:hAnsi="Gentium Plus"/>
          <w:sz w:val="24"/>
        </w:rPr>
        <w:t>Πυθοίατο. μάθοιεν. ἀπὸ τοῦ πεύθω, τὸ ἐρωτῶ. ὁ δεύτερος ἀόριστος ἔπυθον· τὸ παθητικὸν ἐπυ‐ θόμην· τὸ εὐκτικὸν πυθοίμην, πύθοιο, πύθοι‐ το, καὶ πλεονασμῷ τοῦ α πυθοίατο. Πυθέσθαι. μαθεῖν.</w:t>
      </w:r>
    </w:p>
    <w:p>
      <w:r>
        <w:rPr>
          <w:rFonts w:ascii="Courier New" w:hAnsi="Courier New"/>
          <w:color w:val="555555"/>
          <w:sz w:val="20"/>
        </w:rPr>
        <w:t>[15]</w:t>
      </w:r>
    </w:p>
    <w:p>
      <w:r>
        <w:rPr>
          <w:rFonts w:ascii="Gentium Plus" w:hAnsi="Gentium Plus"/>
          <w:sz w:val="24"/>
        </w:rPr>
        <w:t>Πύθωμαι. ἀκούσω. καὶ πύθωνται. πυθόμενος δὲ μικρόν. Πυκάζω. κοσμῶ· σκιάζω. κατὰ μέν τινας τὸ κα‐ λύπτω, κατὰ δέ τινας τὸ βλαστάνω. καὶ πύ‐ κασε καὶ πυκάζουσι.</w:t>
      </w:r>
    </w:p>
    <w:p>
      <w:r>
        <w:rPr>
          <w:rFonts w:ascii="Courier New" w:hAnsi="Courier New"/>
          <w:color w:val="555555"/>
          <w:sz w:val="20"/>
        </w:rPr>
        <w:t>[20]</w:t>
      </w:r>
    </w:p>
    <w:p>
      <w:r>
        <w:rPr>
          <w:rFonts w:ascii="Gentium Plus" w:hAnsi="Gentium Plus"/>
          <w:sz w:val="24"/>
        </w:rPr>
        <w:t>Πυθάνομαι. ἐρωτῶ. Πυρπολεῖται. καίεται. ἐμπυρίζεται. Πυρσομορφοῖ. πυριμόρφους ποιεῖ. Πυτίζειν. παρὰ τὸ πτύω πτυτίζω ἐστὶ παρά‐ γωγον, καὶ ἀποβολῇ τοῦ τ πυτίζω. ὡς παρὰ</w:t>
      </w:r>
    </w:p>
    <w:p>
      <w:r>
        <w:rPr>
          <w:rFonts w:ascii="Courier New" w:hAnsi="Courier New"/>
          <w:color w:val="555555"/>
          <w:sz w:val="20"/>
        </w:rPr>
        <w:t>[25]</w:t>
      </w:r>
    </w:p>
    <w:p>
      <w:r>
        <w:rPr>
          <w:rFonts w:ascii="Gentium Plus" w:hAnsi="Gentium Plus"/>
          <w:sz w:val="24"/>
        </w:rPr>
        <w:t>τὸ πτύσσω, πτύξω, πτὺξ καὶ ἀποβολῇ τοῦ τ πύξ. τινὲς δὲ παρὰ τὸ φυσῶ, φυσίζω, καὶ ἐναλ‐ λαγῇ τῶν στοιχείων πυτίζω.</w:t>
      </w:r>
    </w:p>
    <w:p>
      <w:pPr>
        <w:jc w:val="center"/>
      </w:pPr>
      <w:r>
        <w:rPr>
          <w:rFonts w:ascii="Gentium Plus" w:hAnsi="Gentium Plus"/>
          <w:b/>
          <w:sz w:val="24"/>
        </w:rPr>
        <w:t>(Ἐπίῤῥημα.)</w:t>
      </w:r>
    </w:p>
    <w:p>
      <w:r>
        <w:rPr>
          <w:rFonts w:ascii="Courier New" w:hAnsi="Courier New"/>
          <w:color w:val="555555"/>
          <w:sz w:val="20"/>
        </w:rPr>
        <w:t>[29]</w:t>
      </w:r>
    </w:p>
    <w:p>
      <w:r>
        <w:rPr>
          <w:rFonts w:ascii="Gentium Plus" w:hAnsi="Gentium Plus"/>
          <w:sz w:val="24"/>
        </w:rPr>
        <w:t>Πύκα. συνετῶς, ἐπιμελῶς, πυκνῶς. παρὰ τὸ</w:t>
      </w:r>
    </w:p>
    <w:p>
      <w:r>
        <w:rPr>
          <w:rFonts w:ascii="Courier New" w:hAnsi="Courier New"/>
          <w:color w:val="555555"/>
          <w:sz w:val="20"/>
        </w:rPr>
        <w:t>[pi 1600]</w:t>
      </w:r>
    </w:p>
    <w:p>
      <w:r>
        <w:rPr>
          <w:rFonts w:ascii="Gentium Plus" w:hAnsi="Gentium Plus"/>
          <w:sz w:val="24"/>
        </w:rPr>
        <w:t>πτύσω πτύκα· τὸ δὲ πτύσσω οὐδὲν ἄλλο ἐστὶν ἢ τὸ ἐπιπίπτειν ἕτερον ἑτέρῳ· καὶ ἀποβολῇ τοῦ τ πύκα. τὸ δὲ πτύσω, πτύξω, πτὺξ καὶ πὺξ ἐπὶ τῆς πυγμῆς, διὰ τὸ πτύσσειν τοὺς δακτύ‐</w:t>
      </w:r>
    </w:p>
    <w:p>
      <w:r>
        <w:rPr>
          <w:rFonts w:ascii="Courier New" w:hAnsi="Courier New"/>
          <w:color w:val="555555"/>
          <w:sz w:val="20"/>
        </w:rPr>
        <w:t>[5]</w:t>
      </w:r>
    </w:p>
    <w:p>
      <w:r>
        <w:rPr>
          <w:rFonts w:ascii="Gentium Plus" w:hAnsi="Gentium Plus"/>
          <w:sz w:val="24"/>
        </w:rPr>
        <w:t>λους ἐν τῷ πυκτεύειν. Πυκινῶς. συνετῶς· φρονίμως· πυκνῶς. Πυργηδόν. δίκην πύργου.</w:t>
      </w:r>
    </w:p>
    <w:p>
      <w:pPr>
        <w:jc w:val="center"/>
      </w:pPr>
      <w:r>
        <w:rPr>
          <w:rFonts w:ascii="Gentium Plus" w:hAnsi="Gentium Plus"/>
          <w:b/>
          <w:sz w:val="24"/>
        </w:rPr>
        <w:t>Τὸ Π μετὰ τοῦ Ω.</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Πώγων. παρὰ τὸ πήσσω, πέπηγα, πήγων καὶ πώγων, ὁ πεπηγὼς καὶ ἑδραῖος τόπος, καὶ πω‐ γωνίας, καὶ πωγωνιήτης, καὶ πωγωνηήτης διὰ τοῦ η. *ἔστι καὶ πωγωνίας ἀστροειδὲς πυ‐ ρὸς ἄθροισμα, ἔμπροσθεν ἔχον τὰς ἀκτῖνας</w:t>
      </w:r>
    </w:p>
    <w:p>
      <w:r>
        <w:rPr>
          <w:rFonts w:ascii="Courier New" w:hAnsi="Courier New"/>
          <w:color w:val="555555"/>
          <w:sz w:val="20"/>
        </w:rPr>
        <w:t>[15]</w:t>
      </w:r>
    </w:p>
    <w:p>
      <w:r>
        <w:rPr>
          <w:rFonts w:ascii="Gentium Plus" w:hAnsi="Gentium Plus"/>
          <w:sz w:val="24"/>
        </w:rPr>
        <w:t>πώγωνος δίκην.* Πωλευτικός. παιδευτικός. Πωλικός. γενναῖος. Πωλοδάμνης. ὁ στράτωρ ὁ τοὺς πώλους δα‐ μάζων.</w:t>
      </w:r>
    </w:p>
    <w:p>
      <w:r>
        <w:rPr>
          <w:rFonts w:ascii="Courier New" w:hAnsi="Courier New"/>
          <w:color w:val="555555"/>
          <w:sz w:val="20"/>
        </w:rPr>
        <w:t>[20]</w:t>
      </w:r>
    </w:p>
    <w:p>
      <w:r>
        <w:rPr>
          <w:rFonts w:ascii="Gentium Plus" w:hAnsi="Gentium Plus"/>
          <w:sz w:val="24"/>
        </w:rPr>
        <w:t>Πῶλος. ὁ ἀείδαρος ἢ ὁ νέος ἵππος. πόαλος τὶς ὤν. παράγωγον, ὡς ἵππος ἵππαλος. ὁ περὶ πόαν ἁλλόμενος. Πωλικῷ. γενναίῳ, παιδικῷ. πωλικῷ σκιρτήματι. Πῶρος. ὁ λίθος. καὶ ὄνομα κύριον.</w:t>
      </w:r>
    </w:p>
    <w:p>
      <w:r>
        <w:rPr>
          <w:rFonts w:ascii="Courier New" w:hAnsi="Courier New"/>
          <w:color w:val="555555"/>
          <w:sz w:val="20"/>
        </w:rPr>
        <w:t>[25]</w:t>
      </w:r>
    </w:p>
    <w:p>
      <w:r>
        <w:rPr>
          <w:rFonts w:ascii="Gentium Plus" w:hAnsi="Gentium Plus"/>
          <w:sz w:val="24"/>
        </w:rPr>
        <w:t>Πώρινος. ὁ λίθινος.</w:t>
      </w:r>
    </w:p>
    <w:p>
      <w:r>
        <w:rPr>
          <w:rFonts w:ascii="Courier New" w:hAnsi="Courier New"/>
          <w:color w:val="555555"/>
          <w:sz w:val="20"/>
        </w:rPr>
        <w:t>[pi 1601]</w:t>
      </w:r>
    </w:p>
    <w:p>
      <w:r>
        <w:rPr>
          <w:rFonts w:ascii="Gentium Plus" w:hAnsi="Gentium Plus"/>
          <w:sz w:val="24"/>
        </w:rPr>
        <w:t>Πῶρος. ὁ λίθος. παρὰ τὸν πήσω μέλλοντα πη‐ ρὸς καὶ πῶρος τροπῇ τοῦ η εἰς ω. ὡς ἀρήγω ἀρωγὸς, καὶ ῥήσσω ῥηχμὸς καὶ ῥωχμός. σημαί‐ νει δὲ ῥῆξιν ἢ τόπον κεχαραγμένον ὑπὸ ὀμβρίων</w:t>
      </w:r>
    </w:p>
    <w:p>
      <w:r>
        <w:rPr>
          <w:rFonts w:ascii="Courier New" w:hAnsi="Courier New"/>
          <w:color w:val="555555"/>
          <w:sz w:val="20"/>
        </w:rPr>
        <w:t>[5]</w:t>
      </w:r>
    </w:p>
    <w:p>
      <w:r>
        <w:rPr>
          <w:rFonts w:ascii="Gentium Plus" w:hAnsi="Gentium Plus"/>
          <w:sz w:val="24"/>
        </w:rPr>
        <w:t>ὑδάτων. Πῶϋξ. κύριον.</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Πωλεία. ἡ τοῦ ἵππου παίδευσις. Πώρωσις. ἡ ἀναισθησία.</w:t>
      </w:r>
    </w:p>
    <w:p>
      <w:r>
        <w:rPr>
          <w:rFonts w:ascii="Courier New" w:hAnsi="Courier New"/>
          <w:color w:val="555555"/>
          <w:sz w:val="20"/>
        </w:rPr>
        <w:t>[10]</w:t>
      </w:r>
    </w:p>
    <w:p>
      <w:r>
        <w:rPr>
          <w:rFonts w:ascii="Gentium Plus" w:hAnsi="Gentium Plus"/>
          <w:sz w:val="24"/>
        </w:rPr>
        <w:t>Πώϋγγες. αἱ αἴθυιαι αἱ κληθεῖσαι βοῦγγες. παρὰ τὴν βοὴν καὶ τὴν ἰϋγήν.</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Πωλητήριον. τὸ πρατήριον. Πωλιτώριον δὲ τό‐ πος, ι.</w:t>
      </w:r>
    </w:p>
    <w:p>
      <w:r>
        <w:rPr>
          <w:rFonts w:ascii="Courier New" w:hAnsi="Courier New"/>
          <w:color w:val="555555"/>
          <w:sz w:val="20"/>
        </w:rPr>
        <w:t>[15]</w:t>
      </w:r>
    </w:p>
    <w:p>
      <w:r>
        <w:rPr>
          <w:rFonts w:ascii="Gentium Plus" w:hAnsi="Gentium Plus"/>
          <w:sz w:val="24"/>
        </w:rPr>
        <w:t>Πωλίον. τὸ πτηνόν. Πωμήριον. τὸ τοῦ τείχους καλλώπισμα. Πῶμα. τὸ σκέπασμα. πόμα δὲ τὸ πινόμενον, μι‐ κρόν. Πώπανα. εἶδος πλακούντων. μικρογραφῶ ἐγὼ</w:t>
      </w:r>
    </w:p>
    <w:p>
      <w:r>
        <w:rPr>
          <w:rFonts w:ascii="Courier New" w:hAnsi="Courier New"/>
          <w:color w:val="555555"/>
          <w:sz w:val="20"/>
        </w:rPr>
        <w:t>[20]</w:t>
      </w:r>
    </w:p>
    <w:p>
      <w:r>
        <w:rPr>
          <w:rFonts w:ascii="Gentium Plus" w:hAnsi="Gentium Plus"/>
          <w:sz w:val="24"/>
        </w:rPr>
        <w:t>τὸ πόπανα. Πῶον. ὄρος. Πῶϋ. τὸ ποίμνιον. παρὰ τὴν πόαν, ἣν νέμεται.</w:t>
      </w:r>
    </w:p>
    <w:p>
      <w:r>
        <w:rPr>
          <w:rFonts w:ascii="Courier New" w:hAnsi="Courier New"/>
          <w:color w:val="555555"/>
          <w:sz w:val="20"/>
        </w:rPr>
        <w:t>[pi 1602]</w:t>
      </w:r>
    </w:p>
    <w:p>
      <w:r>
        <w:rPr>
          <w:rFonts w:ascii="Gentium Plus" w:hAnsi="Gentium Plus"/>
          <w:sz w:val="24"/>
        </w:rPr>
        <w:t>ἢ παρὰ τὸ πῶ, τὸ κτῶμαι, ἐξ οὗ καὶ πάσασθαι, τὸ κτήσασθαι. τὸ πῶϋ, τοῦ πώεος.</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Πωλεύω. ἵππων ἐπιμελοῦμαι. καὶ πωλεία, ἡ τῶν</w:t>
      </w:r>
    </w:p>
    <w:p>
      <w:r>
        <w:rPr>
          <w:rFonts w:ascii="Courier New" w:hAnsi="Courier New"/>
          <w:color w:val="555555"/>
          <w:sz w:val="20"/>
        </w:rPr>
        <w:t>[5]</w:t>
      </w:r>
    </w:p>
    <w:p>
      <w:r>
        <w:rPr>
          <w:rFonts w:ascii="Gentium Plus" w:hAnsi="Gentium Plus"/>
          <w:sz w:val="24"/>
        </w:rPr>
        <w:t>ἵππων παίδευσις. Πωλῶ. τὸ πιπράσκω. παρὰ τὸ πολῶ, τὸ συν‐ αναστρέφομαι· ἐπειδὴ ὁ πωλῶν περὶ τὸν αὐτὸν τόπον ἀναστρέφεται, ἵνα θεωρῆται ὑπὸ πάν‐ των. πολῶ τὸ ἀναστρέφομαι, μικρόν. ὁμοίως</w:t>
      </w:r>
    </w:p>
    <w:p>
      <w:r>
        <w:rPr>
          <w:rFonts w:ascii="Courier New" w:hAnsi="Courier New"/>
          <w:color w:val="555555"/>
          <w:sz w:val="20"/>
        </w:rPr>
        <w:t>[10]</w:t>
      </w:r>
    </w:p>
    <w:p>
      <w:r>
        <w:rPr>
          <w:rFonts w:ascii="Gentium Plus" w:hAnsi="Gentium Plus"/>
          <w:sz w:val="24"/>
        </w:rPr>
        <w:t>καὶ πολεῖται. πωλεῖται δὲ εἰς τὸν Ὅμηρον μέγα. πωλεῖταί τις δεῦρο γέρων ἅλιος νημερτής. Πωλέσκετο. συνανεστρέφετο· διῆγεν. ἔστι πο‐ λῶ τὸ ἀναστρέφομαι, ὁ μέλλων πολέσω, πλεο‐ νασμῷ τοῦ κ πολέσκω, ὡς ἀρῶ, ἀρέσκω· ὁ πα‐</w:t>
      </w:r>
    </w:p>
    <w:p>
      <w:r>
        <w:rPr>
          <w:rFonts w:ascii="Courier New" w:hAnsi="Courier New"/>
          <w:color w:val="555555"/>
          <w:sz w:val="20"/>
        </w:rPr>
        <w:t>[15]</w:t>
      </w:r>
    </w:p>
    <w:p>
      <w:r>
        <w:rPr>
          <w:rFonts w:ascii="Gentium Plus" w:hAnsi="Gentium Plus"/>
          <w:sz w:val="24"/>
        </w:rPr>
        <w:t>θητικὸς πολέσκομαι, ἐπολεσκόμην, ἐπολέσκεο, ἐπολέσκετο καὶ πολέσκετο, καὶ ἐκτάσει ποιητι‐ κῇ τοῦ ο εἰς ω μέγα πωλέσκετο. ὡς τό· ἐπεπωλεῖτο στίχας ἀνδρῶν. Πωρωθείς. ἀπολιθωθείς. ἢ ἀναισθητήσας.</w:t>
      </w:r>
    </w:p>
    <w:p>
      <w:pPr>
        <w:jc w:val="center"/>
      </w:pPr>
      <w:r>
        <w:rPr>
          <w:rFonts w:ascii="Gentium Plus" w:hAnsi="Gentium Plus"/>
          <w:b/>
          <w:sz w:val="24"/>
        </w:rPr>
        <w:t>(Ἐπίῤῥημα.)</w:t>
      </w:r>
    </w:p>
    <w:p>
      <w:r>
        <w:rPr>
          <w:rFonts w:ascii="Courier New" w:hAnsi="Courier New"/>
          <w:color w:val="555555"/>
          <w:sz w:val="20"/>
        </w:rPr>
        <w:t>[21]</w:t>
      </w:r>
    </w:p>
    <w:p>
      <w:r>
        <w:rPr>
          <w:rFonts w:ascii="Gentium Plus" w:hAnsi="Gentium Plus"/>
          <w:sz w:val="24"/>
        </w:rPr>
        <w:t>Πώμαλα; ἀντὶ τοῦ οὐδαμῶς.</w:t>
      </w:r>
    </w:p>
    <w:p>
      <w:pPr>
        <w:jc w:val="center"/>
      </w:pPr>
      <w:r>
        <w:rPr>
          <w:rFonts w:ascii="Gentium Plus" w:hAnsi="Gentium Plus"/>
          <w:b/>
          <w:sz w:val="24"/>
        </w:rPr>
        <w:t>Ρ.</w:t>
      </w:r>
    </w:p>
    <w:p>
      <w:pPr>
        <w:jc w:val="center"/>
      </w:pPr>
      <w:r>
        <w:rPr>
          <w:rFonts w:ascii="Gentium Plus" w:hAnsi="Gentium Plus"/>
          <w:b/>
          <w:sz w:val="24"/>
        </w:rPr>
        <w:t>Τὸ Ρ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Ῥαγδαῖος. σφοδρός. καὶ ῥαγδαῖος ἦν ὑετός.</w:t>
      </w:r>
    </w:p>
    <w:p>
      <w:r>
        <w:rPr>
          <w:rFonts w:ascii="Courier New" w:hAnsi="Courier New"/>
          <w:color w:val="555555"/>
          <w:sz w:val="20"/>
        </w:rPr>
        <w:t>[5]</w:t>
      </w:r>
    </w:p>
    <w:p>
      <w:r>
        <w:rPr>
          <w:rFonts w:ascii="Gentium Plus" w:hAnsi="Gentium Plus"/>
          <w:sz w:val="24"/>
        </w:rPr>
        <w:t>Ῥᾳδιουργός. πλαστογράφος. ἢ ὁ μετὰ πανουρ‐ γίας τὶ διαπράττων. Ῥαβουνί. διδάσκαλος ἑρμηνεύεται. Ῥάθυμος. ἀναπεπτωκώς. παρὰ τὸ ῥέειν τὸν θυμόν. ἢ παρὰ τὸ ῥᾷον θυμοῦσθαι.</w:t>
      </w:r>
    </w:p>
    <w:p>
      <w:r>
        <w:rPr>
          <w:rFonts w:ascii="Courier New" w:hAnsi="Courier New"/>
          <w:color w:val="555555"/>
          <w:sz w:val="20"/>
        </w:rPr>
        <w:t>[10]</w:t>
      </w:r>
    </w:p>
    <w:p>
      <w:r>
        <w:rPr>
          <w:rFonts w:ascii="Gentium Plus" w:hAnsi="Gentium Plus"/>
          <w:sz w:val="24"/>
        </w:rPr>
        <w:t>Ῥαιβός. ὁ διεστραμμένος, ὁ πλάγιος. παρὰ τὸ ῥᾷον βαίνειν, κατὰ ἀντίφρασιν. ἢ παρὰ τὸ ῥαίω, τὸ φθείρω, καὶ τὸ βαίνω ῥαιβός· ὃν καλοῦσιν οἱ πολλοὶ σκελλὸν καὶ διεστραμμένον. Ῥαῖδος. ὄνομα θηρίου.</w:t>
      </w:r>
    </w:p>
    <w:p>
      <w:r>
        <w:rPr>
          <w:rFonts w:ascii="Courier New" w:hAnsi="Courier New"/>
          <w:color w:val="555555"/>
          <w:sz w:val="20"/>
        </w:rPr>
        <w:t>[15]</w:t>
      </w:r>
    </w:p>
    <w:p>
      <w:r>
        <w:rPr>
          <w:rFonts w:ascii="Gentium Plus" w:hAnsi="Gentium Plus"/>
          <w:sz w:val="24"/>
        </w:rPr>
        <w:t>Ῥαικός. ὁ Ῥωμαῖος. Ἐπίχαρμος· φιλεῖ εἶναι γραικὸς, ἀποβολῇ τοῦ γ ῥαικός. Ῥαιστήρ. σφαίρα σιδηρᾶ. Ῥαιφερενδάριος. ἀξίωμα ἐκκλησιαστικόν. Ῥακᾶ. ἀντὶ τοῦ σὺ ἑρμηνεύεται τῇ Σύρων γλώσ‐</w:t>
      </w:r>
    </w:p>
    <w:p>
      <w:r>
        <w:rPr>
          <w:rFonts w:ascii="Courier New" w:hAnsi="Courier New"/>
          <w:color w:val="555555"/>
          <w:sz w:val="20"/>
        </w:rPr>
        <w:t>[20]</w:t>
      </w:r>
    </w:p>
    <w:p>
      <w:r>
        <w:rPr>
          <w:rFonts w:ascii="Gentium Plus" w:hAnsi="Gentium Plus"/>
          <w:sz w:val="24"/>
        </w:rPr>
        <w:t>σῃ, ὡς τό· ἄπελθε σύ· ἢ εἰπὲ τῷ δεῖνι σύ. τινὲς δὲ τῶν Ἑβραίων φωνῇ κατάπτυστον ἑρμη‐ νεύουσι.</w:t>
      </w:r>
    </w:p>
    <w:p>
      <w:r>
        <w:rPr>
          <w:rFonts w:ascii="Courier New" w:hAnsi="Courier New"/>
          <w:color w:val="555555"/>
          <w:sz w:val="20"/>
        </w:rPr>
        <w:t>[rho 1604]</w:t>
      </w:r>
    </w:p>
    <w:p>
      <w:r>
        <w:rPr>
          <w:rFonts w:ascii="Gentium Plus" w:hAnsi="Gentium Plus"/>
          <w:sz w:val="24"/>
        </w:rPr>
        <w:t>τον μὲν εὕρηται κατὰ διάστασιν ῥηΐστη, ἢ ὅτι ἀπὸ τοῦ ῥᾷον γέγονε ῥᾷστος. Ῥάχος. ὁ σκόλοψ ὁ ἀκανθώδης. καὶ ἐπὶ τῶν ἀμπέλων. ἐπεὶ ἀποξύνεται ἐν τῷ ἀποτέμνεσθαι</w:t>
      </w:r>
    </w:p>
    <w:p>
      <w:r>
        <w:rPr>
          <w:rFonts w:ascii="Courier New" w:hAnsi="Courier New"/>
          <w:color w:val="555555"/>
          <w:sz w:val="20"/>
        </w:rPr>
        <w:t>[5]</w:t>
      </w:r>
    </w:p>
    <w:p>
      <w:r>
        <w:rPr>
          <w:rFonts w:ascii="Gentium Plus" w:hAnsi="Gentium Plus"/>
          <w:sz w:val="24"/>
        </w:rPr>
        <w:t>καὶ ῥαγῶσαι. Ῥάδαμνος. κλάδος. τοῦ Ψελλοῦ· ῥάδαμνος κλά‐ δος καὶ βλαστὸς, ῥῶπος ποικίλος φόρτος.</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Ῥάβδος κυρίου. παιδεία ἡ πρὸς διόρθωσιν τοῦ</w:t>
      </w:r>
    </w:p>
    <w:p>
      <w:r>
        <w:rPr>
          <w:rFonts w:ascii="Courier New" w:hAnsi="Courier New"/>
          <w:color w:val="555555"/>
          <w:sz w:val="20"/>
        </w:rPr>
        <w:t>[10]</w:t>
      </w:r>
    </w:p>
    <w:p>
      <w:r>
        <w:rPr>
          <w:rFonts w:ascii="Gentium Plus" w:hAnsi="Gentium Plus"/>
          <w:sz w:val="24"/>
        </w:rPr>
        <w:t>παιδευομένου. Ῥάβδῳ. ἐπιτιμίου λόγῳ. εἴρηται ῥάβδος παρὰ τὸ ῥάσσω, ἢ παρὰ τὸ ῥαπίζω, ἢ παρὰ τὸ ῥᾷον βαίνειν. Ῥάβδος σιδηρᾶ. ἡ τῶν Ῥωμαίων ἐξουσία.</w:t>
      </w:r>
    </w:p>
    <w:p>
      <w:r>
        <w:rPr>
          <w:rFonts w:ascii="Courier New" w:hAnsi="Courier New"/>
          <w:color w:val="555555"/>
          <w:sz w:val="20"/>
        </w:rPr>
        <w:t>[15]</w:t>
      </w:r>
    </w:p>
    <w:p>
      <w:r>
        <w:rPr>
          <w:rFonts w:ascii="Gentium Plus" w:hAnsi="Gentium Plus"/>
          <w:sz w:val="24"/>
        </w:rPr>
        <w:t>Ῥᾳδιουργία. δόλος, ἀπάτη. ἢ τὸ πράττειν τι μετὰ πανουργίας. Ῥᾳθυμία. ἡ ἀμέλεια, ἡ ῥαστώνη. Ῥαθάμιγγες. σταγόνες, ῥανίδες, καὶ ὁ ἀπὸ τῶν ἵππων κονιορτός.</w:t>
      </w:r>
    </w:p>
    <w:p>
      <w:r>
        <w:rPr>
          <w:rFonts w:ascii="Courier New" w:hAnsi="Courier New"/>
          <w:color w:val="555555"/>
          <w:sz w:val="20"/>
        </w:rPr>
        <w:t>[20]</w:t>
      </w:r>
    </w:p>
    <w:p>
      <w:r>
        <w:rPr>
          <w:rFonts w:ascii="Gentium Plus" w:hAnsi="Gentium Plus"/>
          <w:sz w:val="24"/>
        </w:rPr>
        <w:t>Ῥάβεννα. πόλις. Ῥάμνος. φυτὸν ἀκανθῶδες. παρὰ τὸ ῥᾷον τέ‐ μνεσθαι. ἢ παρὰ τὸ ῥᾷον δονεῖσθαι, τροπῇ τοῦ</w:t>
      </w:r>
    </w:p>
    <w:p>
      <w:r>
        <w:rPr>
          <w:rFonts w:ascii="Courier New" w:hAnsi="Courier New"/>
          <w:color w:val="555555"/>
          <w:sz w:val="20"/>
        </w:rPr>
        <w:t>[rho 1605]</w:t>
      </w:r>
    </w:p>
    <w:p>
      <w:r>
        <w:rPr>
          <w:rFonts w:ascii="Gentium Plus" w:hAnsi="Gentium Plus"/>
          <w:sz w:val="24"/>
        </w:rPr>
        <w:t>†Ῥαικάμη. ἡ ῥαστώνη.† †Ῥαιστήρα. σφαῖρα σιδηρᾶ.† †Ῥάμνος.† †Ῥαπίς. ῥάβδος.†</w:t>
      </w:r>
    </w:p>
    <w:p>
      <w:r>
        <w:rPr>
          <w:rFonts w:ascii="Courier New" w:hAnsi="Courier New"/>
          <w:color w:val="555555"/>
          <w:sz w:val="20"/>
        </w:rPr>
        <w:t>[5]</w:t>
      </w:r>
    </w:p>
    <w:p>
      <w:r>
        <w:rPr>
          <w:rFonts w:ascii="Gentium Plus" w:hAnsi="Gentium Plus"/>
          <w:sz w:val="24"/>
        </w:rPr>
        <w:t>Ῥᾳστώνη. εὐχέρεια, εὐκολία, ἢ ῥᾳθυμία. παρὰ τὸ ῥᾷστος. Ῥαχήλ. κύριον. ἑρμηνεύεται ἀμνὰς, ἢ ποιμαί‐ νουσα. Ῥαχίας. τὰς ἐκ θαλάσσης πέτρας. ἢ ῥαχία</w:t>
      </w:r>
    </w:p>
    <w:p>
      <w:r>
        <w:rPr>
          <w:rFonts w:ascii="Courier New" w:hAnsi="Courier New"/>
          <w:color w:val="555555"/>
          <w:sz w:val="20"/>
        </w:rPr>
        <w:t>[10]</w:t>
      </w:r>
    </w:p>
    <w:p>
      <w:r>
        <w:rPr>
          <w:rFonts w:ascii="Gentium Plus" w:hAnsi="Gentium Plus"/>
          <w:sz w:val="24"/>
        </w:rPr>
        <w:t>τόπος ὑψηλός. Ῥάχις. ὁ μὲν Ἀπολλόδωρος ἀπὸ τοῦ ῥῆξις εἶ‐ ναι, καὶ τὰ δεξιὰ μέρη διακρίνειν ἀπὸ τῶν εὐω‐ νύμων· ὡς δέ τινες, τράχις, διὰ τὴν τραχύτη‐ τα τῶν συνεστηκότων αὐτῇ κονδύλων.</w:t>
      </w:r>
    </w:p>
    <w:p>
      <w:r>
        <w:rPr>
          <w:rFonts w:ascii="Courier New" w:hAnsi="Courier New"/>
          <w:color w:val="555555"/>
          <w:sz w:val="20"/>
        </w:rPr>
        <w:t>[15]</w:t>
      </w:r>
    </w:p>
    <w:p>
      <w:r>
        <w:rPr>
          <w:rFonts w:ascii="Gentium Plus" w:hAnsi="Gentium Plus"/>
          <w:sz w:val="24"/>
        </w:rPr>
        <w:t>Ῥαφίς. ἡ βελόνη. καὶ ὄνομα ἰχθύος. Ῥαψῳδία. ἀπόκομμα ποιήματος, περιλαβὸν καὶ ἔχον ἐν ἑαυτῷ ὀλίγην τινὰ καὶ μικρὰν περι‐ πέτειαν. περιπέτεια δέ ἐστιν ὑποθέσεως σύμ‐ πτωμα. ὡς ἡ ἄλφα Ὁμήρου ἔχει ὀργὴν Ἀχιλ‐</w:t>
      </w:r>
    </w:p>
    <w:p>
      <w:r>
        <w:rPr>
          <w:rFonts w:ascii="Courier New" w:hAnsi="Courier New"/>
          <w:color w:val="555555"/>
          <w:sz w:val="20"/>
        </w:rPr>
        <w:t>[20]</w:t>
      </w:r>
    </w:p>
    <w:p>
      <w:r>
        <w:rPr>
          <w:rFonts w:ascii="Gentium Plus" w:hAnsi="Gentium Plus"/>
          <w:sz w:val="24"/>
        </w:rPr>
        <w:t>λέως· καὶ ἡ β ἀπάτην ὀνείρου· καὶ ἡ γ Ἀλε‐ ξάνδρου καὶ Μενελάου μονομαχίαν. ἢ ῥαψῳδία</w:t>
      </w:r>
    </w:p>
    <w:p>
      <w:r>
        <w:rPr>
          <w:rFonts w:ascii="Courier New" w:hAnsi="Courier New"/>
          <w:color w:val="555555"/>
          <w:sz w:val="20"/>
        </w:rPr>
        <w:t>[rho 1606]</w:t>
      </w:r>
    </w:p>
    <w:p>
      <w:r>
        <w:rPr>
          <w:rFonts w:ascii="Gentium Plus" w:hAnsi="Gentium Plus"/>
          <w:sz w:val="24"/>
        </w:rPr>
        <w:t>θεσιν. παρὰ τὸ ῥάπτω καὶ τὸ ᾠδὴ γίνεται ῥα‐ βδῳδία, καὶ τροπῇ τοῦ βδ εἰς ψ ῥαψῳδία. Ῥαάβ. κύριον. τὴν Χαναναίαν λέγει.</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Ῥᾴδιον. εὔκολον. ἔχει τὸ ι. ἐπειδὴ εὕρηται κα‐ τὰ διάστασιν ῥηΐδιον, καὶ ὅτι ἀπὸ τοῦ ῥεῖα γέ‐ γονε ῥεΐδιον, καὶ τροπῇ τοῦ ε εἰς η καὶ συν‐ αιρέσει ῥηΐδιον. οὐκ ἐγένετο ῥᾴδιον ἀπὸ τοῦ ῥᾶος, ῥάου.</w:t>
      </w:r>
    </w:p>
    <w:p>
      <w:r>
        <w:rPr>
          <w:rFonts w:ascii="Courier New" w:hAnsi="Courier New"/>
          <w:color w:val="555555"/>
          <w:sz w:val="20"/>
        </w:rPr>
        <w:t>[10]</w:t>
      </w:r>
    </w:p>
    <w:p>
      <w:r>
        <w:rPr>
          <w:rFonts w:ascii="Gentium Plus" w:hAnsi="Gentium Plus"/>
          <w:sz w:val="24"/>
        </w:rPr>
        <w:t>Ῥαδαλόν. εὐδιάσειστον, χαῦνον. Ῥαίδιον. τὸ φορεῖον. καὶ ῥαῖδον ἅρμα σκεπα‐ στόν. Ῥαίκυλον καὶ Ῥαῖκλον. τοπικά. Ῥάκος. περιαυχένιον. ὁ καλούμενος μανδύας</w:t>
      </w:r>
    </w:p>
    <w:p>
      <w:r>
        <w:rPr>
          <w:rFonts w:ascii="Courier New" w:hAnsi="Courier New"/>
          <w:color w:val="555555"/>
          <w:sz w:val="20"/>
        </w:rPr>
        <w:t>[15]</w:t>
      </w:r>
    </w:p>
    <w:p>
      <w:r>
        <w:rPr>
          <w:rFonts w:ascii="Gentium Plus" w:hAnsi="Gentium Plus"/>
          <w:sz w:val="24"/>
        </w:rPr>
        <w:t>Περσικῇ γλώττῃ. παρὰ τὸ ῥήσσω ῥήξω, ῥῆχος καὶ ῥάχος, καὶ τροπῇ τοῦ χ εἰς κ ῥάκος. Ῥαντόν. ποικίλον. Ῥαιστόν. φθαρτόν. Ῥᾷον. εὔκολον.</w:t>
      </w:r>
    </w:p>
    <w:p>
      <w:r>
        <w:rPr>
          <w:rFonts w:ascii="Courier New" w:hAnsi="Courier New"/>
          <w:color w:val="555555"/>
          <w:sz w:val="20"/>
        </w:rPr>
        <w:t>[20]</w:t>
      </w:r>
    </w:p>
    <w:p>
      <w:r>
        <w:rPr>
          <w:rFonts w:ascii="Gentium Plus" w:hAnsi="Gentium Plus"/>
          <w:sz w:val="24"/>
        </w:rPr>
        <w:t>*Ῥάμφος. κυρίως ἡ ῥὶς τῶν ὀρνέων.* Ῥάρος. τὸ βρέφος. οἱ δὲ ὄνομα τόπου. οἱ δὲ</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Ῥαγήσεται. ἐκπηδήσει. Ῥαγῶσαι. τεμεῖν. Ῥᾳδιουργεῖν. ἀπατᾷν, ἢ τὸ μετὰ πανουργίας τι</w:t>
      </w:r>
    </w:p>
    <w:p>
      <w:r>
        <w:rPr>
          <w:rFonts w:ascii="Courier New" w:hAnsi="Courier New"/>
          <w:color w:val="555555"/>
          <w:sz w:val="20"/>
        </w:rPr>
        <w:t>[5]</w:t>
      </w:r>
    </w:p>
    <w:p>
      <w:r>
        <w:rPr>
          <w:rFonts w:ascii="Gentium Plus" w:hAnsi="Gentium Plus"/>
          <w:sz w:val="24"/>
        </w:rPr>
        <w:t>διαπράττεσθαι. τὰ παρὰ τὸ ῥᾴδιον ἔχει τὸ ι προσγεγραμμένον, οἷον ῥᾴθυμος, ῥᾳθυμία, ῥᾳ‐ στώνη. Ῥαιβώσας. κάμψας. Ῥαδανίζειν. τὸ τινάσσεσθαι.</w:t>
      </w:r>
    </w:p>
    <w:p>
      <w:r>
        <w:rPr>
          <w:rFonts w:ascii="Courier New" w:hAnsi="Courier New"/>
          <w:color w:val="555555"/>
          <w:sz w:val="20"/>
        </w:rPr>
        <w:t>[10]</w:t>
      </w:r>
    </w:p>
    <w:p>
      <w:r>
        <w:rPr>
          <w:rFonts w:ascii="Gentium Plus" w:hAnsi="Gentium Plus"/>
          <w:sz w:val="24"/>
        </w:rPr>
        <w:t>†Ῥαιδαστίζει. τὸ σκοπεῖ.† †Ῥαίθω. τὸ φθείρω.† Ῥαΐσαι. κουφίσαι. †ῥαΐσαι τὸ ἐξ ἀῤῥωστίας βελτίω γενέσθαι.† *Ῥαπίζειν. τὸ παίειν κατὰ τοῦ προσώπου. κο‐</w:t>
      </w:r>
    </w:p>
    <w:p>
      <w:r>
        <w:rPr>
          <w:rFonts w:ascii="Courier New" w:hAnsi="Courier New"/>
          <w:color w:val="555555"/>
          <w:sz w:val="20"/>
        </w:rPr>
        <w:t>[15]</w:t>
      </w:r>
    </w:p>
    <w:p>
      <w:r>
        <w:rPr>
          <w:rFonts w:ascii="Gentium Plus" w:hAnsi="Gentium Plus"/>
          <w:sz w:val="24"/>
        </w:rPr>
        <w:t>λαφίζειν δὲ κατὰ τοῦ τραχήλου.*</w:t>
      </w:r>
    </w:p>
    <w:p>
      <w:pPr>
        <w:jc w:val="center"/>
      </w:pPr>
      <w:r>
        <w:rPr>
          <w:rFonts w:ascii="Gentium Plus" w:hAnsi="Gentium Plus"/>
          <w:b/>
          <w:sz w:val="24"/>
        </w:rPr>
        <w:t>(Ἐπίῤῥημα.)</w:t>
      </w:r>
    </w:p>
    <w:p>
      <w:r>
        <w:rPr>
          <w:rFonts w:ascii="Courier New" w:hAnsi="Courier New"/>
          <w:color w:val="555555"/>
          <w:sz w:val="20"/>
        </w:rPr>
        <w:t>[17]</w:t>
      </w:r>
    </w:p>
    <w:p>
      <w:r>
        <w:rPr>
          <w:rFonts w:ascii="Gentium Plus" w:hAnsi="Gentium Plus"/>
          <w:sz w:val="24"/>
        </w:rPr>
        <w:t>Ῥᾳδίως. εὐκόλως. Ῥᾳόνως. εὐκόλως. καὶ ῥᾷον, καὶ ῥᾴως.</w:t>
      </w:r>
    </w:p>
    <w:p>
      <w:pPr>
        <w:jc w:val="center"/>
      </w:pPr>
      <w:r>
        <w:rPr>
          <w:rFonts w:ascii="Gentium Plus" w:hAnsi="Gentium Plus"/>
          <w:b/>
          <w:sz w:val="24"/>
        </w:rPr>
        <w:t>Τὸ Ρ μετὰ τοῦ Ε.</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Ῥεάτης. ποταμός.</w:t>
      </w:r>
    </w:p>
    <w:p>
      <w:r>
        <w:rPr>
          <w:rFonts w:ascii="Courier New" w:hAnsi="Courier New"/>
          <w:color w:val="555555"/>
          <w:sz w:val="20"/>
        </w:rPr>
        <w:t>[rho 1608]</w:t>
      </w:r>
    </w:p>
    <w:p>
      <w:r>
        <w:rPr>
          <w:rFonts w:ascii="Gentium Plus" w:hAnsi="Gentium Plus"/>
          <w:sz w:val="24"/>
        </w:rPr>
        <w:t>Ῥείτης. ὁ ῥέων. καὶ ῥειτός. Ῥεμβασμός. ἀχαλίνωτος ἔννοια καὶ ζωῆς ἀφα‐ νισμός. Ῥεγεῖς. οἱ βαφεῖς.</w:t>
      </w:r>
    </w:p>
    <w:p>
      <w:r>
        <w:rPr>
          <w:rFonts w:ascii="Courier New" w:hAnsi="Courier New"/>
          <w:color w:val="555555"/>
          <w:sz w:val="20"/>
        </w:rPr>
        <w:t>[5]</w:t>
      </w:r>
    </w:p>
    <w:p>
      <w:r>
        <w:rPr>
          <w:rFonts w:ascii="Gentium Plus" w:hAnsi="Gentium Plus"/>
          <w:sz w:val="24"/>
        </w:rPr>
        <w:t>Ῥεφάν. εἴδωλον.</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Ῥεβέκκα. κύριον. ἑρμηνεύεται ὑπομονή. Ῥειώνη. ἡ Ἥρα. Ῥεία. θεά.</w:t>
      </w:r>
    </w:p>
    <w:p>
      <w:r>
        <w:rPr>
          <w:rFonts w:ascii="Courier New" w:hAnsi="Courier New"/>
          <w:color w:val="555555"/>
          <w:sz w:val="20"/>
        </w:rPr>
        <w:t>[10]</w:t>
      </w:r>
    </w:p>
    <w:p>
      <w:r>
        <w:rPr>
          <w:rFonts w:ascii="Gentium Plus" w:hAnsi="Gentium Plus"/>
          <w:sz w:val="24"/>
        </w:rPr>
        <w:t>Ῥένδα. ζώνη· λωρίον, ὃ οἱ βασιλεῖς διαζών‐ νυνται. *Ῥέα. ἡ Δημήτηρ. λαμβάνεται δὲ καὶ ἐπὶ τοῦ ῥαδίου. ἢ ἡ τῆς πετρώδους καὶ ὀρείας γῆς δύ‐ ναμις. ἡ δὲ Δήμητρα τῆς πεδινῆς καὶ γονίμου.</w:t>
      </w:r>
    </w:p>
    <w:p>
      <w:r>
        <w:rPr>
          <w:rFonts w:ascii="Courier New" w:hAnsi="Courier New"/>
          <w:color w:val="555555"/>
          <w:sz w:val="20"/>
        </w:rPr>
        <w:t>[15]</w:t>
      </w:r>
    </w:p>
    <w:p>
      <w:r>
        <w:rPr>
          <w:rFonts w:ascii="Gentium Plus" w:hAnsi="Gentium Plus"/>
          <w:sz w:val="24"/>
        </w:rPr>
        <w:t>ἢ καὶ τίκτει τὴν κόρην ἤγουν τὸν κόρον ἐκ τῶν φρυγανωδῶν σπερμάτων. διὸ καὶ κατέστεπται τὸ βρέτας αὐτῆς στάχυσι. κόρη μὲν οὖν ἡ δύ‐ ναμις ἡ σπερματοῦχος· Πλούτων δὲ ὁ ὑπὸ γῆν ἰὼν ἥλιος, καὶ τὸν ἀφανῆ περινοστῶν κόσμον</w:t>
      </w:r>
    </w:p>
    <w:p>
      <w:r>
        <w:rPr>
          <w:rFonts w:ascii="Courier New" w:hAnsi="Courier New"/>
          <w:color w:val="555555"/>
          <w:sz w:val="20"/>
        </w:rPr>
        <w:t>[20]</w:t>
      </w:r>
    </w:p>
    <w:p>
      <w:r>
        <w:rPr>
          <w:rFonts w:ascii="Gentium Plus" w:hAnsi="Gentium Plus"/>
          <w:sz w:val="24"/>
        </w:rPr>
        <w:t>κατὰ τὰς χειμερίους τροπάς.*</w:t>
      </w:r>
    </w:p>
    <w:p>
      <w:pPr>
        <w:jc w:val="center"/>
      </w:pPr>
      <w:r>
        <w:rPr>
          <w:rFonts w:ascii="Gentium Plus" w:hAnsi="Gentium Plus"/>
          <w:b/>
          <w:sz w:val="24"/>
        </w:rPr>
        <w:t>(Οὐδέτερον.)</w:t>
      </w:r>
    </w:p>
    <w:p>
      <w:r>
        <w:rPr>
          <w:rFonts w:ascii="Courier New" w:hAnsi="Courier New"/>
          <w:color w:val="555555"/>
          <w:sz w:val="20"/>
        </w:rPr>
        <w:t>[22]</w:t>
      </w:r>
    </w:p>
    <w:p>
      <w:r>
        <w:rPr>
          <w:rFonts w:ascii="Gentium Plus" w:hAnsi="Gentium Plus"/>
          <w:sz w:val="24"/>
        </w:rPr>
        <w:t>Ῥέγος. τὸ βάμμα. ἁλιπόρφυρον ῥέγος. καὶ ῥε‐ γεῖς οἱ βαφεῖς.</w:t>
      </w:r>
    </w:p>
    <w:p>
      <w:r>
        <w:rPr>
          <w:rFonts w:ascii="Courier New" w:hAnsi="Courier New"/>
          <w:color w:val="555555"/>
          <w:sz w:val="20"/>
        </w:rPr>
        <w:t>[rho 1609]</w:t>
      </w:r>
    </w:p>
    <w:p>
      <w:r>
        <w:rPr>
          <w:rFonts w:ascii="Gentium Plus" w:hAnsi="Gentium Plus"/>
          <w:sz w:val="24"/>
        </w:rPr>
        <w:t>Ῥέθη. τὰ μέλη. ψυχὴ δ’ ἐκ ῥεθέων πταμένη— διὰ τὸ φαίνεσθαι τὰ ἤθη δι’ αὐτῶν· οὕτω γὰρ ἐκ τῆς ποιᾶς αὐτῆς συστάσεως τὰ τῆς ψυχῆς</w:t>
      </w:r>
    </w:p>
    <w:p>
      <w:r>
        <w:rPr>
          <w:rFonts w:ascii="Courier New" w:hAnsi="Courier New"/>
          <w:color w:val="555555"/>
          <w:sz w:val="20"/>
        </w:rPr>
        <w:t>[5]</w:t>
      </w:r>
    </w:p>
    <w:p>
      <w:r>
        <w:rPr>
          <w:rFonts w:ascii="Gentium Plus" w:hAnsi="Gentium Plus"/>
          <w:sz w:val="24"/>
        </w:rPr>
        <w:t>πάθη θεωροῦμεν, χαιρούσης, λυπουμένης, ὀρ‐ γιζομένης. καὶ ῥέθος τὸ πρόσωπον, Αἰολικῶς.</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Ῥέεις· ῥεῖς. ἐὰν ῥέῃς δὲ, η. ἐὰν ῥεῖς δὲ, δί‐ φθογγον.</w:t>
      </w:r>
    </w:p>
    <w:p>
      <w:r>
        <w:rPr>
          <w:rFonts w:ascii="Courier New" w:hAnsi="Courier New"/>
          <w:color w:val="555555"/>
          <w:sz w:val="20"/>
        </w:rPr>
        <w:t>[10]</w:t>
      </w:r>
    </w:p>
    <w:p>
      <w:r>
        <w:rPr>
          <w:rFonts w:ascii="Gentium Plus" w:hAnsi="Gentium Plus"/>
          <w:sz w:val="24"/>
        </w:rPr>
        <w:t>Ῥέζει. πράττει. Ῥέζεσκον. ἔπραττον. Ῥέξαι. τὸ βάψαι· καὶ οἷον μεταποιῆσαι. Ῥεόντων. παρερχομένων. ῥαιόντων δὲ, τῶν φθει‐ ρομένων, δίφθογγον.</w:t>
      </w:r>
    </w:p>
    <w:p>
      <w:r>
        <w:rPr>
          <w:rFonts w:ascii="Courier New" w:hAnsi="Courier New"/>
          <w:color w:val="555555"/>
          <w:sz w:val="20"/>
        </w:rPr>
        <w:t>[15]</w:t>
      </w:r>
    </w:p>
    <w:p>
      <w:r>
        <w:rPr>
          <w:rFonts w:ascii="Gentium Plus" w:hAnsi="Gentium Plus"/>
          <w:sz w:val="24"/>
        </w:rPr>
        <w:t>Ῥέπει. κλίνει. Ῥέχθεον. ἐστέναζον.</w:t>
      </w:r>
    </w:p>
    <w:p>
      <w:pPr>
        <w:jc w:val="center"/>
      </w:pPr>
      <w:r>
        <w:rPr>
          <w:rFonts w:ascii="Gentium Plus" w:hAnsi="Gentium Plus"/>
          <w:b/>
          <w:sz w:val="24"/>
        </w:rPr>
        <w:t>(Ἐπίῤῥημα.)</w:t>
      </w:r>
    </w:p>
    <w:p>
      <w:r>
        <w:rPr>
          <w:rFonts w:ascii="Courier New" w:hAnsi="Courier New"/>
          <w:color w:val="555555"/>
          <w:sz w:val="20"/>
        </w:rPr>
        <w:t>[18]</w:t>
      </w:r>
    </w:p>
    <w:p>
      <w:r>
        <w:rPr>
          <w:rFonts w:ascii="Gentium Plus" w:hAnsi="Gentium Plus"/>
          <w:sz w:val="24"/>
        </w:rPr>
        <w:t>Ῥέα. εὐκόλως. καὶ ῥεῖ.</w:t>
      </w:r>
    </w:p>
    <w:p>
      <w:pPr>
        <w:jc w:val="center"/>
      </w:pPr>
      <w:r>
        <w:rPr>
          <w:rFonts w:ascii="Gentium Plus" w:hAnsi="Gentium Plus"/>
          <w:b/>
          <w:sz w:val="24"/>
        </w:rPr>
        <w:t>Τὸ Ρ μετὰ τοῦ Η.</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Ῥήβας. ποταμὸς πλησίον Βιθυνίας πλωτὸς, παρ’ ᾧ ἀκτή ἐστι μέλαινα καλουμένη. Ῥήβαν ὠκυῤῥόην ποταμὸν ἀκτήν τε μέ‐</w:t>
      </w:r>
    </w:p>
    <w:p>
      <w:r>
        <w:rPr>
          <w:rFonts w:ascii="Courier New" w:hAnsi="Courier New"/>
          <w:color w:val="555555"/>
          <w:sz w:val="20"/>
        </w:rPr>
        <w:t>[rho 1610]</w:t>
      </w:r>
    </w:p>
    <w:p>
      <w:r>
        <w:rPr>
          <w:rFonts w:ascii="Gentium Plus" w:hAnsi="Gentium Plus"/>
          <w:sz w:val="24"/>
        </w:rPr>
        <w:t>Ῥηγίας. ποταμός. Ῥηγῖνος. τοπικός. Ῥηγεύς. ὁ βαφεύς. Ῥηγῖλος, Ῥηγίλαος καὶ Ῥηγοῦλος. ὀνόματα</w:t>
      </w:r>
    </w:p>
    <w:p>
      <w:r>
        <w:rPr>
          <w:rFonts w:ascii="Courier New" w:hAnsi="Courier New"/>
          <w:color w:val="555555"/>
          <w:sz w:val="20"/>
        </w:rPr>
        <w:t>[5]</w:t>
      </w:r>
    </w:p>
    <w:p>
      <w:r>
        <w:rPr>
          <w:rFonts w:ascii="Gentium Plus" w:hAnsi="Gentium Plus"/>
          <w:sz w:val="24"/>
        </w:rPr>
        <w:t>κύρια. Ῥηγμήν. ὁ αἰγιαλός. Ῥηΐστερος. εὐχερέστερος. Ῥηλαιμός. τόπος. Ῥῆνος. ὄνομα ποταμοῦ.</w:t>
      </w:r>
    </w:p>
    <w:p>
      <w:r>
        <w:rPr>
          <w:rFonts w:ascii="Courier New" w:hAnsi="Courier New"/>
          <w:color w:val="555555"/>
          <w:sz w:val="20"/>
        </w:rPr>
        <w:t>[10]</w:t>
      </w:r>
    </w:p>
    <w:p>
      <w:r>
        <w:rPr>
          <w:rFonts w:ascii="Gentium Plus" w:hAnsi="Gentium Plus"/>
          <w:sz w:val="24"/>
        </w:rPr>
        <w:t>Ῥῆνες. πρόβατα. ἡ εὐθεῖα ῥὴν, ῥηνὸς, ῥῆνες. Ῥηξήνορες. ἀνδρεῖοι. Ῥήτωρ. δυνατὸς ἐν λόγοις, ἢ καλλιεπείας ῥημά‐ των δημιουργὸς καὶ συνθέτης. Ῥηχὰβ καὶ Ῥηχαβίν. ὀνόματα κύρια.</w:t>
      </w:r>
    </w:p>
    <w:p>
      <w:r>
        <w:rPr>
          <w:rFonts w:ascii="Courier New" w:hAnsi="Courier New"/>
          <w:color w:val="555555"/>
          <w:sz w:val="20"/>
        </w:rPr>
        <w:t>[15]</w:t>
      </w:r>
    </w:p>
    <w:p>
      <w:r>
        <w:rPr>
          <w:rFonts w:ascii="Gentium Plus" w:hAnsi="Gentium Plus"/>
          <w:sz w:val="24"/>
        </w:rPr>
        <w:t>Ῥήψ. ὄνομα ζώου. Ῥήτωρ. πολιτικῶν πραγμάτων ἐπιστήμων καὶ ἐφ’ ἑκάτερα ἐνδόξων κατασκευαστής. παρὰ τὸ ῥή‐ δην λέγειν, ἢ παρὰ τὸ συνηγορεῖν τῷ νόμῳ. ῥήτρα γὰρ ὁ νόμος, Δωρικῶς.</w:t>
      </w:r>
    </w:p>
    <w:p>
      <w:pPr>
        <w:jc w:val="center"/>
      </w:pPr>
      <w:r>
        <w:rPr>
          <w:rFonts w:ascii="Gentium Plus" w:hAnsi="Gentium Plus"/>
          <w:b/>
          <w:sz w:val="24"/>
        </w:rPr>
        <w:t>(Θηλυκόν.)</w:t>
      </w:r>
    </w:p>
    <w:p>
      <w:r>
        <w:rPr>
          <w:rFonts w:ascii="Courier New" w:hAnsi="Courier New"/>
          <w:color w:val="555555"/>
          <w:sz w:val="20"/>
        </w:rPr>
        <w:t>[21]</w:t>
      </w:r>
    </w:p>
    <w:p>
      <w:r>
        <w:rPr>
          <w:rFonts w:ascii="Gentium Plus" w:hAnsi="Gentium Plus"/>
          <w:sz w:val="24"/>
        </w:rPr>
        <w:t>Ῥηβαντία. πόλις. Ῥηδουντία. πόλις. Ῥῆσις. ἡ φράσις καὶ ὁ λόγος.</w:t>
      </w:r>
    </w:p>
    <w:p>
      <w:r>
        <w:rPr>
          <w:rFonts w:ascii="Courier New" w:hAnsi="Courier New"/>
          <w:color w:val="555555"/>
          <w:sz w:val="20"/>
        </w:rPr>
        <w:t>[rho 1611]</w:t>
      </w:r>
    </w:p>
    <w:p>
      <w:r>
        <w:rPr>
          <w:rFonts w:ascii="Gentium Plus" w:hAnsi="Gentium Plus"/>
          <w:sz w:val="24"/>
        </w:rPr>
        <w:t>Ῥητὴ κρίσις. ἡ κακίστη συμφωνία, ἣν καὶ ὁ ἐν θεολογίᾳ Γρηγόριος λέγει. Ῥητίνη. κύριον. καὶ τὸ τῆς πεύκης ὑγρόν. Ῥήτρα. ἡ συνθήκη ἡ ἐπὶ ῥητοῖς· ἡ ῥητορεία.</w:t>
      </w:r>
    </w:p>
    <w:p>
      <w:r>
        <w:rPr>
          <w:rFonts w:ascii="Courier New" w:hAnsi="Courier New"/>
          <w:color w:val="555555"/>
          <w:sz w:val="20"/>
        </w:rPr>
        <w:t>[5]</w:t>
      </w:r>
    </w:p>
    <w:p>
      <w:r>
        <w:rPr>
          <w:rFonts w:ascii="Gentium Plus" w:hAnsi="Gentium Plus"/>
          <w:sz w:val="24"/>
        </w:rPr>
        <w:t>καὶ ῥητροσύνη. Ῥητορικὴ τέχνη. ἡ πειθοῦς δημιουργὸς πιστευ‐ τικῆς περὶ δίκαια καὶ ἄδικα μετὰ λόγου καὶ ἐμ‐ πειρίας. ἢ δύναμις τεχνικὴ πιθανοῦ λόγου, ἐν πράγματι πολιτικῷ τέλος ἔχουσα τὸ εὖ λέγειν</w:t>
      </w:r>
    </w:p>
    <w:p>
      <w:r>
        <w:rPr>
          <w:rFonts w:ascii="Courier New" w:hAnsi="Courier New"/>
          <w:color w:val="555555"/>
          <w:sz w:val="20"/>
        </w:rPr>
        <w:t>[10]</w:t>
      </w:r>
    </w:p>
    <w:p>
      <w:r>
        <w:rPr>
          <w:rFonts w:ascii="Gentium Plus" w:hAnsi="Gentium Plus"/>
          <w:sz w:val="24"/>
        </w:rPr>
        <w:t>ἢ τοπικῶς εἰπεῖν κατὰ τὸ ἐνδεχόμενον.</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Ῥῆγος. τὸ βαπτὸν ἱμάτιον, ἢ τὸ πορφυροῦν περιβόλαιον. ῥέξαι δὲ τὸ βάψαι καὶ οἷον μετα‐ ποιῆσαι.</w:t>
      </w:r>
    </w:p>
    <w:p>
      <w:r>
        <w:rPr>
          <w:rFonts w:ascii="Courier New" w:hAnsi="Courier New"/>
          <w:color w:val="555555"/>
          <w:sz w:val="20"/>
        </w:rPr>
        <w:t>[15]</w:t>
      </w:r>
    </w:p>
    <w:p>
      <w:r>
        <w:rPr>
          <w:rFonts w:ascii="Gentium Plus" w:hAnsi="Gentium Plus"/>
          <w:sz w:val="24"/>
        </w:rPr>
        <w:t>Ῥήγιον. πόλις Σικελίας. εἴρηται δὲ, ἐπειδὴ σει‐ σμοῦ γενομένου ἀπετελέσθη τὰ ἐκεῖ ῥαγέντα τοῦ τόπου ἐκείνου. Ῥηΐτερον. εὐκολώτερον. ῥηΐδιον. ἀπὸ τοῦ ῥέω ῥεΐ‐ διον, καὶ κατ’ ἔκτασιν ῥηΐδιον. Ἡσίοδος·</w:t>
      </w:r>
    </w:p>
    <w:p>
      <w:r>
        <w:rPr>
          <w:rFonts w:ascii="Courier New" w:hAnsi="Courier New"/>
          <w:color w:val="555555"/>
          <w:sz w:val="20"/>
        </w:rPr>
        <w:t>[20]</w:t>
      </w:r>
    </w:p>
    <w:p>
      <w:r>
        <w:rPr>
          <w:rFonts w:ascii="Gentium Plus" w:hAnsi="Gentium Plus"/>
          <w:sz w:val="24"/>
        </w:rPr>
        <w:t>ῥηΐδιον γὰρ ἔπος εἰπεῖν. Ῥήϊστον. εὔκολον. Ῥήγιον. τόπος ἔξω τῆς Κωνσταντινουπόλεως. Ῥῆμα. ὁ λόγος καὶ τὸ πρόσταγμα. ὡς τό· ῥῆμα κυρίου ἐγένετο ἐπ’ αὐτόν. ἢ ῥῆμα ἐστὶ φωνὴ</w:t>
      </w:r>
    </w:p>
    <w:p>
      <w:r>
        <w:rPr>
          <w:rFonts w:ascii="Courier New" w:hAnsi="Courier New"/>
          <w:color w:val="555555"/>
          <w:sz w:val="20"/>
        </w:rPr>
        <w:t>[25]</w:t>
      </w:r>
    </w:p>
    <w:p>
      <w:r>
        <w:rPr>
          <w:rFonts w:ascii="Gentium Plus" w:hAnsi="Gentium Plus"/>
          <w:sz w:val="24"/>
        </w:rPr>
        <w:t>σημαντικὴ κατὰ συνθήκην μετὰ χρόνον. ὡς δὲ Πλάτων, φωνὴ πράξεως ἢ πάθους σημαν‐ τική. Ῥῆμα. λέξις ἄπτωτος, ἐπιδεικτικὴ χρόνων τὲ καὶ προσώπων καὶ ἀριθμῶν, ἐνέργειαν ἢ πά‐</w:t>
      </w:r>
    </w:p>
    <w:p>
      <w:r>
        <w:rPr>
          <w:rFonts w:ascii="Courier New" w:hAnsi="Courier New"/>
          <w:color w:val="555555"/>
          <w:sz w:val="20"/>
        </w:rPr>
        <w:t>[30]</w:t>
      </w:r>
    </w:p>
    <w:p>
      <w:r>
        <w:rPr>
          <w:rFonts w:ascii="Gentium Plus" w:hAnsi="Gentium Plus"/>
          <w:sz w:val="24"/>
        </w:rPr>
        <w:t>θος παριστῶσα. διατί εἶπεν ἄπτωτος; ἐπει‐ δὴ πτώσεις οὐκ ἐπιδέχεται. διατί εἶπεν ἐπιδε‐</w:t>
      </w:r>
    </w:p>
    <w:p>
      <w:r>
        <w:rPr>
          <w:rFonts w:ascii="Courier New" w:hAnsi="Courier New"/>
          <w:color w:val="555555"/>
          <w:sz w:val="20"/>
        </w:rPr>
        <w:t>[rho 1612]</w:t>
      </w:r>
    </w:p>
    <w:p>
      <w:r>
        <w:rPr>
          <w:rFonts w:ascii="Gentium Plus" w:hAnsi="Gentium Plus"/>
          <w:sz w:val="24"/>
        </w:rPr>
        <w:t>ἐπειδὴ πρόσωπα καὶ χρόνους καὶ ἀριθμοὺς ἐπι‐ δέχεται. διατί εἶπε μετ’ ἐνεργείας ἢ πάθους; ἐπειδὴ παρεμφαίνει τὴν ἐνέργειαν καὶ τὸ πά‐ θος· ἐνέργειαν μὲν, οἷον τύπτω· πάθος δὲ,</w:t>
      </w:r>
    </w:p>
    <w:p>
      <w:r>
        <w:rPr>
          <w:rFonts w:ascii="Courier New" w:hAnsi="Courier New"/>
          <w:color w:val="555555"/>
          <w:sz w:val="20"/>
        </w:rPr>
        <w:t>[5]</w:t>
      </w:r>
    </w:p>
    <w:p>
      <w:r>
        <w:rPr>
          <w:rFonts w:ascii="Gentium Plus" w:hAnsi="Gentium Plus"/>
          <w:sz w:val="24"/>
        </w:rPr>
        <w:t>οἷον τύπτομαι. ἢ ῥῆμα ἐστὶ μέρος λόγου ἄπτω‐ τον, ἐν ἰδίοις μετασχηματισμοῖς διαφόρους χρό‐ νους δηλοῦν. μετ’ ἐνεργείας ἢ πάθους ἢ οὐδετέ‐ ρου προσώπου σημαντικόν· ὥστε καὶ τὰς τῆς ψυχῆς διαθέσεις δηλοῖ. διατί εἶπε μέρος λόγου;</w:t>
      </w:r>
    </w:p>
    <w:p>
      <w:r>
        <w:rPr>
          <w:rFonts w:ascii="Courier New" w:hAnsi="Courier New"/>
          <w:color w:val="555555"/>
          <w:sz w:val="20"/>
        </w:rPr>
        <w:t>[10]</w:t>
      </w:r>
    </w:p>
    <w:p>
      <w:r>
        <w:rPr>
          <w:rFonts w:ascii="Gentium Plus" w:hAnsi="Gentium Plus"/>
          <w:sz w:val="24"/>
        </w:rPr>
        <w:t>ἐπειδὴ ἐκ τῶν ὀκτὼ μερῶν τοῦ λόγου ἓν μέρος ἐστὶ τὸ ῥῆμα. μέρη δὲ τοῦ λόγου εἰσὶν ὀκτώ· ὄνομα· ῥῆμα· μετοχή· ἄρθρον· ἀντωνυμία· πρόθεσις· ἐπίῤῥημα· σύνδεσμος. διατί εἶπεν ἐν ἰδίοις μετασχηματισμοῖς διαφόρους χρόνους δη‐</w:t>
      </w:r>
    </w:p>
    <w:p>
      <w:r>
        <w:rPr>
          <w:rFonts w:ascii="Courier New" w:hAnsi="Courier New"/>
          <w:color w:val="555555"/>
          <w:sz w:val="20"/>
        </w:rPr>
        <w:t>[15]</w:t>
      </w:r>
    </w:p>
    <w:p>
      <w:r>
        <w:rPr>
          <w:rFonts w:ascii="Gentium Plus" w:hAnsi="Gentium Plus"/>
          <w:sz w:val="24"/>
        </w:rPr>
        <w:t>λοῦν; διὰ τὰ χρονικὰ ἐπιῤῥήματα, οἷον χθές· σήμερον· αὔριον. ἰδοὺ γὰρ καὶ αὐτὰ χρόνου σημαντικά εἰσι καὶ διαφόρους χρόνους δηλοῦσιν, ἀλλ’ ἐν ἀλλοτρίαις φωναῖς, καὶ οὐκ ἐν ἰδίοις μετασχηματισμοῖς· οὐδὲ γὰρ μετέχει τὸ χθὲς</w:t>
      </w:r>
    </w:p>
    <w:p>
      <w:r>
        <w:rPr>
          <w:rFonts w:ascii="Courier New" w:hAnsi="Courier New"/>
          <w:color w:val="555555"/>
          <w:sz w:val="20"/>
        </w:rPr>
        <w:t>[20]</w:t>
      </w:r>
    </w:p>
    <w:p>
      <w:r>
        <w:rPr>
          <w:rFonts w:ascii="Gentium Plus" w:hAnsi="Gentium Plus"/>
          <w:sz w:val="24"/>
        </w:rPr>
        <w:t>τοῦ σήμερον, αὔριον, ἀλλὰ τελεία φωνὴ τῆς μεταλλαγῆς ἐγένετο. τὰ μέντοι ῥήματα ἐν ἰδί‐ οις μετασχηματισμοῖς διαφόρους δηλοῦσι χρό‐ νους, καὶ οὐκ ἐν ἀλλοτρίαις φωναῖς. διατί εἶ‐ πεν οὐδετέρου προσώπου σημαντικόν; διὰ τὴν</w:t>
      </w:r>
    </w:p>
    <w:p>
      <w:r>
        <w:rPr>
          <w:rFonts w:ascii="Courier New" w:hAnsi="Courier New"/>
          <w:color w:val="555555"/>
          <w:sz w:val="20"/>
        </w:rPr>
        <w:t>[25]</w:t>
      </w:r>
    </w:p>
    <w:p>
      <w:r>
        <w:rPr>
          <w:rFonts w:ascii="Gentium Plus" w:hAnsi="Gentium Plus"/>
          <w:sz w:val="24"/>
        </w:rPr>
        <w:t>ἀκρίβειαν, ἐπειδὴ εἰσὶ τινὰ ῥήματα, ἃ οὔτε ἐνέρ‐ γειαν οὔτε πάθος δηλοῦσιν, ἅτινα καὶ οὐδέτερα λέγονται, ὡς ἐπὶ τοῦ ζῶ, πλουτῶ, ὑπάρχω. διατί εἶπεν ὥστε καὶ τὰς τῆς ψυχῆς διαθέσεις δηλοῖ; ἐπειδὴ τῶν ῥημάτων τὰ μὲν ἔχουσι πρόσ‐</w:t>
      </w:r>
    </w:p>
    <w:p>
      <w:r>
        <w:rPr>
          <w:rFonts w:ascii="Courier New" w:hAnsi="Courier New"/>
          <w:color w:val="555555"/>
          <w:sz w:val="20"/>
        </w:rPr>
        <w:t>[30]</w:t>
      </w:r>
    </w:p>
    <w:p>
      <w:r>
        <w:rPr>
          <w:rFonts w:ascii="Gentium Plus" w:hAnsi="Gentium Plus"/>
          <w:sz w:val="24"/>
        </w:rPr>
        <w:t>ωπα, ὡς τὰ ὁριστικὰ, προστακτικὰ, εὐκτικὰ, ὑποτακτικὰ, ἅτινα καὶ διαθέσεις ψυχῆς ἔχου‐</w:t>
      </w:r>
    </w:p>
    <w:p>
      <w:r>
        <w:rPr>
          <w:rFonts w:ascii="Courier New" w:hAnsi="Courier New"/>
          <w:color w:val="555555"/>
          <w:sz w:val="20"/>
        </w:rPr>
        <w:t>[rho 1613]</w:t>
      </w:r>
    </w:p>
    <w:p>
      <w:r>
        <w:rPr>
          <w:rFonts w:ascii="Gentium Plus" w:hAnsi="Gentium Plus"/>
          <w:sz w:val="24"/>
        </w:rPr>
        <w:t>ἀπαρέμφατα. παρέπεται [δὲ] τῷ ῥήματι ὀκτώ· ἐγκλίσεις· διαθέσεις· εἴδη· σχήματα· ἀρι‐ θμοί· πρόσωπα· χρόνοι καὶ συζυγίαι. ἔγκλι‐ σίς ἐστι βούλημα ψυχῆς διὰ φωνῆς σημαινόμε‐</w:t>
      </w:r>
    </w:p>
    <w:p>
      <w:r>
        <w:rPr>
          <w:rFonts w:ascii="Courier New" w:hAnsi="Courier New"/>
          <w:color w:val="555555"/>
          <w:sz w:val="20"/>
        </w:rPr>
        <w:t>[5]</w:t>
      </w:r>
    </w:p>
    <w:p>
      <w:r>
        <w:rPr>
          <w:rFonts w:ascii="Gentium Plus" w:hAnsi="Gentium Plus"/>
          <w:sz w:val="24"/>
        </w:rPr>
        <w:t>νον. ἐγκλίσεις δέ εἰσι τέσσαρες· ὁριστική· προστακτική· εὐκτική· ὑποτακτική. ἡ γὰρ ἀπαρέμφατος οὐκ ἔστι κυρίως ἔγκλισις, ἀλλὰ καταχρηστικῶς. καὶ διατί οὐκ ἔστι κυρίως ἔγκλι‐ σις; ἐπειδὴ ἔγκλισις λέγεται βούλημα ψυχῆς·</w:t>
      </w:r>
    </w:p>
    <w:p>
      <w:r>
        <w:rPr>
          <w:rFonts w:ascii="Courier New" w:hAnsi="Courier New"/>
          <w:color w:val="555555"/>
          <w:sz w:val="20"/>
        </w:rPr>
        <w:t>[10]</w:t>
      </w:r>
    </w:p>
    <w:p>
      <w:r>
        <w:rPr>
          <w:rFonts w:ascii="Gentium Plus" w:hAnsi="Gentium Plus"/>
          <w:sz w:val="24"/>
        </w:rPr>
        <w:t>ἡ δὲ ἀπαρέμφαιος, μὴ ἔχουσα βούλημα ψυχῆς, εἰκότως οὐδὲ ἔγκλισίς ἐστι. προτέτακται δὲ ἡ ὁριστικὴ τῶν ἄλλων ἐγκλίσεων, ἐπειδὴ, ὥσπερ ἐν τοῖς ὀνόμασιν ἡ ὀρθὴ πτῶσις πρώτη ἐστὶν, εὐθεῖα οὖσα τοῦ ὀνόματος, οὕτω καὶ ὁριστικὴ</w:t>
      </w:r>
    </w:p>
    <w:p>
      <w:r>
        <w:rPr>
          <w:rFonts w:ascii="Courier New" w:hAnsi="Courier New"/>
          <w:color w:val="555555"/>
          <w:sz w:val="20"/>
        </w:rPr>
        <w:t>[15]</w:t>
      </w:r>
    </w:p>
    <w:p>
      <w:r>
        <w:rPr>
          <w:rFonts w:ascii="Gentium Plus" w:hAnsi="Gentium Plus"/>
          <w:sz w:val="24"/>
        </w:rPr>
        <w:t>τῶν ἄλλων ἐγκλίσεων. διάθεσις δέ ἐστιν ἡ τοῦ σώματος μετάθεσις. ἢ διάθεσίς ἐστι δρᾶσις ἢ πεῖσις, ἐν αἷς διατίθεται ἡ ψυχὴ, ὡς ἐνεργοῦ‐ σα τὶ ἢ πάσχουσα. διαθέσεις δέ εἰσι τρεῖς· ἐνέρ‐ γεια· πάθος· μεσότης. μέση δὲ διάθεσίς ἐστιν</w:t>
      </w:r>
    </w:p>
    <w:p>
      <w:r>
        <w:rPr>
          <w:rFonts w:ascii="Courier New" w:hAnsi="Courier New"/>
          <w:color w:val="555555"/>
          <w:sz w:val="20"/>
        </w:rPr>
        <w:t>[20]</w:t>
      </w:r>
    </w:p>
    <w:p>
      <w:r>
        <w:rPr>
          <w:rFonts w:ascii="Gentium Plus" w:hAnsi="Gentium Plus"/>
          <w:sz w:val="24"/>
        </w:rPr>
        <w:t>ἡ ἑκατέρων τῶν μερῶν μετέχουσα, ἤγουν ἐνερ‐ γείας καὶ πάθους. εἶδος δέ ἐστι φωνῆς εἰκὼν τὴν ἐν αὐτῇ δηλοῦσαν πρώτην ἢ δευτέραν σχέ‐ σιν. εἴδη δὲ δύο εἰσὶ, πρωτότυπον καὶ παράγω‐ γον. σχῆμα δέ ἐστι λέξεων ποσότης ὑφ’ ἕνα</w:t>
      </w:r>
    </w:p>
    <w:p>
      <w:r>
        <w:rPr>
          <w:rFonts w:ascii="Courier New" w:hAnsi="Courier New"/>
          <w:color w:val="555555"/>
          <w:sz w:val="20"/>
        </w:rPr>
        <w:t>[25]</w:t>
      </w:r>
    </w:p>
    <w:p>
      <w:r>
        <w:rPr>
          <w:rFonts w:ascii="Gentium Plus" w:hAnsi="Gentium Plus"/>
          <w:sz w:val="24"/>
        </w:rPr>
        <w:t>τόνον καὶ ἓν πνεῦμα ἀδιαστάτως ἀγομένη, ἐν ἁπλότητι ἢ συνθέσει. σχήματα δέ εἰσι τρία· ἁπλοῦν, σύνθετον, παρασύνθετον. ἀριθμός ἐστι σωρεία μονάδων ἢ μονάδος σύνθεσις. ἀρι‐ θμοὶ δέ εἰσι τρεῖς· ἑνικὸς, δυϊκὸς καὶ πληθυν‐</w:t>
      </w:r>
    </w:p>
    <w:p>
      <w:r>
        <w:rPr>
          <w:rFonts w:ascii="Courier New" w:hAnsi="Courier New"/>
          <w:color w:val="555555"/>
          <w:sz w:val="20"/>
        </w:rPr>
        <w:t>[30]</w:t>
      </w:r>
    </w:p>
    <w:p>
      <w:r>
        <w:rPr>
          <w:rFonts w:ascii="Gentium Plus" w:hAnsi="Gentium Plus"/>
          <w:sz w:val="24"/>
        </w:rPr>
        <w:t>τικός. πρόσωπα δέ εἰσι τρία· πρῶτον, δεύτε‐ ρον, τρίτον. πρῶτον δὲ πρόσωπον ἐστὶ τὸ ἀφ’ οὗ ὁ λόγος· δεύτερον, τὸ πρὸς ὃν ὁ λόγος· τρίτον, τὸ περὶ οὗ ὁ λόγος. *οἷον λέγει.* χρόνος δέ ἐστι πλατικὸς ἐνιαυτὸς, ἢ ἀκαριαῖος· ἅμα</w:t>
      </w:r>
    </w:p>
    <w:p>
      <w:r>
        <w:rPr>
          <w:rFonts w:ascii="Courier New" w:hAnsi="Courier New"/>
          <w:color w:val="555555"/>
          <w:sz w:val="20"/>
        </w:rPr>
        <w:t>[35]</w:t>
      </w:r>
    </w:p>
    <w:p>
      <w:r>
        <w:rPr>
          <w:rFonts w:ascii="Gentium Plus" w:hAnsi="Gentium Plus"/>
          <w:sz w:val="24"/>
        </w:rPr>
        <w:t>δὲ τὸ βούλεσθαι ἔχει καὶ τὸ εἶναι. τρεῖς δέ εἰσι χρόνοι· ἐνεστώς· παρεληλυθώς· μέλλων. καὶ ἐνεστώς ἐστιν ὁ ἐνισταμένην καὶ ἀπλήρωτον ἔχων τὴν σημασίαν· παρεληλυθὼς δὲ, ὁ ἤδη παρ‐ ελθών· μέλλων δὲ, ὁ μήπω γεγονώς. συζυγία</w:t>
      </w:r>
    </w:p>
    <w:p>
      <w:r>
        <w:rPr>
          <w:rFonts w:ascii="Courier New" w:hAnsi="Courier New"/>
          <w:color w:val="555555"/>
          <w:sz w:val="20"/>
        </w:rPr>
        <w:t>[40]</w:t>
      </w:r>
    </w:p>
    <w:p>
      <w:r>
        <w:rPr>
          <w:rFonts w:ascii="Gentium Plus" w:hAnsi="Gentium Plus"/>
          <w:sz w:val="24"/>
        </w:rPr>
        <w:t>δέ ἐστι συνέλευσις καὶ συμφωνία δύο συλλαβῶν εἰς μίαν συλλαβὴν, ἢ ἀκόλουθος ῥημάτων κλί‐ σις. συζυγία δὲ ποίου μέρους λόγου ἐστίν; ὀνό‐</w:t>
      </w:r>
    </w:p>
    <w:p>
      <w:r>
        <w:rPr>
          <w:rFonts w:ascii="Courier New" w:hAnsi="Courier New"/>
          <w:color w:val="555555"/>
          <w:sz w:val="20"/>
        </w:rPr>
        <w:t>[rho 1614]</w:t>
      </w:r>
    </w:p>
    <w:p>
      <w:r>
        <w:rPr>
          <w:rFonts w:ascii="Gentium Plus" w:hAnsi="Gentium Plus"/>
          <w:sz w:val="24"/>
        </w:rPr>
        <w:t>ἑνικοῦ. ποίας πτώσεως; γενικῆς τῶν ἑνικῶν. πῶς ἐστὶν ἡ εὐθεῖα; ἡ συζυγία. πόθεν γίνεται; ἐκ τῆς σὺν προθέσεως καὶ τοῦ ζυγός· τὸ δὲ ζυγὸς παρὰ τὸ δύο ἄγειν, δυαγὸς καὶ ζυγός. καὶ ὤφει‐</w:t>
      </w:r>
    </w:p>
    <w:p>
      <w:r>
        <w:rPr>
          <w:rFonts w:ascii="Courier New" w:hAnsi="Courier New"/>
          <w:color w:val="555555"/>
          <w:sz w:val="20"/>
        </w:rPr>
        <w:t>[5]</w:t>
      </w:r>
    </w:p>
    <w:p>
      <w:r>
        <w:rPr>
          <w:rFonts w:ascii="Gentium Plus" w:hAnsi="Gentium Plus"/>
          <w:sz w:val="24"/>
        </w:rPr>
        <w:t>λεν εἶναι συνζυγία, ἀλλ’ ἡ σὺν πρόθεσις συν‐ τιθεμένη μεθ’ ἑτέρας λέξεως, τῆς ἀπὸ τῆς ζ ἀρχομένης, τέλεον ἀποβάλλει τὸ ν, οἷον συζη‐ τῶ, συζυγία. πόθεν δὲ χρόνος; παρὰ τὸ ῥέω ῥόνος καὶ πλεονασμῷ τοῦ χ χρόνος. εἴδη δὲ</w:t>
      </w:r>
    </w:p>
    <w:p>
      <w:r>
        <w:rPr>
          <w:rFonts w:ascii="Courier New" w:hAnsi="Courier New"/>
          <w:color w:val="555555"/>
          <w:sz w:val="20"/>
        </w:rPr>
        <w:t>[10]</w:t>
      </w:r>
    </w:p>
    <w:p>
      <w:r>
        <w:rPr>
          <w:rFonts w:ascii="Gentium Plus" w:hAnsi="Gentium Plus"/>
          <w:sz w:val="24"/>
        </w:rPr>
        <w:t>τῶν παραγώγων εἰσὶν ἑπτά· πατρωνυμικόν· κτητικόν· συγκριτικόν· ὑπερθετικόν· παρώνυ‐ μον καὶ ῥηματικόν. πατρωνυμικόν ἐστι τὸ κυ‐ ρίως ἀπὸ πατρὸς ἐσχηματισμένον, καταχρη‐ στικῶς δὲ καὶ τὸ ἀπὸ προγόνων κυρίως γινό‐</w:t>
      </w:r>
    </w:p>
    <w:p>
      <w:r>
        <w:rPr>
          <w:rFonts w:ascii="Courier New" w:hAnsi="Courier New"/>
          <w:color w:val="555555"/>
          <w:sz w:val="20"/>
        </w:rPr>
        <w:t>[15]</w:t>
      </w:r>
    </w:p>
    <w:p>
      <w:r>
        <w:rPr>
          <w:rFonts w:ascii="Gentium Plus" w:hAnsi="Gentium Plus"/>
          <w:sz w:val="24"/>
        </w:rPr>
        <w:t>μενον καὶ εἰς τὴν γενεὰν αὐτοῦ ἀναλυόμενον. πόσοι τύποι τῶν πατρωνυμικῶν ἀρσενικῶν; τρεῖς· ὁ εἰς δης· ὁ εἰς ων· ὁ εἰς αδιος. ὁ εἰς δης, οἷον Ἀτρείδης· ὁ εἰς ων, οἷον Ἀτρείων· ὁ εἰς αδιος, οἷον Ὑῤῥάδιος. Ἀτρείδης δὲ ποίου</w:t>
      </w:r>
    </w:p>
    <w:p>
      <w:r>
        <w:rPr>
          <w:rFonts w:ascii="Courier New" w:hAnsi="Courier New"/>
          <w:color w:val="555555"/>
          <w:sz w:val="20"/>
        </w:rPr>
        <w:t>[20]</w:t>
      </w:r>
    </w:p>
    <w:p>
      <w:r>
        <w:rPr>
          <w:rFonts w:ascii="Gentium Plus" w:hAnsi="Gentium Plus"/>
          <w:sz w:val="24"/>
        </w:rPr>
        <w:t>εἴδους τῶν παραγώγων; πατρωνυμικοῦ δευτέρου τοῦ εἰς ων, οἷον Ἀτρείων. Ὑῤῥάδιος ποίου εἴ‐ δους τῶν παραγώγων; πατρωνυμικοῦ. ποίου τύ‐ που τῶν πατρωνυμικῶν; τρίτου, τοῦ εἰς αδιος πόσοι τύποι τῶν θηλυκῶν; τρεῖς· ὁ εἰς ις· ὁ</w:t>
      </w:r>
    </w:p>
    <w:p>
      <w:r>
        <w:rPr>
          <w:rFonts w:ascii="Courier New" w:hAnsi="Courier New"/>
          <w:color w:val="555555"/>
          <w:sz w:val="20"/>
        </w:rPr>
        <w:t>[25]</w:t>
      </w:r>
    </w:p>
    <w:p>
      <w:r>
        <w:rPr>
          <w:rFonts w:ascii="Gentium Plus" w:hAnsi="Gentium Plus"/>
          <w:sz w:val="24"/>
        </w:rPr>
        <w:t>εἰς ας· ὁ εἰς νη. ὁ εἰς ις, οἷον Πριαμίς· ὁ εἰς ας, οἷον Πελιάς· ὁ εἰς νη, οἷον Ἀδρηστίνη. †τῶν οὐδετέρων μία μέν ἐστιν εἰς ον κατάλη‐ ξις, ἔχει δὲ παραλήξεις ἕξ. οἷον, πεδίον· ξυ‐ λάριον· λεξείδιον· μειρακύλλιον· χρυσάφιον·</w:t>
      </w:r>
    </w:p>
    <w:p>
      <w:r>
        <w:rPr>
          <w:rFonts w:ascii="Courier New" w:hAnsi="Courier New"/>
          <w:color w:val="555555"/>
          <w:sz w:val="20"/>
        </w:rPr>
        <w:t>[30]</w:t>
      </w:r>
    </w:p>
    <w:p>
      <w:r>
        <w:rPr>
          <w:rFonts w:ascii="Gentium Plus" w:hAnsi="Gentium Plus"/>
          <w:sz w:val="24"/>
        </w:rPr>
        <w:t>ζωΰφιον.† Νηλήϊοι ἵπποι, οἱ τοῦ Νηλέως, ποίου εἴδους τῶν παραγώγων; κτητικῶν. καὶ τί ἐστι κτητικόν; τὸ ὑπὸ τὴν κτῆσιν ἐμπεπτωκὸς, ἐμ‐ περιειλημμένου τοῦ κτήτορος. διαφέρει δὲ τὸ πατρωνυμικὸν τοῦ κτητικοῦ· καὶ γὰρ τὸ πα‐</w:t>
      </w:r>
    </w:p>
    <w:p>
      <w:r>
        <w:rPr>
          <w:rFonts w:ascii="Courier New" w:hAnsi="Courier New"/>
          <w:color w:val="555555"/>
          <w:sz w:val="20"/>
        </w:rPr>
        <w:t>[35]</w:t>
      </w:r>
    </w:p>
    <w:p>
      <w:r>
        <w:rPr>
          <w:rFonts w:ascii="Gentium Plus" w:hAnsi="Gentium Plus"/>
          <w:sz w:val="24"/>
        </w:rPr>
        <w:t>τρωνυμικὸν ἐκ μόνου τοῦ κυρίου γίνεται, τὸ δὲ κτητικὸν ἐκ κυρίου καὶ προσηγορικοῦ. τί δέ ἐστι συνεκφαντικόν; τὸ συνεκφαῖνον τῇ τέχνῃ, εἴτε γραμματικὸν, εἴτε φιλόσοφον. πόσοι τύποι τῶν κτητικῶν; δύο· ὁ εἰς ος καθαρὸν, οἷον δόλιος·</w:t>
      </w:r>
    </w:p>
    <w:p>
      <w:r>
        <w:rPr>
          <w:rFonts w:ascii="Courier New" w:hAnsi="Courier New"/>
          <w:color w:val="555555"/>
          <w:sz w:val="20"/>
        </w:rPr>
        <w:t>[40]</w:t>
      </w:r>
    </w:p>
    <w:p>
      <w:r>
        <w:rPr>
          <w:rFonts w:ascii="Gentium Plus" w:hAnsi="Gentium Plus"/>
          <w:sz w:val="24"/>
        </w:rPr>
        <w:t>ὁ εἰς κος, οἷον Αἰολικός. πόσοι τύποι τῶν συγ‐ κριτικῶν; τρεῖς· ὁ εἰς τερος, οἷον ὀξύτερος, βαρύτερος, βραδύτερος· ὁ εἰς ων καθαρὸν, οἷον</w:t>
      </w:r>
    </w:p>
    <w:p>
      <w:r>
        <w:rPr>
          <w:rFonts w:ascii="Courier New" w:hAnsi="Courier New"/>
          <w:color w:val="555555"/>
          <w:sz w:val="20"/>
        </w:rPr>
        <w:t>[rho 1615]</w:t>
      </w:r>
    </w:p>
    <w:p>
      <w:r>
        <w:rPr>
          <w:rFonts w:ascii="Gentium Plus" w:hAnsi="Gentium Plus"/>
          <w:sz w:val="24"/>
        </w:rPr>
        <w:t>ἥσσων. σύγκρισις δέ ἐστιν ἡ τῶν πρωτοτύπων ἐπαύξησις, οἷον ὀξὺς, ὀξύτερος. τύποι δὲ τῶν ὑποκοριστικῶν ἕξ· ὁ εἰς ων δισύλλαβος, οἷον Βάκχων, ὁ Βακχυλίδης· ὁ εἰς ων παραληγόμε‐</w:t>
      </w:r>
    </w:p>
    <w:p>
      <w:r>
        <w:rPr>
          <w:rFonts w:ascii="Courier New" w:hAnsi="Courier New"/>
          <w:color w:val="555555"/>
          <w:sz w:val="20"/>
        </w:rPr>
        <w:t>[5]</w:t>
      </w:r>
    </w:p>
    <w:p>
      <w:r>
        <w:rPr>
          <w:rFonts w:ascii="Gentium Plus" w:hAnsi="Gentium Plus"/>
          <w:sz w:val="24"/>
        </w:rPr>
        <w:t>νος, οἷον μωρείων, ὁ μωρός· ὁ εἰς αξ, οἷον ῥό‐ δαξ, ὁ ῥόδιος· ὁ εἰς ας, οἷον Ζηνᾶς, ὁ Ζηνόδω‐ ρος, καὶ Μητραῖος, ὁ Μητρόδωρος· ὁ εἰς κος, οἷον γραμματικός· ὁ εἰς λος, οἷον ναυτίλος, ὁ ναύτης. πόσα ὑποπέπτωκε τῷ ὀνόματι; εἰκο‐</w:t>
      </w:r>
    </w:p>
    <w:p>
      <w:r>
        <w:rPr>
          <w:rFonts w:ascii="Courier New" w:hAnsi="Courier New"/>
          <w:color w:val="555555"/>
          <w:sz w:val="20"/>
        </w:rPr>
        <w:t>[10]</w:t>
      </w:r>
    </w:p>
    <w:p>
      <w:r>
        <w:rPr>
          <w:rFonts w:ascii="Gentium Plus" w:hAnsi="Gentium Plus"/>
          <w:sz w:val="24"/>
        </w:rPr>
        <w:t>σιτέσσαρα. τί καὶ τί; κύριον· προσηγορικόν· ἐπίθετον· πρός τι ἔχον· ὡς πρός τι ἔχον· ὁμώ‐ νυμον· συνώνυμον· διώνυμον· ἐπώνυμον· φε‐ ρώνυμον· ἐθνικόν· ἐρωτηματικόν· ἀόριστον· ἀναφορικὸν, ἢ καὶ ὁμοιωματικὸν, καὶ δεικτι‐</w:t>
      </w:r>
    </w:p>
    <w:p>
      <w:r>
        <w:rPr>
          <w:rFonts w:ascii="Courier New" w:hAnsi="Courier New"/>
          <w:color w:val="555555"/>
          <w:sz w:val="20"/>
        </w:rPr>
        <w:t>[15]</w:t>
      </w:r>
    </w:p>
    <w:p>
      <w:r>
        <w:rPr>
          <w:rFonts w:ascii="Gentium Plus" w:hAnsi="Gentium Plus"/>
          <w:sz w:val="24"/>
        </w:rPr>
        <w:t>κὸν, καὶ ἀνταποδοτικὸν καλεῖται· περιληπτικόν· ἐπιμεριζόμενον· περιεκτικόν· πεποιημένον· γε‐ νικόν· ἰδικόν· τακτικόν· ἀριθμητικόν· μετου‐ σιαστικόν· ἀπολελυμένον. ποίῳ ὀνόματι ὑπο‐ πέπτωκε; τῷ γενικῷ καὶ τῷ κοινῷ. καὶ ποῖον</w:t>
      </w:r>
    </w:p>
    <w:p>
      <w:r>
        <w:rPr>
          <w:rFonts w:ascii="Courier New" w:hAnsi="Courier New"/>
          <w:color w:val="555555"/>
          <w:sz w:val="20"/>
        </w:rPr>
        <w:t>[20]</w:t>
      </w:r>
    </w:p>
    <w:p>
      <w:r>
        <w:rPr>
          <w:rFonts w:ascii="Gentium Plus" w:hAnsi="Gentium Plus"/>
          <w:sz w:val="24"/>
        </w:rPr>
        <w:t>λέγεται γενικὸν ἐνταῦθα; τὸ ὄνομα. καὶ ποῖα εἰσὶ τὰ αὐτὰ εἴδη; τὸ κύριον καὶ τὸ προσηγο‐ ρικόν. ποσαχῶς τὸ εἶδος; διχῶς· κατὰ φωνὴν καὶ κατὰ σημασίαν. ποσαχῶς διαιρεῖται τὸ πα‐ ράγωγον; πενταχῶς· εἰς πατρωνυμικόν· κτη‐</w:t>
      </w:r>
    </w:p>
    <w:p>
      <w:r>
        <w:rPr>
          <w:rFonts w:ascii="Courier New" w:hAnsi="Courier New"/>
          <w:color w:val="555555"/>
          <w:sz w:val="20"/>
        </w:rPr>
        <w:t>[25]</w:t>
      </w:r>
    </w:p>
    <w:p>
      <w:r>
        <w:rPr>
          <w:rFonts w:ascii="Gentium Plus" w:hAnsi="Gentium Plus"/>
          <w:sz w:val="24"/>
        </w:rPr>
        <w:t>τικόν· συγκριτικόν· ὑπερθετικόν· ὑποκοριστι‐ κὸν παρώνυμον καὶ ῥηματικόν. διαθέσεις δὲ τοῦ ὀνόματος εἰσὶ δύο· ἐνέργεια καὶ πάθος. κριτὴς ποίας διαθέσεως; ἐνεργητικῆς. κριτὴς δὲ ὁ κρίνων καὶ ἐνεργῶν. κριτὸς ποίας διαθέ‐</w:t>
      </w:r>
    </w:p>
    <w:p>
      <w:r>
        <w:rPr>
          <w:rFonts w:ascii="Courier New" w:hAnsi="Courier New"/>
          <w:color w:val="555555"/>
          <w:sz w:val="20"/>
        </w:rPr>
        <w:t>[30]</w:t>
      </w:r>
    </w:p>
    <w:p>
      <w:r>
        <w:rPr>
          <w:rFonts w:ascii="Gentium Plus" w:hAnsi="Gentium Plus"/>
          <w:sz w:val="24"/>
        </w:rPr>
        <w:t>σεως; παθητικῆς. κριτὸς γὰρ λέγεται ὁ κρινό‐</w:t>
      </w:r>
    </w:p>
    <w:p>
      <w:r>
        <w:rPr>
          <w:rFonts w:ascii="Courier New" w:hAnsi="Courier New"/>
          <w:color w:val="555555"/>
          <w:sz w:val="20"/>
        </w:rPr>
        <w:t>[rho 1616]</w:t>
      </w:r>
    </w:p>
    <w:p>
      <w:r>
        <w:rPr>
          <w:rFonts w:ascii="Gentium Plus" w:hAnsi="Gentium Plus"/>
          <w:sz w:val="24"/>
        </w:rPr>
        <w:t>Ῥηξίφλοιον. τὸ ῥῆσσον τὸν φλοιόν. Ῥήσιον. τόπος. Ῥησείδιον. ἡ μικρὰ ῥῆσις. ἀπὸ τοῦ ῥήσεως ῥησεί‐ διον, εἰ δὲ ἀπὸ τοῦ ῥήσιος γέγονε, διὰ τοῦ ι. ὡς</w:t>
      </w:r>
    </w:p>
    <w:p>
      <w:r>
        <w:rPr>
          <w:rFonts w:ascii="Courier New" w:hAnsi="Courier New"/>
          <w:color w:val="555555"/>
          <w:sz w:val="20"/>
        </w:rPr>
        <w:t>[5]</w:t>
      </w:r>
    </w:p>
    <w:p>
      <w:r>
        <w:rPr>
          <w:rFonts w:ascii="Gentium Plus" w:hAnsi="Gentium Plus"/>
          <w:sz w:val="24"/>
        </w:rPr>
        <w:t>λέξις λεξίδιον.</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Ῥηγνύω. τὸ ἐκπέμπω. Ῥήγνυσκεν. ἐκ τοῦ ῥηγνύω, ῥήγνυσκεν. Ῥήσσω. τὸ ῥηγνύω.</w:t>
      </w:r>
    </w:p>
    <w:p>
      <w:r>
        <w:rPr>
          <w:rFonts w:ascii="Courier New" w:hAnsi="Courier New"/>
          <w:color w:val="555555"/>
          <w:sz w:val="20"/>
        </w:rPr>
        <w:t>[10]</w:t>
      </w:r>
    </w:p>
    <w:p>
      <w:r>
        <w:rPr>
          <w:rFonts w:ascii="Gentium Plus" w:hAnsi="Gentium Plus"/>
          <w:sz w:val="24"/>
        </w:rPr>
        <w:t>Ῥητρεύω. ῥητορεύω.</w:t>
      </w:r>
    </w:p>
    <w:p>
      <w:pPr>
        <w:jc w:val="center"/>
      </w:pPr>
      <w:r>
        <w:rPr>
          <w:rFonts w:ascii="Gentium Plus" w:hAnsi="Gentium Plus"/>
          <w:b/>
          <w:sz w:val="24"/>
        </w:rPr>
        <w:t>(Ἐπίῤῥημα.)</w:t>
      </w:r>
    </w:p>
    <w:p>
      <w:r>
        <w:rPr>
          <w:rFonts w:ascii="Courier New" w:hAnsi="Courier New"/>
          <w:color w:val="555555"/>
          <w:sz w:val="20"/>
        </w:rPr>
        <w:t>[12]</w:t>
      </w:r>
    </w:p>
    <w:p>
      <w:r>
        <w:rPr>
          <w:rFonts w:ascii="Gentium Plus" w:hAnsi="Gentium Plus"/>
          <w:sz w:val="24"/>
        </w:rPr>
        <w:t>Ῥηϊδίως. εὐκόλως, ῥαδίως. Ῥητῶς. σαφῶς, φανερῶς. ὁ Ἀπόστολος· τὸ δὲ πνεῦμα ῥητῶς λέγει, ὅτι ἐν ὑστέροις καιροῖς.</w:t>
      </w:r>
    </w:p>
    <w:p>
      <w:r>
        <w:rPr>
          <w:rFonts w:ascii="Courier New" w:hAnsi="Courier New"/>
          <w:color w:val="555555"/>
          <w:sz w:val="20"/>
        </w:rPr>
        <w:t>[15]</w:t>
      </w:r>
    </w:p>
    <w:p>
      <w:r>
        <w:rPr>
          <w:rFonts w:ascii="Gentium Plus" w:hAnsi="Gentium Plus"/>
          <w:sz w:val="24"/>
        </w:rPr>
        <w:t>καὶ ῥητῶς ἀντὶ τοῦ λεκτῶς.</w:t>
      </w:r>
    </w:p>
    <w:p>
      <w:pPr>
        <w:jc w:val="center"/>
      </w:pPr>
      <w:r>
        <w:rPr>
          <w:rFonts w:ascii="Gentium Plus" w:hAnsi="Gentium Plus"/>
          <w:b/>
          <w:sz w:val="24"/>
        </w:rPr>
        <w:t>Τὸ Ρ μετὰ τοῦ Ι.</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Ῥιγεδανός. ὁ φρικώδης. Ῥικνός. ὁ διεσχισμένος καὶ διεφθαρμένος.</w:t>
      </w:r>
    </w:p>
    <w:p>
      <w:r>
        <w:rPr>
          <w:rFonts w:ascii="Courier New" w:hAnsi="Courier New"/>
          <w:color w:val="555555"/>
          <w:sz w:val="20"/>
        </w:rPr>
        <w:t>[20]</w:t>
      </w:r>
    </w:p>
    <w:p>
      <w:r>
        <w:rPr>
          <w:rFonts w:ascii="Gentium Plus" w:hAnsi="Gentium Plus"/>
          <w:sz w:val="24"/>
        </w:rPr>
        <w:t>ῥικνοῖς ἐπισκάζουσα πόδεσσι. Ῥινός. τὸ δέρμα. ἀπὸ τοῦ ῥίνη, ὅπερ εἶδος ἰχθύος ἐστίν. ἢ παρὰ τὸ ῥίον, τὸ ἀκρωτή‐ ριον. ὁ δὲ Ὦρος ὁ Μιλήσιος λέγει, ὅτι ῥίνος λέγεται, ὅτι δι’ αὐτοῦ ῥέουσιν οἱ ἱδρῶτες.</w:t>
      </w:r>
    </w:p>
    <w:p>
      <w:r>
        <w:rPr>
          <w:rFonts w:ascii="Courier New" w:hAnsi="Courier New"/>
          <w:color w:val="555555"/>
          <w:sz w:val="20"/>
        </w:rPr>
        <w:t>[25]</w:t>
      </w:r>
    </w:p>
    <w:p>
      <w:r>
        <w:rPr>
          <w:rFonts w:ascii="Gentium Plus" w:hAnsi="Gentium Plus"/>
          <w:sz w:val="24"/>
        </w:rPr>
        <w:t>Ῥινοτόμος. ὁ τὰ δέρματα τέμνων. Ῥινόσιμος. τὴν κόμην ἀνάδετος. ἢ τὴν ῥῖνα σι‐ μὸς καὶ πατζός.</w:t>
      </w:r>
    </w:p>
    <w:p>
      <w:r>
        <w:rPr>
          <w:rFonts w:ascii="Courier New" w:hAnsi="Courier New"/>
          <w:color w:val="555555"/>
          <w:sz w:val="20"/>
        </w:rPr>
        <w:t>[rho 1617]</w:t>
      </w:r>
    </w:p>
    <w:p>
      <w:r>
        <w:rPr>
          <w:rFonts w:ascii="Gentium Plus" w:hAnsi="Gentium Plus"/>
          <w:sz w:val="24"/>
        </w:rPr>
        <w:t>Ῥίψασπις. ὁ δειλός. ἀπὸ τοῦ ῥίπτειν τὴν ἀσπίδα. Ῥιψοκίνδυνος. ὁ παράβολος· ὁ τολμηρός.</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Ῥίζα. δι’ ἧς ῥεῖ τὸ ζῇν ἄνω τοῖς δένδροις. Ῥινηλατῶ. τὸ διὰ ῥινὸς ὀσμοῦμαι καὶ διώκω τι, ὥσπερ οἱ κύνες τῶν κυνηγῶν ποιοῦσιν. ἢ σκο‐ ποῦντες ὧδε κἀκεῖσε. Ῥὶν καὶ ῥίς. ἡ μύτις. καὶ κλίνεται ῥινός. [ὡς</w:t>
      </w:r>
    </w:p>
    <w:p>
      <w:r>
        <w:rPr>
          <w:rFonts w:ascii="Courier New" w:hAnsi="Courier New"/>
          <w:color w:val="555555"/>
          <w:sz w:val="20"/>
        </w:rPr>
        <w:t>[10]</w:t>
      </w:r>
    </w:p>
    <w:p>
      <w:r>
        <w:rPr>
          <w:rFonts w:ascii="Gentium Plus" w:hAnsi="Gentium Plus"/>
          <w:sz w:val="24"/>
        </w:rPr>
        <w:t>δικατάληκτον διὰ τοῦ ι γράφεται· ἔδει γὰρ διὰ τῆς ει διφθόγγου. ἀπὸ τοῦ ῥέω ῥίν· ἐκ γὰρ τῆς ῥινὸς ῥέουσι καὶ κατέρχονται τὰ περιττώ‐ ματα.] Ῥίπη. πόλις. καὶ Ῥίπαια ὄρη.</w:t>
      </w:r>
    </w:p>
    <w:p>
      <w:r>
        <w:rPr>
          <w:rFonts w:ascii="Courier New" w:hAnsi="Courier New"/>
          <w:color w:val="555555"/>
          <w:sz w:val="20"/>
        </w:rPr>
        <w:t>[15]</w:t>
      </w:r>
    </w:p>
    <w:p>
      <w:r>
        <w:rPr>
          <w:rFonts w:ascii="Gentium Plus" w:hAnsi="Gentium Plus"/>
          <w:sz w:val="24"/>
        </w:rPr>
        <w:t>Ῥιπή. ὁρμή· φορά· κίνησις. παρὰ τὸ ῥίπτω ῥιπτὴ καὶ ῥιπὴ, ἡ ῥιπτομένη. τίθεται δὲ ἡ λέ‐ ξις ἐπὶ τοῦ ῥίπτεσθαι τὰς βίας τῶν πνευμάτων. Ῥιπίς. τὸ ῥιπίδιον. τοῦ θεολόγου· ἄνεμον ταῖς ῥιπίσι σοφιζομένους.</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Ῥιγιστόν. φοβερόν. καὶ ῥίγιον, τὸ φρικῶδες ἢ χαλεπόν. ἐκ τοῦ ῥῖγος ῥίγιον. ὅθεν καὶ τὸ ρι μακρόν. Ῥινή. τὸ ἐργαλεῖον τοῦ χαλκέος. ὁ γὰρ ἰχθὺς</w:t>
      </w:r>
    </w:p>
    <w:p>
      <w:r>
        <w:rPr>
          <w:rFonts w:ascii="Courier New" w:hAnsi="Courier New"/>
          <w:color w:val="555555"/>
          <w:sz w:val="20"/>
        </w:rPr>
        <w:t>[25]</w:t>
      </w:r>
    </w:p>
    <w:p>
      <w:r>
        <w:rPr>
          <w:rFonts w:ascii="Gentium Plus" w:hAnsi="Gentium Plus"/>
          <w:sz w:val="24"/>
        </w:rPr>
        <w:t>βαρύνεται. Ῥῖγος. τὸ ψύχος. ἀπὸ τοῦ φρίσσω φρίγος καὶ</w:t>
      </w:r>
    </w:p>
    <w:p>
      <w:r>
        <w:rPr>
          <w:rFonts w:ascii="Courier New" w:hAnsi="Courier New"/>
          <w:color w:val="555555"/>
          <w:sz w:val="20"/>
        </w:rPr>
        <w:t>[rho 1618]</w:t>
      </w:r>
    </w:p>
    <w:p>
      <w:r>
        <w:rPr>
          <w:rFonts w:ascii="Gentium Plus" w:hAnsi="Gentium Plus"/>
          <w:sz w:val="24"/>
        </w:rPr>
        <w:t>ἔκτασιν πεποίηκε τοῦ ι. ὅθεν καὶ διὰ τοῦ ι γράφεται· οὐδέποτε γὰρ πρὸ τῶν δύο σς εὑρί‐ σκεται δίφθογγον. καὶ ῥιγίον ἡ νόσος. Ῥίζαιον. τόπος. καὶ Ῥιζὴν, ὄρος.</w:t>
      </w:r>
    </w:p>
    <w:p>
      <w:r>
        <w:rPr>
          <w:rFonts w:ascii="Courier New" w:hAnsi="Courier New"/>
          <w:color w:val="555555"/>
          <w:sz w:val="20"/>
        </w:rPr>
        <w:t>[5]</w:t>
      </w:r>
    </w:p>
    <w:p>
      <w:r>
        <w:rPr>
          <w:rFonts w:ascii="Gentium Plus" w:hAnsi="Gentium Plus"/>
          <w:sz w:val="24"/>
        </w:rPr>
        <w:t>Ῥίον. τὸ ἀκρωτήριον, ἐπειδὴ περιῤῥεῖται ὕδατι. ἴσως δὲ ἐκ τοῦ ἀκρωτηρίου ἐγένετο μείωσις, ἵν’ αἱ πρῶται τρεῖς συλλαβαὶ ὦσιν ἀφῃρημέναι. ἢ ὅριόν ἐστι, ἀφ’ οὗ ἐστιν ὁρᾷν καὶ σκοπεύεσθαι.</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Ῥίγησεν. ἐφοβήθη. Ῥιζωρυχῶ. ῥιζορυκτῶ δὲ μικρόν. Ῥινᾷ. ἐξαπατᾷ. τρόπον τινὰ τὴν ἕξιν ῥινᾷ. Ῥιπτάζω. διαῤῥίπτω. Ῥιπίζω. ῥίπτω.</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Ῥιζιμαίως. παρὰ τὴν ῥίζαν. Ῥίμφα. εὐκόλως ἢ ταχέως. παρὰ τὸ ῥίπτειν ἑαυτὸν διὰ τάχους. ὡς παρὰ τὸ κρύπτω κρύφα, οὕτω ῥίπτω ῥίφα καὶ πλεονασμῷ τοῦ μ ῥίμφα.</w:t>
      </w:r>
    </w:p>
    <w:p>
      <w:r>
        <w:rPr>
          <w:rFonts w:ascii="Courier New" w:hAnsi="Courier New"/>
          <w:color w:val="555555"/>
          <w:sz w:val="20"/>
        </w:rPr>
        <w:t>[20]</w:t>
      </w:r>
    </w:p>
    <w:p>
      <w:r>
        <w:rPr>
          <w:rFonts w:ascii="Gentium Plus" w:hAnsi="Gentium Plus"/>
          <w:sz w:val="24"/>
        </w:rPr>
        <w:t>Ῥιψοκινδύνως. παραβόλως· τολμηρῶς.</w:t>
      </w:r>
    </w:p>
    <w:p>
      <w:pPr>
        <w:jc w:val="center"/>
      </w:pPr>
      <w:r>
        <w:rPr>
          <w:rFonts w:ascii="Gentium Plus" w:hAnsi="Gentium Plus"/>
          <w:b/>
          <w:sz w:val="24"/>
        </w:rPr>
        <w:t>Τὸ Ρ μετὰ τοῦ Ο.</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Ῥοΐ. ῥεύματι. ὁ ῥοῦς, τοῦ ῥοὸς, τῷ ῥοΐ. ῥοῒ ποτα‐ μοῦ καὶ ῥοῒ θαλάσσης, ι. ῥοῇ δὲ αἵματος καὶ</w:t>
      </w:r>
    </w:p>
    <w:p>
      <w:r>
        <w:rPr>
          <w:rFonts w:ascii="Courier New" w:hAnsi="Courier New"/>
          <w:color w:val="555555"/>
          <w:sz w:val="20"/>
        </w:rPr>
        <w:t>[25]</w:t>
      </w:r>
    </w:p>
    <w:p>
      <w:r>
        <w:rPr>
          <w:rFonts w:ascii="Gentium Plus" w:hAnsi="Gentium Plus"/>
          <w:sz w:val="24"/>
        </w:rPr>
        <w:t>ῥοῇ δακρύων, η.</w:t>
      </w:r>
    </w:p>
    <w:p>
      <w:r>
        <w:rPr>
          <w:rFonts w:ascii="Courier New" w:hAnsi="Courier New"/>
          <w:color w:val="555555"/>
          <w:sz w:val="20"/>
        </w:rPr>
        <w:t>[rho 1619]</w:t>
      </w:r>
    </w:p>
    <w:p>
      <w:r>
        <w:rPr>
          <w:rFonts w:ascii="Gentium Plus" w:hAnsi="Gentium Plus"/>
          <w:sz w:val="24"/>
        </w:rPr>
        <w:t>Ῥομβώδης. ὄνομα παρατάξεως. καὶ τὸ πολε‐ μικὸν τῆς νηὸς σίδηρον.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Ῥόα καὶ ῥοιά. ἡ ῥοϊδέα.</w:t>
      </w:r>
    </w:p>
    <w:p>
      <w:r>
        <w:rPr>
          <w:rFonts w:ascii="Courier New" w:hAnsi="Courier New"/>
          <w:color w:val="555555"/>
          <w:sz w:val="20"/>
        </w:rPr>
        <w:t>[5]</w:t>
      </w:r>
    </w:p>
    <w:p>
      <w:r>
        <w:rPr>
          <w:rFonts w:ascii="Gentium Plus" w:hAnsi="Gentium Plus"/>
          <w:sz w:val="24"/>
        </w:rPr>
        <w:t>Ῥόγα. .... Ῥοδωνία. χώρα. Ῥοδωνιὰ δὲ, τόπος, †ἐν ᾧ εἰσιν ῥόδα.† ὡς καὶ κρινωνιά. Ῥοδοδάκτυλος ἠώς. ἡ ῥοδόχροος ἡμέρα, ἡ τὰ</w:t>
      </w:r>
    </w:p>
    <w:p>
      <w:r>
        <w:rPr>
          <w:rFonts w:ascii="Courier New" w:hAnsi="Courier New"/>
          <w:color w:val="555555"/>
          <w:sz w:val="20"/>
        </w:rPr>
        <w:t>[10]</w:t>
      </w:r>
    </w:p>
    <w:p>
      <w:r>
        <w:rPr>
          <w:rFonts w:ascii="Gentium Plus" w:hAnsi="Gentium Plus"/>
          <w:sz w:val="24"/>
        </w:rPr>
        <w:t>ἔργα λαμπρὰ δεικνύουσα. ῥοδοδάκτυλος ἠὼς ἐπ’ αἶαν ἐσκίδνατο. Ῥόδος. ἡ νῆσος. παρὰ τὸ πολὺν ῥοῦν αὐτόθι δο‐ νεῖσθαι, πρὶν φανῆναι τὴν νῆσον. Ῥοαί. τὰ ῥεύματα. †ἡ εὐθεῖα ἡ ῥοή· τῆς ῥοῆς·</w:t>
      </w:r>
    </w:p>
    <w:p>
      <w:r>
        <w:rPr>
          <w:rFonts w:ascii="Courier New" w:hAnsi="Courier New"/>
          <w:color w:val="555555"/>
          <w:sz w:val="20"/>
        </w:rPr>
        <w:t>[15]</w:t>
      </w:r>
    </w:p>
    <w:p>
      <w:r>
        <w:rPr>
          <w:rFonts w:ascii="Gentium Plus" w:hAnsi="Gentium Plus"/>
          <w:sz w:val="24"/>
        </w:rPr>
        <w:t>αἱ ῥοαί.† Ῥοπή. ἡ ἀπό τινος εἴς τι μετάκλισις, ἢ εἴς τι μεταβολή. ῥοπή ἐστι καὶ τὸ ἀκαριαῖον τῆς συντομίας καὶ ταχυτῆτος. *Ῥοπὴ καὶ ἡ δύναμις.*</w:t>
      </w:r>
    </w:p>
    <w:p>
      <w:r>
        <w:rPr>
          <w:rFonts w:ascii="Courier New" w:hAnsi="Courier New"/>
          <w:color w:val="555555"/>
          <w:sz w:val="20"/>
        </w:rPr>
        <w:t>[20]</w:t>
      </w:r>
    </w:p>
    <w:p>
      <w:r>
        <w:rPr>
          <w:rFonts w:ascii="Gentium Plus" w:hAnsi="Gentium Plus"/>
          <w:sz w:val="24"/>
        </w:rPr>
        <w:t>Ῥοπή ἐστιν ἀδιάστατος κίνησις.</w:t>
      </w:r>
    </w:p>
    <w:p>
      <w:pPr>
        <w:jc w:val="center"/>
      </w:pPr>
      <w:r>
        <w:rPr>
          <w:rFonts w:ascii="Gentium Plus" w:hAnsi="Gentium Plus"/>
          <w:b/>
          <w:sz w:val="24"/>
        </w:rPr>
        <w:t>(Οὐδέτερον.)</w:t>
      </w:r>
    </w:p>
    <w:p>
      <w:r>
        <w:rPr>
          <w:rFonts w:ascii="Courier New" w:hAnsi="Courier New"/>
          <w:color w:val="555555"/>
          <w:sz w:val="20"/>
        </w:rPr>
        <w:t>[22]</w:t>
      </w:r>
    </w:p>
    <w:p>
      <w:r>
        <w:rPr>
          <w:rFonts w:ascii="Gentium Plus" w:hAnsi="Gentium Plus"/>
          <w:sz w:val="24"/>
        </w:rPr>
        <w:t>Ῥόδον. παρὰ τὸ ὄζω ὄδον καὶ ῥόδον κατὰ ἀν‐ τίφρασιν. Ῥοίζημα. ἤχημα.</w:t>
      </w:r>
    </w:p>
    <w:p>
      <w:r>
        <w:rPr>
          <w:rFonts w:ascii="Courier New" w:hAnsi="Courier New"/>
          <w:color w:val="555555"/>
          <w:sz w:val="20"/>
        </w:rPr>
        <w:t>[25]</w:t>
      </w:r>
    </w:p>
    <w:p>
      <w:r>
        <w:rPr>
          <w:rFonts w:ascii="Gentium Plus" w:hAnsi="Gentium Plus"/>
          <w:sz w:val="24"/>
        </w:rPr>
        <w:t>Ῥοίτιον. ἀκρωτήριον τῆς Τροίας.</w:t>
      </w:r>
    </w:p>
    <w:p>
      <w:r>
        <w:rPr>
          <w:rFonts w:ascii="Courier New" w:hAnsi="Courier New"/>
          <w:color w:val="555555"/>
          <w:sz w:val="20"/>
        </w:rPr>
        <w:t>[rho 1620]</w:t>
      </w:r>
    </w:p>
    <w:p>
      <w:r>
        <w:rPr>
          <w:rFonts w:ascii="Gentium Plus" w:hAnsi="Gentium Plus"/>
          <w:sz w:val="24"/>
        </w:rPr>
        <w:t>ἀπὸ Ῥοιτίας τῆς Πρωτέως θυγατρός. ὁ δὲ Χοι‐ ροβοσκός· τὸ Ῥοίτιον διὰ τῆς ει διφθόγγου γράφεται. Ῥύτιον δὲ τόπος ἐπὶ Κρήτης· ψιλὸν καὶ ι.</w:t>
      </w:r>
    </w:p>
    <w:p>
      <w:r>
        <w:rPr>
          <w:rFonts w:ascii="Courier New" w:hAnsi="Courier New"/>
          <w:color w:val="555555"/>
          <w:sz w:val="20"/>
        </w:rPr>
        <w:t>[5]</w:t>
      </w:r>
    </w:p>
    <w:p>
      <w:r>
        <w:rPr>
          <w:rFonts w:ascii="Gentium Plus" w:hAnsi="Gentium Plus"/>
          <w:sz w:val="24"/>
        </w:rPr>
        <w:t>Ῥόθιον. τὸ ῥεῦμα. ἢ τὸ μετὰ ψόφου κῦμα. Ῥόπαλον. βάκλον ἢ ῥάβδος. παρὰ τὸ ῥέπειν εἰς ἓν μέρος. Ῥοώδη. τὰ ὀστᾶ παρὰ Γαληνῷ καὶ Ἱπποκράτῃ.</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Ῥογχάζειν. παρὰ τὸ ῥοχθεῖν, τὸ ἠχεῖν, παρ‐ ῆκται, πλεονασμῷ τοῦ γ. Ῥοθῶ. τὸ ἠχῶ. Ῥοίζησεν. ἤχησεν, ἔσυρεν. Ῥοιβδῶ. τὸ ῥοφῶ. καὶ ῥοιβδήσω. ἐξ οὗ καὶ ἀναῤ‐</w:t>
      </w:r>
    </w:p>
    <w:p>
      <w:r>
        <w:rPr>
          <w:rFonts w:ascii="Courier New" w:hAnsi="Courier New"/>
          <w:color w:val="555555"/>
          <w:sz w:val="20"/>
        </w:rPr>
        <w:t>[15]</w:t>
      </w:r>
    </w:p>
    <w:p>
      <w:r>
        <w:rPr>
          <w:rFonts w:ascii="Gentium Plus" w:hAnsi="Gentium Plus"/>
          <w:sz w:val="24"/>
        </w:rPr>
        <w:t>ῥοίβδησις. Ῥοχθεῖ. ἠχεῖ, κλύζει. ῥοχθεῖ δὲ μέγα κῦμα—. παρὰ τὸ ῥόθιον ῥοθεῖ, καὶ πλεονασμῷ τοῦ χ ῥοχθεῖ. ἐν ἄλλοις δὲ τὸ ῥοχθεῖ κῦμα, τὸ</w:t>
      </w:r>
    </w:p>
    <w:p>
      <w:r>
        <w:rPr>
          <w:rFonts w:ascii="Courier New" w:hAnsi="Courier New"/>
          <w:color w:val="555555"/>
          <w:sz w:val="20"/>
        </w:rPr>
        <w:t>[20]</w:t>
      </w:r>
    </w:p>
    <w:p>
      <w:r>
        <w:rPr>
          <w:rFonts w:ascii="Gentium Plus" w:hAnsi="Gentium Plus"/>
          <w:sz w:val="24"/>
        </w:rPr>
        <w:t>πρὸς ξηρὰν ἀντικρούει. ἴσως παρὰ τὸ ῥοῦν καὶ τὸν ἦχον, ῥοηχεῖ καὶ ῥοχθεῖ. ἢ ἀπὸ τοῦ ῥέω ῥοχῶ, ὡς λέχω λοχῶ, καὶ πλεονασμῷ τοῦ θ ῥοχθῶ.</w:t>
      </w:r>
    </w:p>
    <w:p>
      <w:pPr>
        <w:jc w:val="center"/>
      </w:pPr>
      <w:r>
        <w:rPr>
          <w:rFonts w:ascii="Gentium Plus" w:hAnsi="Gentium Plus"/>
          <w:b/>
          <w:sz w:val="24"/>
        </w:rPr>
        <w:t>(Ἐπίῤῥημα.)</w:t>
      </w:r>
    </w:p>
    <w:p>
      <w:r>
        <w:rPr>
          <w:rFonts w:ascii="Courier New" w:hAnsi="Courier New"/>
          <w:color w:val="555555"/>
          <w:sz w:val="20"/>
        </w:rPr>
        <w:t>[25]</w:t>
      </w:r>
    </w:p>
    <w:p>
      <w:r>
        <w:rPr>
          <w:rFonts w:ascii="Gentium Plus" w:hAnsi="Gentium Plus"/>
          <w:sz w:val="24"/>
        </w:rPr>
        <w:t>Ῥοιζηδόν. σφοδρῶς μετὰ ἤχου.</w:t>
      </w:r>
    </w:p>
    <w:p>
      <w:pPr>
        <w:jc w:val="center"/>
      </w:pPr>
      <w:r>
        <w:rPr>
          <w:rFonts w:ascii="Gentium Plus" w:hAnsi="Gentium Plus"/>
          <w:b/>
          <w:sz w:val="24"/>
        </w:rPr>
        <w:t>Τὸ Ρ μετὰ τοῦ Υ.</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Ῥύακες. ὑδρηγοί· ῥεύματα. Ῥυηφενής. ὁ ἄγαν πλούσιος. παρὰ τὸ ῥήδην καὶ</w:t>
      </w:r>
    </w:p>
    <w:p>
      <w:r>
        <w:rPr>
          <w:rFonts w:ascii="Courier New" w:hAnsi="Courier New"/>
          <w:color w:val="555555"/>
          <w:sz w:val="20"/>
        </w:rPr>
        <w:t>[5]</w:t>
      </w:r>
    </w:p>
    <w:p>
      <w:r>
        <w:rPr>
          <w:rFonts w:ascii="Gentium Plus" w:hAnsi="Gentium Plus"/>
          <w:sz w:val="24"/>
        </w:rPr>
        <w:t>τὸ ἄφενος, ὃ σημαίνει τὸν πλοῦτον. Ῥυθμός. ἁρμονία, ἀκολουθία, παίδευσις. ἢ ἡ τῆς κινήσεως τάξις. ἀπὸ τοῦ ῥύω ῥύσω, ὄνομα ῥυσμὸς, καὶ τροπῇ τοῦ ς εἰς θ ῥυθμός. Ῥυμός. τὸ μεταξὺ κατὰ μῆκος ξύλον τοῦ ἅρμα‐</w:t>
      </w:r>
    </w:p>
    <w:p>
      <w:r>
        <w:rPr>
          <w:rFonts w:ascii="Courier New" w:hAnsi="Courier New"/>
          <w:color w:val="555555"/>
          <w:sz w:val="20"/>
        </w:rPr>
        <w:t>[10]</w:t>
      </w:r>
    </w:p>
    <w:p>
      <w:r>
        <w:rPr>
          <w:rFonts w:ascii="Gentium Plus" w:hAnsi="Gentium Plus"/>
          <w:sz w:val="24"/>
        </w:rPr>
        <w:t>τος, ἤγουν τὸ προσηρτυμένον τῷ ζυγῷ ὀρθὸν ξύλον. [παρὰ τὸ ἐρύω, ἐρύσω, ἐρυσμὸς, καὶ ἀποβολῇ τοῦ ε καὶ ς ῥῆμα ὄνομα ῥυμός.] Ῥυσμός. εἰκών· ἰδέα· σχῆμα· θέσις. [σχῆμα δέ οἱ Ἀσίης ῥυσμὸς πέλει—.</w:t>
      </w:r>
    </w:p>
    <w:p>
      <w:r>
        <w:rPr>
          <w:rFonts w:ascii="Courier New" w:hAnsi="Courier New"/>
          <w:color w:val="555555"/>
          <w:sz w:val="20"/>
        </w:rPr>
        <w:t>[15]</w:t>
      </w:r>
    </w:p>
    <w:p>
      <w:r>
        <w:rPr>
          <w:rFonts w:ascii="Gentium Plus" w:hAnsi="Gentium Plus"/>
          <w:sz w:val="24"/>
        </w:rPr>
        <w:t>κῶνος δέ ἐστιν ἀπὸ πλατείας βάσεως εἰς ὀξὺ λήγων.] Ῥύνδαξ. τόπος. Ῥυσσός. ῥυτίδας ἔχων. παρὰ τὸν ἐρύσω μέλλον‐ τα. ὁ συνελκυσμὸς τῶν σαρκῶν καὶ τῶν ῥυ‐</w:t>
      </w:r>
    </w:p>
    <w:p>
      <w:r>
        <w:rPr>
          <w:rFonts w:ascii="Courier New" w:hAnsi="Courier New"/>
          <w:color w:val="555555"/>
          <w:sz w:val="20"/>
        </w:rPr>
        <w:t>[20]</w:t>
      </w:r>
    </w:p>
    <w:p>
      <w:r>
        <w:rPr>
          <w:rFonts w:ascii="Gentium Plus" w:hAnsi="Gentium Plus"/>
          <w:sz w:val="24"/>
        </w:rPr>
        <w:t>τίδων.</w:t>
      </w:r>
    </w:p>
    <w:p>
      <w:r>
        <w:rPr>
          <w:rFonts w:ascii="Courier New" w:hAnsi="Courier New"/>
          <w:color w:val="555555"/>
          <w:sz w:val="20"/>
        </w:rPr>
        <w:t>[rho 1622]</w:t>
      </w:r>
    </w:p>
    <w:p>
      <w:r>
        <w:rPr>
          <w:rFonts w:ascii="Gentium Plus" w:hAnsi="Gentium Plus"/>
          <w:sz w:val="24"/>
        </w:rPr>
        <w:t>Ῥυτήρ. χαλινὸς, λῶρος. καὶ ὁ ἐλευθερωτής. ἀπὸ τοῦ ῥύω. Ῥυτός. ὁ ῥέων καὶ ὁ ἑλκυστός. [ῥυτοῖσι λάεσσι—.</w:t>
      </w:r>
    </w:p>
    <w:p>
      <w:r>
        <w:rPr>
          <w:rFonts w:ascii="Courier New" w:hAnsi="Courier New"/>
          <w:color w:val="555555"/>
          <w:sz w:val="20"/>
        </w:rPr>
        <w:t>[5]</w:t>
      </w:r>
    </w:p>
    <w:p>
      <w:r>
        <w:rPr>
          <w:rFonts w:ascii="Gentium Plus" w:hAnsi="Gentium Plus"/>
          <w:sz w:val="24"/>
        </w:rPr>
        <w:t>ἀπὸ τοῦ ἐρύω, τὸ ἑλκύω.]</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Ῥύμη. ὁρμή. ἔστιν οὖν ῥέω καὶ ῥύω, ῥύσω, ῥύμη. Ῥυμβόνες. αἱ εἱλύσεις καὶ κινήσεις εἰς πείρας, οἱονεὶ αἱ κοτυλώδεις καμπαί. καὶ ῥύμβων ἡ τῶν</w:t>
      </w:r>
    </w:p>
    <w:p>
      <w:r>
        <w:rPr>
          <w:rFonts w:ascii="Courier New" w:hAnsi="Courier New"/>
          <w:color w:val="555555"/>
          <w:sz w:val="20"/>
        </w:rPr>
        <w:t>[10]</w:t>
      </w:r>
    </w:p>
    <w:p>
      <w:r>
        <w:rPr>
          <w:rFonts w:ascii="Gentium Plus" w:hAnsi="Gentium Plus"/>
          <w:sz w:val="24"/>
        </w:rPr>
        <w:t>φύλλων ἕλιξις. †Ῥυσσή. ἡ γραῦς.† Ῥυτίδες. τὰ ἐπὶ τοῦ προσώπου τῶν γεγηρακότων ζαρώματα.</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†Ῥύγχος. τὸ πρόσωπον.† Ῥύμματα. καθάρματα. καὶ ῥύψις, ἡ κάθαρσις. Ῥύσια. λύτρα, ἐλευθερίας ἐνέχυρα. Ῥυπαπαί. ἐπιφώνημα ἢ μίμημα ψόφου ναυ‐ τικοῦ, ἀπὸ τῶν κόπων ἀποτελουμένου.</w:t>
      </w:r>
    </w:p>
    <w:p>
      <w:r>
        <w:rPr>
          <w:rFonts w:ascii="Courier New" w:hAnsi="Courier New"/>
          <w:color w:val="555555"/>
          <w:sz w:val="20"/>
        </w:rPr>
        <w:t>[20]</w:t>
      </w:r>
    </w:p>
    <w:p>
      <w:r>
        <w:rPr>
          <w:rFonts w:ascii="Gentium Plus" w:hAnsi="Gentium Plus"/>
          <w:sz w:val="24"/>
        </w:rPr>
        <w:t>*Ῥυπτικῶν. καθαρτικῶν.* Ῥύτιον. τόπος ἐπὶ Κρήτης.</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Ῥύεται. φυλάττεται, σκέπει, ἐλευθεροῖ. Ῥυήσονται. φθαρήσονται. ἡ δὲ χεὶρ ῥυήτω. Ῥυῇ. ἀντὶ τοῦ ῥεύσει.</w:t>
      </w:r>
    </w:p>
    <w:p>
      <w:r>
        <w:rPr>
          <w:rFonts w:ascii="Courier New" w:hAnsi="Courier New"/>
          <w:color w:val="555555"/>
          <w:sz w:val="20"/>
        </w:rPr>
        <w:t>[5]</w:t>
      </w:r>
    </w:p>
    <w:p>
      <w:r>
        <w:rPr>
          <w:rFonts w:ascii="Gentium Plus" w:hAnsi="Gentium Plus"/>
          <w:sz w:val="24"/>
        </w:rPr>
        <w:t>Ῥυθμίζει. κανονίζει, παιδεύει. Ῥυμοτομεῖται. εἰς ὀρθὸν κόπτεται. Ῥυστάζειν. τὸ μετὰ βίας ἕλκειν. [καὶ ῥυστά‐ ζω. παρὰ τὸ ἐρύω, ἐρυτὶς καὶ ῥυτὶς, ἡ συνελ‐ κυσμένη σάρξ. ῥυτός ἐστι τὸ θηλυκὸν καὶ τὸ</w:t>
      </w:r>
    </w:p>
    <w:p>
      <w:r>
        <w:rPr>
          <w:rFonts w:ascii="Courier New" w:hAnsi="Courier New"/>
          <w:color w:val="555555"/>
          <w:sz w:val="20"/>
        </w:rPr>
        <w:t>[10]</w:t>
      </w:r>
    </w:p>
    <w:p>
      <w:r>
        <w:rPr>
          <w:rFonts w:ascii="Gentium Plus" w:hAnsi="Gentium Plus"/>
          <w:sz w:val="24"/>
        </w:rPr>
        <w:t>οὐδέτερον ῥυτὸν καὶ τὸ παρώνυμον ῥυτίς.] Ῥύψωμεν. σμήξωμεν, καθάρωμεν. καὶ ῥύπτω τὸ καθαίρω.</w:t>
      </w:r>
    </w:p>
    <w:p>
      <w:pPr>
        <w:jc w:val="center"/>
      </w:pPr>
      <w:r>
        <w:rPr>
          <w:rFonts w:ascii="Gentium Plus" w:hAnsi="Gentium Plus"/>
          <w:b/>
          <w:sz w:val="24"/>
        </w:rPr>
        <w:t>(Ἐπίῤῥημα.)</w:t>
      </w:r>
    </w:p>
    <w:p>
      <w:r>
        <w:rPr>
          <w:rFonts w:ascii="Courier New" w:hAnsi="Courier New"/>
          <w:color w:val="555555"/>
          <w:sz w:val="20"/>
        </w:rPr>
        <w:t>[14]</w:t>
      </w:r>
    </w:p>
    <w:p>
      <w:r>
        <w:rPr>
          <w:rFonts w:ascii="Gentium Plus" w:hAnsi="Gentium Plus"/>
          <w:sz w:val="24"/>
        </w:rPr>
        <w:t>Ῥυδὸν καὶ ῥύδην. ἀντὶ τοῦ χύδην. ῥυδὸν ἀφνειοῖο</w:t>
      </w:r>
    </w:p>
    <w:p>
      <w:r>
        <w:rPr>
          <w:rFonts w:ascii="Courier New" w:hAnsi="Courier New"/>
          <w:color w:val="555555"/>
          <w:sz w:val="20"/>
        </w:rPr>
        <w:t>[15]</w:t>
      </w:r>
    </w:p>
    <w:p>
      <w:r>
        <w:rPr>
          <w:rFonts w:ascii="Gentium Plus" w:hAnsi="Gentium Plus"/>
          <w:sz w:val="24"/>
        </w:rPr>
        <w:t>ἀντὶ τοῦ ἄγαν πλουσίου. ἀπὸ τοῦ περιῤῥεῖν τὸν πλοῦτον. Ῥυππαπαί. ἐπιφώνημα ναυτικόν.</w:t>
      </w:r>
    </w:p>
    <w:p>
      <w:pPr>
        <w:jc w:val="center"/>
      </w:pPr>
      <w:r>
        <w:rPr>
          <w:rFonts w:ascii="Gentium Plus" w:hAnsi="Gentium Plus"/>
          <w:b/>
          <w:sz w:val="24"/>
        </w:rPr>
        <w:t>Τὸ Ρ μετὰ τοῦ Ω.</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Ῥωγαλέος. διεσχισμένος. παρὰ τὸ ῥήσσω. ὡς καὶ τό· κατέῤῥωγε τὰ ἱμάτια.</w:t>
      </w:r>
    </w:p>
    <w:p>
      <w:r>
        <w:rPr>
          <w:rFonts w:ascii="Courier New" w:hAnsi="Courier New"/>
          <w:color w:val="555555"/>
          <w:sz w:val="20"/>
        </w:rPr>
        <w:t>[rho 1624]</w:t>
      </w:r>
    </w:p>
    <w:p>
      <w:r>
        <w:rPr>
          <w:rFonts w:ascii="Gentium Plus" w:hAnsi="Gentium Plus"/>
          <w:sz w:val="24"/>
        </w:rPr>
        <w:t>Ῥῶμος, Ῥωμύλος. κύρια. καὶ Ῥῶμις, Ῥώμιδος, κύριον. Ῥωμαλέος. ἰσχυρὸς, ἀνδρεῖος. Ῥώξ. εἶδος σκορπίου. καὶ κλίνεται ῥωγός. ἢ ζῶον</w:t>
      </w:r>
    </w:p>
    <w:p>
      <w:r>
        <w:rPr>
          <w:rFonts w:ascii="Courier New" w:hAnsi="Courier New"/>
          <w:color w:val="555555"/>
          <w:sz w:val="20"/>
        </w:rPr>
        <w:t>[5]</w:t>
      </w:r>
    </w:p>
    <w:p>
      <w:r>
        <w:rPr>
          <w:rFonts w:ascii="Gentium Plus" w:hAnsi="Gentium Plus"/>
          <w:sz w:val="24"/>
        </w:rPr>
        <w:t>μικρὸν ῥαγὶ σταφυλῆς ὅμοιον· περιφερὲς γάρ ἐστιν, ὡς οἱ ἑωρακότες μοι εἶπον. Ῥώξ. τὸ σχίσμα. καὶ ἀποῤῥῶγες. Ῥωπόῤῥηξ. ὁ τὸν κοῦσπον ῥηγνύων. Ῥωποπώλης. ὁ μυρεψός. ῥῶπες γὰρ ὕλη καὶ</w:t>
      </w:r>
    </w:p>
    <w:p>
      <w:r>
        <w:rPr>
          <w:rFonts w:ascii="Courier New" w:hAnsi="Courier New"/>
          <w:color w:val="555555"/>
          <w:sz w:val="20"/>
        </w:rPr>
        <w:t>[10]</w:t>
      </w:r>
    </w:p>
    <w:p>
      <w:r>
        <w:rPr>
          <w:rFonts w:ascii="Gentium Plus" w:hAnsi="Gentium Plus"/>
          <w:sz w:val="24"/>
        </w:rPr>
        <w:t>ὑλώδη φυτά· ἢ θάμνος καὶ σύμφυτος τόπος· ἢ μίγματα καὶ χρώματα, ὅσα ζωγράφοις καὶ βαφεῦσι καὶ μυρεψοῖς χρησιμεύουσι. ἢ ῥώψ ἐστι βοτάνη ἁπαλή. [παρὰ τὸ ῥέψω, ῥὲψ, καὶ τρο‐ πῇ τοῦ ε εἰς ω ῥώψ. ὡς βλέπω, βλέψω, βλὲψ</w:t>
      </w:r>
    </w:p>
    <w:p>
      <w:r>
        <w:rPr>
          <w:rFonts w:ascii="Courier New" w:hAnsi="Courier New"/>
          <w:color w:val="555555"/>
          <w:sz w:val="20"/>
        </w:rPr>
        <w:t>[15]</w:t>
      </w:r>
    </w:p>
    <w:p>
      <w:r>
        <w:rPr>
          <w:rFonts w:ascii="Gentium Plus" w:hAnsi="Gentium Plus"/>
          <w:sz w:val="24"/>
        </w:rPr>
        <w:t>καὶ βλώψ· καὶ τὸ παραβλῶπες. —ῥῶπας δ’ ὑπέχευε δασείας. καὶ ῥωπογράφους, τοὺς τὰ τοιαῦτα διαγράφον‐ τας.] καὶ τὸν κοῦφον φόρτον ῥῶπον λέγουσιν. ὅθεν καὶ ῥώπια τὰ οὐ στερέμνια.</w:t>
      </w:r>
    </w:p>
    <w:p>
      <w:r>
        <w:rPr>
          <w:rFonts w:ascii="Courier New" w:hAnsi="Courier New"/>
          <w:color w:val="555555"/>
          <w:sz w:val="20"/>
        </w:rPr>
        <w:t>[20]</w:t>
      </w:r>
    </w:p>
    <w:p>
      <w:r>
        <w:rPr>
          <w:rFonts w:ascii="Gentium Plus" w:hAnsi="Gentium Plus"/>
          <w:sz w:val="24"/>
        </w:rPr>
        <w:t>Ῥωστήρ. ὁ ἐν δυνάμει ὑγιής. ἀπὸ τοῦ ῥῶσις. Ῥωχμός. τόπος κεχαραγμένος ὑπὸ ὀμβρίων ὑδάτων. σημαίνει δὲ ῥῆξιν. παρὰ τὸ ῥήσσω ῥη‐ χμὸς καὶ μεταθέσει τοῦ γ εἰς χ καὶ τοῦ η εἰς</w:t>
      </w:r>
    </w:p>
    <w:p>
      <w:r>
        <w:rPr>
          <w:rFonts w:ascii="Courier New" w:hAnsi="Courier New"/>
          <w:color w:val="555555"/>
          <w:sz w:val="20"/>
        </w:rPr>
        <w:t>[rho 1625]</w:t>
      </w:r>
    </w:p>
    <w:p>
      <w:r>
        <w:rPr>
          <w:rFonts w:ascii="Gentium Plus" w:hAnsi="Gentium Plus"/>
          <w:sz w:val="24"/>
        </w:rPr>
        <w:t>†Ῥώξ. εἶδος σκορπίου. παρὰ τὸ ῥῶ, τὸ φθεί‐ ρω.†</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Ῥωγὰς, ῥωγάδος. ἡ διεσχισμένη πέτρα. παρὰ</w:t>
      </w:r>
    </w:p>
    <w:p>
      <w:r>
        <w:rPr>
          <w:rFonts w:ascii="Courier New" w:hAnsi="Courier New"/>
          <w:color w:val="555555"/>
          <w:sz w:val="20"/>
        </w:rPr>
        <w:t>[5]</w:t>
      </w:r>
    </w:p>
    <w:p>
      <w:r>
        <w:rPr>
          <w:rFonts w:ascii="Gentium Plus" w:hAnsi="Gentium Plus"/>
          <w:sz w:val="24"/>
        </w:rPr>
        <w:t>τὸ ῥήσσω ῥηγὸς καὶ ῥωγάς. Ῥωμαλεότητι. ἰσχυρότητι, ἀνδρειότητι. ῥωμα‐ λεότητι τοῦ κρείττονος. Ῥώμη. ἡ ἰσχὺς, ἡ ὑγεία. καὶ πόλις. ἐπὶ μὲν τῆς ὑγείας, παρὰ τὸ ῥῶ, ου ὁ μέλλων ῥώσω, ὁ πα‐</w:t>
      </w:r>
    </w:p>
    <w:p>
      <w:r>
        <w:rPr>
          <w:rFonts w:ascii="Courier New" w:hAnsi="Courier New"/>
          <w:color w:val="555555"/>
          <w:sz w:val="20"/>
        </w:rPr>
        <w:t>[10]</w:t>
      </w:r>
    </w:p>
    <w:p>
      <w:r>
        <w:rPr>
          <w:rFonts w:ascii="Gentium Plus" w:hAnsi="Gentium Plus"/>
          <w:sz w:val="24"/>
        </w:rPr>
        <w:t>θητικὸς ἔῤῥωμαι, ῥῆμα ὄνομα ῥώμη. ὡς γνώσω γνώμη. ἐπὶ δὲ τῆς πόλεως, ἀπὸ Ῥώμου καὶ Ῥω‐ μύλου τῶν Αἰνείου παίδων. Ῥωζάνη. κύριον.</w:t>
      </w:r>
    </w:p>
    <w:p>
      <w:r>
        <w:rPr>
          <w:rFonts w:ascii="Courier New" w:hAnsi="Courier New"/>
          <w:color w:val="555555"/>
          <w:sz w:val="20"/>
        </w:rPr>
        <w:t>[rho 1626]</w:t>
      </w:r>
    </w:p>
    <w:p>
      <w:r>
        <w:rPr>
          <w:rFonts w:ascii="Gentium Plus" w:hAnsi="Gentium Plus"/>
          <w:sz w:val="24"/>
        </w:rPr>
        <w:t>Ῥωσός. πόλις. Ῥώς. ἡ ῥωσία.</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Ῥωπήϊα καὶ ῥωπάκια. οἱ θάμνοι. καὶ ῥώπια,</w:t>
      </w:r>
    </w:p>
    <w:p>
      <w:r>
        <w:rPr>
          <w:rFonts w:ascii="Courier New" w:hAnsi="Courier New"/>
          <w:color w:val="555555"/>
          <w:sz w:val="20"/>
        </w:rPr>
        <w:t>[5]</w:t>
      </w:r>
    </w:p>
    <w:p>
      <w:r>
        <w:rPr>
          <w:rFonts w:ascii="Gentium Plus" w:hAnsi="Gentium Plus"/>
          <w:sz w:val="24"/>
        </w:rPr>
        <w:t>τὰ οὐ στερέμνια. Ῥῶ. τὸ στοιχεῖον. παρὰ τὸ ῥέω· ὑγρὰ γάρ ἐστι καὶ εὐμάλακτα, καὶ ὡσεὶ ἔλαιον ῥεῖ, ἐν τοῖς μέτροις ἀμετάβολα.</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Ῥῶ. τὸ λέγω. ἐξ οὗ καὶ ῥῆσις, ὁ λόγος. Ῥώννυσιν. ἐνδυναμοῖ. Ῥωποῤῥυκτεῖν. ῥηγνύειν τὸν ῥῶπον καὶ τὸν κοῦ‐</w:t>
      </w:r>
    </w:p>
    <w:p>
      <w:pPr>
        <w:jc w:val="center"/>
      </w:pPr>
      <w:r>
        <w:rPr>
          <w:rFonts w:ascii="Gentium Plus" w:hAnsi="Gentium Plus"/>
          <w:b/>
          <w:sz w:val="24"/>
        </w:rPr>
        <w:t>Σ.</w:t>
      </w:r>
    </w:p>
    <w:p>
      <w:pPr>
        <w:jc w:val="center"/>
      </w:pPr>
      <w:r>
        <w:rPr>
          <w:rFonts w:ascii="Gentium Plus" w:hAnsi="Gentium Plus"/>
          <w:b/>
          <w:sz w:val="24"/>
        </w:rPr>
        <w:t>Τὸ Σ μετὰ τοῦ Α.</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Σαβάδιος. ἐπώνυμον τοῦ Διονύσου. καὶ σαβοὶ, ἐπίφθεγμα βακχικόν.</w:t>
      </w:r>
    </w:p>
    <w:p>
      <w:r>
        <w:rPr>
          <w:rFonts w:ascii="Courier New" w:hAnsi="Courier New"/>
          <w:color w:val="555555"/>
          <w:sz w:val="20"/>
        </w:rPr>
        <w:t>[20]</w:t>
      </w:r>
    </w:p>
    <w:p>
      <w:r>
        <w:rPr>
          <w:rFonts w:ascii="Gentium Plus" w:hAnsi="Gentium Plus"/>
          <w:sz w:val="24"/>
        </w:rPr>
        <w:t>Σάγαρις. ποταμὸς Φρυγίας. ἀπὸ Σαγάρου τοῦ υἱοῦ Μήδου. οὕτως Ὦρος ὁ Μιλήσιος. Σαγγάριος. ποταμὸς Φρυγίας, ὅτι Σάγγαν τινὰ ἀσεβηθέντα εἰς τὴν Ῥέαν μετέβαλεν εἰς τοῦτο τὸ ὕδωρ, καὶ ἀπὸ τούτου τὸν τόπον κληθῆναι.</w:t>
      </w:r>
    </w:p>
    <w:p>
      <w:r>
        <w:rPr>
          <w:rFonts w:ascii="Courier New" w:hAnsi="Courier New"/>
          <w:color w:val="555555"/>
          <w:sz w:val="20"/>
        </w:rPr>
        <w:t>[25]</w:t>
      </w:r>
    </w:p>
    <w:p>
      <w:r>
        <w:rPr>
          <w:rFonts w:ascii="Gentium Plus" w:hAnsi="Gentium Plus"/>
          <w:sz w:val="24"/>
        </w:rPr>
        <w:t>οὕτω φλυαροκοποῦσιν οἱ ἄφρονες Ἕλληνες. Σαβελλιανοί. ἀπὸ Σαβελλίου. οὗτοι τριώνυμον ἔλεγον μίαν ὑπόστασιν ἐν θεότητι, τὸν αὐτὸν εἶναι πατέρα καὶ υἱὸν καὶ πνεῦμα δογματίσαν‐</w:t>
      </w:r>
    </w:p>
    <w:p>
      <w:r>
        <w:rPr>
          <w:rFonts w:ascii="Courier New" w:hAnsi="Courier New"/>
          <w:color w:val="555555"/>
          <w:sz w:val="20"/>
        </w:rPr>
        <w:t>[sigma 1626 (14)]</w:t>
      </w:r>
    </w:p>
    <w:p>
      <w:r>
        <w:rPr>
          <w:rFonts w:ascii="Gentium Plus" w:hAnsi="Gentium Plus"/>
          <w:sz w:val="24"/>
        </w:rPr>
        <w:t>ὑποστάσεις, ὅ ἐστι συγχέοντες, ἓν πρόσωπον</w:t>
      </w:r>
    </w:p>
    <w:p>
      <w:r>
        <w:rPr>
          <w:rFonts w:ascii="Courier New" w:hAnsi="Courier New"/>
          <w:color w:val="555555"/>
          <w:sz w:val="20"/>
        </w:rPr>
        <w:t>[15]</w:t>
      </w:r>
    </w:p>
    <w:p>
      <w:r>
        <w:rPr>
          <w:rFonts w:ascii="Gentium Plus" w:hAnsi="Gentium Plus"/>
          <w:sz w:val="24"/>
        </w:rPr>
        <w:t>λέγοντες τὰ τρία. Σαβά. Αἰθιοπικὸν ἔθνος. Σαδδουκαῖοι. αἵρεσις Ἰουδαίων. λέγουσι μὴ εἶναι ἀνάστασιν, μήτε ἄγγελον, μήτε πνεῦμα. παχύ‐ τεροι γὰρ οὗτοι καὶ περὶ τὰ σωματικὰ ἐπτοημέ‐</w:t>
      </w:r>
    </w:p>
    <w:p>
      <w:r>
        <w:rPr>
          <w:rFonts w:ascii="Courier New" w:hAnsi="Courier New"/>
          <w:color w:val="555555"/>
          <w:sz w:val="20"/>
        </w:rPr>
        <w:t>[20]</w:t>
      </w:r>
    </w:p>
    <w:p>
      <w:r>
        <w:rPr>
          <w:rFonts w:ascii="Gentium Plus" w:hAnsi="Gentium Plus"/>
          <w:sz w:val="24"/>
        </w:rPr>
        <w:t>νοι. Σαδδουκαῖοι δὲ ἑρμηνεύονται δίκαιοι. σέδεκ γὰρ ἡ δικαιοσύνη. Σακεσφόροι. ὁπλοφόροι, ἀσπιδοφόροι. ἀπὸ τοῦ σάκος, ὅ ἐστιν ἀσπίς. †τὸ δὲ σάκος, ἀπὸ Σά‐</w:t>
      </w:r>
    </w:p>
    <w:p>
      <w:r>
        <w:rPr>
          <w:rFonts w:ascii="Courier New" w:hAnsi="Courier New"/>
          <w:color w:val="555555"/>
          <w:sz w:val="20"/>
        </w:rPr>
        <w:t>[25]</w:t>
      </w:r>
    </w:p>
    <w:p>
      <w:r>
        <w:rPr>
          <w:rFonts w:ascii="Gentium Plus" w:hAnsi="Gentium Plus"/>
          <w:sz w:val="24"/>
        </w:rPr>
        <w:t>κων, τῶν πρῶτον εὑρόντων. ἢ ἀπὸ τοῦ σάγων· σάγος καὶ σάκος.† Σακέσπαλος. πολεμικός. ἀπὸ τοῦ πάλλειν καὶ</w:t>
      </w:r>
    </w:p>
    <w:p>
      <w:r>
        <w:rPr>
          <w:rFonts w:ascii="Courier New" w:hAnsi="Courier New"/>
          <w:color w:val="555555"/>
          <w:sz w:val="20"/>
        </w:rPr>
        <w:t>[sigma 1627]</w:t>
      </w:r>
    </w:p>
    <w:p>
      <w:r>
        <w:rPr>
          <w:rFonts w:ascii="Gentium Plus" w:hAnsi="Gentium Plus"/>
          <w:sz w:val="24"/>
        </w:rPr>
        <w:t>†Σαλάγγων. ὄνομα ποταμοῦ.† Σάλος. ὁ κλύδων. ἡ τῶν κυμάτων κίνησις. Σάνδυξ. χρῶμα κόκκινον. Σακερδώς. κύριον. *καὶ κλίνεται σακερδῶτος.*</w:t>
      </w:r>
    </w:p>
    <w:p>
      <w:r>
        <w:rPr>
          <w:rFonts w:ascii="Courier New" w:hAnsi="Courier New"/>
          <w:color w:val="555555"/>
          <w:sz w:val="20"/>
        </w:rPr>
        <w:t>[5]</w:t>
      </w:r>
    </w:p>
    <w:p>
      <w:r>
        <w:rPr>
          <w:rFonts w:ascii="Gentium Plus" w:hAnsi="Gentium Plus"/>
          <w:sz w:val="24"/>
        </w:rPr>
        <w:t>σακέρδιος δὲ ὁ ἱερεὺς, ῥωμαϊστί. ὁ τὰ σάκρα ἕρδων. σάκρον δέ ἐστι τὸ δημοσίᾳ ἀφιερωθέν. Σαπρὸς καὶ σαπρία, ὁ ἀφανισμός. ἀπὸ τοῦ σή‐ πω, ὡς λέπω λεπρός. [Σάρβηλος. κύριον.]</w:t>
      </w:r>
    </w:p>
    <w:p>
      <w:r>
        <w:rPr>
          <w:rFonts w:ascii="Courier New" w:hAnsi="Courier New"/>
          <w:color w:val="555555"/>
          <w:sz w:val="20"/>
        </w:rPr>
        <w:t>[10]</w:t>
      </w:r>
    </w:p>
    <w:p>
      <w:r>
        <w:rPr>
          <w:rFonts w:ascii="Gentium Plus" w:hAnsi="Gentium Plus"/>
          <w:sz w:val="24"/>
        </w:rPr>
        <w:t>†Σαρδιαίων. ἐθνικόν.† Σαρδόνιος γέλως. ὁ καθ’ ὑπόκρισιν. καὶ σάρ‐ διον, βοτάνη δηλητήριος, ἥτις ἅπαν τὸ σῶμα τοῦ φαγόντος αὐτὴν σπασμῷ ὑποβάλλει, [ὡς καὶ τῶν χειλέων συσταλέντων τοὺς ὀδόντας γυ‐</w:t>
      </w:r>
    </w:p>
    <w:p>
      <w:r>
        <w:rPr>
          <w:rFonts w:ascii="Courier New" w:hAnsi="Courier New"/>
          <w:color w:val="555555"/>
          <w:sz w:val="20"/>
        </w:rPr>
        <w:t>[15]</w:t>
      </w:r>
    </w:p>
    <w:p>
      <w:r>
        <w:rPr>
          <w:rFonts w:ascii="Gentium Plus" w:hAnsi="Gentium Plus"/>
          <w:sz w:val="24"/>
        </w:rPr>
        <w:t>μνοῦσθαι καὶ γέλωτος φαντασίαν παρέχειν τοῖς ὁρῶσιν. ἔνιοι δὲ ἐφύβριον ὀνομάζουσι τὸν σαρ‐ δόνιον γέλωτα.] ἔστι δὲ καὶ λίθος οὕτω κα‐ λούμενος. †Σάτυροι καὶ Βάκχαι. τὰ ἐν ἀνθρώποις αἰσχρὰ</w:t>
      </w:r>
    </w:p>
    <w:p>
      <w:r>
        <w:rPr>
          <w:rFonts w:ascii="Courier New" w:hAnsi="Courier New"/>
          <w:color w:val="555555"/>
          <w:sz w:val="20"/>
        </w:rPr>
        <w:t>[20]</w:t>
      </w:r>
    </w:p>
    <w:p>
      <w:r>
        <w:rPr>
          <w:rFonts w:ascii="Gentium Plus" w:hAnsi="Gentium Plus"/>
          <w:sz w:val="24"/>
        </w:rPr>
        <w:t>καὶ ἀκόλαστα πάθη.† Σάτυρος. χορευτὴς τοῦ Διονύσου. παρὰ τὸ σά‐ θη σάθυρος καὶ σάτυρος. ὡς ἅλμη ἁλμυρός. κατωφερὲς γάρ ἐστι τὸ γένος τῶν Σατύρων. καὶ</w:t>
      </w:r>
    </w:p>
    <w:p>
      <w:r>
        <w:rPr>
          <w:rFonts w:ascii="Courier New" w:hAnsi="Courier New"/>
          <w:color w:val="555555"/>
          <w:sz w:val="20"/>
        </w:rPr>
        <w:t>[sigma 1628]</w:t>
      </w:r>
    </w:p>
    <w:p>
      <w:r>
        <w:rPr>
          <w:rFonts w:ascii="Gentium Plus" w:hAnsi="Gentium Plus"/>
          <w:sz w:val="24"/>
        </w:rPr>
        <w:t>Σατράπης. βασιλεὺς, ἢ ἄρχων, [ἢ στρατηγός.] Σαυρωτήρ. ὅπου ἐμπήγνυται τὸ σίδηρον τοῦ δόρατος. παρὰ τὸ σταυροῦσθαι καὶ ὀρθοῦσθαι ἐπ’ αὐτῷ τὸ δόρυ, σταυρωτὴρ τὶς ὢν, καὶ ἀπο‐</w:t>
      </w:r>
    </w:p>
    <w:p>
      <w:r>
        <w:rPr>
          <w:rFonts w:ascii="Courier New" w:hAnsi="Courier New"/>
          <w:color w:val="555555"/>
          <w:sz w:val="20"/>
        </w:rPr>
        <w:t>[5]</w:t>
      </w:r>
    </w:p>
    <w:p>
      <w:r>
        <w:rPr>
          <w:rFonts w:ascii="Gentium Plus" w:hAnsi="Gentium Plus"/>
          <w:sz w:val="24"/>
        </w:rPr>
        <w:t>βολῇ τοῦ τ σαυρωτήρ. Σαρκικός. ὁ πνεύματος καὶ ψυχῆς πάντη [που] ἀμελῶν. Σακερδώς. κύριον. καὶ σακερδὼ, ὁ αἴλουρος. Σαβαώθ. κύριος δυνάμεων, στρατιῶν. Ἡσαΐας·</w:t>
      </w:r>
    </w:p>
    <w:p>
      <w:r>
        <w:rPr>
          <w:rFonts w:ascii="Courier New" w:hAnsi="Courier New"/>
          <w:color w:val="555555"/>
          <w:sz w:val="20"/>
        </w:rPr>
        <w:t>[10]</w:t>
      </w:r>
    </w:p>
    <w:p>
      <w:r>
        <w:rPr>
          <w:rFonts w:ascii="Gentium Plus" w:hAnsi="Gentium Plus"/>
          <w:sz w:val="24"/>
        </w:rPr>
        <w:t>εἰ μὴ κύριος σαβαὼθ ἐγκατέλιπεν ἡμῖν σπέρμα. Σατᾶν. ὁ ἀντικείμενος τῇ Ἑβραίων φωνῇ.</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Σάγη. †τὸ σάγμα,† περιβόλαιον, σκέπη. Σαγήνη. τὸ δίκτυον. σαγίνη δὲ, τὸ ὅπλον, ι.</w:t>
      </w:r>
    </w:p>
    <w:p>
      <w:r>
        <w:rPr>
          <w:rFonts w:ascii="Courier New" w:hAnsi="Courier New"/>
          <w:color w:val="555555"/>
          <w:sz w:val="20"/>
        </w:rPr>
        <w:t>[15]</w:t>
      </w:r>
    </w:p>
    <w:p>
      <w:r>
        <w:rPr>
          <w:rFonts w:ascii="Gentium Plus" w:hAnsi="Gentium Plus"/>
          <w:sz w:val="24"/>
        </w:rPr>
        <w:t>Σάϊς. πόλις. καὶ κλίνεται Σάεως. Σαῖνα. †τὸ αἰδοῖον.† ἡ μοῖρα. Σαῖπος. ἡ ἁλιευτικὴ ἐλαία. Σάλπιγξ. παρὰ τὸ σαλπίζω. τοῦτο παρὰ τὸ ἔπω, τὸ λέγω, ἔψω, ἒψ, ὀπὴ, ὀπίζω, καὶ μετὰ</w:t>
      </w:r>
    </w:p>
    <w:p>
      <w:r>
        <w:rPr>
          <w:rFonts w:ascii="Courier New" w:hAnsi="Courier New"/>
          <w:color w:val="555555"/>
          <w:sz w:val="20"/>
        </w:rPr>
        <w:t>[20]</w:t>
      </w:r>
    </w:p>
    <w:p>
      <w:r>
        <w:rPr>
          <w:rFonts w:ascii="Gentium Plus" w:hAnsi="Gentium Plus"/>
          <w:sz w:val="24"/>
        </w:rPr>
        <w:t>τοῦ σέλας, ὃ σημαίνει τὴν λαμπηδόνα, σελα‐ πίζω, καὶ σάλπιγξ. Σαλαμβάδες. αἱ θυρίδες, αἱ ἀεὶ ἐν σάλῳ οὖ‐ σαι. ἢ παρὰ τὸ δι’ αὐτῶν εἰσβαίνειν τὸ φῶς.</w:t>
      </w:r>
    </w:p>
    <w:p>
      <w:r>
        <w:rPr>
          <w:rFonts w:ascii="Courier New" w:hAnsi="Courier New"/>
          <w:color w:val="555555"/>
          <w:sz w:val="20"/>
        </w:rPr>
        <w:t>[sigma 1629]</w:t>
      </w:r>
    </w:p>
    <w:p>
      <w:r>
        <w:rPr>
          <w:rFonts w:ascii="Gentium Plus" w:hAnsi="Gentium Plus"/>
          <w:sz w:val="24"/>
        </w:rPr>
        <w:t>Σαλαμίς. ὄνομα πόλεως. ἀπὸ Σαλαμῖνος τι‐ νὸς Ἀσωποῦ θυγατρός. Σαμάρεια. ἀπὸ τοῦ σήματος τοῦ Ἄρεως, ὅτι ἐν αὐτῷ Ἄρης Ἀσκαλάφῳ τῷ υἱῷ τύμβον ἔχευε,</w:t>
      </w:r>
    </w:p>
    <w:p>
      <w:r>
        <w:rPr>
          <w:rFonts w:ascii="Courier New" w:hAnsi="Courier New"/>
          <w:color w:val="555555"/>
          <w:sz w:val="20"/>
        </w:rPr>
        <w:t>[5]</w:t>
      </w:r>
    </w:p>
    <w:p>
      <w:r>
        <w:rPr>
          <w:rFonts w:ascii="Gentium Plus" w:hAnsi="Gentium Plus"/>
          <w:sz w:val="24"/>
        </w:rPr>
        <w:t>ἐν ᾧ καὶ ἐπίγραψεν οὕτως· Σῆμ’ Ἄρεως ἕτοιμον βεβοημένον Ἑλλάδι φήμῃ ..οὕνεκ’ Ἄρης τέκνον ἔχωσε πόλιν. *Σαβέτ. ἐστὶν ἡ ἀνάπαυσις. ἐξ οὗ τὸ σάββα‐</w:t>
      </w:r>
    </w:p>
    <w:p>
      <w:r>
        <w:rPr>
          <w:rFonts w:ascii="Courier New" w:hAnsi="Courier New"/>
          <w:color w:val="555555"/>
          <w:sz w:val="20"/>
        </w:rPr>
        <w:t>[10]</w:t>
      </w:r>
    </w:p>
    <w:p>
      <w:r>
        <w:rPr>
          <w:rFonts w:ascii="Gentium Plus" w:hAnsi="Gentium Plus"/>
          <w:sz w:val="24"/>
        </w:rPr>
        <w:t>τον.* Σανίς. τὸ ἐπίμηκες ξύλον. οἱονεὶ τετανὶς, παρὰ τὸ τετάσθαι. Σαπφώ. παρὰ τὸ σαφής. ἢ παρὰ τὸ σάφω Σαφὼ, ὡς καλύψω Καλυψὼ, κλώθω Κλωθὼ,</w:t>
      </w:r>
    </w:p>
    <w:p>
      <w:r>
        <w:rPr>
          <w:rFonts w:ascii="Courier New" w:hAnsi="Courier New"/>
          <w:color w:val="555555"/>
          <w:sz w:val="20"/>
        </w:rPr>
        <w:t>[15]</w:t>
      </w:r>
    </w:p>
    <w:p>
      <w:r>
        <w:rPr>
          <w:rFonts w:ascii="Gentium Plus" w:hAnsi="Gentium Plus"/>
          <w:sz w:val="24"/>
        </w:rPr>
        <w:t>καὶ πλεονασμῷ τοῦ π Σαπφώ. ἢ παρὰ τὸ σα‐ φῶ, τὸ σαφηνίζω. Σαργάνη. σχοινίον. ἔστι δὲ καὶ εἶδος σπυρίδος. παρὰ τὸ σάγος σαγάνη καὶ πλεονασμῷ τοῦ ρ σαργάνη.</w:t>
      </w:r>
    </w:p>
    <w:p>
      <w:r>
        <w:rPr>
          <w:rFonts w:ascii="Courier New" w:hAnsi="Courier New"/>
          <w:color w:val="555555"/>
          <w:sz w:val="20"/>
        </w:rPr>
        <w:t>[20]</w:t>
      </w:r>
    </w:p>
    <w:p>
      <w:r>
        <w:rPr>
          <w:rFonts w:ascii="Gentium Plus" w:hAnsi="Gentium Plus"/>
          <w:sz w:val="24"/>
        </w:rPr>
        <w:t>Σάρισσα. εἶδος ὅπλου. Σαρωνὶς καὶ Σαρωνικὸν πέλαγος, ἐπειδὴ Σά‐ ρων τὶς κυνηγὸς ἐπιδιώκων ἐκεῖσε κατεκρημνί‐ σθη εἰς θάλασσαν. Σάρξ. αἷμα πεπηγὸς ἀπὸ φύσεως. ἢ στοιχείων</w:t>
      </w:r>
    </w:p>
    <w:p>
      <w:r>
        <w:rPr>
          <w:rFonts w:ascii="Courier New" w:hAnsi="Courier New"/>
          <w:color w:val="555555"/>
          <w:sz w:val="20"/>
        </w:rPr>
        <w:t>[25]</w:t>
      </w:r>
    </w:p>
    <w:p>
      <w:r>
        <w:rPr>
          <w:rFonts w:ascii="Gentium Plus" w:hAnsi="Gentium Plus"/>
          <w:sz w:val="24"/>
        </w:rPr>
        <w:t>συνδρομή. σάρξ ἐστιν οὐσία ῥευστὴ ἐξ αἵματος</w:t>
      </w:r>
    </w:p>
    <w:p>
      <w:r>
        <w:rPr>
          <w:rFonts w:ascii="Courier New" w:hAnsi="Courier New"/>
          <w:color w:val="555555"/>
          <w:sz w:val="20"/>
        </w:rPr>
        <w:t>[sigma 1630]</w:t>
      </w:r>
    </w:p>
    <w:p>
      <w:r>
        <w:rPr>
          <w:rFonts w:ascii="Gentium Plus" w:hAnsi="Gentium Plus"/>
          <w:sz w:val="24"/>
        </w:rPr>
        <w:t>μένη, ἤγουν ἐξ ἀέρος καὶ γῆς καὶ πυρὸς καὶ ὕδατος, τουτέστιν ἐκ θερμοῦ καὶ ψυχροῦ καὶ ξηροῦ, ὑγροῦ. ὁ ἥλιος τὸ θερμὸν καὶ ζωτικόν· ὁ ἀὴρ τὸ ψυχρόν· ἡ γῆ τὸ ξηρόν· τὸ ὕδωρ τὸ</w:t>
      </w:r>
    </w:p>
    <w:p>
      <w:r>
        <w:rPr>
          <w:rFonts w:ascii="Courier New" w:hAnsi="Courier New"/>
          <w:color w:val="555555"/>
          <w:sz w:val="20"/>
        </w:rPr>
        <w:t>[5]</w:t>
      </w:r>
    </w:p>
    <w:p>
      <w:r>
        <w:rPr>
          <w:rFonts w:ascii="Gentium Plus" w:hAnsi="Gentium Plus"/>
          <w:sz w:val="24"/>
        </w:rPr>
        <w:t>ὑγρόν. σύρκα λέγουσιν οἱ Αἰολεῖς τὴν σάρκα, διὰ τὸ σύρεσθαι ἀπ’ αὐτῆς τὸ δέρμα. Σαρκὸς ἀπόθεσις. ἡ σαρκικὴ ἡδονή. Σάρδις. πόλις. ὡς παρὰ τὸ ὄφιες καὶ πόλιες κράσει τοῦ ε καὶ ι εἰς ι μακρὸν γίνεται αἱ πό‐</w:t>
      </w:r>
    </w:p>
    <w:p>
      <w:r>
        <w:rPr>
          <w:rFonts w:ascii="Courier New" w:hAnsi="Courier New"/>
          <w:color w:val="555555"/>
          <w:sz w:val="20"/>
        </w:rPr>
        <w:t>[10]</w:t>
      </w:r>
    </w:p>
    <w:p>
      <w:r>
        <w:rPr>
          <w:rFonts w:ascii="Gentium Plus" w:hAnsi="Gentium Plus"/>
          <w:sz w:val="24"/>
        </w:rPr>
        <w:t>λις καὶ οἱ ὄφις, οὕτω καὶ παρὰ τὸ Σάρδιες γί‐ νεται Σάρδις, καὶ οἱ πολῖται καὶ ἡ πόλις. τί οὖν; οἱ πολῖται Σάρδις λέγονται καὶ οὐ Σαρδινοί; πῶς οὖν καὶ οἱ πολῖται καὶ ἡ πόλις Σάρδις λέγεται; οὐχ ἡ πόλις καὶ οἱ πολῖται Σάρδις λέγονται,</w:t>
      </w:r>
    </w:p>
    <w:p>
      <w:r>
        <w:rPr>
          <w:rFonts w:ascii="Courier New" w:hAnsi="Courier New"/>
          <w:color w:val="555555"/>
          <w:sz w:val="20"/>
        </w:rPr>
        <w:t>[15]</w:t>
      </w:r>
    </w:p>
    <w:p>
      <w:r>
        <w:rPr>
          <w:rFonts w:ascii="Gentium Plus" w:hAnsi="Gentium Plus"/>
          <w:sz w:val="24"/>
        </w:rPr>
        <w:t>ἀλλ’ ὅτι ἀμφότερα διὰ τοῦ ι γράφεται, καὶ Σάρδις καὶ Σαρδινοί. καὶ Σάρδεις, τὸ δεις δί‐ φθογγον, ὡς καὶ αἱ πόλεις. Σατραπεία. ἀξίωμά τι. Σαλώμη. κύριον. ἑρμηνεύεται δὲ εἰρήνη. τοῦτο</w:t>
      </w:r>
    </w:p>
    <w:p>
      <w:r>
        <w:rPr>
          <w:rFonts w:ascii="Courier New" w:hAnsi="Courier New"/>
          <w:color w:val="555555"/>
          <w:sz w:val="20"/>
        </w:rPr>
        <w:t>[20]</w:t>
      </w:r>
    </w:p>
    <w:p>
      <w:r>
        <w:rPr>
          <w:rFonts w:ascii="Gentium Plus" w:hAnsi="Gentium Plus"/>
          <w:sz w:val="24"/>
        </w:rPr>
        <w:t>δὲ εἴη ψυχὴ νικήσασα τὰ πάθη καὶ ἀποβαλοῦ‐ σα, καὶ εἰρήνην τελείαν ἀπ’ αὐτῶν ἄγουσα. καὶ ὁ θεολόγος· κᾂν ἡ ἄλλη Μαρία κᾂν Σα‐ λώμη.</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Σαβέκ. χρυσολάχανον.</w:t>
      </w:r>
    </w:p>
    <w:p>
      <w:r>
        <w:rPr>
          <w:rFonts w:ascii="Courier New" w:hAnsi="Courier New"/>
          <w:color w:val="555555"/>
          <w:sz w:val="20"/>
        </w:rPr>
        <w:t>[sigma 1631]</w:t>
      </w:r>
    </w:p>
    <w:p>
      <w:r>
        <w:rPr>
          <w:rFonts w:ascii="Gentium Plus" w:hAnsi="Gentium Plus"/>
          <w:sz w:val="24"/>
        </w:rPr>
        <w:t>Σάκεα. αἱ ἀσπίδες. σάκαια δὲ ἑορτὴ, δίφθογ‐ γον. Σάκρον καὶ σάκρα παρὰ Ῥωμαίοις, τὰ ἱερὰ πρά‐ γματα. ἢ σάκρον ἐστὶ τὸ δημοσίᾳ ἀφιερωθέν.</w:t>
      </w:r>
    </w:p>
    <w:p>
      <w:r>
        <w:rPr>
          <w:rFonts w:ascii="Courier New" w:hAnsi="Courier New"/>
          <w:color w:val="555555"/>
          <w:sz w:val="20"/>
        </w:rPr>
        <w:t>[5]</w:t>
      </w:r>
    </w:p>
    <w:p>
      <w:r>
        <w:rPr>
          <w:rFonts w:ascii="Gentium Plus" w:hAnsi="Gentium Plus"/>
          <w:sz w:val="24"/>
        </w:rPr>
        <w:t>Σάμνιον. τόπος. Σαπώριον. τόπος. Σαραπεῖον. τὸ τοῦ Σαράπιδος ἱερόν. Σαράβαρον. ἐσθὴς Περσική. ἄλλος ἑρμηνεύει τὸ σάτον, τὸ λεγόμενον χοίνικα ἢ δεκάλιτρον.</w:t>
      </w:r>
    </w:p>
    <w:p>
      <w:r>
        <w:rPr>
          <w:rFonts w:ascii="Courier New" w:hAnsi="Courier New"/>
          <w:color w:val="555555"/>
          <w:sz w:val="20"/>
        </w:rPr>
        <w:t>[10]</w:t>
      </w:r>
    </w:p>
    <w:p>
      <w:r>
        <w:rPr>
          <w:rFonts w:ascii="Gentium Plus" w:hAnsi="Gentium Plus"/>
          <w:sz w:val="24"/>
        </w:rPr>
        <w:t>ἔνιοι δὲ τὸ βρακίον λέγουσι. Σαρδόνιον πέλαγος. Σάτον. μόδιος· κούμουλος.</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Σαγηνεύει. περιλαμβάνει. ἀγρεύει.</w:t>
      </w:r>
    </w:p>
    <w:p>
      <w:r>
        <w:rPr>
          <w:rFonts w:ascii="Courier New" w:hAnsi="Courier New"/>
          <w:color w:val="555555"/>
          <w:sz w:val="20"/>
        </w:rPr>
        <w:t>[15]</w:t>
      </w:r>
    </w:p>
    <w:p>
      <w:r>
        <w:rPr>
          <w:rFonts w:ascii="Gentium Plus" w:hAnsi="Gentium Plus"/>
          <w:sz w:val="24"/>
        </w:rPr>
        <w:t>Σαίρει. φιλοκαλεῖ· κοσμεῖ. Σάξαι. ἐπιφορτίσαι· στρῶσαι. Σαρκάζειν. μετὰ πικρίας καὶ θυμοῦ γελᾷν. Σαρισσοφοροῦσιν. ἀπὸ τοῦ σαρίσσης ἀκοντίου. †Σαρούμενος. σπαραττόμενος. οὕτως Λυκό‐</w:t>
      </w:r>
    </w:p>
    <w:p>
      <w:r>
        <w:rPr>
          <w:rFonts w:ascii="Courier New" w:hAnsi="Courier New"/>
          <w:color w:val="555555"/>
          <w:sz w:val="20"/>
        </w:rPr>
        <w:t>[20]</w:t>
      </w:r>
    </w:p>
    <w:p>
      <w:r>
        <w:rPr>
          <w:rFonts w:ascii="Gentium Plus" w:hAnsi="Gentium Plus"/>
          <w:sz w:val="24"/>
        </w:rPr>
        <w:t>φρων.† Σαλαΐζω. θρηνῶ. Σαλπίζειν. ἔθος ἦν τοῖς Ἰουδαίοις διὰ σαλπίγ‐</w:t>
      </w:r>
    </w:p>
    <w:p>
      <w:r>
        <w:rPr>
          <w:rFonts w:ascii="Courier New" w:hAnsi="Courier New"/>
          <w:color w:val="555555"/>
          <w:sz w:val="20"/>
        </w:rPr>
        <w:t>[sigma 1632]</w:t>
      </w:r>
    </w:p>
    <w:p>
      <w:r>
        <w:rPr>
          <w:rFonts w:ascii="Gentium Plus" w:hAnsi="Gentium Plus"/>
          <w:sz w:val="24"/>
        </w:rPr>
        <w:t>διανέμειν τὶ εἰς αὐτοὺς ἐβούλοντο. οὕτως ὁ ἅγιος Κύριλλος. Σαφηνίζω. ἑρμηνεύω. καὶ σαφήσας καὶ σαφη‐ νίσας.</w:t>
      </w:r>
    </w:p>
    <w:p>
      <w:r>
        <w:rPr>
          <w:rFonts w:ascii="Courier New" w:hAnsi="Courier New"/>
          <w:color w:val="555555"/>
          <w:sz w:val="20"/>
        </w:rPr>
        <w:t>[5]</w:t>
      </w:r>
    </w:p>
    <w:p>
      <w:r>
        <w:rPr>
          <w:rFonts w:ascii="Gentium Plus" w:hAnsi="Gentium Plus"/>
          <w:sz w:val="24"/>
        </w:rPr>
        <w:t>Σάττω. φορτίζω. Σαώζει. ἀντὶ τοῦ σώζει. Σαίνω. †τὸ κινῶ.† τὸ θέλγω. καὶ παρὰ τῷ Ἀποστόλῳ σαίνεσθαι, τὸ οἷον θορυβεῖσθαι καὶ ταράττεσθαι. εἰς τὸ μηδένα σαίνεσθαι ἐν</w:t>
      </w:r>
    </w:p>
    <w:p>
      <w:r>
        <w:rPr>
          <w:rFonts w:ascii="Courier New" w:hAnsi="Courier New"/>
          <w:color w:val="555555"/>
          <w:sz w:val="20"/>
        </w:rPr>
        <w:t>[10]</w:t>
      </w:r>
    </w:p>
    <w:p>
      <w:r>
        <w:rPr>
          <w:rFonts w:ascii="Gentium Plus" w:hAnsi="Gentium Plus"/>
          <w:sz w:val="24"/>
        </w:rPr>
        <w:t>ταῖς θλίψεσι ταύταις.</w:t>
      </w:r>
    </w:p>
    <w:p>
      <w:pPr>
        <w:jc w:val="center"/>
      </w:pPr>
      <w:r>
        <w:rPr>
          <w:rFonts w:ascii="Gentium Plus" w:hAnsi="Gentium Plus"/>
          <w:b/>
          <w:sz w:val="24"/>
        </w:rPr>
        <w:t>(Ἐπίῤῥημα.)</w:t>
      </w:r>
    </w:p>
    <w:p>
      <w:r>
        <w:rPr>
          <w:rFonts w:ascii="Courier New" w:hAnsi="Courier New"/>
          <w:color w:val="555555"/>
          <w:sz w:val="20"/>
        </w:rPr>
        <w:t>[12]</w:t>
      </w:r>
    </w:p>
    <w:p>
      <w:r>
        <w:rPr>
          <w:rFonts w:ascii="Gentium Plus" w:hAnsi="Gentium Plus"/>
          <w:sz w:val="24"/>
        </w:rPr>
        <w:t>Σαφῶς. φανερῶς· εὐκόλως· ἀληθῶς.</w:t>
      </w:r>
    </w:p>
    <w:p>
      <w:pPr>
        <w:jc w:val="center"/>
      </w:pPr>
      <w:r>
        <w:rPr>
          <w:rFonts w:ascii="Gentium Plus" w:hAnsi="Gentium Plus"/>
          <w:b/>
          <w:sz w:val="24"/>
        </w:rPr>
        <w:t>Τὸ Σ μετὰ τοῦ Ε.</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Σέας. σκώληκας. οὐχ εὕρηται ἡ εὐθεῖα ἐν χρή‐ σει, ἀλλ’ αἱ πλάγιαι. παρὰ Ἀριστοφάνει· ὑπὸ τῶν σέων καμπτόμενος. ἡ εὐθεῖα τῶν πληθυντικῶν, σέας, σεῖς. †Σέβερος. ὁ εὐσεβής· ὁ δίκαιος.†</w:t>
      </w:r>
    </w:p>
    <w:p>
      <w:r>
        <w:rPr>
          <w:rFonts w:ascii="Courier New" w:hAnsi="Courier New"/>
          <w:color w:val="555555"/>
          <w:sz w:val="20"/>
        </w:rPr>
        <w:t>[20]</w:t>
      </w:r>
    </w:p>
    <w:p>
      <w:r>
        <w:rPr>
          <w:rFonts w:ascii="Gentium Plus" w:hAnsi="Gentium Plus"/>
          <w:sz w:val="24"/>
        </w:rPr>
        <w:t>Σεβοείμ. κύριον. Σεβαστεινός. τοπικόν. καὶ Σεβαστειηνὸς, κύ‐</w:t>
      </w:r>
    </w:p>
    <w:p>
      <w:r>
        <w:rPr>
          <w:rFonts w:ascii="Courier New" w:hAnsi="Courier New"/>
          <w:color w:val="555555"/>
          <w:sz w:val="20"/>
        </w:rPr>
        <w:t>[sigma 1633]</w:t>
      </w:r>
    </w:p>
    <w:p>
      <w:r>
        <w:rPr>
          <w:rFonts w:ascii="Gentium Plus" w:hAnsi="Gentium Plus"/>
          <w:sz w:val="24"/>
        </w:rPr>
        <w:t>Σέθεν. ἀντὶ τοῦ σοῦ. καὶ σέο ἀντὶ τοῦ σοῦ. ποιη‐ τικῶς. Σείριος. ὄνομα ἀστέρος. ἢ ὁ ἥλιος. Σήριος δὲ κύ‐ ριον, η. σείριος δὲ παρὰ τὸ εἴρω, τὸ λέγω. γί‐</w:t>
      </w:r>
    </w:p>
    <w:p>
      <w:r>
        <w:rPr>
          <w:rFonts w:ascii="Courier New" w:hAnsi="Courier New"/>
          <w:color w:val="555555"/>
          <w:sz w:val="20"/>
        </w:rPr>
        <w:t>[5]</w:t>
      </w:r>
    </w:p>
    <w:p>
      <w:r>
        <w:rPr>
          <w:rFonts w:ascii="Gentium Plus" w:hAnsi="Gentium Plus"/>
          <w:sz w:val="24"/>
        </w:rPr>
        <w:t>νεται εἴριος καὶ σείριος. λέγει γὰρ καὶ μηνύει ἡμῖν τὸν καιρὸν τοῦ θέρους. †Σειρομάστης. ἡ λόγχη.† Σειρομάστης. ὁ λῶρος, ἢ εἶδος ἀκοντίου. Σείραιος. οἶνος ὁ ἐκ γλεύκους ἑψημένος ἢ γλυ‐</w:t>
      </w:r>
    </w:p>
    <w:p>
      <w:r>
        <w:rPr>
          <w:rFonts w:ascii="Courier New" w:hAnsi="Courier New"/>
          <w:color w:val="555555"/>
          <w:sz w:val="20"/>
        </w:rPr>
        <w:t>[10]</w:t>
      </w:r>
    </w:p>
    <w:p>
      <w:r>
        <w:rPr>
          <w:rFonts w:ascii="Gentium Plus" w:hAnsi="Gentium Plus"/>
          <w:sz w:val="24"/>
        </w:rPr>
        <w:t>κύς. Σεισμός. κίνησις γῆς ὑπὸ πνεύματος ἔνδον ἀπο‐ λειφθέντος καὶ βιαίως ῥυθέντος διὰ τὸ κωλυ‐ θῆναι περὶ τὰ κοῖλα. σισμὸς δὲ, ὁ βρασμὸς καὶ ἦχος, ι. ἀπὸ τοῦ σίζω, τὸ ἠχῶ.</w:t>
      </w:r>
    </w:p>
    <w:p>
      <w:r>
        <w:rPr>
          <w:rFonts w:ascii="Courier New" w:hAnsi="Courier New"/>
          <w:color w:val="555555"/>
          <w:sz w:val="20"/>
        </w:rPr>
        <w:t>[15]</w:t>
      </w:r>
    </w:p>
    <w:p>
      <w:r>
        <w:rPr>
          <w:rFonts w:ascii="Gentium Plus" w:hAnsi="Gentium Plus"/>
          <w:sz w:val="24"/>
        </w:rPr>
        <w:t>Σειληνός. ὁ Διόνυσος. παρὰ τὸ σείεσθαι ἐν τῷ</w:t>
      </w:r>
    </w:p>
    <w:p>
      <w:r>
        <w:rPr>
          <w:rFonts w:ascii="Courier New" w:hAnsi="Courier New"/>
          <w:color w:val="555555"/>
          <w:sz w:val="20"/>
        </w:rPr>
        <w:t>[sigma 1634]</w:t>
      </w:r>
    </w:p>
    <w:p>
      <w:r>
        <w:rPr>
          <w:rFonts w:ascii="Gentium Plus" w:hAnsi="Gentium Plus"/>
          <w:sz w:val="24"/>
        </w:rPr>
        <w:t>τῶν Σατύρων γέροντες. παρὰ τὸ σεσηρέναι καὶ χαίρειν. γίνεται σέρινος καὶ μεταθέσει τοῦ ρ καὶ πλεονασμῷ τοῦ ι Σειλινός.] ἢ παρὰ τὸ σείεσθαι λίαν Σειλινὸς, ὁ γέρων.</w:t>
      </w:r>
    </w:p>
    <w:p>
      <w:r>
        <w:rPr>
          <w:rFonts w:ascii="Courier New" w:hAnsi="Courier New"/>
          <w:color w:val="555555"/>
          <w:sz w:val="20"/>
        </w:rPr>
        <w:t>[5]</w:t>
      </w:r>
    </w:p>
    <w:p>
      <w:r>
        <w:rPr>
          <w:rFonts w:ascii="Gentium Plus" w:hAnsi="Gentium Plus"/>
          <w:sz w:val="24"/>
        </w:rPr>
        <w:t>Σελαγισμός. ἡ φρυκτωρία, ἡ λαμπηδών. πα‐ ρὰ τὸ σέλας. †Σελασμός. ἡ ἀλαζονεία.† Σεμνός. ἔντιμος· ἐνάρετος· μέγας· ἔνδοξος. πα‐ ρὰ τὸ σέβω σεμνὸς, ὁ σεβασμοῦ ἄξιος.</w:t>
      </w:r>
    </w:p>
    <w:p>
      <w:r>
        <w:rPr>
          <w:rFonts w:ascii="Courier New" w:hAnsi="Courier New"/>
          <w:color w:val="555555"/>
          <w:sz w:val="20"/>
        </w:rPr>
        <w:t>[10]</w:t>
      </w:r>
    </w:p>
    <w:p>
      <w:r>
        <w:rPr>
          <w:rFonts w:ascii="Gentium Plus" w:hAnsi="Gentium Plus"/>
          <w:sz w:val="24"/>
        </w:rPr>
        <w:t>Σεννάτωρ. ὁ τῶν Ῥωμαίων ἡγεμών. καὶ κλίνεται σεννάτωρος. Σέῤῥιφος. ὁ ἐπτερωμένος μύρμηξ. καὶ ὁ ἥλιος. Σεραφείμ. δυνάμεις ἅγιαι δοξολογικαὶ κυρίου. ἐπὶ μὲν ἑνικοῦ δίφθογγον, ἐπὶ δὲ πληθυντι‐</w:t>
      </w:r>
    </w:p>
    <w:p>
      <w:r>
        <w:rPr>
          <w:rFonts w:ascii="Courier New" w:hAnsi="Courier New"/>
          <w:color w:val="555555"/>
          <w:sz w:val="20"/>
        </w:rPr>
        <w:t>[15]</w:t>
      </w:r>
    </w:p>
    <w:p>
      <w:r>
        <w:rPr>
          <w:rFonts w:ascii="Gentium Plus" w:hAnsi="Gentium Plus"/>
          <w:sz w:val="24"/>
        </w:rPr>
        <w:t>κοῦ ι.</w:t>
      </w:r>
    </w:p>
    <w:p>
      <w:r>
        <w:rPr>
          <w:rFonts w:ascii="Courier New" w:hAnsi="Courier New"/>
          <w:color w:val="555555"/>
          <w:sz w:val="20"/>
        </w:rPr>
        <w:t>[sigma 1635]</w:t>
      </w:r>
    </w:p>
    <w:p>
      <w:r>
        <w:rPr>
          <w:rFonts w:ascii="Gentium Plus" w:hAnsi="Gentium Plus"/>
          <w:sz w:val="24"/>
        </w:rPr>
        <w:t>Σείριος. ὁ *κυνόαστρος. γράφεται καὶ* κύνα‐ στρος. †Σέβαλα. ἡ ἔκπληξις.†</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*Σελευκίς. ὄρνεον ἔνυδρον.* Σέϊς. πόλις. καὶ κλίνεται Σέως. Σειουντία. χώρα. Σειρικία. κύριον. Σειρά. ἅλυσις. παρὰ τὸ εἴρω, τὸ συμπλέκω. γί‐</w:t>
      </w:r>
    </w:p>
    <w:p>
      <w:r>
        <w:rPr>
          <w:rFonts w:ascii="Courier New" w:hAnsi="Courier New"/>
          <w:color w:val="555555"/>
          <w:sz w:val="20"/>
        </w:rPr>
        <w:t>[10]</w:t>
      </w:r>
    </w:p>
    <w:p>
      <w:r>
        <w:rPr>
          <w:rFonts w:ascii="Gentium Plus" w:hAnsi="Gentium Plus"/>
          <w:sz w:val="24"/>
        </w:rPr>
        <w:t>νεται εἰρὰ, καὶ πλεονασμῷ τοῦ ς σειρά. Σεισάχθεια. τὸ βάρος. παρὰ τὸ ἀποσείεσθαι τὸ ἄχθος. σημαίνει δὲ καὶ τὸ χρέος. Σελάγησις. ἡ λαμπηδών. †Σελάπυρος. ἡ λαμπρότης.†</w:t>
      </w:r>
    </w:p>
    <w:p>
      <w:r>
        <w:rPr>
          <w:rFonts w:ascii="Courier New" w:hAnsi="Courier New"/>
          <w:color w:val="555555"/>
          <w:sz w:val="20"/>
        </w:rPr>
        <w:t>[15]</w:t>
      </w:r>
    </w:p>
    <w:p>
      <w:r>
        <w:rPr>
          <w:rFonts w:ascii="Gentium Plus" w:hAnsi="Gentium Plus"/>
          <w:sz w:val="24"/>
        </w:rPr>
        <w:t>†Σελασία. ἡ Ἄρτεμις. παρὰ Λάκωσι.† Σελήνη. τὸ φέγγος. ἥτις μετὰ τῶν ἀστέρων ἐτά‐ χθη φωτίζειν τὴν νύκτα, οὐχ ὡς τῇ ἡμέρᾳ πάν‐ τοτε ὑπὸ γῆν ὄντες· εἰσὶ γὰρ καὶ ἐν ἡμέρᾳ ἀστέρες ἐν τῷ οὐρανῷ ὑπὲρ γῆν· ἀλλ’ ὁ ἥλιος</w:t>
      </w:r>
    </w:p>
    <w:p>
      <w:r>
        <w:rPr>
          <w:rFonts w:ascii="Courier New" w:hAnsi="Courier New"/>
          <w:color w:val="555555"/>
          <w:sz w:val="20"/>
        </w:rPr>
        <w:t>[20]</w:t>
      </w:r>
    </w:p>
    <w:p>
      <w:r>
        <w:rPr>
          <w:rFonts w:ascii="Gentium Plus" w:hAnsi="Gentium Plus"/>
          <w:sz w:val="24"/>
        </w:rPr>
        <w:t>τούτους ἅμα καὶ τὴν σελήνην τῇ φαιδροτέρᾳ αἴγλῃ ἀποκρύπτων οὐκ ἐᾷ φαίνεσθαι. τοῖς φω‐ στῆρσιν οὖν τούτοις τὸ πρωτόκτιστον φῶς ὁ δη‐</w:t>
      </w:r>
    </w:p>
    <w:p>
      <w:r>
        <w:rPr>
          <w:rFonts w:ascii="Courier New" w:hAnsi="Courier New"/>
          <w:color w:val="555555"/>
          <w:sz w:val="20"/>
        </w:rPr>
        <w:t>[sigma 1636]</w:t>
      </w:r>
    </w:p>
    <w:p>
      <w:r>
        <w:rPr>
          <w:rFonts w:ascii="Gentium Plus" w:hAnsi="Gentium Plus"/>
          <w:sz w:val="24"/>
        </w:rPr>
        <w:t>τὸς, ἀλλ’ ἵνα μὴ ἐκεῖνο ἀργὸν μείνῃ τὸ φῶς σελήνη παρὰ τὸ σέλας ἀεὶ νέον ἔχειν, ὅθεν καὶ ἔνος ὁ ἐνιαυτός· σέλας δὲ παρὰ τὸ σαλεύε‐ σθαι τῇ πνοῇ.</w:t>
      </w:r>
    </w:p>
    <w:p>
      <w:r>
        <w:rPr>
          <w:rFonts w:ascii="Courier New" w:hAnsi="Courier New"/>
          <w:color w:val="555555"/>
          <w:sz w:val="20"/>
        </w:rPr>
        <w:t>[5]</w:t>
      </w:r>
    </w:p>
    <w:p>
      <w:r>
        <w:rPr>
          <w:rFonts w:ascii="Gentium Plus" w:hAnsi="Gentium Plus"/>
          <w:sz w:val="24"/>
        </w:rPr>
        <w:t>Σελίς. πτυχίον. ἢ καταβατὸν βιβλίου. Σέλγη. πόλις. Σέληρα. νῆσος. Σεμεχωνίτης. λίμνη. Σεμίδαλις. παρὰ τὸ σμῶ, τὸ καθαίρω, καὶ τὸ</w:t>
      </w:r>
    </w:p>
    <w:p>
      <w:r>
        <w:rPr>
          <w:rFonts w:ascii="Courier New" w:hAnsi="Courier New"/>
          <w:color w:val="555555"/>
          <w:sz w:val="20"/>
        </w:rPr>
        <w:t>[10]</w:t>
      </w:r>
    </w:p>
    <w:p>
      <w:r>
        <w:rPr>
          <w:rFonts w:ascii="Gentium Plus" w:hAnsi="Gentium Plus"/>
          <w:sz w:val="24"/>
        </w:rPr>
        <w:t>ἅλις, ἡ ἅλις σμωμένη. τὸ πάνυ σμῆμα, οἱονεὶ τὸ λεπτομερέστατον. οὕτως Ὦρος ὁ Μιλήσιος. Σεννώ. πόλις. †Σέρις. τὸ σέλινον. καὶ κλίνεται σέρεως.†</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Σείριον. καυστικόν. ἀπὸ τοῦ σείριος. ἢ ἀπὸ τοῦ σειραίνω, τὸ ξηραίνω. Σειρήνια μέλη. γλυκύτατα. Σεῖστρον. παίγνιον. καὶ σεῖστρος, εἶδος βοτά‐ νης.</w:t>
      </w:r>
    </w:p>
    <w:p>
      <w:r>
        <w:rPr>
          <w:rFonts w:ascii="Courier New" w:hAnsi="Courier New"/>
          <w:color w:val="555555"/>
          <w:sz w:val="20"/>
        </w:rPr>
        <w:t>[20]</w:t>
      </w:r>
    </w:p>
    <w:p>
      <w:r>
        <w:rPr>
          <w:rFonts w:ascii="Gentium Plus" w:hAnsi="Gentium Plus"/>
          <w:sz w:val="24"/>
        </w:rPr>
        <w:t>*Σέλινα. βοτάνη εὔοσμος.* Σέκτον. τὸ ἄθροισμα τῶν πλουσίων. Σέλας. λαμπηδών. [παρὰ τὸ σαλεύεσθαι τῇ</w:t>
      </w:r>
    </w:p>
    <w:p>
      <w:r>
        <w:rPr>
          <w:rFonts w:ascii="Courier New" w:hAnsi="Courier New"/>
          <w:color w:val="555555"/>
          <w:sz w:val="20"/>
        </w:rPr>
        <w:t>[sigma 1637]</w:t>
      </w:r>
    </w:p>
    <w:p>
      <w:r>
        <w:rPr>
          <w:rFonts w:ascii="Gentium Plus" w:hAnsi="Gentium Plus"/>
          <w:sz w:val="24"/>
        </w:rPr>
        <w:t>Σελμών. ὄρος. ἑρμηνεύεται ἀνταπόδοσις. ἔστι δὲ φωνὴ Ἑβραϊκή. Σεμνεῖον. τὸ μοναστήριον. Σεμιράμεια τείχη. διφθόγγιζε.</w:t>
      </w:r>
    </w:p>
    <w:p>
      <w:r>
        <w:rPr>
          <w:rFonts w:ascii="Courier New" w:hAnsi="Courier New"/>
          <w:color w:val="555555"/>
          <w:sz w:val="20"/>
        </w:rPr>
        <w:t>[5]</w:t>
      </w:r>
    </w:p>
    <w:p>
      <w:r>
        <w:rPr>
          <w:rFonts w:ascii="Gentium Plus" w:hAnsi="Gentium Plus"/>
          <w:sz w:val="24"/>
        </w:rPr>
        <w:t>Σεπτόν. ἅγιον, ἔντιμον. παρὰ τὸ σέβω.</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Σεβασμιάζειν. εὐσεβεῖν. Σειραίνω. τὸ ξηραίνω. [παρὰ τὸν σείριον τὸν ἀστέρα.]</w:t>
      </w:r>
    </w:p>
    <w:p>
      <w:r>
        <w:rPr>
          <w:rFonts w:ascii="Courier New" w:hAnsi="Courier New"/>
          <w:color w:val="555555"/>
          <w:sz w:val="20"/>
        </w:rPr>
        <w:t>[10]</w:t>
      </w:r>
    </w:p>
    <w:p>
      <w:r>
        <w:rPr>
          <w:rFonts w:ascii="Gentium Plus" w:hAnsi="Gentium Plus"/>
          <w:sz w:val="24"/>
        </w:rPr>
        <w:t>Σειράζω. ἅλυσιν ἕλκω. Σείω. ἔστι σῶ ῥῆμα, καὶ ἐξ αὐτοῦ σέω καὶ σείω. καὶ ἐκ τοῦ σῶ †γίνεται καὶ τὸ† σήθω, τὸ κοσκινίζω. †Σελάσκω. λάμπω.†</w:t>
      </w:r>
    </w:p>
    <w:p>
      <w:r>
        <w:rPr>
          <w:rFonts w:ascii="Courier New" w:hAnsi="Courier New"/>
          <w:color w:val="555555"/>
          <w:sz w:val="20"/>
        </w:rPr>
        <w:t>[15]</w:t>
      </w:r>
    </w:p>
    <w:p>
      <w:r>
        <w:rPr>
          <w:rFonts w:ascii="Gentium Plus" w:hAnsi="Gentium Plus"/>
          <w:sz w:val="24"/>
        </w:rPr>
        <w:t>Σεμνυνόμενος. κομπάζων, μέγα φρονῶν. Σεσῃρότα. κεχῃνότα· χαίροντα· γελῶντα· παί‐ ζοντα. Σεύω. τὸ ὁρμῶ καὶ τὸ διώκω. παρὰ τὸ σῶ, σεύω.</w:t>
      </w:r>
    </w:p>
    <w:p>
      <w:pPr>
        <w:jc w:val="center"/>
      </w:pPr>
      <w:r>
        <w:rPr>
          <w:rFonts w:ascii="Gentium Plus" w:hAnsi="Gentium Plus"/>
          <w:b/>
          <w:sz w:val="24"/>
        </w:rPr>
        <w:t>Τὸ Σ μετὰ τοῦ Η.</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Σηγώρ. πόλις καὶ ὄρος. Σῆθος καὶ σηθιανός. κύρια.</w:t>
      </w:r>
    </w:p>
    <w:p>
      <w:r>
        <w:rPr>
          <w:rFonts w:ascii="Courier New" w:hAnsi="Courier New"/>
          <w:color w:val="555555"/>
          <w:sz w:val="20"/>
        </w:rPr>
        <w:t>[sigma 1638]</w:t>
      </w:r>
    </w:p>
    <w:p>
      <w:r>
        <w:rPr>
          <w:rFonts w:ascii="Gentium Plus" w:hAnsi="Gentium Plus"/>
          <w:sz w:val="24"/>
        </w:rPr>
        <w:t>Σηκός. ὁ ναὸς, καὶ ἡ τῶν προβάτων ἔπαυλις. στηκός τίς ἐστι, καὶ γὰρ σταθμός ἐστιν. ἀπὸ τοῦ ἵστασθαι ἐν αὐτῷ τὰ ἀγάλματα. Σηκοκόρος. ὁ τοῦ ναοῦ ἐπιμελούμενος.</w:t>
      </w:r>
    </w:p>
    <w:p>
      <w:r>
        <w:rPr>
          <w:rFonts w:ascii="Courier New" w:hAnsi="Courier New"/>
          <w:color w:val="555555"/>
          <w:sz w:val="20"/>
        </w:rPr>
        <w:t>[5]</w:t>
      </w:r>
    </w:p>
    <w:p>
      <w:r>
        <w:rPr>
          <w:rFonts w:ascii="Gentium Plus" w:hAnsi="Gentium Plus"/>
          <w:sz w:val="24"/>
        </w:rPr>
        <w:t>Σηκουάνοι καὶ Σηκολάκιοι. ἔθνη. Σηλώμ. κύριον καὶ ὄρος. †Σήμαιθος. ὄνομα ποταμοῦ.† Σημάντορος. ἡνιόχου. Σῆπες. οἱ σκώληκες. ἡ εὐθεῖα ὁ σὴψ, τοῦ σηπός.</w:t>
      </w:r>
    </w:p>
    <w:p>
      <w:r>
        <w:rPr>
          <w:rFonts w:ascii="Courier New" w:hAnsi="Courier New"/>
          <w:color w:val="555555"/>
          <w:sz w:val="20"/>
        </w:rPr>
        <w:t>[10]</w:t>
      </w:r>
    </w:p>
    <w:p>
      <w:r>
        <w:rPr>
          <w:rFonts w:ascii="Gentium Plus" w:hAnsi="Gentium Plus"/>
          <w:sz w:val="24"/>
        </w:rPr>
        <w:t>Σῆρες. οἱ σκώληκες. Σήρ. ὁ σκώληξ. καὶ κλίνεται σηρός. καὶ σηρικὰ ἱμάτια, τὰ μεταξωτά. Σήριος. κύριον. Σήραγγες. κοιλώδεις τόποι, ἢ λάκκοι, ἢ τὰ χά‐</w:t>
      </w:r>
    </w:p>
    <w:p>
      <w:r>
        <w:rPr>
          <w:rFonts w:ascii="Courier New" w:hAnsi="Courier New"/>
          <w:color w:val="555555"/>
          <w:sz w:val="20"/>
        </w:rPr>
        <w:t>[15]</w:t>
      </w:r>
    </w:p>
    <w:p>
      <w:r>
        <w:rPr>
          <w:rFonts w:ascii="Gentium Plus" w:hAnsi="Gentium Plus"/>
          <w:sz w:val="24"/>
        </w:rPr>
        <w:t>σματα τῆς γῆς. [ὁ σήραγξ, τοῦ σήραγγος.] Σής. ὁ σκώληξ. καὶ κλίνεται σητός. Σητάνειος. ὁ καθαρὸς ἄρτος. Σηών. κύριον. ὃς ἦν βασιλεὺς τῶν Ἀμοῤῥαίων, πλούτῳ καὶ στρατοπέδῳ περιβόητος. μονόκλι‐</w:t>
      </w:r>
    </w:p>
    <w:p>
      <w:r>
        <w:rPr>
          <w:rFonts w:ascii="Courier New" w:hAnsi="Courier New"/>
          <w:color w:val="555555"/>
          <w:sz w:val="20"/>
        </w:rPr>
        <w:t>[20]</w:t>
      </w:r>
    </w:p>
    <w:p>
      <w:r>
        <w:rPr>
          <w:rFonts w:ascii="Gentium Plus" w:hAnsi="Gentium Plus"/>
          <w:sz w:val="24"/>
        </w:rPr>
        <w:t>τόν ἐστι.</w:t>
      </w:r>
    </w:p>
    <w:p>
      <w:pPr>
        <w:jc w:val="center"/>
      </w:pPr>
      <w:r>
        <w:rPr>
          <w:rFonts w:ascii="Gentium Plus" w:hAnsi="Gentium Plus"/>
          <w:b/>
          <w:sz w:val="24"/>
        </w:rPr>
        <w:t>(Θηλυκόν.)</w:t>
      </w:r>
    </w:p>
    <w:p>
      <w:r>
        <w:rPr>
          <w:rFonts w:ascii="Courier New" w:hAnsi="Courier New"/>
          <w:color w:val="555555"/>
          <w:sz w:val="20"/>
        </w:rPr>
        <w:t>[22]</w:t>
      </w:r>
    </w:p>
    <w:p>
      <w:r>
        <w:rPr>
          <w:rFonts w:ascii="Gentium Plus" w:hAnsi="Gentium Plus"/>
          <w:sz w:val="24"/>
        </w:rPr>
        <w:t>Σήκονις. χώρα. Σηκυία. τὸ σηκυιαστήριον. Σηλυβρία. πόλις. ἀπὸ Σήλυος τοῦ Θρᾳκός.</w:t>
      </w:r>
    </w:p>
    <w:p>
      <w:r>
        <w:rPr>
          <w:rFonts w:ascii="Courier New" w:hAnsi="Courier New"/>
          <w:color w:val="555555"/>
          <w:sz w:val="20"/>
        </w:rPr>
        <w:t>[25]</w:t>
      </w:r>
    </w:p>
    <w:p>
      <w:r>
        <w:rPr>
          <w:rFonts w:ascii="Gentium Plus" w:hAnsi="Gentium Plus"/>
          <w:sz w:val="24"/>
        </w:rPr>
        <w:t>Σημασία. δήλωσις καὶ φανέρωσις.</w:t>
      </w:r>
    </w:p>
    <w:p>
      <w:r>
        <w:rPr>
          <w:rFonts w:ascii="Courier New" w:hAnsi="Courier New"/>
          <w:color w:val="555555"/>
          <w:sz w:val="20"/>
        </w:rPr>
        <w:t>[sigma 1639]</w:t>
      </w:r>
    </w:p>
    <w:p>
      <w:r>
        <w:rPr>
          <w:rFonts w:ascii="Gentium Plus" w:hAnsi="Gentium Plus"/>
          <w:sz w:val="24"/>
        </w:rPr>
        <w:t>Σημαία. τὸ φλάμουλον. Σηστός. πόλις. Σήσαμος. τόπος. Σητήνη. τόπος.</w:t>
      </w:r>
    </w:p>
    <w:p>
      <w:r>
        <w:rPr>
          <w:rFonts w:ascii="Courier New" w:hAnsi="Courier New"/>
          <w:color w:val="555555"/>
          <w:sz w:val="20"/>
        </w:rPr>
        <w:t>[5]</w:t>
      </w:r>
    </w:p>
    <w:p>
      <w:r>
        <w:rPr>
          <w:rFonts w:ascii="Gentium Plus" w:hAnsi="Gentium Plus"/>
          <w:sz w:val="24"/>
        </w:rPr>
        <w:t>Σῆται. ὄνομα χώρας. Σήτη καὶ Σηταία. κύριον. Σηπία. εἶδος ἰχθύος. Σιππία δὲ, τόπος, ι. Σήφη. πόλις.</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Σήγιστρον. τὸ τῶν ἀλόγων σκέπασμα. Σήμαντρα. αἱ σφραγίδες. Σημεῖον. συμβόλαιον τὴν ἀναφορὰν ἡμῖν ποιοῦν πρὸς ἐκεῖνο, οὗ ἐστι τὸ σημεῖον. ὡς τὸ, κονιορ‐ τὸς ἐφάνη, ἔρχονται οἱ πολέμιοι. ἢ σημεῖον τὸ</w:t>
      </w:r>
    </w:p>
    <w:p>
      <w:r>
        <w:rPr>
          <w:rFonts w:ascii="Courier New" w:hAnsi="Courier New"/>
          <w:color w:val="555555"/>
          <w:sz w:val="20"/>
        </w:rPr>
        <w:t>[15]</w:t>
      </w:r>
    </w:p>
    <w:p>
      <w:r>
        <w:rPr>
          <w:rFonts w:ascii="Gentium Plus" w:hAnsi="Gentium Plus"/>
          <w:sz w:val="24"/>
        </w:rPr>
        <w:t>οὐκ ἔξω τῆς φύσεως ὄν. οἷον τὸ ἰάσασθαι ἄῤ‐ ῥωστον καὶ τὰ τοιαῦτα. ἢ οὗ μέρος οὐδέν. καὶ σημεῖον τὸ κέντρον. Σῆμα. τὸ σημεῖον καὶ ὁ τάφος. Σηρηνίου. τοῦ κιβωτίου.</w:t>
      </w:r>
    </w:p>
    <w:p>
      <w:r>
        <w:rPr>
          <w:rFonts w:ascii="Courier New" w:hAnsi="Courier New"/>
          <w:color w:val="555555"/>
          <w:sz w:val="20"/>
        </w:rPr>
        <w:t>[20]</w:t>
      </w:r>
    </w:p>
    <w:p>
      <w:r>
        <w:rPr>
          <w:rFonts w:ascii="Gentium Plus" w:hAnsi="Gentium Plus"/>
          <w:sz w:val="24"/>
        </w:rPr>
        <w:t>Σησάμιον καὶ σησαμοῦντα. τὰ ψαιστά. Σησαμούντεια τείχη. Σήταιον. τόπος.</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Σήθω. τὸ κοσκινίζω. Σημαίνω. προστάσσω. δεικνύω. Σητώμενος. .....</w:t>
      </w:r>
    </w:p>
    <w:p>
      <w:r>
        <w:rPr>
          <w:rFonts w:ascii="Courier New" w:hAnsi="Courier New"/>
          <w:color w:val="555555"/>
          <w:sz w:val="20"/>
        </w:rPr>
        <w:t>[5]</w:t>
      </w:r>
    </w:p>
    <w:p>
      <w:r>
        <w:rPr>
          <w:rFonts w:ascii="Gentium Plus" w:hAnsi="Gentium Plus"/>
          <w:sz w:val="24"/>
        </w:rPr>
        <w:t>Σήκαθεν. ὡς εἰς σηκὸν κατεκλείσθησαν.</w:t>
      </w:r>
    </w:p>
    <w:p>
      <w:pPr>
        <w:jc w:val="center"/>
      </w:pPr>
      <w:r>
        <w:rPr>
          <w:rFonts w:ascii="Gentium Plus" w:hAnsi="Gentium Plus"/>
          <w:b/>
          <w:sz w:val="24"/>
        </w:rPr>
        <w:t>Τὸ Σ μετὰ τοῦ Θ.</w:t>
      </w:r>
    </w:p>
    <w:p>
      <w:r>
        <w:rPr>
          <w:rFonts w:ascii="Courier New" w:hAnsi="Courier New"/>
          <w:color w:val="555555"/>
          <w:sz w:val="20"/>
        </w:rPr>
        <w:t>[7]</w:t>
      </w:r>
    </w:p>
    <w:p>
      <w:r>
        <w:rPr>
          <w:rFonts w:ascii="Gentium Plus" w:hAnsi="Gentium Plus"/>
          <w:sz w:val="24"/>
        </w:rPr>
        <w:t>Σθεναρός. ἰσχυρός. παρὰ τὸ σθένος, ὃ σημαί‐ νει τὴν δύναμιν. τὸ δὲ σθένος παρὰ τὸ ἵστημι, στήσω. στένος καὶ σθένος.</w:t>
      </w:r>
    </w:p>
    <w:p>
      <w:pPr>
        <w:jc w:val="center"/>
      </w:pPr>
      <w:r>
        <w:rPr>
          <w:rFonts w:ascii="Gentium Plus" w:hAnsi="Gentium Plus"/>
          <w:b/>
          <w:sz w:val="24"/>
        </w:rPr>
        <w:t>Τὸ Σ μετὰ τοῦ Ι.</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Σιβύλλειος λόγος. ὁ τῆς Σιβύλλης. Σιγαλόεις. λαμπρὸς, πεποικιλμένος. καὶ σιγα‐ λόεντα. [παρὰ τὸ στίζω, στιγαλόεντα, καὶ σι‐</w:t>
      </w:r>
    </w:p>
    <w:p>
      <w:r>
        <w:rPr>
          <w:rFonts w:ascii="Courier New" w:hAnsi="Courier New"/>
          <w:color w:val="555555"/>
          <w:sz w:val="20"/>
        </w:rPr>
        <w:t>[15]</w:t>
      </w:r>
    </w:p>
    <w:p>
      <w:r>
        <w:rPr>
          <w:rFonts w:ascii="Gentium Plus" w:hAnsi="Gentium Plus"/>
          <w:sz w:val="24"/>
        </w:rPr>
        <w:t>γαλόεντα ἀποβολῇ τοῦ ταῦ.] *Σίντος. ὁ κάκιστος διάβολος, ὁ ἐμφωλεύων ἐν τοῖς ὕδασι.* Σιγηλός. ὁ σιωπηλός. Σίαλος καὶ πτύαλος διαφέρει. ὁ μὲν γὰρ σία‐</w:t>
      </w:r>
    </w:p>
    <w:p>
      <w:r>
        <w:rPr>
          <w:rFonts w:ascii="Courier New" w:hAnsi="Courier New"/>
          <w:color w:val="555555"/>
          <w:sz w:val="20"/>
        </w:rPr>
        <w:t>[20]</w:t>
      </w:r>
    </w:p>
    <w:p>
      <w:r>
        <w:rPr>
          <w:rFonts w:ascii="Gentium Plus" w:hAnsi="Gentium Plus"/>
          <w:sz w:val="24"/>
        </w:rPr>
        <w:t>λος αὐτομόλως ῥεῖ, ὁ δὲ πτύαλος τὸ ἀποπτυόμε‐</w:t>
      </w:r>
    </w:p>
    <w:p>
      <w:r>
        <w:rPr>
          <w:rFonts w:ascii="Courier New" w:hAnsi="Courier New"/>
          <w:color w:val="555555"/>
          <w:sz w:val="20"/>
        </w:rPr>
        <w:t>[sigma 1641]</w:t>
      </w:r>
    </w:p>
    <w:p>
      <w:r>
        <w:rPr>
          <w:rFonts w:ascii="Gentium Plus" w:hAnsi="Gentium Plus"/>
          <w:sz w:val="24"/>
        </w:rPr>
        <w:t>νον κατὰ προαίρεσιν διὰ τὴν τῶν χειλέων ἐπί‐ πτηξιν. ἔστι καὶ σίαλος ὁ εὐτραφὴς σῦς. παρὰ τὸ ἅλις σεσιτεῦσθαι, ἢ παρὰ τὸ ἀφρὸν προΐε‐ σθαι, ὃν λέγουσι σίαλον. καὶ σίαλος τὸ πτύσμα.</w:t>
      </w:r>
    </w:p>
    <w:p>
      <w:r>
        <w:rPr>
          <w:rFonts w:ascii="Courier New" w:hAnsi="Courier New"/>
          <w:color w:val="555555"/>
          <w:sz w:val="20"/>
        </w:rPr>
        <w:t>[5]</w:t>
      </w:r>
    </w:p>
    <w:p>
      <w:r>
        <w:rPr>
          <w:rFonts w:ascii="Gentium Plus" w:hAnsi="Gentium Plus"/>
          <w:sz w:val="24"/>
        </w:rPr>
        <w:t>†Σίζε. ἐπίφθεγμα ἐπὶ κυνηγετῶν.† †Σίκερα. πᾶν τὸ περὶ τὸν οἶνον μέθυσμα. κυ‐ ρίως τὸ ἐκ φοινίκων κατεσκευασμένον.† †Σιλός. ὁ μωρός.† †Σίμβλος. ἡ τροφὴ τῶν μελισσῶν.†</w:t>
      </w:r>
    </w:p>
    <w:p>
      <w:r>
        <w:rPr>
          <w:rFonts w:ascii="Courier New" w:hAnsi="Courier New"/>
          <w:color w:val="555555"/>
          <w:sz w:val="20"/>
        </w:rPr>
        <w:t>[10]</w:t>
      </w:r>
    </w:p>
    <w:p>
      <w:r>
        <w:rPr>
          <w:rFonts w:ascii="Gentium Plus" w:hAnsi="Gentium Plus"/>
          <w:sz w:val="24"/>
        </w:rPr>
        <w:t>†Σινάμορον. πορνικόν. καὶ σινάμορος, ὁ κακό‐ σχολος. καὶ σιναμορουμένη ἀντὶ τοῦ γαμου‐ μένη.† Σίδειος. ὁ τῆς σίδης καρπός. σίδη δὲ ὁ τῆς ῥοιᾶς</w:t>
      </w:r>
    </w:p>
    <w:p>
      <w:r>
        <w:rPr>
          <w:rFonts w:ascii="Courier New" w:hAnsi="Courier New"/>
          <w:color w:val="555555"/>
          <w:sz w:val="20"/>
        </w:rPr>
        <w:t>[sigma 1642]</w:t>
      </w:r>
    </w:p>
    <w:p>
      <w:r>
        <w:rPr>
          <w:rFonts w:ascii="Gentium Plus" w:hAnsi="Gentium Plus"/>
          <w:sz w:val="24"/>
        </w:rPr>
        <w:t>Σιδήτης. ὁ ἀπὸ Σίδης πόλεως. *ἔστι δὲ αὕτη μία τῶν κατὰ τὴν Παμφυλίαν πόλεων μητρόπο‐ λις.* Σίκλος. οἱ τέσσαρες ὀβολοί.</w:t>
      </w:r>
    </w:p>
    <w:p>
      <w:r>
        <w:rPr>
          <w:rFonts w:ascii="Courier New" w:hAnsi="Courier New"/>
          <w:color w:val="555555"/>
          <w:sz w:val="20"/>
        </w:rPr>
        <w:t>[5]</w:t>
      </w:r>
    </w:p>
    <w:p>
      <w:r>
        <w:rPr>
          <w:rFonts w:ascii="Gentium Plus" w:hAnsi="Gentium Plus"/>
          <w:sz w:val="24"/>
        </w:rPr>
        <w:t>Σίκιννις. κύριον. καὶ εἶδος ὀρχήσεως. Σικανοί. οἱ Σικελοί. ἀπὸ ἡγεμόνος Σικανοῦ. Σιλωάμ. ἑρμηνεύεται ἀπεσταλμένος. Σίλουρος. ἰχθύς. Σιληνός. ὁ μωρός. καὶ σίλλος.</w:t>
      </w:r>
    </w:p>
    <w:p>
      <w:r>
        <w:rPr>
          <w:rFonts w:ascii="Courier New" w:hAnsi="Courier New"/>
          <w:color w:val="555555"/>
          <w:sz w:val="20"/>
        </w:rPr>
        <w:t>[10]</w:t>
      </w:r>
    </w:p>
    <w:p>
      <w:r>
        <w:rPr>
          <w:rFonts w:ascii="Gentium Plus" w:hAnsi="Gentium Plus"/>
          <w:sz w:val="24"/>
        </w:rPr>
        <w:t>Σίλαρος. ποταμός. Σιμός. παρὰ τὸ σίγμα σιγμός· καὶ γὰρ τοῦ σι‐ μοῦ ἡ ῥὶς δοκεῖ τοῦ ς τὸν τύπον μιμεῖσθαι. τὸ δὲ σίγμα διὰ τοῦ ι γράφεται, ἐπειδὴ τὰ εἰς</w:t>
      </w:r>
    </w:p>
    <w:p>
      <w:r>
        <w:rPr>
          <w:rFonts w:ascii="Courier New" w:hAnsi="Courier New"/>
          <w:color w:val="555555"/>
          <w:sz w:val="20"/>
        </w:rPr>
        <w:t>[sigma 1643]</w:t>
      </w:r>
    </w:p>
    <w:p>
      <w:r>
        <w:rPr>
          <w:rFonts w:ascii="Gentium Plus" w:hAnsi="Gentium Plus"/>
          <w:sz w:val="24"/>
        </w:rPr>
        <w:t>θέλει παραλήγεσθαι. α. β. γ. δ. ε. καὶ σιμό‐ της ἡ ἐν ῥινὶ κοίλανσις. Σίμων. κύριον. ἑρμηνεύεται ὑπακοή. [ἂν Σί‐ μων ᾖς Κυρηναῖος.]</w:t>
      </w:r>
    </w:p>
    <w:p>
      <w:r>
        <w:rPr>
          <w:rFonts w:ascii="Courier New" w:hAnsi="Courier New"/>
          <w:color w:val="555555"/>
          <w:sz w:val="20"/>
        </w:rPr>
        <w:t>[5]</w:t>
      </w:r>
    </w:p>
    <w:p>
      <w:r>
        <w:rPr>
          <w:rFonts w:ascii="Gentium Plus" w:hAnsi="Gentium Plus"/>
          <w:sz w:val="24"/>
        </w:rPr>
        <w:t>Σιμόεις. ποταμός. Σίπαλος. ὁ εὔμορφος. Σιρός. ὁ λάκκος. ἢ βαθύτατον ὄρυγμα. Σισίννιος. κύριον. Ἀῤῥιανὸς δὲ καὶ Ἀππιανὸς, ὁ Σισίννης, τοῦ Σισίννου.</w:t>
      </w:r>
    </w:p>
    <w:p>
      <w:r>
        <w:rPr>
          <w:rFonts w:ascii="Courier New" w:hAnsi="Courier New"/>
          <w:color w:val="555555"/>
          <w:sz w:val="20"/>
        </w:rPr>
        <w:t>[10]</w:t>
      </w:r>
    </w:p>
    <w:p>
      <w:r>
        <w:rPr>
          <w:rFonts w:ascii="Gentium Plus" w:hAnsi="Gentium Plus"/>
          <w:sz w:val="24"/>
        </w:rPr>
        <w:t>Σιτησμός. ἡ διατροφή. ἐπισιτισμὸς δὲ, ι. Σιφλός. τυφλός· ἀσθενής· ἐπίψογος· μωμη‐ τός. [σιφλὸς δὲ κυρίως ὁ σεσινωμένος τοὺς ἴλ‐ λους, καταχρηστικῶς δὲ καὶ ἐπὶ ἄλλου μέρους τοῦ σώματος, πλεονασμῷ τοῦ φ.]</w:t>
      </w:r>
    </w:p>
    <w:p>
      <w:r>
        <w:rPr>
          <w:rFonts w:ascii="Courier New" w:hAnsi="Courier New"/>
          <w:color w:val="555555"/>
          <w:sz w:val="20"/>
        </w:rPr>
        <w:t>[15]</w:t>
      </w:r>
    </w:p>
    <w:p>
      <w:r>
        <w:rPr>
          <w:rFonts w:ascii="Gentium Plus" w:hAnsi="Gentium Plus"/>
          <w:sz w:val="24"/>
        </w:rPr>
        <w:t>†Σιφνεύς. ὁ ἀσπάλαξ.† [Σίφων. παρὰ τὸ σίζω, τὸ ἦχον ἀποτελῶ.] Σιχθοί. οἱ σαθροί. Σικυιός. ὁ πέπων. τοῦ Ψελλοῦ· ὁ πέπων δέ γε</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Σιαγόνες. ὅτι σείονται περιαγόμεναι. ἢ παρὰ τὸ σιγᾷν. ἐν αἷς ἐστι σιγᾷν καὶ λέγειν ἀνοιγομέ‐ ναις. ἢ παρὰ τὸ τὰ σῖτα ἄγνυσθαι δι’ αὐτῶν.</w:t>
      </w:r>
    </w:p>
    <w:p>
      <w:r>
        <w:rPr>
          <w:rFonts w:ascii="Courier New" w:hAnsi="Courier New"/>
          <w:color w:val="555555"/>
          <w:sz w:val="20"/>
        </w:rPr>
        <w:t>[5]</w:t>
      </w:r>
    </w:p>
    <w:p>
      <w:r>
        <w:rPr>
          <w:rFonts w:ascii="Gentium Plus" w:hAnsi="Gentium Plus"/>
          <w:sz w:val="24"/>
        </w:rPr>
        <w:t>Σιγύνη. ἡ μικρὰ ἀσπίς. Σιδηρᾶν ὡς ἀργυρᾶν περισπῶμεν. Σικύνη, Σίκινις καὶ Σική. ὀνόματα πόλεων. Σικουΐα. χώρα. Σικανία. ἡ Σικελία.</w:t>
      </w:r>
    </w:p>
    <w:p>
      <w:r>
        <w:rPr>
          <w:rFonts w:ascii="Courier New" w:hAnsi="Courier New"/>
          <w:color w:val="555555"/>
          <w:sz w:val="20"/>
        </w:rPr>
        <w:t>[10]</w:t>
      </w:r>
    </w:p>
    <w:p>
      <w:r>
        <w:rPr>
          <w:rFonts w:ascii="Gentium Plus" w:hAnsi="Gentium Plus"/>
          <w:sz w:val="24"/>
        </w:rPr>
        <w:t>Σιλουντία. χώρα. Σίλφη. ὁ σκώληξ. Σιμαί. αἱ μέλισσαι. Σιμότης. κοίλανσις ἐν ῥινί. †Σίννις. ὄρνεον ἁρπακτικόν.†</w:t>
      </w:r>
    </w:p>
    <w:p>
      <w:r>
        <w:rPr>
          <w:rFonts w:ascii="Courier New" w:hAnsi="Courier New"/>
          <w:color w:val="555555"/>
          <w:sz w:val="20"/>
        </w:rPr>
        <w:t>[15]</w:t>
      </w:r>
    </w:p>
    <w:p>
      <w:r>
        <w:rPr>
          <w:rFonts w:ascii="Gentium Plus" w:hAnsi="Gentium Plus"/>
          <w:sz w:val="24"/>
        </w:rPr>
        <w:t>Σινώπη. πόλις. ἀπὸ Σινώπης τῆς Ἀσώπου θυγα‐ τρός. [ὁ δὲ Ἄνδρων φησὶ, μίαν τῶν Ἀμαζό‐ νων φυγοῦσαν εἰς πόντον παρὰ τοῦ βασιλέως τοῦ τόπου, πίνουσάν τε πλεῖστον οἶνον προσα‐ γορευθῆναι Σινώπην. μεταφραζόμενον δὲ τοῦτο</w:t>
      </w:r>
    </w:p>
    <w:p>
      <w:r>
        <w:rPr>
          <w:rFonts w:ascii="Courier New" w:hAnsi="Courier New"/>
          <w:color w:val="555555"/>
          <w:sz w:val="20"/>
        </w:rPr>
        <w:t>[20]</w:t>
      </w:r>
    </w:p>
    <w:p>
      <w:r>
        <w:rPr>
          <w:rFonts w:ascii="Gentium Plus" w:hAnsi="Gentium Plus"/>
          <w:sz w:val="24"/>
        </w:rPr>
        <w:t>σημαίνει τὴν πολλὰ πίνουσαν.]</w:t>
      </w:r>
    </w:p>
    <w:p>
      <w:r>
        <w:rPr>
          <w:rFonts w:ascii="Courier New" w:hAnsi="Courier New"/>
          <w:color w:val="555555"/>
          <w:sz w:val="20"/>
        </w:rPr>
        <w:t>[sigma 1645]</w:t>
      </w:r>
    </w:p>
    <w:p>
      <w:r>
        <w:rPr>
          <w:rFonts w:ascii="Gentium Plus" w:hAnsi="Gentium Plus"/>
          <w:sz w:val="24"/>
        </w:rPr>
        <w:t>*Σίντη. βλαπτική.* Σιπύη. τὸ κανίσκιον. ἢ ἡ ἀρτοθήκη. Καλλίμα‐ χος· ἐκ δ’ ἄρτους σιπύηθεν ἅλις κατέθηκεν</w:t>
      </w:r>
    </w:p>
    <w:p>
      <w:r>
        <w:rPr>
          <w:rFonts w:ascii="Courier New" w:hAnsi="Courier New"/>
          <w:color w:val="555555"/>
          <w:sz w:val="20"/>
        </w:rPr>
        <w:t>[5]</w:t>
      </w:r>
    </w:p>
    <w:p>
      <w:r>
        <w:rPr>
          <w:rFonts w:ascii="Gentium Plus" w:hAnsi="Gentium Plus"/>
          <w:sz w:val="24"/>
        </w:rPr>
        <w:t>ἑλοῦσα. εἴρηται οἱονεὶ σιτοΰνη τὶς οὖσα διὰ τὸ ἐν αὐ‐ τῇ τὰ σιτία ἐμβάλλεσθαι. Σιπία. τόπος, ι. σηπία δὲ, ὁ ἰχθὺς, η καὶ ι. †Σιπυληνή. ἡ Δημήτηρ.†</w:t>
      </w:r>
    </w:p>
    <w:p>
      <w:r>
        <w:rPr>
          <w:rFonts w:ascii="Courier New" w:hAnsi="Courier New"/>
          <w:color w:val="555555"/>
          <w:sz w:val="20"/>
        </w:rPr>
        <w:t>[10]</w:t>
      </w:r>
    </w:p>
    <w:p>
      <w:r>
        <w:rPr>
          <w:rFonts w:ascii="Gentium Plus" w:hAnsi="Gentium Plus"/>
          <w:sz w:val="24"/>
        </w:rPr>
        <w:t>Σισύρα. ἡ γοῦνα. †Σίσυς. τὸ εὐτελὲς ἱμάτιον.† †Σισύρνα δὲ, τὸ ἄτρυχον ἱμάτιον.† Σιταρίς. ὄρνεον. Σιτάρκησις. *τὸ ἀρκοῦν βρῶμα.*</w:t>
      </w:r>
    </w:p>
    <w:p>
      <w:r>
        <w:rPr>
          <w:rFonts w:ascii="Courier New" w:hAnsi="Courier New"/>
          <w:color w:val="555555"/>
          <w:sz w:val="20"/>
        </w:rPr>
        <w:t>[15]</w:t>
      </w:r>
    </w:p>
    <w:p>
      <w:r>
        <w:rPr>
          <w:rFonts w:ascii="Gentium Plus" w:hAnsi="Gentium Plus"/>
          <w:sz w:val="24"/>
        </w:rPr>
        <w:t>Σιωπή. παρὰ τὸ σιγὴ καὶ τὴν ὄπα, τὴν φωνὴν,</w:t>
      </w:r>
    </w:p>
    <w:p>
      <w:r>
        <w:rPr>
          <w:rFonts w:ascii="Courier New" w:hAnsi="Courier New"/>
          <w:color w:val="555555"/>
          <w:sz w:val="20"/>
        </w:rPr>
        <w:t>[sigma 1646]</w:t>
      </w:r>
    </w:p>
    <w:p>
      <w:r>
        <w:rPr>
          <w:rFonts w:ascii="Gentium Plus" w:hAnsi="Gentium Plus"/>
          <w:sz w:val="24"/>
        </w:rPr>
        <w:t>γίνεται σιγηοπὴ, καὶ ἀποβολῇ τοῦ γ καὶ κρά‐ σει τοῦ η καὶ ο εἰς ω μέγα σιωπή. ὡς ὀγδοή‐ κοντα, ὀγδώκοντα. Σίκιννις. εἶδος ὀρχήσεως. ἀπὸ Σικανοῦ τοῦ Ἀθη‐</w:t>
      </w:r>
    </w:p>
    <w:p>
      <w:r>
        <w:rPr>
          <w:rFonts w:ascii="Courier New" w:hAnsi="Courier New"/>
          <w:color w:val="555555"/>
          <w:sz w:val="20"/>
        </w:rPr>
        <w:t>[5]</w:t>
      </w:r>
    </w:p>
    <w:p>
      <w:r>
        <w:rPr>
          <w:rFonts w:ascii="Gentium Plus" w:hAnsi="Gentium Plus"/>
          <w:sz w:val="24"/>
        </w:rPr>
        <w:t>νῶν βασιλέως. οἱ δὲ ἀπὸ τοῦ παιδαγωγοῦ τῶν Θεμιστοκλέους παίδων.</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Σίγειον. ἀκρωτήριον. Σῖγμα. τὸ στοιχεῖον. παρὰ τὸ σίζω, τὸ ἠχῶ, ἀπὸ</w:t>
      </w:r>
    </w:p>
    <w:p>
      <w:r>
        <w:rPr>
          <w:rFonts w:ascii="Courier New" w:hAnsi="Courier New"/>
          <w:color w:val="555555"/>
          <w:sz w:val="20"/>
        </w:rPr>
        <w:t>[10]</w:t>
      </w:r>
    </w:p>
    <w:p>
      <w:r>
        <w:rPr>
          <w:rFonts w:ascii="Gentium Plus" w:hAnsi="Gentium Plus"/>
          <w:sz w:val="24"/>
        </w:rPr>
        <w:t>τῆς παρὰ τὸν φθόγγον δυνάμεως. Σιγίλλιον. ....... Σιδηροῦν καὶ πορφυροῦν. ὁμοίως καὶ χρυσοῦν καὶ ἀργυροῦν. Σίκημα. πόλις. ἡ τῷ Ἰωσὴφ ὑπὸ τοῦ Ἰακὼβ</w:t>
      </w:r>
    </w:p>
    <w:p>
      <w:r>
        <w:rPr>
          <w:rFonts w:ascii="Courier New" w:hAnsi="Courier New"/>
          <w:color w:val="555555"/>
          <w:sz w:val="20"/>
        </w:rPr>
        <w:t>[15]</w:t>
      </w:r>
    </w:p>
    <w:p>
      <w:r>
        <w:rPr>
          <w:rFonts w:ascii="Gentium Plus" w:hAnsi="Gentium Plus"/>
          <w:sz w:val="24"/>
        </w:rPr>
        <w:t>καταληφθεῖσα.</w:t>
      </w:r>
    </w:p>
    <w:p>
      <w:r>
        <w:rPr>
          <w:rFonts w:ascii="Courier New" w:hAnsi="Courier New"/>
          <w:color w:val="555555"/>
          <w:sz w:val="20"/>
        </w:rPr>
        <w:t>[sigma 1647]</w:t>
      </w:r>
    </w:p>
    <w:p>
      <w:r>
        <w:rPr>
          <w:rFonts w:ascii="Gentium Plus" w:hAnsi="Gentium Plus"/>
          <w:sz w:val="24"/>
        </w:rPr>
        <w:t>Σίκυα. τὰ ἀγγούρια. καὶ σικυήλατον. *ὡς ὀπωροφυλάκιον ἐν σικυηλάτῳ.* Σίλφιον. βοτάνη χωνευτήριος. Σίμβλα. τὰ ἀγγεῖα τῶν μελισσῶν. [παρὰ τὸ</w:t>
      </w:r>
    </w:p>
    <w:p>
      <w:r>
        <w:rPr>
          <w:rFonts w:ascii="Courier New" w:hAnsi="Courier New"/>
          <w:color w:val="555555"/>
          <w:sz w:val="20"/>
        </w:rPr>
        <w:t>[5]</w:t>
      </w:r>
    </w:p>
    <w:p>
      <w:r>
        <w:rPr>
          <w:rFonts w:ascii="Gentium Plus" w:hAnsi="Gentium Plus"/>
          <w:sz w:val="24"/>
        </w:rPr>
        <w:t>συμβεβλῆσθαι ἄλλο ἐπ’ ἄλλο, οἷον συμβλήϊα τινὰ ὄντα. οἷον· λείβων ἐκ δάπεος σιμβλήϊα ἔργα μελισ‐ σῶν. ἢ ὅτι σιμὰς ἐκάλουν οἱ ἀρχαῖοι τὰς μελίσσας.</w:t>
      </w:r>
    </w:p>
    <w:p>
      <w:r>
        <w:rPr>
          <w:rFonts w:ascii="Courier New" w:hAnsi="Courier New"/>
          <w:color w:val="555555"/>
          <w:sz w:val="20"/>
        </w:rPr>
        <w:t>[10]</w:t>
      </w:r>
    </w:p>
    <w:p>
      <w:r>
        <w:rPr>
          <w:rFonts w:ascii="Gentium Plus" w:hAnsi="Gentium Plus"/>
          <w:sz w:val="24"/>
        </w:rPr>
        <w:t>αἱ γὰρ μέλισσαι πρὸς σύγκρισιν τῶν σφηκῶν ἀμβλύτερα ἔχουσι τὰ κέντρα.] †ἤγουν ἐν αἷς αἱ σιμαὶ μολῶσι.† Σιμικίνθιον. τὸ περὶ τοὺς πόδας σανδάλιον. τι‐ νὲς δὲ τὸ φακιόλιον. κυρίως δὲ τὸ ῥινόμακτρον,</w:t>
      </w:r>
    </w:p>
    <w:p>
      <w:r>
        <w:rPr>
          <w:rFonts w:ascii="Courier New" w:hAnsi="Courier New"/>
          <w:color w:val="555555"/>
          <w:sz w:val="20"/>
        </w:rPr>
        <w:t>[15]</w:t>
      </w:r>
    </w:p>
    <w:p>
      <w:r>
        <w:rPr>
          <w:rFonts w:ascii="Gentium Plus" w:hAnsi="Gentium Plus"/>
          <w:sz w:val="24"/>
        </w:rPr>
        <w:t>ὅ ἐστι τὸ μυξομάνδηλον. Σῖτα καὶ σιτία. τὰ βρώματα.</w:t>
      </w:r>
    </w:p>
    <w:p>
      <w:r>
        <w:rPr>
          <w:rFonts w:ascii="Courier New" w:hAnsi="Courier New"/>
          <w:color w:val="555555"/>
          <w:sz w:val="20"/>
        </w:rPr>
        <w:t>[sigma 1648]</w:t>
      </w:r>
    </w:p>
    <w:p>
      <w:r>
        <w:rPr>
          <w:rFonts w:ascii="Gentium Plus" w:hAnsi="Gentium Plus"/>
          <w:sz w:val="24"/>
        </w:rPr>
        <w:t>Σιείρ. ὄρος. Σίελ. σκοτοδίνη. καὶ ἀντὶ τοῦ σκοτοδινιῶ. οὕτω λέγουσιν οἱ Συρακούσιοι. Σινᾶ. ὄρος, ὅπερ τῇ Ἀῤῥάβων γλώσσῃ Ἄγαρ</w:t>
      </w:r>
    </w:p>
    <w:p>
      <w:r>
        <w:rPr>
          <w:rFonts w:ascii="Courier New" w:hAnsi="Courier New"/>
          <w:color w:val="555555"/>
          <w:sz w:val="20"/>
        </w:rPr>
        <w:t>[5]</w:t>
      </w:r>
    </w:p>
    <w:p>
      <w:r>
        <w:rPr>
          <w:rFonts w:ascii="Gentium Plus" w:hAnsi="Gentium Plus"/>
          <w:sz w:val="24"/>
        </w:rPr>
        <w:t>καλεῖται. Σίραιον. τὸ ἕψημα. Σίνηπι. παρὰ τὸ σίνειν τοὺς ὦπας.</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Σιβυλλαίνω. ἐκθειάζω.</w:t>
      </w:r>
    </w:p>
    <w:p>
      <w:r>
        <w:rPr>
          <w:rFonts w:ascii="Courier New" w:hAnsi="Courier New"/>
          <w:color w:val="555555"/>
          <w:sz w:val="20"/>
        </w:rPr>
        <w:t>[10]</w:t>
      </w:r>
    </w:p>
    <w:p>
      <w:r>
        <w:rPr>
          <w:rFonts w:ascii="Gentium Plus" w:hAnsi="Gentium Plus"/>
          <w:sz w:val="24"/>
        </w:rPr>
        <w:t>Σιγῶ. παρὰ τὸ σιγὴ σιγῶ, ὡς τιμὴ τιμῶ. Σίζω. τὸ ἠχῶ. ὠνοματοπεποίηται. ὀνοματοποιΐα δέ ἐστι φωνῆς μίμησις πρὸς τὴν ποιότητα τοῦ ὑποκειμένου. Σιλαίνω. μωραίνω. καὶ τὸ κολακεύω τοὺς ἵππους.</w:t>
      </w:r>
    </w:p>
    <w:p>
      <w:r>
        <w:rPr>
          <w:rFonts w:ascii="Courier New" w:hAnsi="Courier New"/>
          <w:color w:val="555555"/>
          <w:sz w:val="20"/>
        </w:rPr>
        <w:t>[15]</w:t>
      </w:r>
    </w:p>
    <w:p>
      <w:r>
        <w:rPr>
          <w:rFonts w:ascii="Gentium Plus" w:hAnsi="Gentium Plus"/>
          <w:sz w:val="24"/>
        </w:rPr>
        <w:t>Σιλλογραφῆσαι. μιμολογῆσαι. Σίνω. τὸ βλάπτω.</w:t>
      </w:r>
    </w:p>
    <w:p>
      <w:r>
        <w:rPr>
          <w:rFonts w:ascii="Courier New" w:hAnsi="Courier New"/>
          <w:color w:val="555555"/>
          <w:sz w:val="20"/>
        </w:rPr>
        <w:t>[sigma 1649]</w:t>
      </w:r>
    </w:p>
    <w:p>
      <w:r>
        <w:rPr>
          <w:rFonts w:ascii="Gentium Plus" w:hAnsi="Gentium Plus"/>
          <w:sz w:val="24"/>
        </w:rPr>
        <w:t>Σίκρητα. παρὰ Ῥωμαίοις κριτήρια. Σιτῶ. τὸ διατρέφω. καὶ σιτῆσαι. ἐπισιτίζω δὲ, ι. [σιτῶ γὰρ, οὐκ ἐπισιτῶ.] Σιφλώσειεν. ἤτοι μωμητὸν ποιήσειεν. ἢ βλά‐</w:t>
      </w:r>
    </w:p>
    <w:p>
      <w:r>
        <w:rPr>
          <w:rFonts w:ascii="Courier New" w:hAnsi="Courier New"/>
          <w:color w:val="555555"/>
          <w:sz w:val="20"/>
        </w:rPr>
        <w:t>[5]</w:t>
      </w:r>
    </w:p>
    <w:p>
      <w:r>
        <w:rPr>
          <w:rFonts w:ascii="Gentium Plus" w:hAnsi="Gentium Plus"/>
          <w:sz w:val="24"/>
        </w:rPr>
        <w:t>ψειεν. ἔστι γὰρ φλῶ, τὸ ὁρμὴν ἔχω. ὅθεν καὶ οἰνόφλυξ. ἢ ἀπὸ τοῦ σιφλὸς γίνεται σιφλῶ. Σιτωνῶ. σῖτον ἀγοράζω. καὶ σιτῶναι, οἱ τὸν σῖ‐ τον ὠνούμενοι καὶ καπηλεύοντες. Σινέσκοντο. ἔβλαπτον. Ὅμηρος·</w:t>
      </w:r>
    </w:p>
    <w:p>
      <w:r>
        <w:rPr>
          <w:rFonts w:ascii="Courier New" w:hAnsi="Courier New"/>
          <w:color w:val="555555"/>
          <w:sz w:val="20"/>
        </w:rPr>
        <w:t>[10]</w:t>
      </w:r>
    </w:p>
    <w:p>
      <w:r>
        <w:rPr>
          <w:rFonts w:ascii="Gentium Plus" w:hAnsi="Gentium Plus"/>
          <w:sz w:val="24"/>
        </w:rPr>
        <w:t>οἳ σφέας σινέσκοντο, βίῃφι δὲ φέρτεροι ἦσαν.</w:t>
      </w:r>
    </w:p>
    <w:p>
      <w:pPr>
        <w:jc w:val="center"/>
      </w:pPr>
      <w:r>
        <w:rPr>
          <w:rFonts w:ascii="Gentium Plus" w:hAnsi="Gentium Plus"/>
          <w:b/>
          <w:sz w:val="24"/>
        </w:rPr>
        <w:t>Τὸ Σ μετὰ τοῦ Κ.</w:t>
      </w:r>
    </w:p>
    <w:p>
      <w:pPr>
        <w:jc w:val="center"/>
      </w:pPr>
      <w:r>
        <w:rPr>
          <w:rFonts w:ascii="Gentium Plus" w:hAnsi="Gentium Plus"/>
          <w:b/>
          <w:sz w:val="24"/>
        </w:rPr>
        <w:t>(Ἀρσενικόν.)</w:t>
      </w:r>
    </w:p>
    <w:p>
      <w:r>
        <w:rPr>
          <w:rFonts w:ascii="Courier New" w:hAnsi="Courier New"/>
          <w:color w:val="555555"/>
          <w:sz w:val="20"/>
        </w:rPr>
        <w:t>[13]</w:t>
      </w:r>
    </w:p>
    <w:p>
      <w:r>
        <w:rPr>
          <w:rFonts w:ascii="Gentium Plus" w:hAnsi="Gentium Plus"/>
          <w:sz w:val="24"/>
        </w:rPr>
        <w:t>Σκαρθμός. κατὰ διάλεκτον ὁ πούς. τὸν δ’ ἐς Ἀχαιῶν νῆας ἐΰσκαρθμοι φέρον</w:t>
      </w:r>
    </w:p>
    <w:p>
      <w:r>
        <w:rPr>
          <w:rFonts w:ascii="Courier New" w:hAnsi="Courier New"/>
          <w:color w:val="555555"/>
          <w:sz w:val="20"/>
        </w:rPr>
        <w:t>[15]</w:t>
      </w:r>
    </w:p>
    <w:p>
      <w:r>
        <w:rPr>
          <w:rFonts w:ascii="Gentium Plus" w:hAnsi="Gentium Plus"/>
          <w:sz w:val="24"/>
        </w:rPr>
        <w:t>ἵπποι. ὅ ἐστιν εὐκίνητοι, ταχεῖς. εἴρηται δὲ σκαρθμὸς παρὰ τὸ σκαίρω, σκαρμὸς, καὶ πλεονασμῷ τοῦ θ σκαρθμός. ὥσπερ ἐπὶ τοῦ ἄρσω, ἁρμός. ἐπὶ δὲ τοῦ πλοίου, παρὰ τὸ μὴ ἐᾷν τὴν ναῦν σκαί‐</w:t>
      </w:r>
    </w:p>
    <w:p>
      <w:r>
        <w:rPr>
          <w:rFonts w:ascii="Courier New" w:hAnsi="Courier New"/>
          <w:color w:val="555555"/>
          <w:sz w:val="20"/>
        </w:rPr>
        <w:t>[20]</w:t>
      </w:r>
    </w:p>
    <w:p>
      <w:r>
        <w:rPr>
          <w:rFonts w:ascii="Gentium Plus" w:hAnsi="Gentium Plus"/>
          <w:sz w:val="24"/>
        </w:rPr>
        <w:t>ρειν.</w:t>
      </w:r>
    </w:p>
    <w:p>
      <w:r>
        <w:rPr>
          <w:rFonts w:ascii="Courier New" w:hAnsi="Courier New"/>
          <w:color w:val="555555"/>
          <w:sz w:val="20"/>
        </w:rPr>
        <w:t>[sigma 1650]</w:t>
      </w:r>
    </w:p>
    <w:p>
      <w:r>
        <w:rPr>
          <w:rFonts w:ascii="Gentium Plus" w:hAnsi="Gentium Plus"/>
          <w:sz w:val="24"/>
        </w:rPr>
        <w:t>Σκαλμός. περὶ ὃν δεσμοῦσι τὰς κώπας πάσ‐ σαλον. ὑποσκαλμὶς δὲ ἡ τοῦ σκαλμοῦ βάσις. Σκαπανήτης. ὁ σκαφεύς. καὶ σκαπανεύς. Σκαιός. πονηρός· κακός· φαῦλος· ἀριστερός.</w:t>
      </w:r>
    </w:p>
    <w:p>
      <w:r>
        <w:rPr>
          <w:rFonts w:ascii="Courier New" w:hAnsi="Courier New"/>
          <w:color w:val="555555"/>
          <w:sz w:val="20"/>
        </w:rPr>
        <w:t>[5]</w:t>
      </w:r>
    </w:p>
    <w:p>
      <w:r>
        <w:rPr>
          <w:rFonts w:ascii="Gentium Plus" w:hAnsi="Gentium Plus"/>
          <w:sz w:val="24"/>
        </w:rPr>
        <w:t>καὶ σκαιὸς ὁ ἀμαθής. [σκαιότατος ὅστις τὸ κιθάρισμ’ ἐμάνθανε παῖς ὢν δυοῖν μηνῶν— καὶ πάλιν· ὦ σκαιὲ καὶ ἀπαίδευτε—.]</w:t>
      </w:r>
    </w:p>
    <w:p>
      <w:r>
        <w:rPr>
          <w:rFonts w:ascii="Courier New" w:hAnsi="Courier New"/>
          <w:color w:val="555555"/>
          <w:sz w:val="20"/>
        </w:rPr>
        <w:t>[10]</w:t>
      </w:r>
    </w:p>
    <w:p>
      <w:r>
        <w:rPr>
          <w:rFonts w:ascii="Gentium Plus" w:hAnsi="Gentium Plus"/>
          <w:sz w:val="24"/>
        </w:rPr>
        <w:t>†Σκελετός. ὁ κατάξηρος. παρὰ τὸ σκεῖλαι, τὸ ξηράναι.† †Σκείρων. ὄνομα λῃστοῦ. Σκήρων δὲ, ἐθνι‐ κὸν, η.† †Σκέλυθρος. ὁ ταπεινός.†</w:t>
      </w:r>
    </w:p>
    <w:p>
      <w:r>
        <w:rPr>
          <w:rFonts w:ascii="Courier New" w:hAnsi="Courier New"/>
          <w:color w:val="555555"/>
          <w:sz w:val="20"/>
        </w:rPr>
        <w:t>[15]</w:t>
      </w:r>
    </w:p>
    <w:p>
      <w:r>
        <w:rPr>
          <w:rFonts w:ascii="Gentium Plus" w:hAnsi="Gentium Plus"/>
          <w:sz w:val="24"/>
        </w:rPr>
        <w:t>Σκηπτοῦχος. ὁ τοῦ βασιλέως σκηπτοφόρος. ἢ ὁ βασιλεύς. Σκηπτός. ὁ κεραυνός. †Σκιπιωρός. ὁ κατάσκοπος. καὶ σκίπων.† Σκίπων. ἡ βακτηρία. παρὰ τὸ σκιρίπτω, ἀπο‐</w:t>
      </w:r>
    </w:p>
    <w:p>
      <w:r>
        <w:rPr>
          <w:rFonts w:ascii="Courier New" w:hAnsi="Courier New"/>
          <w:color w:val="555555"/>
          <w:sz w:val="20"/>
        </w:rPr>
        <w:t>[20]</w:t>
      </w:r>
    </w:p>
    <w:p>
      <w:r>
        <w:rPr>
          <w:rFonts w:ascii="Gentium Plus" w:hAnsi="Gentium Plus"/>
          <w:sz w:val="24"/>
        </w:rPr>
        <w:t>βολῇ τοῦ ρ καὶ τοῦ τ καὶ συγκοπῇ. Σκίμπους. τὸ μέσον τοῦ κραββάτου· μεταφο‐</w:t>
      </w:r>
    </w:p>
    <w:p>
      <w:r>
        <w:rPr>
          <w:rFonts w:ascii="Courier New" w:hAnsi="Courier New"/>
          <w:color w:val="555555"/>
          <w:sz w:val="20"/>
        </w:rPr>
        <w:t>[sigma 1651]</w:t>
      </w:r>
    </w:p>
    <w:p>
      <w:r>
        <w:rPr>
          <w:rFonts w:ascii="Gentium Plus" w:hAnsi="Gentium Plus"/>
          <w:sz w:val="24"/>
        </w:rPr>
        <w:t>νὴ καὶ τὸ ποὺς γίνεται σκηνίπους καὶ συγκοπῇ σκίμπους. [λέγεται δὲ καὶ σκίμπος χωρὶς τοῦ υ, ὡς ἀρτίπος, ἀελλόπος. σκηνίπους τὶς ὢν, ὁ σκη‐ νῶν τῷ σώματι.]</w:t>
      </w:r>
    </w:p>
    <w:p>
      <w:r>
        <w:rPr>
          <w:rFonts w:ascii="Courier New" w:hAnsi="Courier New"/>
          <w:color w:val="555555"/>
          <w:sz w:val="20"/>
        </w:rPr>
        <w:t>[5]</w:t>
      </w:r>
    </w:p>
    <w:p>
      <w:r>
        <w:rPr>
          <w:rFonts w:ascii="Gentium Plus" w:hAnsi="Gentium Plus"/>
          <w:sz w:val="24"/>
        </w:rPr>
        <w:t>Σκίῤῥος. ὁ γύψος. καὶ σκιῤῥίται οἱ γυψεμπλά‐ σται. Σκνιπὸς καὶ σκνιφός. ὁ μικρολόγος καὶ φειδω‐ λός. παρὰ τοὺς σκνίπας καὶ τὴν τούτων σμικρό‐ τητα.</w:t>
      </w:r>
    </w:p>
    <w:p>
      <w:r>
        <w:rPr>
          <w:rFonts w:ascii="Courier New" w:hAnsi="Courier New"/>
          <w:color w:val="555555"/>
          <w:sz w:val="20"/>
        </w:rPr>
        <w:t>[10]</w:t>
      </w:r>
    </w:p>
    <w:p>
      <w:r>
        <w:rPr>
          <w:rFonts w:ascii="Gentium Plus" w:hAnsi="Gentium Plus"/>
          <w:sz w:val="24"/>
        </w:rPr>
        <w:t>Σκνίπες. ζῶα εἰσὶ βραχύτατα, ὅμως ἀργαλεώτα‐ τα, οὐ γὰρ μόνον κνησμοὺς ἐμποιοῦσιν ἀηδεῖς, ἀλλὰ καὶ εἰς τὸ ἐντὸς βιάζεται διὰ τῶν μυκτή‐ ρων καὶ ὤτων. σίνεται δὲ καὶ κόρας ὀφθαλμῶν, εἰ μὴ φυλάξαιτό τις.</w:t>
      </w:r>
    </w:p>
    <w:p>
      <w:r>
        <w:rPr>
          <w:rFonts w:ascii="Courier New" w:hAnsi="Courier New"/>
          <w:color w:val="555555"/>
          <w:sz w:val="20"/>
        </w:rPr>
        <w:t>[15]</w:t>
      </w:r>
    </w:p>
    <w:p>
      <w:r>
        <w:rPr>
          <w:rFonts w:ascii="Gentium Plus" w:hAnsi="Gentium Plus"/>
          <w:sz w:val="24"/>
        </w:rPr>
        <w:t>†Σκοῖος. ὁ σκολιός.† Σκοπός. ὁ προορῶν. ἢ προπορευόμενος τοῦ στρα‐ τοῦ. ᾧ στοιχοῦσι πάντες καὶ ἀκολουθοῦσι. σκο‐ πὸς καὶ τὸ σημάδιον. σκοπός ἐστι καὶ τὸ διὰ τέλος σπουδαζόμενον. ἢ σκοπός ἐστι τὸ προσ‐</w:t>
      </w:r>
    </w:p>
    <w:p>
      <w:r>
        <w:rPr>
          <w:rFonts w:ascii="Courier New" w:hAnsi="Courier New"/>
          <w:color w:val="555555"/>
          <w:sz w:val="20"/>
        </w:rPr>
        <w:t>[20]</w:t>
      </w:r>
    </w:p>
    <w:p>
      <w:r>
        <w:rPr>
          <w:rFonts w:ascii="Gentium Plus" w:hAnsi="Gentium Plus"/>
          <w:sz w:val="24"/>
        </w:rPr>
        <w:t>επινοούμενον τέλος. σκοπός ἐστι τῆς πρακτικῆς, τὸ καθᾷραι τὸν νοῦν καὶ ποιῆσαι τοῦτον παν‐ τὸς πάθους ἀπαράδεκτον. Σκόλοψ. ὀξὺ ξύλον, ὅπερ ἐπήγνυον τῷ τείχει. παρὰ τὸ κολάπτω κόλοψ καὶ σκόλοψ. ἢ παρὰ</w:t>
      </w:r>
    </w:p>
    <w:p>
      <w:r>
        <w:rPr>
          <w:rFonts w:ascii="Courier New" w:hAnsi="Courier New"/>
          <w:color w:val="555555"/>
          <w:sz w:val="20"/>
        </w:rPr>
        <w:t>[25]</w:t>
      </w:r>
    </w:p>
    <w:p>
      <w:r>
        <w:rPr>
          <w:rFonts w:ascii="Gentium Plus" w:hAnsi="Gentium Plus"/>
          <w:sz w:val="24"/>
        </w:rPr>
        <w:t>τὸ σχίζω σχόλοψ καὶ σκόλοψ, τὸ διεσχισμέ‐</w:t>
      </w:r>
    </w:p>
    <w:p>
      <w:r>
        <w:rPr>
          <w:rFonts w:ascii="Courier New" w:hAnsi="Courier New"/>
          <w:color w:val="555555"/>
          <w:sz w:val="20"/>
        </w:rPr>
        <w:t>[sigma 1652]</w:t>
      </w:r>
    </w:p>
    <w:p>
      <w:r>
        <w:rPr>
          <w:rFonts w:ascii="Gentium Plus" w:hAnsi="Gentium Plus"/>
          <w:sz w:val="24"/>
        </w:rPr>
        <w:t>νον καὶ ἀπωξυμμένον ξύλον. σκόλοπες καὶ αἱ τῶν φοινίκων ἀκμαί. σκόλοψ καὶ ὁ πειρασμός. ὡς τό· ἐδόθη μοι σκόλοψ τῇ σαρκί. Σκόπελος. ὁ ὑψηλὸς τόπος, ἀφ’ οὗ ἐστι τὰ κύ‐</w:t>
      </w:r>
    </w:p>
    <w:p>
      <w:r>
        <w:rPr>
          <w:rFonts w:ascii="Courier New" w:hAnsi="Courier New"/>
          <w:color w:val="555555"/>
          <w:sz w:val="20"/>
        </w:rPr>
        <w:t>[5]</w:t>
      </w:r>
    </w:p>
    <w:p>
      <w:r>
        <w:rPr>
          <w:rFonts w:ascii="Gentium Plus" w:hAnsi="Gentium Plus"/>
          <w:sz w:val="24"/>
        </w:rPr>
        <w:t>κλῳ σκοπεῖν. Σκρινιάριος. ὑπογραφεύς. Σκυθρωπός. στυγνός· λυπηρός. Σκύμνος. ὁ τοῦ λέοντος σκύλαξ. Σκύλλος. κυρίως ἐπὶ κυνὸς νεογνοῦ. εἴρηται δὲ</w:t>
      </w:r>
    </w:p>
    <w:p>
      <w:r>
        <w:rPr>
          <w:rFonts w:ascii="Courier New" w:hAnsi="Courier New"/>
          <w:color w:val="555555"/>
          <w:sz w:val="20"/>
        </w:rPr>
        <w:t>[10]</w:t>
      </w:r>
    </w:p>
    <w:p>
      <w:r>
        <w:rPr>
          <w:rFonts w:ascii="Gentium Plus" w:hAnsi="Gentium Plus"/>
          <w:sz w:val="24"/>
        </w:rPr>
        <w:t>ἀπὸ τοῦ ἐπισχεῖν τὴν ὑλακήν· σχύλαξ τις ὤν. Σκληρός. παρὰ τὸ σκλῶ μονοσύλλαβον, ὅπερ ἀπὸ τοῦ σκέλλω, τὸ ξηραίνω. Σκώληξ. ὁ μὴ ἔχων κῶλον, ἤγουν ὀστοῦν, κατὰ ἀντίφρασιν.</w:t>
      </w:r>
    </w:p>
    <w:p>
      <w:r>
        <w:rPr>
          <w:rFonts w:ascii="Courier New" w:hAnsi="Courier New"/>
          <w:color w:val="555555"/>
          <w:sz w:val="20"/>
        </w:rPr>
        <w:t>[15]</w:t>
      </w:r>
    </w:p>
    <w:p>
      <w:r>
        <w:rPr>
          <w:rFonts w:ascii="Gentium Plus" w:hAnsi="Gentium Plus"/>
          <w:sz w:val="24"/>
        </w:rPr>
        <w:t>†Σκῶπες. γένος ὀρνέου.† Σκώψ. ὄρνεον κόβαλον καὶ μιμηλὸν, ὅμοιον γλαυκί. φασὶ δὲ ἀπὸ τοῦ ζώου τούτου τὸ σκώ‐ πτειν εἰρῆσθαι. τινὲς δὲ κακόφωνον λέγουσι τὸ ὄρνεον. παρὰ τὸ σκαιὰν ἔχειν ὄπα. οὕτως Ὦρος</w:t>
      </w:r>
    </w:p>
    <w:p>
      <w:r>
        <w:rPr>
          <w:rFonts w:ascii="Courier New" w:hAnsi="Courier New"/>
          <w:color w:val="555555"/>
          <w:sz w:val="20"/>
        </w:rPr>
        <w:t>[20]</w:t>
      </w:r>
    </w:p>
    <w:p>
      <w:r>
        <w:rPr>
          <w:rFonts w:ascii="Gentium Plus" w:hAnsi="Gentium Plus"/>
          <w:sz w:val="24"/>
        </w:rPr>
        <w:t>ὁ Μιλήσιος. Σκύμνος. τὸ τοῦ λέοντος σκυλάκιον. παρὰ τὸ σκύζω, τὸ ὀργίζομαι. σκυμνὸς δὲ ἐπὶ τῶν ἄλ‐ λων ζώων. Σκωπτηλός. γελαστής.</w:t>
      </w:r>
    </w:p>
    <w:p>
      <w:r>
        <w:rPr>
          <w:rFonts w:ascii="Courier New" w:hAnsi="Courier New"/>
          <w:color w:val="555555"/>
          <w:sz w:val="20"/>
        </w:rPr>
        <w:t>[25]</w:t>
      </w:r>
    </w:p>
    <w:p>
      <w:r>
        <w:rPr>
          <w:rFonts w:ascii="Gentium Plus" w:hAnsi="Gentium Plus"/>
          <w:sz w:val="24"/>
        </w:rPr>
        <w:t>Σκυτοδέψης. δερματολέκτης· ὁ τὰς βύρσας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Σκαπάνη. ἡ δίκελλα. Σκλαβινία. ἡ Βουλγαρία. Σκαμμωνία. βοτάνη.</w:t>
      </w:r>
    </w:p>
    <w:p>
      <w:r>
        <w:rPr>
          <w:rFonts w:ascii="Courier New" w:hAnsi="Courier New"/>
          <w:color w:val="555555"/>
          <w:sz w:val="20"/>
        </w:rPr>
        <w:t>[5]</w:t>
      </w:r>
    </w:p>
    <w:p>
      <w:r>
        <w:rPr>
          <w:rFonts w:ascii="Gentium Plus" w:hAnsi="Gentium Plus"/>
          <w:sz w:val="24"/>
        </w:rPr>
        <w:t>†Στηπτουχία. βασιλείας κληρουχία.† †Σκίλλα. ἡ βοτάνη.† Σκάνδεια. πόλις. Σκαιά. ἡ ἀριστερά. Σκαιωρία. σκευωρία· κατασκευή· ἐπιβουλή.</w:t>
      </w:r>
    </w:p>
    <w:p>
      <w:r>
        <w:rPr>
          <w:rFonts w:ascii="Courier New" w:hAnsi="Courier New"/>
          <w:color w:val="555555"/>
          <w:sz w:val="20"/>
        </w:rPr>
        <w:t>[10]</w:t>
      </w:r>
    </w:p>
    <w:p>
      <w:r>
        <w:rPr>
          <w:rFonts w:ascii="Gentium Plus" w:hAnsi="Gentium Plus"/>
          <w:sz w:val="24"/>
        </w:rPr>
        <w:t>Σκειρωνία πέτρα. ἡ τοῦ Σκείρωνος λῃστοῦ. Σκηνή. ἡ κατοικία. παρὰ τὸ σχῶ, τὸ κρατῶ· σχηνὴ καὶ σκηνὴ, ἡ κρατοῦσα καὶ φυλάττουσα ἡμᾶς. σκηνὴ καὶ τὸ δρᾶμα καὶ ἡ ὑπόκρισις. Σκῆψις. ἡ πρόφασις. σκέψις ἐστὶ, καὶ τροπῇ</w:t>
      </w:r>
    </w:p>
    <w:p>
      <w:r>
        <w:rPr>
          <w:rFonts w:ascii="Courier New" w:hAnsi="Courier New"/>
          <w:color w:val="555555"/>
          <w:sz w:val="20"/>
        </w:rPr>
        <w:t>[15]</w:t>
      </w:r>
    </w:p>
    <w:p>
      <w:r>
        <w:rPr>
          <w:rFonts w:ascii="Gentium Plus" w:hAnsi="Gentium Plus"/>
          <w:sz w:val="24"/>
        </w:rPr>
        <w:t>τοῦ ε εἰς η σκῆψις· οἱ γὰρ προφασιζόμενοι σκέ‐ πτονται, τί εἴπωσι. σημαίνει δὲ καὶ τὴν ἐκ με‐</w:t>
      </w:r>
    </w:p>
    <w:p>
      <w:r>
        <w:rPr>
          <w:rFonts w:ascii="Courier New" w:hAnsi="Courier New"/>
          <w:color w:val="555555"/>
          <w:sz w:val="20"/>
        </w:rPr>
        <w:t>[sigma 1654]</w:t>
      </w:r>
    </w:p>
    <w:p>
      <w:r>
        <w:rPr>
          <w:rFonts w:ascii="Gentium Plus" w:hAnsi="Gentium Plus"/>
          <w:sz w:val="24"/>
        </w:rPr>
        <w:t>Σκληραγωγία. ἄσκησις. Σκοπιά. ὑψηλὸς τόπος. Σκοτομήνη. ἡ ἀσέληνος νύξ. Σκοτόμαινα. νύξ ἐστιν, ἐν ᾗ μαίνεται καὶ ἀκα‐</w:t>
      </w:r>
    </w:p>
    <w:p>
      <w:r>
        <w:rPr>
          <w:rFonts w:ascii="Courier New" w:hAnsi="Courier New"/>
          <w:color w:val="555555"/>
          <w:sz w:val="20"/>
        </w:rPr>
        <w:t>[5]</w:t>
      </w:r>
    </w:p>
    <w:p>
      <w:r>
        <w:rPr>
          <w:rFonts w:ascii="Gentium Plus" w:hAnsi="Gentium Plus"/>
          <w:sz w:val="24"/>
        </w:rPr>
        <w:t>ταστεῖ τὰ οὐράνια. Σκύδνος. ἡ λοιδορία· ἡ ὀργή· ἡ σκυθρωπότης. Σκυτάλη. ἐργαλεῖον σκυτοτομικόν. καὶ ἡ ἀβίνα. Σκυταλίδες. οἱ κόνδυλοι τῶν δακτύλων. Σκιά. παρὰ τὸ κίω, τὸ ἀκολουθῶ· κιὰ καὶ σκιὰ</w:t>
      </w:r>
    </w:p>
    <w:p>
      <w:r>
        <w:rPr>
          <w:rFonts w:ascii="Courier New" w:hAnsi="Courier New"/>
          <w:color w:val="555555"/>
          <w:sz w:val="20"/>
        </w:rPr>
        <w:t>[10]</w:t>
      </w:r>
    </w:p>
    <w:p>
      <w:r>
        <w:rPr>
          <w:rFonts w:ascii="Gentium Plus" w:hAnsi="Gentium Plus"/>
          <w:sz w:val="24"/>
        </w:rPr>
        <w:t>ἐπενθέσει τοῦ ς. καὶ σκιὰ ὁ τύπος παρὰ τῷ Ἀποστόλῳ· σκιὰν γὰρ ἔχων ὁ νόμος τῶν μελλόντων ἀγαθῶν, ὅ ἐστι τύπον.</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Σκαμβόν. στρεβλόν.</w:t>
      </w:r>
    </w:p>
    <w:p>
      <w:r>
        <w:rPr>
          <w:rFonts w:ascii="Courier New" w:hAnsi="Courier New"/>
          <w:color w:val="555555"/>
          <w:sz w:val="20"/>
        </w:rPr>
        <w:t>[15]</w:t>
      </w:r>
    </w:p>
    <w:p>
      <w:r>
        <w:rPr>
          <w:rFonts w:ascii="Gentium Plus" w:hAnsi="Gentium Plus"/>
          <w:sz w:val="24"/>
        </w:rPr>
        <w:t>Σκαληνόν. γεωμετρικὸν σχῆμα. Σκανδάληθρα. τὰ ἐν ταῖς παγίσιν ἐπικαμπῆ</w:t>
      </w:r>
    </w:p>
    <w:p>
      <w:r>
        <w:rPr>
          <w:rFonts w:ascii="Courier New" w:hAnsi="Courier New"/>
          <w:color w:val="555555"/>
          <w:sz w:val="20"/>
        </w:rPr>
        <w:t>[sigma 1655]</w:t>
      </w:r>
    </w:p>
    <w:p>
      <w:r>
        <w:rPr>
          <w:rFonts w:ascii="Gentium Plus" w:hAnsi="Gentium Plus"/>
          <w:sz w:val="24"/>
        </w:rPr>
        <w:t>Σκέμμα. ἡ σκέψις. Σκῆπτρον. ῥάβδος βασιλική. παρὰ τὸ σκήπτε‐ σθαι, ὅ ἐστιν ἐπερείδεσθαι ἐν αὐτῷ. Σκηνώματα. οἶκοι· τόποι. ἢ καὶ τὰ σώματα.</w:t>
      </w:r>
    </w:p>
    <w:p>
      <w:r>
        <w:rPr>
          <w:rFonts w:ascii="Courier New" w:hAnsi="Courier New"/>
          <w:color w:val="555555"/>
          <w:sz w:val="20"/>
        </w:rPr>
        <w:t>[5]</w:t>
      </w:r>
    </w:p>
    <w:p>
      <w:r>
        <w:rPr>
          <w:rFonts w:ascii="Gentium Plus" w:hAnsi="Gentium Plus"/>
          <w:sz w:val="24"/>
        </w:rPr>
        <w:t>Σκῆνος. σῶμα. οἰκητήριον. Σκηνοῤῥαφεῖον. τὸ δερματοῤῥαφεῖον. καὶ σκηνοῤ‐ ῥάφος. Σκηπάνιον. ἡ ῥάβδος. †Σκόλυμον. τὸ λάχανον.†</w:t>
      </w:r>
    </w:p>
    <w:p>
      <w:r>
        <w:rPr>
          <w:rFonts w:ascii="Courier New" w:hAnsi="Courier New"/>
          <w:color w:val="555555"/>
          <w:sz w:val="20"/>
        </w:rPr>
        <w:t>[10]</w:t>
      </w:r>
    </w:p>
    <w:p>
      <w:r>
        <w:rPr>
          <w:rFonts w:ascii="Gentium Plus" w:hAnsi="Gentium Plus"/>
          <w:sz w:val="24"/>
        </w:rPr>
        <w:t>Σκόλυμος. βοτάνη. Σκότος. οὐκ οὐσία τίς ἐστιν, ἀλλὰ συμβεβηκός· φωτὸς γάρ ἐστι στέρησις. Σκότος. ἀπὸ τοῦ σκιάζειν. Ἡρακλείδης δὲ ὁ Ποντικὸς ἀπὸ τοῦ προσκόπτειν τὸν πορευόμε‐</w:t>
      </w:r>
    </w:p>
    <w:p>
      <w:r>
        <w:rPr>
          <w:rFonts w:ascii="Courier New" w:hAnsi="Courier New"/>
          <w:color w:val="555555"/>
          <w:sz w:val="20"/>
        </w:rPr>
        <w:t>[15]</w:t>
      </w:r>
    </w:p>
    <w:p>
      <w:r>
        <w:rPr>
          <w:rFonts w:ascii="Gentium Plus" w:hAnsi="Gentium Plus"/>
          <w:sz w:val="24"/>
        </w:rPr>
        <w:t>νον ἐν αὐτῷ. ὁ δὲ Ἡρωδιανὸς παρὰ τὸ σχέθειν ἡμᾶς. ὅ ἐστιν ἐπισχεῖν ἡμᾶς πολλάκις προϊέ‐ ναι. Σκύλα. τὰ τῶν νεκρῶν λάφυρα. λάφυρα δὲ τὰ ἐκ τῶν πολεμίων ἔτι ζώντων λαμβανόμενα.</w:t>
      </w:r>
    </w:p>
    <w:p>
      <w:r>
        <w:rPr>
          <w:rFonts w:ascii="Courier New" w:hAnsi="Courier New"/>
          <w:color w:val="555555"/>
          <w:sz w:val="20"/>
        </w:rPr>
        <w:t>[20]</w:t>
      </w:r>
    </w:p>
    <w:p>
      <w:r>
        <w:rPr>
          <w:rFonts w:ascii="Gentium Plus" w:hAnsi="Gentium Plus"/>
          <w:sz w:val="24"/>
        </w:rPr>
        <w:t>Σκύβαλον. οἷον κυσίβαλόν τι ὂν, τὸ τοῖς κυσὶ βαλλόμενον καὶ ῥιπτόμενον. [Σκύτος. τὸ δέρμα. καὶ σκυτοδέψης. παρὰ τὸ</w:t>
      </w:r>
    </w:p>
    <w:p>
      <w:r>
        <w:rPr>
          <w:rFonts w:ascii="Courier New" w:hAnsi="Courier New"/>
          <w:color w:val="555555"/>
          <w:sz w:val="20"/>
        </w:rPr>
        <w:t>[sigma 1656]</w:t>
      </w:r>
    </w:p>
    <w:p>
      <w:r>
        <w:rPr>
          <w:rFonts w:ascii="Gentium Plus" w:hAnsi="Gentium Plus"/>
          <w:sz w:val="24"/>
        </w:rPr>
        <w:t>καὶ καθ’ ὑπερβιβασμὸν τοῦ ς σκύτος, τὸ ξυό‐ μενον.] Σκῶλον. ἐμπόδιον· σκάνδαλον. καὶ σκῶλος, εἶ‐ δος ἀκάνθης, ἣ πυρωθεῖσα ἐντονωτέρα γίνε‐</w:t>
      </w:r>
    </w:p>
    <w:p>
      <w:r>
        <w:rPr>
          <w:rFonts w:ascii="Courier New" w:hAnsi="Courier New"/>
          <w:color w:val="555555"/>
          <w:sz w:val="20"/>
        </w:rPr>
        <w:t>[5]</w:t>
      </w:r>
    </w:p>
    <w:p>
      <w:r>
        <w:rPr>
          <w:rFonts w:ascii="Gentium Plus" w:hAnsi="Gentium Plus"/>
          <w:sz w:val="24"/>
        </w:rPr>
        <w:t>ται. λέγεται δὲ παρὰ τὸ σκέλλω, τὸ ξηραίνω. ἡ ὑπὸ πυρὸς ἐξηραμμένη. Σκῶμμα. ἡ λοιδορία γέλωτος χάριν. πρόσκομμα δὲ μικρόν. Σκώρ. τὸ κόπρον. τῶν καθ’ ἡμᾶς σοφιστῶν ὁ</w:t>
      </w:r>
    </w:p>
    <w:p>
      <w:r>
        <w:rPr>
          <w:rFonts w:ascii="Courier New" w:hAnsi="Courier New"/>
          <w:color w:val="555555"/>
          <w:sz w:val="20"/>
        </w:rPr>
        <w:t>[10]</w:t>
      </w:r>
    </w:p>
    <w:p>
      <w:r>
        <w:rPr>
          <w:rFonts w:ascii="Gentium Plus" w:hAnsi="Gentium Plus"/>
          <w:sz w:val="24"/>
        </w:rPr>
        <w:t>ἐνδοξότατος ἔν τινι τῶν λόγων τῶν ἑαυτοῦ γέ‐ γραφε τὸ σκάτος, ἀγνοήσας, ὅτι ὀρθὴ πτῶσις ἐστὶ τὸ σκὼρ, αἱ δὲ πλάγιαι τοῦ σκατὸς καὶ τῷ σκατί. Ἀριστοφάνης· καὶ σκὼρ ἀεὶ νῶν.</w:t>
      </w:r>
    </w:p>
    <w:p>
      <w:r>
        <w:rPr>
          <w:rFonts w:ascii="Courier New" w:hAnsi="Courier New"/>
          <w:color w:val="555555"/>
          <w:sz w:val="20"/>
        </w:rPr>
        <w:t>[15]</w:t>
      </w:r>
    </w:p>
    <w:p>
      <w:r>
        <w:rPr>
          <w:rFonts w:ascii="Gentium Plus" w:hAnsi="Gentium Plus"/>
          <w:sz w:val="24"/>
        </w:rPr>
        <w:t>ὄντως οὖν σκατοφάγου τὸ ἁμάρτημα. Σκότος λεπτόν. τὴν ἀπὸ τῆς ἀθυμίας σκότωσιν ἄχρι τοῦ ἐγκεφάλου διαδυομένην λέγει ὁ θεο‐ λόγος.</w:t>
      </w:r>
    </w:p>
    <w:p>
      <w:pPr>
        <w:jc w:val="center"/>
      </w:pPr>
      <w:r>
        <w:rPr>
          <w:rFonts w:ascii="Gentium Plus" w:hAnsi="Gentium Plus"/>
          <w:b/>
          <w:sz w:val="24"/>
        </w:rPr>
        <w:t>(Ῥῆμα.)</w:t>
      </w:r>
    </w:p>
    <w:p>
      <w:r>
        <w:rPr>
          <w:rFonts w:ascii="Courier New" w:hAnsi="Courier New"/>
          <w:color w:val="555555"/>
          <w:sz w:val="20"/>
        </w:rPr>
        <w:t>[20]</w:t>
      </w:r>
    </w:p>
    <w:p>
      <w:r>
        <w:rPr>
          <w:rFonts w:ascii="Gentium Plus" w:hAnsi="Gentium Plus"/>
          <w:sz w:val="24"/>
        </w:rPr>
        <w:t>Σκάζει. χωλεύει. Σκανδαλίσει. ὑβρίσει. ὡς ἐν τῷ εὐαγγελίῳ· ὡς δ’ ἂν σκανδαλίσῃ ἕνα τῶν μικρῶν τούτων. Σκαρδαμύττειν καὶ σκαρδαμύσσειν. πυκνὰ τοὺς</w:t>
      </w:r>
    </w:p>
    <w:p>
      <w:r>
        <w:rPr>
          <w:rFonts w:ascii="Courier New" w:hAnsi="Courier New"/>
          <w:color w:val="555555"/>
          <w:sz w:val="20"/>
        </w:rPr>
        <w:t>[sigma 1657]</w:t>
      </w:r>
    </w:p>
    <w:p>
      <w:r>
        <w:rPr>
          <w:rFonts w:ascii="Gentium Plus" w:hAnsi="Gentium Plus"/>
          <w:sz w:val="24"/>
        </w:rPr>
        <w:t>παρὰ τὸ μύω μύσσω γίνεται παράγωγον, ὡς ἀφύω ἀφύσσω, καὶ παρὰ τὸ σκαίρειν καὶ κινεῖν τὴν συνεχῆ κίνησιν τοῦ βλεφάρου, ἃ δὴ τὸ μύειν παρέχουσιν. [τὸ δὲ σκαίρω ἀποβολῇ τοῦ ς καί‐</w:t>
      </w:r>
    </w:p>
    <w:p>
      <w:r>
        <w:rPr>
          <w:rFonts w:ascii="Courier New" w:hAnsi="Courier New"/>
          <w:color w:val="555555"/>
          <w:sz w:val="20"/>
        </w:rPr>
        <w:t>[5]</w:t>
      </w:r>
    </w:p>
    <w:p>
      <w:r>
        <w:rPr>
          <w:rFonts w:ascii="Gentium Plus" w:hAnsi="Gentium Plus"/>
          <w:sz w:val="24"/>
        </w:rPr>
        <w:t>ρω καὶ διπλασιασμῷ καρκαίρω. —κάρκαιρε δὲ γαῖα πόδεσσιν. οἷον ἐν κινήσει καὶ ταραχῇ ἐγένετο ἡ γῆ διὰ τὸ πλῆθος τῶν σειόντων αὐτὴν ποδί. σκαίρω οὖν καὶ καίρω ἀποβολῇ. ὅθεν σύνθετον τὸ σκαρ‐</w:t>
      </w:r>
    </w:p>
    <w:p>
      <w:r>
        <w:rPr>
          <w:rFonts w:ascii="Courier New" w:hAnsi="Courier New"/>
          <w:color w:val="555555"/>
          <w:sz w:val="20"/>
        </w:rPr>
        <w:t>[10]</w:t>
      </w:r>
    </w:p>
    <w:p>
      <w:r>
        <w:rPr>
          <w:rFonts w:ascii="Gentium Plus" w:hAnsi="Gentium Plus"/>
          <w:sz w:val="24"/>
        </w:rPr>
        <w:t>δαμύσσειν. ἀποβολῇ τοῦ ς λέγεται καὶ καρδα‐ μύττειν.] ἀμφότερα παρὰ τὸ κινεῖν καὶ μύειν τὰ βλέφαρα. Σκαίροντα. σκιρτῶντα· πηδῶντα. [παρὰ τὸ σκῶ σκαίρω, ὥσπερ παρὰ τὸ σπῶ σπαίρω.]</w:t>
      </w:r>
    </w:p>
    <w:p>
      <w:r>
        <w:rPr>
          <w:rFonts w:ascii="Courier New" w:hAnsi="Courier New"/>
          <w:color w:val="555555"/>
          <w:sz w:val="20"/>
        </w:rPr>
        <w:t>[15]</w:t>
      </w:r>
    </w:p>
    <w:p>
      <w:r>
        <w:rPr>
          <w:rFonts w:ascii="Gentium Plus" w:hAnsi="Gentium Plus"/>
          <w:sz w:val="24"/>
        </w:rPr>
        <w:t>Σκεδάσας. σκορπίσας. καὶ σκεδάζω ἀπὸ τοῦ χέω, χέδω, [καὶ σκέδω.] Σκελετίζεται. κατάξηρος γίνεται. καὶ σκελη‐ τεύω. παρὰ τὸ σκεῖλαι, τὸ ξηράναι. Σκηριπτόμενος. στηριζόμενος.</w:t>
      </w:r>
    </w:p>
    <w:p>
      <w:r>
        <w:rPr>
          <w:rFonts w:ascii="Courier New" w:hAnsi="Courier New"/>
          <w:color w:val="555555"/>
          <w:sz w:val="20"/>
        </w:rPr>
        <w:t>[20]</w:t>
      </w:r>
    </w:p>
    <w:p>
      <w:r>
        <w:rPr>
          <w:rFonts w:ascii="Gentium Plus" w:hAnsi="Gentium Plus"/>
          <w:sz w:val="24"/>
        </w:rPr>
        <w:t>Σκήπτεται. προφασίζεται. Σκίδναται. διασκορπίζεται. [καὶ σκιδνῶ. ὡς κε‐ ρῶ, κιρνῶ, οὕτως σκεδῶ, σκιδνῶ, ἐξ οὗ παρά‐ γωγον τῶν εἰς μι σκίδνημι.] Σκιαγραφούμενον. τὸ ἀμυδρῶς καὶ ὀλιγοστῶς</w:t>
      </w:r>
    </w:p>
    <w:p>
      <w:r>
        <w:rPr>
          <w:rFonts w:ascii="Courier New" w:hAnsi="Courier New"/>
          <w:color w:val="555555"/>
          <w:sz w:val="20"/>
        </w:rPr>
        <w:t>[25]</w:t>
      </w:r>
    </w:p>
    <w:p>
      <w:r>
        <w:rPr>
          <w:rFonts w:ascii="Gentium Plus" w:hAnsi="Gentium Plus"/>
          <w:sz w:val="24"/>
        </w:rPr>
        <w:t>καταλαμβανόμενον. Σκιῤῥωθέν. σκληρυνθέν. Σκιμαλίσαι. κυρίως τὸ μέσον τὸν δάκτυλον εἰς</w:t>
      </w:r>
    </w:p>
    <w:p>
      <w:r>
        <w:rPr>
          <w:rFonts w:ascii="Courier New" w:hAnsi="Courier New"/>
          <w:color w:val="555555"/>
          <w:sz w:val="20"/>
        </w:rPr>
        <w:t>[sigma 1658]</w:t>
      </w:r>
    </w:p>
    <w:p>
      <w:r>
        <w:rPr>
          <w:rFonts w:ascii="Gentium Plus" w:hAnsi="Gentium Plus"/>
          <w:sz w:val="24"/>
        </w:rPr>
        <w:t>Σκοτοδινιάσας. σκότους καὶ ἴλιγγος πληρωθείς. Σκορδίνασθαι. τὸ παρὰ φύσιν τὰ μέλη ἐκτεί‐ νειν, μετὰ τοῦ χασμᾶσθαι διακλώμενον. γίνεται δὲ περὶ τοὺς ἐγειρομένους ἐξ ὕπνου, ὅταν χα‐</w:t>
      </w:r>
    </w:p>
    <w:p>
      <w:r>
        <w:rPr>
          <w:rFonts w:ascii="Courier New" w:hAnsi="Courier New"/>
          <w:color w:val="555555"/>
          <w:sz w:val="20"/>
        </w:rPr>
        <w:t>[5]</w:t>
      </w:r>
    </w:p>
    <w:p>
      <w:r>
        <w:rPr>
          <w:rFonts w:ascii="Gentium Plus" w:hAnsi="Gentium Plus"/>
          <w:sz w:val="24"/>
        </w:rPr>
        <w:t>σμώδεις ὄντες ἐκτείνωσι τὰς χεῖρας. οἷον κορο‐ δίνασθαι· δονεῖσθαι ἀπὸ κόρου ὕπνου ἢ τρο‐ φῆς. ἢ καροδίνασθαι, παρὰ τὸ δονεῖσθαι τὴν κεφαλήν. Σκυβαλίζεται. ἐξουθενεῖται· εὐτελίζεται.</w:t>
      </w:r>
    </w:p>
    <w:p>
      <w:r>
        <w:rPr>
          <w:rFonts w:ascii="Courier New" w:hAnsi="Courier New"/>
          <w:color w:val="555555"/>
          <w:sz w:val="20"/>
        </w:rPr>
        <w:t>[10]</w:t>
      </w:r>
    </w:p>
    <w:p>
      <w:r>
        <w:rPr>
          <w:rFonts w:ascii="Gentium Plus" w:hAnsi="Gentium Plus"/>
          <w:sz w:val="24"/>
        </w:rPr>
        <w:t>Σκυλεύσας. προνομεύσας. Σκυδμαίνειν. τὸ σκυθρωπάζειν καὶ ὀργίζεσθαι. κυρίως ἐπὶ τῶν λεόντων ὀργιζομένων [ἐπὶ τοῖς ἀφαιρουμένοις αὐτῶν σκύμνοις. ἢ ἀπὸ τῆς περὶ τὸ πρόσωπον συστολῆς τοῦ σκύλλου, ὅ ἐστι</w:t>
      </w:r>
    </w:p>
    <w:p>
      <w:r>
        <w:rPr>
          <w:rFonts w:ascii="Courier New" w:hAnsi="Courier New"/>
          <w:color w:val="555555"/>
          <w:sz w:val="20"/>
        </w:rPr>
        <w:t>[15]</w:t>
      </w:r>
    </w:p>
    <w:p>
      <w:r>
        <w:rPr>
          <w:rFonts w:ascii="Gentium Plus" w:hAnsi="Gentium Plus"/>
          <w:sz w:val="24"/>
        </w:rPr>
        <w:t>δέρμα, ὃ συμβαίνει ἐπὶ τῶν ὀργιζομένων.] Σκυζομένην. λυπουμένην, ὀργιζομένην. καὶ σκύ‐ ζεσθαι παρὰ τοὺς Σκύθας, οἵτινες ὀργιλώτατοι ὄντες τὸ ἐπισκύνιον καθέλκουσι. Σκυθρωπάσαι. στυγνάσαι. πλεονασμῷ τοῦ ρ·</w:t>
      </w:r>
    </w:p>
    <w:p>
      <w:r>
        <w:rPr>
          <w:rFonts w:ascii="Courier New" w:hAnsi="Courier New"/>
          <w:color w:val="555555"/>
          <w:sz w:val="20"/>
        </w:rPr>
        <w:t>[20]</w:t>
      </w:r>
    </w:p>
    <w:p>
      <w:r>
        <w:rPr>
          <w:rFonts w:ascii="Gentium Plus" w:hAnsi="Gentium Plus"/>
          <w:sz w:val="24"/>
        </w:rPr>
        <w:t>σκυθωπάσαι γάρ ἐστι, παρὰ τὸ Σκυθικοὺς ἔχειν ὦπας. †Σκύλλεις. παρασπᾷς. ἐνοχλεῖς. Σκληρύνει. σκληρὸν καὶ ἀπειθῆ εἶναι συγχωρεῖ. καὶ ὁ Ἀπόστολος· ἄρα οὖν ὃν ἂν θέλει, ἐλεεῖ,</w:t>
      </w:r>
    </w:p>
    <w:p>
      <w:r>
        <w:rPr>
          <w:rFonts w:ascii="Courier New" w:hAnsi="Courier New"/>
          <w:color w:val="555555"/>
          <w:sz w:val="20"/>
        </w:rPr>
        <w:t>[25]</w:t>
      </w:r>
    </w:p>
    <w:p>
      <w:r>
        <w:rPr>
          <w:rFonts w:ascii="Gentium Plus" w:hAnsi="Gentium Plus"/>
          <w:sz w:val="24"/>
        </w:rPr>
        <w:t>ὃν δὲ θέλει, σκληρύνει· ἐλεεῖ δὲ τὸν ἄξιον ἐλέους καὶ τοῦ ἐλεεῖσθαι.</w:t>
      </w:r>
    </w:p>
    <w:p>
      <w:pPr>
        <w:jc w:val="center"/>
      </w:pPr>
      <w:r>
        <w:rPr>
          <w:rFonts w:ascii="Gentium Plus" w:hAnsi="Gentium Plus"/>
          <w:b/>
          <w:sz w:val="24"/>
        </w:rPr>
        <w:t>Τὸ Σ μετὰ τοῦ Μ.</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Σμερδαλέος. καταπληκτικός. Σμέρδις, Σμέρδιος, καὶ Σμερδίης. ὀνόματα κύρια.</w:t>
      </w:r>
    </w:p>
    <w:p>
      <w:r>
        <w:rPr>
          <w:rFonts w:ascii="Courier New" w:hAnsi="Courier New"/>
          <w:color w:val="555555"/>
          <w:sz w:val="20"/>
        </w:rPr>
        <w:t>[5]</w:t>
      </w:r>
    </w:p>
    <w:p>
      <w:r>
        <w:rPr>
          <w:rFonts w:ascii="Gentium Plus" w:hAnsi="Gentium Plus"/>
          <w:sz w:val="24"/>
        </w:rPr>
        <w:t>Σμίνδαρος. κύριον. καὶ Σμινδαρίδης. πατρω‐ νυμικόν. †Σμίνθουροι. τὰς οὐρὰς σείοντες.† Σμῶδιξ. ὕφαιμος πληγὴ, ἢ μώλωψ. παρὰ τὸ σμῶξαι, τὸ πατάξαι κατὰ Ἴωνας. [ἢ ἀπὸ τοῦ</w:t>
      </w:r>
    </w:p>
    <w:p>
      <w:r>
        <w:rPr>
          <w:rFonts w:ascii="Courier New" w:hAnsi="Courier New"/>
          <w:color w:val="555555"/>
          <w:sz w:val="20"/>
        </w:rPr>
        <w:t>[10]</w:t>
      </w:r>
    </w:p>
    <w:p>
      <w:r>
        <w:rPr>
          <w:rFonts w:ascii="Gentium Plus" w:hAnsi="Gentium Plus"/>
          <w:sz w:val="24"/>
        </w:rPr>
        <w:t>σμῶ, σμώσω, παράγωγον σμώζω, σμῶδιξ.]</w:t>
      </w:r>
    </w:p>
    <w:p>
      <w:pPr>
        <w:jc w:val="center"/>
      </w:pPr>
      <w:r>
        <w:rPr>
          <w:rFonts w:ascii="Gentium Plus" w:hAnsi="Gentium Plus"/>
          <w:b/>
          <w:sz w:val="24"/>
        </w:rPr>
        <w:t>(Θηλυκόν.)</w:t>
      </w:r>
    </w:p>
    <w:p>
      <w:r>
        <w:rPr>
          <w:rFonts w:ascii="Courier New" w:hAnsi="Courier New"/>
          <w:color w:val="555555"/>
          <w:sz w:val="20"/>
        </w:rPr>
        <w:t>[12]</w:t>
      </w:r>
    </w:p>
    <w:p>
      <w:r>
        <w:rPr>
          <w:rFonts w:ascii="Gentium Plus" w:hAnsi="Gentium Plus"/>
          <w:sz w:val="24"/>
        </w:rPr>
        <w:t>Σμερδνή. καταπληκτική. Σμῆλος. νῆσος. Σμίλα. ἡ δίκελλα. καὶ τὸ σμιλάριον.</w:t>
      </w:r>
    </w:p>
    <w:p>
      <w:r>
        <w:rPr>
          <w:rFonts w:ascii="Courier New" w:hAnsi="Courier New"/>
          <w:color w:val="555555"/>
          <w:sz w:val="20"/>
        </w:rPr>
        <w:t>[15]</w:t>
      </w:r>
    </w:p>
    <w:p>
      <w:r>
        <w:rPr>
          <w:rFonts w:ascii="Gentium Plus" w:hAnsi="Gentium Plus"/>
          <w:sz w:val="24"/>
        </w:rPr>
        <w:t>Σμίλαξ. φυτὸν ἀκανθῶδες, ἢ ἡ λεγομένη περι‐ πλοκάς. Σμινύη. ἐργαλεῖον γεωργικόν. Σμύρνα. πόλις. καὶ Σμύρνηθεν, ἀπὸ Σμύρνης. Σμύρνα. φυτόν.</w:t>
      </w:r>
    </w:p>
    <w:p>
      <w:r>
        <w:rPr>
          <w:rFonts w:ascii="Courier New" w:hAnsi="Courier New"/>
          <w:color w:val="555555"/>
          <w:sz w:val="20"/>
        </w:rPr>
        <w:t>[20]</w:t>
      </w:r>
    </w:p>
    <w:p>
      <w:r>
        <w:rPr>
          <w:rFonts w:ascii="Gentium Plus" w:hAnsi="Gentium Plus"/>
          <w:sz w:val="24"/>
        </w:rPr>
        <w:t>Σμύραινα. ἰχθύς. Σμώνη. ἡ τοῦ ἀνέμου πληγή. ἀπὸ τοῦ σμῶ ῥή‐ ματος τοῦ σημαίνοντος τὸ πλήσσω. [τὸ σμῶ, μέγα. ὡς τὸ ζῶ, ζώνη.]</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Σμῆνος. τὸ τῶν μελισσῶν πλῆθος. ἢ τὸ με‐ λισσόβοτον. ἢ τὸ πλῆγμα. ἀπὸ τοῦ σμῶ τοῦ ση‐</w:t>
      </w:r>
    </w:p>
    <w:p>
      <w:r>
        <w:rPr>
          <w:rFonts w:ascii="Courier New" w:hAnsi="Courier New"/>
          <w:color w:val="555555"/>
          <w:sz w:val="20"/>
        </w:rPr>
        <w:t>[sigma 1660]</w:t>
      </w:r>
    </w:p>
    <w:p>
      <w:r>
        <w:rPr>
          <w:rFonts w:ascii="Gentium Plus" w:hAnsi="Gentium Plus"/>
          <w:sz w:val="24"/>
        </w:rPr>
        <w:t>Σμῆγμα. τὸ καθάρισμα. †σαπώνιον.† μίγμα δὲ, ι.</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Σμαραγεῖν. ἠχεῖν. τινὲς ἐπὶ τοῦ λάμπειν τιθέα‐</w:t>
      </w:r>
    </w:p>
    <w:p>
      <w:r>
        <w:rPr>
          <w:rFonts w:ascii="Courier New" w:hAnsi="Courier New"/>
          <w:color w:val="555555"/>
          <w:sz w:val="20"/>
        </w:rPr>
        <w:t>[5]</w:t>
      </w:r>
    </w:p>
    <w:p>
      <w:r>
        <w:rPr>
          <w:rFonts w:ascii="Gentium Plus" w:hAnsi="Gentium Plus"/>
          <w:sz w:val="24"/>
        </w:rPr>
        <w:t>σι. καὶ σμάραγδος ὁ λαμπρὸς λίθος. [παρὰ τὸ μαίρω, τὸ λάμπω, μάραγδος καὶ σμάραγδος. οἷον· —σμαραγεῖ δέ τε λειμών.] Σμήχω. τὸ καθαίρω. σμύχω δὲ, τὸ καίω, ψιλόν. Σμιλεύω. τέμνω.</w:t>
      </w:r>
    </w:p>
    <w:p>
      <w:r>
        <w:rPr>
          <w:rFonts w:ascii="Courier New" w:hAnsi="Courier New"/>
          <w:color w:val="555555"/>
          <w:sz w:val="20"/>
        </w:rPr>
        <w:t>[10]</w:t>
      </w:r>
    </w:p>
    <w:p>
      <w:r>
        <w:rPr>
          <w:rFonts w:ascii="Gentium Plus" w:hAnsi="Gentium Plus"/>
          <w:sz w:val="24"/>
        </w:rPr>
        <w:t>Σμῶ. τὸ καθαίρω. καὶ σμῶ, τὸ πλήσσω. Σμῶξαι. τὸ πατάξαι κατὰ Ἴωνας.</w:t>
      </w:r>
    </w:p>
    <w:p>
      <w:pPr>
        <w:jc w:val="center"/>
      </w:pPr>
      <w:r>
        <w:rPr>
          <w:rFonts w:ascii="Gentium Plus" w:hAnsi="Gentium Plus"/>
          <w:b/>
          <w:sz w:val="24"/>
        </w:rPr>
        <w:t>(Ἐπίῤῥημα.)</w:t>
      </w:r>
    </w:p>
    <w:p>
      <w:r>
        <w:rPr>
          <w:rFonts w:ascii="Courier New" w:hAnsi="Courier New"/>
          <w:color w:val="555555"/>
          <w:sz w:val="20"/>
        </w:rPr>
        <w:t>[13]</w:t>
      </w:r>
    </w:p>
    <w:p>
      <w:r>
        <w:rPr>
          <w:rFonts w:ascii="Gentium Plus" w:hAnsi="Gentium Plus"/>
          <w:sz w:val="24"/>
        </w:rPr>
        <w:t>Σμερδαλέως. καταπληκτικῶς· φοβερῶς. Σμύρνηθεν. ἀπὸ Σμύρνης.</w:t>
      </w:r>
    </w:p>
    <w:p>
      <w:pPr>
        <w:jc w:val="center"/>
      </w:pPr>
      <w:r>
        <w:rPr>
          <w:rFonts w:ascii="Gentium Plus" w:hAnsi="Gentium Plus"/>
          <w:b/>
          <w:sz w:val="24"/>
        </w:rPr>
        <w:t>Τὸ Σ μετὰ τοῦ Ο.</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Σοαιμίς. κύριον. Σόεμος δὲ, ψιλόν. Σοβαρός. αὐθάδης. Σόθρυς. ὄρος.</w:t>
      </w:r>
    </w:p>
    <w:p>
      <w:r>
        <w:rPr>
          <w:rFonts w:ascii="Courier New" w:hAnsi="Courier New"/>
          <w:color w:val="555555"/>
          <w:sz w:val="20"/>
        </w:rPr>
        <w:t>[20]</w:t>
      </w:r>
    </w:p>
    <w:p>
      <w:r>
        <w:rPr>
          <w:rFonts w:ascii="Gentium Plus" w:hAnsi="Gentium Plus"/>
          <w:sz w:val="24"/>
        </w:rPr>
        <w:t>Σοιβίδας καὶ Σοιμίδας. κύρια. Σολήν. ποταμός. καὶ κλίνεται Σολῆνος. σωλὴν δὲ, τὸ σωληνάριον, μέγα. Σόλος. ὁ δίσκος. παρὰ τὸ σῶ, τὸ ὁρμῶ καὶ κι‐ νῶ. [ἀπὸ γὰρ τοῦ σῶ, τὸ σείω, ὁ μέλλων σώσω,</w:t>
      </w:r>
    </w:p>
    <w:p>
      <w:r>
        <w:rPr>
          <w:rFonts w:ascii="Courier New" w:hAnsi="Courier New"/>
          <w:color w:val="555555"/>
          <w:sz w:val="20"/>
        </w:rPr>
        <w:t>[25]</w:t>
      </w:r>
    </w:p>
    <w:p>
      <w:r>
        <w:rPr>
          <w:rFonts w:ascii="Gentium Plus" w:hAnsi="Gentium Plus"/>
          <w:sz w:val="24"/>
        </w:rPr>
        <w:t>καὶ ῥῆμα ὄνομα κατὰ συστολὴν τοῦ ω σὸς, καὶ</w:t>
      </w:r>
    </w:p>
    <w:p>
      <w:r>
        <w:rPr>
          <w:rFonts w:ascii="Courier New" w:hAnsi="Courier New"/>
          <w:color w:val="555555"/>
          <w:sz w:val="20"/>
        </w:rPr>
        <w:t>[sigma 1661]</w:t>
      </w:r>
    </w:p>
    <w:p>
      <w:r>
        <w:rPr>
          <w:rFonts w:ascii="Gentium Plus" w:hAnsi="Gentium Plus"/>
          <w:sz w:val="24"/>
        </w:rPr>
        <w:t>Σολοικισμός. ὁ τοῦ σώου λόγου αἰκισμός. δια‐ φέρει δὲ ὁ βαρβαρισμὸς τοῦ σολοικισμοῦ, ὅτι ὁ βαρβαρισμὸς ἐν λέξει γίνεται, ὁ δὲ σολοικι‐ σμὸς ἐν λόγῳ· τὸ γὰρ περὶ μίαν λέξιν ἁμαρ‐</w:t>
      </w:r>
    </w:p>
    <w:p>
      <w:r>
        <w:rPr>
          <w:rFonts w:ascii="Courier New" w:hAnsi="Courier New"/>
          <w:color w:val="555555"/>
          <w:sz w:val="20"/>
        </w:rPr>
        <w:t>[5]</w:t>
      </w:r>
    </w:p>
    <w:p>
      <w:r>
        <w:rPr>
          <w:rFonts w:ascii="Gentium Plus" w:hAnsi="Gentium Plus"/>
          <w:sz w:val="24"/>
        </w:rPr>
        <w:t>τάνειν βαρβαρισμός ἐστι, τὸ δὲ περὶ πλείονας σολοικισμός. Σουβί. τόπος. Σοφονίας. κύριον. Σοφιστής. κυρίως ὁ σοφιζόμενος καὶ προϊστάμε‐</w:t>
      </w:r>
    </w:p>
    <w:p>
      <w:r>
        <w:rPr>
          <w:rFonts w:ascii="Courier New" w:hAnsi="Courier New"/>
          <w:color w:val="555555"/>
          <w:sz w:val="20"/>
        </w:rPr>
        <w:t>[10]</w:t>
      </w:r>
    </w:p>
    <w:p>
      <w:r>
        <w:rPr>
          <w:rFonts w:ascii="Gentium Plus" w:hAnsi="Gentium Plus"/>
          <w:sz w:val="24"/>
        </w:rPr>
        <w:t>νος τῆς διατριβῆς. [Ὅμηρος· ὄφρ’ εὖ γινώσκοις ἠμὲν θεὸν ἠὲ σοφιστήν.] Σουσίας. ὁ ἵππος κατὰ Σύρους. Σοφός. παρὰ τὸ σέβω. τὸν γὰρ σοφὸν πάντες σεβόμεθα. ἢ παρὰ τὸ σῶα φάσκειν, κατὰ τρο‐</w:t>
      </w:r>
    </w:p>
    <w:p>
      <w:r>
        <w:rPr>
          <w:rFonts w:ascii="Courier New" w:hAnsi="Courier New"/>
          <w:color w:val="555555"/>
          <w:sz w:val="20"/>
        </w:rPr>
        <w:t>[15]</w:t>
      </w:r>
    </w:p>
    <w:p>
      <w:r>
        <w:rPr>
          <w:rFonts w:ascii="Gentium Plus" w:hAnsi="Gentium Plus"/>
          <w:sz w:val="24"/>
        </w:rPr>
        <w:t>πὴν τοῦ ω εἰς ο.</w:t>
      </w:r>
    </w:p>
    <w:p>
      <w:pPr>
        <w:jc w:val="center"/>
      </w:pPr>
      <w:r>
        <w:rPr>
          <w:rFonts w:ascii="Gentium Plus" w:hAnsi="Gentium Plus"/>
          <w:b/>
          <w:sz w:val="24"/>
        </w:rPr>
        <w:t>(Θηλυκόν.)</w:t>
      </w:r>
    </w:p>
    <w:p>
      <w:r>
        <w:rPr>
          <w:rFonts w:ascii="Courier New" w:hAnsi="Courier New"/>
          <w:color w:val="555555"/>
          <w:sz w:val="20"/>
        </w:rPr>
        <w:t>[17]</w:t>
      </w:r>
    </w:p>
    <w:p>
      <w:r>
        <w:rPr>
          <w:rFonts w:ascii="Gentium Plus" w:hAnsi="Gentium Plus"/>
          <w:sz w:val="24"/>
        </w:rPr>
        <w:t>†Σοβαραί. λαμπραί.† Σοβάς. ἡ πόρνη. ἀπὸ τοῦ σοβῶ, τὸ κινῶ. Σόβηρα. πόλις.</w:t>
      </w:r>
    </w:p>
    <w:p>
      <w:r>
        <w:rPr>
          <w:rFonts w:ascii="Courier New" w:hAnsi="Courier New"/>
          <w:color w:val="555555"/>
          <w:sz w:val="20"/>
        </w:rPr>
        <w:t>[20]</w:t>
      </w:r>
    </w:p>
    <w:p>
      <w:r>
        <w:rPr>
          <w:rFonts w:ascii="Gentium Plus" w:hAnsi="Gentium Plus"/>
          <w:sz w:val="24"/>
        </w:rPr>
        <w:t>Σογδιανὴ καὶ Σουγδινή. χώρα. Σολία. πόλις κατὰ τὴν Κύπρον. σωλεία δὲ, ἡ τοῦ οἴκου, μέγα καὶ δίφθογγον. Σοποευτῖτις θεά. ἡ ἔφορος τῆς μανίας. Σοφηνή. πόλις.</w:t>
      </w:r>
    </w:p>
    <w:p>
      <w:r>
        <w:rPr>
          <w:rFonts w:ascii="Courier New" w:hAnsi="Courier New"/>
          <w:color w:val="555555"/>
          <w:sz w:val="20"/>
        </w:rPr>
        <w:t>[25]</w:t>
      </w:r>
    </w:p>
    <w:p>
      <w:r>
        <w:rPr>
          <w:rFonts w:ascii="Gentium Plus" w:hAnsi="Gentium Plus"/>
          <w:sz w:val="24"/>
        </w:rPr>
        <w:t>Σοφία. γνῶσις θείων τε καὶ ἀνθρωπίνων πραγμά‐</w:t>
      </w:r>
    </w:p>
    <w:p>
      <w:r>
        <w:rPr>
          <w:rFonts w:ascii="Courier New" w:hAnsi="Courier New"/>
          <w:color w:val="555555"/>
          <w:sz w:val="20"/>
        </w:rPr>
        <w:t>[sigma 1662]</w:t>
      </w:r>
    </w:p>
    <w:p>
      <w:r>
        <w:rPr>
          <w:rFonts w:ascii="Gentium Plus" w:hAnsi="Gentium Plus"/>
          <w:sz w:val="24"/>
        </w:rPr>
        <w:t>των. ἢ νοῦς καὶ ἐπιστήμη τῶν τιμιωτάτων τῇ φύσει.</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Σομφῶδες. βουνῶδες, ἢ χαῦνον.</w:t>
      </w:r>
    </w:p>
    <w:p>
      <w:r>
        <w:rPr>
          <w:rFonts w:ascii="Courier New" w:hAnsi="Courier New"/>
          <w:color w:val="555555"/>
          <w:sz w:val="20"/>
        </w:rPr>
        <w:t>[5]</w:t>
      </w:r>
    </w:p>
    <w:p>
      <w:r>
        <w:rPr>
          <w:rFonts w:ascii="Gentium Plus" w:hAnsi="Gentium Plus"/>
          <w:sz w:val="24"/>
        </w:rPr>
        <w:t>Σομόρ. μέτρον γῆς. Σόμορα. τόπος. Σολοίκια. τὰ ἐνδύματα. *Σολοίμνιζε. πόλις ἐν τῇ Ἀσίᾳ ὑπὸ τὴν μη‐ τρόπολιν Ἔφεσον διακειμένη.*</w:t>
      </w:r>
    </w:p>
    <w:p>
      <w:r>
        <w:rPr>
          <w:rFonts w:ascii="Courier New" w:hAnsi="Courier New"/>
          <w:color w:val="555555"/>
          <w:sz w:val="20"/>
        </w:rPr>
        <w:t>[10]</w:t>
      </w:r>
    </w:p>
    <w:p>
      <w:r>
        <w:rPr>
          <w:rFonts w:ascii="Gentium Plus" w:hAnsi="Gentium Plus"/>
          <w:sz w:val="24"/>
        </w:rPr>
        <w:t>Σουδάριον. λεπτόν τι σκέπασμα ἐκ λίνου συνυφα‐ σμένον. Σοῦσα. τὰ λείρια παρὰ Φοίνιξι. καὶ σοῦσον τὸ κρίνον κατὰ Φρύγας. σουσίαν δὲ τὸν ἵππον λέγουσιν οἱ Σύροι.</w:t>
      </w:r>
    </w:p>
    <w:p>
      <w:r>
        <w:rPr>
          <w:rFonts w:ascii="Courier New" w:hAnsi="Courier New"/>
          <w:color w:val="555555"/>
          <w:sz w:val="20"/>
        </w:rPr>
        <w:t>[15]</w:t>
      </w:r>
    </w:p>
    <w:p>
      <w:r>
        <w:rPr>
          <w:rFonts w:ascii="Gentium Plus" w:hAnsi="Gentium Plus"/>
          <w:sz w:val="24"/>
        </w:rPr>
        <w:t>Σούσινον μύρον. τὸ κρίνον. ἢ οὕτως· σούσινον μύρον, ὅ ἐστι κρίνον.</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Σοβῶ. τὸ κινῶ καὶ μαίνομαι. Σολοικίζειν. οὐ μόνον τὸ κατὰ φωνὴν καὶ λόγον</w:t>
      </w:r>
    </w:p>
    <w:p>
      <w:r>
        <w:rPr>
          <w:rFonts w:ascii="Courier New" w:hAnsi="Courier New"/>
          <w:color w:val="555555"/>
          <w:sz w:val="20"/>
        </w:rPr>
        <w:t>[20]</w:t>
      </w:r>
    </w:p>
    <w:p>
      <w:r>
        <w:rPr>
          <w:rFonts w:ascii="Gentium Plus" w:hAnsi="Gentium Plus"/>
          <w:sz w:val="24"/>
        </w:rPr>
        <w:t>χωρικεύεσθαι, ἀλλὰ καὶ ἐπὶ ἐνδυμάτων, ὅταν τις χωρικῶς ἐνδιδύσκηται, ἢ ἀτάκτως ἐσθίῃ, ἢ ἀκόσμως περιπατῇ, ὥς φησι Ζήνων. Σοφίζεσθαι. καταψεύδεσθαι. Σοφιστομανοῦσιν. ἤγουν ἐκ περισσοῦ σπουδά‐</w:t>
      </w:r>
    </w:p>
    <w:p>
      <w:r>
        <w:rPr>
          <w:rFonts w:ascii="Courier New" w:hAnsi="Courier New"/>
          <w:color w:val="555555"/>
          <w:sz w:val="20"/>
        </w:rPr>
        <w:t>[25]</w:t>
      </w:r>
    </w:p>
    <w:p>
      <w:r>
        <w:rPr>
          <w:rFonts w:ascii="Gentium Plus" w:hAnsi="Gentium Plus"/>
          <w:sz w:val="24"/>
        </w:rPr>
        <w:t>ζουσι καὶ ἐπιθυμοῦσιν ἔχειν οἱ σοφισταὶ καὶ δι‐</w:t>
      </w:r>
    </w:p>
    <w:p>
      <w:pPr>
        <w:jc w:val="center"/>
      </w:pPr>
      <w:r>
        <w:rPr>
          <w:rFonts w:ascii="Gentium Plus" w:hAnsi="Gentium Plus"/>
          <w:b/>
          <w:sz w:val="24"/>
        </w:rPr>
        <w:t>Τὸ Σ μετὰ τοῦ Π.</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Σπάδων. ὁ εὐνοῦχος. παρὰ τὸ σπᾶσθαί τι μέρος αὐτοῦ. καὶ σπαδωνισμὸς ὁ εὐνουχισμός.</w:t>
      </w:r>
    </w:p>
    <w:p>
      <w:r>
        <w:rPr>
          <w:rFonts w:ascii="Courier New" w:hAnsi="Courier New"/>
          <w:color w:val="555555"/>
          <w:sz w:val="20"/>
        </w:rPr>
        <w:t>[5]</w:t>
      </w:r>
    </w:p>
    <w:p>
      <w:r>
        <w:rPr>
          <w:rFonts w:ascii="Gentium Plus" w:hAnsi="Gentium Plus"/>
          <w:sz w:val="24"/>
        </w:rPr>
        <w:t>†Σπεκιῶσος. ὄνομα κύριον.† Σπερμολόγος. ὁ τὰ σπέρματα συλλέγων. Σπεκουλάτωρ. ὁ δήμιος. Σπερχειός. ὄνομα ποταμοῦ. Σπένδις. κύριον. καὶ κλίνεται Σπένδιος.</w:t>
      </w:r>
    </w:p>
    <w:p>
      <w:r>
        <w:rPr>
          <w:rFonts w:ascii="Courier New" w:hAnsi="Courier New"/>
          <w:color w:val="555555"/>
          <w:sz w:val="20"/>
        </w:rPr>
        <w:t>[10]</w:t>
      </w:r>
    </w:p>
    <w:p>
      <w:r>
        <w:rPr>
          <w:rFonts w:ascii="Gentium Plus" w:hAnsi="Gentium Plus"/>
          <w:sz w:val="24"/>
        </w:rPr>
        <w:t>Σπεράτος. κύριον. Σπευριεὺς καὶ Σπατῖνος. κύρια. Σπινθήρ. λαμπηδών. [οἷον σπορεὺς τὶς ὢν τοῦ θέροντος πυρός. πεποίηται τὸν τοῦ πατρὸς ἔχων λόγον, παρὰ τὸ σπεῖραι.]</w:t>
      </w:r>
    </w:p>
    <w:p>
      <w:r>
        <w:rPr>
          <w:rFonts w:ascii="Courier New" w:hAnsi="Courier New"/>
          <w:color w:val="555555"/>
          <w:sz w:val="20"/>
        </w:rPr>
        <w:t>[15]</w:t>
      </w:r>
    </w:p>
    <w:p>
      <w:r>
        <w:rPr>
          <w:rFonts w:ascii="Gentium Plus" w:hAnsi="Gentium Plus"/>
          <w:sz w:val="24"/>
        </w:rPr>
        <w:t>Σπῖλος. ῥύπος, μολυσμός. Σπλήν. ἀπὸ τοῦ εἰς αὐτὸν ἐπισπᾶσθαι τὰ φαυ‐ λισθέντα τῶν ὑγρῶν. *Σπαρτίον. τὸ σχοινίον. καὶ κλῆρος. καὶ στέρ‐</w:t>
      </w:r>
    </w:p>
    <w:p>
      <w:r>
        <w:rPr>
          <w:rFonts w:ascii="Courier New" w:hAnsi="Courier New"/>
          <w:color w:val="555555"/>
          <w:sz w:val="20"/>
        </w:rPr>
        <w:t>[sigma 1664]</w:t>
      </w:r>
    </w:p>
    <w:p>
      <w:r>
        <w:rPr>
          <w:rFonts w:ascii="Gentium Plus" w:hAnsi="Gentium Plus"/>
          <w:sz w:val="24"/>
        </w:rPr>
        <w:t>Σπόγγος. διὰ τὸ ἀποσπᾷν τὰ ὑγρά. Σπυριδωνάκης. κύριον. Σπόκιλλος. κύριον. †Σπῶρος. ὄνομα κύριον.†</w:t>
      </w:r>
    </w:p>
    <w:p>
      <w:r>
        <w:rPr>
          <w:rFonts w:ascii="Courier New" w:hAnsi="Courier New"/>
          <w:color w:val="555555"/>
          <w:sz w:val="20"/>
        </w:rPr>
        <w:t>[5]</w:t>
      </w:r>
    </w:p>
    <w:p>
      <w:r>
        <w:rPr>
          <w:rFonts w:ascii="Gentium Plus" w:hAnsi="Gentium Plus"/>
          <w:sz w:val="24"/>
        </w:rPr>
        <w:t>Σπῆλυξ. τὸ σπήλαιον. καὶ κλίνεται σπήλυκος. Σπάδων. τὸ σπάσμα. τοῦ Ψελλοῦ· σπάδονα δὲ τὰ σπάσματα, πάθος δέ τι χιόνην.</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Σπάθη. τὸ ὑφαντικὸν ἐργαλεῖον. παρὰ τὸ κα‐</w:t>
      </w:r>
    </w:p>
    <w:p>
      <w:r>
        <w:rPr>
          <w:rFonts w:ascii="Courier New" w:hAnsi="Courier New"/>
          <w:color w:val="555555"/>
          <w:sz w:val="20"/>
        </w:rPr>
        <w:t>[10]</w:t>
      </w:r>
    </w:p>
    <w:p>
      <w:r>
        <w:rPr>
          <w:rFonts w:ascii="Gentium Plus" w:hAnsi="Gentium Plus"/>
          <w:sz w:val="24"/>
        </w:rPr>
        <w:t>τασπᾷν τὴν κρόκην. Σπεῖρα. ἡ σύναξις, πλῆθος στρατευμάτων. †ἔστι δὲ καὶ σύνταγμα διακοσίων ἀνδρῶν.† Σπεῖσις. ἡ σπονδή· ἢ ἡ θυσία. Σπήλυγγες. τὰ βεβρωμένα τῶν πετρῶν. παρὰ</w:t>
      </w:r>
    </w:p>
    <w:p>
      <w:r>
        <w:rPr>
          <w:rFonts w:ascii="Courier New" w:hAnsi="Courier New"/>
          <w:color w:val="555555"/>
          <w:sz w:val="20"/>
        </w:rPr>
        <w:t>[15]</w:t>
      </w:r>
    </w:p>
    <w:p>
      <w:r>
        <w:rPr>
          <w:rFonts w:ascii="Gentium Plus" w:hAnsi="Gentium Plus"/>
          <w:sz w:val="24"/>
        </w:rPr>
        <w:t>τὸ σπᾷν. Σπιλάδες. αἱ ὕφαλοι πέτραι. οἷον ἀποσπάδες. ἢ ὅτι τὸ κατ’ αὐτὰς μέρος μελαίνεται. Σποδιὰ καὶ σποδός. ἡ στακτή. παρὰ τὸ σβέω, σβέσω, σβεδὸς καὶ σποδός. ἡ ἀμαυροῦσα τὴν</w:t>
      </w:r>
    </w:p>
    <w:p>
      <w:r>
        <w:rPr>
          <w:rFonts w:ascii="Courier New" w:hAnsi="Courier New"/>
          <w:color w:val="555555"/>
          <w:sz w:val="20"/>
        </w:rPr>
        <w:t>[20]</w:t>
      </w:r>
    </w:p>
    <w:p>
      <w:r>
        <w:rPr>
          <w:rFonts w:ascii="Gentium Plus" w:hAnsi="Gentium Plus"/>
          <w:sz w:val="24"/>
        </w:rPr>
        <w:t>φλόγα.</w:t>
      </w:r>
    </w:p>
    <w:p>
      <w:r>
        <w:rPr>
          <w:rFonts w:ascii="Courier New" w:hAnsi="Courier New"/>
          <w:color w:val="555555"/>
          <w:sz w:val="20"/>
        </w:rPr>
        <w:t>[sigma 1665]</w:t>
      </w:r>
    </w:p>
    <w:p>
      <w:r>
        <w:rPr>
          <w:rFonts w:ascii="Gentium Plus" w:hAnsi="Gentium Plus"/>
          <w:sz w:val="24"/>
        </w:rPr>
        <w:t>Σπονδάς. συνθήκας. ὅρκια. ἢ θυσίας καὶ ἐκχύ‐ σεις οἴνου. †Σπώδιγξ. ἡ πληγή.†</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†Σπέκιον. εἶδος ἱματίου.† Σπέος. τὸ σπήλαιον· ἀφώτιστόν τι οἴκημα. παρὰ τὴν σβέσιν τοῦ φωτός· οἷον σβέος τὶ ὂν καὶ σπέος· τὸ πολὺ γὰρ τοῦ φωτὸς ἐστέρηται· τροπῇ τοῦ β εἰς π. [ὡς παρὰ τὸ σβέω, σβέσω,</w:t>
      </w:r>
    </w:p>
    <w:p>
      <w:r>
        <w:rPr>
          <w:rFonts w:ascii="Courier New" w:hAnsi="Courier New"/>
          <w:color w:val="555555"/>
          <w:sz w:val="20"/>
        </w:rPr>
        <w:t>[10]</w:t>
      </w:r>
    </w:p>
    <w:p>
      <w:r>
        <w:rPr>
          <w:rFonts w:ascii="Gentium Plus" w:hAnsi="Gentium Plus"/>
          <w:sz w:val="24"/>
        </w:rPr>
        <w:t>σβεδὸς καὶ σποδός. καὶ σπὲς τὸ σπήλαιον, καὶ σπεῖον τὸ σπήλαιον, καὶ σπῆϊ τῷ σπηλαίῳ.] Σπέκλον. ἡ ὕαλος. Σπάργανον. παρὰ τὸ σπαράσσω, σπαράγανον καὶ σπάργανον.</w:t>
      </w:r>
    </w:p>
    <w:p>
      <w:r>
        <w:rPr>
          <w:rFonts w:ascii="Courier New" w:hAnsi="Courier New"/>
          <w:color w:val="555555"/>
          <w:sz w:val="20"/>
        </w:rPr>
        <w:t>[15]</w:t>
      </w:r>
    </w:p>
    <w:p>
      <w:r>
        <w:rPr>
          <w:rFonts w:ascii="Gentium Plus" w:hAnsi="Gentium Plus"/>
          <w:sz w:val="24"/>
        </w:rPr>
        <w:t>Σπείρημα. τὸ τοῦ ὄφεως εἵλιγμα. παρὰ τὸ σπειρῶ, τὸ εἱλίσσω. σπείρημα καὶ τὰ ἱμάτια, παρὰ τὸ ἐνσπείρεσθαι καὶ συστρέφεσθαι αὐ‐ τοῖς. καὶ σπεῖρον τὸ ἱμάτιον. Σπωλήτιον. τόπος.</w:t>
      </w:r>
    </w:p>
    <w:p>
      <w:pPr>
        <w:jc w:val="center"/>
      </w:pPr>
      <w:r>
        <w:rPr>
          <w:rFonts w:ascii="Gentium Plus" w:hAnsi="Gentium Plus"/>
          <w:b/>
          <w:sz w:val="24"/>
        </w:rPr>
        <w:t>(Ῥῆμα.)</w:t>
      </w:r>
    </w:p>
    <w:p>
      <w:r>
        <w:rPr>
          <w:rFonts w:ascii="Courier New" w:hAnsi="Courier New"/>
          <w:color w:val="555555"/>
          <w:sz w:val="20"/>
        </w:rPr>
        <w:t>[21]</w:t>
      </w:r>
    </w:p>
    <w:p>
      <w:r>
        <w:rPr>
          <w:rFonts w:ascii="Gentium Plus" w:hAnsi="Gentium Plus"/>
          <w:sz w:val="24"/>
        </w:rPr>
        <w:t>Σπανίζεται. λείπεται, ὑστερεῖται. Σπασάμενος. ἑλκύσας. Σπαθᾷν. τὸ σπαταλᾷν. καὶ παρὰ τοῖς ῥήτορ‐ σι σπαθᾷν τὸ ἀφειδῶς ἀναλίσκειν.</w:t>
      </w:r>
    </w:p>
    <w:p>
      <w:r>
        <w:rPr>
          <w:rFonts w:ascii="Courier New" w:hAnsi="Courier New"/>
          <w:color w:val="555555"/>
          <w:sz w:val="20"/>
        </w:rPr>
        <w:t>[25]</w:t>
      </w:r>
    </w:p>
    <w:p>
      <w:r>
        <w:rPr>
          <w:rFonts w:ascii="Gentium Plus" w:hAnsi="Gentium Plus"/>
          <w:sz w:val="24"/>
        </w:rPr>
        <w:t>Σπαίρω. ψυχοῤῥαγῶ.</w:t>
      </w:r>
    </w:p>
    <w:p>
      <w:r>
        <w:rPr>
          <w:rFonts w:ascii="Courier New" w:hAnsi="Courier New"/>
          <w:color w:val="555555"/>
          <w:sz w:val="20"/>
        </w:rPr>
        <w:t>[sigma 1666]</w:t>
      </w:r>
    </w:p>
    <w:p>
      <w:r>
        <w:rPr>
          <w:rFonts w:ascii="Gentium Plus" w:hAnsi="Gentium Plus"/>
          <w:sz w:val="24"/>
        </w:rPr>
        <w:t>Σπέρχει. σπουδάζει, κατεπείγεται, σπεύδει καὶ συστρέφει. ἴσως ἀπὸ τοῦ περιέχει· συμ‐ περιέχει καὶ κατὰ συγκοπὴν σπέρχει. Σπερμαίνω. γεννῶ.</w:t>
      </w:r>
    </w:p>
    <w:p>
      <w:r>
        <w:rPr>
          <w:rFonts w:ascii="Courier New" w:hAnsi="Courier New"/>
          <w:color w:val="555555"/>
          <w:sz w:val="20"/>
        </w:rPr>
        <w:t>[5]</w:t>
      </w:r>
    </w:p>
    <w:p>
      <w:r>
        <w:rPr>
          <w:rFonts w:ascii="Gentium Plus" w:hAnsi="Gentium Plus"/>
          <w:sz w:val="24"/>
        </w:rPr>
        <w:t>Σπένδω. ἀναιρῶ. ὡς τό· ἐγὼ δὲ ἤδη σπένδομαι. [παρὰ τὸ σπείω σπένδω. παράγωγον καὶ οὐ πλεονασμός. ὥσπερ κυλίω κυλίνδω, καὶ ἀμείρω ἀμέρδω.] Σπένδεται. θύεται. φύεται, φιλιοῦται.</w:t>
      </w:r>
    </w:p>
    <w:p>
      <w:r>
        <w:rPr>
          <w:rFonts w:ascii="Courier New" w:hAnsi="Courier New"/>
          <w:color w:val="555555"/>
          <w:sz w:val="20"/>
        </w:rPr>
        <w:t>[10]</w:t>
      </w:r>
    </w:p>
    <w:p>
      <w:r>
        <w:rPr>
          <w:rFonts w:ascii="Gentium Plus" w:hAnsi="Gentium Plus"/>
          <w:sz w:val="24"/>
        </w:rPr>
        <w:t>Σπένδομαι. φιλιοῦμαι. Σπένδοντος. προσφέροντος πίστιν ἢ σπονδήν. ἔστι δὲ καὶ τὸ φιλιοῦσθαι. σπονδὰς γὰρ ἐκάλουν τὰς ἐπὶ τῶν πολεμίων συμβιβάσεις. Σπειρόμενος σῖτος. μικρόν. σπειρώμενος δὲ ὄφις,</w:t>
      </w:r>
    </w:p>
    <w:p>
      <w:r>
        <w:rPr>
          <w:rFonts w:ascii="Courier New" w:hAnsi="Courier New"/>
          <w:color w:val="555555"/>
          <w:sz w:val="20"/>
        </w:rPr>
        <w:t>[15]</w:t>
      </w:r>
    </w:p>
    <w:p>
      <w:r>
        <w:rPr>
          <w:rFonts w:ascii="Gentium Plus" w:hAnsi="Gentium Plus"/>
          <w:sz w:val="24"/>
        </w:rPr>
        <w:t>ὅ ἐστιν ἐντυλισσόμενος, μέγα. Σπείρω. παρὰ τὸ σπῶ· ἅμα γὰρ καταβληθῆ‐ ναι τὴν σπορὰν, σπᾶται ὑπὸ τῆς γῆς τὸ χωρῆ‐ σαν εἰς αὐτήν. ὡσαύτως καὶ ἐπὶ τῶν θηλειῶν. Σπείσω. θύσω.</w:t>
      </w:r>
    </w:p>
    <w:p>
      <w:r>
        <w:rPr>
          <w:rFonts w:ascii="Courier New" w:hAnsi="Courier New"/>
          <w:color w:val="555555"/>
          <w:sz w:val="20"/>
        </w:rPr>
        <w:t>[20]</w:t>
      </w:r>
    </w:p>
    <w:p>
      <w:r>
        <w:rPr>
          <w:rFonts w:ascii="Gentium Plus" w:hAnsi="Gentium Plus"/>
          <w:sz w:val="24"/>
        </w:rPr>
        <w:t>Σπεῖσαι. παρὰ τὸ σπίσαι, ὅ ἐστι ποτίσαι τὴν γῆν τῷ οἴνῳ. Σπληνιῶντες. ..... Σπώμενος. συντριβόμενος. Σπένδομαι. ἀποθνήσκω. θυσίαν μέλλω καὶ σπον‐</w:t>
      </w:r>
    </w:p>
    <w:p>
      <w:r>
        <w:rPr>
          <w:rFonts w:ascii="Courier New" w:hAnsi="Courier New"/>
          <w:color w:val="555555"/>
          <w:sz w:val="20"/>
        </w:rPr>
        <w:t>[25]</w:t>
      </w:r>
    </w:p>
    <w:p>
      <w:r>
        <w:rPr>
          <w:rFonts w:ascii="Gentium Plus" w:hAnsi="Gentium Plus"/>
          <w:sz w:val="24"/>
        </w:rPr>
        <w:t>δὴν ἐμαυτὸν προσφέρειν Χριστῷ. ὁ Ἀπόστο‐</w:t>
      </w:r>
    </w:p>
    <w:p>
      <w:r>
        <w:rPr>
          <w:rFonts w:ascii="Courier New" w:hAnsi="Courier New"/>
          <w:color w:val="555555"/>
          <w:sz w:val="20"/>
        </w:rPr>
        <w:t>[sigma 1667]</w:t>
      </w:r>
    </w:p>
    <w:p>
      <w:r>
        <w:rPr>
          <w:rFonts w:ascii="Gentium Plus" w:hAnsi="Gentium Plus"/>
          <w:sz w:val="24"/>
        </w:rPr>
        <w:t>λος· ἀλλ’ εἰ καὶ σπένδομαι ἐπὶ τῇ θυσίᾳ καὶ τῇ λειτουργίᾳ. Σπειρηδόν. περιπεπλεγμένως. Σποράδην. ἐσπαρμένως.</w:t>
      </w:r>
    </w:p>
    <w:p>
      <w:pPr>
        <w:jc w:val="center"/>
      </w:pPr>
      <w:r>
        <w:rPr>
          <w:rFonts w:ascii="Gentium Plus" w:hAnsi="Gentium Plus"/>
          <w:b/>
          <w:sz w:val="24"/>
        </w:rPr>
        <w:t>Τὸ Σ μετὰ τοῦ Τ.</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Σταθμός. τὸ σταθμίζον. τὸ σταθμιζόμενον. ἡ μάνδρα τῶν προβάτων. σταθμὸς κατὰ Ἡρόδο‐ τον καὶ Ξενοφῶντα μίλια εἰκοσιοκτὼ ἥμισυ.</w:t>
      </w:r>
    </w:p>
    <w:p>
      <w:r>
        <w:rPr>
          <w:rFonts w:ascii="Courier New" w:hAnsi="Courier New"/>
          <w:color w:val="555555"/>
          <w:sz w:val="20"/>
        </w:rPr>
        <w:t>[10]</w:t>
      </w:r>
    </w:p>
    <w:p>
      <w:r>
        <w:rPr>
          <w:rFonts w:ascii="Gentium Plus" w:hAnsi="Gentium Plus"/>
          <w:sz w:val="24"/>
        </w:rPr>
        <w:t>καὶ σταθμοὶ ἀντὶ τοῦ παραστάδες. Σταλαγμός. ἔστι στῶ, οὗ παράγωγον στάσω, ὁ μέλλων στάξω. ὡς φράζω φραγμὸς, οὕτω στά‐ ζω σταλαγμὸς κατὰ πλεονασμὸν τῆς συλλαβῆς. ἐκ δὲ τοῦ στάσσω γίνεται κατὰ πλεονασμὸν</w:t>
      </w:r>
    </w:p>
    <w:p>
      <w:r>
        <w:rPr>
          <w:rFonts w:ascii="Courier New" w:hAnsi="Courier New"/>
          <w:color w:val="555555"/>
          <w:sz w:val="20"/>
        </w:rPr>
        <w:t>[15]</w:t>
      </w:r>
    </w:p>
    <w:p>
      <w:r>
        <w:rPr>
          <w:rFonts w:ascii="Gentium Plus" w:hAnsi="Gentium Plus"/>
          <w:sz w:val="24"/>
        </w:rPr>
        <w:t>τῆς αλ συλλαβῆς σταλάσσω. Στάληξ. ὁ σταλαγμός. στάλιξ δὲ, ὁ σκόλοψ, ἰῶτα. Στατώριος. ὁ σκολιός. Σταμῖνες. τὰ καταστρώματα τῆς νηός. ἐφ’ ὧν</w:t>
      </w:r>
    </w:p>
    <w:p>
      <w:r>
        <w:rPr>
          <w:rFonts w:ascii="Courier New" w:hAnsi="Courier New"/>
          <w:color w:val="555555"/>
          <w:sz w:val="20"/>
        </w:rPr>
        <w:t>[20]</w:t>
      </w:r>
    </w:p>
    <w:p>
      <w:r>
        <w:rPr>
          <w:rFonts w:ascii="Gentium Plus" w:hAnsi="Gentium Plus"/>
          <w:sz w:val="24"/>
        </w:rPr>
        <w:t>ἱστάμεθα. Ἀρίσταρχος δὲ ὀρθὰ ξύλα λέγει</w:t>
      </w:r>
    </w:p>
    <w:p>
      <w:r>
        <w:rPr>
          <w:rFonts w:ascii="Courier New" w:hAnsi="Courier New"/>
          <w:color w:val="555555"/>
          <w:sz w:val="20"/>
        </w:rPr>
        <w:t>[sigma 1668]</w:t>
      </w:r>
    </w:p>
    <w:p>
      <w:r>
        <w:rPr>
          <w:rFonts w:ascii="Gentium Plus" w:hAnsi="Gentium Plus"/>
          <w:sz w:val="24"/>
        </w:rPr>
        <w:t>Στατήρ. τὸ νόμισμα. παρὰ τὸ ἵστημι, στήσω, στατήρ. οἱ δὲ ἀρχαῖοι ἐπὶ τοῦ δανείζειν. ὀβο‐ λοστάτας οὖν οἱ Ἀττικοὶ τοὺς ὀλίγα δανείζον‐ τας ἔλεγον ὑπερβολικῶς. ὁ γὰρ στατὴρ ἐπε‐</w:t>
      </w:r>
    </w:p>
    <w:p>
      <w:r>
        <w:rPr>
          <w:rFonts w:ascii="Courier New" w:hAnsi="Courier New"/>
          <w:color w:val="555555"/>
          <w:sz w:val="20"/>
        </w:rPr>
        <w:t>[5]</w:t>
      </w:r>
    </w:p>
    <w:p>
      <w:r>
        <w:rPr>
          <w:rFonts w:ascii="Gentium Plus" w:hAnsi="Gentium Plus"/>
          <w:sz w:val="24"/>
        </w:rPr>
        <w:t>νοήθη τῷ βίῳ πρὸς δανεισμὸν καὶ ἀπόδοσιν. καὶ στατῆρες οἱ χρεῶσται. *Στατῆρα. τινὲς νομίζουσι λίθον πολύτιμον εὑρισκόμενον κατὰ Συρίαν, οἱ δὲ ἐξάγιον τέταρ‐ τον νομίσματος.*</w:t>
      </w:r>
    </w:p>
    <w:p>
      <w:r>
        <w:rPr>
          <w:rFonts w:ascii="Courier New" w:hAnsi="Courier New"/>
          <w:color w:val="555555"/>
          <w:sz w:val="20"/>
        </w:rPr>
        <w:t>[10]</w:t>
      </w:r>
    </w:p>
    <w:p>
      <w:r>
        <w:rPr>
          <w:rFonts w:ascii="Gentium Plus" w:hAnsi="Gentium Plus"/>
          <w:sz w:val="24"/>
        </w:rPr>
        <w:t>Σταυρὸς Χριστοῦ ἐστι πέρας ἐπιδόσεως καὶ κοπὴ ἁμαρτιῶν. σταυροὺς ἔλεγον οἱ παλαιοὶ ὀρθὰ ξύλα παρὰ τὴν στάσιν, ἅπερ ἔξωθεν πε‐ ριτίθεται ταῖς αὐλαῖς πρὸς τὸ μὴ στενοχωρεῖ‐ σθαι τὰ ζῶα ἐν τοῖς συφεοῖς. καὶ ὁ παρ’ ἡμῖν</w:t>
      </w:r>
    </w:p>
    <w:p>
      <w:r>
        <w:rPr>
          <w:rFonts w:ascii="Courier New" w:hAnsi="Courier New"/>
          <w:color w:val="555555"/>
          <w:sz w:val="20"/>
        </w:rPr>
        <w:t>[15]</w:t>
      </w:r>
    </w:p>
    <w:p>
      <w:r>
        <w:rPr>
          <w:rFonts w:ascii="Gentium Plus" w:hAnsi="Gentium Plus"/>
          <w:sz w:val="24"/>
        </w:rPr>
        <w:t>δὲ σταυρὸς παρὰ τὴν στάσιν καὶ τὸ εὖρος, οἷον ὁ μῆκος καὶ πλάτος ἔχων. Σταθηρός. ἰσχυρός. Σταίτιος. ἄρτος ἐξ ἀλεύρου. καὶ σταιήτιος, *καὶ σταιήτης,* καὶ σταιτίτης.</w:t>
      </w:r>
    </w:p>
    <w:p>
      <w:r>
        <w:rPr>
          <w:rFonts w:ascii="Courier New" w:hAnsi="Courier New"/>
          <w:color w:val="555555"/>
          <w:sz w:val="20"/>
        </w:rPr>
        <w:t>[20]</w:t>
      </w:r>
    </w:p>
    <w:p>
      <w:r>
        <w:rPr>
          <w:rFonts w:ascii="Gentium Plus" w:hAnsi="Gentium Plus"/>
          <w:sz w:val="24"/>
        </w:rPr>
        <w:t>Στεναγμός. παρὰ τὸ στενάζω· τοῦτο παρὰ τὸ στενάχω· [τοῦτο παρὰ τὸ στένω.] Στερεός. τὸ στεῤῥὸς τοῦ στερεὸς ἐστὶ συγκοπή.</w:t>
      </w:r>
    </w:p>
    <w:p>
      <w:r>
        <w:rPr>
          <w:rFonts w:ascii="Courier New" w:hAnsi="Courier New"/>
          <w:color w:val="555555"/>
          <w:sz w:val="20"/>
        </w:rPr>
        <w:t>[sigma 1669]</w:t>
      </w:r>
    </w:p>
    <w:p>
      <w:r>
        <w:rPr>
          <w:rFonts w:ascii="Gentium Plus" w:hAnsi="Gentium Plus"/>
          <w:sz w:val="24"/>
        </w:rPr>
        <w:t>δοκεῖ μᾶλλον τὸ στερεὸς ἀπὸ τοῦ στεῤῥὸς εἶναι, κατὰ πλεονασμὸν τοῦ ε. τὰ γὰρ εἰς ναι ἀπα‐ ρέμφατα ποιεῖ εἰς ρος ὀνόματα ἰσοσύλλαβα. οἷον μυῆναι μυαρός· διῆναι διερός· ῥυπῆναι</w:t>
      </w:r>
    </w:p>
    <w:p>
      <w:r>
        <w:rPr>
          <w:rFonts w:ascii="Courier New" w:hAnsi="Courier New"/>
          <w:color w:val="555555"/>
          <w:sz w:val="20"/>
        </w:rPr>
        <w:t>[5]</w:t>
      </w:r>
    </w:p>
    <w:p>
      <w:r>
        <w:rPr>
          <w:rFonts w:ascii="Gentium Plus" w:hAnsi="Gentium Plus"/>
          <w:sz w:val="24"/>
        </w:rPr>
        <w:t>ῥυπαρός· στηθῆναι σταθερός· στῆναι στερὸς, καὶ πλεονασμῷ τοῦ ρ στεῤῥὸς, καὶ τοῦ ε πά‐ λιν στερεός. οὕτως Ὦρος ὁ Μιλήσιος περὶ πά‐ θους. Στελεὸς καὶ στειλειός. τὸ ἀξινοκράτημα.</w:t>
      </w:r>
    </w:p>
    <w:p>
      <w:r>
        <w:rPr>
          <w:rFonts w:ascii="Courier New" w:hAnsi="Courier New"/>
          <w:color w:val="555555"/>
          <w:sz w:val="20"/>
        </w:rPr>
        <w:t>[10]</w:t>
      </w:r>
    </w:p>
    <w:p>
      <w:r>
        <w:rPr>
          <w:rFonts w:ascii="Gentium Plus" w:hAnsi="Gentium Plus"/>
          <w:sz w:val="24"/>
        </w:rPr>
        <w:t>Στεντόρειος. λόγος φωνητικός. ἀπό τινος Στέν‐ τορος ὀνομαζομένου, ὃς μεγαλοφωνότατος ὑπῆρχε. Στήμων. τὸ στημόνιον. παρὰ τὸ στῶ, στήσω, στήμων. ὡς φιλῶ, φιλήσω, φιλήμων.</w:t>
      </w:r>
    </w:p>
    <w:p>
      <w:r>
        <w:rPr>
          <w:rFonts w:ascii="Courier New" w:hAnsi="Courier New"/>
          <w:color w:val="555555"/>
          <w:sz w:val="20"/>
        </w:rPr>
        <w:t>[15]</w:t>
      </w:r>
    </w:p>
    <w:p>
      <w:r>
        <w:rPr>
          <w:rFonts w:ascii="Gentium Plus" w:hAnsi="Gentium Plus"/>
          <w:sz w:val="24"/>
        </w:rPr>
        <w:t>Στίχος. ἡ ἐπίστιχος τάξις. Στικτέος. καρτερικός. ἀπὸ τοῦ στίζω, τὸ μα‐ στίζω. Στιγματίας. ὁ οἰκέτης. ὡς στιζόμενος καὶ μα‐ στιζόμενος, οἷα ἀχρήσιμος.</w:t>
      </w:r>
    </w:p>
    <w:p>
      <w:r>
        <w:rPr>
          <w:rFonts w:ascii="Courier New" w:hAnsi="Courier New"/>
          <w:color w:val="555555"/>
          <w:sz w:val="20"/>
        </w:rPr>
        <w:t>[20]</w:t>
      </w:r>
    </w:p>
    <w:p>
      <w:r>
        <w:rPr>
          <w:rFonts w:ascii="Gentium Plus" w:hAnsi="Gentium Plus"/>
          <w:sz w:val="24"/>
        </w:rPr>
        <w:t>Στόλος. κυρίως ἀποστέλλειν ἐστὶ τὸ διὰ νηὸς ἐκπέμπειν. ὅθεν καὶ στόλος ὁ πολλῶν νηῶν ἀπόπλους. Στῶλος δὲ ὄνομα πόλεως, μέγα. †Στολυξώδης. μικρολόγος.† Στόνυξ. τὸ εἰς ὀξὺ λῆγον. καὶ κλίνεται στό‐</w:t>
      </w:r>
    </w:p>
    <w:p>
      <w:r>
        <w:rPr>
          <w:rFonts w:ascii="Courier New" w:hAnsi="Courier New"/>
          <w:color w:val="555555"/>
          <w:sz w:val="20"/>
        </w:rPr>
        <w:t>[25]</w:t>
      </w:r>
    </w:p>
    <w:p>
      <w:r>
        <w:rPr>
          <w:rFonts w:ascii="Gentium Plus" w:hAnsi="Gentium Plus"/>
          <w:sz w:val="24"/>
        </w:rPr>
        <w:t>νυχος.</w:t>
      </w:r>
    </w:p>
    <w:p>
      <w:r>
        <w:rPr>
          <w:rFonts w:ascii="Courier New" w:hAnsi="Courier New"/>
          <w:color w:val="555555"/>
          <w:sz w:val="20"/>
        </w:rPr>
        <w:t>[sigma 1670]</w:t>
      </w:r>
    </w:p>
    <w:p>
      <w:r>
        <w:rPr>
          <w:rFonts w:ascii="Gentium Plus" w:hAnsi="Gentium Plus"/>
          <w:sz w:val="24"/>
        </w:rPr>
        <w:t>Στοχασμός. παρὰ τὸ στείχω στοχάζω. στοχα‐ σμὸς δὲ λέγεται καὶ στοχάζειν, τὸ πρὸς εὐ‐ θεῖαν ὁδὸν τὸν λογισμὸν ἀπευθύνειν. Στόμαχος. δι’ οὗ καταπίνομεν τὴν ὑγρὰν καὶ</w:t>
      </w:r>
    </w:p>
    <w:p>
      <w:r>
        <w:rPr>
          <w:rFonts w:ascii="Courier New" w:hAnsi="Courier New"/>
          <w:color w:val="555555"/>
          <w:sz w:val="20"/>
        </w:rPr>
        <w:t>[5]</w:t>
      </w:r>
    </w:p>
    <w:p>
      <w:r>
        <w:rPr>
          <w:rFonts w:ascii="Gentium Plus" w:hAnsi="Gentium Plus"/>
          <w:sz w:val="24"/>
        </w:rPr>
        <w:t>ξηρὰν τροφήν. ἤτοι στόμα ἐστὶ τῶν χεομένων, ἢ ὅτι τὰ ἀπὸ τοῦ στόματος εἰς τοῦτον χεῖται. ἢ σιτόμαχος, ὁ τοῖς σιτίοις μαχόμενος· θλί‐ βουσι γὰρ αὐτόν. ἢ ὁ θλίβων ἔμπαλιν ταῦτα. Στρατόνικος· Στράτων, Στράτωνος. ὀνόματα</w:t>
      </w:r>
    </w:p>
    <w:p>
      <w:r>
        <w:rPr>
          <w:rFonts w:ascii="Courier New" w:hAnsi="Courier New"/>
          <w:color w:val="555555"/>
          <w:sz w:val="20"/>
        </w:rPr>
        <w:t>[10]</w:t>
      </w:r>
    </w:p>
    <w:p>
      <w:r>
        <w:rPr>
          <w:rFonts w:ascii="Gentium Plus" w:hAnsi="Gentium Plus"/>
          <w:sz w:val="24"/>
        </w:rPr>
        <w:t>κύρια. Στρατός. τὸ συνεστραμμένον πλῆθος τῶν πολε‐ μούντων. παρὰ τὸ στρέφω, ἔνθεν ἔστραπται, στραπτὸς καὶ στρατός. †Στρόβιλος. εἶδος ὀρχήσεως.†</w:t>
      </w:r>
    </w:p>
    <w:p>
      <w:r>
        <w:rPr>
          <w:rFonts w:ascii="Courier New" w:hAnsi="Courier New"/>
          <w:color w:val="555555"/>
          <w:sz w:val="20"/>
        </w:rPr>
        <w:t>[15]</w:t>
      </w:r>
    </w:p>
    <w:p>
      <w:r>
        <w:rPr>
          <w:rFonts w:ascii="Gentium Plus" w:hAnsi="Gentium Plus"/>
          <w:sz w:val="24"/>
        </w:rPr>
        <w:t>†Στρόφος. στρέμμα, πλέγμα.† Στρυφνός. ὁ στύφων. καὶ τὸν οἶνον ἔπινε τὸν στρυφνόν. καὶ βοτάνη τις. Στριφνός. ἐσφιγμένος· στερεός. παρὰ τὸ στρύ‐ φω, στρυφνὸς καὶ στριφνός.</w:t>
      </w:r>
    </w:p>
    <w:p>
      <w:r>
        <w:rPr>
          <w:rFonts w:ascii="Courier New" w:hAnsi="Courier New"/>
          <w:color w:val="555555"/>
          <w:sz w:val="20"/>
        </w:rPr>
        <w:t>[20]</w:t>
      </w:r>
    </w:p>
    <w:p>
      <w:r>
        <w:rPr>
          <w:rFonts w:ascii="Gentium Plus" w:hAnsi="Gentium Plus"/>
          <w:sz w:val="24"/>
        </w:rPr>
        <w:t>Στρόβιλος. ὁ ἄνεμος. Στρόβηλος δὲ ἡ νῆσος, η. [παρὰ τὸ στρέφω, στρόφιλος καὶ στρόβιλος.] Στρουθός. παρὰ τὸ μετὰ οἴστρου θέειν. Στρυμών. ὄνομα κύριον. καὶ ποταμὸς Στρυμὼν, καὶ κλίνεται Στρυμόνος.</w:t>
      </w:r>
    </w:p>
    <w:p>
      <w:r>
        <w:rPr>
          <w:rFonts w:ascii="Courier New" w:hAnsi="Courier New"/>
          <w:color w:val="555555"/>
          <w:sz w:val="20"/>
        </w:rPr>
        <w:t>[25]</w:t>
      </w:r>
    </w:p>
    <w:p>
      <w:r>
        <w:rPr>
          <w:rFonts w:ascii="Gentium Plus" w:hAnsi="Gentium Plus"/>
          <w:sz w:val="24"/>
        </w:rPr>
        <w:t>Στρῶβες. ἔθνος.</w:t>
      </w:r>
    </w:p>
    <w:p>
      <w:r>
        <w:rPr>
          <w:rFonts w:ascii="Courier New" w:hAnsi="Courier New"/>
          <w:color w:val="555555"/>
          <w:sz w:val="20"/>
        </w:rPr>
        <w:t>[sigma 1671]</w:t>
      </w:r>
    </w:p>
    <w:p>
      <w:r>
        <w:rPr>
          <w:rFonts w:ascii="Gentium Plus" w:hAnsi="Gentium Plus"/>
          <w:sz w:val="24"/>
        </w:rPr>
        <w:t>Στρωτήρ. τὸ πλέγμα, τὸ ἀπὸ τῶν παπύρων εἰς σκηνὰς καὶ καλύβας πεποιημένον. Στυγητός. μισητός. Στυγνός. κατηφὴς, λυπηρός. [ὡς παρὰ τὸ ἔπι‐</w:t>
      </w:r>
    </w:p>
    <w:p>
      <w:r>
        <w:rPr>
          <w:rFonts w:ascii="Courier New" w:hAnsi="Courier New"/>
          <w:color w:val="555555"/>
          <w:sz w:val="20"/>
        </w:rPr>
        <w:t>[5]</w:t>
      </w:r>
    </w:p>
    <w:p>
      <w:r>
        <w:rPr>
          <w:rFonts w:ascii="Gentium Plus" w:hAnsi="Gentium Plus"/>
          <w:sz w:val="24"/>
        </w:rPr>
        <w:t>θον πιθανὸς, οὕτω στύγω, ἔστυγον, στυγανὸς, καὶ συγκοπῇ στυγνός. οἱ δὲ παρὰ τὴν Στύγα φασὶν εἰρῆσθαι. οἱ γὰρ ἀρχαῖοι τὰ ἀηδῆ καὶ λυπηρὰ ἀπὸ τῶν ψυχρῶν κατονομάζουσι· τὴν γὰρ Στύγα, λίμνη ἔστιν αὕτη ἐν τῷ ᾅδῃ, μυ‐</w:t>
      </w:r>
    </w:p>
    <w:p>
      <w:r>
        <w:rPr>
          <w:rFonts w:ascii="Courier New" w:hAnsi="Courier New"/>
          <w:color w:val="555555"/>
          <w:sz w:val="20"/>
        </w:rPr>
        <w:t>[10]</w:t>
      </w:r>
    </w:p>
    <w:p>
      <w:r>
        <w:rPr>
          <w:rFonts w:ascii="Gentium Plus" w:hAnsi="Gentium Plus"/>
          <w:sz w:val="24"/>
        </w:rPr>
        <w:t>θεύονται Ἕλληνες ψυχρότατον ἔχειν ὕδωρ. ὁμοίως καὶ τὸ στυγεῖν.] Στύλος. ὡς παρὰ τὸ πλήθω πλῆθος, οὕτω στῶ, στύω, στύσω, στύλος. καὶ χῶ, χύσω, χυλὸς, ὀξυτόνως· τὰ γὰρ ῥηματικὰ ταῦτα ὀνόματα</w:t>
      </w:r>
    </w:p>
    <w:p>
      <w:r>
        <w:rPr>
          <w:rFonts w:ascii="Courier New" w:hAnsi="Courier New"/>
          <w:color w:val="555555"/>
          <w:sz w:val="20"/>
        </w:rPr>
        <w:t>[15]</w:t>
      </w:r>
    </w:p>
    <w:p>
      <w:r>
        <w:rPr>
          <w:rFonts w:ascii="Gentium Plus" w:hAnsi="Gentium Plus"/>
          <w:sz w:val="24"/>
        </w:rPr>
        <w:t>διαφόρως τονίζεται. Στύραξ. τὸ κάτω τοῦ δόρατος τραχήλιον, ὃ καταπηγνύειν εἰς τὴν γῆν εἰώθαμεν. καὶ Θουκυ‐ δίδης φησί· στυρακίῳ ἀκοντίῳ ἀντὶ τοῦ βα‐ λάνου χρησάμενος εἰς τὸν μοχλόν. ἢ ὁ καλού‐</w:t>
      </w:r>
    </w:p>
    <w:p>
      <w:r>
        <w:rPr>
          <w:rFonts w:ascii="Courier New" w:hAnsi="Courier New"/>
          <w:color w:val="555555"/>
          <w:sz w:val="20"/>
        </w:rPr>
        <w:t>[20]</w:t>
      </w:r>
    </w:p>
    <w:p>
      <w:r>
        <w:rPr>
          <w:rFonts w:ascii="Gentium Plus" w:hAnsi="Gentium Plus"/>
          <w:sz w:val="24"/>
        </w:rPr>
        <w:t>μενος σαυρωτήρ. ἢ ἡ τοῦ δόρατος ἀρχὴ, ἐφ’ ᾗ στηρίζεται. καὶ στυρακίζειν, τὸ κεντρίζειν, ἀπὸ τοῦ στύρακος. Στρόφος. ὁ τῆς πήρας κρεμαστήρ. παρὰ τὸ</w:t>
      </w:r>
    </w:p>
    <w:p>
      <w:r>
        <w:rPr>
          <w:rFonts w:ascii="Courier New" w:hAnsi="Courier New"/>
          <w:color w:val="555555"/>
          <w:sz w:val="20"/>
        </w:rPr>
        <w:t>[sigma 1672]</w:t>
      </w:r>
    </w:p>
    <w:p>
      <w:r>
        <w:rPr>
          <w:rFonts w:ascii="Gentium Plus" w:hAnsi="Gentium Plus"/>
          <w:sz w:val="24"/>
        </w:rPr>
        <w:t>Στωμύλος. κομψός· πιθανολόγος. ἢ ὁ μετὰ γέλωτος ἐμπαίζων τινὰ καὶ διασύρων. Στόρθηξ. ἡ ἐπιδορατίς. Στροφέα. σπόνδυλον. τὸν ὀδόντα λέγει ὁ Ἱππο‐</w:t>
      </w:r>
    </w:p>
    <w:p>
      <w:r>
        <w:rPr>
          <w:rFonts w:ascii="Courier New" w:hAnsi="Courier New"/>
          <w:color w:val="555555"/>
          <w:sz w:val="20"/>
        </w:rPr>
        <w:t>[5]</w:t>
      </w:r>
    </w:p>
    <w:p>
      <w:r>
        <w:rPr>
          <w:rFonts w:ascii="Gentium Plus" w:hAnsi="Gentium Plus"/>
          <w:sz w:val="24"/>
        </w:rPr>
        <w:t>κράτης. [τοῦ Ψελλοῦ·] στροφέα δέ γε σπόν‐ δυλον φησί που τὸν ὀδόντα.</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Σταγὼν, σταγόνος. παρὰ τὸ στῶ ῥῆμα, οὗ παράγωγον στάζω.</w:t>
      </w:r>
    </w:p>
    <w:p>
      <w:r>
        <w:rPr>
          <w:rFonts w:ascii="Courier New" w:hAnsi="Courier New"/>
          <w:color w:val="555555"/>
          <w:sz w:val="20"/>
        </w:rPr>
        <w:t>[10]</w:t>
      </w:r>
    </w:p>
    <w:p>
      <w:r>
        <w:rPr>
          <w:rFonts w:ascii="Gentium Plus" w:hAnsi="Gentium Plus"/>
          <w:sz w:val="24"/>
        </w:rPr>
        <w:t>*Στραγγαλιάς. ὁ μὲν Ἀκύλας διαπλοκάς· σκολιότητας δὲ ὁ Σύμμαχος· ὁ δὲ Θεοδοτίων διεστραμμένα ἡρμήνευσεν.* Σταφυλή. παρὰ τὸ στάζω καὶ τὸ φίλον. ἡ ἀποστάζουσα τὸ φίλον πᾶσιν ἀνθρώποις.</w:t>
      </w:r>
    </w:p>
    <w:p>
      <w:r>
        <w:rPr>
          <w:rFonts w:ascii="Courier New" w:hAnsi="Courier New"/>
          <w:color w:val="555555"/>
          <w:sz w:val="20"/>
        </w:rPr>
        <w:t>[15]</w:t>
      </w:r>
    </w:p>
    <w:p>
      <w:r>
        <w:rPr>
          <w:rFonts w:ascii="Gentium Plus" w:hAnsi="Gentium Plus"/>
          <w:sz w:val="24"/>
        </w:rPr>
        <w:t>Στακτή. τὸ λεπτότατον τῆς σμύρνης. Σταχάνη. ἡ τρυτάνη Δωρικῶς. παρὰ τὴν στά‐ σιν. Στεροπή. ἡ ἀστραπή. ἐγὼ ἀστεροπὴν οἶδα τὴν ἀστραπήν· εἰ μὴ ἐστὶν ἀποβολῇ τοῦ α ποιη‐</w:t>
      </w:r>
    </w:p>
    <w:p>
      <w:r>
        <w:rPr>
          <w:rFonts w:ascii="Courier New" w:hAnsi="Courier New"/>
          <w:color w:val="555555"/>
          <w:sz w:val="20"/>
        </w:rPr>
        <w:t>[20]</w:t>
      </w:r>
    </w:p>
    <w:p>
      <w:r>
        <w:rPr>
          <w:rFonts w:ascii="Gentium Plus" w:hAnsi="Gentium Plus"/>
          <w:sz w:val="24"/>
        </w:rPr>
        <w:t>τικόν. Στερίφη. ἄγονος· στεῖρα. Στεριφόπεπλος. ἡ μικρὸν πέπλον καὶ ἱμάτιον</w:t>
      </w:r>
    </w:p>
    <w:p>
      <w:r>
        <w:rPr>
          <w:rFonts w:ascii="Courier New" w:hAnsi="Courier New"/>
          <w:color w:val="555555"/>
          <w:sz w:val="20"/>
        </w:rPr>
        <w:t>[sigma 1673]</w:t>
      </w:r>
    </w:p>
    <w:p>
      <w:r>
        <w:rPr>
          <w:rFonts w:ascii="Gentium Plus" w:hAnsi="Gentium Plus"/>
          <w:sz w:val="24"/>
        </w:rPr>
        <w:t>Στεῖρα. ἡ στερουμένη τοῦ τίκτειν. ἢ ἡ τοῦ κυῆ‐ σαι στάσιν ἔχουσα. παρὰ τὸ στῶ στείω. ὡς σῶ σείω. καὶ ἐκεῖθεν στεῖα καὶ στεῖρα. Στίβος. ἡ ὁδός. ἀπὸ τοῦ στίβω, τὸ περιπατῶ.</w:t>
      </w:r>
    </w:p>
    <w:p>
      <w:r>
        <w:rPr>
          <w:rFonts w:ascii="Courier New" w:hAnsi="Courier New"/>
          <w:color w:val="555555"/>
          <w:sz w:val="20"/>
        </w:rPr>
        <w:t>[5]</w:t>
      </w:r>
    </w:p>
    <w:p>
      <w:r>
        <w:rPr>
          <w:rFonts w:ascii="Gentium Plus" w:hAnsi="Gentium Plus"/>
          <w:sz w:val="24"/>
        </w:rPr>
        <w:t>Στιβή. βοτάνη. Στιβάς. παρὰ τὸ στοιβάζω. †καὶ στιβάσι λαμπροτέραις ἀνακλιθῶμεν ὠστίναις τε.† *λέ‐ γεται καὶ ἡ κλίνη.* Στιλπνότης. ἡ λαμπρότης. ἡ λαμπηδών. καὶ</w:t>
      </w:r>
    </w:p>
    <w:p>
      <w:r>
        <w:rPr>
          <w:rFonts w:ascii="Courier New" w:hAnsi="Courier New"/>
          <w:color w:val="555555"/>
          <w:sz w:val="20"/>
        </w:rPr>
        <w:t>[10]</w:t>
      </w:r>
    </w:p>
    <w:p>
      <w:r>
        <w:rPr>
          <w:rFonts w:ascii="Gentium Plus" w:hAnsi="Gentium Plus"/>
          <w:sz w:val="24"/>
        </w:rPr>
        <w:t>στιλβηδὼν, στιλβηδόνος. Στίξ. ἡ τεσσαράκοντα ἀνδρῶν στάσις ἢ τάξις. Στιγμή. διανοίας ἀπηρτισμένης σημεῖον. γίνε‐ ται δὲ στιγμὴ ἀπὸ τοῦ στίζω, στίξω, στιγμή· ἵστησι γὰρ τὴν φωνήν. τὸ δὲ ἀπηρτισμένης ἀντὶ</w:t>
      </w:r>
    </w:p>
    <w:p>
      <w:r>
        <w:rPr>
          <w:rFonts w:ascii="Courier New" w:hAnsi="Courier New"/>
          <w:color w:val="555555"/>
          <w:sz w:val="20"/>
        </w:rPr>
        <w:t>[15]</w:t>
      </w:r>
    </w:p>
    <w:p>
      <w:r>
        <w:rPr>
          <w:rFonts w:ascii="Gentium Plus" w:hAnsi="Gentium Plus"/>
          <w:sz w:val="24"/>
        </w:rPr>
        <w:t>τοῦ πεπληρωμένης. στιγμαὶ δὲ εἰσὶ τρεῖς· τε‐ λεία, μέση καὶ ὑποστιγμή. καὶ τελεία ἔστι δια‐ νοίας ἀπηρτισμένης σημεῖον· μέση δὲ σημεῖον πνεύματος ἕνεκεν παραλαμβανόμενον, τουτέστι χάριν ἀναπνοίας· ὑποστιγμὴ δέ ἐστι σημεῖον</w:t>
      </w:r>
    </w:p>
    <w:p>
      <w:r>
        <w:rPr>
          <w:rFonts w:ascii="Courier New" w:hAnsi="Courier New"/>
          <w:color w:val="555555"/>
          <w:sz w:val="20"/>
        </w:rPr>
        <w:t>[20]</w:t>
      </w:r>
    </w:p>
    <w:p>
      <w:r>
        <w:rPr>
          <w:rFonts w:ascii="Gentium Plus" w:hAnsi="Gentium Plus"/>
          <w:sz w:val="24"/>
        </w:rPr>
        <w:t>διανοίας μηδέπω ἀπηρτισμένης, ἀλλ’ ἔτι ἐνδεού‐ σης σημεῖον. διαφέρει δὲ στιγμὴ ὑποστιγμῆς χρόνῳ· ἐν μὲν γὰρ τῇ στιγμῇ πολὺ τὸ διάστη‐ μα, ἐν δὲ τῇ ὑποστιγμῇ παντελῶς ὀλίγον. στι‐ γμαὶ δὲ κατὰ Νικάνορα ὀκτώ· τελεία· ὑπερ‐</w:t>
      </w:r>
    </w:p>
    <w:p>
      <w:r>
        <w:rPr>
          <w:rFonts w:ascii="Courier New" w:hAnsi="Courier New"/>
          <w:color w:val="555555"/>
          <w:sz w:val="20"/>
        </w:rPr>
        <w:t>[25]</w:t>
      </w:r>
    </w:p>
    <w:p>
      <w:r>
        <w:rPr>
          <w:rFonts w:ascii="Gentium Plus" w:hAnsi="Gentium Plus"/>
          <w:sz w:val="24"/>
        </w:rPr>
        <w:t>τελεία· ἀτελής· ἄνω πρώτη· ἄνω δευτέρα·</w:t>
      </w:r>
    </w:p>
    <w:p>
      <w:r>
        <w:rPr>
          <w:rFonts w:ascii="Courier New" w:hAnsi="Courier New"/>
          <w:color w:val="555555"/>
          <w:sz w:val="20"/>
        </w:rPr>
        <w:t>[sigma 1674]</w:t>
      </w:r>
    </w:p>
    <w:p>
      <w:r>
        <w:rPr>
          <w:rFonts w:ascii="Gentium Plus" w:hAnsi="Gentium Plus"/>
          <w:sz w:val="24"/>
        </w:rPr>
        <w:t>ἀνυπόκριτος· ἐνυπόκριτος· ὑποδιαστολή. δια‐ φέρει δὲ στιγμὴ τῆς ὑποδιαστολῆς, ὅτι ἡ μὲν στιγμὴ μόνην τὴν φωνὴν διΐστησιν, ἡ δὲ ὑπο‐ διαστολὴ ἅμα τὴν φωνὴν καὶ τὴν διάνοιαν. στι‐</w:t>
      </w:r>
    </w:p>
    <w:p>
      <w:r>
        <w:rPr>
          <w:rFonts w:ascii="Courier New" w:hAnsi="Courier New"/>
          <w:color w:val="555555"/>
          <w:sz w:val="20"/>
        </w:rPr>
        <w:t>[5]</w:t>
      </w:r>
    </w:p>
    <w:p>
      <w:r>
        <w:rPr>
          <w:rFonts w:ascii="Gentium Plus" w:hAnsi="Gentium Plus"/>
          <w:sz w:val="24"/>
        </w:rPr>
        <w:t>γμὴ δὲ παρὰ τὸ στίζω, σιγὴ ἢ στιγὴ, καὶ πλεονασμῷ τοῦ μ στιγμή. τὸ δὲ στίζω παρὰ τὸ στῶ, στίζω. ὡς φοιτῶ φοιτίζω. ὁ δὲ Φιλόξενος τὸ ἐν τῇ ἀναγνώσει ἀναφορᾶς στάσιν ποιεῖν. Στοργή. φιλία ἔμμονος. παρὰ τὸ στέργειν, τὸ</w:t>
      </w:r>
    </w:p>
    <w:p>
      <w:r>
        <w:rPr>
          <w:rFonts w:ascii="Courier New" w:hAnsi="Courier New"/>
          <w:color w:val="555555"/>
          <w:sz w:val="20"/>
        </w:rPr>
        <w:t>[10]</w:t>
      </w:r>
    </w:p>
    <w:p>
      <w:r>
        <w:rPr>
          <w:rFonts w:ascii="Gentium Plus" w:hAnsi="Gentium Plus"/>
          <w:sz w:val="24"/>
        </w:rPr>
        <w:t>ἐμμένειν. Στοιβάς. ἡ στρωμνή· ἢ τρυφῆς θρύψις. παρὰ τὸ στοιβάζω. Στοιχείωσις. ἡ πρωτομάθησις καὶ ἡ διατύπωσις καὶ ἡ διάταξις καὶ ἡ ὁδηγία. ἢ στοιχείωσίς ἐστιν</w:t>
      </w:r>
    </w:p>
    <w:p>
      <w:r>
        <w:rPr>
          <w:rFonts w:ascii="Courier New" w:hAnsi="Courier New"/>
          <w:color w:val="555555"/>
          <w:sz w:val="20"/>
        </w:rPr>
        <w:t>[15]</w:t>
      </w:r>
    </w:p>
    <w:p>
      <w:r>
        <w:rPr>
          <w:rFonts w:ascii="Gentium Plus" w:hAnsi="Gentium Plus"/>
          <w:sz w:val="24"/>
        </w:rPr>
        <w:t>ἡ ἐκ διαφόρων συντεθεῖσα μονοειδὴς θεωρία. Στρατιά. τὸ πλῆθος. καὶ πόλις. καὶ ἐπίθετον Ἀθηνᾶς. στρατεία δὲ, ἡ στράτευσις, δί‐ φθογγον. Στραγγαλιάς. διαπλοκάς· διεστραμμένας δο‐</w:t>
      </w:r>
    </w:p>
    <w:p>
      <w:r>
        <w:rPr>
          <w:rFonts w:ascii="Courier New" w:hAnsi="Courier New"/>
          <w:color w:val="555555"/>
          <w:sz w:val="20"/>
        </w:rPr>
        <w:t>[20]</w:t>
      </w:r>
    </w:p>
    <w:p>
      <w:r>
        <w:rPr>
          <w:rFonts w:ascii="Gentium Plus" w:hAnsi="Gentium Plus"/>
          <w:sz w:val="24"/>
        </w:rPr>
        <w:t>λιότητας. Στραγγαλίδες. τὰ δύσλυτα ἅμματα. ὑμεῖς γὰρ ἀεὶ στραγγαλίδας ἐσφίγγετε. Στράγξ. ἡ ἐπισχεθεῖσα ῥύσις. παρὰ τὸ στά‐ ζω, στάξω, στὰξ, καὶ πλεονασμῷ τοῦ γ καὶ ρ</w:t>
      </w:r>
    </w:p>
    <w:p>
      <w:r>
        <w:rPr>
          <w:rFonts w:ascii="Courier New" w:hAnsi="Courier New"/>
          <w:color w:val="555555"/>
          <w:sz w:val="20"/>
        </w:rPr>
        <w:t>[25]</w:t>
      </w:r>
    </w:p>
    <w:p>
      <w:r>
        <w:rPr>
          <w:rFonts w:ascii="Gentium Plus" w:hAnsi="Gentium Plus"/>
          <w:sz w:val="24"/>
        </w:rPr>
        <w:t>στράγξ.</w:t>
      </w:r>
    </w:p>
    <w:p>
      <w:r>
        <w:rPr>
          <w:rFonts w:ascii="Courier New" w:hAnsi="Courier New"/>
          <w:color w:val="555555"/>
          <w:sz w:val="20"/>
        </w:rPr>
        <w:t>[sigma 1675]</w:t>
      </w:r>
    </w:p>
    <w:p>
      <w:r>
        <w:rPr>
          <w:rFonts w:ascii="Gentium Plus" w:hAnsi="Gentium Plus"/>
          <w:sz w:val="24"/>
        </w:rPr>
        <w:t>Στρέβλη. παρὰ τὸ στρέφω, στρέψω, στρέβλη. ὡς στήσω, στήλη. καὶ στρεβλὸν τὸ στραβόν. οὕτως Εὔπολις. Στροφάλιγξ. ἡ συστροφή. [ὡς παρὰ τὸ λάϊγξ</w:t>
      </w:r>
    </w:p>
    <w:p>
      <w:r>
        <w:rPr>
          <w:rFonts w:ascii="Courier New" w:hAnsi="Courier New"/>
          <w:color w:val="555555"/>
          <w:sz w:val="20"/>
        </w:rPr>
        <w:t>[5]</w:t>
      </w:r>
    </w:p>
    <w:p>
      <w:r>
        <w:rPr>
          <w:rFonts w:ascii="Gentium Plus" w:hAnsi="Gentium Plus"/>
          <w:sz w:val="24"/>
        </w:rPr>
        <w:t>λάϊγγα, οὕτω στρέφω, στρόφος, στρόφιγξ, καὶ πλεονασμῷ τοῦ γ καὶ τῆς αλ συλλαβῆς στρο‐ φάλιγξ, καὶ στροφαλίζω. στρόφος δὲ λέγε‐ ται ὁ τῆς πήρας κρεμαστὴρ, παρὰ τὸ ἐστρά‐ φθαι. καὶ πᾶν τὸ στρεφόμενον.]</w:t>
      </w:r>
    </w:p>
    <w:p>
      <w:r>
        <w:rPr>
          <w:rFonts w:ascii="Courier New" w:hAnsi="Courier New"/>
          <w:color w:val="555555"/>
          <w:sz w:val="20"/>
        </w:rPr>
        <w:t>[10]</w:t>
      </w:r>
    </w:p>
    <w:p>
      <w:r>
        <w:rPr>
          <w:rFonts w:ascii="Gentium Plus" w:hAnsi="Gentium Plus"/>
          <w:sz w:val="24"/>
        </w:rPr>
        <w:t>†Στροφή. ἡ ἀστραπή.† Στρόφιγξ. τὸ τῆς θύρας στροφίγγιον. ὃ καὶ θαι‐ ρὸς λέγεται. †Στροφίς. ἡ δυναμένη πάντη στρέφεσθαι.† †Στρυφνοτέρα νόησις. ἤγουν στερεωτέρα.†</w:t>
      </w:r>
    </w:p>
    <w:p>
      <w:r>
        <w:rPr>
          <w:rFonts w:ascii="Courier New" w:hAnsi="Courier New"/>
          <w:color w:val="555555"/>
          <w:sz w:val="20"/>
        </w:rPr>
        <w:t>[15]</w:t>
      </w:r>
    </w:p>
    <w:p>
      <w:r>
        <w:rPr>
          <w:rFonts w:ascii="Gentium Plus" w:hAnsi="Gentium Plus"/>
          <w:sz w:val="24"/>
        </w:rPr>
        <w:t>Στρωμνή. παρὰ τὸ στορέσω, ὃ σημαίνει τὸ στρώ‐ σω, γίνεται στερεμνὴ, καὶ συγκοπῇ στρωμνή. Στὺξ, Στυγός. λίμνη ἐν τῷ ἅδῃ κατὰ Ἕλληνας. †Στῶλος. πόλις Θρᾴκης.† Στίβη. ψύχος· πάχνη. [τοῦ Ψελλοῦ· σκυτάλη</w:t>
      </w:r>
    </w:p>
    <w:p>
      <w:r>
        <w:rPr>
          <w:rFonts w:ascii="Courier New" w:hAnsi="Courier New"/>
          <w:color w:val="555555"/>
          <w:sz w:val="20"/>
        </w:rPr>
        <w:t>[20]</w:t>
      </w:r>
    </w:p>
    <w:p>
      <w:r>
        <w:rPr>
          <w:rFonts w:ascii="Gentium Plus" w:hAnsi="Gentium Plus"/>
          <w:sz w:val="24"/>
        </w:rPr>
        <w:t>τὸ φραγέλλιον, στίβη, ψύχος καὶ πάχνη.]</w:t>
      </w:r>
    </w:p>
    <w:p>
      <w:pPr>
        <w:jc w:val="center"/>
      </w:pPr>
      <w:r>
        <w:rPr>
          <w:rFonts w:ascii="Gentium Plus" w:hAnsi="Gentium Plus"/>
          <w:b/>
          <w:sz w:val="24"/>
        </w:rPr>
        <w:t>(Οὐδέτερον.)</w:t>
      </w:r>
    </w:p>
    <w:p>
      <w:r>
        <w:rPr>
          <w:rFonts w:ascii="Courier New" w:hAnsi="Courier New"/>
          <w:color w:val="555555"/>
          <w:sz w:val="20"/>
        </w:rPr>
        <w:t>[22]</w:t>
      </w:r>
    </w:p>
    <w:p>
      <w:r>
        <w:rPr>
          <w:rFonts w:ascii="Gentium Plus" w:hAnsi="Gentium Plus"/>
          <w:sz w:val="24"/>
        </w:rPr>
        <w:t>Στάδιον. ὁ ὀρθὸς δρόμος. παρὰ τὴν στάσιν· ἑστῶ‐</w:t>
      </w:r>
    </w:p>
    <w:p>
      <w:r>
        <w:rPr>
          <w:rFonts w:ascii="Courier New" w:hAnsi="Courier New"/>
          <w:color w:val="555555"/>
          <w:sz w:val="20"/>
        </w:rPr>
        <w:t>[sigma 1676]</w:t>
      </w:r>
    </w:p>
    <w:p>
      <w:r>
        <w:rPr>
          <w:rFonts w:ascii="Gentium Plus" w:hAnsi="Gentium Plus"/>
          <w:sz w:val="24"/>
        </w:rPr>
        <w:t>γὰρ εἶναι τάδιον, παρὰ τὴν ἐν τῷ δρόμῳ τά‐ σιν. οὕτως Ὦρος ὁ Μιλήσιος. †Στάδιον. ὁ τόπος τοῦ ἀγῶνος. καὶ μέρος τι τοῦ λεγομένου μιλίου· ἑπτὰ γὰρ στάδια ποιοῦσι</w:t>
      </w:r>
    </w:p>
    <w:p>
      <w:r>
        <w:rPr>
          <w:rFonts w:ascii="Courier New" w:hAnsi="Courier New"/>
          <w:color w:val="555555"/>
          <w:sz w:val="20"/>
        </w:rPr>
        <w:t>[5]</w:t>
      </w:r>
    </w:p>
    <w:p>
      <w:r>
        <w:rPr>
          <w:rFonts w:ascii="Gentium Plus" w:hAnsi="Gentium Plus"/>
          <w:sz w:val="24"/>
        </w:rPr>
        <w:t>μίλιον ἕν. λέγεται στάδιον καὶ τὸ ἁπλῶς ἵστα‐ σθαι καὶ ἀκινητίζειν.† Σταθευτόν. τὸ μὴ λίαν ὀπτόν. Σταθερόν. τὸ μέσον τῆς ἡμέρας, τὸ μεσημ‐ βρινὸν, ὅτε ἵσταται ὁ ἥλιος· ἧττον γὰρ δοκεῖ</w:t>
      </w:r>
    </w:p>
    <w:p>
      <w:r>
        <w:rPr>
          <w:rFonts w:ascii="Courier New" w:hAnsi="Courier New"/>
          <w:color w:val="555555"/>
          <w:sz w:val="20"/>
        </w:rPr>
        <w:t>[10]</w:t>
      </w:r>
    </w:p>
    <w:p>
      <w:r>
        <w:rPr>
          <w:rFonts w:ascii="Gentium Plus" w:hAnsi="Gentium Plus"/>
          <w:sz w:val="24"/>
        </w:rPr>
        <w:t>τότε κινεῖσθαι. Στελέχη. οἱ κλάδοι. καὶ στέλεχος, ὁ κορμὸς τοῦ δένδρου. *ὁ στέλεγχις.* Στελγίσματα. ἀποξύσματα. στελγίδες γὰρ αἱ ξύστραι αἱ τοῦ σώματος τὰς πληγὰς ἀποξύου‐</w:t>
      </w:r>
    </w:p>
    <w:p>
      <w:r>
        <w:rPr>
          <w:rFonts w:ascii="Courier New" w:hAnsi="Courier New"/>
          <w:color w:val="555555"/>
          <w:sz w:val="20"/>
        </w:rPr>
        <w:t>[15]</w:t>
      </w:r>
    </w:p>
    <w:p>
      <w:r>
        <w:rPr>
          <w:rFonts w:ascii="Gentium Plus" w:hAnsi="Gentium Plus"/>
          <w:sz w:val="24"/>
        </w:rPr>
        <w:t>σαι. [κᾂν πρὸς τὸ γυμνάζεσθαι καὶ παλαίειν δέῃ τὴν στελγίδα καὶ τὴν λήκυθον, οἴσει δὲ ἡδέως. ἔνιοι δὲ στελεγγίδας γράφουσι. καὶ στε‐ λεγγιποιὸς ὁ χαλκεὺς καὶ ποιῶν τὰς στελεγγί‐ δας. ἄλλοι στλεγγιδοποιός. ἢ στελεγγὶς τὸ κτέ‐</w:t>
      </w:r>
    </w:p>
    <w:p>
      <w:r>
        <w:rPr>
          <w:rFonts w:ascii="Courier New" w:hAnsi="Courier New"/>
          <w:color w:val="555555"/>
          <w:sz w:val="20"/>
        </w:rPr>
        <w:t>[20]</w:t>
      </w:r>
    </w:p>
    <w:p>
      <w:r>
        <w:rPr>
          <w:rFonts w:ascii="Gentium Plus" w:hAnsi="Gentium Plus"/>
          <w:sz w:val="24"/>
        </w:rPr>
        <w:t>νιον.] Στέαρ πυροῦ. ἡ σεμίδαλις. καὶ στέαρ τὸ πε‐ πηγμένον λίπος. παρὰ τὴν στάσιν καὶ πῆξιν.</w:t>
      </w:r>
    </w:p>
    <w:p>
      <w:r>
        <w:rPr>
          <w:rFonts w:ascii="Courier New" w:hAnsi="Courier New"/>
          <w:color w:val="555555"/>
          <w:sz w:val="20"/>
        </w:rPr>
        <w:t>[sigma 1677]</w:t>
      </w:r>
    </w:p>
    <w:p>
      <w:r>
        <w:rPr>
          <w:rFonts w:ascii="Gentium Plus" w:hAnsi="Gentium Plus"/>
          <w:sz w:val="24"/>
        </w:rPr>
        <w:t>Στέφος. ὁ στέφανος. Στεγανώτερον. στερεώτερον. τὸν στεγανὸν ἐμά‐ λαττεν οὐρανόν. Στέρνον. τὸ στῆθος. ἀπὸ τῆς στεῤῥότητος. [ἔν‐</w:t>
      </w:r>
    </w:p>
    <w:p>
      <w:r>
        <w:rPr>
          <w:rFonts w:ascii="Courier New" w:hAnsi="Courier New"/>
          <w:color w:val="555555"/>
          <w:sz w:val="20"/>
        </w:rPr>
        <w:t>[5]</w:t>
      </w:r>
    </w:p>
    <w:p>
      <w:r>
        <w:rPr>
          <w:rFonts w:ascii="Gentium Plus" w:hAnsi="Gentium Plus"/>
          <w:sz w:val="24"/>
        </w:rPr>
        <w:t>θεν αἱ μὴ τίκτουσαι στεῖραι λέγονται. καὶ στεῖ‐ ρα ἡ τρόπις.] Στερέμνιον. ἰσχυρόν· δυνατόν. Στέρφος. τὸ δέρμα. παρὰ τὴν στρυφνότητα καὶ πυκνότητα. ἢ παρὰ τὸ ἐρέθειν καὶ ἐρέφειν, ὅ</w:t>
      </w:r>
    </w:p>
    <w:p>
      <w:r>
        <w:rPr>
          <w:rFonts w:ascii="Courier New" w:hAnsi="Courier New"/>
          <w:color w:val="555555"/>
          <w:sz w:val="20"/>
        </w:rPr>
        <w:t>[10]</w:t>
      </w:r>
    </w:p>
    <w:p>
      <w:r>
        <w:rPr>
          <w:rFonts w:ascii="Gentium Plus" w:hAnsi="Gentium Plus"/>
          <w:sz w:val="24"/>
        </w:rPr>
        <w:t>ἐστι σκεπάζειν τὸ σῶμα. [ἔρεφος καὶ στέρφος. οἱ δὲ παρὰ τὸ στέφειν, ὅ ἐστι σκεπάζειν τὸ σῶ‐ μα, στέφος, καὶ στέρφος πλεονασμῷ τοῦ ρ. στέρφεσιν αἰγείοισιν ἐζωσμένους ἐξ αὐ‐ χένος.]</w:t>
      </w:r>
    </w:p>
    <w:p>
      <w:r>
        <w:rPr>
          <w:rFonts w:ascii="Courier New" w:hAnsi="Courier New"/>
          <w:color w:val="555555"/>
          <w:sz w:val="20"/>
        </w:rPr>
        <w:t>[15]</w:t>
      </w:r>
    </w:p>
    <w:p>
      <w:r>
        <w:rPr>
          <w:rFonts w:ascii="Gentium Plus" w:hAnsi="Gentium Plus"/>
          <w:sz w:val="24"/>
        </w:rPr>
        <w:t>Στῆθος. παρὰ τὸ ἑστακέναι. διότι ἕστηκεν ἀσά‐ λευτον. ἢ ὅτι ἐν αὐτῷ τὸ ἡγεμονικὸν ἕστηκεν. ἢ ὅτι δι’ αὐτοῦ τὰ σιτία διωθεῖται. Στηθύνιον. μέρος τὶ τοῦ στήθους. καὶ τὸ ὑπο‐ κοριστικόν.</w:t>
      </w:r>
    </w:p>
    <w:p>
      <w:r>
        <w:rPr>
          <w:rFonts w:ascii="Courier New" w:hAnsi="Courier New"/>
          <w:color w:val="555555"/>
          <w:sz w:val="20"/>
        </w:rPr>
        <w:t>[20]</w:t>
      </w:r>
    </w:p>
    <w:p>
      <w:r>
        <w:rPr>
          <w:rFonts w:ascii="Gentium Plus" w:hAnsi="Gentium Plus"/>
          <w:sz w:val="24"/>
        </w:rPr>
        <w:t>Στειπτόν. τὸ βάσιμον. ἀπὸ τοῦ στείβω, τὸ πε‐ ριπατῶ. Στίγματα. αἱ πληγαί. Στίμμι. εἶδος βάμματος. Στίφος. τὸ πλῆθος.</w:t>
      </w:r>
    </w:p>
    <w:p>
      <w:r>
        <w:rPr>
          <w:rFonts w:ascii="Courier New" w:hAnsi="Courier New"/>
          <w:color w:val="555555"/>
          <w:sz w:val="20"/>
        </w:rPr>
        <w:t>[25]</w:t>
      </w:r>
    </w:p>
    <w:p>
      <w:r>
        <w:rPr>
          <w:rFonts w:ascii="Gentium Plus" w:hAnsi="Gentium Plus"/>
          <w:sz w:val="24"/>
        </w:rPr>
        <w:t>Στίπυον. τὸ τῆς ἐλαίας ὀστοῦν.</w:t>
      </w:r>
    </w:p>
    <w:p>
      <w:r>
        <w:rPr>
          <w:rFonts w:ascii="Courier New" w:hAnsi="Courier New"/>
          <w:color w:val="555555"/>
          <w:sz w:val="20"/>
        </w:rPr>
        <w:t>[sigma 1678]</w:t>
      </w:r>
    </w:p>
    <w:p>
      <w:r>
        <w:rPr>
          <w:rFonts w:ascii="Gentium Plus" w:hAnsi="Gentium Plus"/>
          <w:sz w:val="24"/>
        </w:rPr>
        <w:t>Στόμα. ἀπὸ τοῦ τέμω, τεμῶ, τέτομα, τόμα, καὶ στόμα προσθέσει τοῦ ς. Στραγγαλῶδες. διεστραμμένον. Στρατόπεδον. δύο σημαίνει, τὸ στράτευμα καὶ</w:t>
      </w:r>
    </w:p>
    <w:p>
      <w:r>
        <w:rPr>
          <w:rFonts w:ascii="Courier New" w:hAnsi="Courier New"/>
          <w:color w:val="555555"/>
          <w:sz w:val="20"/>
        </w:rPr>
        <w:t>[5]</w:t>
      </w:r>
    </w:p>
    <w:p>
      <w:r>
        <w:rPr>
          <w:rFonts w:ascii="Gentium Plus" w:hAnsi="Gentium Plus"/>
          <w:sz w:val="24"/>
        </w:rPr>
        <w:t>τὸν τόπον τοῦ στρατεύματος. στρατόπεδον ἐποίη‐ σαν, ἀντὶ τοῦ σκηνάς. Στρόφιον. τὸ τῆς γυναικὸς ἐνώτιον. ἢ τὸ στρογ‐ γύλον ζωνάριον. Ἀριστοφάνης· τὸ στρόφιον ἤδη λύομαι.</w:t>
      </w:r>
    </w:p>
    <w:p>
      <w:r>
        <w:rPr>
          <w:rFonts w:ascii="Courier New" w:hAnsi="Courier New"/>
          <w:color w:val="555555"/>
          <w:sz w:val="20"/>
        </w:rPr>
        <w:t>[10]</w:t>
      </w:r>
    </w:p>
    <w:p>
      <w:r>
        <w:rPr>
          <w:rFonts w:ascii="Gentium Plus" w:hAnsi="Gentium Plus"/>
          <w:sz w:val="24"/>
        </w:rPr>
        <w:t>Στρώφιος. τόπος. †Στύπος. κορμός· στέαρ.† †Στυρόν. τὸ μύρον.† Στοιχεῖα. Ἀθηναῖοι μὲν τὰ γράμματα φασὶν, γραμματικοὶ δὲ πῦρ, ὕδωρ, ἀέρα, γαῖαν, ἐξ</w:t>
      </w:r>
    </w:p>
    <w:p>
      <w:r>
        <w:rPr>
          <w:rFonts w:ascii="Courier New" w:hAnsi="Courier New"/>
          <w:color w:val="555555"/>
          <w:sz w:val="20"/>
        </w:rPr>
        <w:t>[15]</w:t>
      </w:r>
    </w:p>
    <w:p>
      <w:r>
        <w:rPr>
          <w:rFonts w:ascii="Gentium Plus" w:hAnsi="Gentium Plus"/>
          <w:sz w:val="24"/>
        </w:rPr>
        <w:t>ὧν τὰ σώματα συνίστανται, καὶ εἰς ἃ ἀναλύε‐ ται. ἰστέον, ὅτι τὰ στοιχεῖα τριχῶς ἑρμηνεύ‐ ονται· πόῤῥω, προσεχῆ, καὶ προσεχέστατα. πόῤῥω μὲν, ὡς τὸ πῦρ, ἡ γῆ, τὸ ὕδωρ, καὶ ὁ ἀήρ· προσεχῆ δὲ, τὸ θερμὸν, τὸ ψυχρὸν, τὸ</w:t>
      </w:r>
    </w:p>
    <w:p>
      <w:r>
        <w:rPr>
          <w:rFonts w:ascii="Courier New" w:hAnsi="Courier New"/>
          <w:color w:val="555555"/>
          <w:sz w:val="20"/>
        </w:rPr>
        <w:t>[20]</w:t>
      </w:r>
    </w:p>
    <w:p>
      <w:r>
        <w:rPr>
          <w:rFonts w:ascii="Gentium Plus" w:hAnsi="Gentium Plus"/>
          <w:sz w:val="24"/>
        </w:rPr>
        <w:t>ξηρὸν, καὶ τὸ ὑγρόν· προσεχέστατα δὲ, τὸ αἷμα, τὸ φλέγμα, ἡ ξανθὴ χολὴ, καὶ ἡ μέλαινα, ἅτι‐ να διὰ τὴν ἄκραν αὐτῶν οἰκείωσιν προσεχέστα‐ τα ὀνομάζονται. στοιχεῖον ἐστὶ σύστασις οὐσίας κατ’ ἐναντιότητας ἑκατέρας. στοιχεῖον ἐστὶν</w:t>
      </w:r>
    </w:p>
    <w:p>
      <w:r>
        <w:rPr>
          <w:rFonts w:ascii="Courier New" w:hAnsi="Courier New"/>
          <w:color w:val="555555"/>
          <w:sz w:val="20"/>
        </w:rPr>
        <w:t>[25]</w:t>
      </w:r>
    </w:p>
    <w:p>
      <w:r>
        <w:rPr>
          <w:rFonts w:ascii="Gentium Plus" w:hAnsi="Gentium Plus"/>
          <w:sz w:val="24"/>
        </w:rPr>
        <w:t>οὐσία ἁπλῆ, κτίσεως τετάρτης μοῖρα. καὶ ὁ</w:t>
      </w:r>
    </w:p>
    <w:p>
      <w:r>
        <w:rPr>
          <w:rFonts w:ascii="Courier New" w:hAnsi="Courier New"/>
          <w:color w:val="555555"/>
          <w:sz w:val="20"/>
        </w:rPr>
        <w:t>[sigma 1679]</w:t>
      </w:r>
    </w:p>
    <w:p>
      <w:r>
        <w:rPr>
          <w:rFonts w:ascii="Gentium Plus" w:hAnsi="Gentium Plus"/>
          <w:sz w:val="24"/>
        </w:rPr>
        <w:t>στὸν κατὰ σάρκα. τουτέστιν, οὐκέτι ἐστὶν ἐν οὐσίᾳ ῥευστῇ. ἡ ἁπλῆ δὲ καὶ ἄποιος οὐσία πάν‐ τη ἀπαθής ἐστι, ἐξάπτουσα τὸ ἑαυτῆς βούλη‐ μα εἰς ἀγγέλους, εἰς ψυχὰς, εἰς ἕτερα νοητὰ</w:t>
      </w:r>
    </w:p>
    <w:p>
      <w:r>
        <w:rPr>
          <w:rFonts w:ascii="Courier New" w:hAnsi="Courier New"/>
          <w:color w:val="555555"/>
          <w:sz w:val="20"/>
        </w:rPr>
        <w:t>[5]</w:t>
      </w:r>
    </w:p>
    <w:p>
      <w:r>
        <w:rPr>
          <w:rFonts w:ascii="Gentium Plus" w:hAnsi="Gentium Plus"/>
          <w:sz w:val="24"/>
        </w:rPr>
        <w:t>καὶ ἀθάνατα, εἰς αἰσθητὰ, εἰς γῆν, εἰς ὕδωρ, εἰς πῦρ, εἰς ἀέρα, εἰς ψυχρὸν, εἰς ξηρὸν, εἰς ὅ τι ἂν βούληται. στοιχεῖον ἐστὶ καὶ ἡ πρώτη καὶ ἀμερὴς τοῦ ἀνθρώπου φωνή· ἢ φωνῆς Ἑλ‐ ληνίδος φθόγγος ἐλάχιστος. διατί εἶπεν ἀμε‐</w:t>
      </w:r>
    </w:p>
    <w:p>
      <w:r>
        <w:rPr>
          <w:rFonts w:ascii="Courier New" w:hAnsi="Courier New"/>
          <w:color w:val="555555"/>
          <w:sz w:val="20"/>
        </w:rPr>
        <w:t>[10]</w:t>
      </w:r>
    </w:p>
    <w:p>
      <w:r>
        <w:rPr>
          <w:rFonts w:ascii="Gentium Plus" w:hAnsi="Gentium Plus"/>
          <w:sz w:val="24"/>
        </w:rPr>
        <w:t>ρής; ὅτι οὐ μερίζεται, ὡς ἡ συλλαβή. παρέπε‐ ται δὲ τῷ στοιχείῳ τέσσαρα· ὄνομα, σχῆμα, χαρακτὴρ, δύναμις. στοιχεῖον δὲ εἴρηται παρὰ τὸ στοιχῶ, τὸ ἐν τάξει πορεύομαι. Στυπεῖον. παρὰ τὸ τύπτω τυπεῖον, καὶ πλεονα‐</w:t>
      </w:r>
    </w:p>
    <w:p>
      <w:r>
        <w:rPr>
          <w:rFonts w:ascii="Courier New" w:hAnsi="Courier New"/>
          <w:color w:val="555555"/>
          <w:sz w:val="20"/>
        </w:rPr>
        <w:t>[15]</w:t>
      </w:r>
    </w:p>
    <w:p>
      <w:r>
        <w:rPr>
          <w:rFonts w:ascii="Gentium Plus" w:hAnsi="Gentium Plus"/>
          <w:sz w:val="24"/>
        </w:rPr>
        <w:t>σμῷ τοῦ ς στυπεῖον.</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Σταθεύειν. τὸ μὴ λίαν ὀπτῆσαι, ἀλλὰ πυρὶ χλιᾶναι. Στέγει. ὑπομένει.</w:t>
      </w:r>
    </w:p>
    <w:p>
      <w:r>
        <w:rPr>
          <w:rFonts w:ascii="Courier New" w:hAnsi="Courier New"/>
          <w:color w:val="555555"/>
          <w:sz w:val="20"/>
        </w:rPr>
        <w:t>[20]</w:t>
      </w:r>
    </w:p>
    <w:p>
      <w:r>
        <w:rPr>
          <w:rFonts w:ascii="Gentium Plus" w:hAnsi="Gentium Plus"/>
          <w:sz w:val="24"/>
        </w:rPr>
        <w:t>Στέργει. φιλεῖ· ἀγαπᾷ. ἢ ἐμμένει. Στέρεσθαι καὶ στερίσκειν. τὸ ἀποστερεῖν. Στενολεσχεῖ. λεπτολογεῖ.</w:t>
      </w:r>
    </w:p>
    <w:p>
      <w:r>
        <w:rPr>
          <w:rFonts w:ascii="Courier New" w:hAnsi="Courier New"/>
          <w:color w:val="555555"/>
          <w:sz w:val="20"/>
        </w:rPr>
        <w:t>[sigma 1680]</w:t>
      </w:r>
    </w:p>
    <w:p>
      <w:r>
        <w:rPr>
          <w:rFonts w:ascii="Gentium Plus" w:hAnsi="Gentium Plus"/>
          <w:sz w:val="24"/>
        </w:rPr>
        <w:t>δὲ, ἡ πρόθεσις περισσόν τι δηλοῖ. ἤγουν ἐκπέμ‐ πω τοῦ προετοιμάσαι καὶ κοσμῆσαι καὶ διευθε‐ τῆσαι πάντα. *Στερνιζόμεθα. ἀγαπητῶς δεχόμεθα. ἢ ἀντὶ</w:t>
      </w:r>
    </w:p>
    <w:p>
      <w:r>
        <w:rPr>
          <w:rFonts w:ascii="Courier New" w:hAnsi="Courier New"/>
          <w:color w:val="555555"/>
          <w:sz w:val="20"/>
        </w:rPr>
        <w:t>[5]</w:t>
      </w:r>
    </w:p>
    <w:p>
      <w:r>
        <w:rPr>
          <w:rFonts w:ascii="Gentium Plus" w:hAnsi="Gentium Plus"/>
          <w:sz w:val="24"/>
        </w:rPr>
        <w:t>τοῦ ἐγκαρδίως φιλοῦμεν. στέρνα γὰρ τὰ στή‐ θη.* Στεῦται. ὑπισχνεῖται· διαβεβαιοῦται. [παρὰ τὸ στῆθος. οἱονεὶ ἐν τοῖς στήθεσι διανοεῖται· ἐκεῖ γὰρ τὸ λογιστικὸν καθ’ Ὅμηρον·</w:t>
      </w:r>
    </w:p>
    <w:p>
      <w:r>
        <w:rPr>
          <w:rFonts w:ascii="Courier New" w:hAnsi="Courier New"/>
          <w:color w:val="555555"/>
          <w:sz w:val="20"/>
        </w:rPr>
        <w:t>[10]</w:t>
      </w:r>
    </w:p>
    <w:p>
      <w:r>
        <w:rPr>
          <w:rFonts w:ascii="Gentium Plus" w:hAnsi="Gentium Plus"/>
          <w:sz w:val="24"/>
        </w:rPr>
        <w:t>στῆθος δὲ πλήξας κραδίην ἐνίπαπε μύ‐ θῳ.] Στείχω. τὸ ἐν τάξει πορεύομαι. διὰ διφθόγγου· ἀνεφάνη γὰρ τὸ στοιχεῖον. ἐξ οὗ καὶ ἀντί‐ στοιχον.</w:t>
      </w:r>
    </w:p>
    <w:p>
      <w:r>
        <w:rPr>
          <w:rFonts w:ascii="Courier New" w:hAnsi="Courier New"/>
          <w:color w:val="555555"/>
          <w:sz w:val="20"/>
        </w:rPr>
        <w:t>[15]</w:t>
      </w:r>
    </w:p>
    <w:p>
      <w:r>
        <w:rPr>
          <w:rFonts w:ascii="Gentium Plus" w:hAnsi="Gentium Plus"/>
          <w:sz w:val="24"/>
        </w:rPr>
        <w:t>Στείβω. τὸ περιπατῶ. στιβεύω δὲ ι. ἀπὸ τοῦ στίβος, ἡ ὁδός. Στεῖλαι καὶ μεταστεῖλαι. ἀπὸ τοῦ στέλλω. στέλλε δὲ ψιλόν. Στηλιτεύσας. παραδειγματίσας. ἀπὸ τῆς στήλης.</w:t>
      </w:r>
    </w:p>
    <w:p>
      <w:r>
        <w:rPr>
          <w:rFonts w:ascii="Courier New" w:hAnsi="Courier New"/>
          <w:color w:val="555555"/>
          <w:sz w:val="20"/>
        </w:rPr>
        <w:t>[20]</w:t>
      </w:r>
    </w:p>
    <w:p>
      <w:r>
        <w:rPr>
          <w:rFonts w:ascii="Gentium Plus" w:hAnsi="Gentium Plus"/>
          <w:sz w:val="24"/>
        </w:rPr>
        <w:t>Στημονίζω. λεπτύνω. Στίζεται. μαστίζεται. Στιχίζω. στίχους γράφω.</w:t>
      </w:r>
    </w:p>
    <w:p>
      <w:r>
        <w:rPr>
          <w:rFonts w:ascii="Courier New" w:hAnsi="Courier New"/>
          <w:color w:val="555555"/>
          <w:sz w:val="20"/>
        </w:rPr>
        <w:t>[sigma 1681]</w:t>
      </w:r>
    </w:p>
    <w:p>
      <w:r>
        <w:rPr>
          <w:rFonts w:ascii="Gentium Plus" w:hAnsi="Gentium Plus"/>
          <w:sz w:val="24"/>
        </w:rPr>
        <w:t>Στορέσας. ὑποστρώσας. κατακοιμίσας· κατα‐ πραΰνας. Στοιβάζω. συνάγω. Στοιχίζω. κυκλῶ. πολλὰ κακά μοι περιεστοί‐</w:t>
      </w:r>
    </w:p>
    <w:p>
      <w:r>
        <w:rPr>
          <w:rFonts w:ascii="Courier New" w:hAnsi="Courier New"/>
          <w:color w:val="555555"/>
          <w:sz w:val="20"/>
        </w:rPr>
        <w:t>[5]</w:t>
      </w:r>
    </w:p>
    <w:p>
      <w:r>
        <w:rPr>
          <w:rFonts w:ascii="Gentium Plus" w:hAnsi="Gentium Plus"/>
          <w:sz w:val="24"/>
        </w:rPr>
        <w:t>χισας. Στρηνιᾷν. ἀτακτεῖν. καὶ στρηνιῶντες. παρὰ τὸ στερεῖν καὶ ἀποσπᾷν τὰς ἡνίας. ἀπὸ μεταφο‐ ρᾶς τῶν ἀλόγων ζώων. καὶ ὁ Ἀπόστολος· ὅταν καταστρηνιάσωσι τοῦ Χριστοῦ, γαμεῖν</w:t>
      </w:r>
    </w:p>
    <w:p>
      <w:r>
        <w:rPr>
          <w:rFonts w:ascii="Courier New" w:hAnsi="Courier New"/>
          <w:color w:val="555555"/>
          <w:sz w:val="20"/>
        </w:rPr>
        <w:t>[10]</w:t>
      </w:r>
    </w:p>
    <w:p>
      <w:r>
        <w:rPr>
          <w:rFonts w:ascii="Gentium Plus" w:hAnsi="Gentium Plus"/>
          <w:sz w:val="24"/>
        </w:rPr>
        <w:t>θέλουσι. Στροβούμενος. συστρεφόμενος. στρωφῶ δὲ καὶ στρωφώμενος, μεγάλα. Στροβοῦντα. συστρέφοντα. †μεταβάλλοντα.† Στραγεύει. διαβάλλει. οὐκ εὐθὺς πορεύεται.</w:t>
      </w:r>
    </w:p>
    <w:p>
      <w:r>
        <w:rPr>
          <w:rFonts w:ascii="Courier New" w:hAnsi="Courier New"/>
          <w:color w:val="555555"/>
          <w:sz w:val="20"/>
        </w:rPr>
        <w:t>[15]</w:t>
      </w:r>
    </w:p>
    <w:p>
      <w:r>
        <w:rPr>
          <w:rFonts w:ascii="Gentium Plus" w:hAnsi="Gentium Plus"/>
          <w:sz w:val="24"/>
        </w:rPr>
        <w:t>Στρατολογῶ. τὸ στρατεύω. Στρέψασα. καὶ ἀντὶ τοῦ κλέψασα. πολλοὺς δὴ θυλάκους καταστρέψασα ἐμούς. Στρεφεδίνηθεν. συνεστράφησαν. Στυφελίξαι. διασεῖσαι· ταράξαι· πατάξαι.</w:t>
      </w:r>
    </w:p>
    <w:p>
      <w:r>
        <w:rPr>
          <w:rFonts w:ascii="Courier New" w:hAnsi="Courier New"/>
          <w:color w:val="555555"/>
          <w:sz w:val="20"/>
        </w:rPr>
        <w:t>[20]</w:t>
      </w:r>
    </w:p>
    <w:p>
      <w:r>
        <w:rPr>
          <w:rFonts w:ascii="Gentium Plus" w:hAnsi="Gentium Plus"/>
          <w:sz w:val="24"/>
        </w:rPr>
        <w:t>Στελλόμενοι. ἀντὶ τοῦ περιστελλόμενοι καὶ</w:t>
      </w:r>
    </w:p>
    <w:p>
      <w:r>
        <w:rPr>
          <w:rFonts w:ascii="Courier New" w:hAnsi="Courier New"/>
          <w:color w:val="555555"/>
          <w:sz w:val="20"/>
        </w:rPr>
        <w:t>[sigma 1682]</w:t>
      </w:r>
    </w:p>
    <w:p>
      <w:r>
        <w:rPr>
          <w:rFonts w:ascii="Gentium Plus" w:hAnsi="Gentium Plus"/>
          <w:sz w:val="24"/>
        </w:rPr>
        <w:t>ἀσφαλιζόμενοι. στελλόμενοι [τοῦτο,] ἵνα μή τις ὑμᾶς μωμήσηται ἐν τῇ ἁδρότητι ταύτῃ.</w:t>
      </w:r>
    </w:p>
    <w:p>
      <w:pPr>
        <w:jc w:val="center"/>
      </w:pPr>
      <w:r>
        <w:rPr>
          <w:rFonts w:ascii="Gentium Plus" w:hAnsi="Gentium Plus"/>
          <w:b/>
          <w:sz w:val="24"/>
        </w:rPr>
        <w:t>(Ἐπίῤῥημα.)</w:t>
      </w:r>
    </w:p>
    <w:p>
      <w:r>
        <w:rPr>
          <w:rFonts w:ascii="Courier New" w:hAnsi="Courier New"/>
          <w:color w:val="555555"/>
          <w:sz w:val="20"/>
        </w:rPr>
        <w:t>[4]</w:t>
      </w:r>
    </w:p>
    <w:p>
      <w:r>
        <w:rPr>
          <w:rFonts w:ascii="Gentium Plus" w:hAnsi="Gentium Plus"/>
          <w:sz w:val="24"/>
        </w:rPr>
        <w:t>Στοιχηδόν. κατὰ τάξιν.</w:t>
      </w:r>
    </w:p>
    <w:p>
      <w:pPr>
        <w:jc w:val="center"/>
      </w:pPr>
      <w:r>
        <w:rPr>
          <w:rFonts w:ascii="Gentium Plus" w:hAnsi="Gentium Plus"/>
          <w:b/>
          <w:sz w:val="24"/>
        </w:rPr>
        <w:t>Τὸ Σ μετὰ τοῦ Υ.</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Συβότης. ὁ χοιροβοσκός. Συγγραφεύς. ὁ τὰ ἐφ’ ἑαυτοῦ γεγονότα συγ‐ γραψάμενος.</w:t>
      </w:r>
    </w:p>
    <w:p>
      <w:r>
        <w:rPr>
          <w:rFonts w:ascii="Courier New" w:hAnsi="Courier New"/>
          <w:color w:val="555555"/>
          <w:sz w:val="20"/>
        </w:rPr>
        <w:t>[10]</w:t>
      </w:r>
    </w:p>
    <w:p>
      <w:r>
        <w:rPr>
          <w:rFonts w:ascii="Gentium Plus" w:hAnsi="Gentium Plus"/>
          <w:sz w:val="24"/>
        </w:rPr>
        <w:t>Σύγκελλος. ἀξίωμα. Σύγκλυδες. γείτονες. Συηνίας. αἰσχρός· σκαιός· ἀμαθής. Συλλήπτωρ. βοηθός· ἀντιλαμβανόμενος. παρὰ τὸ λήβω, τὸ λαμβάνω.</w:t>
      </w:r>
    </w:p>
    <w:p>
      <w:r>
        <w:rPr>
          <w:rFonts w:ascii="Courier New" w:hAnsi="Courier New"/>
          <w:color w:val="555555"/>
          <w:sz w:val="20"/>
        </w:rPr>
        <w:t>[15]</w:t>
      </w:r>
    </w:p>
    <w:p>
      <w:r>
        <w:rPr>
          <w:rFonts w:ascii="Gentium Plus" w:hAnsi="Gentium Plus"/>
          <w:sz w:val="24"/>
        </w:rPr>
        <w:t>Συμμίας. κύριον. Συμφυλετῶν. συγγενῶν· ὁμοεθνῶν. Συμφοιτητήν. τὸν συμμαθητὴν λέγει ὁ Σό‐ λων. συμφιλολόγον δὲ δεινῶς βάρβαρον καὶ</w:t>
      </w:r>
    </w:p>
    <w:p>
      <w:r>
        <w:rPr>
          <w:rFonts w:ascii="Courier New" w:hAnsi="Courier New"/>
          <w:color w:val="555555"/>
          <w:sz w:val="20"/>
        </w:rPr>
        <w:t>[sigma 1683]</w:t>
      </w:r>
    </w:p>
    <w:p>
      <w:r>
        <w:rPr>
          <w:rFonts w:ascii="Gentium Plus" w:hAnsi="Gentium Plus"/>
          <w:sz w:val="24"/>
        </w:rPr>
        <w:t>Συνασπισμός. ἡ συνάφεια, ἡ βοήθεια. Σύναιχμος. ὁ σύμμαχος. Σύναιμος. ὁ ἀδελφὸς, ὁ τοῦ αὐτοῦ αἵματος. Συνίστωρ. ὁ συνεπιστήμων.</w:t>
      </w:r>
    </w:p>
    <w:p>
      <w:r>
        <w:rPr>
          <w:rFonts w:ascii="Courier New" w:hAnsi="Courier New"/>
          <w:color w:val="555555"/>
          <w:sz w:val="20"/>
        </w:rPr>
        <w:t>[5]</w:t>
      </w:r>
    </w:p>
    <w:p>
      <w:r>
        <w:rPr>
          <w:rFonts w:ascii="Gentium Plus" w:hAnsi="Gentium Plus"/>
          <w:sz w:val="24"/>
        </w:rPr>
        <w:t>Συνέριθος. ὁ βοηθός. Σύνδεσμος. λέξις συνδέουσα διάνοιαν μετὰ τά‐ ξεως, καὶ τὸ τῆς ἑρμηνείας κεχῃνὸς δηλοῦσα· κεχῃνὸς δέ ἐστι τὸ διακεχωρισμένον. εὑρέθη δὲ ὁ σύνδεσμος πάντων τῶν τοῦ λόγου μερῶν ἔσχα‐</w:t>
      </w:r>
    </w:p>
    <w:p>
      <w:r>
        <w:rPr>
          <w:rFonts w:ascii="Courier New" w:hAnsi="Courier New"/>
          <w:color w:val="555555"/>
          <w:sz w:val="20"/>
        </w:rPr>
        <w:t>[10]</w:t>
      </w:r>
    </w:p>
    <w:p>
      <w:r>
        <w:rPr>
          <w:rFonts w:ascii="Gentium Plus" w:hAnsi="Gentium Plus"/>
          <w:sz w:val="24"/>
        </w:rPr>
        <w:t>τος, διὰ τὸ εἶναι αὐτὸν συνδετικὸν πάντων τῶν τοῦ λόγου μερῶν. παρέπεται δὲ τῷ συνδέσμῳ τρία· εἶδος, σχῆμα καὶ τόνος. δεσμὸς δὲ συν‐ δέσμου διαφέρει, ὅτι ὁ μὲν δεσμὸς εἰς ἓν χα‐ ρακτηρίζεται, ὁ δὲ σύνδεσμος εἰς πολλά. κατὰ</w:t>
      </w:r>
    </w:p>
    <w:p>
      <w:r>
        <w:rPr>
          <w:rFonts w:ascii="Courier New" w:hAnsi="Courier New"/>
          <w:color w:val="555555"/>
          <w:sz w:val="20"/>
        </w:rPr>
        <w:t>[15]</w:t>
      </w:r>
    </w:p>
    <w:p>
      <w:r>
        <w:rPr>
          <w:rFonts w:ascii="Gentium Plus" w:hAnsi="Gentium Plus"/>
          <w:sz w:val="24"/>
        </w:rPr>
        <w:t>πόσους δὲ τρόπους διαφέρει ὁ ἤτοι σύνδεσμος τοῦ μὲν συνδέσμου; κατὰ δύο· ὅτι ὁ μὲν ἤτοι ποιητικός ἐστιν, ὁ δὲ μὲν συνήθης· καὶ ὅτι ὁ μὲν ἤτοι μέσος παράκειται, ὁ δὲ μὲν κατ’ ἀρ‐ χὰς τίθεται. ὁ ἀλλὰ δὲ σύνδεσμος ἀντὶ τοῦ καὶ</w:t>
      </w:r>
    </w:p>
    <w:p>
      <w:r>
        <w:rPr>
          <w:rFonts w:ascii="Courier New" w:hAnsi="Courier New"/>
          <w:color w:val="555555"/>
          <w:sz w:val="20"/>
        </w:rPr>
        <w:t>[20]</w:t>
      </w:r>
    </w:p>
    <w:p>
      <w:r>
        <w:rPr>
          <w:rFonts w:ascii="Gentium Plus" w:hAnsi="Gentium Plus"/>
          <w:sz w:val="24"/>
        </w:rPr>
        <w:t>παραλαμβάνεται· οἷον, ἡμέρα μέν ἐστιν, ἀλλὰ τὰ νέφη οὐχ ὁρῶ. εἰσὶ δὲ καὶ σύνδεσμοι παρα‐ πληρωματικοὶ, ἐκ τοῦ πλεονάζειν ἔχοντες τι‐ νὰ ὀνομασίαν· πολλοὶ γὰρ αὐτῶν κατὰ πλεο‐ νασμὸν ἀναπληροῦσι τὴν φράσιν. οἱ δὲ ἐναν‐</w:t>
      </w:r>
    </w:p>
    <w:p>
      <w:r>
        <w:rPr>
          <w:rFonts w:ascii="Courier New" w:hAnsi="Courier New"/>
          <w:color w:val="555555"/>
          <w:sz w:val="20"/>
        </w:rPr>
        <w:t>[25]</w:t>
      </w:r>
    </w:p>
    <w:p>
      <w:r>
        <w:rPr>
          <w:rFonts w:ascii="Gentium Plus" w:hAnsi="Gentium Plus"/>
          <w:sz w:val="24"/>
        </w:rPr>
        <w:t>τιωτικοὶ σύνδεσμοι δηλοῦσι τὸ ἐναντίον τῇ δυ‐ νάμει τοῦ πράγματος· οἷον, ἀσθενὴς μὲν ἐγὼ, σὺ δὲ ἰσχυρὸς, καὶ ὅμως ἀσθενὴς ὢν σὲ τὸν ἰσχυρὸν ἔτυψα. Συντακτήριοι. οἱ ἐν ἐξόδοις τῶν πόλεων ἐπὶ</w:t>
      </w:r>
    </w:p>
    <w:p>
      <w:r>
        <w:rPr>
          <w:rFonts w:ascii="Courier New" w:hAnsi="Courier New"/>
          <w:color w:val="555555"/>
          <w:sz w:val="20"/>
        </w:rPr>
        <w:t>[30]</w:t>
      </w:r>
    </w:p>
    <w:p>
      <w:r>
        <w:rPr>
          <w:rFonts w:ascii="Gentium Plus" w:hAnsi="Gentium Plus"/>
          <w:sz w:val="24"/>
        </w:rPr>
        <w:t>τῶν ἀρχόντων ἀποχαιρετισμοί. οἷος καὶ ὁ τοῦ μεγάλου πατρὸς Γρηγορίου τοῦ θεολόγου συν‐</w:t>
      </w:r>
    </w:p>
    <w:p>
      <w:r>
        <w:rPr>
          <w:rFonts w:ascii="Courier New" w:hAnsi="Courier New"/>
          <w:color w:val="555555"/>
          <w:sz w:val="20"/>
        </w:rPr>
        <w:t>[sigma 1684]</w:t>
      </w:r>
    </w:p>
    <w:p>
      <w:r>
        <w:rPr>
          <w:rFonts w:ascii="Gentium Plus" w:hAnsi="Gentium Plus"/>
          <w:sz w:val="24"/>
        </w:rPr>
        <w:t>Συρφετός. ἄχυρα ἢ φρύγανα, ἢ ἄλλα τινά. [ὥσπερ παρὰ τὸ ὕω ὑετὸς, πνίγω πνιγετὸς, οὕτω σύρω συρετὸς, καὶ πλεονασμῷ τοῦ φ συρφετός.]</w:t>
      </w:r>
    </w:p>
    <w:p>
      <w:r>
        <w:rPr>
          <w:rFonts w:ascii="Courier New" w:hAnsi="Courier New"/>
          <w:color w:val="555555"/>
          <w:sz w:val="20"/>
        </w:rPr>
        <w:t>[5]</w:t>
      </w:r>
    </w:p>
    <w:p>
      <w:r>
        <w:rPr>
          <w:rFonts w:ascii="Gentium Plus" w:hAnsi="Gentium Plus"/>
          <w:sz w:val="24"/>
        </w:rPr>
        <w:t>Συσσιτισμός. ἡ συντροφία, ἤτοι τὸ συνέρχεσθαι εἰς τὸ ἄριστον. καὶ συσσίτια. Σῦς. ὁ χοῖρος. παρὰ τὸ σείω, τὸ ὁρμῶ· ὁρμη‐ τικὸν γὰρ τὸ ζῶον. σῦς, καὶ ἀποβολῇ τοῦ ς ὗς. ἢ παρὰ τὸ ὕεσθαι, τὸ βρέχεσθαι. ὕω, ὕσω,</w:t>
      </w:r>
    </w:p>
    <w:p>
      <w:r>
        <w:rPr>
          <w:rFonts w:ascii="Courier New" w:hAnsi="Courier New"/>
          <w:color w:val="555555"/>
          <w:sz w:val="20"/>
        </w:rPr>
        <w:t>[10]</w:t>
      </w:r>
    </w:p>
    <w:p>
      <w:r>
        <w:rPr>
          <w:rFonts w:ascii="Gentium Plus" w:hAnsi="Gentium Plus"/>
          <w:sz w:val="24"/>
        </w:rPr>
        <w:t>ὗς. καὶ γὰρ ἐπὶ τοῖς ὕδασι τέρπεται. καὶ πλεο‐ νασμῷ τοῦ ς σῦς. [βραχὺ τὸ υ τῆς γενικῆς, ἐπειδὴ τὰ εἰς υς περισπώμενα συστέλλουσι τὸ υ ἐπὶ τῆς γενικῆς· μῦς, μυὸς, δρῦς, δρυὸς, σῦς, συὸς, καὶ ὗς, ὑός.]</w:t>
      </w:r>
    </w:p>
    <w:p>
      <w:r>
        <w:rPr>
          <w:rFonts w:ascii="Courier New" w:hAnsi="Courier New"/>
          <w:color w:val="555555"/>
          <w:sz w:val="20"/>
        </w:rPr>
        <w:t>[15]</w:t>
      </w:r>
    </w:p>
    <w:p>
      <w:r>
        <w:rPr>
          <w:rFonts w:ascii="Gentium Plus" w:hAnsi="Gentium Plus"/>
          <w:sz w:val="24"/>
        </w:rPr>
        <w:t>Συφεός. ἡ τῶν χοίρων μάνδρα. Συρμαϊσμός. βρωμάτιόν τι ἐστὶ διὰ στέατος καὶ μέλιτος· καὶ ἔστι πρὸς κάθαρσιν ἐπιτή‐ δειον. ἔστι δὲ καὶ πόμα δι’ ὕδατος καὶ ἁλῶν.</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*Σύναρσις. βοήθεια· συγκρότησις.* Συβήνη. ἡ δερματίνη αὐλοθήκη. ἢ ἡ φαρέτρα. Συβαριτική. τρυφηλή. καὶ ἡ τράπεζα ἦν συ‐ βαριτική. τρυφηταὶ γὰρ οἱ Συβαρῖται. Σύγκρασις. ποτὲ μὲν τὴν ἕνωσιν δηλοῖ· ποτὲ</w:t>
      </w:r>
    </w:p>
    <w:p>
      <w:r>
        <w:rPr>
          <w:rFonts w:ascii="Courier New" w:hAnsi="Courier New"/>
          <w:color w:val="555555"/>
          <w:sz w:val="20"/>
        </w:rPr>
        <w:t>[25]</w:t>
      </w:r>
    </w:p>
    <w:p>
      <w:r>
        <w:rPr>
          <w:rFonts w:ascii="Gentium Plus" w:hAnsi="Gentium Plus"/>
          <w:sz w:val="24"/>
        </w:rPr>
        <w:t>δὲ τὴν σύγχυσιν. Σύγκρισις. ἡ τῶν πρωτοτύπων ἐπαύξησις. τύποι δὲ τῶν συγκριτικῶν τρεῖς· ὁ εἰς τερος, οἷον ὀξύτερος, βραδύτερος· καὶ ὁ εἰς ων καθαρὸν, οἷον καλλίων, βελτίων· ὁ εἰς σων, οἷον κρείσ‐</w:t>
      </w:r>
    </w:p>
    <w:p>
      <w:r>
        <w:rPr>
          <w:rFonts w:ascii="Courier New" w:hAnsi="Courier New"/>
          <w:color w:val="555555"/>
          <w:sz w:val="20"/>
        </w:rPr>
        <w:t>[30]</w:t>
      </w:r>
    </w:p>
    <w:p>
      <w:r>
        <w:rPr>
          <w:rFonts w:ascii="Gentium Plus" w:hAnsi="Gentium Plus"/>
          <w:sz w:val="24"/>
        </w:rPr>
        <w:t>σων, ἥσσων. Συγκοπή. ἡ ἐκ τῆς μέσης ἄρσις. οἷον κατάκτανε</w:t>
      </w:r>
    </w:p>
    <w:p>
      <w:r>
        <w:rPr>
          <w:rFonts w:ascii="Courier New" w:hAnsi="Courier New"/>
          <w:color w:val="555555"/>
          <w:sz w:val="20"/>
        </w:rPr>
        <w:t>[sigma 1685]</w:t>
      </w:r>
    </w:p>
    <w:p>
      <w:r>
        <w:rPr>
          <w:rFonts w:ascii="Gentium Plus" w:hAnsi="Gentium Plus"/>
          <w:sz w:val="24"/>
        </w:rPr>
        <w:t>Συζυγία. συνέλευσις καὶ συμφωνία δύο συλλαβῶν εἰς μίαν συλλαβήν. ἢ ἡ ἀκόλουθος ῥημάτων κλίσις. Συήνη. ὄνομα πόλεως.</w:t>
      </w:r>
    </w:p>
    <w:p>
      <w:r>
        <w:rPr>
          <w:rFonts w:ascii="Courier New" w:hAnsi="Courier New"/>
          <w:color w:val="555555"/>
          <w:sz w:val="20"/>
        </w:rPr>
        <w:t>[5]</w:t>
      </w:r>
    </w:p>
    <w:p>
      <w:r>
        <w:rPr>
          <w:rFonts w:ascii="Gentium Plus" w:hAnsi="Gentium Plus"/>
          <w:sz w:val="24"/>
        </w:rPr>
        <w:t>Συηνία. ἡ σκαιότης, ἡ αἰσχρότης, ἡ ἀμαθία. Συκῆ. τὸ δένδρον. παρὰ τὸ σύω, τὸ ὁρμῶ, [ἢ τὸ σεύω, τὸ ὁρμῶ.] Συκοφαντία. μέμψις οὐκ ἀληθής. Συκομοραία. δένδρον.</w:t>
      </w:r>
    </w:p>
    <w:p>
      <w:r>
        <w:rPr>
          <w:rFonts w:ascii="Courier New" w:hAnsi="Courier New"/>
          <w:color w:val="555555"/>
          <w:sz w:val="20"/>
        </w:rPr>
        <w:t>[10]</w:t>
      </w:r>
    </w:p>
    <w:p>
      <w:r>
        <w:rPr>
          <w:rFonts w:ascii="Gentium Plus" w:hAnsi="Gentium Plus"/>
          <w:sz w:val="24"/>
        </w:rPr>
        <w:t>Συλλαβή. συμπλοκὴ στοιχείων κατάλληλος, ὑφ’ ἕνα τόνον καὶ ἓν πνεῦμα ἀδιαστάτως ἀγομέ‐ νη. ἢ ἄσημος φωνὴ, συγκειμένη ἀπὸ φωνήεν‐ τος καὶ ἀφώνου, ἢ ἀφώνου καὶ φωνήεντος. Σύμφασις. δύο ἢ πλειόνων περὶ τοῦ αὐτοῦ πρά‐</w:t>
      </w:r>
    </w:p>
    <w:p>
      <w:r>
        <w:rPr>
          <w:rFonts w:ascii="Courier New" w:hAnsi="Courier New"/>
          <w:color w:val="555555"/>
          <w:sz w:val="20"/>
        </w:rPr>
        <w:t>[15]</w:t>
      </w:r>
    </w:p>
    <w:p>
      <w:r>
        <w:rPr>
          <w:rFonts w:ascii="Gentium Plus" w:hAnsi="Gentium Plus"/>
          <w:sz w:val="24"/>
        </w:rPr>
        <w:t>γματος ὁμοία λύσις· ἤγουν συγκατάθεσις καὶ συνομολογία. Συμμαχίς. πόλις καὶ ναῦς. Συμμορία. ἡ πληθὺς, ἢ ἡ συνέλευσις, ἢ ἡ φα‐ τρία, ἢ τὸ σύνταγμα. ὁ δὲ Δημοσθένης ἑξή‐</w:t>
      </w:r>
    </w:p>
    <w:p>
      <w:r>
        <w:rPr>
          <w:rFonts w:ascii="Courier New" w:hAnsi="Courier New"/>
          <w:color w:val="555555"/>
          <w:sz w:val="20"/>
        </w:rPr>
        <w:t>[20]</w:t>
      </w:r>
    </w:p>
    <w:p>
      <w:r>
        <w:rPr>
          <w:rFonts w:ascii="Gentium Plus" w:hAnsi="Gentium Plus"/>
          <w:sz w:val="24"/>
        </w:rPr>
        <w:t>κοντα ἄνδρας ἔχειν λέγει τὴν συμμορίαν· Ὑπε‐ ρίδης δὲ πεντεκαίδεκα. Συμφυΐα. ἕνωσις τῶν συμπεπλεγμένων εἰς ἓν σύνθημα ὁμοφυῶν. Συναλοιφή. συνέλευσις καὶ συμφωνία δύο συλ‐</w:t>
      </w:r>
    </w:p>
    <w:p>
      <w:r>
        <w:rPr>
          <w:rFonts w:ascii="Courier New" w:hAnsi="Courier New"/>
          <w:color w:val="555555"/>
          <w:sz w:val="20"/>
        </w:rPr>
        <w:t>[25]</w:t>
      </w:r>
    </w:p>
    <w:p>
      <w:r>
        <w:rPr>
          <w:rFonts w:ascii="Gentium Plus" w:hAnsi="Gentium Plus"/>
          <w:sz w:val="24"/>
        </w:rPr>
        <w:t>λαβῶν, εἰς μίαν συλλαβὴν ἕνωσις καὶ μεταβο‐ λή. συναλοιφὴ ἐστὶ καὶ ἡ σύγχυσις ἢ συνίζη‐ σις· εἴτουν εἰπεῖν πραγμάτων διαφόρων σύμ‐ μιξις. Συνίζησις. ἡ συνέλευσις.</w:t>
      </w:r>
    </w:p>
    <w:p>
      <w:r>
        <w:rPr>
          <w:rFonts w:ascii="Courier New" w:hAnsi="Courier New"/>
          <w:color w:val="555555"/>
          <w:sz w:val="20"/>
        </w:rPr>
        <w:t>[30]</w:t>
      </w:r>
    </w:p>
    <w:p>
      <w:r>
        <w:rPr>
          <w:rFonts w:ascii="Gentium Plus" w:hAnsi="Gentium Plus"/>
          <w:sz w:val="24"/>
        </w:rPr>
        <w:t>Σύνθεσις. ἡ ἐξ ἄλλου καὶ ἄλλου εἰς ἓν ποίησις.</w:t>
      </w:r>
    </w:p>
    <w:p>
      <w:r>
        <w:rPr>
          <w:rFonts w:ascii="Courier New" w:hAnsi="Courier New"/>
          <w:color w:val="555555"/>
          <w:sz w:val="20"/>
        </w:rPr>
        <w:t>[sigma 1686]</w:t>
      </w:r>
    </w:p>
    <w:p>
      <w:r>
        <w:rPr>
          <w:rFonts w:ascii="Gentium Plus" w:hAnsi="Gentium Plus"/>
          <w:sz w:val="24"/>
        </w:rPr>
        <w:t>καὶ ἡ διαιρετῶς ἢ ἀδιαιρέτως ἢ συγκεχυμένως ἢ οὕτως. Σύνθετος γνῶσις ἐστὶν ἡ κατ’ αἴσθησιν πεῖρα τῶν αἰσθητῶν, ὡς κατὰ φύσιν ἔχουσα ἡδονὴν</w:t>
      </w:r>
    </w:p>
    <w:p>
      <w:r>
        <w:rPr>
          <w:rFonts w:ascii="Courier New" w:hAnsi="Courier New"/>
          <w:color w:val="555555"/>
          <w:sz w:val="20"/>
        </w:rPr>
        <w:t>[5]</w:t>
      </w:r>
    </w:p>
    <w:p>
      <w:r>
        <w:rPr>
          <w:rFonts w:ascii="Gentium Plus" w:hAnsi="Gentium Plus"/>
          <w:sz w:val="24"/>
        </w:rPr>
        <w:t>διὰ τὴν γέννησιν καὶ πόνον διὰ τὴν φθοράν. Συνημοσύνας. συνθήκας. ἵν’ ᾖ συνέδρους παρὰ τὴν ἕσιν. Σύννοια. σύννευσις ἐννοιῶν, ἢ τοῦ νοῦ πρὸς τὰ νοηθέντα σύννευσις. ἢ νοημάτων σύνοδος. συν‐</w:t>
      </w:r>
    </w:p>
    <w:p>
      <w:r>
        <w:rPr>
          <w:rFonts w:ascii="Courier New" w:hAnsi="Courier New"/>
          <w:color w:val="555555"/>
          <w:sz w:val="20"/>
        </w:rPr>
        <w:t>[10]</w:t>
      </w:r>
    </w:p>
    <w:p>
      <w:r>
        <w:rPr>
          <w:rFonts w:ascii="Gentium Plus" w:hAnsi="Gentium Plus"/>
          <w:sz w:val="24"/>
        </w:rPr>
        <w:t>νεύσεως δὲ ἔργον ἐστὶ πάντα τὰ συντελοῦντα ἡμῖν πρὸς τὸν σκοπὸν ἁρμοδίως. Σύνεσις. λογικὴ διάγνωσις, ἢ κρίσις ὀρθὴ περὶ τῶν ὑφ’ ἑτέρων λεγομένων, αἱρετῶν ἢ φευκτῶν. Σύνεσίς ἐστιν, ἀφ’ ἧς κρίνομεν καλῶς τὰ ὑπὸ ἄλ‐</w:t>
      </w:r>
    </w:p>
    <w:p>
      <w:r>
        <w:rPr>
          <w:rFonts w:ascii="Courier New" w:hAnsi="Courier New"/>
          <w:color w:val="555555"/>
          <w:sz w:val="20"/>
        </w:rPr>
        <w:t>[15]</w:t>
      </w:r>
    </w:p>
    <w:p>
      <w:r>
        <w:rPr>
          <w:rFonts w:ascii="Gentium Plus" w:hAnsi="Gentium Plus"/>
          <w:sz w:val="24"/>
        </w:rPr>
        <w:t>λων λεγόμενα, περὶ ὧν ἐστὶν ἡ φρόνησις ἐπι‐ τακτική. Συναίνεσις. ἡ συμφωνία. Συναυλία. ἡ συμφωνία. Συνολκήν. ἤγουν ἀναληπτικὴν ἢ ἀναπνευστι‐</w:t>
      </w:r>
    </w:p>
    <w:p>
      <w:r>
        <w:rPr>
          <w:rFonts w:ascii="Courier New" w:hAnsi="Courier New"/>
          <w:color w:val="555555"/>
          <w:sz w:val="20"/>
        </w:rPr>
        <w:t>[20]</w:t>
      </w:r>
    </w:p>
    <w:p>
      <w:r>
        <w:rPr>
          <w:rFonts w:ascii="Gentium Plus" w:hAnsi="Gentium Plus"/>
          <w:sz w:val="24"/>
        </w:rPr>
        <w:t>κήν. Συνάφεια. ἡ μίξις. παρὰ τὴν σὺν πρόθεσιν καὶ τὸ ἁφή. ἡ σὺν δὲ πρόθεσις τὸ ὁμοῦ δηλοῖ. Σύριγγες. οἱ ποιμενικοὶ αὐλοί. ἢ σύριγξ τὸ ἐπί‐ μηκες καὶ κοῖλον. ἢ σύριγγες ἀντίθετοι, ὅτι</w:t>
      </w:r>
    </w:p>
    <w:p>
      <w:r>
        <w:rPr>
          <w:rFonts w:ascii="Courier New" w:hAnsi="Courier New"/>
          <w:color w:val="555555"/>
          <w:sz w:val="20"/>
        </w:rPr>
        <w:t>[25]</w:t>
      </w:r>
    </w:p>
    <w:p>
      <w:r>
        <w:rPr>
          <w:rFonts w:ascii="Gentium Plus" w:hAnsi="Gentium Plus"/>
          <w:sz w:val="24"/>
        </w:rPr>
        <w:t>ἐξ ἐναντίας αὐταῖς ἡ τούτων παράθεσις. ἐπὶ μελισσῶν τοῦτο ὡρήσεις. Συρία. ἡ πλησίον τῆς Σινώπης γῆ ἕως Ἀπα‐ μείας καὶ ἔτι κάτω. ἡ κειμένη πρὸς τῇ θαλάσ‐ σῃ τῇ Ποντικῇ τῇ φερομένῃ ἐπὶ Περσίδα καὶ</w:t>
      </w:r>
    </w:p>
    <w:p>
      <w:r>
        <w:rPr>
          <w:rFonts w:ascii="Courier New" w:hAnsi="Courier New"/>
          <w:color w:val="555555"/>
          <w:sz w:val="20"/>
        </w:rPr>
        <w:t>[30]</w:t>
      </w:r>
    </w:p>
    <w:p>
      <w:r>
        <w:rPr>
          <w:rFonts w:ascii="Gentium Plus" w:hAnsi="Gentium Plus"/>
          <w:sz w:val="24"/>
        </w:rPr>
        <w:t>Ἰνδίαν καλεῖται Συρία. διὰ τὸ συρῆναι αὐτὴν</w:t>
      </w:r>
    </w:p>
    <w:p>
      <w:r>
        <w:rPr>
          <w:rFonts w:ascii="Courier New" w:hAnsi="Courier New"/>
          <w:color w:val="555555"/>
          <w:sz w:val="20"/>
        </w:rPr>
        <w:t>[sigma 1687]</w:t>
      </w:r>
    </w:p>
    <w:p>
      <w:r>
        <w:rPr>
          <w:rFonts w:ascii="Gentium Plus" w:hAnsi="Gentium Plus"/>
          <w:sz w:val="24"/>
        </w:rPr>
        <w:t>δὲ, ἡ ἐγγὺς τῆς Συρίσης γῆς οὖσα, ἥτις ἐστὶν ἡ Σινώπη. παρὰ τὸ μὴ σύρεσθαι. λέγουσι δὲ τὴν Σινώπην ἔχειν ἔξω ἐπὶ τῆς θαλάσσης καὶ εἶναι χερόνησον καὶ ἰσθμόν.]</w:t>
      </w:r>
    </w:p>
    <w:p>
      <w:r>
        <w:rPr>
          <w:rFonts w:ascii="Courier New" w:hAnsi="Courier New"/>
          <w:color w:val="555555"/>
          <w:sz w:val="20"/>
        </w:rPr>
        <w:t>[5]</w:t>
      </w:r>
    </w:p>
    <w:p>
      <w:r>
        <w:rPr>
          <w:rFonts w:ascii="Gentium Plus" w:hAnsi="Gentium Plus"/>
          <w:sz w:val="24"/>
        </w:rPr>
        <w:t>Συστατικαὶ ἐπιστολαί. αἱ ἐγχειριζόμεναι κλη‐ ρικοῖς ἢ λαϊκοῖς ἀφωρισμένοις, ἢ ἀναγνώσταις ἐν ἑτέρᾳ πόλει ἀπιοῦσι. Σύνταξις. δευτέρων πραγμάτων ἕνωσις. καὶ τὸ λαμβάνειν καὶ ποιεῖν τὰ δέοντα.</w:t>
      </w:r>
    </w:p>
    <w:p>
      <w:r>
        <w:rPr>
          <w:rFonts w:ascii="Courier New" w:hAnsi="Courier New"/>
          <w:color w:val="555555"/>
          <w:sz w:val="20"/>
        </w:rPr>
        <w:t>[10]</w:t>
      </w:r>
    </w:p>
    <w:p>
      <w:r>
        <w:rPr>
          <w:rFonts w:ascii="Gentium Plus" w:hAnsi="Gentium Plus"/>
          <w:sz w:val="24"/>
        </w:rPr>
        <w:t>Συνωμοσία. τὸ κατά τινων βουλεύσασθαι, καὶ ἀλλήλους ὅρκοις συνδῆσαι, μὴ ἀποστῆναι τοῦ ἀτόπου βουλεύματος, μέχρις ἂν τοῦτο ἐκτελε‐ σθείη. Σύνθεσις. ἀρχὴ διαστάσεως. ἰστέον δὲ, ὡς αἱ</w:t>
      </w:r>
    </w:p>
    <w:p>
      <w:r>
        <w:rPr>
          <w:rFonts w:ascii="Courier New" w:hAnsi="Courier New"/>
          <w:color w:val="555555"/>
          <w:sz w:val="20"/>
        </w:rPr>
        <w:t>[15]</w:t>
      </w:r>
    </w:p>
    <w:p>
      <w:r>
        <w:rPr>
          <w:rFonts w:ascii="Gentium Plus" w:hAnsi="Gentium Plus"/>
          <w:sz w:val="24"/>
        </w:rPr>
        <w:t>σύνθετοι φύσεις ὡς σύνθετοι πεφύκασιν εἶναι καὶ εὐδιάλυτοι, ὥς φησιν ὁ μέγας Γρηγόριος, ὅτι σύνθεσις ἀρχὴ διαστάσεως. διὰ τοῦτο γοῦν τὰ σώματα τῶν ἀνθρώπων καὶ ζώων εὔφθαρτα καὶ εὔθνητα τυγχάνει, ὡς ἐκ τῶν τεσσάρων</w:t>
      </w:r>
    </w:p>
    <w:p>
      <w:r>
        <w:rPr>
          <w:rFonts w:ascii="Courier New" w:hAnsi="Courier New"/>
          <w:color w:val="555555"/>
          <w:sz w:val="20"/>
        </w:rPr>
        <w:t>[20]</w:t>
      </w:r>
    </w:p>
    <w:p>
      <w:r>
        <w:rPr>
          <w:rFonts w:ascii="Gentium Plus" w:hAnsi="Gentium Plus"/>
          <w:sz w:val="24"/>
        </w:rPr>
        <w:t>στοιχείων συγκείμενα, καὶ οἱονεὶ τῶν στοιχείων ἐναντίως ἐχόντων πρὸς ἄλληλα καὶ στασιαζόν‐ των. τὰ δὲ ἁπλᾶ καὶ ἀσύνθετα τῶν πραγμά‐ των εὐδιάμονα, καὶ ἕως τῆς συντελείας ἀκατά‐ λυτα μένει· οἷον ψυχὴ ἀνθρώπου, ἥλιος, φῶς,</w:t>
      </w:r>
    </w:p>
    <w:p>
      <w:r>
        <w:rPr>
          <w:rFonts w:ascii="Courier New" w:hAnsi="Courier New"/>
          <w:color w:val="555555"/>
          <w:sz w:val="20"/>
        </w:rPr>
        <w:t>[25]</w:t>
      </w:r>
    </w:p>
    <w:p>
      <w:r>
        <w:rPr>
          <w:rFonts w:ascii="Gentium Plus" w:hAnsi="Gentium Plus"/>
          <w:sz w:val="24"/>
        </w:rPr>
        <w:t>φωστῆρες, ἀὴρ, ὕδατα, πῦρ, πνεῦμα, καὶ πάντα τὰ ἁπλᾶ καὶ ἑνιαῖα καὶ ἀμιγῆ καὶ ἀσύν‐ θετα. ὅθεν καὶ τὰ φυτὰ καὶ τὰ δένδρα, ὡς διὰ τῶν τεσσάρων στοιχείων συνιστάμενα, λέ‐ γω δὴ γῆς καὶ ὕδατος, ἡλίου καὶ ἀέρος, καὶ</w:t>
      </w:r>
    </w:p>
    <w:p>
      <w:r>
        <w:rPr>
          <w:rFonts w:ascii="Courier New" w:hAnsi="Courier New"/>
          <w:color w:val="555555"/>
          <w:sz w:val="20"/>
        </w:rPr>
        <w:t>[30]</w:t>
      </w:r>
    </w:p>
    <w:p>
      <w:r>
        <w:rPr>
          <w:rFonts w:ascii="Gentium Plus" w:hAnsi="Gentium Plus"/>
          <w:sz w:val="24"/>
        </w:rPr>
        <w:t>αὐτὰ οὐκ ἀγήρατα οὐδὲ ἄφθαρτα οὔτε ἀμάραν‐</w:t>
      </w:r>
    </w:p>
    <w:p>
      <w:r>
        <w:rPr>
          <w:rFonts w:ascii="Courier New" w:hAnsi="Courier New"/>
          <w:color w:val="555555"/>
          <w:sz w:val="20"/>
        </w:rPr>
        <w:t>[sigma 1688]</w:t>
      </w:r>
    </w:p>
    <w:p>
      <w:r>
        <w:rPr>
          <w:rFonts w:ascii="Gentium Plus" w:hAnsi="Gentium Plus"/>
          <w:sz w:val="24"/>
        </w:rPr>
        <w:t>τα, ἕως ἔξω διαμένει, ἀλλὰ θνήσκει, καθὰ καὶ τὰ σώματα, ὥσπερ καὶ ἡ γῆ συνίσταται. ποίη‐ σον δὲ πλίνθον ἐκ γῆς καὶ ὕδατος, καὶ εὐχερῶς διαφθείρεται.</w:t>
      </w:r>
    </w:p>
    <w:p>
      <w:r>
        <w:rPr>
          <w:rFonts w:ascii="Courier New" w:hAnsi="Courier New"/>
          <w:color w:val="555555"/>
          <w:sz w:val="20"/>
        </w:rPr>
        <w:t>[5]</w:t>
      </w:r>
    </w:p>
    <w:p>
      <w:r>
        <w:rPr>
          <w:rFonts w:ascii="Gentium Plus" w:hAnsi="Gentium Plus"/>
          <w:sz w:val="24"/>
        </w:rPr>
        <w:t>Σύνεσις. ἐπίληψις τῶν πραγμάτων. ὡς τό· σύν‐ ες τῆς κραυγῆς μου. Συστατικῶν. παραθετικῶν. ἢ μὴ χρῄζομεν, ὥς τινες, συστατικῶν ἐπιστολῶν πρὸς ὑμᾶς.</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Συβόσιον. τὸ χοιρομάνδριον. Συγχαρητικόν. τὸ μετὰ χαρᾶς. Σύγκριμα. τὸ μὴ παρεμποδίζεσθαι τοῦτο τὸ δη‐ μιούργημα ὑφ’ ἑτέρου, καὶ τὸ ἄλλο ὑπ’ ἄλλου, ἀλλ’ εἰς ἑνὸς κόσμου δημιουργίαν συνίστασθαι.</w:t>
      </w:r>
    </w:p>
    <w:p>
      <w:r>
        <w:rPr>
          <w:rFonts w:ascii="Courier New" w:hAnsi="Courier New"/>
          <w:color w:val="555555"/>
          <w:sz w:val="20"/>
        </w:rPr>
        <w:t>[15]</w:t>
      </w:r>
    </w:p>
    <w:p>
      <w:r>
        <w:rPr>
          <w:rFonts w:ascii="Gentium Plus" w:hAnsi="Gentium Plus"/>
          <w:sz w:val="24"/>
        </w:rPr>
        <w:t>ὁ γὰρ ἀὴρ διὰ τῆς ἐν αὐτῷ μανότητος καὶ ἀραιό‐ τητος τὰς ἡλιακὰς ἀκτῖνας οὐ παρεμποδίζει, οὐ‐ δὲ οἱ ἀτμοὶ τῆς γῆς, οἳ συνιστῶσι νεφέλας, καὶ ἕτερα τοιαῦτα. Συγγενές. τὸ οὐδαμῶς διαφέρων τοῦ ἑτέρου ἢ κα‐</w:t>
      </w:r>
    </w:p>
    <w:p>
      <w:r>
        <w:rPr>
          <w:rFonts w:ascii="Courier New" w:hAnsi="Courier New"/>
          <w:color w:val="555555"/>
          <w:sz w:val="20"/>
        </w:rPr>
        <w:t>[20]</w:t>
      </w:r>
    </w:p>
    <w:p>
      <w:r>
        <w:rPr>
          <w:rFonts w:ascii="Gentium Plus" w:hAnsi="Gentium Plus"/>
          <w:sz w:val="24"/>
        </w:rPr>
        <w:t>τὰ βελτίωσιν ἢ κατὰ μείωσιν, ἀλλ’ ὁμοίως ἔχον. ἢ συγγενές ἐστι τὸ ἐκ τοῦ αὐτοῦ γένους ὁμο‐ τρόπως ὑπάρχον. Συμβεβηκός. ὃ γίνεται καὶ ἀπογίνεται, χωρὶς τῆς τοῦ ὑποκειμένου φθορᾶς.</w:t>
      </w:r>
    </w:p>
    <w:p>
      <w:r>
        <w:rPr>
          <w:rFonts w:ascii="Courier New" w:hAnsi="Courier New"/>
          <w:color w:val="555555"/>
          <w:sz w:val="20"/>
        </w:rPr>
        <w:t>[25]</w:t>
      </w:r>
    </w:p>
    <w:p>
      <w:r>
        <w:rPr>
          <w:rFonts w:ascii="Gentium Plus" w:hAnsi="Gentium Plus"/>
          <w:sz w:val="24"/>
        </w:rPr>
        <w:t>Συμβεβηκός. ὃ τὸ ἔν τινι μὴ ὡς μέρος ὑπάρ‐ χον, καὶ ἀδύνατον χωρὶς εἶναι τοῦ ἐν ᾧ ἐστιν. οἷον τὸ λευκὸν ἐν τῷ σώματι ἐστὶν καὶ οὐκ ἔστι μέρος τοῦ σώματος, καὶ ἀδύνατον τὸ λευκὸν</w:t>
      </w:r>
    </w:p>
    <w:p>
      <w:r>
        <w:rPr>
          <w:rFonts w:ascii="Courier New" w:hAnsi="Courier New"/>
          <w:color w:val="555555"/>
          <w:sz w:val="20"/>
        </w:rPr>
        <w:t>[sigma 1689]</w:t>
      </w:r>
    </w:p>
    <w:p>
      <w:r>
        <w:rPr>
          <w:rFonts w:ascii="Gentium Plus" w:hAnsi="Gentium Plus"/>
          <w:sz w:val="24"/>
        </w:rPr>
        <w:t>Συμβεβηκὸς ἐστὶν, ὃ οὔτε γένος, οὔτε εἶδος, οὔτε διαφορὰ, οὔτε ἴδιον, ἀεὶ δὲ ἐν ὑποκειμένῳ ἐστὶν ὑφιστάμενον. συμβεβηκός ἐστι τό τε χω‐ ριστὸν καὶ ἀχώριστον· οἷον θερμότης, ψυχρό‐</w:t>
      </w:r>
    </w:p>
    <w:p>
      <w:r>
        <w:rPr>
          <w:rFonts w:ascii="Courier New" w:hAnsi="Courier New"/>
          <w:color w:val="555555"/>
          <w:sz w:val="20"/>
        </w:rPr>
        <w:t>[5]</w:t>
      </w:r>
    </w:p>
    <w:p>
      <w:r>
        <w:rPr>
          <w:rFonts w:ascii="Gentium Plus" w:hAnsi="Gentium Plus"/>
          <w:sz w:val="24"/>
        </w:rPr>
        <w:t>της, λευκότης, μελανότης, ἡ ἐν ῥινὶ γρυπότης καὶ ἡ ἐν ὀφθαλμῷ γλαυκότης. συμβεβηκός ἐστι τὸ γινόμενον καὶ ἀπογινόμενον· οἷον ἡ νηπιότης γίνεται καὶ ἀπογίνεται διὰ τελειότητα· ἡ ὑγεία ὁμοίως μεταβάλλεται καὶ ἡ νόσος, καὶ ἡ θερ‐</w:t>
      </w:r>
    </w:p>
    <w:p>
      <w:r>
        <w:rPr>
          <w:rFonts w:ascii="Courier New" w:hAnsi="Courier New"/>
          <w:color w:val="555555"/>
          <w:sz w:val="20"/>
        </w:rPr>
        <w:t>[10]</w:t>
      </w:r>
    </w:p>
    <w:p>
      <w:r>
        <w:rPr>
          <w:rFonts w:ascii="Gentium Plus" w:hAnsi="Gentium Plus"/>
          <w:sz w:val="24"/>
        </w:rPr>
        <w:t>μότης καὶ ἡ ψυχρότης· καὶ ἁπλῶς τὸ παραλ‐ λαγῆναι δυνάμενον συμβεβηκὸς λέγεται. Συμβόλαιον. τὸ γραμματεῖον. ἀφ’ οὗ καὶ συμ‐ βολαιογράφος. Σύμβολον. συμβαλλόμενον πρᾶγμα πράγματι,</w:t>
      </w:r>
    </w:p>
    <w:p>
      <w:r>
        <w:rPr>
          <w:rFonts w:ascii="Courier New" w:hAnsi="Courier New"/>
          <w:color w:val="555555"/>
          <w:sz w:val="20"/>
        </w:rPr>
        <w:t>[15]</w:t>
      </w:r>
    </w:p>
    <w:p>
      <w:r>
        <w:rPr>
          <w:rFonts w:ascii="Gentium Plus" w:hAnsi="Gentium Plus"/>
          <w:sz w:val="24"/>
        </w:rPr>
        <w:t>καὶ ἐξομοιούμενον κατά τι, διαφέρον δὲ κατὰ πολλά. Σύμβολον. συγκατάθεσις λογισμοῦ πρὸς τὰ ὑφ’ ἑτέρου τεινόμενα, ἢ ἀφ’ ἑαυτοῦ ὁμολογούμενα. ὅθεν καὶ σύμβολον λέγομεν τὸ πιστεύω εἰς ἕνα</w:t>
      </w:r>
    </w:p>
    <w:p>
      <w:r>
        <w:rPr>
          <w:rFonts w:ascii="Courier New" w:hAnsi="Courier New"/>
          <w:color w:val="555555"/>
          <w:sz w:val="20"/>
        </w:rPr>
        <w:t>[20]</w:t>
      </w:r>
    </w:p>
    <w:p>
      <w:r>
        <w:rPr>
          <w:rFonts w:ascii="Gentium Plus" w:hAnsi="Gentium Plus"/>
          <w:sz w:val="24"/>
        </w:rPr>
        <w:t>θεόν. σύμβολα νίκης [λέγομεν] καὶ τοὺς κλά‐ δους τῶν ἐλαιῶν. Συμπέρασμα. δύο ἄκρων ἁρμοδίων πρὸς ἄλληλα συνέλευσις· οἷον ἵνα θελόντων ἡμῶν δεῖξαι, ὅτι ὁ ἄνθρωπος οὐσία ἐστὶ, ποιῶμεν συλλογισμὸν</w:t>
      </w:r>
    </w:p>
    <w:p>
      <w:r>
        <w:rPr>
          <w:rFonts w:ascii="Courier New" w:hAnsi="Courier New"/>
          <w:color w:val="555555"/>
          <w:sz w:val="20"/>
        </w:rPr>
        <w:t>[25]</w:t>
      </w:r>
    </w:p>
    <w:p>
      <w:r>
        <w:rPr>
          <w:rFonts w:ascii="Gentium Plus" w:hAnsi="Gentium Plus"/>
          <w:sz w:val="24"/>
        </w:rPr>
        <w:t>τοιοῦτον· ὁ ἄνθρωπος ζῶον ἐστί· τὸ ζῶον ἔμ‐ ψυχον· τὸ ἔμψυχον οὐσία· ὁ ἄνθρωπος ἄρα οὐσία ἐστίν. ἰδοὺ τὸ ἄνθρωπος οὐσία, δύο ἄκρα εἰσὶν, ἀλλὰ καὶ ἁρμοδίως συνελθόντα. ἐὰν δὲ εἴπωμεν, ὅτι ὁ ἄνθρωπος λευκός ἐστι, τὸ λευ‐</w:t>
      </w:r>
    </w:p>
    <w:p>
      <w:r>
        <w:rPr>
          <w:rFonts w:ascii="Courier New" w:hAnsi="Courier New"/>
          <w:color w:val="555555"/>
          <w:sz w:val="20"/>
        </w:rPr>
        <w:t>[30]</w:t>
      </w:r>
    </w:p>
    <w:p>
      <w:r>
        <w:rPr>
          <w:rFonts w:ascii="Gentium Plus" w:hAnsi="Gentium Plus"/>
          <w:sz w:val="24"/>
        </w:rPr>
        <w:t>κὸν χρῶμα ἐστὶν, ἄνθρωπος χρῶμα ἐστὶ, τοῦ‐ το τὸ συμπέρασμα ἀνάρμοστόν ἐστιν, ἐπειδὴ ἀπὸ συμβεβηκότος καὶ οὐσίας συνεπέρανε. δῆ‐</w:t>
      </w:r>
    </w:p>
    <w:p>
      <w:r>
        <w:rPr>
          <w:rFonts w:ascii="Courier New" w:hAnsi="Courier New"/>
          <w:color w:val="555555"/>
          <w:sz w:val="20"/>
        </w:rPr>
        <w:t>[sigma 1690]</w:t>
      </w:r>
    </w:p>
    <w:p>
      <w:r>
        <w:rPr>
          <w:rFonts w:ascii="Gentium Plus" w:hAnsi="Gentium Plus"/>
          <w:sz w:val="24"/>
        </w:rPr>
        <w:t>των αἱ ἀρχαὶ πταίουσι. καὶ δῆλον ἡμῖν ἐστι τοῦτο καὶ ἀπὸ τῆς περὶ τοῦ ὀργάνου καὶ τοῦ κινοῦντος Ἀπολλιναρίου τοῦ δυσσεβοῦς χρήσεως· ἐπειδὴ γὰρ ἀπὸ ἐμψύχου καὶ ἀψύχου ἤρξατο,</w:t>
      </w:r>
    </w:p>
    <w:p>
      <w:r>
        <w:rPr>
          <w:rFonts w:ascii="Courier New" w:hAnsi="Courier New"/>
          <w:color w:val="555555"/>
          <w:sz w:val="20"/>
        </w:rPr>
        <w:t>[5]</w:t>
      </w:r>
    </w:p>
    <w:p>
      <w:r>
        <w:rPr>
          <w:rFonts w:ascii="Gentium Plus" w:hAnsi="Gentium Plus"/>
          <w:sz w:val="24"/>
        </w:rPr>
        <w:t>διὰ τοῦτο κακῶς συνεπέρανε. Συνωδά. ὅμοια, σύμφωνα. Σύνθημα. γνώρισμα, σημεῖον, φλάμουλον. [βάνδον.] Συνηρεφῆ. σύσκια, ἢ ἐστεγασμένα. ἀπὸ τοῦ</w:t>
      </w:r>
    </w:p>
    <w:p>
      <w:r>
        <w:rPr>
          <w:rFonts w:ascii="Courier New" w:hAnsi="Courier New"/>
          <w:color w:val="555555"/>
          <w:sz w:val="20"/>
        </w:rPr>
        <w:t>[10]</w:t>
      </w:r>
    </w:p>
    <w:p>
      <w:r>
        <w:rPr>
          <w:rFonts w:ascii="Gentium Plus" w:hAnsi="Gentium Plus"/>
          <w:sz w:val="24"/>
        </w:rPr>
        <w:t>ἐρέφω, τὸ σκέπω, τὸ στέγω καὶ κοσμῶ. Σύντριμμα. θραῦσις. Συνέδριον. τὸ δικαστήριον. Συνεκτικώτατον. κεφαλαιωδέστατον. ἢ προδη‐ λότατον καὶ ἀληθέστατον.</w:t>
      </w:r>
    </w:p>
    <w:p>
      <w:r>
        <w:rPr>
          <w:rFonts w:ascii="Courier New" w:hAnsi="Courier New"/>
          <w:color w:val="555555"/>
          <w:sz w:val="20"/>
        </w:rPr>
        <w:t>[15]</w:t>
      </w:r>
    </w:p>
    <w:p>
      <w:r>
        <w:rPr>
          <w:rFonts w:ascii="Gentium Plus" w:hAnsi="Gentium Plus"/>
          <w:sz w:val="24"/>
        </w:rPr>
        <w:t>Σύνθετον. τὸ ἐξ ἑτεροειδῶν πραγμάτων συγκεί‐ μενον. Σύντονον. δυνατόν. Συνεκφαντικόν. τὸ συνεκφαῖνον τῇ τέχνῃ εἴτε γραμματικὸν εἴτε φιλόσοφον.</w:t>
      </w:r>
    </w:p>
    <w:p>
      <w:r>
        <w:rPr>
          <w:rFonts w:ascii="Courier New" w:hAnsi="Courier New"/>
          <w:color w:val="555555"/>
          <w:sz w:val="20"/>
        </w:rPr>
        <w:t>[20]</w:t>
      </w:r>
    </w:p>
    <w:p>
      <w:r>
        <w:rPr>
          <w:rFonts w:ascii="Gentium Plus" w:hAnsi="Gentium Plus"/>
          <w:sz w:val="24"/>
        </w:rPr>
        <w:t>Συνώνυμον. τὸ ἐν διαφόροις ὀνόμασι τὸ αὐτὸ δη‐ λοῦν. οἷον ξίφος, μάχαιρα, φάσγανον, σπάθη. *ὅπερ καλεῖται καὶ πολυώνυμον.* Συνώνυμα. ὧν τό τε ὄνομα κοινὸν καὶ ὁ κατὰ τοὔνομα λόγος τῆς οὐσίας ὁ αὐτός. οἷον ζῶον ὅ</w:t>
      </w:r>
    </w:p>
    <w:p>
      <w:r>
        <w:rPr>
          <w:rFonts w:ascii="Courier New" w:hAnsi="Courier New"/>
          <w:color w:val="555555"/>
          <w:sz w:val="20"/>
        </w:rPr>
        <w:t>[25]</w:t>
      </w:r>
    </w:p>
    <w:p>
      <w:r>
        <w:rPr>
          <w:rFonts w:ascii="Gentium Plus" w:hAnsi="Gentium Plus"/>
          <w:sz w:val="24"/>
        </w:rPr>
        <w:t>τε ἄνθρωπος καὶ ὁ βοῦς. καὶ πάλιν συνώνυμος κατηγορία λέγεται, ὅταν καὶ τὸ ὄνομα δέχε‐ ται καὶ τὸν ὁρισμὸν ἀπαραλλάκτως. Σύρβον. ἡ ὀπώρα. Σύστημα. πλῆθος, συναγωγή. ἢ τὸ ἐκ πολλῶν</w:t>
      </w:r>
    </w:p>
    <w:p>
      <w:r>
        <w:rPr>
          <w:rFonts w:ascii="Courier New" w:hAnsi="Courier New"/>
          <w:color w:val="555555"/>
          <w:sz w:val="20"/>
        </w:rPr>
        <w:t>[30]</w:t>
      </w:r>
    </w:p>
    <w:p>
      <w:r>
        <w:rPr>
          <w:rFonts w:ascii="Gentium Plus" w:hAnsi="Gentium Plus"/>
          <w:sz w:val="24"/>
        </w:rPr>
        <w:t>καὶ διαφόρων γινόμενον ἕν. Σύρτις. πέλαγος.</w:t>
      </w:r>
    </w:p>
    <w:p>
      <w:r>
        <w:rPr>
          <w:rFonts w:ascii="Courier New" w:hAnsi="Courier New"/>
          <w:color w:val="555555"/>
          <w:sz w:val="20"/>
        </w:rPr>
        <w:t>[sigma 1691]</w:t>
      </w:r>
    </w:p>
    <w:p>
      <w:r>
        <w:rPr>
          <w:rFonts w:ascii="Gentium Plus" w:hAnsi="Gentium Plus"/>
          <w:sz w:val="24"/>
        </w:rPr>
        <w:t>Σύστρεμμα. στασιαστῶν πλῆθος. Σύφαρ. οὐχ ἁπλῶς τὸ γῆρας, ἀλλ’ ὡς ἐπιγέν‐ νημα γήρως καὶ τῆς ἐσχάτης ἡλικίας, τὸ κατ‐ ερυσσομένον.</w:t>
      </w:r>
    </w:p>
    <w:p>
      <w:r>
        <w:rPr>
          <w:rFonts w:ascii="Courier New" w:hAnsi="Courier New"/>
          <w:color w:val="555555"/>
          <w:sz w:val="20"/>
        </w:rPr>
        <w:t>[5]</w:t>
      </w:r>
    </w:p>
    <w:p>
      <w:r>
        <w:rPr>
          <w:rFonts w:ascii="Gentium Plus" w:hAnsi="Gentium Plus"/>
          <w:sz w:val="24"/>
        </w:rPr>
        <w:t>Σύμφυτον. τὸ συμμέτοχον. καὶ ὁ Ἀπόστολος· εἰ γὰρ σύμφυτοι γεγόναμεν [τῷ ὁμοιώματι τοῦ θανάτου αὐτοῦ.] Σύμμορφον. τὸ ἰσόμορφον. καὶ ὁ Ἀπόστολος· συμμόρφους τοῦ υἱοῦ αὐτοῦ. κατὰ χάριν δὲ</w:t>
      </w:r>
    </w:p>
    <w:p>
      <w:r>
        <w:rPr>
          <w:rFonts w:ascii="Courier New" w:hAnsi="Courier New"/>
          <w:color w:val="555555"/>
          <w:sz w:val="20"/>
        </w:rPr>
        <w:t>[10]</w:t>
      </w:r>
    </w:p>
    <w:p>
      <w:r>
        <w:rPr>
          <w:rFonts w:ascii="Gentium Plus" w:hAnsi="Gentium Plus"/>
          <w:sz w:val="24"/>
        </w:rPr>
        <w:t>λέγει συμμόρφους.</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Συγγενειάζω. συγγενιῶ δὲ, τὸ γνησίως ἔχω, ι. Συγκαταθέσθαι, οὐχὶ συνθέσθαι χρὴ λέγειν. †Συγκρίναι. παραβαλεῖν. ἀντιθῆναι.†</w:t>
      </w:r>
    </w:p>
    <w:p>
      <w:r>
        <w:rPr>
          <w:rFonts w:ascii="Courier New" w:hAnsi="Courier New"/>
          <w:color w:val="555555"/>
          <w:sz w:val="20"/>
        </w:rPr>
        <w:t>[15]</w:t>
      </w:r>
    </w:p>
    <w:p>
      <w:r>
        <w:rPr>
          <w:rFonts w:ascii="Gentium Plus" w:hAnsi="Gentium Plus"/>
          <w:sz w:val="24"/>
        </w:rPr>
        <w:t>†Συγκρίνον. συγχέον.† Συηνεῖν. τὸ ἀμαθῶς καὶ σκαιῶς καὶ αἰσχρῶς ἀναστρέφεσθαι.</w:t>
      </w:r>
    </w:p>
    <w:p>
      <w:r>
        <w:rPr>
          <w:rFonts w:ascii="Courier New" w:hAnsi="Courier New"/>
          <w:color w:val="555555"/>
          <w:sz w:val="20"/>
        </w:rPr>
        <w:t>[sigma 1692]</w:t>
      </w:r>
    </w:p>
    <w:p>
      <w:r>
        <w:rPr>
          <w:rFonts w:ascii="Gentium Plus" w:hAnsi="Gentium Plus"/>
          <w:sz w:val="24"/>
        </w:rPr>
        <w:t>Συμπαρομαρτήσας. συνακολουθήσας. Συμπτύσσει. συγκλείει. ἀπὸ τῆς πτυχός. Συμπεριφέρεσθαι. συγκινεῖσθαι, ἄγεσθαι. Συνιέντες. γνόντες. καὶ συνιείς.</w:t>
      </w:r>
    </w:p>
    <w:p>
      <w:r>
        <w:rPr>
          <w:rFonts w:ascii="Courier New" w:hAnsi="Courier New"/>
          <w:color w:val="555555"/>
          <w:sz w:val="20"/>
        </w:rPr>
        <w:t>[5]</w:t>
      </w:r>
    </w:p>
    <w:p>
      <w:r>
        <w:rPr>
          <w:rFonts w:ascii="Gentium Plus" w:hAnsi="Gentium Plus"/>
          <w:sz w:val="24"/>
        </w:rPr>
        <w:t>Συνιῶν. ὁ νοῶν. καὶ συνιὼν, ὁ συνελθών. Συνεῖμεν. ἀντὶ τοῦ συνέγνωμεν. Σύνες. νόησον· γνῶθι. Συνῆκαν. ἀντὶ τοῦ συνέγνωσαν. Συνῆκεν. ἐνόησε.</w:t>
      </w:r>
    </w:p>
    <w:p>
      <w:r>
        <w:rPr>
          <w:rFonts w:ascii="Courier New" w:hAnsi="Courier New"/>
          <w:color w:val="555555"/>
          <w:sz w:val="20"/>
        </w:rPr>
        <w:t>[10]</w:t>
      </w:r>
    </w:p>
    <w:p>
      <w:r>
        <w:rPr>
          <w:rFonts w:ascii="Gentium Plus" w:hAnsi="Gentium Plus"/>
          <w:sz w:val="24"/>
        </w:rPr>
        <w:t>Συνιζῆσαι. συγκαθεσθῆναι· συνελθεῖν. Συναποῤῥωγότα. συνδιασπασθέντα. Συνάψω. ἁρμόσω. Συναίρομαι. ἀντὶ τοῦ συλλαμβάνομαι καὶ συμ‐ βοηθῶ.</w:t>
      </w:r>
    </w:p>
    <w:p>
      <w:r>
        <w:rPr>
          <w:rFonts w:ascii="Courier New" w:hAnsi="Courier New"/>
          <w:color w:val="555555"/>
          <w:sz w:val="20"/>
        </w:rPr>
        <w:t>[15]</w:t>
      </w:r>
    </w:p>
    <w:p>
      <w:r>
        <w:rPr>
          <w:rFonts w:ascii="Gentium Plus" w:hAnsi="Gentium Plus"/>
          <w:sz w:val="24"/>
        </w:rPr>
        <w:t>Σύνθεο. ἐπάκουσον. Συνελόντα φάναι. συντόμως εἰπεῖν. Συνεπόδισας. ἐσκέλλισας. Συνεῤῥάγησαν. διεκόπησαν.</w:t>
      </w:r>
    </w:p>
    <w:p>
      <w:r>
        <w:rPr>
          <w:rFonts w:ascii="Courier New" w:hAnsi="Courier New"/>
          <w:color w:val="555555"/>
          <w:sz w:val="20"/>
        </w:rPr>
        <w:t>[sigma 1693]</w:t>
      </w:r>
    </w:p>
    <w:p>
      <w:r>
        <w:rPr>
          <w:rFonts w:ascii="Gentium Plus" w:hAnsi="Gentium Plus"/>
          <w:sz w:val="24"/>
        </w:rPr>
        <w:t>Συνέτισον. σόφισον. Συνεστηκός. τὸ συνηγμένον. Συνειλήχασι. συνηθροίσθησαν. Συνεισέφρησε. συνεισήνεγκε.</w:t>
      </w:r>
    </w:p>
    <w:p>
      <w:r>
        <w:rPr>
          <w:rFonts w:ascii="Courier New" w:hAnsi="Courier New"/>
          <w:color w:val="555555"/>
          <w:sz w:val="20"/>
        </w:rPr>
        <w:t>[5]</w:t>
      </w:r>
    </w:p>
    <w:p>
      <w:r>
        <w:rPr>
          <w:rFonts w:ascii="Gentium Plus" w:hAnsi="Gentium Plus"/>
          <w:sz w:val="24"/>
        </w:rPr>
        <w:t>Συνείπετο. συνηκολούθει. Συνειστιᾶτο. συνευωχεῖτο. †Συντελεσθείς. ἀφανισθείς. καταποντισθείς.† Συντελεσθήτω. συμπληρωθήτω. *Συνοίσει. κομίσει. τὸ δὲ κομίσει ἀντὶ τοῦ ἐπι‐</w:t>
      </w:r>
    </w:p>
    <w:p>
      <w:r>
        <w:rPr>
          <w:rFonts w:ascii="Courier New" w:hAnsi="Courier New"/>
          <w:color w:val="555555"/>
          <w:sz w:val="20"/>
        </w:rPr>
        <w:t>[10]</w:t>
      </w:r>
    </w:p>
    <w:p>
      <w:r>
        <w:rPr>
          <w:rFonts w:ascii="Gentium Plus" w:hAnsi="Gentium Plus"/>
          <w:sz w:val="24"/>
        </w:rPr>
        <w:t>μελεθήσεται.* *Συνήδομαι. ὁμολογῶ, ὡς καλῶς ἔχον τι.* Συνδυάσω. συναυλισθῶ. Συνοχωκότες. συμπεπτωκότες. [συνοχηκὼς καὶ τροπῇ τοῦ ἦτα εἰς ω συνοχωκότες καὶ συνοχω‐</w:t>
      </w:r>
    </w:p>
    <w:p>
      <w:r>
        <w:rPr>
          <w:rFonts w:ascii="Courier New" w:hAnsi="Courier New"/>
          <w:color w:val="555555"/>
          <w:sz w:val="20"/>
        </w:rPr>
        <w:t>[15]</w:t>
      </w:r>
    </w:p>
    <w:p>
      <w:r>
        <w:rPr>
          <w:rFonts w:ascii="Gentium Plus" w:hAnsi="Gentium Plus"/>
          <w:sz w:val="24"/>
        </w:rPr>
        <w:t>κότε.] Συρμαΐζειν. βρωμάτιόν τι ἐστὶ διὰ στέατος καὶ μέλιτος, ὅπερ λέγεται συρμαϊσμός. [καὶ ἔστι πρὸς κάθαρσιν ἐπιτήδειον. ἔστι δὲ καὶ πόμα δι’ ὕδατος καὶ ἁλῶν. Αἰγυπτιακὴ δὲ ἡ λέξις.]</w:t>
      </w:r>
    </w:p>
    <w:p>
      <w:r>
        <w:rPr>
          <w:rFonts w:ascii="Courier New" w:hAnsi="Courier New"/>
          <w:color w:val="555555"/>
          <w:sz w:val="20"/>
        </w:rPr>
        <w:t>[20]</w:t>
      </w:r>
    </w:p>
    <w:p>
      <w:r>
        <w:rPr>
          <w:rFonts w:ascii="Gentium Plus" w:hAnsi="Gentium Plus"/>
          <w:sz w:val="24"/>
        </w:rPr>
        <w:t>*Συμφειρόμενος. μιγνύμενος.*</w:t>
      </w:r>
    </w:p>
    <w:p>
      <w:r>
        <w:rPr>
          <w:rFonts w:ascii="Courier New" w:hAnsi="Courier New"/>
          <w:color w:val="555555"/>
          <w:sz w:val="20"/>
        </w:rPr>
        <w:t>[sigma 1694]</w:t>
      </w:r>
    </w:p>
    <w:p>
      <w:r>
        <w:rPr>
          <w:rFonts w:ascii="Gentium Plus" w:hAnsi="Gentium Plus"/>
          <w:sz w:val="24"/>
        </w:rPr>
        <w:t>*Συνοχωκότα. εἰσδεδυκότα.* *Συμπιλοῦσι. συσφίγγουσιν. οἱ δὲ χεῖρας καὶ γόνατα συμπιλοῦσι πρὸς ἑαυτούς.* Συσσείσει. ἐπὶ τοῦ ἐξακούστου εἴρηται.</w:t>
      </w:r>
    </w:p>
    <w:p>
      <w:r>
        <w:rPr>
          <w:rFonts w:ascii="Courier New" w:hAnsi="Courier New"/>
          <w:color w:val="555555"/>
          <w:sz w:val="20"/>
        </w:rPr>
        <w:t>[5]</w:t>
      </w:r>
    </w:p>
    <w:p>
      <w:r>
        <w:rPr>
          <w:rFonts w:ascii="Gentium Plus" w:hAnsi="Gentium Plus"/>
          <w:sz w:val="24"/>
        </w:rPr>
        <w:t>Συνεργεῖν. τὸ συλλειτουργεῖν φησὶν ὁ Χρυσό‐ στομος. καὶ ὁ Ἀπόστολος· ἀσπάσατε Πρί‐ σκυλλαν καὶ Ἀκύλαν τοὺς συνεργούς μου ἐν Χρι‐ στῷ Ἰησοῦ. Συνίστησι. βεβαιοῖ· δικαιοῖ· δείκνυσι. καὶ ὁ</w:t>
      </w:r>
    </w:p>
    <w:p>
      <w:r>
        <w:rPr>
          <w:rFonts w:ascii="Courier New" w:hAnsi="Courier New"/>
          <w:color w:val="555555"/>
          <w:sz w:val="20"/>
        </w:rPr>
        <w:t>[10]</w:t>
      </w:r>
    </w:p>
    <w:p>
      <w:r>
        <w:rPr>
          <w:rFonts w:ascii="Gentium Plus" w:hAnsi="Gentium Plus"/>
          <w:sz w:val="24"/>
        </w:rPr>
        <w:t>Ἀπόστολος· συνίστησι δὲ τὴν ἑαυτοῦ ἀγάπην εἰς ἡμᾶς ὁ θεός.</w:t>
      </w:r>
    </w:p>
    <w:p>
      <w:pPr>
        <w:jc w:val="center"/>
      </w:pPr>
      <w:r>
        <w:rPr>
          <w:rFonts w:ascii="Gentium Plus" w:hAnsi="Gentium Plus"/>
          <w:b/>
          <w:sz w:val="24"/>
        </w:rPr>
        <w:t>(Ἐπίῤῥημα.)</w:t>
      </w:r>
    </w:p>
    <w:p>
      <w:r>
        <w:rPr>
          <w:rFonts w:ascii="Courier New" w:hAnsi="Courier New"/>
          <w:color w:val="555555"/>
          <w:sz w:val="20"/>
        </w:rPr>
        <w:t>[13]</w:t>
      </w:r>
    </w:p>
    <w:p>
      <w:r>
        <w:rPr>
          <w:rFonts w:ascii="Gentium Plus" w:hAnsi="Gentium Plus"/>
          <w:sz w:val="24"/>
        </w:rPr>
        <w:t>Συλλήβδην. ὁμοῦ· συντόμως· ἢ συλλαβών· ἀθρόως. [ἐκ τοῦ λήβω, λήψω, παθητικὸν λή‐</w:t>
      </w:r>
    </w:p>
    <w:p>
      <w:r>
        <w:rPr>
          <w:rFonts w:ascii="Courier New" w:hAnsi="Courier New"/>
          <w:color w:val="555555"/>
          <w:sz w:val="20"/>
        </w:rPr>
        <w:t>[15]</w:t>
      </w:r>
    </w:p>
    <w:p>
      <w:r>
        <w:rPr>
          <w:rFonts w:ascii="Gentium Plus" w:hAnsi="Gentium Plus"/>
          <w:sz w:val="24"/>
        </w:rPr>
        <w:t>ψομαι, λήβδην ἐπίῤῥημα καὶ συλλήβδην.] Συνεκδοχικῶς. συλληπτικῶς. Συναΐγδην. ὁρμητικῶς. Συνεκτικῶς. προδήλως, ἀληθῶς, ἢ κεφαλαιωδῶς. Συνεπτυγμένως. ἡνωμένως· συνηγμένως.</w:t>
      </w:r>
    </w:p>
    <w:p>
      <w:r>
        <w:rPr>
          <w:rFonts w:ascii="Courier New" w:hAnsi="Courier New"/>
          <w:color w:val="555555"/>
          <w:sz w:val="20"/>
        </w:rPr>
        <w:t>[20]</w:t>
      </w:r>
    </w:p>
    <w:p>
      <w:r>
        <w:rPr>
          <w:rFonts w:ascii="Gentium Plus" w:hAnsi="Gentium Plus"/>
          <w:sz w:val="24"/>
        </w:rPr>
        <w:t>Συστάδην. ὁμοῦ.</w:t>
      </w:r>
    </w:p>
    <w:p>
      <w:pPr>
        <w:jc w:val="center"/>
      </w:pPr>
      <w:r>
        <w:rPr>
          <w:rFonts w:ascii="Gentium Plus" w:hAnsi="Gentium Plus"/>
          <w:b/>
          <w:sz w:val="24"/>
        </w:rPr>
        <w:t>Τὸ Σ μετὰ τοῦ Φ.</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Σφακελισμός. διασπασμὸς σώματος. ἢ σῆψις σώματος. ἢ ἡ παραπληξία. ἢ σῆψις τοῦ μυε‐</w:t>
      </w:r>
    </w:p>
    <w:p>
      <w:r>
        <w:rPr>
          <w:rFonts w:ascii="Courier New" w:hAnsi="Courier New"/>
          <w:color w:val="555555"/>
          <w:sz w:val="20"/>
        </w:rPr>
        <w:t>[5]</w:t>
      </w:r>
    </w:p>
    <w:p>
      <w:r>
        <w:rPr>
          <w:rFonts w:ascii="Gentium Plus" w:hAnsi="Gentium Plus"/>
          <w:sz w:val="24"/>
        </w:rPr>
        <w:t>λοῦ. γίνεται δὲ ἐκ τοῦ σφακελισμοῦ καὶ σπα‐ σμός. λέγεται δὲ καὶ σφάκελος ὁ μικρὸς τῆς χειρὸς δάκτυλος. λέγεται καὶ ὁ σφιγμὸς καὶ ὁ παλμός. Σφᾶς. αὐτούς.</w:t>
      </w:r>
    </w:p>
    <w:p>
      <w:r>
        <w:rPr>
          <w:rFonts w:ascii="Courier New" w:hAnsi="Courier New"/>
          <w:color w:val="555555"/>
          <w:sz w:val="20"/>
        </w:rPr>
        <w:t>[10]</w:t>
      </w:r>
    </w:p>
    <w:p>
      <w:r>
        <w:rPr>
          <w:rFonts w:ascii="Gentium Plus" w:hAnsi="Gentium Plus"/>
          <w:sz w:val="24"/>
        </w:rPr>
        <w:t>Σφαιρωτήρ. ὁ ἱμὰς τοῦ ὑποδήματος· ὁ λῶρος. Σφέτερος. ὁ ἡμέτερος. Σφετερισμός. ἡ ἰδιοποίησις. Σφηκώδεις. οἱ εὔζωνοι. καὶ οἱ κάτισχνοι τοῖς σώμασι· καὶ γὰρ οἱ σφῆκες τὴν κοιλίαν ἐπισυν‐</w:t>
      </w:r>
    </w:p>
    <w:p>
      <w:r>
        <w:rPr>
          <w:rFonts w:ascii="Courier New" w:hAnsi="Courier New"/>
          <w:color w:val="555555"/>
          <w:sz w:val="20"/>
        </w:rPr>
        <w:t>[15]</w:t>
      </w:r>
    </w:p>
    <w:p>
      <w:r>
        <w:rPr>
          <w:rFonts w:ascii="Gentium Plus" w:hAnsi="Gentium Plus"/>
          <w:sz w:val="24"/>
        </w:rPr>
        <w:t>ηγμένην ἔχουσι. καὶ σφῆκες καὶ σφηκίσκοι τὰ μικρὰ εἰς ὀξὺ συνημμένα ξύλα. καὶ σφὴξ, σφη‐ κός. Σφηνοπώγων. ὁ σπανός. Σφήττιος. κύριον.</w:t>
      </w:r>
    </w:p>
    <w:p>
      <w:r>
        <w:rPr>
          <w:rFonts w:ascii="Courier New" w:hAnsi="Courier New"/>
          <w:color w:val="555555"/>
          <w:sz w:val="20"/>
        </w:rPr>
        <w:t>[20]</w:t>
      </w:r>
    </w:p>
    <w:p>
      <w:r>
        <w:rPr>
          <w:rFonts w:ascii="Gentium Plus" w:hAnsi="Gentium Plus"/>
          <w:sz w:val="24"/>
        </w:rPr>
        <w:t>Σφίσιν. αὐτοῖς. Σφόνδυλος. παρὰ τὸ ἐσφίχθαι. Σφοδρίας. κύριον. Σφυγμός. ὁ παλμός. *ἢ ζέσις φλεβός.* πα‐</w:t>
      </w:r>
    </w:p>
    <w:p>
      <w:r>
        <w:rPr>
          <w:rFonts w:ascii="Courier New" w:hAnsi="Courier New"/>
          <w:color w:val="555555"/>
          <w:sz w:val="20"/>
        </w:rPr>
        <w:t>[sigma 1696]</w:t>
      </w:r>
    </w:p>
    <w:p>
      <w:r>
        <w:rPr>
          <w:rFonts w:ascii="Gentium Plus" w:hAnsi="Gentium Plus"/>
          <w:sz w:val="24"/>
        </w:rPr>
        <w:t>Σφῶν. τῶν δύο, ἢ ἀντὶ τοῦ αὐτῶν. Σφῶε. ὑμᾶς. Σφῶϊν. ὑμῖν. καὶ νῶϊν, ἡμῖν. Σφάκελος. φλεγμονή· φθορά· νέκρωσις· κά‐</w:t>
      </w:r>
    </w:p>
    <w:p>
      <w:r>
        <w:rPr>
          <w:rFonts w:ascii="Courier New" w:hAnsi="Courier New"/>
          <w:color w:val="555555"/>
          <w:sz w:val="20"/>
        </w:rPr>
        <w:t>[5]</w:t>
      </w:r>
    </w:p>
    <w:p>
      <w:r>
        <w:rPr>
          <w:rFonts w:ascii="Gentium Plus" w:hAnsi="Gentium Plus"/>
          <w:sz w:val="24"/>
        </w:rPr>
        <w:t>κωσις παντοία.</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Σφακτηρία. πόλις. Σφαλερά. ἐπικίνδυνος. Σφαίρισις. καὶ σφαιρίστρα, τὸ πῶμα.</w:t>
      </w:r>
    </w:p>
    <w:p>
      <w:r>
        <w:rPr>
          <w:rFonts w:ascii="Courier New" w:hAnsi="Courier New"/>
          <w:color w:val="555555"/>
          <w:sz w:val="20"/>
        </w:rPr>
        <w:t>[10]</w:t>
      </w:r>
    </w:p>
    <w:p>
      <w:r>
        <w:rPr>
          <w:rFonts w:ascii="Gentium Plus" w:hAnsi="Gentium Plus"/>
          <w:sz w:val="24"/>
        </w:rPr>
        <w:t>Σφηκία. εἶδος σφηκῶν. Σφῇσιν. αὐταῖς. Σφενδόνη. παρὰ τὸ σπένδω, τὸ ἀναιρῶ, σπεν‐ δόνη καὶ σφενδόνη. [ἢ παρὰ τὸ σφάζω. ἢ παρὰ τὸ σπεύδω. καὶ ἡ περιφέρεια τοῦ δακτύλου.]</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Σφαγεῖον. εἰς ὃ τὸ αἷμα τῶν σφαζομένων ἱερείων ἐδέχοντο. σφάγιον δὲ, τὸ θῦμα, ι. Σφεδανόν. σφοδρόν· εὐκίνητον· ἐπακτικόν· ἐπε‐ στραμμένον. οἷον σφενδονικὸν, ἀπὸ τῆς σφεν‐</w:t>
      </w:r>
    </w:p>
    <w:p>
      <w:r>
        <w:rPr>
          <w:rFonts w:ascii="Courier New" w:hAnsi="Courier New"/>
          <w:color w:val="555555"/>
          <w:sz w:val="20"/>
        </w:rPr>
        <w:t>[20]</w:t>
      </w:r>
    </w:p>
    <w:p>
      <w:r>
        <w:rPr>
          <w:rFonts w:ascii="Gentium Plus" w:hAnsi="Gentium Plus"/>
          <w:sz w:val="24"/>
        </w:rPr>
        <w:t>δόνης. [ἢ σύντομον. ἀφ’ οὗ καὶ σφὴν καὶ σφίγ‐ γα. οἱ δὲ σπευστικῶς. παρὰ τὸ σπεύδειν, σπε‐ δανὸν καὶ σφεδανόν.] †Σφεοβδόν. δασύ· πολυανθές.†</w:t>
      </w:r>
    </w:p>
    <w:p>
      <w:r>
        <w:rPr>
          <w:rFonts w:ascii="Courier New" w:hAnsi="Courier New"/>
          <w:color w:val="555555"/>
          <w:sz w:val="20"/>
        </w:rPr>
        <w:t>[sigma 1697]</w:t>
      </w:r>
    </w:p>
    <w:p>
      <w:r>
        <w:rPr>
          <w:rFonts w:ascii="Gentium Plus" w:hAnsi="Gentium Plus"/>
          <w:sz w:val="24"/>
        </w:rPr>
        <w:t>Σφέλας. τὸ ὑποπόδιον. παρὰ τὸ φλᾶσθαι ἐν αὐτῷ τὰ γόνατα, ὅ ἐστι θλᾶσθαι καὶ κάμπτε‐ σθαι. Σφυρά. τὰ περὶ τοὺς ἀστραγάλους ἄνω. παρὰ</w:t>
      </w:r>
    </w:p>
    <w:p>
      <w:r>
        <w:rPr>
          <w:rFonts w:ascii="Courier New" w:hAnsi="Courier New"/>
          <w:color w:val="555555"/>
          <w:sz w:val="20"/>
        </w:rPr>
        <w:t>[5]</w:t>
      </w:r>
    </w:p>
    <w:p>
      <w:r>
        <w:rPr>
          <w:rFonts w:ascii="Gentium Plus" w:hAnsi="Gentium Plus"/>
          <w:sz w:val="24"/>
        </w:rPr>
        <w:t>τὸ συνεσφίχθαι. Σφυροκοπεῖον. .... Σφωΐτερον. ἡμέτερον.</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Σφαλεῖεν. ἐκτραπεῖεν.</w:t>
      </w:r>
    </w:p>
    <w:p>
      <w:r>
        <w:rPr>
          <w:rFonts w:ascii="Courier New" w:hAnsi="Courier New"/>
          <w:color w:val="555555"/>
          <w:sz w:val="20"/>
        </w:rPr>
        <w:t>[10]</w:t>
      </w:r>
    </w:p>
    <w:p>
      <w:r>
        <w:rPr>
          <w:rFonts w:ascii="Gentium Plus" w:hAnsi="Gentium Plus"/>
          <w:sz w:val="24"/>
        </w:rPr>
        <w:t>Σφαδάζειν. διεγείρειν. βράζειν· διαπίμπρα‐ σθαι. ἢ τὸ δυσθανατεῖν. καὶ ματαίως σπᾶ‐ σθαι. τὸ σφαδάζειν, καὶ ματάζειν, καὶ βορά‐ ζειν ἔχουσι τὸ ι προσγεγραμμένον, ὅτι ἀπὸ τοῦ σφαδαΐζειν καὶ ματαΐζειν καὶ βοραΐζειν γίνεται.</w:t>
      </w:r>
    </w:p>
    <w:p>
      <w:r>
        <w:rPr>
          <w:rFonts w:ascii="Courier New" w:hAnsi="Courier New"/>
          <w:color w:val="555555"/>
          <w:sz w:val="20"/>
        </w:rPr>
        <w:t>[15]</w:t>
      </w:r>
    </w:p>
    <w:p>
      <w:r>
        <w:rPr>
          <w:rFonts w:ascii="Gentium Plus" w:hAnsi="Gentium Plus"/>
          <w:sz w:val="24"/>
        </w:rPr>
        <w:t>Σφάζω. ἀπὸ τοῦ φῶ, τὸ δηλοῦν τὸ ἀναιρῶ, οὗ παράγωγον φημί. ὅθεν φατὸς καὶ ἀρηΐφατος, καὶ πέφαται, πεφάσθαι. φῶ, φάζω, καὶ προσ‐</w:t>
      </w:r>
    </w:p>
    <w:p>
      <w:r>
        <w:rPr>
          <w:rFonts w:ascii="Courier New" w:hAnsi="Courier New"/>
          <w:color w:val="555555"/>
          <w:sz w:val="20"/>
        </w:rPr>
        <w:t>[sigma 1698]</w:t>
      </w:r>
    </w:p>
    <w:p>
      <w:r>
        <w:rPr>
          <w:rFonts w:ascii="Gentium Plus" w:hAnsi="Gentium Plus"/>
          <w:sz w:val="24"/>
        </w:rPr>
        <w:t>Σφῶ. σφάζω. Σφακελίζοντες. διασπῶντες. πηδῶντες. ὑπο‐ τρέμοντες. †Σφεδανῶ. θανατῶ.†</w:t>
      </w:r>
    </w:p>
    <w:p>
      <w:r>
        <w:rPr>
          <w:rFonts w:ascii="Courier New" w:hAnsi="Courier New"/>
          <w:color w:val="555555"/>
          <w:sz w:val="20"/>
        </w:rPr>
        <w:t>[5]</w:t>
      </w:r>
    </w:p>
    <w:p>
      <w:r>
        <w:rPr>
          <w:rFonts w:ascii="Gentium Plus" w:hAnsi="Gentium Plus"/>
          <w:sz w:val="24"/>
        </w:rPr>
        <w:t>Σφενδονῆσαι. ἐκδιῶξαι. Σφῆλαι. πλανῆσαι. Σφηκόω, σφηκῶ καὶ σφηκῶσαι. τὸ δῆσαι. Σφηνούμενος. στρεβλούμενος· βασανιζόμενος. Σφριγᾷ. νεάζει· ἀκμάζει· αὔξει.</w:t>
      </w:r>
    </w:p>
    <w:p>
      <w:r>
        <w:rPr>
          <w:rFonts w:ascii="Courier New" w:hAnsi="Courier New"/>
          <w:color w:val="555555"/>
          <w:sz w:val="20"/>
        </w:rPr>
        <w:t>[10]</w:t>
      </w:r>
    </w:p>
    <w:p>
      <w:r>
        <w:rPr>
          <w:rFonts w:ascii="Gentium Plus" w:hAnsi="Gentium Plus"/>
          <w:sz w:val="24"/>
        </w:rPr>
        <w:t>Σφύζω. ὁρμῶ. κινοῦμαι.</w:t>
      </w:r>
    </w:p>
    <w:p>
      <w:pPr>
        <w:jc w:val="center"/>
      </w:pPr>
      <w:r>
        <w:rPr>
          <w:rFonts w:ascii="Gentium Plus" w:hAnsi="Gentium Plus"/>
          <w:b/>
          <w:sz w:val="24"/>
        </w:rPr>
        <w:t>(Ἐπίῤῥημα.)</w:t>
      </w:r>
    </w:p>
    <w:p>
      <w:r>
        <w:rPr>
          <w:rFonts w:ascii="Courier New" w:hAnsi="Courier New"/>
          <w:color w:val="555555"/>
          <w:sz w:val="20"/>
        </w:rPr>
        <w:t>[12]</w:t>
      </w:r>
    </w:p>
    <w:p>
      <w:r>
        <w:rPr>
          <w:rFonts w:ascii="Gentium Plus" w:hAnsi="Gentium Plus"/>
          <w:sz w:val="24"/>
        </w:rPr>
        <w:t>Σφαιρηδόν. δίκην σφαίρας. Σφηττόθεν καὶ Σφηττοῖ. τοπικά.</w:t>
      </w:r>
    </w:p>
    <w:p>
      <w:pPr>
        <w:jc w:val="center"/>
      </w:pPr>
      <w:r>
        <w:rPr>
          <w:rFonts w:ascii="Gentium Plus" w:hAnsi="Gentium Plus"/>
          <w:b/>
          <w:sz w:val="24"/>
        </w:rPr>
        <w:t>Τὸ Σ μετὰ τοῦ Χ.</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Σχέτλιος. ἄδικος· ἄθλιος. ἢ καὶ ὁ δύσφημος.</w:t>
      </w:r>
    </w:p>
    <w:p>
      <w:r>
        <w:rPr>
          <w:rFonts w:ascii="Courier New" w:hAnsi="Courier New"/>
          <w:color w:val="555555"/>
          <w:sz w:val="20"/>
        </w:rPr>
        <w:t>[sigma 1699]</w:t>
      </w:r>
    </w:p>
    <w:p>
      <w:r>
        <w:rPr>
          <w:rFonts w:ascii="Gentium Plus" w:hAnsi="Gentium Plus"/>
          <w:sz w:val="24"/>
        </w:rPr>
        <w:t>Σχῖνος. ὁ τρώκτης. καὶ τὸ φυτὸν, ὃ γίνεται ἐν τοῖς καθύδροις τόποις. ἔστι δὲ τὸ ἔνδον αὐτοῦ εὐστόμαχον. Σχολαίῳ. ἀργῷ. σχολαίῳ ποδί.</w:t>
      </w:r>
    </w:p>
    <w:p>
      <w:r>
        <w:rPr>
          <w:rFonts w:ascii="Courier New" w:hAnsi="Courier New"/>
          <w:color w:val="555555"/>
          <w:sz w:val="20"/>
        </w:rPr>
        <w:t>[5]</w:t>
      </w:r>
    </w:p>
    <w:p>
      <w:r>
        <w:rPr>
          <w:rFonts w:ascii="Gentium Plus" w:hAnsi="Gentium Plus"/>
          <w:sz w:val="24"/>
        </w:rPr>
        <w:t>Σχοῖνος. εἶδος χόρτου. καὶ σχοινοφόρον πεδίον.</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Σχαδόνες. τὰ τῶν κηφήνων κηρία. καὶ ζῶον ἄπτερον καὶ ἄπουν. Σχέσις. κοινωνία δύο ἢ πλειόνων πραγμάτων</w:t>
      </w:r>
    </w:p>
    <w:p>
      <w:r>
        <w:rPr>
          <w:rFonts w:ascii="Courier New" w:hAnsi="Courier New"/>
          <w:color w:val="555555"/>
          <w:sz w:val="20"/>
        </w:rPr>
        <w:t>[10]</w:t>
      </w:r>
    </w:p>
    <w:p>
      <w:r>
        <w:rPr>
          <w:rFonts w:ascii="Gentium Plus" w:hAnsi="Gentium Plus"/>
          <w:sz w:val="24"/>
        </w:rPr>
        <w:t>κατά τι. οἷον ὁ ἄνθρωπος καὶ τόδε τὸ ζῶον σχέ‐ σιν ἔχει, καθὸ ζῶα ἀμφότερα. κατὰ τρόπους δὲ τέσσαρας γίνεται ἡ σχέσις. ἢ γὰρ κατὰ τύχην, ὡς δεσπότης πρὸς δοῦλον· ἢ κατὰ πρός τι, ὡς φίλος πρὸς φίλον· ἢ κατὰ φύσιν, ὡς [πατὴρ</w:t>
      </w:r>
    </w:p>
    <w:p>
      <w:r>
        <w:rPr>
          <w:rFonts w:ascii="Courier New" w:hAnsi="Courier New"/>
          <w:color w:val="555555"/>
          <w:sz w:val="20"/>
        </w:rPr>
        <w:t>[15]</w:t>
      </w:r>
    </w:p>
    <w:p>
      <w:r>
        <w:rPr>
          <w:rFonts w:ascii="Gentium Plus" w:hAnsi="Gentium Plus"/>
          <w:sz w:val="24"/>
        </w:rPr>
        <w:t>πρὸς υἱόν]· ἢ κατὰ τέχνην, ὡς μαθητὴς πρὸς διδάσκαλον. Σχετικὴ διαφορὰ ἐστὶν ἡ τὸ ἓν θέλημα γνώμης ἑτερότητι διατέμνουσα κίνησις. ἢ γνώμης ἑτερό‐ της, ἢ θελημάτων ὁμοιότης. καὶ διαίρεσις δια‐</w:t>
      </w:r>
    </w:p>
    <w:p>
      <w:r>
        <w:rPr>
          <w:rFonts w:ascii="Courier New" w:hAnsi="Courier New"/>
          <w:color w:val="555555"/>
          <w:sz w:val="20"/>
        </w:rPr>
        <w:t>[20]</w:t>
      </w:r>
    </w:p>
    <w:p>
      <w:r>
        <w:rPr>
          <w:rFonts w:ascii="Gentium Plus" w:hAnsi="Gentium Plus"/>
          <w:sz w:val="24"/>
        </w:rPr>
        <w:t>θέσεως. Σχετικὴ ἕνωσις ἐστιν ἡ τὰς διαφόρους γνώμας εἰς ἓν συνάγουσα, ἢ φιλικὴ συνδιάθεσις, ἢ θε‐ λημάτων ὁμονοητικὴ σύμπνοιά τε καὶ ἐπίνευσις. σχετικὴ ἕνωσις ἐστὶν ἡ ἐξ ὑποστάσεως εἰς ὅλου</w:t>
      </w:r>
    </w:p>
    <w:p>
      <w:r>
        <w:rPr>
          <w:rFonts w:ascii="Courier New" w:hAnsi="Courier New"/>
          <w:color w:val="555555"/>
          <w:sz w:val="20"/>
        </w:rPr>
        <w:t>[25]</w:t>
      </w:r>
    </w:p>
    <w:p>
      <w:r>
        <w:rPr>
          <w:rFonts w:ascii="Gentium Plus" w:hAnsi="Gentium Plus"/>
          <w:sz w:val="24"/>
        </w:rPr>
        <w:t>τινὸς κατὰ δύναμιν γενομένη σύνθεσις· ἥτις τὴν τῶν μερῶν ἑαυτῆς μετὰ τὴν ἕνωσιν ἐν εἴ‐ δει καὶ σχήματι σωζομένην οὐκ ἔχει τὸ σύν‐ ολον ὕπαρξιν, ἀλλ’ ἠφανισμένην ὁμοῦ καὶ πε‐</w:t>
      </w:r>
    </w:p>
    <w:p>
      <w:r>
        <w:rPr>
          <w:rFonts w:ascii="Courier New" w:hAnsi="Courier New"/>
          <w:color w:val="555555"/>
          <w:sz w:val="20"/>
        </w:rPr>
        <w:t>[sigma 1700]</w:t>
      </w:r>
    </w:p>
    <w:p>
      <w:r>
        <w:rPr>
          <w:rFonts w:ascii="Gentium Plus" w:hAnsi="Gentium Plus"/>
          <w:sz w:val="24"/>
        </w:rPr>
        <w:t>συνδεδραμηκότων οὐδεμίαν οὐδαμῶς κέκτηται διαφορὰν, τὴν οὐσιώδη τούτων ἰδιότητα διαση‐ μαίνουσαν· οἷον ὡς ἐπὶ τῶν κατὰ τάξιν ἤχων ἢ πραγμάτων ἐστὶν ἰδεῖν, καὶ πάντων ἁπλῶς</w:t>
      </w:r>
    </w:p>
    <w:p>
      <w:r>
        <w:rPr>
          <w:rFonts w:ascii="Courier New" w:hAnsi="Courier New"/>
          <w:color w:val="555555"/>
          <w:sz w:val="20"/>
        </w:rPr>
        <w:t>[5]</w:t>
      </w:r>
    </w:p>
    <w:p>
      <w:r>
        <w:rPr>
          <w:rFonts w:ascii="Gentium Plus" w:hAnsi="Gentium Plus"/>
          <w:sz w:val="24"/>
        </w:rPr>
        <w:t>ὧν κατὰ τέχνην εἴρηται λόγος. ἐκεῖνα γὰρ ὑποστατικῶς ὄντα καὶ καθ’ ἑαυτὰ γνωριζόμε‐ να· πᾶν γὰρ τὸ αἰσθήσει ὑποπίπτον οὐσία πάν‐ τως μετά τινος ἢ τινῶν ἰδιωμάτων ἐστὶν, ὅπερ ὑπάρχει σαφῶς ἡ ὑπόστασις· καὶ τὴν πρὸς</w:t>
      </w:r>
    </w:p>
    <w:p>
      <w:r>
        <w:rPr>
          <w:rFonts w:ascii="Courier New" w:hAnsi="Courier New"/>
          <w:color w:val="555555"/>
          <w:sz w:val="20"/>
        </w:rPr>
        <w:t>[10]</w:t>
      </w:r>
    </w:p>
    <w:p>
      <w:r>
        <w:rPr>
          <w:rFonts w:ascii="Gentium Plus" w:hAnsi="Gentium Plus"/>
          <w:sz w:val="24"/>
        </w:rPr>
        <w:t>ἄλληλα κατὰ σύνθεσιν ποιούμενα συνδρομὴν ἐξαφανίζει πάντῃ τὸ ἐν ᾧ καθ’ ἑαυτὰ ὄντα τὸ πρὶν ἐγνωρίζετο τὸ σχῆμα καὶ εἶδος τῶν ὑπο‐ στατικῶν ἰδιωμάτων τελείως ἀπογινόμενον· καὶ ἄλλο παρ’ ἐκεῖνο διὰ τῆς ἐν τῷ πυρὶ χώνης καὶ</w:t>
      </w:r>
    </w:p>
    <w:p>
      <w:r>
        <w:rPr>
          <w:rFonts w:ascii="Courier New" w:hAnsi="Courier New"/>
          <w:color w:val="555555"/>
          <w:sz w:val="20"/>
        </w:rPr>
        <w:t>[15]</w:t>
      </w:r>
    </w:p>
    <w:p>
      <w:r>
        <w:rPr>
          <w:rFonts w:ascii="Gentium Plus" w:hAnsi="Gentium Plus"/>
          <w:sz w:val="24"/>
        </w:rPr>
        <w:t>τήξεως ἀποτελεῖ, μηδεμίαν τοῦ προτέρου ση‐ μείωσιν ἢ δήλωσιν καθ’ ὁπωσοῦν παρεχόμενον. †ὁ γοῦν θεήλατος Νεστόριος τὴν μὲν καθ’ ὑπό‐ στασιν ἕνωσιν ἀπηρνεῖτο, ἐφλυάρει δὲ, ὅτι ἡ ἁγία Μαρία ἐγέννησε ψιλὸν ἄνθρωπον, πρὸς</w:t>
      </w:r>
    </w:p>
    <w:p>
      <w:r>
        <w:rPr>
          <w:rFonts w:ascii="Courier New" w:hAnsi="Courier New"/>
          <w:color w:val="555555"/>
          <w:sz w:val="20"/>
        </w:rPr>
        <w:t>[20]</w:t>
      </w:r>
    </w:p>
    <w:p>
      <w:r>
        <w:rPr>
          <w:rFonts w:ascii="Gentium Plus" w:hAnsi="Gentium Plus"/>
          <w:sz w:val="24"/>
        </w:rPr>
        <w:t>ὃν εἶχεν ὁ θεὸς ἐξ αὐτῆς γεννήσεως φιλικὴν διάθεσιν. καὶ ὡμολόγει μὲν ἕνωσιν, οὐχ ὑπο‐ στατικὴν δὲ, ἀλλὰ σχετικήν. ὅθεν οὐ μίαν ὑπό‐ στασιν ὁ δείλαιος ἐδογμάτιζεν, ἀλλὰ δύο διῃρη‐ μένας μετ’ ἀλλήλων καὶ κατὰ τὴν οὐσίαν καὶ</w:t>
      </w:r>
    </w:p>
    <w:p>
      <w:r>
        <w:rPr>
          <w:rFonts w:ascii="Courier New" w:hAnsi="Courier New"/>
          <w:color w:val="555555"/>
          <w:sz w:val="20"/>
        </w:rPr>
        <w:t>[25]</w:t>
      </w:r>
    </w:p>
    <w:p>
      <w:r>
        <w:rPr>
          <w:rFonts w:ascii="Gentium Plus" w:hAnsi="Gentium Plus"/>
          <w:sz w:val="24"/>
        </w:rPr>
        <w:t>κατὰ τὴν ὑπόστασιν, ἡνωμένας δὲ ἀλλήλαις κατὰ φιλίαν, ἢ ταυτοβουλίαν, ἢ γνωμικὴν διά‐ θεσιν, ἢ ὅσα τοιαῦτα ἐληρῴδει ἐκεῖνος.† Σχίδαξ. τὸ σχίσμα. Σχίσις. ἡ χώρισις. σχῆσις δὲ, ἡ κράτησις, η.</w:t>
      </w:r>
    </w:p>
    <w:p>
      <w:r>
        <w:rPr>
          <w:rFonts w:ascii="Courier New" w:hAnsi="Courier New"/>
          <w:color w:val="555555"/>
          <w:sz w:val="20"/>
        </w:rPr>
        <w:t>[30]</w:t>
      </w:r>
    </w:p>
    <w:p>
      <w:r>
        <w:rPr>
          <w:rFonts w:ascii="Gentium Plus" w:hAnsi="Gentium Plus"/>
          <w:sz w:val="24"/>
        </w:rPr>
        <w:t>ἐκ τοῦ σχῶ, τὸ κρατῶ.</w:t>
      </w:r>
    </w:p>
    <w:p>
      <w:r>
        <w:rPr>
          <w:rFonts w:ascii="Courier New" w:hAnsi="Courier New"/>
          <w:color w:val="555555"/>
          <w:sz w:val="20"/>
        </w:rPr>
        <w:t>[sigma 1701]</w:t>
      </w:r>
    </w:p>
    <w:p>
      <w:r>
        <w:rPr>
          <w:rFonts w:ascii="Gentium Plus" w:hAnsi="Gentium Plus"/>
          <w:sz w:val="24"/>
        </w:rPr>
        <w:t>Σχοῖνος. τὸ σχοινίον. καὶ μέτρον γεωμετρικὸν ἑξήκοντα σταδίων, ὥς φησιν Ἡρόδοτος. Σχολή. ἡ φροντὶς, ἢ τὸ μηδὲν δρᾷν, ἢ καὶ τὸ περί τι σχολάζειν. καὶ ἀντὶ τοῦ βραδέως. σχολῇ</w:t>
      </w:r>
    </w:p>
    <w:p>
      <w:r>
        <w:rPr>
          <w:rFonts w:ascii="Courier New" w:hAnsi="Courier New"/>
          <w:color w:val="555555"/>
          <w:sz w:val="20"/>
        </w:rPr>
        <w:t>[5]</w:t>
      </w:r>
    </w:p>
    <w:p>
      <w:r>
        <w:rPr>
          <w:rFonts w:ascii="Gentium Plus" w:hAnsi="Gentium Plus"/>
          <w:sz w:val="24"/>
        </w:rPr>
        <w:t>γ’ ἂν ἄλλό τι φανείη μέγα καὶ σπουδῆς ἄξιον. Σχέσις. δύναμις συνδετικὴ τῶν ὁμογενῶν. Σχίδαξ. τὸ ἐσχισμένον ξύλον. παρὰ τὸ σχίζω.</w:t>
      </w:r>
    </w:p>
    <w:p>
      <w:pPr>
        <w:jc w:val="center"/>
      </w:pPr>
      <w:r>
        <w:rPr>
          <w:rFonts w:ascii="Gentium Plus" w:hAnsi="Gentium Plus"/>
          <w:b/>
          <w:sz w:val="24"/>
        </w:rPr>
        <w:t>(Οὐδέτερον.)</w:t>
      </w:r>
    </w:p>
    <w:p>
      <w:r>
        <w:rPr>
          <w:rFonts w:ascii="Courier New" w:hAnsi="Courier New"/>
          <w:color w:val="555555"/>
          <w:sz w:val="20"/>
        </w:rPr>
        <w:t>[9]</w:t>
      </w:r>
    </w:p>
    <w:p>
      <w:r>
        <w:rPr>
          <w:rFonts w:ascii="Gentium Plus" w:hAnsi="Gentium Plus"/>
          <w:sz w:val="24"/>
        </w:rPr>
        <w:t>Σχέδος. παρὰ τὸ χέω, χέδος καὶ σχέδος, οἱονεὶ</w:t>
      </w:r>
    </w:p>
    <w:p>
      <w:r>
        <w:rPr>
          <w:rFonts w:ascii="Courier New" w:hAnsi="Courier New"/>
          <w:color w:val="555555"/>
          <w:sz w:val="20"/>
        </w:rPr>
        <w:t>[10]</w:t>
      </w:r>
    </w:p>
    <w:p>
      <w:r>
        <w:rPr>
          <w:rFonts w:ascii="Gentium Plus" w:hAnsi="Gentium Plus"/>
          <w:sz w:val="24"/>
        </w:rPr>
        <w:t>τὸ διαχέον καὶ διαμερίζον τὰς λέξεις. Σχέδιον. τὸ ἐξ ἑτοίμου πρόχειρον. ἢ τὸ ἐν ὀλί‐ γῳ καὶ σύντομον. †Σχέμα. τὸ ὄχημα.† Σχέτλιον. ὀδυνηρόν· λύπης ἄξιον.</w:t>
      </w:r>
    </w:p>
    <w:p>
      <w:r>
        <w:rPr>
          <w:rFonts w:ascii="Courier New" w:hAnsi="Courier New"/>
          <w:color w:val="555555"/>
          <w:sz w:val="20"/>
        </w:rPr>
        <w:t>[15]</w:t>
      </w:r>
    </w:p>
    <w:p>
      <w:r>
        <w:rPr>
          <w:rFonts w:ascii="Gentium Plus" w:hAnsi="Gentium Plus"/>
          <w:sz w:val="24"/>
        </w:rPr>
        <w:t>Σχετλιαστικὰ ἐπιῤῥήματα. τὰ ἐξ αὐτοπα‐ θείας γινόμενα ἐπιφθέγματα. οἷον, παπαὶ, ὅ ἐστι φεῦ. Σχῆμα. †τῶν μαθηματικῶν, σωμάτων ἀποπε‐ ράτωσις.† λέξεων ποσότης, ὑφ’ ἕνα τόνον καὶ</w:t>
      </w:r>
    </w:p>
    <w:p>
      <w:r>
        <w:rPr>
          <w:rFonts w:ascii="Courier New" w:hAnsi="Courier New"/>
          <w:color w:val="555555"/>
          <w:sz w:val="20"/>
        </w:rPr>
        <w:t>[20]</w:t>
      </w:r>
    </w:p>
    <w:p>
      <w:r>
        <w:rPr>
          <w:rFonts w:ascii="Gentium Plus" w:hAnsi="Gentium Plus"/>
          <w:sz w:val="24"/>
        </w:rPr>
        <w:t>ἓν πνεῦμα ἀδιαστάτως ἀγομένη ἐν ἁπλότητι ἢ συνθέσει. Σχιστά. ὅσα κατὰ μῆκος διαιρεῖσθαι δύνανται. Σχόλιον. ἡ ἑρμηνεία. διὰ τὸ κατὰ σχολὴν πε‐ ριτίθεσθαι πρὸς σαφεστέραν ἑρμηνείαν τῶν δυσ‐</w:t>
      </w:r>
    </w:p>
    <w:p>
      <w:r>
        <w:rPr>
          <w:rFonts w:ascii="Courier New" w:hAnsi="Courier New"/>
          <w:color w:val="555555"/>
          <w:sz w:val="20"/>
        </w:rPr>
        <w:t>[25]</w:t>
      </w:r>
    </w:p>
    <w:p>
      <w:r>
        <w:rPr>
          <w:rFonts w:ascii="Gentium Plus" w:hAnsi="Gentium Plus"/>
          <w:sz w:val="24"/>
        </w:rPr>
        <w:t>νοήτων νοημάτων ἢ ῥημάτων. Σχοινίσματα. τὴν σκηνήν. τὴν ἐξ ἐθνῶν ἐκ‐</w:t>
      </w:r>
    </w:p>
    <w:p>
      <w:r>
        <w:rPr>
          <w:rFonts w:ascii="Courier New" w:hAnsi="Courier New"/>
          <w:color w:val="555555"/>
          <w:sz w:val="20"/>
        </w:rPr>
        <w:t>[sigma 1702]</w:t>
      </w:r>
    </w:p>
    <w:p>
      <w:r>
        <w:rPr>
          <w:rFonts w:ascii="Gentium Plus" w:hAnsi="Gentium Plus"/>
          <w:sz w:val="24"/>
        </w:rPr>
        <w:t>Σχῆμα. τὸ μὴ μόνιμον ἢ καὶ βέβαιον, ἀλλ’ ἄχρις ὄψεως. καὶ ὁ Ἀπόστολος· παράγει γὰρ τὸ σχῆμα τοῦ κόσμου τούτου. ὅ ἐστι παρ‐ έρχεται.</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Σχεδιασθεῖσα. παραχρῆμα ῥηθεῖσα. Σχέθε. ἐκ τοῦ σχῶ γίνεται σχέθω. [ὡς φλέ‐ γω φλεγέθω, ἀμύνω ἀμυνάθω. ὁ παρατατικὸς ἔσχεθον, ἔσχεθες, ἔσχεθε, καὶ τὸ προστακτι‐</w:t>
      </w:r>
    </w:p>
    <w:p>
      <w:r>
        <w:rPr>
          <w:rFonts w:ascii="Courier New" w:hAnsi="Courier New"/>
          <w:color w:val="555555"/>
          <w:sz w:val="20"/>
        </w:rPr>
        <w:t>[10]</w:t>
      </w:r>
    </w:p>
    <w:p>
      <w:r>
        <w:rPr>
          <w:rFonts w:ascii="Gentium Plus" w:hAnsi="Gentium Plus"/>
          <w:sz w:val="24"/>
        </w:rPr>
        <w:t>κὸν σχέθε. καὶ κλίνεται ἄχρι τοῦ παρατατι‐ κοῦ.] Σχετλιάζει. δυσφορεῖ. καὶ ἀντὶ τοῦ δυσφημεῖ. Σχήσειν. κωλύσειν. Σχίνεσθαι. λευκαίνεσθαι. ἀπὸ τοῦ σχίνου, ὃς</w:t>
      </w:r>
    </w:p>
    <w:p>
      <w:r>
        <w:rPr>
          <w:rFonts w:ascii="Courier New" w:hAnsi="Courier New"/>
          <w:color w:val="555555"/>
          <w:sz w:val="20"/>
        </w:rPr>
        <w:t>[15]</w:t>
      </w:r>
    </w:p>
    <w:p>
      <w:r>
        <w:rPr>
          <w:rFonts w:ascii="Gentium Plus" w:hAnsi="Gentium Plus"/>
          <w:sz w:val="24"/>
        </w:rPr>
        <w:t>διαμασσώμενος λευκαίνει τοὺς ὀδόντας. Σχοίης. λάβῃς. δύνασαι. καὶ σχεῖν. Σχῶ. τὸ κρατῶ.</w:t>
      </w:r>
    </w:p>
    <w:p>
      <w:pPr>
        <w:jc w:val="center"/>
      </w:pPr>
      <w:r>
        <w:rPr>
          <w:rFonts w:ascii="Gentium Plus" w:hAnsi="Gentium Plus"/>
          <w:b/>
          <w:sz w:val="24"/>
        </w:rPr>
        <w:t>(Ἐπίῤῥημα.)</w:t>
      </w:r>
    </w:p>
    <w:p>
      <w:r>
        <w:rPr>
          <w:rFonts w:ascii="Courier New" w:hAnsi="Courier New"/>
          <w:color w:val="555555"/>
          <w:sz w:val="20"/>
        </w:rPr>
        <w:t>[19]</w:t>
      </w:r>
    </w:p>
    <w:p>
      <w:r>
        <w:rPr>
          <w:rFonts w:ascii="Gentium Plus" w:hAnsi="Gentium Plus"/>
          <w:sz w:val="24"/>
        </w:rPr>
        <w:t>Σχεδόν. πλησίον· πέλας· ἢ ἐκ χειρός. παρὰ τὸ</w:t>
      </w:r>
    </w:p>
    <w:p>
      <w:r>
        <w:rPr>
          <w:rFonts w:ascii="Courier New" w:hAnsi="Courier New"/>
          <w:color w:val="555555"/>
          <w:sz w:val="20"/>
        </w:rPr>
        <w:t>[20]</w:t>
      </w:r>
    </w:p>
    <w:p>
      <w:r>
        <w:rPr>
          <w:rFonts w:ascii="Gentium Plus" w:hAnsi="Gentium Plus"/>
          <w:sz w:val="24"/>
        </w:rPr>
        <w:t>σχέσιν ἔχειν ἄλλο πρὸς ἄλλο. Σχολῇ. βραδέως· μόλις.</w:t>
      </w:r>
    </w:p>
    <w:p>
      <w:pPr>
        <w:jc w:val="center"/>
      </w:pPr>
      <w:r>
        <w:rPr>
          <w:rFonts w:ascii="Gentium Plus" w:hAnsi="Gentium Plus"/>
          <w:b/>
          <w:sz w:val="24"/>
        </w:rPr>
        <w:t>Τὸ Σ μετὰ τοῦ Ω.</w:t>
      </w:r>
    </w:p>
    <w:p>
      <w:pPr>
        <w:jc w:val="center"/>
      </w:pPr>
      <w:r>
        <w:rPr>
          <w:rFonts w:ascii="Gentium Plus" w:hAnsi="Gentium Plus"/>
          <w:b/>
          <w:sz w:val="24"/>
        </w:rPr>
        <w:t>(Ἀρσενικόν.)</w:t>
      </w:r>
    </w:p>
    <w:p>
      <w:r>
        <w:rPr>
          <w:rFonts w:ascii="Courier New" w:hAnsi="Courier New"/>
          <w:color w:val="555555"/>
          <w:sz w:val="20"/>
        </w:rPr>
        <w:t>[24]</w:t>
      </w:r>
    </w:p>
    <w:p>
      <w:r>
        <w:rPr>
          <w:rFonts w:ascii="Gentium Plus" w:hAnsi="Gentium Plus"/>
          <w:sz w:val="24"/>
        </w:rPr>
        <w:t>†Σῶκος. Κουρήτων πατήρ.†</w:t>
      </w:r>
    </w:p>
    <w:p>
      <w:r>
        <w:rPr>
          <w:rFonts w:ascii="Courier New" w:hAnsi="Courier New"/>
          <w:color w:val="555555"/>
          <w:sz w:val="20"/>
        </w:rPr>
        <w:t>[sigma 1703]</w:t>
      </w:r>
    </w:p>
    <w:p>
      <w:r>
        <w:rPr>
          <w:rFonts w:ascii="Gentium Plus" w:hAnsi="Gentium Plus"/>
          <w:sz w:val="24"/>
        </w:rPr>
        <w:t>Σῶκος. †τὸ σωκάριον.† ἐπίθετον τοῦ Ἑρμοῦ. ἤτοι ὁ ἰσχυρός. Σῶος. ὁ ὑγιής. Δίδυμος σὺν τῷ ι λέγει. ἀπὸ τοῦ ὁ σῶς τοῦ σῶς γίνεται σῷος. τὰ γὰρ ἀπὸ</w:t>
      </w:r>
    </w:p>
    <w:p>
      <w:r>
        <w:rPr>
          <w:rFonts w:ascii="Courier New" w:hAnsi="Courier New"/>
          <w:color w:val="555555"/>
          <w:sz w:val="20"/>
        </w:rPr>
        <w:t>[5]</w:t>
      </w:r>
    </w:p>
    <w:p>
      <w:r>
        <w:rPr>
          <w:rFonts w:ascii="Gentium Plus" w:hAnsi="Gentium Plus"/>
          <w:sz w:val="24"/>
        </w:rPr>
        <w:t>τῶν εἰς ως διὰ τοῦ ῶος παραγόμενα σὺν τῷ ι γράφεται. οἷον ἥρως ἡρῷος, Μίνως Μινῷος. οὕ‐ τως οὖν καὶ σὼς σῷος. Σωπάτηρ· Σώπατρος· Σώπιθος. κύρια. Σώπολις. κύριον.</w:t>
      </w:r>
    </w:p>
    <w:p>
      <w:r>
        <w:rPr>
          <w:rFonts w:ascii="Courier New" w:hAnsi="Courier New"/>
          <w:color w:val="555555"/>
          <w:sz w:val="20"/>
        </w:rPr>
        <w:t>[10]</w:t>
      </w:r>
    </w:p>
    <w:p>
      <w:r>
        <w:rPr>
          <w:rFonts w:ascii="Gentium Plus" w:hAnsi="Gentium Plus"/>
          <w:sz w:val="24"/>
        </w:rPr>
        <w:t>Σώρανος· Σωρᾶς· Σώρηξ. κύρια. Σωρός. τὸ πλῆθος. καὶ σωρεός. ἀπὸ τοῦ ἐν αὐ‐ τῷ σωρεύεσθαι τὰ σώματα. ἢ παρὰ τὸ ἔσω ὠρεῖν, ὅ ἐστι φυλάσσειν, σωρεύω. [σωρεύω, σω‐ ρεὸς, ὡς φωλεύω, φωλεὸς, καὶ λοχεύω, λοχεός.</w:t>
      </w:r>
    </w:p>
    <w:p>
      <w:r>
        <w:rPr>
          <w:rFonts w:ascii="Courier New" w:hAnsi="Courier New"/>
          <w:color w:val="555555"/>
          <w:sz w:val="20"/>
        </w:rPr>
        <w:t>[15]</w:t>
      </w:r>
    </w:p>
    <w:p>
      <w:r>
        <w:rPr>
          <w:rFonts w:ascii="Gentium Plus" w:hAnsi="Gentium Plus"/>
          <w:sz w:val="24"/>
        </w:rPr>
        <w:t>ὥστε τὸ σωρεὸς οὐκ ἀπὸ τοῦ σωρὸς ἐν πλεονα‐ σμῷ, ἀλλὰ τὸ σωρὸς ἀπὸ τοῦ σωρεὸς κατὰ ἔν‐ δειαν. σορὸς δὲ, ἡ τῶν λειψάνων, μικρόν. παρὰ τὸ σεσηρέναι τὰ σώματα ἐν αὐτῷ. ἢ παρὰ τὸ εἴρω, τὸ κωλύω, σορὸς, ὁ κωλυτικός.]</w:t>
      </w:r>
    </w:p>
    <w:p>
      <w:r>
        <w:rPr>
          <w:rFonts w:ascii="Courier New" w:hAnsi="Courier New"/>
          <w:color w:val="555555"/>
          <w:sz w:val="20"/>
        </w:rPr>
        <w:t>[20]</w:t>
      </w:r>
    </w:p>
    <w:p>
      <w:r>
        <w:rPr>
          <w:rFonts w:ascii="Gentium Plus" w:hAnsi="Gentium Plus"/>
          <w:sz w:val="24"/>
        </w:rPr>
        <w:t>Σωρός. τὰ εἰς ρος λήγοντα δισύλλαβα τῷ ω πα‐</w:t>
      </w:r>
    </w:p>
    <w:p>
      <w:r>
        <w:rPr>
          <w:rFonts w:ascii="Courier New" w:hAnsi="Courier New"/>
          <w:color w:val="555555"/>
          <w:sz w:val="20"/>
        </w:rPr>
        <w:t>[sigma 1704]</w:t>
      </w:r>
    </w:p>
    <w:p>
      <w:r>
        <w:rPr>
          <w:rFonts w:ascii="Gentium Plus" w:hAnsi="Gentium Plus"/>
          <w:sz w:val="24"/>
        </w:rPr>
        <w:t>Ὦρος· Δῶρος· Φλῶρος· Βῶρος. σεσημείωται τὸ Σωρὸς ὀξυνόμενον. τὰ δὲ ὀξυνόμενα ἐπιθε‐ τικά εἰσι. χλωρός· μωρός· ψωρός. Σωσίας· Σωφάρ· Σωφάς. ὀνόματα κύρια.</w:t>
      </w:r>
    </w:p>
    <w:p>
      <w:r>
        <w:rPr>
          <w:rFonts w:ascii="Courier New" w:hAnsi="Courier New"/>
          <w:color w:val="555555"/>
          <w:sz w:val="20"/>
        </w:rPr>
        <w:t>[5]</w:t>
      </w:r>
    </w:p>
    <w:p>
      <w:r>
        <w:rPr>
          <w:rFonts w:ascii="Gentium Plus" w:hAnsi="Gentium Plus"/>
          <w:sz w:val="24"/>
        </w:rPr>
        <w:t>Σωφρονιστής. νουθετητής. καὶ σωφρονιστῆρες οἱ ἔσωθεν τῶν ἄλλων ὀδόντων, διὰ τὸ φύεσθαι παρὰ τὴν τοῦ φρονεῖν ὥραν, παρὰ τὸ εἰκοστὸν ἔτος. καὶ Ἀριστοτέλης καλεῖ αὐτοὺς κρατῆ‐ ρας.</w:t>
      </w:r>
    </w:p>
    <w:p>
      <w:r>
        <w:rPr>
          <w:rFonts w:ascii="Courier New" w:hAnsi="Courier New"/>
          <w:color w:val="555555"/>
          <w:sz w:val="20"/>
        </w:rPr>
        <w:t>[10]</w:t>
      </w:r>
    </w:p>
    <w:p>
      <w:r>
        <w:rPr>
          <w:rFonts w:ascii="Gentium Plus" w:hAnsi="Gentium Plus"/>
          <w:sz w:val="24"/>
        </w:rPr>
        <w:t>Σώφρων. ὁ ὑγιὴς τὸν νοῦν. καὶ ὁ Ἀπόστολος· ἀλλὰ φρονεῖν εἰς τὸ σωφρονεῖν.</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Σωλεά. ἡ τοῦ οἴκου. Σωρήχ. ἐκλεκτή. ὡς τὸ, ἄμπελος σωρήχ. *κα‐</w:t>
      </w:r>
    </w:p>
    <w:p>
      <w:r>
        <w:rPr>
          <w:rFonts w:ascii="Courier New" w:hAnsi="Courier New"/>
          <w:color w:val="555555"/>
          <w:sz w:val="20"/>
        </w:rPr>
        <w:t>[15]</w:t>
      </w:r>
    </w:p>
    <w:p>
      <w:r>
        <w:rPr>
          <w:rFonts w:ascii="Gentium Plus" w:hAnsi="Gentium Plus"/>
          <w:sz w:val="24"/>
        </w:rPr>
        <w:t>τὰ Σύμμαχον ἐκλεκτήν.* Σώρα. πόλις. Σωρεῖτις. διάνοια ἀπὸ ὀνόματος. Σωρεία. τὸ πλῆθος. Σωσάννα. κύριον.</w:t>
      </w:r>
    </w:p>
    <w:p>
      <w:r>
        <w:rPr>
          <w:rFonts w:ascii="Courier New" w:hAnsi="Courier New"/>
          <w:color w:val="555555"/>
          <w:sz w:val="20"/>
        </w:rPr>
        <w:t>[20]</w:t>
      </w:r>
    </w:p>
    <w:p>
      <w:r>
        <w:rPr>
          <w:rFonts w:ascii="Gentium Plus" w:hAnsi="Gentium Plus"/>
          <w:sz w:val="24"/>
        </w:rPr>
        <w:t>†Σώσπα. σωτηρία.† Σώτειρα. ἡ σώζουσα.</w:t>
      </w:r>
    </w:p>
    <w:p>
      <w:r>
        <w:rPr>
          <w:rFonts w:ascii="Courier New" w:hAnsi="Courier New"/>
          <w:color w:val="555555"/>
          <w:sz w:val="20"/>
        </w:rPr>
        <w:t>[sigma 1705]</w:t>
      </w:r>
    </w:p>
    <w:p>
      <w:r>
        <w:rPr>
          <w:rFonts w:ascii="Gentium Plus" w:hAnsi="Gentium Plus"/>
          <w:sz w:val="24"/>
        </w:rPr>
        <w:t>Σωφροσύνη. καθαρότης. ἐγκράτεια. σωφροσύνης ἔργον ἐστὶ τὸ βλέπειν ἀπαθῶς τὰ πράγματα, κινοῦντα ἐν ἡμῖν φαντασίας ἀλόγους.</w:t>
      </w:r>
    </w:p>
    <w:p>
      <w:pPr>
        <w:jc w:val="center"/>
      </w:pPr>
      <w:r>
        <w:rPr>
          <w:rFonts w:ascii="Gentium Plus" w:hAnsi="Gentium Plus"/>
          <w:b/>
          <w:sz w:val="24"/>
        </w:rPr>
        <w:t>(Οὐδέτερον.)</w:t>
      </w:r>
    </w:p>
    <w:p>
      <w:r>
        <w:rPr>
          <w:rFonts w:ascii="Courier New" w:hAnsi="Courier New"/>
          <w:color w:val="555555"/>
          <w:sz w:val="20"/>
        </w:rPr>
        <w:t>[5]</w:t>
      </w:r>
    </w:p>
    <w:p>
      <w:r>
        <w:rPr>
          <w:rFonts w:ascii="Gentium Plus" w:hAnsi="Gentium Plus"/>
          <w:sz w:val="24"/>
        </w:rPr>
        <w:t>Σωκάριον. ἡ σχοῖνος. Σώμανα. τόπος. Σῶμα. κατὰ μὲν τοὺς ἔξω πᾶν τὸ τριχῆ διά‐ στατον, ἤγουν τὸ ἔχον μῆκος καὶ πλάτος καὶ βάθος ἤτοι πάχος. κατὰ δὲ τὴν ἐκκλησιαστι‐</w:t>
      </w:r>
    </w:p>
    <w:p>
      <w:r>
        <w:rPr>
          <w:rFonts w:ascii="Courier New" w:hAnsi="Courier New"/>
          <w:color w:val="555555"/>
          <w:sz w:val="20"/>
        </w:rPr>
        <w:t>[10]</w:t>
      </w:r>
    </w:p>
    <w:p>
      <w:r>
        <w:rPr>
          <w:rFonts w:ascii="Gentium Plus" w:hAnsi="Gentium Plus"/>
          <w:sz w:val="24"/>
        </w:rPr>
        <w:t>κὴν παράδοσιν πᾶν τὸ ἐκ μὴ ὄντος εἰς τὸ εἶναι γινόμενον. καὶ σώματα ἐπουράνια, καὶ σώματα ἐπίγεια. τὰ οὖν ἐπουράνια οὐκ ἔχουσι πάχος. καὶ πᾶσα μὲν σὰρξ σῶμα λέγεται, οὐ πᾶν δὲ σῶμα σὰρξ ὀνομάζεται· οἱ γὰρ ἀστέρες σώμα‐</w:t>
      </w:r>
    </w:p>
    <w:p>
      <w:r>
        <w:rPr>
          <w:rFonts w:ascii="Courier New" w:hAnsi="Courier New"/>
          <w:color w:val="555555"/>
          <w:sz w:val="20"/>
        </w:rPr>
        <w:t>[15]</w:t>
      </w:r>
    </w:p>
    <w:p>
      <w:r>
        <w:rPr>
          <w:rFonts w:ascii="Gentium Plus" w:hAnsi="Gentium Plus"/>
          <w:sz w:val="24"/>
        </w:rPr>
        <w:t>τα ἐπουράνια εἴρηνται, οὐ μὴν καὶ σάρκες ἐπου‐ ράνιαι. διττῶς δὲ εἴρηται τὸ σῶμα· ποτὲ μὲν ὑλικὸν, ποτὲ δὲ λεπτόν. σῶμα ὑλικόν ἐστι τὸ δι’ ἁφῆς καὶ κρατούμενον καὶ φθορᾷ ὑποκεί‐ μενον· σῶμα δὲ λεπτόν ἐστι τὸ ἀνέπαφον καὶ</w:t>
      </w:r>
    </w:p>
    <w:p>
      <w:r>
        <w:rPr>
          <w:rFonts w:ascii="Courier New" w:hAnsi="Courier New"/>
          <w:color w:val="555555"/>
          <w:sz w:val="20"/>
        </w:rPr>
        <w:t>[20]</w:t>
      </w:r>
    </w:p>
    <w:p>
      <w:r>
        <w:rPr>
          <w:rFonts w:ascii="Gentium Plus" w:hAnsi="Gentium Plus"/>
          <w:sz w:val="24"/>
        </w:rPr>
        <w:t>ἀψηλάφητον. δεῖ δὲ εἰδέναι, ὅτι πᾶν σῶμα ἀνθρώπινον ἐκ τῶν τεσσάρων στοιχείων συνί‐ σταται, τὰ δὲ τῶν ζώων σώματα ἐκ τῶν τεσσά‐ ρων χυμῶν. στοιχεῖα δέ εἰσι ταῦτα· γῆ, ἥτις ἐστὶ ξηρὰ καὶ ψυχρά· ὕδωρ, ὅπερ ἐστὶ ψυ‐</w:t>
      </w:r>
    </w:p>
    <w:p>
      <w:r>
        <w:rPr>
          <w:rFonts w:ascii="Courier New" w:hAnsi="Courier New"/>
          <w:color w:val="555555"/>
          <w:sz w:val="20"/>
        </w:rPr>
        <w:t>[25]</w:t>
      </w:r>
    </w:p>
    <w:p>
      <w:r>
        <w:rPr>
          <w:rFonts w:ascii="Gentium Plus" w:hAnsi="Gentium Plus"/>
          <w:sz w:val="24"/>
        </w:rPr>
        <w:t>χρὸν καὶ ὑγρόν· ἀὴρ, ὅς ἐστι θερμὸς καὶ ὑγρός· πῦρ, ὅ ἐστι θερμὸν καὶ ξηρόν. χυμοὶ δὲ τέσ‐ σαρες οὗτοι εἰσίν· μέλαινα χολὴ, αἷμα, φλέ‐ γμα, καὶ ξανθὴ χολή. ἀναλογοῦσι δὲ τοῖς τέσ‐ σαρσι στοιχείοις· ἡ μὲν μέλαινα χολὴ τῇ γῇ·</w:t>
      </w:r>
    </w:p>
    <w:p>
      <w:r>
        <w:rPr>
          <w:rFonts w:ascii="Courier New" w:hAnsi="Courier New"/>
          <w:color w:val="555555"/>
          <w:sz w:val="20"/>
        </w:rPr>
        <w:t>[30]</w:t>
      </w:r>
    </w:p>
    <w:p>
      <w:r>
        <w:rPr>
          <w:rFonts w:ascii="Gentium Plus" w:hAnsi="Gentium Plus"/>
          <w:sz w:val="24"/>
        </w:rPr>
        <w:t>ξηρὰ γάρ ἐστι καὶ ψυχρά· τὸ φλέγμα τῷ ὕδα‐ τι· ψυχρὸν γάρ ἐστι καὶ ὑγρόν· τὸ αἷμα τῷ</w:t>
      </w:r>
    </w:p>
    <w:p>
      <w:r>
        <w:rPr>
          <w:rFonts w:ascii="Courier New" w:hAnsi="Courier New"/>
          <w:color w:val="555555"/>
          <w:sz w:val="20"/>
        </w:rPr>
        <w:t>[sigma 1706]</w:t>
      </w:r>
    </w:p>
    <w:p>
      <w:r>
        <w:rPr>
          <w:rFonts w:ascii="Gentium Plus" w:hAnsi="Gentium Plus"/>
          <w:sz w:val="24"/>
        </w:rPr>
        <w:t>θὴ χολὴ τῷ πυρί· θερμὴ γάρ ἐστι καὶ ξηρά. ἰστέον δὲ καὶ τοῦτο, ὅτι οἱ μὲν καρποὶ ἐκ τῶν στοιχείων συνίστανται, οἱ δὲ χυμοὶ ἐκ τῶν καρ‐ πῶν· τὰ δὲ τῶν ζώων σώματα ἐκ τῶν χυμῶν,</w:t>
      </w:r>
    </w:p>
    <w:p>
      <w:r>
        <w:rPr>
          <w:rFonts w:ascii="Courier New" w:hAnsi="Courier New"/>
          <w:color w:val="555555"/>
          <w:sz w:val="20"/>
        </w:rPr>
        <w:t>[5]</w:t>
      </w:r>
    </w:p>
    <w:p>
      <w:r>
        <w:rPr>
          <w:rFonts w:ascii="Gentium Plus" w:hAnsi="Gentium Plus"/>
          <w:sz w:val="24"/>
        </w:rPr>
        <w:t>καὶ εἰς αὐτὰ ἀναλύεται· πᾶν γὰρ συντιθέμε‐ νον εἰς τὰ αὐτὰ ἀναλύεται, ἐξ ὧν συνετέθη. Σῶμα. πᾶν τὸ θεωρούμενον ἢ καὶ κρατούμενον ὑπὸ τῆς ἁφῆς τοῦ ἀνθρώπου σῶμα λέγεται· οἷον λίθος. πᾶν δὲ θεωρούμενον, μὴ κρατούμενον δὲ,</w:t>
      </w:r>
    </w:p>
    <w:p>
      <w:r>
        <w:rPr>
          <w:rFonts w:ascii="Courier New" w:hAnsi="Courier New"/>
          <w:color w:val="555555"/>
          <w:sz w:val="20"/>
        </w:rPr>
        <w:t>[10]</w:t>
      </w:r>
    </w:p>
    <w:p>
      <w:r>
        <w:rPr>
          <w:rFonts w:ascii="Gentium Plus" w:hAnsi="Gentium Plus"/>
          <w:sz w:val="24"/>
        </w:rPr>
        <w:t>λέγεται πρᾶγμα· ὡς ὁ ἀὴρ, ὁ καπνὸς, ὁ αἰθήρ. καὶ πᾶν τὸ μήτε θεωρούμενον μήτε κρατούμε‐ νον ὑπὸ τῆς ἁφῆς τοῦ ἀνθρώπου, ἀλλὰ τὸ νῷ, λέγεται πνεῦμα, οἷον θεὸς, ἄγγελος, ψυχή. Σῶμα μαθηματικόν. τὸ μῆκος καὶ τὸ πλάτος</w:t>
      </w:r>
    </w:p>
    <w:p>
      <w:r>
        <w:rPr>
          <w:rFonts w:ascii="Courier New" w:hAnsi="Courier New"/>
          <w:color w:val="555555"/>
          <w:sz w:val="20"/>
        </w:rPr>
        <w:t>[15]</w:t>
      </w:r>
    </w:p>
    <w:p>
      <w:r>
        <w:rPr>
          <w:rFonts w:ascii="Gentium Plus" w:hAnsi="Gentium Plus"/>
          <w:sz w:val="24"/>
        </w:rPr>
        <w:t>καὶ βάθος ἔχον, μὴ μέντοι ἁφῇ καὶ θέᾳ ὑπο‐ πίπτον. Σῶμα. πᾶν τὸ τεθνηκός. τὸ δὲ ζῶν δέμας λέγε‐ ται, διὰ τὸ τὴν ψυχὴν ἐν αὐτῷ συνδεδέσθαι, ὥς φησιν Ὅμηρος.</w:t>
      </w:r>
    </w:p>
    <w:p>
      <w:r>
        <w:rPr>
          <w:rFonts w:ascii="Courier New" w:hAnsi="Courier New"/>
          <w:color w:val="555555"/>
          <w:sz w:val="20"/>
        </w:rPr>
        <w:t>[20]</w:t>
      </w:r>
    </w:p>
    <w:p>
      <w:r>
        <w:rPr>
          <w:rFonts w:ascii="Gentium Plus" w:hAnsi="Gentium Plus"/>
          <w:sz w:val="24"/>
        </w:rPr>
        <w:t>Σῶμα. συνδρομὴ στοιχείων. οἱονεὶ δῶμα ὂν τῆς ψυχῆς. ὅθεν καὶ σκήνωμα λέγεται. Πλάτων δὲ λέγει, ὅτι σῆμα ἐστὶ, τουτέστι τάφος· ὥσ‐ περ γὰρ ἐντέθαπται ἡ ψυχὴ τῷ σώματι. Σῶν. τὸ ὑγιές. δηλοῖ δὲ καὶ τὸ σωζόμενον.</w:t>
      </w:r>
    </w:p>
    <w:p>
      <w:r>
        <w:rPr>
          <w:rFonts w:ascii="Courier New" w:hAnsi="Courier New"/>
          <w:color w:val="555555"/>
          <w:sz w:val="20"/>
        </w:rPr>
        <w:t>[25]</w:t>
      </w:r>
    </w:p>
    <w:p>
      <w:r>
        <w:rPr>
          <w:rFonts w:ascii="Gentium Plus" w:hAnsi="Gentium Plus"/>
          <w:sz w:val="24"/>
        </w:rPr>
        <w:t>Σώζω. ὥσπερ ἀπὸ τοῦ ἕω, τὸ καθέζομαι, γίνεται ἕζω, οὕτω καὶ ἀπὸ τοῦ σώω, ὃ σημαίνει τὸ ὑγι‐ αίνω, γίνεται σώζω. οὐκ ἔδει ἔχειν τὸ ι· ἡ μέντοι παράδοσις ἔχει τὸ ι, ἐφ’ ὅσον ἔχει τὸ ζ. καὶ ἔστιν εἰπεῖν, ὥσπερ ἀπὸ τοῦ ἄνθρωπος</w:t>
      </w:r>
    </w:p>
    <w:p>
      <w:r>
        <w:rPr>
          <w:rFonts w:ascii="Courier New" w:hAnsi="Courier New"/>
          <w:color w:val="555555"/>
          <w:sz w:val="20"/>
        </w:rPr>
        <w:t>[30]</w:t>
      </w:r>
    </w:p>
    <w:p>
      <w:r>
        <w:rPr>
          <w:rFonts w:ascii="Gentium Plus" w:hAnsi="Gentium Plus"/>
          <w:sz w:val="24"/>
        </w:rPr>
        <w:t>ἀνθρωπίζω, οὕτω καὶ ἀπὸ τοῦ σῶος σωΐζω καὶ κατὰ συναίρεσιν σώζω.</w:t>
      </w:r>
    </w:p>
    <w:p>
      <w:r>
        <w:rPr>
          <w:rFonts w:ascii="Courier New" w:hAnsi="Courier New"/>
          <w:color w:val="555555"/>
          <w:sz w:val="20"/>
        </w:rPr>
        <w:t>[sigma 1707]</w:t>
      </w:r>
    </w:p>
    <w:p>
      <w:r>
        <w:rPr>
          <w:rFonts w:ascii="Gentium Plus" w:hAnsi="Gentium Plus"/>
          <w:sz w:val="24"/>
        </w:rPr>
        <w:t>†Σῶμαι. ἕρπω.† †Σωράσαι. σβέσαι.† †Σῶτα. ἔρχεται.†</w:t>
      </w:r>
    </w:p>
    <w:p>
      <w:r>
        <w:rPr>
          <w:rFonts w:ascii="Courier New" w:hAnsi="Courier New"/>
          <w:color w:val="555555"/>
          <w:sz w:val="20"/>
        </w:rPr>
        <w:t>[sigma 1708]</w:t>
      </w:r>
    </w:p>
    <w:p>
      <w:r>
        <w:rPr>
          <w:rFonts w:ascii="Gentium Plus" w:hAnsi="Gentium Plus"/>
          <w:sz w:val="24"/>
        </w:rPr>
        <w:t>Σώχω. τὸ τρίβω. καὶ σώχω. †Σώω. τὸ ὁρμῶ.† Σωφρονίσαι ἕτερον, ι. σωφρονῆσαι δὲ, ἀντὶ τοῦ</w:t>
      </w:r>
    </w:p>
    <w:p>
      <w:pPr>
        <w:jc w:val="center"/>
      </w:pPr>
      <w:r>
        <w:rPr>
          <w:rFonts w:ascii="Gentium Plus" w:hAnsi="Gentium Plus"/>
          <w:b/>
          <w:sz w:val="24"/>
        </w:rPr>
        <w:t>Τ.</w:t>
      </w:r>
    </w:p>
    <w:p>
      <w:pPr>
        <w:jc w:val="center"/>
      </w:pPr>
      <w:r>
        <w:rPr>
          <w:rFonts w:ascii="Gentium Plus" w:hAnsi="Gentium Plus"/>
          <w:b/>
          <w:sz w:val="24"/>
        </w:rPr>
        <w:t>Τὸ Τ μετὰ τοῦ Α.</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Ταγός. ὁ ἡγεμών. Ταγὼς δὲ, κύριον, μέγα. Ταγὴν, ταγῆνος. τὸ τηγάνιον, ἰωνικῶς.</w:t>
      </w:r>
    </w:p>
    <w:p>
      <w:r>
        <w:rPr>
          <w:rFonts w:ascii="Courier New" w:hAnsi="Courier New"/>
          <w:color w:val="555555"/>
          <w:sz w:val="20"/>
        </w:rPr>
        <w:t>[10]</w:t>
      </w:r>
    </w:p>
    <w:p>
      <w:r>
        <w:rPr>
          <w:rFonts w:ascii="Gentium Plus" w:hAnsi="Gentium Plus"/>
          <w:sz w:val="24"/>
        </w:rPr>
        <w:t>†Ταγήν. τὸ κόσκινον.† Ταγηνίας. πέμματα ἐστὶν ἀπὸ τηγάνων, ἐκ στέατος ὑγροῦ καὶ τυροῦ, καὶ μέλιτος καὶ στα‐ φίδος. καὶ ἡ ταγηνία. Τάλαρος. ὁ καλαθίσκος, ὁ εἰς τυρὸν ἐπιτή‐</w:t>
      </w:r>
    </w:p>
    <w:p>
      <w:r>
        <w:rPr>
          <w:rFonts w:ascii="Courier New" w:hAnsi="Courier New"/>
          <w:color w:val="555555"/>
          <w:sz w:val="20"/>
        </w:rPr>
        <w:t>[15]</w:t>
      </w:r>
    </w:p>
    <w:p>
      <w:r>
        <w:rPr>
          <w:rFonts w:ascii="Gentium Plus" w:hAnsi="Gentium Plus"/>
          <w:sz w:val="24"/>
        </w:rPr>
        <w:t>δειος.</w:t>
      </w:r>
    </w:p>
    <w:p>
      <w:r>
        <w:rPr>
          <w:rFonts w:ascii="Courier New" w:hAnsi="Courier New"/>
          <w:color w:val="555555"/>
          <w:sz w:val="20"/>
        </w:rPr>
        <w:t>[tau 1708 (5)]</w:t>
      </w:r>
    </w:p>
    <w:p>
      <w:r>
        <w:rPr>
          <w:rFonts w:ascii="Gentium Plus" w:hAnsi="Gentium Plus"/>
          <w:sz w:val="24"/>
        </w:rPr>
        <w:t>Ταλαίπωρος. ἐπίπονος, ἄθλιος. παρὰ τὸ τά‐ λος καὶ τὴν ὥραν. ταλάωρος καὶ ταλαίπωρος. Τάλας. ὁ ἄθλιος, ὁ καρτερικός. παρὰ τὸ τάλ‐ λω, τὸ κακοπαθῶ. καὶ Ἡσίοδος· ἐτρέφετ’ ἀτάλλων.</w:t>
      </w:r>
    </w:p>
    <w:p>
      <w:r>
        <w:rPr>
          <w:rFonts w:ascii="Courier New" w:hAnsi="Courier New"/>
          <w:color w:val="555555"/>
          <w:sz w:val="20"/>
        </w:rPr>
        <w:t>[10]</w:t>
      </w:r>
    </w:p>
    <w:p>
      <w:r>
        <w:rPr>
          <w:rFonts w:ascii="Gentium Plus" w:hAnsi="Gentium Plus"/>
          <w:sz w:val="24"/>
        </w:rPr>
        <w:t>ἀντὶ τοῦ μὴ κακοπαθῶν. *Ταδεήλ. ἀγαθὸς κύριος.* Τακερός. οἰκτρός. κατάξηρος. Τακτικοῖς. στρατιώταις. Ταμεσίχροα. τμητικὸν τοῦ χρωτός. παρὰ τὸ</w:t>
      </w:r>
    </w:p>
    <w:p>
      <w:r>
        <w:rPr>
          <w:rFonts w:ascii="Courier New" w:hAnsi="Courier New"/>
          <w:color w:val="555555"/>
          <w:sz w:val="20"/>
        </w:rPr>
        <w:t>[15]</w:t>
      </w:r>
    </w:p>
    <w:p>
      <w:r>
        <w:rPr>
          <w:rFonts w:ascii="Gentium Plus" w:hAnsi="Gentium Plus"/>
          <w:sz w:val="24"/>
        </w:rPr>
        <w:t>ταμῶ, ταμέσω.</w:t>
      </w:r>
    </w:p>
    <w:p>
      <w:r>
        <w:rPr>
          <w:rFonts w:ascii="Courier New" w:hAnsi="Courier New"/>
          <w:color w:val="555555"/>
          <w:sz w:val="20"/>
        </w:rPr>
        <w:t>[tau 1709]</w:t>
      </w:r>
    </w:p>
    <w:p>
      <w:r>
        <w:rPr>
          <w:rFonts w:ascii="Gentium Plus" w:hAnsi="Gentium Plus"/>
          <w:sz w:val="24"/>
        </w:rPr>
        <w:t>Ταμίας. ὁ κελλάριος· ὁ δεσπότης. ἀπὸ τοῦ τε‐ τμῆσθαι αὐτῷ τὴν ἐξουσίαν. ἢ παρὰ τὸ τέ‐ μνειν αὐτὸν καὶ ἀπομερίζειν τοῖς ἄλλοις. καὶ ταμειοῦχος, ὁ διοικητής. τοῦτο δίφθογγον.</w:t>
      </w:r>
    </w:p>
    <w:p>
      <w:r>
        <w:rPr>
          <w:rFonts w:ascii="Courier New" w:hAnsi="Courier New"/>
          <w:color w:val="555555"/>
          <w:sz w:val="20"/>
        </w:rPr>
        <w:t>[5]</w:t>
      </w:r>
    </w:p>
    <w:p>
      <w:r>
        <w:rPr>
          <w:rFonts w:ascii="Gentium Plus" w:hAnsi="Gentium Plus"/>
          <w:sz w:val="24"/>
        </w:rPr>
        <w:t>Τάναϊς. ποταμός. καὶ Τάνις. ἢ Τάνις πόλις Αἰγυπτιακὴ, ἐν ᾗ τὰ βασίλεια τοῦ Φαραώ. *Ταλασιουργός. ὁ ἐξαμμιττοποιός· ὁ βλατ‐ τᾶς, ἢ ὁ ἱερουργός.* Ταντάλειοι. τρομικοί.</w:t>
      </w:r>
    </w:p>
    <w:p>
      <w:r>
        <w:rPr>
          <w:rFonts w:ascii="Courier New" w:hAnsi="Courier New"/>
          <w:color w:val="555555"/>
          <w:sz w:val="20"/>
        </w:rPr>
        <w:t>[10]</w:t>
      </w:r>
    </w:p>
    <w:p>
      <w:r>
        <w:rPr>
          <w:rFonts w:ascii="Gentium Plus" w:hAnsi="Gentium Plus"/>
          <w:sz w:val="24"/>
        </w:rPr>
        <w:t>†Ταώς· καὶ ταὼν, ταῶνος. ὄρνεον, ὅ φασιν εἶναι βασιλέα πάντων τῶν πτηνῶν.† Ταών. παρὰ τὸ τείνειν τὸ χρύσειον οὐραῖον. Τανηλεγής. ὁ μακρὸν κοίμημα ἔχων, τουτέστιν αἰώνιον. παρὰ τὸ λέγω, τὸ κοιμῶμαι, [καὶ τὸ</w:t>
      </w:r>
    </w:p>
    <w:p>
      <w:r>
        <w:rPr>
          <w:rFonts w:ascii="Courier New" w:hAnsi="Courier New"/>
          <w:color w:val="555555"/>
          <w:sz w:val="20"/>
        </w:rPr>
        <w:t>[15]</w:t>
      </w:r>
    </w:p>
    <w:p>
      <w:r>
        <w:rPr>
          <w:rFonts w:ascii="Gentium Plus" w:hAnsi="Gentium Plus"/>
          <w:sz w:val="24"/>
        </w:rPr>
        <w:t>ταναὸν, ταναλεγὴς καὶ τανηλεγής. ἢ παρὰ τὸ τῆλε, ταλαλεγὴς καὶ τανηλεγής.] Ταλαπείριος. ὁ ὑπομονητικός· ὁ ταλάπηρος. καὶ ταλασιουργός. Τάπητας. ἐπιβόλαια ἢ στρώματα. παρὰ τὸ</w:t>
      </w:r>
    </w:p>
    <w:p>
      <w:r>
        <w:rPr>
          <w:rFonts w:ascii="Courier New" w:hAnsi="Courier New"/>
          <w:color w:val="555555"/>
          <w:sz w:val="20"/>
        </w:rPr>
        <w:t>[20]</w:t>
      </w:r>
    </w:p>
    <w:p>
      <w:r>
        <w:rPr>
          <w:rFonts w:ascii="Gentium Plus" w:hAnsi="Gentium Plus"/>
          <w:sz w:val="24"/>
        </w:rPr>
        <w:t>θάλπω, θάλπις, καὶ μεταθέσει τοῦ θ εἰς τ, καὶ ἀποβολῇ τοῦ λ, τάπις. Ταπεινός. ὡς ἀπὸ τοῦ ὄνος γίνεται ὀνεινὸς, οὕτω</w:t>
      </w:r>
    </w:p>
    <w:p>
      <w:r>
        <w:rPr>
          <w:rFonts w:ascii="Courier New" w:hAnsi="Courier New"/>
          <w:color w:val="555555"/>
          <w:sz w:val="20"/>
        </w:rPr>
        <w:t>[tau 1710]</w:t>
      </w:r>
    </w:p>
    <w:p>
      <w:r>
        <w:rPr>
          <w:rFonts w:ascii="Gentium Plus" w:hAnsi="Gentium Plus"/>
          <w:sz w:val="24"/>
        </w:rPr>
        <w:t>τοῦ ε, καὶ τροπῇ τοῦ δ εἰς τ, καὶ τοῦ φ εἰς π, ταπεινός. ἢ παρὰ τὸ πέδον πεδεινὸς, καὶ συγ‐ κοπῇ καὶ τροπῇ ταπεινός. ἢ παρὰ τὸ πάτος γί‐ νεται, οἱονεὶ ὁ πατούμενος, καὶ ἐκεῖθεν πα‐</w:t>
      </w:r>
    </w:p>
    <w:p>
      <w:r>
        <w:rPr>
          <w:rFonts w:ascii="Courier New" w:hAnsi="Courier New"/>
          <w:color w:val="555555"/>
          <w:sz w:val="20"/>
        </w:rPr>
        <w:t>[5]</w:t>
      </w:r>
    </w:p>
    <w:p>
      <w:r>
        <w:rPr>
          <w:rFonts w:ascii="Gentium Plus" w:hAnsi="Gentium Plus"/>
          <w:sz w:val="24"/>
        </w:rPr>
        <w:t>τεινὸς καὶ ἐν ὑπερβιβασμῷ ταπεινός. ἢ παρὰ τὸ τάπης, τάπητος, ταπητεινὸς, καὶ συγκοπῇ ταπεινός. Ταξίαρχος. ἡγεμών. Ταρσός. ἢ τὸ πλάτος τοῦ ποδὸς, ἢ τὸ ἄκρον τῆς</w:t>
      </w:r>
    </w:p>
    <w:p>
      <w:r>
        <w:rPr>
          <w:rFonts w:ascii="Courier New" w:hAnsi="Courier New"/>
          <w:color w:val="555555"/>
          <w:sz w:val="20"/>
        </w:rPr>
        <w:t>[10]</w:t>
      </w:r>
    </w:p>
    <w:p>
      <w:r>
        <w:rPr>
          <w:rFonts w:ascii="Gentium Plus" w:hAnsi="Gentium Plus"/>
          <w:sz w:val="24"/>
        </w:rPr>
        <w:t>χειρός. παρὰ τὸ ταρσαίνεσθαι, ὅ ἐστι ξηραί‐ νεσθαι. ἄσαρκον γὰρ τὸ πρὸς τοὺς δακτύλους μέρος. Ταρσὸς καὶ ὄνομα πόλεως ἐν Κιλικίᾳ. Τάρταρος. ὁ κατώτατος τοῦ ᾅδου τόπος. οἱ δὲ τὸν περὶ τὰ νέφη τόπον.</w:t>
      </w:r>
    </w:p>
    <w:p>
      <w:r>
        <w:rPr>
          <w:rFonts w:ascii="Courier New" w:hAnsi="Courier New"/>
          <w:color w:val="555555"/>
          <w:sz w:val="20"/>
        </w:rPr>
        <w:t>[15]</w:t>
      </w:r>
    </w:p>
    <w:p>
      <w:r>
        <w:rPr>
          <w:rFonts w:ascii="Gentium Plus" w:hAnsi="Gentium Plus"/>
          <w:sz w:val="24"/>
        </w:rPr>
        <w:t>Τάῤῥοθος. βοηθός. Τάρις. ποταμός. Ταξίλοι. ἔθνος. Τάοχοι. ἔθνος. Ταῦροι. Σκυθικὸν ἔθνος. οἵτινες τιμῶσιν, ὡς οἱ</w:t>
      </w:r>
    </w:p>
    <w:p>
      <w:r>
        <w:rPr>
          <w:rFonts w:ascii="Courier New" w:hAnsi="Courier New"/>
          <w:color w:val="555555"/>
          <w:sz w:val="20"/>
        </w:rPr>
        <w:t>[20]</w:t>
      </w:r>
    </w:p>
    <w:p>
      <w:r>
        <w:rPr>
          <w:rFonts w:ascii="Gentium Plus" w:hAnsi="Gentium Plus"/>
          <w:sz w:val="24"/>
        </w:rPr>
        <w:t>Αἰγύπτιοι, τοὺς βοῦς καὶ Ἄπιν. [Ταῦρος. ὁ ὑπὸ τῶν Ἀχαιῶν τόπος ὠνόμασται παρὰ τὴν τάσιν.]</w:t>
      </w:r>
    </w:p>
    <w:p>
      <w:r>
        <w:rPr>
          <w:rFonts w:ascii="Courier New" w:hAnsi="Courier New"/>
          <w:color w:val="555555"/>
          <w:sz w:val="20"/>
        </w:rPr>
        <w:t>[tau 1711]</w:t>
      </w:r>
    </w:p>
    <w:p>
      <w:r>
        <w:rPr>
          <w:rFonts w:ascii="Gentium Plus" w:hAnsi="Gentium Plus"/>
          <w:sz w:val="24"/>
        </w:rPr>
        <w:t>Τάφος. ὅπου τίθεται τὰ λείψανα. παρὰ τὸ θῶ καὶ τιθῶ παράγωγον θάπτω. καὶ πάλιν τροπῇ τοῦ θ εἰς τ καὶ τοῦ π εἰς φ τάφος. περιττὸν γὰρ τὸ τ ἐν τῷ ῥήματι.</w:t>
      </w:r>
    </w:p>
    <w:p>
      <w:r>
        <w:rPr>
          <w:rFonts w:ascii="Courier New" w:hAnsi="Courier New"/>
          <w:color w:val="555555"/>
          <w:sz w:val="20"/>
        </w:rPr>
        <w:t>[5]</w:t>
      </w:r>
    </w:p>
    <w:p>
      <w:r>
        <w:rPr>
          <w:rFonts w:ascii="Gentium Plus" w:hAnsi="Gentium Plus"/>
          <w:sz w:val="24"/>
        </w:rPr>
        <w:t>Ταχυπῶλος. ὁ ταχεῖς πώλους ἔχων. Τάμισος. ἡ πιτύα. τοῦ Ψελλοῦ· ὀῤῥὸς τὸ γά‐ λα πέφυκε, τάμισος ἡ πιτύα. Ταρσός. ὁ καλαθίσκος. καὶ τὸ πλατὺ τῆς κώ‐ πης.</w:t>
      </w:r>
    </w:p>
    <w:p>
      <w:r>
        <w:rPr>
          <w:rFonts w:ascii="Courier New" w:hAnsi="Courier New"/>
          <w:color w:val="555555"/>
          <w:sz w:val="20"/>
        </w:rPr>
        <w:t>[10]</w:t>
      </w:r>
    </w:p>
    <w:p>
      <w:r>
        <w:rPr>
          <w:rFonts w:ascii="Gentium Plus" w:hAnsi="Gentium Plus"/>
          <w:sz w:val="24"/>
        </w:rPr>
        <w:t>Ταλαιπείριος. τληπαθής. Ὅμηρος· —ἱκέτην ταλαιπείριον ἀντιάσαντα.</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Ταβερνῶν. καπηλείων. Ταβιθά. κύριον.</w:t>
      </w:r>
    </w:p>
    <w:p>
      <w:r>
        <w:rPr>
          <w:rFonts w:ascii="Courier New" w:hAnsi="Courier New"/>
          <w:color w:val="555555"/>
          <w:sz w:val="20"/>
        </w:rPr>
        <w:t>[15]</w:t>
      </w:r>
    </w:p>
    <w:p>
      <w:r>
        <w:rPr>
          <w:rFonts w:ascii="Gentium Plus" w:hAnsi="Gentium Plus"/>
          <w:sz w:val="24"/>
        </w:rPr>
        <w:t>Ταϊφά. πόλις Αἰγύπτου. *ἐξ ἧς καὶ Ταϊφά‐ λη.* Ταννία. ὁ στέφανος. παρὰ τὸ ταννύω. οὕτως Ὦρος ὁ Μιλήσιος. †Ταλασία. νεουργία.†</w:t>
      </w:r>
    </w:p>
    <w:p>
      <w:r>
        <w:rPr>
          <w:rFonts w:ascii="Courier New" w:hAnsi="Courier New"/>
          <w:color w:val="555555"/>
          <w:sz w:val="20"/>
        </w:rPr>
        <w:t>[20]</w:t>
      </w:r>
    </w:p>
    <w:p>
      <w:r>
        <w:rPr>
          <w:rFonts w:ascii="Gentium Plus" w:hAnsi="Gentium Plus"/>
          <w:sz w:val="24"/>
        </w:rPr>
        <w:t>Τάλις. ἡ νύμφη. Τανυγλώχιν. ἡ μακρὰς γωνίας ἔχουσα. Τάξις. ἀκολουθία. †Τάξις ἐστὶν ἐργασία ὁμοιότητος πρὸς ἄλληλα πάντων τῶν ὄντων καὶ συμμετρία, γινομένη αἰ‐</w:t>
      </w:r>
    </w:p>
    <w:p>
      <w:r>
        <w:rPr>
          <w:rFonts w:ascii="Courier New" w:hAnsi="Courier New"/>
          <w:color w:val="555555"/>
          <w:sz w:val="20"/>
        </w:rPr>
        <w:t>[25]</w:t>
      </w:r>
    </w:p>
    <w:p>
      <w:r>
        <w:rPr>
          <w:rFonts w:ascii="Gentium Plus" w:hAnsi="Gentium Plus"/>
          <w:sz w:val="24"/>
        </w:rPr>
        <w:t>τία κοινωνίας τῶν πρὸς ἄλληλα παντὸς τοῦ ὄν‐ τος.† Ταρφειαί. πυκναί. Ταραχή. παρὰ τὸ ῥᾷον χεῖσθαι. γίνεται παρὰ</w:t>
      </w:r>
    </w:p>
    <w:p>
      <w:r>
        <w:rPr>
          <w:rFonts w:ascii="Courier New" w:hAnsi="Courier New"/>
          <w:color w:val="555555"/>
          <w:sz w:val="20"/>
        </w:rPr>
        <w:t>[tau 1712]</w:t>
      </w:r>
    </w:p>
    <w:p>
      <w:r>
        <w:rPr>
          <w:rFonts w:ascii="Gentium Plus" w:hAnsi="Gentium Plus"/>
          <w:sz w:val="24"/>
        </w:rPr>
        <w:t>Ταραντιναρχίαι. δύο ἴλαι ἱππέων, ἀνδρῶν δια‐ κοσίων πεντηκονταέξ. Ταραντιναὶ βαφαί. οἶμαι τὰ ἁλιουργὰ λέ‐ γειν. ἢ ἀπὸ ὀστρέου. ἢ ταραντεινὸν τὸ λεπτὸν</w:t>
      </w:r>
    </w:p>
    <w:p>
      <w:r>
        <w:rPr>
          <w:rFonts w:ascii="Courier New" w:hAnsi="Courier New"/>
          <w:color w:val="555555"/>
          <w:sz w:val="20"/>
        </w:rPr>
        <w:t>[5]</w:t>
      </w:r>
    </w:p>
    <w:p>
      <w:r>
        <w:rPr>
          <w:rFonts w:ascii="Gentium Plus" w:hAnsi="Gentium Plus"/>
          <w:sz w:val="24"/>
        </w:rPr>
        <w:t>ὕφασμα. οὐ πάντως πορφυροῦν, ὥς τινες ὑπέ‐ λαβον. Ταυτότης. κατὰ τρεῖς τρόπους λαμβάνεται. ἔστι γὰρ ταυτὸν τῷ γένει, ὡς ὅταν εἴπωμεν ταυτὸν εἶναι τῷ γένει τὸν ἄνθρωπον καὶ τὸν ἵππον,</w:t>
      </w:r>
    </w:p>
    <w:p>
      <w:r>
        <w:rPr>
          <w:rFonts w:ascii="Courier New" w:hAnsi="Courier New"/>
          <w:color w:val="555555"/>
          <w:sz w:val="20"/>
        </w:rPr>
        <w:t>[10]</w:t>
      </w:r>
    </w:p>
    <w:p>
      <w:r>
        <w:rPr>
          <w:rFonts w:ascii="Gentium Plus" w:hAnsi="Gentium Plus"/>
          <w:sz w:val="24"/>
        </w:rPr>
        <w:t>καθὸ ἀμφότερα ζῶα εἰσίν. ἔστι ταυτὸν καὶ τῷ εἴδει, ὡς ὅταν τὸν Πέτρον καὶ τὸν Ἰωάννην ταυτὸν λέγωμεν εἶναι τῷ εἴδει, καθὸ ἀμφότε‐ ροι ἄνθρωποι εἰσί. πάλιν ταυτόν ἐστι καὶ τῷ ἀριθμῷ, ὡς ὅταν εἴπωμεν τὸν Πέτρον ἑαυτῷ</w:t>
      </w:r>
    </w:p>
    <w:p>
      <w:r>
        <w:rPr>
          <w:rFonts w:ascii="Courier New" w:hAnsi="Courier New"/>
          <w:color w:val="555555"/>
          <w:sz w:val="20"/>
        </w:rPr>
        <w:t>[15]</w:t>
      </w:r>
    </w:p>
    <w:p>
      <w:r>
        <w:rPr>
          <w:rFonts w:ascii="Gentium Plus" w:hAnsi="Gentium Plus"/>
          <w:sz w:val="24"/>
        </w:rPr>
        <w:t>ταυτὸν εἶναι. καὶ ἡ διαφορὰ γὰρ τριχῶς λαμ‐ βάνεται. ἔστι γὰρ διαφορὰ τῷ γένει, καὶ διαφο‐ ρὰ τῷ εἴδει, [καὶ διαφορὰ τῷ ἀριθμῷ.] ταυ‐ τότης πάλιν ἐστὶν ἀπαραλλαξία, καθ’ ἣν ὁ τοῦ σημαινομένου λόγος τὸ πάντη κέκτηται μοναδι‐</w:t>
      </w:r>
    </w:p>
    <w:p>
      <w:r>
        <w:rPr>
          <w:rFonts w:ascii="Courier New" w:hAnsi="Courier New"/>
          <w:color w:val="555555"/>
          <w:sz w:val="20"/>
        </w:rPr>
        <w:t>[20]</w:t>
      </w:r>
    </w:p>
    <w:p>
      <w:r>
        <w:rPr>
          <w:rFonts w:ascii="Gentium Plus" w:hAnsi="Gentium Plus"/>
          <w:sz w:val="24"/>
        </w:rPr>
        <w:t>κὸν, μηδενὶ τρόπῳ διαφορᾶς γνωριζόμενον. Ταλαεργός. ὁ τὴν γῆν ἐργαζόμενος. βοῦς τα‐ λαεργούς. †Ταναόν. τὸ πῦρ. τὸ διὰ λεπτότητα τεινόμε‐ νόν τε καὶ διεκπίπτον διὰ τῶν σπέκλων.†</w:t>
      </w:r>
    </w:p>
    <w:p>
      <w:r>
        <w:rPr>
          <w:rFonts w:ascii="Courier New" w:hAnsi="Courier New"/>
          <w:color w:val="555555"/>
          <w:sz w:val="20"/>
        </w:rPr>
        <w:t>[25]</w:t>
      </w:r>
    </w:p>
    <w:p>
      <w:r>
        <w:rPr>
          <w:rFonts w:ascii="Gentium Plus" w:hAnsi="Gentium Plus"/>
          <w:sz w:val="24"/>
        </w:rPr>
        <w:t>Τάφρος. τὸ παρὰ τὸ τεῖχος ὄρυγμα. πλεονα‐ σμῷ τοῦ τ, παρὰ τὸ ἀποφέρεσθαί τι ἐν τῷ σκά‐ πτεσθαι. ἄφερος καὶ ἄφρος καὶ τάφρος. [ἢ παρὰ τὸ φέρω, ἄφρος καὶ τάφρος.]</w:t>
      </w:r>
    </w:p>
    <w:p>
      <w:r>
        <w:rPr>
          <w:rFonts w:ascii="Courier New" w:hAnsi="Courier New"/>
          <w:color w:val="555555"/>
          <w:sz w:val="20"/>
        </w:rPr>
        <w:t>[tau 1713]</w:t>
      </w:r>
    </w:p>
    <w:p>
      <w:r>
        <w:rPr>
          <w:rFonts w:ascii="Gentium Plus" w:hAnsi="Gentium Plus"/>
          <w:sz w:val="24"/>
        </w:rPr>
        <w:t>Τάγηνον. τοῦτο οἱ Ἰώνων τινὲς τήγανον λέ‐ γουσι. ἀπὸ τοῦ τήκω, τήκανον, καὶ τήγανον, καὶ καθ’ ὑπέρθεσιν τάγηνον. Ταίναρον· καὶ Ταιρώνιον. ἀκρωτήριον.</w:t>
      </w:r>
    </w:p>
    <w:p>
      <w:r>
        <w:rPr>
          <w:rFonts w:ascii="Courier New" w:hAnsi="Courier New"/>
          <w:color w:val="555555"/>
          <w:sz w:val="20"/>
        </w:rPr>
        <w:t>[5]</w:t>
      </w:r>
    </w:p>
    <w:p>
      <w:r>
        <w:rPr>
          <w:rFonts w:ascii="Gentium Plus" w:hAnsi="Gentium Plus"/>
          <w:sz w:val="24"/>
        </w:rPr>
        <w:t>Τάλαντον. λίτραι ρκεʹ. [παρὰ τὸ ταίνω ῥῆμα, ὃ κατὰ ἀναδιπλασιασμὸν τιταίνω. ὡς καὶ τὸ ταινία. καὶ ὡς φαίνω, φαντὸς καὶ ἄφαντος, καὶ χραίνω, χραντὸς καὶ ἄχραντος, οὕτω ταίνω, ταντὸς καὶ τὸ οὐδέτερον ταντὸν, καὶ πλεονα‐</w:t>
      </w:r>
    </w:p>
    <w:p>
      <w:r>
        <w:rPr>
          <w:rFonts w:ascii="Courier New" w:hAnsi="Courier New"/>
          <w:color w:val="555555"/>
          <w:sz w:val="20"/>
        </w:rPr>
        <w:t>[10]</w:t>
      </w:r>
    </w:p>
    <w:p>
      <w:r>
        <w:rPr>
          <w:rFonts w:ascii="Gentium Plus" w:hAnsi="Gentium Plus"/>
          <w:sz w:val="24"/>
        </w:rPr>
        <w:t>σμῷ τοῦ αλ τάλαντον, καὶ ἐν συνθέσει ἀτά‐ λαντον ἀντὶ τοῦ ὁμοτάλαντον. ἢ παρὰ τὸ τα‐ λαὸν καὶ ὑπομονητικὸν τοῦ βάρους. σημαίνει δὲ ζυγὸν καὶ ἄλλα πολλά.] *Ταληθά. κοράσιον.*</w:t>
      </w:r>
    </w:p>
    <w:p>
      <w:r>
        <w:rPr>
          <w:rFonts w:ascii="Courier New" w:hAnsi="Courier New"/>
          <w:color w:val="555555"/>
          <w:sz w:val="20"/>
        </w:rPr>
        <w:t>[15]</w:t>
      </w:r>
    </w:p>
    <w:p>
      <w:r>
        <w:rPr>
          <w:rFonts w:ascii="Gentium Plus" w:hAnsi="Gentium Plus"/>
          <w:sz w:val="24"/>
        </w:rPr>
        <w:t>Τανυηκές. τὸ μακρόν. τὸ μέχρι πολλοῦ ἧκον. τὸ τεταμμένην ἔχον τὴν ἀκὴν, ἢ αἰχμὴν ἠκο‐ νημένην. Τανύφλοιον. μακρόφλοιον. Ταρπέϊνον. ὄρος.</w:t>
      </w:r>
    </w:p>
    <w:p>
      <w:r>
        <w:rPr>
          <w:rFonts w:ascii="Courier New" w:hAnsi="Courier New"/>
          <w:color w:val="555555"/>
          <w:sz w:val="20"/>
        </w:rPr>
        <w:t>[20]</w:t>
      </w:r>
    </w:p>
    <w:p>
      <w:r>
        <w:rPr>
          <w:rFonts w:ascii="Gentium Plus" w:hAnsi="Gentium Plus"/>
          <w:sz w:val="24"/>
        </w:rPr>
        <w:t>Ταριχευτόν. πᾶν τὸ παττόμενον ἅλατι. καὶ τάριχος παρὰ τὸ ἐν τῇ ταριχείᾳ ἴσχνεσθαι. ἢ παρὰ τὸ γάρη ἔχειν, τροπῇ τοῦ γ εἰς τὸ ταῦ. †Ταριχευτὸν ὄψον. ὁ καλούμενος λάρδος. ἢ</w:t>
      </w:r>
    </w:p>
    <w:p>
      <w:r>
        <w:rPr>
          <w:rFonts w:ascii="Courier New" w:hAnsi="Courier New"/>
          <w:color w:val="555555"/>
          <w:sz w:val="20"/>
        </w:rPr>
        <w:t>[tau 1714]</w:t>
      </w:r>
    </w:p>
    <w:p>
      <w:r>
        <w:rPr>
          <w:rFonts w:ascii="Gentium Plus" w:hAnsi="Gentium Plus"/>
          <w:sz w:val="24"/>
        </w:rPr>
        <w:t>Τάῤῥωμα. ἡ κωπηλασία. Ταυτόν. ὅμοιον. Ταῦ. τὸ στοιχεῖον. Τάγματι. ἀξιώματι. καὶ ὁ Ἀπόστολος· ἕκα‐</w:t>
      </w:r>
    </w:p>
    <w:p>
      <w:r>
        <w:rPr>
          <w:rFonts w:ascii="Courier New" w:hAnsi="Courier New"/>
          <w:color w:val="555555"/>
          <w:sz w:val="20"/>
        </w:rPr>
        <w:t>[5]</w:t>
      </w:r>
    </w:p>
    <w:p>
      <w:r>
        <w:rPr>
          <w:rFonts w:ascii="Gentium Plus" w:hAnsi="Gentium Plus"/>
          <w:sz w:val="24"/>
        </w:rPr>
        <w:t>στος ἐν τῷ ἰδίῳ τάγματι. τοῦτο δὲ λέγει, ἐν οἷς ἐστιν, ἄξιος ἔσται.</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Ταινιοῦται. στεφανοῦται. Ταλαντεύουσι. σταθμίζουσι. †ζυγοστατοῦσι.†</w:t>
      </w:r>
    </w:p>
    <w:p>
      <w:r>
        <w:rPr>
          <w:rFonts w:ascii="Courier New" w:hAnsi="Courier New"/>
          <w:color w:val="555555"/>
          <w:sz w:val="20"/>
        </w:rPr>
        <w:t>[10]</w:t>
      </w:r>
    </w:p>
    <w:p>
      <w:r>
        <w:rPr>
          <w:rFonts w:ascii="Gentium Plus" w:hAnsi="Gentium Plus"/>
          <w:sz w:val="24"/>
        </w:rPr>
        <w:t>Ταλαντουμένην. τὴν δὲ γῆν ταλαντουμένην ἀνωμάλως σείεσθαι μὲν ὑπ’ ἐκείνων· μεταφο‐ ρικῶς δὲ ἀπὸ τῶν ζυγῶν, ἐπεὶ ὁ ζυγὸς τάλαν‐ τον λέγεται. καὶ ὑπερταλαντᾷν τὸ ὑπερβαρεῖν. Τάλλω. κακοπαθῶ.</w:t>
      </w:r>
    </w:p>
    <w:p>
      <w:r>
        <w:rPr>
          <w:rFonts w:ascii="Courier New" w:hAnsi="Courier New"/>
          <w:color w:val="555555"/>
          <w:sz w:val="20"/>
        </w:rPr>
        <w:t>[15]</w:t>
      </w:r>
    </w:p>
    <w:p>
      <w:r>
        <w:rPr>
          <w:rFonts w:ascii="Gentium Plus" w:hAnsi="Gentium Plus"/>
          <w:sz w:val="24"/>
        </w:rPr>
        <w:t>Ταλανίζει. ἄθλιον ἀποκαλεῖ. Τάμῃς. κόψῃς. Τανύσας. ἁπλώσας. Τάρπημεν καὶ ταρπήομεν. ἀντὶ τοῦ ἐκορέ‐ σθημεν.</w:t>
      </w:r>
    </w:p>
    <w:p>
      <w:r>
        <w:rPr>
          <w:rFonts w:ascii="Courier New" w:hAnsi="Courier New"/>
          <w:color w:val="555555"/>
          <w:sz w:val="20"/>
        </w:rPr>
        <w:t>[20]</w:t>
      </w:r>
    </w:p>
    <w:p>
      <w:r>
        <w:rPr>
          <w:rFonts w:ascii="Gentium Plus" w:hAnsi="Gentium Plus"/>
          <w:sz w:val="24"/>
        </w:rPr>
        <w:t>Ταρχύσουσι. θάψουσιν. ἀπὸ τῆς ταραχῆς τῆς ἐν τοῖς νεκροῖς γενομένης ἐν τῷ θάπτειν</w:t>
      </w:r>
    </w:p>
    <w:p>
      <w:r>
        <w:rPr>
          <w:rFonts w:ascii="Courier New" w:hAnsi="Courier New"/>
          <w:color w:val="555555"/>
          <w:sz w:val="20"/>
        </w:rPr>
        <w:t>[tau 1715]</w:t>
      </w:r>
    </w:p>
    <w:p>
      <w:r>
        <w:rPr>
          <w:rFonts w:ascii="Gentium Plus" w:hAnsi="Gentium Plus"/>
          <w:sz w:val="24"/>
        </w:rPr>
        <w:t>Ταρβῶ. τὸ φοβοῦμαι. παρὰ τὸ ταράσσειν τὴν βοήν. Ταράσσειν. παρὰ τὸ ῥῶ, τὸ φθείρω, ῥάσσω καὶ ταράσσω.</w:t>
      </w:r>
    </w:p>
    <w:p>
      <w:r>
        <w:rPr>
          <w:rFonts w:ascii="Courier New" w:hAnsi="Courier New"/>
          <w:color w:val="555555"/>
          <w:sz w:val="20"/>
        </w:rPr>
        <w:t>[5]</w:t>
      </w:r>
    </w:p>
    <w:p>
      <w:r>
        <w:rPr>
          <w:rFonts w:ascii="Gentium Plus" w:hAnsi="Gentium Plus"/>
          <w:sz w:val="24"/>
        </w:rPr>
        <w:t>Ταριχεύειν καὶ ταριχεύσειν. τὸ τήκειν καὶ ξη‐ ραίνειν. Ταφρεῦσαι. σκάψαι· ὀρύξαι. Ταφών. θαμβηθείς. ἐκπλαγείς. ἢ θαυμάσας. [ἔστι δὲ δεύτερος ἀόριστος ἐκ τοῦ θήπω, τὸ</w:t>
      </w:r>
    </w:p>
    <w:p>
      <w:r>
        <w:rPr>
          <w:rFonts w:ascii="Courier New" w:hAnsi="Courier New"/>
          <w:color w:val="555555"/>
          <w:sz w:val="20"/>
        </w:rPr>
        <w:t>[10]</w:t>
      </w:r>
    </w:p>
    <w:p>
      <w:r>
        <w:rPr>
          <w:rFonts w:ascii="Gentium Plus" w:hAnsi="Gentium Plus"/>
          <w:sz w:val="24"/>
        </w:rPr>
        <w:t>θαυμάζω, ἔθαπον, καὶ ἔταφον, καὶ ἰωνικῶς ταφών. ἡ μεταφορὰ ἐκ τῶν τάφων. καὶ γὰρ ἡμεῖς ὁρῶντες τοὺς τάφους ἐκπληττόμεθα διὰ τὸ ἐπεισερχόμενον ἡμῖν δεινόν.] καὶ τάφος, ἡ ἔκπληξις, ἀπὸ τῆς ὁμοίας ἐτυμολογίας.</w:t>
      </w:r>
    </w:p>
    <w:p>
      <w:pPr>
        <w:jc w:val="center"/>
      </w:pPr>
      <w:r>
        <w:rPr>
          <w:rFonts w:ascii="Gentium Plus" w:hAnsi="Gentium Plus"/>
          <w:b/>
          <w:sz w:val="24"/>
        </w:rPr>
        <w:t>(Ἐπίῤῥημα.)</w:t>
      </w:r>
    </w:p>
    <w:p>
      <w:r>
        <w:rPr>
          <w:rFonts w:ascii="Courier New" w:hAnsi="Courier New"/>
          <w:color w:val="555555"/>
          <w:sz w:val="20"/>
        </w:rPr>
        <w:t>[16]</w:t>
      </w:r>
    </w:p>
    <w:p>
      <w:r>
        <w:rPr>
          <w:rFonts w:ascii="Gentium Plus" w:hAnsi="Gentium Plus"/>
          <w:sz w:val="24"/>
        </w:rPr>
        <w:t>Ταυρηδόν. δίκην ταύρου. Ταύτητοι. οὕτως, ἢ διὰ τοῦτο. ταυτὶ δὲ ἀντὶ τοῦ διὰ ταῦτα, ι.</w:t>
      </w:r>
    </w:p>
    <w:p>
      <w:pPr>
        <w:jc w:val="center"/>
      </w:pPr>
      <w:r>
        <w:rPr>
          <w:rFonts w:ascii="Gentium Plus" w:hAnsi="Gentium Plus"/>
          <w:b/>
          <w:sz w:val="24"/>
        </w:rPr>
        <w:t>Τὸ Τ μετὰ τοῦ Ε.</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†Τεινῳδός. παρὰ τὸ ἐκτείνειν τὴν ᾠδήν.† Τέκτων. λεπτουργός.</w:t>
      </w:r>
    </w:p>
    <w:p>
      <w:r>
        <w:rPr>
          <w:rFonts w:ascii="Courier New" w:hAnsi="Courier New"/>
          <w:color w:val="555555"/>
          <w:sz w:val="20"/>
        </w:rPr>
        <w:t>[5]</w:t>
      </w:r>
    </w:p>
    <w:p>
      <w:r>
        <w:rPr>
          <w:rFonts w:ascii="Gentium Plus" w:hAnsi="Gentium Plus"/>
          <w:sz w:val="24"/>
        </w:rPr>
        <w:t>Τεκτόσαγες. ἐθνικόν. Τέκμωρ. τέλος· τεκμήριον. *καὶ ὁ υἱός.* παρὰ τὸ τέκω, τέκωρ, καὶ πλεονασμῷ τοῦ μ τέκμωρ. Τελλὴν, Τελλῆνος, καὶ Τέλις, Τέλιδος. ὀνό‐</w:t>
      </w:r>
    </w:p>
    <w:p>
      <w:r>
        <w:rPr>
          <w:rFonts w:ascii="Courier New" w:hAnsi="Courier New"/>
          <w:color w:val="555555"/>
          <w:sz w:val="20"/>
        </w:rPr>
        <w:t>[10]</w:t>
      </w:r>
    </w:p>
    <w:p>
      <w:r>
        <w:rPr>
          <w:rFonts w:ascii="Gentium Plus" w:hAnsi="Gentium Plus"/>
          <w:sz w:val="24"/>
        </w:rPr>
        <w:t>ματα κύρια. Τελαμών. ὁ ἀναφορεὺς λῶρος τῆς ἀσπίδος. Τελχῖνες. φθονεροὶ δαίμονες. βάσκανοι. παρὰ τὸ θέλγειν καὶ ἐξαπατᾷν ἡμᾶς. Τελῶναι. οἱ ἀδικηταί. οἱ καταλλάκται. *οἱ τὰ</w:t>
      </w:r>
    </w:p>
    <w:p>
      <w:r>
        <w:rPr>
          <w:rFonts w:ascii="Courier New" w:hAnsi="Courier New"/>
          <w:color w:val="555555"/>
          <w:sz w:val="20"/>
        </w:rPr>
        <w:t>[15]</w:t>
      </w:r>
    </w:p>
    <w:p>
      <w:r>
        <w:rPr>
          <w:rFonts w:ascii="Gentium Plus" w:hAnsi="Gentium Plus"/>
          <w:sz w:val="24"/>
        </w:rPr>
        <w:t>τέλη ἀγοράζοντες. τελώνης ἐστὶ καὶ ὁ τὰς ὑπαντήσεις ὠνούμενος τῶν δημοσίων συντελειῶν.* Τελεσφόρος. τέλειος μάντις. ἐγγαστρίμυθος. †Τέμμικες. οἱ νεωτοί.† Τεναγώδης. τόπος ἐλαφρὸς, ὕδατι καλυπτό‐</w:t>
      </w:r>
    </w:p>
    <w:p>
      <w:r>
        <w:rPr>
          <w:rFonts w:ascii="Courier New" w:hAnsi="Courier New"/>
          <w:color w:val="555555"/>
          <w:sz w:val="20"/>
        </w:rPr>
        <w:t>[20]</w:t>
      </w:r>
    </w:p>
    <w:p>
      <w:r>
        <w:rPr>
          <w:rFonts w:ascii="Gentium Plus" w:hAnsi="Gentium Plus"/>
          <w:sz w:val="24"/>
        </w:rPr>
        <w:t>μενος καὶ σκεπόμενος, οἷον εἰπεῖν βορβορώδης.</w:t>
      </w:r>
    </w:p>
    <w:p>
      <w:r>
        <w:rPr>
          <w:rFonts w:ascii="Courier New" w:hAnsi="Courier New"/>
          <w:color w:val="555555"/>
          <w:sz w:val="20"/>
        </w:rPr>
        <w:t>[tau 1717]</w:t>
      </w:r>
    </w:p>
    <w:p>
      <w:r>
        <w:rPr>
          <w:rFonts w:ascii="Gentium Plus" w:hAnsi="Gentium Plus"/>
          <w:sz w:val="24"/>
        </w:rPr>
        <w:t>†Τενέαιθος. ὄνομα ποταμοῦ.† Τένθης. ὁ γαστρίμαργος. Τένοντας. τραχήλους· τὰ διατεταμένα νεῦρα. ἀπὸ τῆς τάσεως.</w:t>
      </w:r>
    </w:p>
    <w:p>
      <w:r>
        <w:rPr>
          <w:rFonts w:ascii="Courier New" w:hAnsi="Courier New"/>
          <w:color w:val="555555"/>
          <w:sz w:val="20"/>
        </w:rPr>
        <w:t>[5]</w:t>
      </w:r>
    </w:p>
    <w:p>
      <w:r>
        <w:rPr>
          <w:rFonts w:ascii="Gentium Plus" w:hAnsi="Gentium Plus"/>
          <w:sz w:val="24"/>
        </w:rPr>
        <w:t>Τέο. ἀντὶ τοῦ τίνος. †Τερέβινθος. εἶδος φυτοῦ.† Τερμιόεις. ὁ μέγας. καὶ τερμιόεσσα, ἡ ἀπο‐ τερματίζουσα καὶ οἷον μεγάλη. Τερατοσκόπος. μάντις.</w:t>
      </w:r>
    </w:p>
    <w:p>
      <w:r>
        <w:rPr>
          <w:rFonts w:ascii="Courier New" w:hAnsi="Courier New"/>
          <w:color w:val="555555"/>
          <w:sz w:val="20"/>
        </w:rPr>
        <w:t>[10]</w:t>
      </w:r>
    </w:p>
    <w:p>
      <w:r>
        <w:rPr>
          <w:rFonts w:ascii="Gentium Plus" w:hAnsi="Gentium Plus"/>
          <w:sz w:val="24"/>
        </w:rPr>
        <w:t>Τερπικέραυνος. ὁ τοῖς κακοῖς τερπόμενος. ἢ τὸν τερπόμενον τοῖς κεραυνοῖς. [ἢ τὸν τοὺς ἐναντίους τρέποντα τῷ κεραυνῷ.] Τεριναῖος κόλπος. πέραμα τῆς Τύρου. Τειρεσίας. κύριον. ὃς ἦν μάντις.</w:t>
      </w:r>
    </w:p>
    <w:p>
      <w:r>
        <w:rPr>
          <w:rFonts w:ascii="Courier New" w:hAnsi="Courier New"/>
          <w:color w:val="555555"/>
          <w:sz w:val="20"/>
        </w:rPr>
        <w:t>[15]</w:t>
      </w:r>
    </w:p>
    <w:p>
      <w:r>
        <w:rPr>
          <w:rFonts w:ascii="Gentium Plus" w:hAnsi="Gentium Plus"/>
          <w:sz w:val="24"/>
        </w:rPr>
        <w:t>Τετράρχης. ὁ υἱὸς τοῦ Ἡρώδου τοῦ ἀνελόντος τὰ βρέφη. ὡς τὸ τέταρτον μέρος τῆς βασιλείας τοῦ πατρὸς αὐτοῦ διέπων. Τέττα. προσφώνησις τιμητικὴ νεωτέρου πρὸς πα‐ λαιότερον. ἀπὸ τοῦ ἄττα κατὰ ἀναδιπλασιασμὸν</w:t>
      </w:r>
    </w:p>
    <w:p>
      <w:r>
        <w:rPr>
          <w:rFonts w:ascii="Courier New" w:hAnsi="Courier New"/>
          <w:color w:val="555555"/>
          <w:sz w:val="20"/>
        </w:rPr>
        <w:t>[20]</w:t>
      </w:r>
    </w:p>
    <w:p>
      <w:r>
        <w:rPr>
          <w:rFonts w:ascii="Gentium Plus" w:hAnsi="Gentium Plus"/>
          <w:sz w:val="24"/>
        </w:rPr>
        <w:t>τέττα. Τέττιξ. παρὰ τὸ τάττω, τάττιξ καὶ τέττιξ. ὁ τεταγμένον ἔχων τὸν καιρὸν τοῦ ᾄδειν. †Τελαμών. ὁ ἀναφορεὺς τῆς ἀσπίδος λῶρος. ἢ τὸ ξίφος. παρὰ τὸ ταλάσσω, ταλαμὼν, καὶ τρο‐</w:t>
      </w:r>
    </w:p>
    <w:p>
      <w:r>
        <w:rPr>
          <w:rFonts w:ascii="Courier New" w:hAnsi="Courier New"/>
          <w:color w:val="555555"/>
          <w:sz w:val="20"/>
        </w:rPr>
        <w:t>[25]</w:t>
      </w:r>
    </w:p>
    <w:p>
      <w:r>
        <w:rPr>
          <w:rFonts w:ascii="Gentium Plus" w:hAnsi="Gentium Plus"/>
          <w:sz w:val="24"/>
        </w:rPr>
        <w:t>πῇ τοῦ α εἰς ε τελαμών. ἢ ὁ πλατὺς ἱμὰς τῆς</w:t>
      </w:r>
    </w:p>
    <w:p>
      <w:r>
        <w:rPr>
          <w:rFonts w:ascii="Courier New" w:hAnsi="Courier New"/>
          <w:color w:val="555555"/>
          <w:sz w:val="20"/>
        </w:rPr>
        <w:t>[tau 1718]</w:t>
      </w:r>
    </w:p>
    <w:p>
      <w:r>
        <w:rPr>
          <w:rFonts w:ascii="Gentium Plus" w:hAnsi="Gentium Plus"/>
          <w:sz w:val="24"/>
        </w:rPr>
        <w:t>ἀσπίδος, ἀφ’ οὗ ἤρτηται ἡ ἀσπίς. ἀπὸ τοῦ τεί‐ νεσθαι τὸν ἱμάντα.† Τεύτονες. οἱ Ῥωμαῖοι. Τετράτρυφον. τέσσαρα ἔχοντα κλάσματα. Ἡσίο‐</w:t>
      </w:r>
    </w:p>
    <w:p>
      <w:r>
        <w:rPr>
          <w:rFonts w:ascii="Courier New" w:hAnsi="Courier New"/>
          <w:color w:val="555555"/>
          <w:sz w:val="20"/>
        </w:rPr>
        <w:t>[5]</w:t>
      </w:r>
    </w:p>
    <w:p>
      <w:r>
        <w:rPr>
          <w:rFonts w:ascii="Gentium Plus" w:hAnsi="Gentium Plus"/>
          <w:sz w:val="24"/>
        </w:rPr>
        <w:t>δος· ἄρτον δειπνήσας τετράτρυφον ὀκτάβλωμον. Τελμισσός. ὄνομα ποταμοῦ.</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Τεῆς. τῆς σῆς, τῆς ἰδίας.</w:t>
      </w:r>
    </w:p>
    <w:p>
      <w:r>
        <w:rPr>
          <w:rFonts w:ascii="Courier New" w:hAnsi="Courier New"/>
          <w:color w:val="555555"/>
          <w:sz w:val="20"/>
        </w:rPr>
        <w:t>[10]</w:t>
      </w:r>
    </w:p>
    <w:p>
      <w:r>
        <w:rPr>
          <w:rFonts w:ascii="Gentium Plus" w:hAnsi="Gentium Plus"/>
          <w:sz w:val="24"/>
        </w:rPr>
        <w:t>Τειρεσία. ἡ μαντεία. †καὶ Τειρεσίας, κύριον· ὃς ἦν μάντις.† Τελετή. μυστηρίων ἀποτέλεσις, τελείωσις ἢ θυ‐ σία μυστηριώδης. ὁ δὲ Μιλήσιος Ὦρος λέγει, ὅτι τελετὰς καλοῦμεν τὰς ἐπὶ μείζους καὶ μετά</w:t>
      </w:r>
    </w:p>
    <w:p>
      <w:r>
        <w:rPr>
          <w:rFonts w:ascii="Courier New" w:hAnsi="Courier New"/>
          <w:color w:val="555555"/>
          <w:sz w:val="20"/>
        </w:rPr>
        <w:t>[15]</w:t>
      </w:r>
    </w:p>
    <w:p>
      <w:r>
        <w:rPr>
          <w:rFonts w:ascii="Gentium Plus" w:hAnsi="Gentium Plus"/>
          <w:sz w:val="24"/>
        </w:rPr>
        <w:t>τινος παραδόσεως τελετὰς τῶν εἰς αὐτοὺς δα‐ πανημάτων ἕνεκεν. τελεῖν γὰρ τὸ δαπανᾷν. Τελεταρχία. ἡ τῶν τελετῶν ἢ τῶν τελουμέ‐ νων ἄρχουσα. Τελμισός. πόλις. Τερμησὸς δὲ, η.</w:t>
      </w:r>
    </w:p>
    <w:p>
      <w:r>
        <w:rPr>
          <w:rFonts w:ascii="Courier New" w:hAnsi="Courier New"/>
          <w:color w:val="555555"/>
          <w:sz w:val="20"/>
        </w:rPr>
        <w:t>[20]</w:t>
      </w:r>
    </w:p>
    <w:p>
      <w:r>
        <w:rPr>
          <w:rFonts w:ascii="Gentium Plus" w:hAnsi="Gentium Plus"/>
          <w:sz w:val="24"/>
        </w:rPr>
        <w:t>†Τέμικος. ὄνομα πόλεως Κρητικῆς.† †Τέρεντος. ὄνομα πόλεως.† Τέρμινθος καὶ τέρμινθα. ἐμφερὲς λίνῳ φυ‐ τὸν, ἐξ οὗ πλέκεσθαι φασὶν ὁρμιὰς χρειώδεις ἐς τὰ πάντα καὶ πρὸς ἀλεξιφάρμακα. λέγεται</w:t>
      </w:r>
    </w:p>
    <w:p>
      <w:r>
        <w:rPr>
          <w:rFonts w:ascii="Courier New" w:hAnsi="Courier New"/>
          <w:color w:val="555555"/>
          <w:sz w:val="20"/>
        </w:rPr>
        <w:t>[25]</w:t>
      </w:r>
    </w:p>
    <w:p>
      <w:r>
        <w:rPr>
          <w:rFonts w:ascii="Gentium Plus" w:hAnsi="Gentium Plus"/>
          <w:sz w:val="24"/>
        </w:rPr>
        <w:t>καὶ τέργυνθος.</w:t>
      </w:r>
    </w:p>
    <w:p>
      <w:r>
        <w:rPr>
          <w:rFonts w:ascii="Courier New" w:hAnsi="Courier New"/>
          <w:color w:val="555555"/>
          <w:sz w:val="20"/>
        </w:rPr>
        <w:t>[tau 1719]</w:t>
      </w:r>
    </w:p>
    <w:p>
      <w:r>
        <w:rPr>
          <w:rFonts w:ascii="Gentium Plus" w:hAnsi="Gentium Plus"/>
          <w:sz w:val="24"/>
        </w:rPr>
        <w:t>*Τεσσαρακονταετηρὶς, καὶ τριακονταετη‐ ρίς. ἡ διὰ τεσσάρων δεκάδων συνισταμένη ἢ τριῶν ἀρίθμησις.* Τερατολογία. ψευδολογία· οἷον θαυμαστὰ καὶ</w:t>
      </w:r>
    </w:p>
    <w:p>
      <w:r>
        <w:rPr>
          <w:rFonts w:ascii="Courier New" w:hAnsi="Courier New"/>
          <w:color w:val="555555"/>
          <w:sz w:val="20"/>
        </w:rPr>
        <w:t>[5]</w:t>
      </w:r>
    </w:p>
    <w:p>
      <w:r>
        <w:rPr>
          <w:rFonts w:ascii="Gentium Plus" w:hAnsi="Gentium Plus"/>
          <w:sz w:val="24"/>
        </w:rPr>
        <w:t>παράδοξα μυθεύουσα. Τερθρεία. ἡ λεπτολογία. ἔστι γάρ τοι σχοι‐ νίον ἐν τοῖς πλοίοις λεπτὸν, ὃ καλεῖται τέρ‐ θρον. οἷον τέρετρον· διατετρύπηται γὰρ, καὶ τὰ ἄκρα τῶν σινδονίων. ἐκεῖνο δὲ λέγομεν,</w:t>
      </w:r>
    </w:p>
    <w:p>
      <w:r>
        <w:rPr>
          <w:rFonts w:ascii="Courier New" w:hAnsi="Courier New"/>
          <w:color w:val="555555"/>
          <w:sz w:val="20"/>
        </w:rPr>
        <w:t>[10]</w:t>
      </w:r>
    </w:p>
    <w:p>
      <w:r>
        <w:rPr>
          <w:rFonts w:ascii="Gentium Plus" w:hAnsi="Gentium Plus"/>
          <w:sz w:val="24"/>
        </w:rPr>
        <w:t>ἀφ’ οὗ ἤρτηται τοῦ ἱστοῦ ἡ κεραία. ἄλλοι δὲ τερθρείαν λέγουσι τὴν φλυαρίαν, τὴν ἐν δύο μέ‐ ρεσι καλουμένην μάχην. τερθρία δὲ, ἡ πνοὴ, ι. Τετάρτην φυλακήν. τὴν τριωρίαν λέγει ἤτοι τὴν τρίτην ὥραν τὴν μετὰ τὴν ἐννάτην ὥραν</w:t>
      </w:r>
    </w:p>
    <w:p>
      <w:r>
        <w:rPr>
          <w:rFonts w:ascii="Courier New" w:hAnsi="Courier New"/>
          <w:color w:val="555555"/>
          <w:sz w:val="20"/>
        </w:rPr>
        <w:t>[15]</w:t>
      </w:r>
    </w:p>
    <w:p>
      <w:r>
        <w:rPr>
          <w:rFonts w:ascii="Gentium Plus" w:hAnsi="Gentium Plus"/>
          <w:sz w:val="24"/>
        </w:rPr>
        <w:t>τῆς νυκτός. Τετρακτύς. ταύτην οἱ Πυθαγορικοὶ ἐτίμων διὰ τὰ τέσσαρα στοιχεῖα, τὸ πῦρ, τὸν ἀέρα, τὸ ὕδωρ, τὴν γῆν, ἐξ ὧν καὶ τὰ σώματα συνίσταται. †Τευθίς. φάγοις δὲ καὶ πόπανα καὶ τὰς τευ‐</w:t>
      </w:r>
    </w:p>
    <w:p>
      <w:r>
        <w:rPr>
          <w:rFonts w:ascii="Courier New" w:hAnsi="Courier New"/>
          <w:color w:val="555555"/>
          <w:sz w:val="20"/>
        </w:rPr>
        <w:t>[20]</w:t>
      </w:r>
    </w:p>
    <w:p>
      <w:r>
        <w:rPr>
          <w:rFonts w:ascii="Gentium Plus" w:hAnsi="Gentium Plus"/>
          <w:sz w:val="24"/>
        </w:rPr>
        <w:t>θίδας ἀμυγδάλων γέμοντα καὶ κωναρίων.† Τεχνολογία. περιποίησις τῆς τῶν λόγων φύσεως ἐπὶ σκοπῷ τοῦ περιγενέσθαι. Τέχνη. ὁ δόλος. Τέχνη. μέθοδος ἐνεργοῦσα τῷ βίῳ τὸ συμφέ‐</w:t>
      </w:r>
    </w:p>
    <w:p>
      <w:r>
        <w:rPr>
          <w:rFonts w:ascii="Courier New" w:hAnsi="Courier New"/>
          <w:color w:val="555555"/>
          <w:sz w:val="20"/>
        </w:rPr>
        <w:t>[25]</w:t>
      </w:r>
    </w:p>
    <w:p>
      <w:r>
        <w:rPr>
          <w:rFonts w:ascii="Gentium Plus" w:hAnsi="Gentium Plus"/>
          <w:sz w:val="24"/>
        </w:rPr>
        <w:t>ρον. ἢ νοημάτων σύστημα κατατετριμμένον. ἢ κτῆμα τιμιώτατον καὶ κατὰ πολὺ χρησιμώτα‐</w:t>
      </w:r>
    </w:p>
    <w:p>
      <w:r>
        <w:rPr>
          <w:rFonts w:ascii="Courier New" w:hAnsi="Courier New"/>
          <w:color w:val="555555"/>
          <w:sz w:val="20"/>
        </w:rPr>
        <w:t>[tau 1720]</w:t>
      </w:r>
    </w:p>
    <w:p>
      <w:r>
        <w:rPr>
          <w:rFonts w:ascii="Gentium Plus" w:hAnsi="Gentium Plus"/>
          <w:sz w:val="24"/>
        </w:rPr>
        <w:t>σύστημα ἐκ καταλήψεων ἐγγεγυμνασμένον. σύ‐ στημα δέ ἐστι τὸ πλῆθος, οἱονεὶ ἑκάστου τεχνί‐ του τὸ ἐργαλεῖον. ἐκ καταλήψεων δὲ, ἤτοι ἐξ ἐφευρέσεων. οὐ γὰρ ἀθρόως αἱ τέχναι εὕρηνται,</w:t>
      </w:r>
    </w:p>
    <w:p>
      <w:r>
        <w:rPr>
          <w:rFonts w:ascii="Courier New" w:hAnsi="Courier New"/>
          <w:color w:val="555555"/>
          <w:sz w:val="20"/>
        </w:rPr>
        <w:t>[5]</w:t>
      </w:r>
    </w:p>
    <w:p>
      <w:r>
        <w:rPr>
          <w:rFonts w:ascii="Gentium Plus" w:hAnsi="Gentium Plus"/>
          <w:sz w:val="24"/>
        </w:rPr>
        <w:t>ἀλλ’ ἄλλος ἄλλό τι εὗρεν· ὁ μὲν, τρύπανον· ὁ δὲ, τὸ εἰς κάλλος ἀποξέειν τὰ ξύλα. καὶ ταῦτα πάντα ὁμοῦ συνελθόντα ἀπετέλεσαν τὴν τέχνην. ἐγγεγυμνασμένον δέ ἐστι τὸ οἱονεὶ φα‐ νερὸν καὶ δεδοκιμασμένον. γυμνάσαι γὰρ λέγο‐</w:t>
      </w:r>
    </w:p>
    <w:p>
      <w:r>
        <w:rPr>
          <w:rFonts w:ascii="Courier New" w:hAnsi="Courier New"/>
          <w:color w:val="555555"/>
          <w:sz w:val="20"/>
        </w:rPr>
        <w:t>[10]</w:t>
      </w:r>
    </w:p>
    <w:p>
      <w:r>
        <w:rPr>
          <w:rFonts w:ascii="Gentium Plus" w:hAnsi="Gentium Plus"/>
          <w:sz w:val="24"/>
        </w:rPr>
        <w:t>μεν τὸ εἰς φῶς ἀγαγεῖν. τέχνη δὲ, παρὰ τὸ τεύχω, τὸ κατασκευάζω. γίνεται τευχάνη, καὶ ἐν συγκοπῇ τέχνη. διχῶς δὲ ἡ τέχνη· λογικὴ καὶ πρακτική. καὶ λογικὸς καλεῖται, ὅστις με‐ τὰ λόγου πράττει, οἷον γραμματικὸς, ῥήτωρ·</w:t>
      </w:r>
    </w:p>
    <w:p>
      <w:r>
        <w:rPr>
          <w:rFonts w:ascii="Courier New" w:hAnsi="Courier New"/>
          <w:color w:val="555555"/>
          <w:sz w:val="20"/>
        </w:rPr>
        <w:t>[15]</w:t>
      </w:r>
    </w:p>
    <w:p>
      <w:r>
        <w:rPr>
          <w:rFonts w:ascii="Gentium Plus" w:hAnsi="Gentium Plus"/>
          <w:sz w:val="24"/>
        </w:rPr>
        <w:t>πρακτικὸς δὲ, ὅς τι μετὰ τῶν λοιπῶν μερῶν τοῦ σώματος καὶ τῶν χειρῶν, οἷον τέκτων, χαλκεὺς καὶ τὰ ὅμοια. διαφέρει δὲ ἡ λογικὴ τῆς πρα‐ κτικῆς, ὅτι τὴν μὲν λογικὴν μόνος ὁ ἄνθρωπος ἐπίσταται, τὴν δὲ πρακτικὴν καί τινα τῶν ἀλό‐</w:t>
      </w:r>
    </w:p>
    <w:p>
      <w:r>
        <w:rPr>
          <w:rFonts w:ascii="Courier New" w:hAnsi="Courier New"/>
          <w:color w:val="555555"/>
          <w:sz w:val="20"/>
        </w:rPr>
        <w:t>[20]</w:t>
      </w:r>
    </w:p>
    <w:p>
      <w:r>
        <w:rPr>
          <w:rFonts w:ascii="Gentium Plus" w:hAnsi="Gentium Plus"/>
          <w:sz w:val="24"/>
        </w:rPr>
        <w:t>γων ζώων. Τευκτήν. κατασκευαστήν· χειροποίητον.</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Τέγος. δωμάτιον, στέγη. Τέγεον. τόπος. καὶ Νέμεον, τόπος.</w:t>
      </w:r>
    </w:p>
    <w:p>
      <w:r>
        <w:rPr>
          <w:rFonts w:ascii="Courier New" w:hAnsi="Courier New"/>
          <w:color w:val="555555"/>
          <w:sz w:val="20"/>
        </w:rPr>
        <w:t>[25]</w:t>
      </w:r>
    </w:p>
    <w:p>
      <w:r>
        <w:rPr>
          <w:rFonts w:ascii="Gentium Plus" w:hAnsi="Gentium Plus"/>
          <w:sz w:val="24"/>
        </w:rPr>
        <w:t>Τέθριππον. τὸ ἐκ τεσσάρων ἵππων ἅρμα. Τείρεα. τὰ ἄστρα. παρὰ τὸ εἴρω, τὸ λέγω, εἴ‐</w:t>
      </w:r>
    </w:p>
    <w:p>
      <w:r>
        <w:rPr>
          <w:rFonts w:ascii="Courier New" w:hAnsi="Courier New"/>
          <w:color w:val="555555"/>
          <w:sz w:val="20"/>
        </w:rPr>
        <w:t>[tau 1721]</w:t>
      </w:r>
    </w:p>
    <w:p>
      <w:r>
        <w:rPr>
          <w:rFonts w:ascii="Gentium Plus" w:hAnsi="Gentium Plus"/>
          <w:sz w:val="24"/>
        </w:rPr>
        <w:t>ἄστρα σημαίνουσι σημασίαν τινά. ἢ παρὰ τὸ τέρας, τὸ σημεῖον. ἢ παρὰ τὸ τείρω, τὸ κατα‐ πονῶ· πολλοὶ γὰρ κατεπόνθησαν ἀστρόβλη‐ τοι, ὥσπερ καὶ ἐμβρόντητοι.</w:t>
      </w:r>
    </w:p>
    <w:p>
      <w:r>
        <w:rPr>
          <w:rFonts w:ascii="Courier New" w:hAnsi="Courier New"/>
          <w:color w:val="555555"/>
          <w:sz w:val="20"/>
        </w:rPr>
        <w:t>[5]</w:t>
      </w:r>
    </w:p>
    <w:p>
      <w:r>
        <w:rPr>
          <w:rFonts w:ascii="Gentium Plus" w:hAnsi="Gentium Plus"/>
          <w:sz w:val="24"/>
        </w:rPr>
        <w:t>Τειχίδιον. τὸ μικρὸν τεῖχος. καὶ τειχίον. Τεκμήριον. σημεῖον ἀναμφίβολον, ἀληθινόν. ἢ σημεῖον δεικνύμενον διὰ συλλογισμοῦ. Τέκμαρ. τὸ ἐκ μαρτυρίας ἀναγκαίου συλλογι‐ σμοῦ τὸ μετέπειτα δῆλον δεικνύον. ὡς τὸ, πο‐</w:t>
      </w:r>
    </w:p>
    <w:p>
      <w:r>
        <w:rPr>
          <w:rFonts w:ascii="Courier New" w:hAnsi="Courier New"/>
          <w:color w:val="555555"/>
          <w:sz w:val="20"/>
        </w:rPr>
        <w:t>[10]</w:t>
      </w:r>
    </w:p>
    <w:p>
      <w:r>
        <w:rPr>
          <w:rFonts w:ascii="Gentium Plus" w:hAnsi="Gentium Plus"/>
          <w:sz w:val="24"/>
        </w:rPr>
        <w:t>λέμιοι ἔρχονται, κονιορτὸς γὰρ ἐφάνη. Τέκεα. τὰ τέκνα. τὸ τέκος, τὰ τέκεα. Τέκνον. παρὰ τὸ τέκω τέκανον καὶ συγκοπῇ τέ‐ κνον. Τέλματα. τὰ πηλώδη καὶ παχέα. ἤτοι τὰ πη‐</w:t>
      </w:r>
    </w:p>
    <w:p>
      <w:r>
        <w:rPr>
          <w:rFonts w:ascii="Courier New" w:hAnsi="Courier New"/>
          <w:color w:val="555555"/>
          <w:sz w:val="20"/>
        </w:rPr>
        <w:t>[15]</w:t>
      </w:r>
    </w:p>
    <w:p>
      <w:r>
        <w:rPr>
          <w:rFonts w:ascii="Gentium Plus" w:hAnsi="Gentium Plus"/>
          <w:sz w:val="24"/>
        </w:rPr>
        <w:t>λώδη καὶ τελευταῖα τοῦ ὕδατος. Ἰσαῖος δὲ εἶπε τὰ γεωργήσιμα χωρία. Τέλος. οὗ ἕνεκα τὰ ἄλλα, αὐτὸ δὲ οὐδενὸς ἕνεκα. Τελεταρχικόν. τὸ τελειοποιόν. Τέμενος καὶ τεμένη. ναός. ἢ τόπος ἀποτετμημέ‐</w:t>
      </w:r>
    </w:p>
    <w:p>
      <w:r>
        <w:rPr>
          <w:rFonts w:ascii="Courier New" w:hAnsi="Courier New"/>
          <w:color w:val="555555"/>
          <w:sz w:val="20"/>
        </w:rPr>
        <w:t>[20]</w:t>
      </w:r>
    </w:p>
    <w:p>
      <w:r>
        <w:rPr>
          <w:rFonts w:ascii="Gentium Plus" w:hAnsi="Gentium Plus"/>
          <w:sz w:val="24"/>
        </w:rPr>
        <w:t>νος εἰς δόξαν θεοῦ. παρὰ τὸ τέμνω, τέμνη, καὶ τέμενος, πλεονασμῷ τοῦ ε. Τέμπος. τὸ ὕψος. ἢ τέμπεα τὰ οἰκήματα. ἢ τέμ‐ πη αἱ καταδύσεις. ἢ τὰ στενὰ τῶν ὀρέων. ἢ τὰ σύνδενδρα. οἱονεὶ τρέπη τινὰ ὄντα, τὰ με‐</w:t>
      </w:r>
    </w:p>
    <w:p>
      <w:r>
        <w:rPr>
          <w:rFonts w:ascii="Courier New" w:hAnsi="Courier New"/>
          <w:color w:val="555555"/>
          <w:sz w:val="20"/>
        </w:rPr>
        <w:t>[25]</w:t>
      </w:r>
    </w:p>
    <w:p>
      <w:r>
        <w:rPr>
          <w:rFonts w:ascii="Gentium Plus" w:hAnsi="Gentium Plus"/>
          <w:sz w:val="24"/>
        </w:rPr>
        <w:t>τατροπὰς καὶ κάμψεις ἔχοντα. Τενάγη. πηλώδη πελάγη. ἢ διάβροχοι καὶ κά‐ θυγροι τόποι. ἢ ἰλὺς ἐπιπολάζοντος ὕδατος τοῦ</w:t>
      </w:r>
    </w:p>
    <w:p>
      <w:r>
        <w:rPr>
          <w:rFonts w:ascii="Courier New" w:hAnsi="Courier New"/>
          <w:color w:val="555555"/>
          <w:sz w:val="20"/>
        </w:rPr>
        <w:t>[tau 1722]</w:t>
      </w:r>
    </w:p>
    <w:p>
      <w:r>
        <w:rPr>
          <w:rFonts w:ascii="Gentium Plus" w:hAnsi="Gentium Plus"/>
          <w:sz w:val="24"/>
        </w:rPr>
        <w:t>[παρὰ τὸ τέγγω, τὸ βρέχω, τέγγανος καὶ ἐν ὑπερθέσει τέναγος, ὁ ὑπόβροχος τόπος.] Τεόν. τὸ σὸν, τὸ ἴδιον. Τέρας. πρᾶγμα ὑπὲρ τὸ θαῦμα καὶ ἔκπληξιν τοῖς</w:t>
      </w:r>
    </w:p>
    <w:p>
      <w:r>
        <w:rPr>
          <w:rFonts w:ascii="Courier New" w:hAnsi="Courier New"/>
          <w:color w:val="555555"/>
          <w:sz w:val="20"/>
        </w:rPr>
        <w:t>[5]</w:t>
      </w:r>
    </w:p>
    <w:p>
      <w:r>
        <w:rPr>
          <w:rFonts w:ascii="Gentium Plus" w:hAnsi="Gentium Plus"/>
          <w:sz w:val="24"/>
        </w:rPr>
        <w:t>ὁρῶσι παρέχον. ἢ τὸ παρὰ φύσιν γινόμενον. οἷον τὸ ἀνοῖξαι ὀφθαλμοὺς τυφλῶν καὶ ἐγεῖραι νε‐ κρούς. καὶ τεράστιον. Τέρμα. τὸ τέλος. Τερθρίον. τὸ σχοινίον. καὶ τέρθρον.</w:t>
      </w:r>
    </w:p>
    <w:p>
      <w:r>
        <w:rPr>
          <w:rFonts w:ascii="Courier New" w:hAnsi="Courier New"/>
          <w:color w:val="555555"/>
          <w:sz w:val="20"/>
        </w:rPr>
        <w:t>[10]</w:t>
      </w:r>
    </w:p>
    <w:p>
      <w:r>
        <w:rPr>
          <w:rFonts w:ascii="Gentium Plus" w:hAnsi="Gentium Plus"/>
          <w:sz w:val="24"/>
        </w:rPr>
        <w:t>Τέραμνον. ἁπαλόν. καὶ ἀτέραμνον, τὸ σκληρόν. Τέρεν. ἁπαλὸν, τρυφερόν. [παρὰ τὸ θέρω, θέ‐ ρεν καὶ τέρεν, τὸ ὥσπερ τεθερασμένον καὶ δια‐ κεχυμένον. τίθεται δὲ καὶ ἐπὶ τοῦ ἁπαλοῦ. πα‐ ρὰ τὸ διακεχύσθαι καὶ μὴ τραχὺ εἶναι.]</w:t>
      </w:r>
    </w:p>
    <w:p>
      <w:r>
        <w:rPr>
          <w:rFonts w:ascii="Courier New" w:hAnsi="Courier New"/>
          <w:color w:val="555555"/>
          <w:sz w:val="20"/>
        </w:rPr>
        <w:t>[15]</w:t>
      </w:r>
    </w:p>
    <w:p>
      <w:r>
        <w:rPr>
          <w:rFonts w:ascii="Gentium Plus" w:hAnsi="Gentium Plus"/>
          <w:sz w:val="24"/>
        </w:rPr>
        <w:t>Τερετίσματα. ᾠδαὶ ἀπατηλαὶ καὶ θελκτικαί. ἢ ᾄσματα ἔκλυτα. ἀπὸ μεταφορᾶς τοῦ τέττιγος ἢ τῆς χελιδόνος. Τέρετρον. τὸ τρύπανον. [ἔστι ῥῆμα τρῶ, τρᾷς, ὅπερ ἀπὸ τοῦ τείρω κατὰ συγκοπήν. παρὰ τὸ</w:t>
      </w:r>
    </w:p>
    <w:p>
      <w:r>
        <w:rPr>
          <w:rFonts w:ascii="Courier New" w:hAnsi="Courier New"/>
          <w:color w:val="555555"/>
          <w:sz w:val="20"/>
        </w:rPr>
        <w:t>[20]</w:t>
      </w:r>
    </w:p>
    <w:p>
      <w:r>
        <w:rPr>
          <w:rFonts w:ascii="Gentium Plus" w:hAnsi="Gentium Plus"/>
          <w:sz w:val="24"/>
        </w:rPr>
        <w:t>τείρω τέρτερον, ὡς φέρω φέρτερον, καὶ παρὰ τὸ λέγω, τὸ κοιμῶμαι, λέκτρον. δηλοῖ δὲ τὸ τρῶ τὸ κόπτω, ἔνθεν τὸ τρῶσαι, ὃ δηλοῖ τὸ διακόψαι τὸν τοκετόν.] Τετραθέλυμνον. τετράπτυχον, τέσσαρας θέ‐</w:t>
      </w:r>
    </w:p>
    <w:p>
      <w:r>
        <w:rPr>
          <w:rFonts w:ascii="Courier New" w:hAnsi="Courier New"/>
          <w:color w:val="555555"/>
          <w:sz w:val="20"/>
        </w:rPr>
        <w:t>[25]</w:t>
      </w:r>
    </w:p>
    <w:p>
      <w:r>
        <w:rPr>
          <w:rFonts w:ascii="Gentium Plus" w:hAnsi="Gentium Plus"/>
          <w:sz w:val="24"/>
        </w:rPr>
        <w:t>σεις ἔχον. Τέτταρα. ἀντὶ τοῦ τέσσαρα. Τέτρασιν. ἐκ τοῦ τέσσαρσι, τέτταρσι καὶ καθ’</w:t>
      </w:r>
    </w:p>
    <w:p>
      <w:r>
        <w:rPr>
          <w:rFonts w:ascii="Courier New" w:hAnsi="Courier New"/>
          <w:color w:val="555555"/>
          <w:sz w:val="20"/>
        </w:rPr>
        <w:t>[tau 1723]</w:t>
      </w:r>
    </w:p>
    <w:p>
      <w:r>
        <w:rPr>
          <w:rFonts w:ascii="Gentium Plus" w:hAnsi="Gentium Plus"/>
          <w:sz w:val="24"/>
        </w:rPr>
        <w:t>Τέτρωρον. ἡ ἅμαξα, τὸ ἅρμα, ἡ καρούχα. Τετραμερές. τὸ σῶμα ἐκ τεσσάρων στοιχείων ὥσπέρ τις κόσμος συνιστάμενον. Τεῦχος. τὸ σκεῦος, ἡ κατασκευή.</w:t>
      </w:r>
    </w:p>
    <w:p>
      <w:r>
        <w:rPr>
          <w:rFonts w:ascii="Courier New" w:hAnsi="Courier New"/>
          <w:color w:val="555555"/>
          <w:sz w:val="20"/>
        </w:rPr>
        <w:t>[5]</w:t>
      </w:r>
    </w:p>
    <w:p>
      <w:r>
        <w:rPr>
          <w:rFonts w:ascii="Gentium Plus" w:hAnsi="Gentium Plus"/>
          <w:sz w:val="24"/>
        </w:rPr>
        <w:t>Τεχνητόν. τὸ τεχνασθὲν καὶ κατασκευασθέν. καὶ τεχνηέστατον. Τέλος. δύο ἐφιππαρχίαι ἱππέων ἀνδρῶν δισχι‐ λίων τεσσαρακονταοκτώ. Τέρεν, καὶ τέρην ἐπὶ ἀρσενικοῦ. παρὰ τὸ τείρω,</w:t>
      </w:r>
    </w:p>
    <w:p>
      <w:r>
        <w:rPr>
          <w:rFonts w:ascii="Courier New" w:hAnsi="Courier New"/>
          <w:color w:val="555555"/>
          <w:sz w:val="20"/>
        </w:rPr>
        <w:t>[10]</w:t>
      </w:r>
    </w:p>
    <w:p>
      <w:r>
        <w:rPr>
          <w:rFonts w:ascii="Gentium Plus" w:hAnsi="Gentium Plus"/>
          <w:sz w:val="24"/>
        </w:rPr>
        <w:t>τὸ καταπονῶ.</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Τέγγει. βρέχει. Τεθηλότα. θάλλοντα. Τεθνειῶτος. θανόντος. καὶ τεθνειώς.</w:t>
      </w:r>
    </w:p>
    <w:p>
      <w:r>
        <w:rPr>
          <w:rFonts w:ascii="Courier New" w:hAnsi="Courier New"/>
          <w:color w:val="555555"/>
          <w:sz w:val="20"/>
        </w:rPr>
        <w:t>[15]</w:t>
      </w:r>
    </w:p>
    <w:p>
      <w:r>
        <w:rPr>
          <w:rFonts w:ascii="Gentium Plus" w:hAnsi="Gentium Plus"/>
          <w:sz w:val="24"/>
        </w:rPr>
        <w:t>*Τεμμαχίζειν, καὶ τεμμαχίζεται. τὸ τέ‐ μνειν καὶ μερίζειν.* Τεθηπότες. ἐκπεπληγμένοι. ἀπὸ τοῦ θήπω, τὸ θαυμάζω καὶ ἐκπλήττομαι. Τεθολωμένος. τίθεται καὶ ἐπὶ χαρᾶς καὶ λύ‐</w:t>
      </w:r>
    </w:p>
    <w:p>
      <w:r>
        <w:rPr>
          <w:rFonts w:ascii="Courier New" w:hAnsi="Courier New"/>
          <w:color w:val="555555"/>
          <w:sz w:val="20"/>
        </w:rPr>
        <w:t>[20]</w:t>
      </w:r>
    </w:p>
    <w:p>
      <w:r>
        <w:rPr>
          <w:rFonts w:ascii="Gentium Plus" w:hAnsi="Gentium Plus"/>
          <w:sz w:val="24"/>
        </w:rPr>
        <w:t>πης. Τείρεται. καταπονεῖται, δαμάζεται. Τεκταίνω. τὸ κατασκευάζω. Τεκμαίρω. τὸ κατασκευάζω. ἀλλὰ καὶ τὸ σημει‐</w:t>
      </w:r>
    </w:p>
    <w:p>
      <w:r>
        <w:rPr>
          <w:rFonts w:ascii="Courier New" w:hAnsi="Courier New"/>
          <w:color w:val="555555"/>
          <w:sz w:val="20"/>
        </w:rPr>
        <w:t>[tau 1724]</w:t>
      </w:r>
    </w:p>
    <w:p>
      <w:r>
        <w:rPr>
          <w:rFonts w:ascii="Gentium Plus" w:hAnsi="Gentium Plus"/>
          <w:sz w:val="24"/>
        </w:rPr>
        <w:t>Τελέθουσι. γίνονται. †Τελεῖ. ὑπάρχει.† Τελεσθῆναι. καὶ τὸ ἀναλωθῆναι. οὕτως Ἀντιφῶν. Τελεῖν. καὶ ἀντὶ τοῦ δαπανᾷν.</w:t>
      </w:r>
    </w:p>
    <w:p>
      <w:r>
        <w:rPr>
          <w:rFonts w:ascii="Courier New" w:hAnsi="Courier New"/>
          <w:color w:val="555555"/>
          <w:sz w:val="20"/>
        </w:rPr>
        <w:t>[5]</w:t>
      </w:r>
    </w:p>
    <w:p>
      <w:r>
        <w:rPr>
          <w:rFonts w:ascii="Gentium Plus" w:hAnsi="Gentium Plus"/>
          <w:sz w:val="24"/>
        </w:rPr>
        <w:t>Τελισκόμενος. τελειούμενος, πληρούμενος, ἐν‐ θουσιῶν. Τελεσιουργεῖ. τὸ ἔργον τελειοῖ. Τέρσεσθαι. ξηραίνεσθαι. [παρὰ τὸν τέρσω μέλ‐ λοντα αἰολικῶς κατὰ τροπὴν τοῦ ς εἰς τ.]</w:t>
      </w:r>
    </w:p>
    <w:p>
      <w:r>
        <w:rPr>
          <w:rFonts w:ascii="Courier New" w:hAnsi="Courier New"/>
          <w:color w:val="555555"/>
          <w:sz w:val="20"/>
        </w:rPr>
        <w:t>[10]</w:t>
      </w:r>
    </w:p>
    <w:p>
      <w:r>
        <w:rPr>
          <w:rFonts w:ascii="Gentium Plus" w:hAnsi="Gentium Plus"/>
          <w:sz w:val="24"/>
        </w:rPr>
        <w:t>Τέρπεσθαι. μετάθεσίς ἐστι τοῦ ρ, παρὰ τὸ τρέπεσθαι καὶ μετάγεσθαι τὴν ψυχὴν ἀπὸ τῶν βιωτικῶν φροντίδων καὶ θορύβων. Τετριγότας. τρίζοντας. *Τερετίζειν. μουσικῶς φωνεῖν.* †κιθαρίζειν.†</w:t>
      </w:r>
    </w:p>
    <w:p>
      <w:r>
        <w:rPr>
          <w:rFonts w:ascii="Courier New" w:hAnsi="Courier New"/>
          <w:color w:val="555555"/>
          <w:sz w:val="20"/>
        </w:rPr>
        <w:t>[15]</w:t>
      </w:r>
    </w:p>
    <w:p>
      <w:r>
        <w:rPr>
          <w:rFonts w:ascii="Gentium Plus" w:hAnsi="Gentium Plus"/>
          <w:sz w:val="24"/>
        </w:rPr>
        <w:t>*Τέτλαθι. ὑπόμεινον.* Τεταρπόμενος. ἀντὶ τοῦ τερφθείς. Τετελεσμένον. πεπληρωμένον. †Τετρακταϊσμένα. ἤγουν ἐπεσκοπημένα· δε‐ δοκιμασμένα· ἐξητασμένα.†</w:t>
      </w:r>
    </w:p>
    <w:p>
      <w:r>
        <w:rPr>
          <w:rFonts w:ascii="Courier New" w:hAnsi="Courier New"/>
          <w:color w:val="555555"/>
          <w:sz w:val="20"/>
        </w:rPr>
        <w:t>[20]</w:t>
      </w:r>
    </w:p>
    <w:p>
      <w:r>
        <w:rPr>
          <w:rFonts w:ascii="Gentium Plus" w:hAnsi="Gentium Plus"/>
          <w:sz w:val="24"/>
        </w:rPr>
        <w:t>Τετυφωμένοι. ἐπῃρμένοι. ὑπερηφανευόμενοι. †Τετρυχωμένος. καταπεπονημένος· δεδαμα‐ σμένος.† Τετραμμένοι. τραπέντες. ἢ προσέχοντες ἑαυ‐</w:t>
      </w:r>
    </w:p>
    <w:p>
      <w:r>
        <w:rPr>
          <w:rFonts w:ascii="Courier New" w:hAnsi="Courier New"/>
          <w:color w:val="555555"/>
          <w:sz w:val="20"/>
        </w:rPr>
        <w:t>[tau 1725]</w:t>
      </w:r>
    </w:p>
    <w:p>
      <w:r>
        <w:rPr>
          <w:rFonts w:ascii="Gentium Plus" w:hAnsi="Gentium Plus"/>
          <w:sz w:val="24"/>
        </w:rPr>
        <w:t>Τέτρηρεν. ἐτρύπησε. Τέτορεν. ἔκοψε. Τεταγών. τείνας. παρὰ τὸ τάζω, τὸ τείνω καὶ ἕλκω. [ὁ μέλλων τάξω, τέταγα, ὁ δεύτερος</w:t>
      </w:r>
    </w:p>
    <w:p>
      <w:r>
        <w:rPr>
          <w:rFonts w:ascii="Courier New" w:hAnsi="Courier New"/>
          <w:color w:val="555555"/>
          <w:sz w:val="20"/>
        </w:rPr>
        <w:t>[5]</w:t>
      </w:r>
    </w:p>
    <w:p>
      <w:r>
        <w:rPr>
          <w:rFonts w:ascii="Gentium Plus" w:hAnsi="Gentium Plus"/>
          <w:sz w:val="24"/>
        </w:rPr>
        <w:t>ἀόριστος ἔταγον, ἡ μετοχὴ ταγὼν, καὶ κατὰ ἀναδιπλασιασμὸν τεταγών.] Τεταργανωμένην. συμπεπλεγμένην καὶ συνει‐ λουμένην. ἡ γὰρ παρ’ ἡμῖν σαργάνη παρὰ τοῖς Ἀττικοῖς ταργάνη καλεῖται. [καὶ τὸ συνειλεῖ‐</w:t>
      </w:r>
    </w:p>
    <w:p>
      <w:r>
        <w:rPr>
          <w:rFonts w:ascii="Courier New" w:hAnsi="Courier New"/>
          <w:color w:val="555555"/>
          <w:sz w:val="20"/>
        </w:rPr>
        <w:t>[10]</w:t>
      </w:r>
    </w:p>
    <w:p>
      <w:r>
        <w:rPr>
          <w:rFonts w:ascii="Gentium Plus" w:hAnsi="Gentium Plus"/>
          <w:sz w:val="24"/>
        </w:rPr>
        <w:t>σθαι τεταργανῶσθαι λέγουσι.] Τετάχαται καὶ τετύχαται. τεύχω, τεύξω, τέτευχα, [καὶ τὸ παθητικὸν τρίτον πρόσωπον τοῦ παρακειμένου τέτευκται, καὶ Ἰακῶς τετεύ‐ χαται. τὸ δὲ τετάχαται ἀπὸ τοῦ τάζω, τάξω,</w:t>
      </w:r>
    </w:p>
    <w:p>
      <w:r>
        <w:rPr>
          <w:rFonts w:ascii="Courier New" w:hAnsi="Courier New"/>
          <w:color w:val="555555"/>
          <w:sz w:val="20"/>
        </w:rPr>
        <w:t>[15]</w:t>
      </w:r>
    </w:p>
    <w:p>
      <w:r>
        <w:rPr>
          <w:rFonts w:ascii="Gentium Plus" w:hAnsi="Gentium Plus"/>
          <w:sz w:val="24"/>
        </w:rPr>
        <w:t>ὁμοίως Ἰακῶς.] Τετιημμέναι. τετιμωρημέναι. τεταλαιπωρημέ‐ ναι. [ἀπὸ τοῦ τίω, τὸ τιμωρῶ, τιῶ, περισπώ‐ μενον ῥῆμα.] Τετιήσθων. τετιμήσθωσαν. ἀπὸ τοῦ τίω, τὸ</w:t>
      </w:r>
    </w:p>
    <w:p>
      <w:r>
        <w:rPr>
          <w:rFonts w:ascii="Courier New" w:hAnsi="Courier New"/>
          <w:color w:val="555555"/>
          <w:sz w:val="20"/>
        </w:rPr>
        <w:t>[20]</w:t>
      </w:r>
    </w:p>
    <w:p>
      <w:r>
        <w:rPr>
          <w:rFonts w:ascii="Gentium Plus" w:hAnsi="Gentium Plus"/>
          <w:sz w:val="24"/>
        </w:rPr>
        <w:t>τιμῶ. Τέτλαθι. ὑπόμεινον. [ἀπὸ τοῦ τλῶ, τλῆμι, τὸ πληθυντικὸν τλάμεν, τὸ προστακτικὸν τλά‐ θι, καὶ διπλασιασμῷ τέτλαθι.] Τετραχίζειν. ἐπὶ τετάρτου μέρους τι ποιεῖν. οὕ‐</w:t>
      </w:r>
    </w:p>
    <w:p>
      <w:r>
        <w:rPr>
          <w:rFonts w:ascii="Courier New" w:hAnsi="Courier New"/>
          <w:color w:val="555555"/>
          <w:sz w:val="20"/>
        </w:rPr>
        <w:t>[25]</w:t>
      </w:r>
    </w:p>
    <w:p>
      <w:r>
        <w:rPr>
          <w:rFonts w:ascii="Gentium Plus" w:hAnsi="Gentium Plus"/>
          <w:sz w:val="24"/>
        </w:rPr>
        <w:t>τως Ἀριστοφάνης. Τετρηχυῖα. τραχεῖα καὶ θορυβώδης. ἢ τετα‐</w:t>
      </w:r>
    </w:p>
    <w:p>
      <w:r>
        <w:rPr>
          <w:rFonts w:ascii="Courier New" w:hAnsi="Courier New"/>
          <w:color w:val="555555"/>
          <w:sz w:val="20"/>
        </w:rPr>
        <w:t>[tau 1726]</w:t>
      </w:r>
    </w:p>
    <w:p>
      <w:r>
        <w:rPr>
          <w:rFonts w:ascii="Gentium Plus" w:hAnsi="Gentium Plus"/>
          <w:sz w:val="24"/>
        </w:rPr>
        <w:t>Τέτυκται. κατεσκεύασται. Τετύκοντο. παρεσκευάζοντο. [τεύχω, ὁ δεύ‐ τερος ἀόριστος ἔτυχον, ὁ παθητικὸς ἐτυχόμην, ἐτυχόμεθα, τὸ τρίτον ἐτύχοντο καὶ κατὰ ἀνα‐</w:t>
      </w:r>
    </w:p>
    <w:p>
      <w:r>
        <w:rPr>
          <w:rFonts w:ascii="Courier New" w:hAnsi="Courier New"/>
          <w:color w:val="555555"/>
          <w:sz w:val="20"/>
        </w:rPr>
        <w:t>[5]</w:t>
      </w:r>
    </w:p>
    <w:p>
      <w:r>
        <w:rPr>
          <w:rFonts w:ascii="Gentium Plus" w:hAnsi="Gentium Plus"/>
          <w:sz w:val="24"/>
        </w:rPr>
        <w:t>διπλασιασμὸν τετύχοντο, καὶ τροπῇ τοῦ χ εἰς κ τετύκοντο.] Τεύχω. τὸ κατασκευάζω. Τεύξεται. κατασκευασθήσεται. Τευτάζειν. πραγματεύεσθαι, ἢ σκαιωρεῖσθαι,</w:t>
      </w:r>
    </w:p>
    <w:p>
      <w:r>
        <w:rPr>
          <w:rFonts w:ascii="Courier New" w:hAnsi="Courier New"/>
          <w:color w:val="555555"/>
          <w:sz w:val="20"/>
        </w:rPr>
        <w:t>[10]</w:t>
      </w:r>
    </w:p>
    <w:p>
      <w:r>
        <w:rPr>
          <w:rFonts w:ascii="Gentium Plus" w:hAnsi="Gentium Plus"/>
          <w:sz w:val="24"/>
        </w:rPr>
        <w:t>ἢ στρατεύεσθαι, καὶ πολὺ διατρίβειν ἐν ταυ‐ τῷ. ἐνίοτε σημαίνει καὶ τὸ φροντίζειν. σημαί‐ νει δὲ καὶ τὸ σπουδάζειν, καὶ τὸ ἡσυχάζειν, καὶ τὸ φλυαρεῖν. παρὰ δὲ τῷ Ψελλῷ τευτά‐ ζειν τὸ πλανᾶσθαι· τηλαύγημα λέπρας ἀρχὴ,</w:t>
      </w:r>
    </w:p>
    <w:p>
      <w:r>
        <w:rPr>
          <w:rFonts w:ascii="Courier New" w:hAnsi="Courier New"/>
          <w:color w:val="555555"/>
          <w:sz w:val="20"/>
        </w:rPr>
        <w:t>[15]</w:t>
      </w:r>
    </w:p>
    <w:p>
      <w:r>
        <w:rPr>
          <w:rFonts w:ascii="Gentium Plus" w:hAnsi="Gentium Plus"/>
          <w:sz w:val="24"/>
        </w:rPr>
        <w:t>τευτάζειν τὸ πλανᾶσθαι. Τελέθωσι. τελευτήσωσι. Ἡσίοδος· εὖτ’ ἂν γεινόμενοι πολιοκρόταφοι τελέθωσι. Τεμπειόθεν. ἀπὸ Τεμπείας. Τετραποδητί.</w:t>
      </w:r>
    </w:p>
    <w:p>
      <w:pPr>
        <w:jc w:val="center"/>
      </w:pPr>
      <w:r>
        <w:rPr>
          <w:rFonts w:ascii="Gentium Plus" w:hAnsi="Gentium Plus"/>
          <w:b/>
          <w:sz w:val="24"/>
        </w:rPr>
        <w:t>Τὸ Τ μετὰ τοῦ Η.</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Τηθαλώδης. γυναικοκρατής. Τήϊοι. οἱ ἀπὸ τῆς Τήου νήσου. Τηλεβόας καὶ Τηλαμός. ποταμοί.</w:t>
      </w:r>
    </w:p>
    <w:p>
      <w:r>
        <w:rPr>
          <w:rFonts w:ascii="Courier New" w:hAnsi="Courier New"/>
          <w:color w:val="555555"/>
          <w:sz w:val="20"/>
        </w:rPr>
        <w:t>[25]</w:t>
      </w:r>
    </w:p>
    <w:p>
      <w:r>
        <w:rPr>
          <w:rFonts w:ascii="Gentium Plus" w:hAnsi="Gentium Plus"/>
          <w:sz w:val="24"/>
        </w:rPr>
        <w:t>Τηλίκος. μικρός.</w:t>
      </w:r>
    </w:p>
    <w:p>
      <w:r>
        <w:rPr>
          <w:rFonts w:ascii="Courier New" w:hAnsi="Courier New"/>
          <w:color w:val="555555"/>
          <w:sz w:val="20"/>
        </w:rPr>
        <w:t>[tau 1727]</w:t>
      </w:r>
    </w:p>
    <w:p>
      <w:r>
        <w:rPr>
          <w:rFonts w:ascii="Gentium Plus" w:hAnsi="Gentium Plus"/>
          <w:sz w:val="24"/>
        </w:rPr>
        <w:t>Τηλέκλειτος. ὁ ἔνδοξος. Τηλεκλητὸς δὲ, ὁ πόῤῥωθεν καλούμενος, η τὸ κλη. τηλεκλητῶν ἐπικούρων.</w:t>
      </w:r>
    </w:p>
    <w:p>
      <w:r>
        <w:rPr>
          <w:rFonts w:ascii="Courier New" w:hAnsi="Courier New"/>
          <w:color w:val="555555"/>
          <w:sz w:val="20"/>
        </w:rPr>
        <w:t>[5]</w:t>
      </w:r>
    </w:p>
    <w:p>
      <w:r>
        <w:rPr>
          <w:rFonts w:ascii="Gentium Plus" w:hAnsi="Gentium Plus"/>
          <w:sz w:val="24"/>
        </w:rPr>
        <w:t>Τηλεδαπός. ὁ πόῤῥω ἔχων τὸ ἔδαφος καὶ τὴν πόλιν. παράγωγόν ἐστι διὰ τὸ δάπος, παρὰ τὸ τῆλε τηλεδαπός· ὡς ἡμέων ἡμεδαπός. Τηλίας καὶ τηλία. Ὦρος ὁ Μιλήσιος τὴν πε‐ ριφέρειαν τοῦ κοσκίνου λέγει. [παρὰ τὸ σῶ, τὸ</w:t>
      </w:r>
    </w:p>
    <w:p>
      <w:r>
        <w:rPr>
          <w:rFonts w:ascii="Courier New" w:hAnsi="Courier New"/>
          <w:color w:val="555555"/>
          <w:sz w:val="20"/>
        </w:rPr>
        <w:t>[10]</w:t>
      </w:r>
    </w:p>
    <w:p>
      <w:r>
        <w:rPr>
          <w:rFonts w:ascii="Gentium Plus" w:hAnsi="Gentium Plus"/>
          <w:sz w:val="24"/>
        </w:rPr>
        <w:t>σείω καὶ κινῶ. σῶ, σήθω, ἀφ’ οὗ ὄνομα σηλία καὶ τηλία, τροπῇ τοῦ ς εἰς ταῦ.] Τηλύγετος. καταχρηστικῶς ἀγαπητός· μονο‐ γενής. κυρίως δὲ τηλύγετοι καλοῦνται οἱ τηλοῦ τῆς γονῆς ὄντες παῖδες, ὅ ἐστιν ἐκ γεροντικῆς</w:t>
      </w:r>
    </w:p>
    <w:p>
      <w:r>
        <w:rPr>
          <w:rFonts w:ascii="Courier New" w:hAnsi="Courier New"/>
          <w:color w:val="555555"/>
          <w:sz w:val="20"/>
        </w:rPr>
        <w:t>[15]</w:t>
      </w:r>
    </w:p>
    <w:p>
      <w:r>
        <w:rPr>
          <w:rFonts w:ascii="Gentium Plus" w:hAnsi="Gentium Plus"/>
          <w:sz w:val="24"/>
        </w:rPr>
        <w:t>ἡλικίας σπαρέντες. τὰ γὰρ μετὰ τὴν ἀπόγνω‐ σιν τῆς παιδοποιΐας γεννώμενα μᾶλλον ἀγαπᾶ‐ ται. Τῆνος. κύριον. καὶ ὄνομα νήσου. Τήνιος. ἀπὸ τῆς Τήνου νήσου.</w:t>
      </w:r>
    </w:p>
    <w:p>
      <w:r>
        <w:rPr>
          <w:rFonts w:ascii="Courier New" w:hAnsi="Courier New"/>
          <w:color w:val="555555"/>
          <w:sz w:val="20"/>
        </w:rPr>
        <w:t>[20]</w:t>
      </w:r>
    </w:p>
    <w:p>
      <w:r>
        <w:rPr>
          <w:rFonts w:ascii="Gentium Plus" w:hAnsi="Gentium Plus"/>
          <w:sz w:val="24"/>
        </w:rPr>
        <w:t>Τήρων. ὁ νέος στρατιώτης. ἢ νεόλεκτος στρατός. Τητινός. ὁ χθεσινός. καὶ τῆτες ἀντὶ τοῦ χθές. Τηλαυγής. λαμπρός· μακρόθεν αὐγάζων. τη‐ λαυγὴς καὶ τὸ λεπτότατον ἴχνος τῆς λέπρας, δι’ οὗ καὶ πόῤῥωθεν ὁρᾶται καὶ δήλη ἐστί.</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Τήβεννα. μανδύας. καὶ πόλις.</w:t>
      </w:r>
    </w:p>
    <w:p>
      <w:r>
        <w:rPr>
          <w:rFonts w:ascii="Courier New" w:hAnsi="Courier New"/>
          <w:color w:val="555555"/>
          <w:sz w:val="20"/>
        </w:rPr>
        <w:t>[tau 1728]</w:t>
      </w:r>
    </w:p>
    <w:p>
      <w:r>
        <w:rPr>
          <w:rFonts w:ascii="Gentium Plus" w:hAnsi="Gentium Plus"/>
          <w:sz w:val="24"/>
        </w:rPr>
        <w:t>Τήθη. ἡ τροφός. Τηκεδόνος. τῆς τήξεως. Τῆλις. εἶδος σπέρματος. τίλλις δὲ, τὸ ἀγγεῖον, ἰῶτα.</w:t>
      </w:r>
    </w:p>
    <w:p>
      <w:r>
        <w:rPr>
          <w:rFonts w:ascii="Courier New" w:hAnsi="Courier New"/>
          <w:color w:val="555555"/>
          <w:sz w:val="20"/>
        </w:rPr>
        <w:t>[5]</w:t>
      </w:r>
    </w:p>
    <w:p>
      <w:r>
        <w:rPr>
          <w:rFonts w:ascii="Gentium Plus" w:hAnsi="Gentium Plus"/>
          <w:sz w:val="24"/>
        </w:rPr>
        <w:t>Τῆλος. ὄνομα κύριον λιμένος καὶ πόλεως. Τηλαύγεια. ἡ ἀπὸ μακρόθεν αὐγάζουσα λαμ‐ πρότης. Τῆνος. νῆσος. καὶ Τῆος. Τηραβένη. πόλις. καὶ Τηρητίνη.</w:t>
      </w:r>
    </w:p>
    <w:p>
      <w:r>
        <w:rPr>
          <w:rFonts w:ascii="Courier New" w:hAnsi="Courier New"/>
          <w:color w:val="555555"/>
          <w:sz w:val="20"/>
        </w:rPr>
        <w:t>[10]</w:t>
      </w:r>
    </w:p>
    <w:p>
      <w:r>
        <w:rPr>
          <w:rFonts w:ascii="Gentium Plus" w:hAnsi="Gentium Plus"/>
          <w:sz w:val="24"/>
        </w:rPr>
        <w:t>Τητθίς. ἡ τροφός. Τημῇ. ἀντὶ τοῦ ἐμῇ. καὶ ἔχει τὸ ι κατὰ τὴν λήγουσαν, κατὰ δὲ τὴν ἄρχουσαν οὔ. Ὅμηρος· ἀμφὶ δέ τοι τημῇ κλισίῃ. ἔστι δὲ τῇ ἐμῇ, καὶ ἐκθλίβεται τὸ ι τοῦ τῇ</w:t>
      </w:r>
    </w:p>
    <w:p>
      <w:r>
        <w:rPr>
          <w:rFonts w:ascii="Courier New" w:hAnsi="Courier New"/>
          <w:color w:val="555555"/>
          <w:sz w:val="20"/>
        </w:rPr>
        <w:t>[15]</w:t>
      </w:r>
    </w:p>
    <w:p>
      <w:r>
        <w:rPr>
          <w:rFonts w:ascii="Gentium Plus" w:hAnsi="Gentium Plus"/>
          <w:sz w:val="24"/>
        </w:rPr>
        <w:t>ἄρθρου, καὶ κιρνᾶται τὸ ἦτα καὶ ε εἰς τὸ η, καὶ ἔστι χωρὶς τοῦ ι. Τήλεφις. πόλις. καὶ Τηλέφειον τραῦμα.</w:t>
      </w:r>
    </w:p>
    <w:p>
      <w:pPr>
        <w:jc w:val="center"/>
      </w:pPr>
      <w:r>
        <w:rPr>
          <w:rFonts w:ascii="Gentium Plus" w:hAnsi="Gentium Plus"/>
          <w:b/>
          <w:sz w:val="24"/>
        </w:rPr>
        <w:t>(Οὐδέτερον.)</w:t>
      </w:r>
    </w:p>
    <w:p>
      <w:r>
        <w:rPr>
          <w:rFonts w:ascii="Courier New" w:hAnsi="Courier New"/>
          <w:color w:val="555555"/>
          <w:sz w:val="20"/>
        </w:rPr>
        <w:t>[19]</w:t>
      </w:r>
    </w:p>
    <w:p>
      <w:r>
        <w:rPr>
          <w:rFonts w:ascii="Gentium Plus" w:hAnsi="Gentium Plus"/>
          <w:sz w:val="24"/>
        </w:rPr>
        <w:t>Τήθεα. τὰ ὄστρεα.</w:t>
      </w:r>
    </w:p>
    <w:p>
      <w:r>
        <w:rPr>
          <w:rFonts w:ascii="Courier New" w:hAnsi="Courier New"/>
          <w:color w:val="555555"/>
          <w:sz w:val="20"/>
        </w:rPr>
        <w:t>[20]</w:t>
      </w:r>
    </w:p>
    <w:p>
      <w:r>
        <w:rPr>
          <w:rFonts w:ascii="Gentium Plus" w:hAnsi="Gentium Plus"/>
          <w:sz w:val="24"/>
        </w:rPr>
        <w:t>†Τηθίον. ὁ μαστός.† Τήκεα καὶ τήκεννα. τὰ καλτίκια. Τημελές. ἐπιμελές. Τήνεα. τὰ σκόροδα.</w:t>
      </w:r>
    </w:p>
    <w:p>
      <w:pPr>
        <w:jc w:val="center"/>
      </w:pPr>
      <w:r>
        <w:rPr>
          <w:rFonts w:ascii="Gentium Plus" w:hAnsi="Gentium Plus"/>
          <w:b/>
          <w:sz w:val="24"/>
        </w:rPr>
        <w:t>(Ῥῆμα.)</w:t>
      </w:r>
    </w:p>
    <w:p>
      <w:r>
        <w:rPr>
          <w:rFonts w:ascii="Courier New" w:hAnsi="Courier New"/>
          <w:color w:val="555555"/>
          <w:sz w:val="20"/>
        </w:rPr>
        <w:t>[25]</w:t>
      </w:r>
    </w:p>
    <w:p>
      <w:r>
        <w:rPr>
          <w:rFonts w:ascii="Gentium Plus" w:hAnsi="Gentium Plus"/>
          <w:sz w:val="24"/>
        </w:rPr>
        <w:t>Τῆ. τὸ λάβε καὶ δέξαι. σημαίνει δὲ καὶ τὸ ταύτῃ,</w:t>
      </w:r>
    </w:p>
    <w:p>
      <w:r>
        <w:rPr>
          <w:rFonts w:ascii="Courier New" w:hAnsi="Courier New"/>
          <w:color w:val="555555"/>
          <w:sz w:val="20"/>
        </w:rPr>
        <w:t>[tau 1729]</w:t>
      </w:r>
    </w:p>
    <w:p>
      <w:r>
        <w:rPr>
          <w:rFonts w:ascii="Gentium Plus" w:hAnsi="Gentium Plus"/>
          <w:sz w:val="24"/>
        </w:rPr>
        <w:t>τὸ δεύτερον τάεις, τὸ τρίτον τάει καὶ κράσει τοῦ α καὶ ε εἰς η Δωρικῶς τῆς καὶ τῆ. τούτου ὁ παρατατικὸς ἔταον, ἔταες, ἔταε, καὶ τὸ προσ‐ τακτικὸν τάε, τᾶ, καὶ τροπῇ Δωρικῇ τοῦ α εἰς</w:t>
      </w:r>
    </w:p>
    <w:p>
      <w:r>
        <w:rPr>
          <w:rFonts w:ascii="Courier New" w:hAnsi="Courier New"/>
          <w:color w:val="555555"/>
          <w:sz w:val="20"/>
        </w:rPr>
        <w:t>[5]</w:t>
      </w:r>
    </w:p>
    <w:p>
      <w:r>
        <w:rPr>
          <w:rFonts w:ascii="Gentium Plus" w:hAnsi="Gentium Plus"/>
          <w:sz w:val="24"/>
        </w:rPr>
        <w:t>η τῇ] Τήκω. τὸ δαμάζω. Τηλεθόων. αὐξάνων. καὶ τηλεθόωσα, πάνυ θάλ‐ λουσα. [καὶ τηλεθάοντας. παρὰ τὸ θάλλω, θάλλοντας. δύναται καὶ παρὰ τὸ θαλέθω καὶ</w:t>
      </w:r>
    </w:p>
    <w:p>
      <w:r>
        <w:rPr>
          <w:rFonts w:ascii="Courier New" w:hAnsi="Courier New"/>
          <w:color w:val="555555"/>
          <w:sz w:val="20"/>
        </w:rPr>
        <w:t>[10]</w:t>
      </w:r>
    </w:p>
    <w:p>
      <w:r>
        <w:rPr>
          <w:rFonts w:ascii="Gentium Plus" w:hAnsi="Gentium Plus"/>
          <w:sz w:val="24"/>
        </w:rPr>
        <w:t>μεταθέσει τοῦ θ εἰς τ ταλεθάοντας καὶ τροπῇ τοῦ α εἰς η τηλεθάοντας. οὐ γὰρ ἔγκειται τὸ τήλεας.] Τημελῶ. τὸ φροντίζω. Τηρῶ. παρὰ τὸ θέω τηρῶ· ὅπου γὰρ τρέχει</w:t>
      </w:r>
    </w:p>
    <w:p>
      <w:r>
        <w:rPr>
          <w:rFonts w:ascii="Courier New" w:hAnsi="Courier New"/>
          <w:color w:val="555555"/>
          <w:sz w:val="20"/>
        </w:rPr>
        <w:t>[15]</w:t>
      </w:r>
    </w:p>
    <w:p>
      <w:r>
        <w:rPr>
          <w:rFonts w:ascii="Gentium Plus" w:hAnsi="Gentium Plus"/>
          <w:sz w:val="24"/>
        </w:rPr>
        <w:t>τὶς, ἐκεῖ θεωρεῖ. [ἢ παρὰ τὸ οὐρῶ, τὸ φυλάσ‐ σω, πλεονασμῷ τοῦ ταῦ τουρῶ καὶ τροπῇ τοῦ ου εἰς η τηρῶ. καὶ τὸ τυρὸς παρὰ τὸ τηρῶ· γάλα γὰρ τηρούμενον ὁ τυρός.] Τητῶ. τὸ στερίσκω. καὶ τητώμενος, καὶ τητᾷ.</w:t>
      </w:r>
    </w:p>
    <w:p>
      <w:r>
        <w:rPr>
          <w:rFonts w:ascii="Courier New" w:hAnsi="Courier New"/>
          <w:color w:val="555555"/>
          <w:sz w:val="20"/>
        </w:rPr>
        <w:t>[20]</w:t>
      </w:r>
    </w:p>
    <w:p>
      <w:r>
        <w:rPr>
          <w:rFonts w:ascii="Gentium Plus" w:hAnsi="Gentium Plus"/>
          <w:sz w:val="24"/>
        </w:rPr>
        <w:t>Ἡσίοδος· σὺ μὲν αἰτεῖς ἄλλον, ὁ δ’ ἀρνεῖται, σὺ δὲ τητᾷ. ἔστι τάω καὶ σημαίνει τὸ ζητῶ, καὶ κατὰ ἀνα‐ διπλασιασμὸν τατάω, τατῶ, καὶ τὸ τρίτον τη‐</w:t>
      </w:r>
    </w:p>
    <w:p>
      <w:r>
        <w:rPr>
          <w:rFonts w:ascii="Courier New" w:hAnsi="Courier New"/>
          <w:color w:val="555555"/>
          <w:sz w:val="20"/>
        </w:rPr>
        <w:t>[25]</w:t>
      </w:r>
    </w:p>
    <w:p>
      <w:r>
        <w:rPr>
          <w:rFonts w:ascii="Gentium Plus" w:hAnsi="Gentium Plus"/>
          <w:sz w:val="24"/>
        </w:rPr>
        <w:t>τᾶται. ὡς πειρῶμαι, πειρᾷ, πειρᾶται.</w:t>
      </w:r>
    </w:p>
    <w:p>
      <w:pPr>
        <w:jc w:val="center"/>
      </w:pPr>
      <w:r>
        <w:rPr>
          <w:rFonts w:ascii="Gentium Plus" w:hAnsi="Gentium Plus"/>
          <w:b/>
          <w:sz w:val="24"/>
        </w:rPr>
        <w:t>(Ἐπίῤῥημα.)</w:t>
      </w:r>
    </w:p>
    <w:p>
      <w:r>
        <w:rPr>
          <w:rFonts w:ascii="Courier New" w:hAnsi="Courier New"/>
          <w:color w:val="555555"/>
          <w:sz w:val="20"/>
        </w:rPr>
        <w:t>[27]</w:t>
      </w:r>
    </w:p>
    <w:p>
      <w:r>
        <w:rPr>
          <w:rFonts w:ascii="Gentium Plus" w:hAnsi="Gentium Plus"/>
          <w:sz w:val="24"/>
        </w:rPr>
        <w:t>Τηρητέον. δεῖ τηρεῖν. Τηλαυγῶς. λαμπρῶς. Τῆλε· τηλόσε· τηλόθι καὶ τηλοῦ. παρὰ τὸ</w:t>
      </w:r>
    </w:p>
    <w:p>
      <w:r>
        <w:rPr>
          <w:rFonts w:ascii="Courier New" w:hAnsi="Courier New"/>
          <w:color w:val="555555"/>
          <w:sz w:val="20"/>
        </w:rPr>
        <w:t>[30]</w:t>
      </w:r>
    </w:p>
    <w:p>
      <w:r>
        <w:rPr>
          <w:rFonts w:ascii="Gentium Plus" w:hAnsi="Gentium Plus"/>
          <w:sz w:val="24"/>
        </w:rPr>
        <w:t>τέλος, τηλοῦ· τὰ γὰρ ἐπὶ τέλους συντείνοντα</w:t>
      </w:r>
    </w:p>
    <w:p>
      <w:r>
        <w:rPr>
          <w:rFonts w:ascii="Courier New" w:hAnsi="Courier New"/>
          <w:color w:val="555555"/>
          <w:sz w:val="20"/>
        </w:rPr>
        <w:t>[tau 1730]</w:t>
      </w:r>
    </w:p>
    <w:p>
      <w:r>
        <w:rPr>
          <w:rFonts w:ascii="Gentium Plus" w:hAnsi="Gentium Plus"/>
          <w:sz w:val="24"/>
        </w:rPr>
        <w:t>Τηλεδαπῶς. μακρὰν ἀφεστηκώς. Τῆμος· τημοῦτος. ἀντὶ τοῦ τηνικαῦτα. Τήμερον. ἀντὶ τοῦ σήμερον. Τηνεί. ἀντὶ τοῦ ἐκεῖσε.</w:t>
      </w:r>
    </w:p>
    <w:p>
      <w:r>
        <w:rPr>
          <w:rFonts w:ascii="Courier New" w:hAnsi="Courier New"/>
          <w:color w:val="555555"/>
          <w:sz w:val="20"/>
        </w:rPr>
        <w:t>[5]</w:t>
      </w:r>
    </w:p>
    <w:p>
      <w:r>
        <w:rPr>
          <w:rFonts w:ascii="Gentium Plus" w:hAnsi="Gentium Plus"/>
          <w:sz w:val="24"/>
        </w:rPr>
        <w:t>Τηνάλως. ἀντὶ τοῦ μάτην. Τηνικαῦτα. τότε. †Τῆτες. ἀντὶ τοῦ χθές.†</w:t>
      </w:r>
    </w:p>
    <w:p>
      <w:pPr>
        <w:jc w:val="center"/>
      </w:pPr>
      <w:r>
        <w:rPr>
          <w:rFonts w:ascii="Gentium Plus" w:hAnsi="Gentium Plus"/>
          <w:b/>
          <w:sz w:val="24"/>
        </w:rPr>
        <w:t>Τὸ Τ μετὰ τοῦ Ι.</w:t>
      </w:r>
    </w:p>
    <w:p>
      <w:pPr>
        <w:jc w:val="center"/>
      </w:pPr>
      <w:r>
        <w:rPr>
          <w:rFonts w:ascii="Gentium Plus" w:hAnsi="Gentium Plus"/>
          <w:b/>
          <w:sz w:val="24"/>
        </w:rPr>
        <w:t>(Ἀρσενικόν.)</w:t>
      </w:r>
    </w:p>
    <w:p>
      <w:r>
        <w:rPr>
          <w:rFonts w:ascii="Courier New" w:hAnsi="Courier New"/>
          <w:color w:val="555555"/>
          <w:sz w:val="20"/>
        </w:rPr>
        <w:t>[10]</w:t>
      </w:r>
    </w:p>
    <w:p>
      <w:r>
        <w:rPr>
          <w:rFonts w:ascii="Gentium Plus" w:hAnsi="Gentium Plus"/>
          <w:sz w:val="24"/>
        </w:rPr>
        <w:t>Τίγρης. ποταμός. καὶ κλίνεται Τίγρητος. τίγρις δὲ, τὸ ζῶον, ι, καὶ κλίνεται τίγριδος. *Τιτάν. καταχθόνιος δαίμων, τιμωρητικός. ἐτυμολογεῖται δὲ παρὰ τὸ τίω, τὸ τιμωρῶ.* Τιβὴν, τιβῆνος. τοῦ τρίποδος.</w:t>
      </w:r>
    </w:p>
    <w:p>
      <w:r>
        <w:rPr>
          <w:rFonts w:ascii="Courier New" w:hAnsi="Courier New"/>
          <w:color w:val="555555"/>
          <w:sz w:val="20"/>
        </w:rPr>
        <w:t>[15]</w:t>
      </w:r>
    </w:p>
    <w:p>
      <w:r>
        <w:rPr>
          <w:rFonts w:ascii="Gentium Plus" w:hAnsi="Gentium Plus"/>
          <w:sz w:val="24"/>
        </w:rPr>
        <w:t>Τιθώης. κύριον. Τιμηταί. οἱ πρῶτον τιμώμενοι. Τίννοι. ἐθνικόν. Τίς. ἀντὶ τοῦ οὐδείς. ὡς τό· τίς ἔγνω νοῦν κυ‐ ρίου;</w:t>
      </w:r>
    </w:p>
    <w:p>
      <w:r>
        <w:rPr>
          <w:rFonts w:ascii="Courier New" w:hAnsi="Courier New"/>
          <w:color w:val="555555"/>
          <w:sz w:val="20"/>
        </w:rPr>
        <w:t>[20]</w:t>
      </w:r>
    </w:p>
    <w:p>
      <w:r>
        <w:rPr>
          <w:rFonts w:ascii="Gentium Plus" w:hAnsi="Gentium Plus"/>
          <w:sz w:val="24"/>
        </w:rPr>
        <w:t>Τίτανος. ἄσβεστος. Τιτθοί. οἱ μασθοί. ὅτι ἐπιστηθίδιοί τινές εἰ‐ σιν. ἢ οἱ ἐντιθέμενοι ἐν τοῖς στόμασιν. Τίτλος. σανίδιον. Τιτυμνοῦ. μικρᾶς ἡλικίας.</w:t>
      </w:r>
    </w:p>
    <w:p>
      <w:r>
        <w:rPr>
          <w:rFonts w:ascii="Courier New" w:hAnsi="Courier New"/>
          <w:color w:val="555555"/>
          <w:sz w:val="20"/>
        </w:rPr>
        <w:t>[25]</w:t>
      </w:r>
    </w:p>
    <w:p>
      <w:r>
        <w:rPr>
          <w:rFonts w:ascii="Gentium Plus" w:hAnsi="Gentium Plus"/>
          <w:sz w:val="24"/>
        </w:rPr>
        <w:t>Τίρυνς, Τίρυνθος. ὄνομα πόλεως. Τῖφος. ὁ κάθυγρος τόπος. ἀπὸ τοῦ τύφεσθαι, ὅ ἐστι πύθεσθαι ἐν ὑλώδεσι τόποις. Τίφως δὲ, ὄνομα ποταμοῦ, μέγα. ἔνιοι δὲ Τίφυς γρά‐</w:t>
      </w:r>
    </w:p>
    <w:p>
      <w:r>
        <w:rPr>
          <w:rFonts w:ascii="Courier New" w:hAnsi="Courier New"/>
          <w:color w:val="555555"/>
          <w:sz w:val="20"/>
        </w:rPr>
        <w:t>[tau 1731]</w:t>
      </w:r>
    </w:p>
    <w:p>
      <w:r>
        <w:rPr>
          <w:rFonts w:ascii="Gentium Plus" w:hAnsi="Gentium Plus"/>
          <w:sz w:val="24"/>
        </w:rPr>
        <w:t>Τίς. ἀντὶ τοῦ οἷος. ὁ Ἀπόστολος· τίς οὖν ἦν ὁ μακαρισμὸς ὑμῶν. ἀντὶ τοῦ, οἷος ἦν, ὅτι οὕτω ταχέως ἐῤῥύη. Τιναγμός. ὅταν σείηται ἡ γῆ.</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Τιάρα. κορυβάντιόν τι, ὃ ἐφόρει ὁ ἀρχιερεὺς ἐπὶ τὴν κεφαλὴν, ἢ ἣν οἱ βασιλεῖς ὀρθὴν ἐφό‐ ρουν παρὰ Πέρσαις, οἱ δὲ στρατηγοὶ κεκλι‐ μένην.</w:t>
      </w:r>
    </w:p>
    <w:p>
      <w:r>
        <w:rPr>
          <w:rFonts w:ascii="Courier New" w:hAnsi="Courier New"/>
          <w:color w:val="555555"/>
          <w:sz w:val="20"/>
        </w:rPr>
        <w:t>[10]</w:t>
      </w:r>
    </w:p>
    <w:p>
      <w:r>
        <w:rPr>
          <w:rFonts w:ascii="Gentium Plus" w:hAnsi="Gentium Plus"/>
          <w:sz w:val="24"/>
        </w:rPr>
        <w:t>Τιβέρη. πόλις. καὶ Τιβεριάδος θάλασσα. Τιθήνας. τροφούς. [ἡ εὐθεῖα ἡ τιθήνη. παρὰ τὸν τιτθὸν, ὃ σημαίνει τὸν μαστὸν, γίνεται τιτ‐ θήνη, καὶ ἀποβολῇ τοῦ ἑνὸς τ τιθήνη. ἢ παρὰ τὸν θήσω μέλλοντα τὸν σημαίνοντα τὸ τρέφω,</w:t>
      </w:r>
    </w:p>
    <w:p>
      <w:r>
        <w:rPr>
          <w:rFonts w:ascii="Courier New" w:hAnsi="Courier New"/>
          <w:color w:val="555555"/>
          <w:sz w:val="20"/>
        </w:rPr>
        <w:t>[15]</w:t>
      </w:r>
    </w:p>
    <w:p>
      <w:r>
        <w:rPr>
          <w:rFonts w:ascii="Gentium Plus" w:hAnsi="Gentium Plus"/>
          <w:sz w:val="24"/>
        </w:rPr>
        <w:t>ὄνομα ῥῆμα θήνη καὶ διπλασιασμῷ τιθήνη.] †Τίθις. ἡ τοῦ πατρὸς ἀδελφή.† Τιθωνός. ἡ ἡμέρα. παρὰ τὸ τιθασσὸν, ὃ ση‐</w:t>
      </w:r>
    </w:p>
    <w:p>
      <w:r>
        <w:rPr>
          <w:rFonts w:ascii="Courier New" w:hAnsi="Courier New"/>
          <w:color w:val="555555"/>
          <w:sz w:val="20"/>
        </w:rPr>
        <w:t>[tau 1732]</w:t>
      </w:r>
    </w:p>
    <w:p>
      <w:r>
        <w:rPr>
          <w:rFonts w:ascii="Gentium Plus" w:hAnsi="Gentium Plus"/>
          <w:sz w:val="24"/>
        </w:rPr>
        <w:t>Τιμή. δόξα μετὰ δόσεως, ὡς πρὸς εὐεργετήσαν‐ τα γινομένη. Τιμήσεως. ζημίας. Τιμωρία. ζημία μετὰ πληγῶν.</w:t>
      </w:r>
    </w:p>
    <w:p>
      <w:r>
        <w:rPr>
          <w:rFonts w:ascii="Courier New" w:hAnsi="Courier New"/>
          <w:color w:val="555555"/>
          <w:sz w:val="20"/>
        </w:rPr>
        <w:t>[5]</w:t>
      </w:r>
    </w:p>
    <w:p>
      <w:r>
        <w:rPr>
          <w:rFonts w:ascii="Gentium Plus" w:hAnsi="Gentium Plus"/>
          <w:sz w:val="24"/>
        </w:rPr>
        <w:t>Τῖος. πόλις *κατὰ Παφλαγονίαν, ἀνὰ μέσον Ἀμάστριδος καὶ Ποντοηρακλείας. ὁ πολίτης Τίϊος, καὶ Τῖος κράσει τῶν δύο ιι εἰς ι μακρόν. ὡς Χίϊος, Χῖος.* †Τιτηνίς. ἀρχαία.†</w:t>
      </w:r>
    </w:p>
    <w:p>
      <w:r>
        <w:rPr>
          <w:rFonts w:ascii="Courier New" w:hAnsi="Courier New"/>
          <w:color w:val="555555"/>
          <w:sz w:val="20"/>
        </w:rPr>
        <w:t>[10]</w:t>
      </w:r>
    </w:p>
    <w:p>
      <w:r>
        <w:rPr>
          <w:rFonts w:ascii="Gentium Plus" w:hAnsi="Gentium Plus"/>
          <w:sz w:val="24"/>
        </w:rPr>
        <w:t>Τίτθη καὶ τιτθύς. ἡ τροφός. Τιτθεία. ἡ μαίευσις. Τιτώ. ἡ ἡμέρα. Τίτιδας. τὰς περὶ τὴν καρδίαν φλέβας λέγει ὁ Ἱπποκράτης. καὶ ὁ Ψελλός· τίτιδας φλέβας</w:t>
      </w:r>
    </w:p>
    <w:p>
      <w:r>
        <w:rPr>
          <w:rFonts w:ascii="Courier New" w:hAnsi="Courier New"/>
          <w:color w:val="555555"/>
          <w:sz w:val="20"/>
        </w:rPr>
        <w:t>[15]</w:t>
      </w:r>
    </w:p>
    <w:p>
      <w:r>
        <w:rPr>
          <w:rFonts w:ascii="Gentium Plus" w:hAnsi="Gentium Plus"/>
          <w:sz w:val="24"/>
        </w:rPr>
        <w:t>λέγουσι τὰς περὶ τὴν καρδίαν.</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Τιλφωσαῖον. ὄρος. καὶ Τιλφάσιον.</w:t>
      </w:r>
    </w:p>
    <w:p>
      <w:r>
        <w:rPr>
          <w:rFonts w:ascii="Courier New" w:hAnsi="Courier New"/>
          <w:color w:val="555555"/>
          <w:sz w:val="20"/>
        </w:rPr>
        <w:t>[tau 1733]</w:t>
      </w:r>
    </w:p>
    <w:p>
      <w:r>
        <w:rPr>
          <w:rFonts w:ascii="Gentium Plus" w:hAnsi="Gentium Plus"/>
          <w:sz w:val="24"/>
        </w:rPr>
        <w:t>Τίμημα. ἡ ζημία καὶ ἡ καταδίκη. καὶ ἐτιμήσαν‐ το ἀντὶ τοῦ ἐζημίωσαν καὶ κατεδίκασαν. Τίμημα. καὶ τὸ ἐνέχυρον καὶ τὸ κεφάλαιον. εἴρηται καὶ ἐπὶ τῆς τιμωρίας.</w:t>
      </w:r>
    </w:p>
    <w:p>
      <w:r>
        <w:rPr>
          <w:rFonts w:ascii="Courier New" w:hAnsi="Courier New"/>
          <w:color w:val="555555"/>
          <w:sz w:val="20"/>
        </w:rPr>
        <w:t>[5]</w:t>
      </w:r>
    </w:p>
    <w:p>
      <w:r>
        <w:rPr>
          <w:rFonts w:ascii="Gentium Plus" w:hAnsi="Gentium Plus"/>
          <w:sz w:val="24"/>
        </w:rPr>
        <w:t>Τιταιρώνιον. ἀκρωτήριον. Τιταρήσιον. ὄρος. †Τίφη. ἄλση.† Τιφωσαῖον. ὄρος.</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Τιθηνῆσαι. θρέψαι. Τιθαιβώσω. τὸ τρέφω. καὶ τιθαιβώσσοντο, ἐπι‐ μελείας ἠξιοῦντο. [κυρίως δὲ ἐπὶ τῶν μελισ‐ σῶν λέγεται. παρὰ τὸ τιθέναι τὴν βόσιν. καὶ Ὅμηρος·</w:t>
      </w:r>
    </w:p>
    <w:p>
      <w:r>
        <w:rPr>
          <w:rFonts w:ascii="Courier New" w:hAnsi="Courier New"/>
          <w:color w:val="555555"/>
          <w:sz w:val="20"/>
        </w:rPr>
        <w:t>[15]</w:t>
      </w:r>
    </w:p>
    <w:p>
      <w:r>
        <w:rPr>
          <w:rFonts w:ascii="Gentium Plus" w:hAnsi="Gentium Plus"/>
          <w:sz w:val="24"/>
        </w:rPr>
        <w:t>—ἔνθα δ’ ἔπειτα τιθαιβώσσουσι μέλισσαι.] Τιθήμενος. τρεφόμενος. Τιθασσεύω. ἡμερῶ. Τίθετι. ἰστέον, ὅτι τὸ προστακτικὸν τῶν εἰς μι διχῶς κανονίζεται, καὶ ἐκ τοῦ παρατατικοῦ, ὥσ‐</w:t>
      </w:r>
    </w:p>
    <w:p>
      <w:r>
        <w:rPr>
          <w:rFonts w:ascii="Courier New" w:hAnsi="Courier New"/>
          <w:color w:val="555555"/>
          <w:sz w:val="20"/>
        </w:rPr>
        <w:t>[20]</w:t>
      </w:r>
    </w:p>
    <w:p>
      <w:r>
        <w:rPr>
          <w:rFonts w:ascii="Gentium Plus" w:hAnsi="Gentium Plus"/>
          <w:sz w:val="24"/>
        </w:rPr>
        <w:t>περ καὶ τὰ ἀπὸ τῶν εἰς ω κανονίζονται, καὶ ἀπὸ μετοχῶν, οἷον ἀπὸ τοῦ ἵστημι, ἵστης, ἵστη, [καὶ τὸ προστακτικὸν ἵστη. καὶ τὸ ἐμπίπλημι, πίπλη. ἀπὸ δὲ τοῦ ἵστημι, ἵστη.] οὕτως καὶ ἀπὸ τοῦ τιθεὶς, τιθέντος, τίθετι.</w:t>
      </w:r>
    </w:p>
    <w:p>
      <w:r>
        <w:rPr>
          <w:rFonts w:ascii="Courier New" w:hAnsi="Courier New"/>
          <w:color w:val="555555"/>
          <w:sz w:val="20"/>
        </w:rPr>
        <w:t>[25]</w:t>
      </w:r>
    </w:p>
    <w:p>
      <w:r>
        <w:rPr>
          <w:rFonts w:ascii="Gentium Plus" w:hAnsi="Gentium Plus"/>
          <w:sz w:val="24"/>
        </w:rPr>
        <w:t>Τιμιουλκῶν. τιμιουλκῶν τὸν σῖτον, ἀντὶ τοῦ βα‐ ρυτιμῶν. Τιμαλφούμενος. τιμὴν εὑρίσκων. ἄλφειν γὰρ</w:t>
      </w:r>
    </w:p>
    <w:p>
      <w:r>
        <w:rPr>
          <w:rFonts w:ascii="Courier New" w:hAnsi="Courier New"/>
          <w:color w:val="555555"/>
          <w:sz w:val="20"/>
        </w:rPr>
        <w:t>[tau 1734]</w:t>
      </w:r>
    </w:p>
    <w:p>
      <w:r>
        <w:rPr>
          <w:rFonts w:ascii="Gentium Plus" w:hAnsi="Gentium Plus"/>
          <w:sz w:val="24"/>
        </w:rPr>
        <w:t>Τίνω καὶ τιννύω. τὸ ἀνταποδίδωμι. Τίννυσθαι. παρὰ τὸ τίνω, τὸ ἀποδίδωμι, γέ‐ γονε τιννύω, τίννυμι, καὶ ἐκεῖθεν τίννυσθαι. σημαίνει δὲ τὸ τιμωρεῖσθαι.</w:t>
      </w:r>
    </w:p>
    <w:p>
      <w:r>
        <w:rPr>
          <w:rFonts w:ascii="Courier New" w:hAnsi="Courier New"/>
          <w:color w:val="555555"/>
          <w:sz w:val="20"/>
        </w:rPr>
        <w:t>[5]</w:t>
      </w:r>
    </w:p>
    <w:p>
      <w:r>
        <w:rPr>
          <w:rFonts w:ascii="Gentium Plus" w:hAnsi="Gentium Plus"/>
          <w:sz w:val="24"/>
        </w:rPr>
        <w:t>Τίνω. τὸ ἀποδίδωμι. διὰ τοῦ ι. ἀπὸ τοῦ τίω πλεονασμῷ τοῦ ν. [τὸ γὰρ ν πέφυκε πλεονά‐ ζειν ἐν τοῖς ῥήμασιν, οἷον θύω θύνω, δύω δύ‐ νω, πίω πίνω. οὕτως οὖν καὶ τίω τίνω. καὶ τὸ μὲν πίω εὕρηται μακρὸν καὶ βραχὺ, τὸ δὲ</w:t>
      </w:r>
    </w:p>
    <w:p>
      <w:r>
        <w:rPr>
          <w:rFonts w:ascii="Courier New" w:hAnsi="Courier New"/>
          <w:color w:val="555555"/>
          <w:sz w:val="20"/>
        </w:rPr>
        <w:t>[10]</w:t>
      </w:r>
    </w:p>
    <w:p>
      <w:r>
        <w:rPr>
          <w:rFonts w:ascii="Gentium Plus" w:hAnsi="Gentium Plus"/>
          <w:sz w:val="24"/>
        </w:rPr>
        <w:t>πίνω μακρὸν ἀεί.] Τινάσσω. τὸ σείω. [ἐκ τοῦ τιταίνω, ὃ σημαίνει τὸ ἕλκω, τιτανῶ ὁ μέλλων, καὶ αἰολικῶς τιτάν‐ σω, καὶ ἀποβολῇ τοῦ τ καὶ ἐν ὑπερβιβασμῷ τινάσσω. ἢ παρὰ τὸ ἲς, ἰνὸς, ἰνάσσω καὶ τι‐</w:t>
      </w:r>
    </w:p>
    <w:p>
      <w:r>
        <w:rPr>
          <w:rFonts w:ascii="Courier New" w:hAnsi="Courier New"/>
          <w:color w:val="555555"/>
          <w:sz w:val="20"/>
        </w:rPr>
        <w:t>[15]</w:t>
      </w:r>
    </w:p>
    <w:p>
      <w:r>
        <w:rPr>
          <w:rFonts w:ascii="Gentium Plus" w:hAnsi="Gentium Plus"/>
          <w:sz w:val="24"/>
        </w:rPr>
        <w:t>νάσσω.] Τίσομαι. τιμωρήσομαι, ἢ ἀνταποδώσω. Τίσειαν. τίω, τὸ τιμωρῶ καὶ ἐκτιννύω, ὁ μέλ‐ λων τίσω, τὸ εὐκτικὸν τίσειαν, ὡς τύψειαν. καὶ Ὅμηρος·</w:t>
      </w:r>
    </w:p>
    <w:p>
      <w:r>
        <w:rPr>
          <w:rFonts w:ascii="Courier New" w:hAnsi="Courier New"/>
          <w:color w:val="555555"/>
          <w:sz w:val="20"/>
        </w:rPr>
        <w:t>[20]</w:t>
      </w:r>
    </w:p>
    <w:p>
      <w:r>
        <w:rPr>
          <w:rFonts w:ascii="Gentium Plus" w:hAnsi="Gentium Plus"/>
          <w:sz w:val="24"/>
        </w:rPr>
        <w:t>τίσειαν Δαναοὶ ἐμὰ δάκρυα σοῖσι βέλεσσι. Τισικούντων. μαχομένων· διαλεγομένων. Τιταίνω. τὸ ἐκτίνω καὶ ἕλκω. παρὰ τὸ ταίνω καὶ κατὰ ἀναδιπλασιασμὸν τιταίνω. Τιτρῶ. τὸ τρυπῶ.</w:t>
      </w:r>
    </w:p>
    <w:p>
      <w:r>
        <w:rPr>
          <w:rFonts w:ascii="Courier New" w:hAnsi="Courier New"/>
          <w:color w:val="555555"/>
          <w:sz w:val="20"/>
        </w:rPr>
        <w:t>[25]</w:t>
      </w:r>
    </w:p>
    <w:p>
      <w:r>
        <w:rPr>
          <w:rFonts w:ascii="Gentium Plus" w:hAnsi="Gentium Plus"/>
          <w:sz w:val="24"/>
        </w:rPr>
        <w:t>Τιτυσκόμενος. ἐπιτηρῶν, καταστοχαζόμενος. [σημαίνει καὶ τὸ ἑτοιμάζειν.] Ὅμηρος·</w:t>
      </w:r>
    </w:p>
    <w:p>
      <w:r>
        <w:rPr>
          <w:rFonts w:ascii="Courier New" w:hAnsi="Courier New"/>
          <w:color w:val="555555"/>
          <w:sz w:val="20"/>
        </w:rPr>
        <w:t>[tau 1735]</w:t>
      </w:r>
    </w:p>
    <w:p>
      <w:r>
        <w:rPr>
          <w:rFonts w:ascii="Gentium Plus" w:hAnsi="Gentium Plus"/>
          <w:sz w:val="24"/>
        </w:rPr>
        <w:t>ἔνιοι δὲ ἐπὶ τοῦ ψυχικῶς στοχάζεσθαι. οἷον· τιτύσκετο φρεσὶν ᾗσιν. οἶμαι δὲ, ἀμφότερα ἀπὸ τοῦ τεύχω γίνεται. [ὁ δεύτερος ἀόριστος ἔτυχον, καὶ ἐξ αὐτοῦ κατὰ</w:t>
      </w:r>
    </w:p>
    <w:p>
      <w:r>
        <w:rPr>
          <w:rFonts w:ascii="Courier New" w:hAnsi="Courier New"/>
          <w:color w:val="555555"/>
          <w:sz w:val="20"/>
        </w:rPr>
        <w:t>[5]</w:t>
      </w:r>
    </w:p>
    <w:p>
      <w:r>
        <w:rPr>
          <w:rFonts w:ascii="Gentium Plus" w:hAnsi="Gentium Plus"/>
          <w:sz w:val="24"/>
        </w:rPr>
        <w:t>διπλασιασμὸν τετύκω καὶ τιτύσκω. τὸ δὲ τιτύ‐ σκω, εἰ μὲν σημαίνει τὸ βλέπω, γίνεται ἀπὸ τοῦ θεῶ, θεάσω, καὶ συγκοπῇ θῶ καὶ τῶ, κατὰ παραγωγὴν τύω, ὁ μέλλων τύσω, καὶ πλεονα‐ σμῷ τοῦ κ τύσκω, καὶ μετάγεται εἰς ἐνεστῶτα</w:t>
      </w:r>
    </w:p>
    <w:p>
      <w:r>
        <w:rPr>
          <w:rFonts w:ascii="Courier New" w:hAnsi="Courier New"/>
          <w:color w:val="555555"/>
          <w:sz w:val="20"/>
        </w:rPr>
        <w:t>[10]</w:t>
      </w:r>
    </w:p>
    <w:p>
      <w:r>
        <w:rPr>
          <w:rFonts w:ascii="Gentium Plus" w:hAnsi="Gentium Plus"/>
          <w:sz w:val="24"/>
        </w:rPr>
        <w:t>διὰ τὸ μηδέποτε εὑρίσκεσθαι βαρύτονον μέλ‐ λοντα εἰς κ λήγειν, καὶ κατὰ ἀναδιπλασιασμὸν τιτύσκω. τὸ δὲ σημαίνω. παρὰ τὸ σκευάζω ἀπὸ τοῦ τεύχω.] Τίω. τιμῶ. ἐξ οὗ καὶ τιμή. τίω, τὸ τιμωρῶ. καὶ</w:t>
      </w:r>
    </w:p>
    <w:p>
      <w:r>
        <w:rPr>
          <w:rFonts w:ascii="Courier New" w:hAnsi="Courier New"/>
          <w:color w:val="555555"/>
          <w:sz w:val="20"/>
        </w:rPr>
        <w:t>[15]</w:t>
      </w:r>
    </w:p>
    <w:p>
      <w:r>
        <w:rPr>
          <w:rFonts w:ascii="Gentium Plus" w:hAnsi="Gentium Plus"/>
          <w:sz w:val="24"/>
        </w:rPr>
        <w:t>ἐξ οὗ καὶ τιμωρία. τίω, τὸ ἀνταποδίδωμι. ἐξ οὗ καὶ τό· δανείζεται ὁ ἁμαρτωλὸς καὶ οὐκ ἀποτίσει. Τί μήν. κατάφασιν δηλοῖ. ἀντὶ τοῦ, πῶς γὰρ οὔ; διατί γὰρ οὔ;</w:t>
      </w:r>
    </w:p>
    <w:p>
      <w:pPr>
        <w:jc w:val="center"/>
      </w:pPr>
      <w:r>
        <w:rPr>
          <w:rFonts w:ascii="Gentium Plus" w:hAnsi="Gentium Plus"/>
          <w:b/>
          <w:sz w:val="24"/>
        </w:rPr>
        <w:t>Τὸ Τ μετὰ τοῦ Λ.</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Τλήμων. καρτερικός. Τληπαθής. καρτερικὸς ἐν τοῖς πάθεσι. Τληπόλεμος. κύριον.</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Τλητή. ὑπομονητική. καὶ τλῆσις.</w:t>
      </w:r>
    </w:p>
    <w:p>
      <w:pPr>
        <w:jc w:val="center"/>
      </w:pPr>
      <w:r>
        <w:rPr>
          <w:rFonts w:ascii="Gentium Plus" w:hAnsi="Gentium Plus"/>
          <w:b/>
          <w:sz w:val="24"/>
        </w:rPr>
        <w:t>(Ῥῆμα.)</w:t>
      </w:r>
    </w:p>
    <w:p>
      <w:r>
        <w:rPr>
          <w:rFonts w:ascii="Courier New" w:hAnsi="Courier New"/>
          <w:color w:val="555555"/>
          <w:sz w:val="20"/>
        </w:rPr>
        <w:t>[28]</w:t>
      </w:r>
    </w:p>
    <w:p>
      <w:r>
        <w:rPr>
          <w:rFonts w:ascii="Gentium Plus" w:hAnsi="Gentium Plus"/>
          <w:sz w:val="24"/>
        </w:rPr>
        <w:t>Τληπαθεῖν. ταλαιπωρεῖν. Τλῆσαι. καρτερῆσαι.</w:t>
      </w:r>
    </w:p>
    <w:p>
      <w:r>
        <w:rPr>
          <w:rFonts w:ascii="Courier New" w:hAnsi="Courier New"/>
          <w:color w:val="555555"/>
          <w:sz w:val="20"/>
        </w:rPr>
        <w:t>[30]</w:t>
      </w:r>
    </w:p>
    <w:p>
      <w:r>
        <w:rPr>
          <w:rFonts w:ascii="Gentium Plus" w:hAnsi="Gentium Plus"/>
          <w:sz w:val="24"/>
        </w:rPr>
        <w:t>Τλῆθι. καρτέρησον. Τλημονεῖν. καρτερεῖν.</w:t>
      </w:r>
    </w:p>
    <w:p>
      <w:pPr>
        <w:jc w:val="center"/>
      </w:pPr>
      <w:r>
        <w:rPr>
          <w:rFonts w:ascii="Gentium Plus" w:hAnsi="Gentium Plus"/>
          <w:b/>
          <w:sz w:val="24"/>
        </w:rPr>
        <w:t>Τὸ Τ μετὰ τοῦ Μ.</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Τμήδας καὶ Τμῶλος. κύριον.</w:t>
      </w:r>
    </w:p>
    <w:p>
      <w:pPr>
        <w:jc w:val="center"/>
      </w:pPr>
      <w:r>
        <w:rPr>
          <w:rFonts w:ascii="Gentium Plus" w:hAnsi="Gentium Plus"/>
          <w:b/>
          <w:sz w:val="24"/>
        </w:rPr>
        <w:t>(Θηλυκόν.)</w:t>
      </w:r>
    </w:p>
    <w:p>
      <w:r>
        <w:rPr>
          <w:rFonts w:ascii="Courier New" w:hAnsi="Courier New"/>
          <w:color w:val="555555"/>
          <w:sz w:val="20"/>
        </w:rPr>
        <w:t>[5]</w:t>
      </w:r>
    </w:p>
    <w:p>
      <w:r>
        <w:rPr>
          <w:rFonts w:ascii="Gentium Plus" w:hAnsi="Gentium Plus"/>
          <w:sz w:val="24"/>
        </w:rPr>
        <w:t>Τμῆσις. ἡ διαίρεσις.</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Τμητά. τὰ δυνάμενα διαιρεῖσθαι κατὰ πλάτος.</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Τμάγειν. ἐκ τοῦ τμήγω, τὸ χωρίζω.</w:t>
      </w:r>
    </w:p>
    <w:p>
      <w:r>
        <w:rPr>
          <w:rFonts w:ascii="Courier New" w:hAnsi="Courier New"/>
          <w:color w:val="555555"/>
          <w:sz w:val="20"/>
        </w:rPr>
        <w:t>[10]</w:t>
      </w:r>
    </w:p>
    <w:p>
      <w:r>
        <w:rPr>
          <w:rFonts w:ascii="Gentium Plus" w:hAnsi="Gentium Plus"/>
          <w:sz w:val="24"/>
        </w:rPr>
        <w:t>Τμώμενος. τεμνόμενος.</w:t>
      </w:r>
    </w:p>
    <w:p>
      <w:pPr>
        <w:jc w:val="center"/>
      </w:pPr>
      <w:r>
        <w:rPr>
          <w:rFonts w:ascii="Gentium Plus" w:hAnsi="Gentium Plus"/>
          <w:b/>
          <w:sz w:val="24"/>
        </w:rPr>
        <w:t>(Ἐπίῤῥημα.)</w:t>
      </w:r>
    </w:p>
    <w:p>
      <w:r>
        <w:rPr>
          <w:rFonts w:ascii="Courier New" w:hAnsi="Courier New"/>
          <w:color w:val="555555"/>
          <w:sz w:val="20"/>
        </w:rPr>
        <w:t>[12]</w:t>
      </w:r>
    </w:p>
    <w:p>
      <w:r>
        <w:rPr>
          <w:rFonts w:ascii="Gentium Plus" w:hAnsi="Gentium Plus"/>
          <w:sz w:val="24"/>
        </w:rPr>
        <w:t>Τμήδην. ἀντὶ τοῦ τμητικῶς.</w:t>
      </w:r>
    </w:p>
    <w:p>
      <w:pPr>
        <w:jc w:val="center"/>
      </w:pPr>
      <w:r>
        <w:rPr>
          <w:rFonts w:ascii="Gentium Plus" w:hAnsi="Gentium Plus"/>
          <w:b/>
          <w:sz w:val="24"/>
        </w:rPr>
        <w:t>Τὸ Τ μετὰ τοῦ Ο.</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Τοῖος. τοιοῦτος. Τοῖο. τοιούτου καὶ τούτου. Τοιχωρύχος. ὁ κλέπτης ὁ ὀρύσσων τὸν τοῖχον. τοιχορύκτης δὲ, μικρόν. Τοῖχος. ἀπὸ τοῦ στείχω. θέλει εἶναι στοῖχος,</w:t>
      </w:r>
    </w:p>
    <w:p>
      <w:r>
        <w:rPr>
          <w:rFonts w:ascii="Courier New" w:hAnsi="Courier New"/>
          <w:color w:val="555555"/>
          <w:sz w:val="20"/>
        </w:rPr>
        <w:t>[20]</w:t>
      </w:r>
    </w:p>
    <w:p>
      <w:r>
        <w:rPr>
          <w:rFonts w:ascii="Gentium Plus" w:hAnsi="Gentium Plus"/>
          <w:sz w:val="24"/>
        </w:rPr>
        <w:t>καὶ ἀποβολῇ τοῦ ς τοῖχος. Τοκήων. γονέων. καὶ τοκέων. ἡ εὐθεῖα ὁ το‐ κεύς. Τολερῖνοι καὶ Τολιστήβογοι. ἐθνικά. Τολμητίας. ὁ θρασὺς, ὁ τολμηρός.</w:t>
      </w:r>
    </w:p>
    <w:p>
      <w:r>
        <w:rPr>
          <w:rFonts w:ascii="Courier New" w:hAnsi="Courier New"/>
          <w:color w:val="555555"/>
          <w:sz w:val="20"/>
        </w:rPr>
        <w:t>[25]</w:t>
      </w:r>
    </w:p>
    <w:p>
      <w:r>
        <w:rPr>
          <w:rFonts w:ascii="Gentium Plus" w:hAnsi="Gentium Plus"/>
          <w:sz w:val="24"/>
        </w:rPr>
        <w:t>Τολμήεις. ὁ καρτερικός. Τοναῖος. ἰσχυρός. καὶ ὁ δρόμος τοναῖος ἦν. Τόνος. ἡ δύναμις. ἢ τόνος ἐστὶν ἀπήχησις φω‐ νῆς ἐναρμονίου. ἢ κατὰ ἀνάτασιν ἐν τῇ ὀξείᾳ, ἢ κατὰ ὁμαλισμὸν ἐν τῇ βαρείᾳ, ἢ κατὰ περί‐</w:t>
      </w:r>
    </w:p>
    <w:p>
      <w:r>
        <w:rPr>
          <w:rFonts w:ascii="Courier New" w:hAnsi="Courier New"/>
          <w:color w:val="555555"/>
          <w:sz w:val="20"/>
        </w:rPr>
        <w:t>[30]</w:t>
      </w:r>
    </w:p>
    <w:p>
      <w:r>
        <w:rPr>
          <w:rFonts w:ascii="Gentium Plus" w:hAnsi="Gentium Plus"/>
          <w:sz w:val="24"/>
        </w:rPr>
        <w:t>στασιν ἐν τῇ περισπωμένῃ. τόνοι δὲ εἰσὶ τρεῖς, ὀξὺς, βαρὺς, περισπώμενος. κυρίως δὲ δύο, ἡ</w:t>
      </w:r>
    </w:p>
    <w:p>
      <w:r>
        <w:rPr>
          <w:rFonts w:ascii="Courier New" w:hAnsi="Courier New"/>
          <w:color w:val="555555"/>
          <w:sz w:val="20"/>
        </w:rPr>
        <w:t>[tau 1737]</w:t>
      </w:r>
    </w:p>
    <w:p>
      <w:r>
        <w:rPr>
          <w:rFonts w:ascii="Gentium Plus" w:hAnsi="Gentium Plus"/>
          <w:sz w:val="24"/>
        </w:rPr>
        <w:t>λαβικῶς τόνος ἐστὶ καὶ οὐ κυρίως. ἁπλοῖ δὲ τό‐ νοι ἡ ὀξεῖα καὶ ἡ βαρεῖα· σύνθετος δὲ, ἡ πε‐ ρισπωμένη· συντίθεται δὲ ἐξ ὀξείας καὶ βα‐ ρείας. τόνοι δὲ λέγονται, διότι πρὸς αὐτοὺς τεί‐</w:t>
      </w:r>
    </w:p>
    <w:p>
      <w:r>
        <w:rPr>
          <w:rFonts w:ascii="Courier New" w:hAnsi="Courier New"/>
          <w:color w:val="555555"/>
          <w:sz w:val="20"/>
        </w:rPr>
        <w:t>[5]</w:t>
      </w:r>
    </w:p>
    <w:p>
      <w:r>
        <w:rPr>
          <w:rFonts w:ascii="Gentium Plus" w:hAnsi="Gentium Plus"/>
          <w:sz w:val="24"/>
        </w:rPr>
        <w:t>νομεν τὰς φωνὰς, καὶ τὴν φωνὴν εὐρυτέραν ποι‐ οῦμεν. ἢ παρὰ τὸ τείνω, τὸ τανύω. ἢ τόνος ἐστὶν ἐπίτασις ἢ ἄνεσις· ἢ μεσότης συλλαβῶν εὐφωνίαν ἔχουσα. Τομίας. ὁ εὐνοῦχος.</w:t>
      </w:r>
    </w:p>
    <w:p>
      <w:r>
        <w:rPr>
          <w:rFonts w:ascii="Courier New" w:hAnsi="Courier New"/>
          <w:color w:val="555555"/>
          <w:sz w:val="20"/>
        </w:rPr>
        <w:t>[10]</w:t>
      </w:r>
    </w:p>
    <w:p>
      <w:r>
        <w:rPr>
          <w:rFonts w:ascii="Gentium Plus" w:hAnsi="Gentium Plus"/>
          <w:sz w:val="24"/>
        </w:rPr>
        <w:t>Τομεύς. ὁ κόπτων. Τοξότης. Τόρνος. ξύλον στρογγύλον. παρὰ τὸ τείρω, τορῶ, καὶ τόρνος. Τοῦ. σημαίνει ἡ λέξις, τίνος ἕνεκα. τάσσεται δὲ</w:t>
      </w:r>
    </w:p>
    <w:p>
      <w:r>
        <w:rPr>
          <w:rFonts w:ascii="Courier New" w:hAnsi="Courier New"/>
          <w:color w:val="555555"/>
          <w:sz w:val="20"/>
        </w:rPr>
        <w:t>[15]</w:t>
      </w:r>
    </w:p>
    <w:p>
      <w:r>
        <w:rPr>
          <w:rFonts w:ascii="Gentium Plus" w:hAnsi="Gentium Plus"/>
          <w:sz w:val="24"/>
        </w:rPr>
        <w:t>ἐπὶ ἀρσενικοῦ καὶ θηλυκοῦ καὶ οὐδετέρου. Τόπος γνώσεως ἐστὶ νοῦς· καὶ νοῦ τόπος γνῶσις θεοῦ.</w:t>
      </w:r>
    </w:p>
    <w:p>
      <w:pPr>
        <w:jc w:val="center"/>
      </w:pPr>
      <w:r>
        <w:rPr>
          <w:rFonts w:ascii="Gentium Plus" w:hAnsi="Gentium Plus"/>
          <w:b/>
          <w:sz w:val="24"/>
        </w:rPr>
        <w:t>(Θηλυκόν.)</w:t>
      </w:r>
    </w:p>
    <w:p>
      <w:r>
        <w:rPr>
          <w:rFonts w:ascii="Courier New" w:hAnsi="Courier New"/>
          <w:color w:val="555555"/>
          <w:sz w:val="20"/>
        </w:rPr>
        <w:t>[19]</w:t>
      </w:r>
    </w:p>
    <w:p>
      <w:r>
        <w:rPr>
          <w:rFonts w:ascii="Gentium Plus" w:hAnsi="Gentium Plus"/>
          <w:sz w:val="24"/>
        </w:rPr>
        <w:t>Τοιᾶσδε. τοιαύτης.</w:t>
      </w:r>
    </w:p>
    <w:p>
      <w:r>
        <w:rPr>
          <w:rFonts w:ascii="Courier New" w:hAnsi="Courier New"/>
          <w:color w:val="555555"/>
          <w:sz w:val="20"/>
        </w:rPr>
        <w:t>[20]</w:t>
      </w:r>
    </w:p>
    <w:p>
      <w:r>
        <w:rPr>
          <w:rFonts w:ascii="Gentium Plus" w:hAnsi="Gentium Plus"/>
          <w:sz w:val="24"/>
        </w:rPr>
        <w:t>Τοκάς. ἡ γεννῶσα. Τολύπη. εἶδος βοτάνης. ἢ ἐργασία, μηχανή. ἢ ἄμπελος ἀγρία καὶ βοτάνη δηλητήριος. Τορώνη. πόλις.</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Τό. ποιητικὴν σχέσιν σημαίνει.</w:t>
      </w:r>
    </w:p>
    <w:p>
      <w:r>
        <w:rPr>
          <w:rFonts w:ascii="Courier New" w:hAnsi="Courier New"/>
          <w:color w:val="555555"/>
          <w:sz w:val="20"/>
        </w:rPr>
        <w:t>[tau 1738]</w:t>
      </w:r>
    </w:p>
    <w:p>
      <w:r>
        <w:rPr>
          <w:rFonts w:ascii="Gentium Plus" w:hAnsi="Gentium Plus"/>
          <w:sz w:val="24"/>
        </w:rPr>
        <w:t>καὶ ἔστι αἰτιατικὴ πτῶσις ἰσοδυναμοῦσα τῇ εἰς προθέσει. Τόδε μοι. ἀντὶ τοῦ τοῦτο δή. Τοδί. τοῦτο.</w:t>
      </w:r>
    </w:p>
    <w:p>
      <w:r>
        <w:rPr>
          <w:rFonts w:ascii="Courier New" w:hAnsi="Courier New"/>
          <w:color w:val="555555"/>
          <w:sz w:val="20"/>
        </w:rPr>
        <w:t>[5]</w:t>
      </w:r>
    </w:p>
    <w:p>
      <w:r>
        <w:rPr>
          <w:rFonts w:ascii="Gentium Plus" w:hAnsi="Gentium Plus"/>
          <w:sz w:val="24"/>
        </w:rPr>
        <w:t>Τολύπευμα. τὸ κατασκευαστὸν καὶ πεφιλοτιμη‐ μένον ἔριον. Τοπεῖον. σχοινίον τὸ δεσμεῦον τοὺς ἄνδρας. *Τὸ ἄντικρυς. οὐ μόνον ἐπὶ τοῦ ἐναντίου, ἀλ‐ λὰ καὶ ἐπὶ τοῦ σαφοῦς. καὶ ἡ ἀσπὶς οὐ μόνον</w:t>
      </w:r>
    </w:p>
    <w:p>
      <w:r>
        <w:rPr>
          <w:rFonts w:ascii="Courier New" w:hAnsi="Courier New"/>
          <w:color w:val="555555"/>
          <w:sz w:val="20"/>
        </w:rPr>
        <w:t>[10]</w:t>
      </w:r>
    </w:p>
    <w:p>
      <w:r>
        <w:rPr>
          <w:rFonts w:ascii="Gentium Plus" w:hAnsi="Gentium Plus"/>
          <w:sz w:val="24"/>
        </w:rPr>
        <w:t>ἐπὶ τοῦ ὄφεως, ἀλλὰ καὶ ἐπὶ τοῦ ὅπλου, ὅ ἐστι σκουτάριον.* Τοπάζιον. λίθος διαυγέστατος καὶ ὑποχλωρίζων, ἐν Τοπάζῳ, πόλει Ἰνδικῇ, εὑρισκόμενος· ὃς τριβόμενος ἐν ἰατρικῇ ἀκόνῃ οὐκ ἐρυθρὸν ἀπο‐</w:t>
      </w:r>
    </w:p>
    <w:p>
      <w:r>
        <w:rPr>
          <w:rFonts w:ascii="Courier New" w:hAnsi="Courier New"/>
          <w:color w:val="555555"/>
          <w:sz w:val="20"/>
        </w:rPr>
        <w:t>[15]</w:t>
      </w:r>
    </w:p>
    <w:p>
      <w:r>
        <w:rPr>
          <w:rFonts w:ascii="Gentium Plus" w:hAnsi="Gentium Plus"/>
          <w:sz w:val="24"/>
        </w:rPr>
        <w:t>δίδωσι κατὰ τὸ χρῶμα χυμὸν, ἀλλὰ γαλακτώ‐ δη· ἐμπίπλησι δὲ κρατῆρας, ὅσους ἂν ἐθέλῃ ὁ ὑποτρίβων, καὶ οὔτε τῷ σταθμῷ, οὔτε τῇ πε‐ ριφερείᾳ ἐλαττοῦται, ὃ καὶ παράδοξον. Τοὔλαιον. τὸ ἔλαιον.</w:t>
      </w:r>
    </w:p>
    <w:p>
      <w:r>
        <w:rPr>
          <w:rFonts w:ascii="Courier New" w:hAnsi="Courier New"/>
          <w:color w:val="555555"/>
          <w:sz w:val="20"/>
        </w:rPr>
        <w:t>[20]</w:t>
      </w:r>
    </w:p>
    <w:p>
      <w:r>
        <w:rPr>
          <w:rFonts w:ascii="Gentium Plus" w:hAnsi="Gentium Plus"/>
          <w:sz w:val="24"/>
        </w:rPr>
        <w:t>†Τό. ποιητικὴν σχέσιν σημαίνει. τόδ’ ἱκάνω. καὶ ἔστιν αἰτιατικὴ πτῶσις ἰσοδυναμοῦσα τῇ εἰς προθέσει.† Τὸ λοιπόν. ἀντὶ τοῦ ἐπίλοιπον. καὶ παρὰ τῷ Ἀποστόλῳ τὸ λοιπὸν ἀντὶ τοῦ ἀποχρώντως·</w:t>
      </w:r>
    </w:p>
    <w:p>
      <w:r>
        <w:rPr>
          <w:rFonts w:ascii="Courier New" w:hAnsi="Courier New"/>
          <w:color w:val="555555"/>
          <w:sz w:val="20"/>
        </w:rPr>
        <w:t>[25]</w:t>
      </w:r>
    </w:p>
    <w:p>
      <w:r>
        <w:rPr>
          <w:rFonts w:ascii="Gentium Plus" w:hAnsi="Gentium Plus"/>
          <w:sz w:val="24"/>
        </w:rPr>
        <w:t>τὸ λοιπὸν οὖν, ἀδελφοὶ, ἐρωτῶμεν ὑμᾶς καὶ</w:t>
      </w:r>
    </w:p>
    <w:p>
      <w:r>
        <w:rPr>
          <w:rFonts w:ascii="Courier New" w:hAnsi="Courier New"/>
          <w:color w:val="555555"/>
          <w:sz w:val="20"/>
        </w:rPr>
        <w:t>[tau 1739]</w:t>
      </w:r>
    </w:p>
    <w:p>
      <w:r>
        <w:rPr>
          <w:rFonts w:ascii="Gentium Plus" w:hAnsi="Gentium Plus"/>
          <w:sz w:val="24"/>
        </w:rPr>
        <w:t>παρακαλοῦμεν ἐν κυρίῳ Ἰησοῦ. τὸ ἐρωτῶμεν ἀντὶ τοῦ παρακαλοῦμεν. Τονόω, τονῶ. τὸ ἐνδυναμῶ. Τονθορύζω. ὑπόπτως λαλῶ. ὑποψιθυρίζω, ἠρέ‐</w:t>
      </w:r>
    </w:p>
    <w:p>
      <w:r>
        <w:rPr>
          <w:rFonts w:ascii="Courier New" w:hAnsi="Courier New"/>
          <w:color w:val="555555"/>
          <w:sz w:val="20"/>
        </w:rPr>
        <w:t>[5]</w:t>
      </w:r>
    </w:p>
    <w:p>
      <w:r>
        <w:rPr>
          <w:rFonts w:ascii="Gentium Plus" w:hAnsi="Gentium Plus"/>
          <w:sz w:val="24"/>
        </w:rPr>
        <w:t>μα γογγύζω. παρὰ τὸ θροῦς, ὁ θόρυβος, γί‐ νεται θροΰζω, καὶ ἐν ὑπερθέσει θορύζω, καὶ κατὰ ἀναδιπλασιασμὸν θονθορύζω καὶ τονθο‐ ρύζω. Τολυπεύειν. κατεργάζεσθαι.</w:t>
      </w:r>
    </w:p>
    <w:p>
      <w:r>
        <w:rPr>
          <w:rFonts w:ascii="Courier New" w:hAnsi="Courier New"/>
          <w:color w:val="555555"/>
          <w:sz w:val="20"/>
        </w:rPr>
        <w:t>[10]</w:t>
      </w:r>
    </w:p>
    <w:p>
      <w:r>
        <w:rPr>
          <w:rFonts w:ascii="Gentium Plus" w:hAnsi="Gentium Plus"/>
          <w:sz w:val="24"/>
        </w:rPr>
        <w:t>Τοξοποιεῖν. ἀντὶ τοῦ τὰς ὀφρῦς σκυθρωπάζειν. Τοπῶ. τὸ ὑπονοῶ. καὶ τοπάζω. καὶ τοπαστέον, ὑπονοητέον. Τορεύει. γλύφει, τορνεύει. καὶ τορῶ, τὸ τρυπῶ.</w:t>
      </w:r>
    </w:p>
    <w:p>
      <w:pPr>
        <w:jc w:val="center"/>
      </w:pPr>
      <w:r>
        <w:rPr>
          <w:rFonts w:ascii="Gentium Plus" w:hAnsi="Gentium Plus"/>
          <w:b/>
          <w:sz w:val="24"/>
        </w:rPr>
        <w:t>(Ἐπίῤῥημα.)</w:t>
      </w:r>
    </w:p>
    <w:p>
      <w:r>
        <w:rPr>
          <w:rFonts w:ascii="Courier New" w:hAnsi="Courier New"/>
          <w:color w:val="555555"/>
          <w:sz w:val="20"/>
        </w:rPr>
        <w:t>[15]</w:t>
      </w:r>
    </w:p>
    <w:p>
      <w:r>
        <w:rPr>
          <w:rFonts w:ascii="Gentium Plus" w:hAnsi="Gentium Plus"/>
          <w:sz w:val="24"/>
        </w:rPr>
        <w:t>Τοι. σύνδεσμος παραπληρωματικὸς, κόσμου ἕνεκεν παραλαμβανόμενος. Τοιγαροῦν. διὰ τοῦτο. Τοιγάρτι. τούτου γὰρ ἕνεκεν. ἢ τούτου χάριν. Τοίνυν. διὰ τοῦτο.</w:t>
      </w:r>
    </w:p>
    <w:p>
      <w:r>
        <w:rPr>
          <w:rFonts w:ascii="Courier New" w:hAnsi="Courier New"/>
          <w:color w:val="555555"/>
          <w:sz w:val="20"/>
        </w:rPr>
        <w:t>[20]</w:t>
      </w:r>
    </w:p>
    <w:p>
      <w:r>
        <w:rPr>
          <w:rFonts w:ascii="Gentium Plus" w:hAnsi="Gentium Plus"/>
          <w:sz w:val="24"/>
        </w:rPr>
        <w:t>Τοὔμπαλιν. εἰς τοὐπίσω. παρὰ τὸ ἔμπαλιν κα‐ τὰ κρᾶσιν. Τοὐπίκλην. .... Τόφρα. τηνικαῦτα. ἐπὶ τοσοῦτον. ἀνταποδοτικὸν ἐπίῤῥημα.</w:t>
      </w:r>
    </w:p>
    <w:p>
      <w:r>
        <w:rPr>
          <w:rFonts w:ascii="Courier New" w:hAnsi="Courier New"/>
          <w:color w:val="555555"/>
          <w:sz w:val="20"/>
        </w:rPr>
        <w:t>[25]</w:t>
      </w:r>
    </w:p>
    <w:p>
      <w:r>
        <w:rPr>
          <w:rFonts w:ascii="Gentium Plus" w:hAnsi="Gentium Plus"/>
          <w:sz w:val="24"/>
        </w:rPr>
        <w:t>Τοτέ. ἀντὶ τοῦ ποτέ. Τουτί. τοιοῦτο. *Τουτοΐ. τουτονί. τὸ λοῦτρον τουτοῒ λοῦτρον ἄντικρυς ᾅδου καὶ τῶν βασιλείων τούτου ἐπά‐</w:t>
      </w:r>
    </w:p>
    <w:p>
      <w:pPr>
        <w:jc w:val="center"/>
      </w:pPr>
      <w:r>
        <w:rPr>
          <w:rFonts w:ascii="Gentium Plus" w:hAnsi="Gentium Plus"/>
          <w:b/>
          <w:sz w:val="24"/>
        </w:rPr>
        <w:t>Τὸ Τ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Τραπεζίτης. ὁ καταλλάκτης. τραπεζείτης δὲ κύων, ὁ τὰς ψιχίας ἐσθίων ὑποκάτω τῆς τρα‐</w:t>
      </w:r>
    </w:p>
    <w:p>
      <w:r>
        <w:rPr>
          <w:rFonts w:ascii="Courier New" w:hAnsi="Courier New"/>
          <w:color w:val="555555"/>
          <w:sz w:val="20"/>
        </w:rPr>
        <w:t>[5]</w:t>
      </w:r>
    </w:p>
    <w:p>
      <w:r>
        <w:rPr>
          <w:rFonts w:ascii="Gentium Plus" w:hAnsi="Gentium Plus"/>
          <w:sz w:val="24"/>
        </w:rPr>
        <w:t>πέζης, δίφθογγον. Τράχηλος. παρὰ τὴν τραχύτητα· ὀστώδης γάρ ἐστιν. ἢ παρὰ τὸ δι’ αὐτοῦ χέειν τὸν χιλὸν, ὅ ἐστι τὴν τροφήν. Τραυλός. παρὰ τὸ θραύω. ἢ παρὰ τὸ ἀγείρω</w:t>
      </w:r>
    </w:p>
    <w:p>
      <w:r>
        <w:rPr>
          <w:rFonts w:ascii="Courier New" w:hAnsi="Courier New"/>
          <w:color w:val="555555"/>
          <w:sz w:val="20"/>
        </w:rPr>
        <w:t>[10]</w:t>
      </w:r>
    </w:p>
    <w:p>
      <w:r>
        <w:rPr>
          <w:rFonts w:ascii="Gentium Plus" w:hAnsi="Gentium Plus"/>
          <w:sz w:val="24"/>
        </w:rPr>
        <w:t>καὶ τὸ αὐλός. ὁ παρατεθραυσμένος καὶ κατα‐ πεπονημένος τὴν φωνήν. †Τρέχνος. στέλεχος· κλάδος· φυτόν· βλά‐ στημα.† †Τρήνικος. ὄνομα ποταμοῦ.†</w:t>
      </w:r>
    </w:p>
    <w:p>
      <w:r>
        <w:rPr>
          <w:rFonts w:ascii="Courier New" w:hAnsi="Courier New"/>
          <w:color w:val="555555"/>
          <w:sz w:val="20"/>
        </w:rPr>
        <w:t>[15]</w:t>
      </w:r>
    </w:p>
    <w:p>
      <w:r>
        <w:rPr>
          <w:rFonts w:ascii="Gentium Plus" w:hAnsi="Gentium Plus"/>
          <w:sz w:val="24"/>
        </w:rPr>
        <w:t>†Τριέσπερος Ἡρακλῆς. διὰ τὸ τριπλασιάσαι τὴν νύκτα μισγόμενον τῇ αὐτοῦ μητρὶ Ἀλκμή‐ νῃ τὸν Δία, οὐκ ἐπιθυμίας, ἀλλὰ παιδοποιΐας ἕνεκα.† Τρίποδα. λέβητα ἐν Δελφοῖς ἐπὶ τρίποδος κεί‐</w:t>
      </w:r>
    </w:p>
    <w:p>
      <w:r>
        <w:rPr>
          <w:rFonts w:ascii="Courier New" w:hAnsi="Courier New"/>
          <w:color w:val="555555"/>
          <w:sz w:val="20"/>
        </w:rPr>
        <w:t>[20]</w:t>
      </w:r>
    </w:p>
    <w:p>
      <w:r>
        <w:rPr>
          <w:rFonts w:ascii="Gentium Plus" w:hAnsi="Gentium Plus"/>
          <w:sz w:val="24"/>
        </w:rPr>
        <w:t>μενον, ἐν ᾧ ἐμαντεύετο ὁ Ἀπόλλων. Τρίβωνες. τὰ περιβλήματα· τινὰ ἐρυθρὰ, φοι‐ νικὰ καὶ φαία. τὰ μὲν ἐρυθρὰ καὶ φοινικὰ ἦσαν τῶν ῥητόρων, τὰ δὲ φαιὰ τῶν φιλοσόφων. καὶ τριβώνιον ἔνδυμα φιλοσόφου ἔχον σημεῖα,</w:t>
      </w:r>
    </w:p>
    <w:p>
      <w:r>
        <w:rPr>
          <w:rFonts w:ascii="Courier New" w:hAnsi="Courier New"/>
          <w:color w:val="555555"/>
          <w:sz w:val="20"/>
        </w:rPr>
        <w:t>[25]</w:t>
      </w:r>
    </w:p>
    <w:p>
      <w:r>
        <w:rPr>
          <w:rFonts w:ascii="Gentium Plus" w:hAnsi="Gentium Plus"/>
          <w:sz w:val="24"/>
        </w:rPr>
        <w:t>ὡς γράμματα †ἐπίσημα· ὡς τοῖς πολιτευομέ‐ νοις τὸ νῦν σκαραμάγγιον.† *Τριήναρχος. ὁ τῶν πολεμικῶν πλοίων ἄρ‐ χων.*</w:t>
      </w:r>
    </w:p>
    <w:p>
      <w:r>
        <w:rPr>
          <w:rFonts w:ascii="Courier New" w:hAnsi="Courier New"/>
          <w:color w:val="555555"/>
          <w:sz w:val="20"/>
        </w:rPr>
        <w:t>[tau 1741]</w:t>
      </w:r>
    </w:p>
    <w:p>
      <w:r>
        <w:rPr>
          <w:rFonts w:ascii="Gentium Plus" w:hAnsi="Gentium Plus"/>
          <w:sz w:val="24"/>
        </w:rPr>
        <w:t>Τριγλώχινι. τρεῖς ἀκίδας ἔχοντι, τριγώνῳ. Τριβωλιμαῖος. ὁ πανοῦργος. ἢ ὁ κατατετριμ‐ μένος καὶ ἔμπειρος τῶν κακῶν. τριοβολιμαῖος δὲ, ὁ τριῶν ὀβολῶν ἄξιος.</w:t>
      </w:r>
    </w:p>
    <w:p>
      <w:r>
        <w:rPr>
          <w:rFonts w:ascii="Courier New" w:hAnsi="Courier New"/>
          <w:color w:val="555555"/>
          <w:sz w:val="20"/>
        </w:rPr>
        <w:t>[5]</w:t>
      </w:r>
    </w:p>
    <w:p>
      <w:r>
        <w:rPr>
          <w:rFonts w:ascii="Gentium Plus" w:hAnsi="Gentium Plus"/>
          <w:sz w:val="24"/>
        </w:rPr>
        <w:t>Τριακονταετὴς, καὶ τριακονταέτης. καὶ ἐπὶ μὲν τοῦ καιροῦ καὶ τοῦ χρόνου βαρύνεται, ὅ ἐστι τριακονταέτης· ἐπὶ δὲ τοῦ μετέχοντος τοῦ χρό‐ νου ὀξύνεται, τριακονταετής. καὶ πενταετὲς παιδίον λέγομεν, καὶ πενταετὴς ἄνθρωπος. ἐπὶ</w:t>
      </w:r>
    </w:p>
    <w:p>
      <w:r>
        <w:rPr>
          <w:rFonts w:ascii="Courier New" w:hAnsi="Courier New"/>
          <w:color w:val="555555"/>
          <w:sz w:val="20"/>
        </w:rPr>
        <w:t>[10]</w:t>
      </w:r>
    </w:p>
    <w:p>
      <w:r>
        <w:rPr>
          <w:rFonts w:ascii="Gentium Plus" w:hAnsi="Gentium Plus"/>
          <w:sz w:val="24"/>
        </w:rPr>
        <w:t>δὲ τοῦ χρόνου· οὐδ’ εἰ πεντάετές γε καὶ ἑξάετες—. Τρόπος. τὸ ἦθος. καὶ ὁ τροπωτήρ. παρὰ τὸ τρέ‐ πειν τὰς κώπας. Τροπωτῆρες. ἱμάντες ἐν τοῖς πλοίοις, ἐν οἷς αἱ</w:t>
      </w:r>
    </w:p>
    <w:p>
      <w:r>
        <w:rPr>
          <w:rFonts w:ascii="Courier New" w:hAnsi="Courier New"/>
          <w:color w:val="555555"/>
          <w:sz w:val="20"/>
        </w:rPr>
        <w:t>[15]</w:t>
      </w:r>
    </w:p>
    <w:p>
      <w:r>
        <w:rPr>
          <w:rFonts w:ascii="Gentium Plus" w:hAnsi="Gentium Plus"/>
          <w:sz w:val="24"/>
        </w:rPr>
        <w:t>κῶπαι περὶ τοὺς σκαλμοὺς περιδέονται. †Τρόφις. ὁ ἀδελφός.† Τροχός. παρὰ τὸ τρέχειν τροχός. ὡς παρὰ τὸ δραμεῖν δρόμος. λέγεται δὲ καὶ ὁ τροχὸς, δρόμος.</w:t>
      </w:r>
    </w:p>
    <w:p>
      <w:r>
        <w:rPr>
          <w:rFonts w:ascii="Courier New" w:hAnsi="Courier New"/>
          <w:color w:val="555555"/>
          <w:sz w:val="20"/>
        </w:rPr>
        <w:t>[20]</w:t>
      </w:r>
    </w:p>
    <w:p>
      <w:r>
        <w:rPr>
          <w:rFonts w:ascii="Gentium Plus" w:hAnsi="Gentium Plus"/>
          <w:sz w:val="24"/>
        </w:rPr>
        <w:t>Τροχαλόν. ἐπικαμπῆ. ἀπὸ μεταφορᾶς τοῦ τροχοῦ. ὡς ὀξὺν ἐν τῷ δρόμῳ. ἀναγκάζεται</w:t>
      </w:r>
    </w:p>
    <w:p>
      <w:r>
        <w:rPr>
          <w:rFonts w:ascii="Courier New" w:hAnsi="Courier New"/>
          <w:color w:val="555555"/>
          <w:sz w:val="20"/>
        </w:rPr>
        <w:t>[tau 1742]</w:t>
      </w:r>
    </w:p>
    <w:p>
      <w:r>
        <w:rPr>
          <w:rFonts w:ascii="Gentium Plus" w:hAnsi="Gentium Plus"/>
          <w:sz w:val="24"/>
        </w:rPr>
        <w:t>μὸν οἶκον. ἢ τροχαλὸς ὁ κυρτὸς καὶ ἐπικαμπής. Ἡσίοδος· —τροχαλὸν δὲ γέροντα τίθησι. Τρύγοιπος. ὁ διυλιστήρ.</w:t>
      </w:r>
    </w:p>
    <w:p>
      <w:r>
        <w:rPr>
          <w:rFonts w:ascii="Courier New" w:hAnsi="Courier New"/>
          <w:color w:val="555555"/>
          <w:sz w:val="20"/>
        </w:rPr>
        <w:t>[5]</w:t>
      </w:r>
    </w:p>
    <w:p>
      <w:r>
        <w:rPr>
          <w:rFonts w:ascii="Gentium Plus" w:hAnsi="Gentium Plus"/>
          <w:sz w:val="24"/>
        </w:rPr>
        <w:t>Τρωγλοδύται. οἱ εἰς πέτρας εἰσδυόμενοι. Τρώκτης. ἀπατεών. παρὰ τὸ τρώγω, τρώξω, τρώκτης. Τρῳούς. τοὺς Τρωϊκούς. ἔχει τὸ ι προσγεγραμ‐ μένον. ἔστι Τρὼς, ὁ Τρωϊκὸς, καὶ ἀποβολῇ τοῦ</w:t>
      </w:r>
    </w:p>
    <w:p>
      <w:r>
        <w:rPr>
          <w:rFonts w:ascii="Courier New" w:hAnsi="Courier New"/>
          <w:color w:val="555555"/>
          <w:sz w:val="20"/>
        </w:rPr>
        <w:t>[10]</w:t>
      </w:r>
    </w:p>
    <w:p>
      <w:r>
        <w:rPr>
          <w:rFonts w:ascii="Gentium Plus" w:hAnsi="Gentium Plus"/>
          <w:sz w:val="24"/>
        </w:rPr>
        <w:t>κ Τρωϊοὺς, τὸ πληθυντικὸν, καὶ κατὰ συναί‐ ρεσιν Τρῳούς. Τρίπους. καὶ ὁ γέρων. Ἡσίοδος· τότε δὲ τρίποδι βροτῷ ἶσοι.</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Τραγορίγανον. εἶδος βοτάνης, ἥνπερ οἱ ἐσθίον‐ τες πολλάκις γίνονται κατωφερεῖς. Νίκανδρος· Πολλάκις δ’ ἀγροτέρης τραγοριγάνου ἠδὲ γάλακτος. Τράμις. εἶδος ζώου.</w:t>
      </w:r>
    </w:p>
    <w:p>
      <w:r>
        <w:rPr>
          <w:rFonts w:ascii="Courier New" w:hAnsi="Courier New"/>
          <w:color w:val="555555"/>
          <w:sz w:val="20"/>
        </w:rPr>
        <w:t>[20]</w:t>
      </w:r>
    </w:p>
    <w:p>
      <w:r>
        <w:rPr>
          <w:rFonts w:ascii="Gentium Plus" w:hAnsi="Gentium Plus"/>
          <w:sz w:val="24"/>
        </w:rPr>
        <w:t>Τρασίαι. ὁ τόπος, ἔνθα τὰ σῦκα ξηραίνεται. παρὰ τὸ τερσαίνειν, τὸ ξηραίνειν. ὁ δὲ Σοφο‐</w:t>
      </w:r>
    </w:p>
    <w:p>
      <w:r>
        <w:rPr>
          <w:rFonts w:ascii="Courier New" w:hAnsi="Courier New"/>
          <w:color w:val="555555"/>
          <w:sz w:val="20"/>
        </w:rPr>
        <w:t>[tau 1743]</w:t>
      </w:r>
    </w:p>
    <w:p>
      <w:r>
        <w:rPr>
          <w:rFonts w:ascii="Gentium Plus" w:hAnsi="Gentium Plus"/>
          <w:sz w:val="24"/>
        </w:rPr>
        <w:t>θεικε τὴν λέξιν. Αἰλιανός· ἐν ταῖς τρασίαις κυλίειν φασὶ καὶ τῶν ἰσχάδων τὰς περιπαρεί‐ σας. Τράφηξ. ἡ ὑπόβλαστος βάσις. καὶ τὸ τῆς</w:t>
      </w:r>
    </w:p>
    <w:p>
      <w:r>
        <w:rPr>
          <w:rFonts w:ascii="Courier New" w:hAnsi="Courier New"/>
          <w:color w:val="555555"/>
          <w:sz w:val="20"/>
        </w:rPr>
        <w:t>[5]</w:t>
      </w:r>
    </w:p>
    <w:p>
      <w:r>
        <w:rPr>
          <w:rFonts w:ascii="Gentium Plus" w:hAnsi="Gentium Plus"/>
          <w:sz w:val="24"/>
        </w:rPr>
        <w:t>νεὼς χεῖλος, ἐφ’ ᾗ οἱ σκαλμοὶ τίθενται, καὶ τὸ ξύλον, ὅπου τιθέασι τὸν ἄρτον. ὡς παρὰ Λυκό‐ φρονι. Τράπεζα. κατὰ ἀποβολὴν τῆς τε συλλαβῆς· ἔστι γὰρ τετράπεζα, ἡ τέσσαρας πέζας ἔχουσα.</w:t>
      </w:r>
    </w:p>
    <w:p>
      <w:r>
        <w:rPr>
          <w:rFonts w:ascii="Courier New" w:hAnsi="Courier New"/>
          <w:color w:val="555555"/>
          <w:sz w:val="20"/>
        </w:rPr>
        <w:t>[10]</w:t>
      </w:r>
    </w:p>
    <w:p>
      <w:r>
        <w:rPr>
          <w:rFonts w:ascii="Gentium Plus" w:hAnsi="Gentium Plus"/>
          <w:sz w:val="24"/>
        </w:rPr>
        <w:t>πέζα γὰρ ὁ ποῦς. ὅτι καὶ αἱ τῶν παλαιῶν τρά‐ πεζαι τετράγωνοι ἦσαν. Τραγῳδία. ποίημα ἐπιτάφιον, ὅπερ ποιοῦντες οἱ παλαιοὶ τράγους ἀντὶ μισθοῦ ἐλάμβανον. δια‐ φέρει δὲ ἡ τραγῳδία τῆς κωμῳδίας, ὅτι ἡμῖν</w:t>
      </w:r>
    </w:p>
    <w:p>
      <w:r>
        <w:rPr>
          <w:rFonts w:ascii="Courier New" w:hAnsi="Courier New"/>
          <w:color w:val="555555"/>
          <w:sz w:val="20"/>
        </w:rPr>
        <w:t>[15]</w:t>
      </w:r>
    </w:p>
    <w:p>
      <w:r>
        <w:rPr>
          <w:rFonts w:ascii="Gentium Plus" w:hAnsi="Gentium Plus"/>
          <w:sz w:val="24"/>
        </w:rPr>
        <w:t>τραγῳδία λύει τὸν βίον, ἡ δὲ κωμῳδία συνίστησι. Τραφερά. ἡ ξηρὰ γῆ. ἡ πεπηγυῖα ὡς πρὸς τὴν θάλασσαν. τρέφω γὰρ τὸ πηγνύω. καὶ θρέξαι τὸ πῆξαι. Τριακάς. χωρίον ἔξω τῆς Κωνσταντινουπόλεως</w:t>
      </w:r>
    </w:p>
    <w:p>
      <w:r>
        <w:rPr>
          <w:rFonts w:ascii="Courier New" w:hAnsi="Courier New"/>
          <w:color w:val="555555"/>
          <w:sz w:val="20"/>
        </w:rPr>
        <w:t>[20]</w:t>
      </w:r>
    </w:p>
    <w:p>
      <w:r>
        <w:rPr>
          <w:rFonts w:ascii="Gentium Plus" w:hAnsi="Gentium Plus"/>
          <w:sz w:val="24"/>
        </w:rPr>
        <w:t>λεγόμενον αἱ τριακάδες. καὶ ἡ διὰ θανάτου</w:t>
      </w:r>
    </w:p>
    <w:p>
      <w:r>
        <w:rPr>
          <w:rFonts w:ascii="Courier New" w:hAnsi="Courier New"/>
          <w:color w:val="555555"/>
          <w:sz w:val="20"/>
        </w:rPr>
        <w:t>[tau 1744]</w:t>
      </w:r>
    </w:p>
    <w:p>
      <w:r>
        <w:rPr>
          <w:rFonts w:ascii="Gentium Plus" w:hAnsi="Gentium Plus"/>
          <w:sz w:val="24"/>
        </w:rPr>
        <w:t>Τριάς. κατὰ μὲν τὴν φυσικὴν ἀκολουθίαν μονά‐ δων σύνθεσις· κατὰ δὲ τὴν θεϊκὴν οὐσίαν ὑπερ‐ άριθμος ὕπαρξις. Τριμερής. ἡ ψυχὴ ἡ ἐν αὐτῷ προτυποῦσα τὴν</w:t>
      </w:r>
    </w:p>
    <w:p>
      <w:r>
        <w:rPr>
          <w:rFonts w:ascii="Courier New" w:hAnsi="Courier New"/>
          <w:color w:val="555555"/>
          <w:sz w:val="20"/>
        </w:rPr>
        <w:t>[5]</w:t>
      </w:r>
    </w:p>
    <w:p>
      <w:r>
        <w:rPr>
          <w:rFonts w:ascii="Gentium Plus" w:hAnsi="Gentium Plus"/>
          <w:sz w:val="24"/>
        </w:rPr>
        <w:t>τρισάγιον τριάδα, ὥσπερ ἐν σώματι τινὶ μέλ‐ λουσαν ἐν τῷ νεκρωθέντι κόσμῳ φανερωθῆναι, καὶ τούτων τὴν θεογνωσίαν ζωοποιῆσαι. τριμε‐ ρῆ δὲ λέγει τὴν ψυχὴν, ὥσπερ τινὰ στοιχεῖα νοερὰ ἔχουσαν τὰ ἑαυτῆς μέρη, δι’ ὧν καὶ συν‐</w:t>
      </w:r>
    </w:p>
    <w:p>
      <w:r>
        <w:rPr>
          <w:rFonts w:ascii="Courier New" w:hAnsi="Courier New"/>
          <w:color w:val="555555"/>
          <w:sz w:val="20"/>
        </w:rPr>
        <w:t>[10]</w:t>
      </w:r>
    </w:p>
    <w:p>
      <w:r>
        <w:rPr>
          <w:rFonts w:ascii="Gentium Plus" w:hAnsi="Gentium Plus"/>
          <w:sz w:val="24"/>
        </w:rPr>
        <w:t>ίσταται, τουτέστι τὸ λογικὸν, τὸ ἐπιθυμητι‐ κὸν καὶ θυμικόν· ὅπως διὰ μὲν τοῦ λογικοῦ λογίζεται τὴν ἀρετὴν, διὰ δὲ τοῦ ἐπιθυμητικοῦ ἀγαπᾷ τὸν θεὸν, διὰ δὲ τοῦ θυμικοῦ ὀργίζεται τοῖς δαίμοσιν †ἀνδριζομένη κατ’ αὐτῶν.† ὥσπερ</w:t>
      </w:r>
    </w:p>
    <w:p>
      <w:r>
        <w:rPr>
          <w:rFonts w:ascii="Courier New" w:hAnsi="Courier New"/>
          <w:color w:val="555555"/>
          <w:sz w:val="20"/>
        </w:rPr>
        <w:t>[15]</w:t>
      </w:r>
    </w:p>
    <w:p>
      <w:r>
        <w:rPr>
          <w:rFonts w:ascii="Gentium Plus" w:hAnsi="Gentium Plus"/>
          <w:sz w:val="24"/>
        </w:rPr>
        <w:t>οὖν ἀδύνατον σῶμα εἶναι μὴ ἔχον τέσσαρα στοι‐ χεῖα, οὕτως ἀμήχανον εἶναι ψυχὴν μὴ ἔχουσαν τρία μέρη, δι’ ὧν καὶ συνέστηκε. τριμερὴς δὲ εἴρηται, οὐχ ὡς μέρη ἔχουσα, ἀσώματος γάρ ἐστιν, ἀλλὰ διὰ τὰς ἐνεργείας, δηλονότι τὸ λο‐</w:t>
      </w:r>
    </w:p>
    <w:p>
      <w:r>
        <w:rPr>
          <w:rFonts w:ascii="Courier New" w:hAnsi="Courier New"/>
          <w:color w:val="555555"/>
          <w:sz w:val="20"/>
        </w:rPr>
        <w:t>[20]</w:t>
      </w:r>
    </w:p>
    <w:p>
      <w:r>
        <w:rPr>
          <w:rFonts w:ascii="Gentium Plus" w:hAnsi="Gentium Plus"/>
          <w:sz w:val="24"/>
        </w:rPr>
        <w:t>γικὸν, τὸ ἐπιθυμητικὸν καὶ τὸ θυμικόν. Τρίτην. τρίτην ἡμέραν λέγουσιν, οὐχὶ τρίτης ἡμέ‐</w:t>
      </w:r>
    </w:p>
    <w:p>
      <w:r>
        <w:rPr>
          <w:rFonts w:ascii="Courier New" w:hAnsi="Courier New"/>
          <w:color w:val="555555"/>
          <w:sz w:val="20"/>
        </w:rPr>
        <w:t>[tau 1745]</w:t>
      </w:r>
    </w:p>
    <w:p>
      <w:r>
        <w:rPr>
          <w:rFonts w:ascii="Gentium Plus" w:hAnsi="Gentium Plus"/>
          <w:sz w:val="24"/>
        </w:rPr>
        <w:t>καὶ τρίτην ἡμέραν ταυτὸ τοῦτ’ ἔπραττον. Μέ‐ νανδρος· ἡμέραν τρίτην ἐπενόμασεν ἡμῖν. Ἀντιφῶν·</w:t>
      </w:r>
    </w:p>
    <w:p>
      <w:r>
        <w:rPr>
          <w:rFonts w:ascii="Courier New" w:hAnsi="Courier New"/>
          <w:color w:val="555555"/>
          <w:sz w:val="20"/>
        </w:rPr>
        <w:t>[5]</w:t>
      </w:r>
    </w:p>
    <w:p>
      <w:r>
        <w:rPr>
          <w:rFonts w:ascii="Gentium Plus" w:hAnsi="Gentium Plus"/>
          <w:sz w:val="24"/>
        </w:rPr>
        <w:t>ἐχθὲς μετὰ πέντ’ ἔπινον ἡμέραν τρίτην μεθ’ ἑπτά. οὐκέτι δὲ ἀπὸ τρίτην ἡμέραν, ὥσπερ νῦν σολοι‐ κίζουσι τινὲς, ἀλλ’ ἀπὸ τρίτης ἡμέρας. καὶ τρί‐ τον ἔτος λέγουσιν, οὐχὶ τρίτῳ ἔτει. Φερεκράτης·</w:t>
      </w:r>
    </w:p>
    <w:p>
      <w:r>
        <w:rPr>
          <w:rFonts w:ascii="Courier New" w:hAnsi="Courier New"/>
          <w:color w:val="555555"/>
          <w:sz w:val="20"/>
        </w:rPr>
        <w:t>[10]</w:t>
      </w:r>
    </w:p>
    <w:p>
      <w:r>
        <w:rPr>
          <w:rFonts w:ascii="Gentium Plus" w:hAnsi="Gentium Plus"/>
          <w:sz w:val="24"/>
        </w:rPr>
        <w:t>πότε σὺ ἤκουσας αὐτοῦ πρὸ πέρυσι ἔτος τρίτον. ἐνίοτε δὲ προστιθέασι τοῦτο καὶ τουτὶ, οἷον, τρί‐ τον ἔτος τοῦτο. ἐπειδὰν ἀπὸ τοῦ παρόντος χρό‐ νου λογίζονται καὶ μὴ ἀπό τινος παρῳχηκότος.</w:t>
      </w:r>
    </w:p>
    <w:p>
      <w:r>
        <w:rPr>
          <w:rFonts w:ascii="Courier New" w:hAnsi="Courier New"/>
          <w:color w:val="555555"/>
          <w:sz w:val="20"/>
        </w:rPr>
        <w:t>[15]</w:t>
      </w:r>
    </w:p>
    <w:p>
      <w:r>
        <w:rPr>
          <w:rFonts w:ascii="Gentium Plus" w:hAnsi="Gentium Plus"/>
          <w:sz w:val="24"/>
        </w:rPr>
        <w:t>καὶ Δημοσθένης· τρίτον ἢ τέταρτον ἔτος του‐ τὶ ὡραῖον τεῖχος πολιορκῶν. ἄνευ δὲ τοῦ προκεῖ‐ σθαι τὸ τοῦτο καὶ τουτὶ, κοινὸν [καὶ] τοῦ παρεληλυθότος χρόνου ἐστί. Τριτογένεια. φοβερὰ, καταπληκτική.</w:t>
      </w:r>
    </w:p>
    <w:p>
      <w:r>
        <w:rPr>
          <w:rFonts w:ascii="Courier New" w:hAnsi="Courier New"/>
          <w:color w:val="555555"/>
          <w:sz w:val="20"/>
        </w:rPr>
        <w:t>[20]</w:t>
      </w:r>
    </w:p>
    <w:p>
      <w:r>
        <w:rPr>
          <w:rFonts w:ascii="Gentium Plus" w:hAnsi="Gentium Plus"/>
          <w:sz w:val="24"/>
        </w:rPr>
        <w:t>Τριμηθοῦς. πόλις κατὰ Κύπρον. Τριήρεις. πλοῖα πολεμικά. καλοῦνται καὶ λίβερνοι. Τριφυλία. ἡ ἐν Πελοποννήσῳ. ἀπὸ Τριφύλης τῆς Κλύτου μητρὸς, ἀλλ’ οὐκ ἀπὸ Τριφύλου τοῦ Λυκάονος.</w:t>
      </w:r>
    </w:p>
    <w:p>
      <w:r>
        <w:rPr>
          <w:rFonts w:ascii="Courier New" w:hAnsi="Courier New"/>
          <w:color w:val="555555"/>
          <w:sz w:val="20"/>
        </w:rPr>
        <w:t>[25]</w:t>
      </w:r>
    </w:p>
    <w:p>
      <w:r>
        <w:rPr>
          <w:rFonts w:ascii="Gentium Plus" w:hAnsi="Gentium Plus"/>
          <w:sz w:val="24"/>
        </w:rPr>
        <w:t>Τρίχες. παρὰ τὴν τραχύτητα, τραχέες τινὲς οὖσαι. οἱ δὲ ἀπὸ τοῦ τρίζειν ἐν τῇ κουρᾷ. οἱ δὲ ἀπὸ τοῦ πλήθους. οἱ δὲ ἀπὸ τοῦ τρύχεσθαι καὶ ἀφαιρεῖσθαι συνεχῶς. Τρήρων, τρήρωνος. λέγεται δὲ ἡ δειλὴ περι‐</w:t>
      </w:r>
    </w:p>
    <w:p>
      <w:r>
        <w:rPr>
          <w:rFonts w:ascii="Courier New" w:hAnsi="Courier New"/>
          <w:color w:val="555555"/>
          <w:sz w:val="20"/>
        </w:rPr>
        <w:t>[30]</w:t>
      </w:r>
    </w:p>
    <w:p>
      <w:r>
        <w:rPr>
          <w:rFonts w:ascii="Gentium Plus" w:hAnsi="Gentium Plus"/>
          <w:sz w:val="24"/>
        </w:rPr>
        <w:t>στερά. παρὰ τὸ τρέω τρεερὸς καὶ κατὰ συνα‐</w:t>
      </w:r>
    </w:p>
    <w:p>
      <w:r>
        <w:rPr>
          <w:rFonts w:ascii="Courier New" w:hAnsi="Courier New"/>
          <w:color w:val="555555"/>
          <w:sz w:val="20"/>
        </w:rPr>
        <w:t>[tau 1746]</w:t>
      </w:r>
    </w:p>
    <w:p>
      <w:r>
        <w:rPr>
          <w:rFonts w:ascii="Gentium Plus" w:hAnsi="Gentium Plus"/>
          <w:sz w:val="24"/>
        </w:rPr>
        <w:t>λοιφὴν τρηρὸς καὶ παρώνυμον τρήρων. ὡς ἁβρὸς, ἅβρων. Τροχιάς. †πορείας.† τρίβους. †ἐργασίας.† Τροιζήν. χώρα. καὶ κλίνεται Τροιζῆνος.</w:t>
      </w:r>
    </w:p>
    <w:p>
      <w:r>
        <w:rPr>
          <w:rFonts w:ascii="Courier New" w:hAnsi="Courier New"/>
          <w:color w:val="555555"/>
          <w:sz w:val="20"/>
        </w:rPr>
        <w:t>[5]</w:t>
      </w:r>
    </w:p>
    <w:p>
      <w:r>
        <w:rPr>
          <w:rFonts w:ascii="Gentium Plus" w:hAnsi="Gentium Plus"/>
          <w:sz w:val="24"/>
        </w:rPr>
        <w:t>Τροπή. ἀποσκίασμα, ἀλλοίωσις. †Τροπή. δίωξις.† Τροπαὶ τοῦ ἡλίου. πρώτη μὲν ἡ ἐαρινή. ἐν αὐτῇ γὰρ ἐποίησεν ὁ θεὸς τὰ σύμπαντα. καὶ δηλοῖ τὸ μέχρι νῦν ἐν αὐτῇ τῶν ἀνθέων τὴν</w:t>
      </w:r>
    </w:p>
    <w:p>
      <w:r>
        <w:rPr>
          <w:rFonts w:ascii="Courier New" w:hAnsi="Courier New"/>
          <w:color w:val="555555"/>
          <w:sz w:val="20"/>
        </w:rPr>
        <w:t>[10]</w:t>
      </w:r>
    </w:p>
    <w:p>
      <w:r>
        <w:rPr>
          <w:rFonts w:ascii="Gentium Plus" w:hAnsi="Gentium Plus"/>
          <w:sz w:val="24"/>
        </w:rPr>
        <w:t>βλάστησιν γίνεσθαι. ἥτις καὶ ἰσημερινὴ τροπή ἐστι. δώδεκα γὰρ ὡρῶν τήν τε ἡμέραν καὶ τὴν νύκτα καθίστησιν. αὕτη ἐκ τῆς μέσης τῆς ἀνα‐ τολῆς τοῦ ἡλίου συνίσταται, εὐκραὴς οὖσα, αἵ‐ ματος αὐξητικὴ, θερμὴ καὶ ὑγρὰ ὑπάρχουσα,</w:t>
      </w:r>
    </w:p>
    <w:p>
      <w:r>
        <w:rPr>
          <w:rFonts w:ascii="Courier New" w:hAnsi="Courier New"/>
          <w:color w:val="555555"/>
          <w:sz w:val="20"/>
        </w:rPr>
        <w:t>[15]</w:t>
      </w:r>
    </w:p>
    <w:p>
      <w:r>
        <w:rPr>
          <w:rFonts w:ascii="Gentium Plus" w:hAnsi="Gentium Plus"/>
          <w:sz w:val="24"/>
        </w:rPr>
        <w:t>καὶ δι’ αὐτῆς μεσιτεύουσα τῷ χειμῶνί τε καὶ τῷ θέρει, τοῦ μὲν χειμῶνος θερμοτέρα καὶ ξη‐ ροτέρα, τοῦ δὲ θέρους ψυχροτέρα. διατείνει δὲ αὕτη ἡ ὥρα ἀπὸ μαρτίου εἰκάδος πρώτης μέχρι ἰουνίου εἰκοστῆς τετάρτης. εἶτα ὑψουμένης τῆς</w:t>
      </w:r>
    </w:p>
    <w:p>
      <w:r>
        <w:rPr>
          <w:rFonts w:ascii="Courier New" w:hAnsi="Courier New"/>
          <w:color w:val="555555"/>
          <w:sz w:val="20"/>
        </w:rPr>
        <w:t>[20]</w:t>
      </w:r>
    </w:p>
    <w:p>
      <w:r>
        <w:rPr>
          <w:rFonts w:ascii="Gentium Plus" w:hAnsi="Gentium Plus"/>
          <w:sz w:val="24"/>
        </w:rPr>
        <w:t>τοῦ ἡλίου ἀνατολῆς ἐπὶ τὰ βορειότερα μέρη, ἡ θερινὴ τροπὴ διαδέχεται, μεσιτεύουσα τῷ τε ἔαρι καὶ τῷ μετοπώρῳ, ἐκ μὲν τοῦ ἔαρος τὸ θερμὸν ἔχουσα, ἐκ δὲ τοῦ μετοπώρου τὸ ξη‐ ρόν· θερμὴ γάρ ἐστι καὶ ξηρὰ, καὶ τὴν θερ‐</w:t>
      </w:r>
    </w:p>
    <w:p>
      <w:r>
        <w:rPr>
          <w:rFonts w:ascii="Courier New" w:hAnsi="Courier New"/>
          <w:color w:val="555555"/>
          <w:sz w:val="20"/>
        </w:rPr>
        <w:t>[25]</w:t>
      </w:r>
    </w:p>
    <w:p>
      <w:r>
        <w:rPr>
          <w:rFonts w:ascii="Gentium Plus" w:hAnsi="Gentium Plus"/>
          <w:sz w:val="24"/>
        </w:rPr>
        <w:t>μὴν αὔξει χολήν. αὕτη μὲν μεγίστην τὴν ἡμέ‐ ραν ἔχει ὡρῶν πεντεκαίδεκα, τὴν δὲ νύκτα πά‐ νυ σμικροτάτην, ὡρῶν ἐννέα διάστημα ἔχουσαν. καὶ αὕτη δὲ διατείνει ἀπὸ ἰουνίου εἰκοστῆς τε‐ τάρτης μέχρι σεπτεμβρίου εἰκοστῆς πέμπτης.</w:t>
      </w:r>
    </w:p>
    <w:p>
      <w:r>
        <w:rPr>
          <w:rFonts w:ascii="Courier New" w:hAnsi="Courier New"/>
          <w:color w:val="555555"/>
          <w:sz w:val="20"/>
        </w:rPr>
        <w:t>[30]</w:t>
      </w:r>
    </w:p>
    <w:p>
      <w:r>
        <w:rPr>
          <w:rFonts w:ascii="Gentium Plus" w:hAnsi="Gentium Plus"/>
          <w:sz w:val="24"/>
        </w:rPr>
        <w:t>εἶτα πάλιν εἰς τὴν μέσην ἀνατολὴν τοῦ ἡλίον</w:t>
      </w:r>
    </w:p>
    <w:p>
      <w:r>
        <w:rPr>
          <w:rFonts w:ascii="Courier New" w:hAnsi="Courier New"/>
          <w:color w:val="555555"/>
          <w:sz w:val="20"/>
        </w:rPr>
        <w:t>[tau 1747]</w:t>
      </w:r>
    </w:p>
    <w:p>
      <w:r>
        <w:rPr>
          <w:rFonts w:ascii="Gentium Plus" w:hAnsi="Gentium Plus"/>
          <w:sz w:val="24"/>
        </w:rPr>
        <w:t>ἐπανιόντος, ἡ μετοπωρινὴ τροπὴ τὴν θερινὴν ἀμείβει, μέσως πως ἔχουσα ψύξεώς τε καὶ θέρμης, ξηρότητός τε καὶ ὑγρότητος, καὶ με‐ σιτεύουσα τῇ τε θερινῇ καὶ τῇ χειμερινῇ τρο‐</w:t>
      </w:r>
    </w:p>
    <w:p>
      <w:r>
        <w:rPr>
          <w:rFonts w:ascii="Courier New" w:hAnsi="Courier New"/>
          <w:color w:val="555555"/>
          <w:sz w:val="20"/>
        </w:rPr>
        <w:t>[5]</w:t>
      </w:r>
    </w:p>
    <w:p>
      <w:r>
        <w:rPr>
          <w:rFonts w:ascii="Gentium Plus" w:hAnsi="Gentium Plus"/>
          <w:sz w:val="24"/>
        </w:rPr>
        <w:t>πῇ, ἐκ μὲν τῆς θερινῆς τὸ ξηρὸν, ἐκ δὲ τῆς χειμερινῆς τὸ ψυχρὸν ἔχουσα· ψυχρὰ γάρ ἐστι καὶ ξηρά· καὶ τὴν μέλαιναν αὔξει χολήν. αὕτη πάλιν ἰσημερινὴ ὑπάρχει, ἐκ δώδεκα ὡρῶν τήν τε νύκτα καὶ τὴν ἡμέραν ἔχουσα. διατείνει δὲ</w:t>
      </w:r>
    </w:p>
    <w:p>
      <w:r>
        <w:rPr>
          <w:rFonts w:ascii="Courier New" w:hAnsi="Courier New"/>
          <w:color w:val="555555"/>
          <w:sz w:val="20"/>
        </w:rPr>
        <w:t>[10]</w:t>
      </w:r>
    </w:p>
    <w:p>
      <w:r>
        <w:rPr>
          <w:rFonts w:ascii="Gentium Plus" w:hAnsi="Gentium Plus"/>
          <w:sz w:val="24"/>
        </w:rPr>
        <w:t>αὕτη ἀπὸ σεπτεμβρίου κεʹ μέχρι δεκεμβρίου κεʹ. τοῦ δὲ ἡλίου ἐπὶ τὴν μικροτέραν καὶ χθαμα‐ λωτέραν ἤτοι μεσημβρινὴν ἀνατολὴν κατιόντος, ἡ χειμερινὴ ἐπιλαμβάνεται τροπὴ, ψυχρά τε καὶ ὑγρὰ τυγχάνουσα, μεσιτεύουσα τῇ τε με‐</w:t>
      </w:r>
    </w:p>
    <w:p>
      <w:r>
        <w:rPr>
          <w:rFonts w:ascii="Courier New" w:hAnsi="Courier New"/>
          <w:color w:val="555555"/>
          <w:sz w:val="20"/>
        </w:rPr>
        <w:t>[15]</w:t>
      </w:r>
    </w:p>
    <w:p>
      <w:r>
        <w:rPr>
          <w:rFonts w:ascii="Gentium Plus" w:hAnsi="Gentium Plus"/>
          <w:sz w:val="24"/>
        </w:rPr>
        <w:t>τοπωρινῇ καὶ τῇ ἐαρινῇ, ἐκ μὲν τῆς μετοπωρι‐ νῆς τὸ ψυχρὰν ἔχουσα, ἐκ δὲ τῆς ἐαρινῆς τὸ ὑγρὸν κεκτημένη. αὕτη δὲ σμικροτάτην ἡμέραν ἔχει, ὡρῶν ἐννέα, τὴν δὲ νύκτα μεγίστην, ὡρῶν πεντεκαίδεκα, φλέγματος αὐξητική. διατείνει</w:t>
      </w:r>
    </w:p>
    <w:p>
      <w:r>
        <w:rPr>
          <w:rFonts w:ascii="Courier New" w:hAnsi="Courier New"/>
          <w:color w:val="555555"/>
          <w:sz w:val="20"/>
        </w:rPr>
        <w:t>[20]</w:t>
      </w:r>
    </w:p>
    <w:p>
      <w:r>
        <w:rPr>
          <w:rFonts w:ascii="Gentium Plus" w:hAnsi="Gentium Plus"/>
          <w:sz w:val="24"/>
        </w:rPr>
        <w:t>δὲ μέχρι εἰκοστῆς πρώτης μαρτίου. σαφῶς δὲ ὁ δημιουργὸς προενοήσατο, ὡς ἂν μὴ ἐξ ἄκρας ψυχρότητος ἢ θερμότητος ἢ ὑγρότητος ἢ ξη‐ ρότητος ἐπὶ τὴν ἄκραν ἐναντίαν ποιότητα χα‐ λεποῖς περιπέσωμεν ἀῤῥωστήμασι· σφαλερὰς</w:t>
      </w:r>
    </w:p>
    <w:p>
      <w:r>
        <w:rPr>
          <w:rFonts w:ascii="Courier New" w:hAnsi="Courier New"/>
          <w:color w:val="555555"/>
          <w:sz w:val="20"/>
        </w:rPr>
        <w:t>[25]</w:t>
      </w:r>
    </w:p>
    <w:p>
      <w:r>
        <w:rPr>
          <w:rFonts w:ascii="Gentium Plus" w:hAnsi="Gentium Plus"/>
          <w:sz w:val="24"/>
        </w:rPr>
        <w:t>γὰρ τὰς αἰφνιδίους μεταβολὰς οἶδεν ὁ λόγος. Τροπολογία. ἀλλοίωσις ἑτέρου πρὸς ἕτερον κα‐ τατὶ, τουτέστι καθ’ ἓν τῶν ὑποκειμένων τριῶν, νοήματος, λέξεως καὶ μέλους. γίνεται δὲ ἡ τρο‐ πολογία ἢ κατὰ νόημα, ἢ κατὰ λέξιν, ἢ κατὰ</w:t>
      </w:r>
    </w:p>
    <w:p>
      <w:r>
        <w:rPr>
          <w:rFonts w:ascii="Courier New" w:hAnsi="Courier New"/>
          <w:color w:val="555555"/>
          <w:sz w:val="20"/>
        </w:rPr>
        <w:t>[30]</w:t>
      </w:r>
    </w:p>
    <w:p>
      <w:r>
        <w:rPr>
          <w:rFonts w:ascii="Gentium Plus" w:hAnsi="Gentium Plus"/>
          <w:sz w:val="24"/>
        </w:rPr>
        <w:t>μέλος. καθ’ οἷον οὖν τῶν προλεχθέντων τού‐ των γένηται, κατ’ ἀλλοίωσιν γίνεται.</w:t>
      </w:r>
    </w:p>
    <w:p>
      <w:r>
        <w:rPr>
          <w:rFonts w:ascii="Courier New" w:hAnsi="Courier New"/>
          <w:color w:val="555555"/>
          <w:sz w:val="20"/>
        </w:rPr>
        <w:t>[tau 1748]</w:t>
      </w:r>
    </w:p>
    <w:p>
      <w:r>
        <w:rPr>
          <w:rFonts w:ascii="Gentium Plus" w:hAnsi="Gentium Plus"/>
          <w:sz w:val="24"/>
        </w:rPr>
        <w:t>λεῖσθαι. τροπαλὶς ἦν, καὶ ἐτράπη τὸ α εἰς η. Ἀριστοφάνης Ἀχαρνεῦσι· σκορόδων τροπαλίδος. Τροφαλίς. ἐπὶ τοῦ τυροῦ. παρὰ τὸ τρέφω, τὸ</w:t>
      </w:r>
    </w:p>
    <w:p>
      <w:r>
        <w:rPr>
          <w:rFonts w:ascii="Courier New" w:hAnsi="Courier New"/>
          <w:color w:val="555555"/>
          <w:sz w:val="20"/>
        </w:rPr>
        <w:t>[5]</w:t>
      </w:r>
    </w:p>
    <w:p>
      <w:r>
        <w:rPr>
          <w:rFonts w:ascii="Gentium Plus" w:hAnsi="Gentium Plus"/>
          <w:sz w:val="24"/>
        </w:rPr>
        <w:t>πήσσω. ὡς τὸ ἔλπω ἐλπὶς, κρέω κρεκὶς καὶ κερ‐ κὶς, οὕτω τρέφω τροφὶς καὶ πλεονασμῷ τοῦ α καὶ τοῦ λ τροφαλίς. Τροφή. παρὰ τὸ τρέφω, τὸ πήσσω. ἡ πηγνύουσα καὶ εὐσταθῆ ποιοῦσα τὰ σώματα. τροπὴ καὶ</w:t>
      </w:r>
    </w:p>
    <w:p>
      <w:r>
        <w:rPr>
          <w:rFonts w:ascii="Courier New" w:hAnsi="Courier New"/>
          <w:color w:val="555555"/>
          <w:sz w:val="20"/>
        </w:rPr>
        <w:t>[10]</w:t>
      </w:r>
    </w:p>
    <w:p>
      <w:r>
        <w:rPr>
          <w:rFonts w:ascii="Gentium Plus" w:hAnsi="Gentium Plus"/>
          <w:sz w:val="24"/>
        </w:rPr>
        <w:t>ἡ ἀγωγὴ καὶ ἡ παιδεία. Πλάτων· ὑπὸ τῷ σοφωτάτῳ Χείρωνι τεθραμμένος. ἀντὶ τοῦ πε‐ παιδευμένος. Ὅμηρος δὲ πεπαιδεῦσθαι λέ‐ γει τὸν Ἀχιλλέα ἀντὶ τοῦ τετράφθαι. Τρυμαλιά. ἡ τρύπα.</w:t>
      </w:r>
    </w:p>
    <w:p>
      <w:r>
        <w:rPr>
          <w:rFonts w:ascii="Courier New" w:hAnsi="Courier New"/>
          <w:color w:val="555555"/>
          <w:sz w:val="20"/>
        </w:rPr>
        <w:t>[15]</w:t>
      </w:r>
    </w:p>
    <w:p>
      <w:r>
        <w:rPr>
          <w:rFonts w:ascii="Gentium Plus" w:hAnsi="Gentium Plus"/>
          <w:sz w:val="24"/>
        </w:rPr>
        <w:t>Τρύξ. ἡ τρύγη. Τρυτάνη. ἡ στάθμη, τὸ ζύγιον. [παρὰ τὸ εἰς τρία ἑστάναι, τριτάνη καὶ τρυτάνη,] τροπῇ τοῦ ι εἰς υ. Τρυφή. ἡ διακλῶσα τὰ σώματα. τρύψαι γὰρ τὸ</w:t>
      </w:r>
    </w:p>
    <w:p>
      <w:r>
        <w:rPr>
          <w:rFonts w:ascii="Courier New" w:hAnsi="Courier New"/>
          <w:color w:val="555555"/>
          <w:sz w:val="20"/>
        </w:rPr>
        <w:t>[20]</w:t>
      </w:r>
    </w:p>
    <w:p>
      <w:r>
        <w:rPr>
          <w:rFonts w:ascii="Gentium Plus" w:hAnsi="Gentium Plus"/>
          <w:sz w:val="24"/>
        </w:rPr>
        <w:t>κλάσαι. Ὅμηρος· διατρυφὲν ἔκπεσε χειρός. Τρίφαλλος. τρεῖς φαλλοὺς ἔχουσα. φαλλὸς δὲ ὁ λόφος τῆς περικεφαλαίας. τρίφαλλος ἀσπίς.</w:t>
      </w:r>
    </w:p>
    <w:p>
      <w:r>
        <w:rPr>
          <w:rFonts w:ascii="Courier New" w:hAnsi="Courier New"/>
          <w:color w:val="555555"/>
          <w:sz w:val="20"/>
        </w:rPr>
        <w:t>[25]</w:t>
      </w:r>
    </w:p>
    <w:p>
      <w:r>
        <w:rPr>
          <w:rFonts w:ascii="Gentium Plus" w:hAnsi="Gentium Plus"/>
          <w:sz w:val="24"/>
        </w:rPr>
        <w:t>Τρῳάς. Τρωϊκὰς γυναῖκας. ἐπεὶ εὕρηται κατὰ διάστασιν Τρωϊάδας γυναῖκας. Τρυφαλίς. τυροῦ τμῆμα. τοῦ Ψελλοῦ· ἱππά‐ κη τυρὸς ἵππειος, τρυφαλὶς τυροῦ τμῆμα. Τριβή. σημαίνει τέσσαρα· ἡ ἀργία· ἡ πεῖρα· τὸ</w:t>
      </w:r>
    </w:p>
    <w:p>
      <w:r>
        <w:rPr>
          <w:rFonts w:ascii="Courier New" w:hAnsi="Courier New"/>
          <w:color w:val="555555"/>
          <w:sz w:val="20"/>
        </w:rPr>
        <w:t>[30]</w:t>
      </w:r>
    </w:p>
    <w:p>
      <w:r>
        <w:rPr>
          <w:rFonts w:ascii="Gentium Plus" w:hAnsi="Gentium Plus"/>
          <w:sz w:val="24"/>
        </w:rPr>
        <w:t>σχολεῖον· καὶ ἡ παλαίωσις τοῦ ἱματίου. Τρυγών. παρὰ τὸ τρύζω, τὸ γογγύζω. καὶ κλί‐</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†Τρέτραθρα. φυτά· νέα.† Τριηράρχημα. τὸ εἰς τριηραρχίαν ἀνάλωμα, μετὰ τὸν τῆς τριηραρχίας χρόνον.</w:t>
      </w:r>
    </w:p>
    <w:p>
      <w:r>
        <w:rPr>
          <w:rFonts w:ascii="Courier New" w:hAnsi="Courier New"/>
          <w:color w:val="555555"/>
          <w:sz w:val="20"/>
        </w:rPr>
        <w:t>[5]</w:t>
      </w:r>
    </w:p>
    <w:p>
      <w:r>
        <w:rPr>
          <w:rFonts w:ascii="Gentium Plus" w:hAnsi="Gentium Plus"/>
          <w:sz w:val="24"/>
        </w:rPr>
        <w:t>Τρίγληνα. λαμπρά. Τριβολεκτράπελα. σκληρὰ, *ἀπόκροτα,* ἀπόβλητα. Τριψείδιον. ....... Τρισόλβιον. τρισμακάριστον.</w:t>
      </w:r>
    </w:p>
    <w:p>
      <w:r>
        <w:rPr>
          <w:rFonts w:ascii="Courier New" w:hAnsi="Courier New"/>
          <w:color w:val="555555"/>
          <w:sz w:val="20"/>
        </w:rPr>
        <w:t>[10]</w:t>
      </w:r>
    </w:p>
    <w:p>
      <w:r>
        <w:rPr>
          <w:rFonts w:ascii="Gentium Plus" w:hAnsi="Gentium Plus"/>
          <w:sz w:val="24"/>
        </w:rPr>
        <w:t>Τριτημόριον. τοὺς ἓξ χαλκοῦς τοῦ ὀβολοῦ εἴ‐ ρηκε Φιλήμων. Τρίτον. ἡμίδραχμον. τὰς δύο ἥμισυ δραχμὰς οἱ παλαιοὶ τρίτον ὀνομάζουσι. Τριβώνιον. ἔνδυμα φιλοσόφου, [ἔχον σημεῖα,</w:t>
      </w:r>
    </w:p>
    <w:p>
      <w:r>
        <w:rPr>
          <w:rFonts w:ascii="Courier New" w:hAnsi="Courier New"/>
          <w:color w:val="555555"/>
          <w:sz w:val="20"/>
        </w:rPr>
        <w:t>[15]</w:t>
      </w:r>
    </w:p>
    <w:p>
      <w:r>
        <w:rPr>
          <w:rFonts w:ascii="Gentium Plus" w:hAnsi="Gentium Plus"/>
          <w:sz w:val="24"/>
        </w:rPr>
        <w:t>ὡς γράμματα.]</w:t>
      </w:r>
    </w:p>
    <w:p>
      <w:r>
        <w:rPr>
          <w:rFonts w:ascii="Courier New" w:hAnsi="Courier New"/>
          <w:color w:val="555555"/>
          <w:sz w:val="20"/>
        </w:rPr>
        <w:t>[tau 1750]</w:t>
      </w:r>
    </w:p>
    <w:p>
      <w:r>
        <w:rPr>
          <w:rFonts w:ascii="Gentium Plus" w:hAnsi="Gentium Plus"/>
          <w:sz w:val="24"/>
        </w:rPr>
        <w:t>Τρίχινον. παρὰ τὸ τρύχω, τὸ καταπονῶ καὶ ἐλαττῶ τὸ σῶμα. Τρίχαπτον. τὸ βαμβύκινον ὕφασμα. Τραύξανα. τὰ ἀπὸ τῆς φάτνης ἀποπίπτοντα</w:t>
      </w:r>
    </w:p>
    <w:p>
      <w:r>
        <w:rPr>
          <w:rFonts w:ascii="Courier New" w:hAnsi="Courier New"/>
          <w:color w:val="555555"/>
          <w:sz w:val="20"/>
        </w:rPr>
        <w:t>[5]</w:t>
      </w:r>
    </w:p>
    <w:p>
      <w:r>
        <w:rPr>
          <w:rFonts w:ascii="Gentium Plus" w:hAnsi="Gentium Plus"/>
          <w:sz w:val="24"/>
        </w:rPr>
        <w:t>τῶν ἵππων, ἢ τῶν βοῶν, ἢ τῶν ἄλλων κτηνῶν λείψανα, ἤτοι τὰ ξηρὰ ξύλα. Τρόπαιον. νικητήριον. Τρόφι. τὸ εὐτραφές. τρόφι κῦμα. ἀπὸ τοῦ τρό‐ φιμον γίνεται κατὰ πάθος. ἔστι δὲ ἄκλιτον, ὡς</w:t>
      </w:r>
    </w:p>
    <w:p>
      <w:r>
        <w:rPr>
          <w:rFonts w:ascii="Courier New" w:hAnsi="Courier New"/>
          <w:color w:val="555555"/>
          <w:sz w:val="20"/>
        </w:rPr>
        <w:t>[10]</w:t>
      </w:r>
    </w:p>
    <w:p>
      <w:r>
        <w:rPr>
          <w:rFonts w:ascii="Gentium Plus" w:hAnsi="Gentium Plus"/>
          <w:sz w:val="24"/>
        </w:rPr>
        <w:t>τὸ ἄλφι καὶ τὸ ἔρι καὶ τὸ κρῖ. †Τροχανόν. τριετές.† †Τροχαντῆρες. μέρος τι τῆς νεώς.† Τρυβλίον. σκουτέλλιον. †Τρύμα. ἡ ταλαιπωρία.†</w:t>
      </w:r>
    </w:p>
    <w:p>
      <w:r>
        <w:rPr>
          <w:rFonts w:ascii="Courier New" w:hAnsi="Courier New"/>
          <w:color w:val="555555"/>
          <w:sz w:val="20"/>
        </w:rPr>
        <w:t>[15]</w:t>
      </w:r>
    </w:p>
    <w:p>
      <w:r>
        <w:rPr>
          <w:rFonts w:ascii="Gentium Plus" w:hAnsi="Gentium Plus"/>
          <w:sz w:val="24"/>
        </w:rPr>
        <w:t>†Τρύμα. πόνος.†</w:t>
      </w:r>
    </w:p>
    <w:p>
      <w:r>
        <w:rPr>
          <w:rFonts w:ascii="Courier New" w:hAnsi="Courier New"/>
          <w:color w:val="555555"/>
          <w:sz w:val="20"/>
        </w:rPr>
        <w:t>[tau 1751]</w:t>
      </w:r>
    </w:p>
    <w:p>
      <w:r>
        <w:rPr>
          <w:rFonts w:ascii="Gentium Plus" w:hAnsi="Gentium Plus"/>
          <w:sz w:val="24"/>
        </w:rPr>
        <w:t>Τρωγάλια. οἱ ἐρέβινθοι. Τραῦμα. λύσις τῆς τοῦ σώματος συνεχείας κατὰ μικρόν τι μέρος τῆς συναφείας διακοπείσης.</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Τραπέουσι. πατοῦσι. παρὰ τὸ τρέφω, τὸ πήσ‐ σω. καὶ τραφερὴ ἡ πεπηγμένη γῆ. Τρακταΐζω. τὸ λευκαίνω καὶ κατασκευάζω. ἀπὸ τοῦ τράκτου κηροῦ. Τρέφεσθαι. πήγνυσθαι, συνίστασθαι. περὶ ψυ‐</w:t>
      </w:r>
    </w:p>
    <w:p>
      <w:r>
        <w:rPr>
          <w:rFonts w:ascii="Courier New" w:hAnsi="Courier New"/>
          <w:color w:val="555555"/>
          <w:sz w:val="20"/>
        </w:rPr>
        <w:t>[10]</w:t>
      </w:r>
    </w:p>
    <w:p>
      <w:r>
        <w:rPr>
          <w:rFonts w:ascii="Gentium Plus" w:hAnsi="Gentium Plus"/>
          <w:sz w:val="24"/>
        </w:rPr>
        <w:t>χῆς. Τρέψασκον. ἀντὶ τοῦ ἔτρεψαν, ἰωνικῶς. τρέψα‐ σκον ἀνόμους. Τρέσαι. ἐκφοβῆσαι. Τρήσας. τρυπήσας.</w:t>
      </w:r>
    </w:p>
    <w:p>
      <w:r>
        <w:rPr>
          <w:rFonts w:ascii="Courier New" w:hAnsi="Courier New"/>
          <w:color w:val="555555"/>
          <w:sz w:val="20"/>
        </w:rPr>
        <w:t>[15]</w:t>
      </w:r>
    </w:p>
    <w:p>
      <w:r>
        <w:rPr>
          <w:rFonts w:ascii="Gentium Plus" w:hAnsi="Gentium Plus"/>
          <w:sz w:val="24"/>
        </w:rPr>
        <w:t>Τριαχθῆναι. ἀντὶ τοῦ τρὶς πεσεῖν. Τριάσσω καὶ τριάττω. τὸ νικῶ. ἐκ μεταφο‐ ρᾶς τῶν παλαιστῶν, ἐν τρισὶ πάλαις τὴν νίκην</w:t>
      </w:r>
    </w:p>
    <w:p>
      <w:r>
        <w:rPr>
          <w:rFonts w:ascii="Courier New" w:hAnsi="Courier New"/>
          <w:color w:val="555555"/>
          <w:sz w:val="20"/>
        </w:rPr>
        <w:t>[tau 1752]</w:t>
      </w:r>
    </w:p>
    <w:p>
      <w:r>
        <w:rPr>
          <w:rFonts w:ascii="Gentium Plus" w:hAnsi="Gentium Plus"/>
          <w:sz w:val="24"/>
        </w:rPr>
        <w:t>Τριβωνευόμενοι. ἀντὶ τοῦ τεχνάζοντες. τρίβων γὰρ ὁ ἔμπειρος. καίτοι σοι τὰ τοιαῦτα τρι‐ βωνότερα καὶ ἀκριβέστερα. Τροπώσομαι. νικήσω, ὑποτάξω.</w:t>
      </w:r>
    </w:p>
    <w:p>
      <w:r>
        <w:rPr>
          <w:rFonts w:ascii="Courier New" w:hAnsi="Courier New"/>
          <w:color w:val="555555"/>
          <w:sz w:val="20"/>
        </w:rPr>
        <w:t>[5]</w:t>
      </w:r>
    </w:p>
    <w:p>
      <w:r>
        <w:rPr>
          <w:rFonts w:ascii="Gentium Plus" w:hAnsi="Gentium Plus"/>
          <w:sz w:val="24"/>
        </w:rPr>
        <w:t>Τροχηλατεῖ. ἐλαύνει. †Τροχιλεύειν. πλανᾶσθαι.† †Τρύγει. ξηραίνεται.† Τρυγῷ καὶ τρυπῷ. Ὅμηρος· ὡς δ’ ὅτε τις τρυπῷ δόρυ νήϊον ἀνήρ.</w:t>
      </w:r>
    </w:p>
    <w:p>
      <w:r>
        <w:rPr>
          <w:rFonts w:ascii="Courier New" w:hAnsi="Courier New"/>
          <w:color w:val="555555"/>
          <w:sz w:val="20"/>
        </w:rPr>
        <w:t>[10]</w:t>
      </w:r>
    </w:p>
    <w:p>
      <w:r>
        <w:rPr>
          <w:rFonts w:ascii="Gentium Plus" w:hAnsi="Gentium Plus"/>
          <w:sz w:val="24"/>
        </w:rPr>
        <w:t>τὸ εὐκτικὸν τρυγάοιμι, τρυγῷμι, τρυγῷοι, τρυ‐ γῷ. πῶς ἄν τις ὄμφακα τρυγῷ. οὕτως Ὦρος ὁ Μιλήσιος. Τρύχεται. δαμάζεται. ἔστι ῥῆμα τρῶ καὶ δηλοῖ τὸ βλάπτω καὶ κακῶ. οὗ παράγωγον τρόω.</w:t>
      </w:r>
    </w:p>
    <w:p>
      <w:r>
        <w:rPr>
          <w:rFonts w:ascii="Courier New" w:hAnsi="Courier New"/>
          <w:color w:val="555555"/>
          <w:sz w:val="20"/>
        </w:rPr>
        <w:t>[15]</w:t>
      </w:r>
    </w:p>
    <w:p>
      <w:r>
        <w:rPr>
          <w:rFonts w:ascii="Gentium Plus" w:hAnsi="Gentium Plus"/>
          <w:sz w:val="24"/>
        </w:rPr>
        <w:t>οἶνός σε τρώει μελιειδής. τοῦ τρῶ ἄλλο παράγωγον τρύω καὶ πλεονασμῷ τοῦ χ τρύχω.</w:t>
      </w:r>
    </w:p>
    <w:p>
      <w:r>
        <w:rPr>
          <w:rFonts w:ascii="Courier New" w:hAnsi="Courier New"/>
          <w:color w:val="555555"/>
          <w:sz w:val="20"/>
        </w:rPr>
        <w:t>[tau 1753]</w:t>
      </w:r>
    </w:p>
    <w:p>
      <w:r>
        <w:rPr>
          <w:rFonts w:ascii="Gentium Plus" w:hAnsi="Gentium Plus"/>
          <w:sz w:val="24"/>
        </w:rPr>
        <w:t>†Τρυχωθείς. πιεσθείς.† Τρώγω. παρὰ τὸ τρῶ, τὸ βλάπτω, παράγωγον τρώγω. σημαίνει δὲ τὸ κατεργάζεσθαι, καὶ μὴ ἐᾷν ἅτινα ἄν τις τρώγῃ ὑγιᾶ.</w:t>
      </w:r>
    </w:p>
    <w:p>
      <w:r>
        <w:rPr>
          <w:rFonts w:ascii="Courier New" w:hAnsi="Courier New"/>
          <w:color w:val="555555"/>
          <w:sz w:val="20"/>
        </w:rPr>
        <w:t>[5]</w:t>
      </w:r>
    </w:p>
    <w:p>
      <w:r>
        <w:rPr>
          <w:rFonts w:ascii="Gentium Plus" w:hAnsi="Gentium Plus"/>
          <w:sz w:val="24"/>
        </w:rPr>
        <w:t>†Τρωέζειν. συνουσιάζειν.† Τρωπᾶσθαι. ἀντὶ τοῦ τρέπεσθαι. Ἀλλὰ πάλιν τρωπᾶσθαι—. τρέπω, τρωπῶ, ὡς στρέφω, στρωφῶ.</w:t>
      </w:r>
    </w:p>
    <w:p>
      <w:pPr>
        <w:jc w:val="center"/>
      </w:pPr>
      <w:r>
        <w:rPr>
          <w:rFonts w:ascii="Gentium Plus" w:hAnsi="Gentium Plus"/>
          <w:b/>
          <w:sz w:val="24"/>
        </w:rPr>
        <w:t>(Ἐπίῤῥημα.)</w:t>
      </w:r>
    </w:p>
    <w:p>
      <w:r>
        <w:rPr>
          <w:rFonts w:ascii="Courier New" w:hAnsi="Courier New"/>
          <w:color w:val="555555"/>
          <w:sz w:val="20"/>
        </w:rPr>
        <w:t>[10]</w:t>
      </w:r>
    </w:p>
    <w:p>
      <w:r>
        <w:rPr>
          <w:rFonts w:ascii="Gentium Plus" w:hAnsi="Gentium Plus"/>
          <w:sz w:val="24"/>
        </w:rPr>
        <w:t>Τρίχα. ἀντὶ τοῦ τριχῶς. βαρύνεται. τὰ γὰρ εἰς ως ἐπιῤῥήματα, εἰ ἔχει ἄλλο ἐπίῤῥημα εἰς α λῆγον μὴ συνεμπίπτον ὀνόματι, πάντοτε βαρύ‐ νεται. διχῶς, δίχα· σαφῶς, σάφα· τριχῶς, τρίχα. καὶ τριχῆ.</w:t>
      </w:r>
    </w:p>
    <w:p>
      <w:r>
        <w:rPr>
          <w:rFonts w:ascii="Courier New" w:hAnsi="Courier New"/>
          <w:color w:val="555555"/>
          <w:sz w:val="20"/>
        </w:rPr>
        <w:t>[15]</w:t>
      </w:r>
    </w:p>
    <w:p>
      <w:r>
        <w:rPr>
          <w:rFonts w:ascii="Gentium Plus" w:hAnsi="Gentium Plus"/>
          <w:sz w:val="24"/>
        </w:rPr>
        <w:t>Τριχθά. εἰς τρία μέρη. Τρίς. ἀντὶ τοῦ ἐκ τρίτου. τρεῖς δὲ ἐπὶ ἀριθμοῦ, [ὡς τό· τρεῖς ἄνθρωποι]. καὶ ἀντὶ τοῦ φο‐ βεῖς. δίφθογγον. Τριστοιχεί.</w:t>
      </w:r>
    </w:p>
    <w:p>
      <w:r>
        <w:rPr>
          <w:rFonts w:ascii="Courier New" w:hAnsi="Courier New"/>
          <w:color w:val="555555"/>
          <w:sz w:val="20"/>
        </w:rPr>
        <w:t>[20]</w:t>
      </w:r>
    </w:p>
    <w:p>
      <w:r>
        <w:rPr>
          <w:rFonts w:ascii="Gentium Plus" w:hAnsi="Gentium Plus"/>
          <w:sz w:val="24"/>
        </w:rPr>
        <w:t>Τροπικῶς. μεταφορικῶς.</w:t>
      </w:r>
    </w:p>
    <w:p>
      <w:pPr>
        <w:jc w:val="center"/>
      </w:pPr>
      <w:r>
        <w:rPr>
          <w:rFonts w:ascii="Gentium Plus" w:hAnsi="Gentium Plus"/>
          <w:b/>
          <w:sz w:val="24"/>
        </w:rPr>
        <w:t>Τὸ Τ μετὰ τοῦ Υ.</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Τυκανήτης.</w:t>
      </w:r>
    </w:p>
    <w:p>
      <w:r>
        <w:rPr>
          <w:rFonts w:ascii="Courier New" w:hAnsi="Courier New"/>
          <w:color w:val="555555"/>
          <w:sz w:val="20"/>
        </w:rPr>
        <w:t>[tau 1754]</w:t>
      </w:r>
    </w:p>
    <w:p>
      <w:r>
        <w:rPr>
          <w:rFonts w:ascii="Gentium Plus" w:hAnsi="Gentium Plus"/>
          <w:sz w:val="24"/>
        </w:rPr>
        <w:t>Τύμβος. ὁ τάφος. παρὰ τὸ τύφεσθαι ἐκεῖ τὸ νεκρὸν σῶμα, τουτέστι καίεσθαι. Τύντλος. ὁ πηλώδης τόπος. Τύπος. ὑπόδειξις ἀφανοῦς προσδοκωμένη, μιμη‐</w:t>
      </w:r>
    </w:p>
    <w:p>
      <w:r>
        <w:rPr>
          <w:rFonts w:ascii="Courier New" w:hAnsi="Courier New"/>
          <w:color w:val="555555"/>
          <w:sz w:val="20"/>
        </w:rPr>
        <w:t>[5]</w:t>
      </w:r>
    </w:p>
    <w:p>
      <w:r>
        <w:rPr>
          <w:rFonts w:ascii="Gentium Plus" w:hAnsi="Gentium Plus"/>
          <w:sz w:val="24"/>
        </w:rPr>
        <w:t>τικῶς τὸ μέλλον προϋπεμφαίνουσα, ὡς ἡ πέτρα τὸν Χριστόν. Τύραννος. ἔστι ῥῆμα τρύω, τὸ καταπονῶ, κατὰ παραγωγὴν τρύανος καὶ ἐν ὑπερβιβασμῷ τύ‐ ραννος, κατὰ πλεονασμὸν ἑτέρου ν. τὰ γὰρ εἰς</w:t>
      </w:r>
    </w:p>
    <w:p>
      <w:r>
        <w:rPr>
          <w:rFonts w:ascii="Courier New" w:hAnsi="Courier New"/>
          <w:color w:val="555555"/>
          <w:sz w:val="20"/>
        </w:rPr>
        <w:t>[10]</w:t>
      </w:r>
    </w:p>
    <w:p>
      <w:r>
        <w:rPr>
          <w:rFonts w:ascii="Gentium Plus" w:hAnsi="Gentium Plus"/>
          <w:sz w:val="24"/>
        </w:rPr>
        <w:t>νος ὀνόματα δι’ ἑνὸς ν γράφεται, οἷον, γέρα‐ νος, στέφανος. πλὴν τοῦ τύραννος. †Τύπης. πλήκτης.† *Τυφώς. ἡ ἐκ δαιμόνων πύρωσις.* Τυτθός. ὁ μικρός. κυρίως δὲ τὸ τυτθὸν, τὸ</w:t>
      </w:r>
    </w:p>
    <w:p>
      <w:r>
        <w:rPr>
          <w:rFonts w:ascii="Courier New" w:hAnsi="Courier New"/>
          <w:color w:val="555555"/>
          <w:sz w:val="20"/>
        </w:rPr>
        <w:t>[15]</w:t>
      </w:r>
    </w:p>
    <w:p>
      <w:r>
        <w:rPr>
          <w:rFonts w:ascii="Gentium Plus" w:hAnsi="Gentium Plus"/>
          <w:sz w:val="24"/>
        </w:rPr>
        <w:t>ἐπιτίτθιον βρέφος. τιτθὸς γὰρ ὁ μαζὸς, ὅθεν καὶ τυτθὴν λέγουσιν ὀλίγην ἢ μικράν. Τῦφος. ἡ ἀλαζονεία. ἡ ἄναψις τῆς καρδίας, ἣν ἐγείρει κουφότης. παρὰ τὸ τύφω, τὸ καίω. ὅθεν καὶ τὸ υ μακρὸν, καὶ περισπᾶται.</w:t>
      </w:r>
    </w:p>
    <w:p>
      <w:r>
        <w:rPr>
          <w:rFonts w:ascii="Courier New" w:hAnsi="Courier New"/>
          <w:color w:val="555555"/>
          <w:sz w:val="20"/>
        </w:rPr>
        <w:t>[20]</w:t>
      </w:r>
    </w:p>
    <w:p>
      <w:r>
        <w:rPr>
          <w:rFonts w:ascii="Gentium Plus" w:hAnsi="Gentium Plus"/>
          <w:sz w:val="24"/>
        </w:rPr>
        <w:t>Τυφεδανός. τετυφωμένος καὶ ἀσθενής. οἷον, κα‐ πνὸς τυφεδανός. ἐκ τοῦ τύφω. Τυφών. σφοδρότατος καὶ λαβρότατος ἄνεμος ἐκ‐ νεφίας οὕτω καλούμενος. Τυφῶνα. τὸν κατὰ θάλασσαν, ὑφ’ οὗ τὰ πλοῖα</w:t>
      </w:r>
    </w:p>
    <w:p>
      <w:r>
        <w:rPr>
          <w:rFonts w:ascii="Courier New" w:hAnsi="Courier New"/>
          <w:color w:val="555555"/>
          <w:sz w:val="20"/>
        </w:rPr>
        <w:t>[25]</w:t>
      </w:r>
    </w:p>
    <w:p>
      <w:r>
        <w:rPr>
          <w:rFonts w:ascii="Gentium Plus" w:hAnsi="Gentium Plus"/>
          <w:sz w:val="24"/>
        </w:rPr>
        <w:t>φθείρονται. τυφῶνα οὐ τὴν ἐκ τοῦ ἀέρος φλό‐</w:t>
      </w:r>
    </w:p>
    <w:p>
      <w:r>
        <w:rPr>
          <w:rFonts w:ascii="Courier New" w:hAnsi="Courier New"/>
          <w:color w:val="555555"/>
          <w:sz w:val="20"/>
        </w:rPr>
        <w:t>[tau 1755]</w:t>
      </w:r>
    </w:p>
    <w:p>
      <w:r>
        <w:rPr>
          <w:rFonts w:ascii="Gentium Plus" w:hAnsi="Gentium Plus"/>
          <w:sz w:val="24"/>
        </w:rPr>
        <w:t>γα λέγει ὁ Πλάτων, ἀλλὰ τὴν ἐκ τῆς ἀναθυ‐ μιάσεως συστροφὴν πρὸ τοῦ ἐκπυρωθῆναι. †Τυφώς ἐστιν ἑλικοειδὴς κίνησις ἀέρος ζοφώδους ἄνωθεν ἐπὶ γῆς τεταμένη.†</w:t>
      </w:r>
    </w:p>
    <w:p>
      <w:r>
        <w:rPr>
          <w:rFonts w:ascii="Courier New" w:hAnsi="Courier New"/>
          <w:color w:val="555555"/>
          <w:sz w:val="20"/>
        </w:rPr>
        <w:t>[5]</w:t>
      </w:r>
    </w:p>
    <w:p>
      <w:r>
        <w:rPr>
          <w:rFonts w:ascii="Gentium Plus" w:hAnsi="Gentium Plus"/>
          <w:sz w:val="24"/>
        </w:rPr>
        <w:t>†Τύχος. ὄρυξ.† †Τύχων. ὁ Ἑρμῆς.† Τύπον. ὅρον, κανόνα. καὶ ὁ Ἀπόστολος· εἰς ὃν παρεδόθητε τύπον διδαχῆς. ἢ καὶ εἰκόνα. τύπον δῶμεν ὑμῖν εἰς τὸ μιμεῖσθαι ἡμᾶς.</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†Τυκάνη. ᾧ ἀλφῶσι.† †Τύλη. τὸ τύλιον.† Τυμπανιστριῶν. μελῳδουσῶν. Τυπὴ καὶ τυπίς. ἡ πληγή. ἀπὸ τοῦ τύπτω.</w:t>
      </w:r>
    </w:p>
    <w:p>
      <w:r>
        <w:rPr>
          <w:rFonts w:ascii="Courier New" w:hAnsi="Courier New"/>
          <w:color w:val="555555"/>
          <w:sz w:val="20"/>
        </w:rPr>
        <w:t>[15]</w:t>
      </w:r>
    </w:p>
    <w:p>
      <w:r>
        <w:rPr>
          <w:rFonts w:ascii="Gentium Plus" w:hAnsi="Gentium Plus"/>
          <w:sz w:val="24"/>
        </w:rPr>
        <w:t>Τυρεία. ἡ πανουργία, ἡ κατασκευή. Τύχη. αἰτία κατὰ συμβεβηκὸς ἀόριστος ἐν τοῖς ἕνεκα τινὸς κατὰ προαίρεσιν γινομένοις συμ‐ βαίνουσα. τὸν γὰρ ὀρύσσοντα χρυσίον εὑρεῖν ἔτυχε.</w:t>
      </w:r>
    </w:p>
    <w:p>
      <w:r>
        <w:rPr>
          <w:rFonts w:ascii="Courier New" w:hAnsi="Courier New"/>
          <w:color w:val="555555"/>
          <w:sz w:val="20"/>
        </w:rPr>
        <w:t>[20]</w:t>
      </w:r>
    </w:p>
    <w:p>
      <w:r>
        <w:rPr>
          <w:rFonts w:ascii="Gentium Plus" w:hAnsi="Gentium Plus"/>
          <w:sz w:val="24"/>
        </w:rPr>
        <w:t>Τύνη. ἀντὶ τοῦ σὺ, Δωρικῶς. καὶ γάρ εἰσιν ἀν‐</w:t>
      </w:r>
    </w:p>
    <w:p>
      <w:r>
        <w:rPr>
          <w:rFonts w:ascii="Courier New" w:hAnsi="Courier New"/>
          <w:color w:val="555555"/>
          <w:sz w:val="20"/>
        </w:rPr>
        <w:t>[tau 1756]</w:t>
      </w:r>
    </w:p>
    <w:p>
      <w:r>
        <w:rPr>
          <w:rFonts w:ascii="Gentium Plus" w:hAnsi="Gentium Plus"/>
          <w:sz w:val="24"/>
        </w:rPr>
        <w:t>τωνυμίαι κατ’ ἐπέκτασιν γινόμεναι. παρὰ τὸ ἐγὼ ἐγώνη, οὕτως καὶ σὺ σύνη, καὶ τροπῇ τύνη. Τυπάς. ἡ σφύρα. Τυμβάς. ἡ φαρμακίς. τοῦ Ψελλοῦ· [τυπὰς ἡ]</w:t>
      </w:r>
    </w:p>
    <w:p>
      <w:r>
        <w:rPr>
          <w:rFonts w:ascii="Courier New" w:hAnsi="Courier New"/>
          <w:color w:val="555555"/>
          <w:sz w:val="20"/>
        </w:rPr>
        <w:t>[5]</w:t>
      </w:r>
    </w:p>
    <w:p>
      <w:r>
        <w:rPr>
          <w:rFonts w:ascii="Gentium Plus" w:hAnsi="Gentium Plus"/>
          <w:sz w:val="24"/>
        </w:rPr>
        <w:t>σφύρα πέφυκε, τυμβὰς ἡ φαρμακὶς δέ.</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†Τυλόν. τὸ αἰδοῖον.† Τύμμα. ἡ τύψις. Τύμπανον. ἐκ δερμάτων ἐστὶ γινόμενον. παρὰ</w:t>
      </w:r>
    </w:p>
    <w:p>
      <w:r>
        <w:rPr>
          <w:rFonts w:ascii="Courier New" w:hAnsi="Courier New"/>
          <w:color w:val="555555"/>
          <w:sz w:val="20"/>
        </w:rPr>
        <w:t>[10]</w:t>
      </w:r>
    </w:p>
    <w:p>
      <w:r>
        <w:rPr>
          <w:rFonts w:ascii="Gentium Plus" w:hAnsi="Gentium Plus"/>
          <w:sz w:val="24"/>
        </w:rPr>
        <w:t>τὸ τύπτω τύπανον καὶ πλεονασμῷ τοῦ μ τύμπα‐ νον. ἢ τύμπανον ἐστὶ τὸ τοῦ δημίου ξύλον, ᾧ τοὺς παραδιδομένους διεχειρίζετο. ὅθεν καὶ τυμ‐ πανίζεται, ὅ ἐστι ξύλῳ πλήσσεται, ἐκδείρεται, κρέμαται.</w:t>
      </w:r>
    </w:p>
    <w:p>
      <w:r>
        <w:rPr>
          <w:rFonts w:ascii="Courier New" w:hAnsi="Courier New"/>
          <w:color w:val="555555"/>
          <w:sz w:val="20"/>
        </w:rPr>
        <w:t>[15]</w:t>
      </w:r>
    </w:p>
    <w:p>
      <w:r>
        <w:rPr>
          <w:rFonts w:ascii="Gentium Plus" w:hAnsi="Gentium Plus"/>
          <w:sz w:val="24"/>
        </w:rPr>
        <w:t>Τύμπανον νοητόν. νέκρωσις ἑκούσιος σώματος, καὶ σωφροσύνης ποιητική.</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Τυγχάνω. τεύχω, τυγχάνω, ὡς φεύγω, φυγ‐ γάνω, ἐρεύγω, ἐρυγγάνω. παραγωγή ἐστιν ἄρα,</w:t>
      </w:r>
    </w:p>
    <w:p>
      <w:r>
        <w:rPr>
          <w:rFonts w:ascii="Courier New" w:hAnsi="Courier New"/>
          <w:color w:val="555555"/>
          <w:sz w:val="20"/>
        </w:rPr>
        <w:t>[20]</w:t>
      </w:r>
    </w:p>
    <w:p>
      <w:r>
        <w:rPr>
          <w:rFonts w:ascii="Gentium Plus" w:hAnsi="Gentium Plus"/>
          <w:sz w:val="24"/>
        </w:rPr>
        <w:t>οὐ πλεονασμός. ὡς ἥδω, ἁνδάνω.</w:t>
      </w:r>
    </w:p>
    <w:p>
      <w:r>
        <w:rPr>
          <w:rFonts w:ascii="Courier New" w:hAnsi="Courier New"/>
          <w:color w:val="555555"/>
          <w:sz w:val="20"/>
        </w:rPr>
        <w:t>[tau 1757]</w:t>
      </w:r>
    </w:p>
    <w:p>
      <w:r>
        <w:rPr>
          <w:rFonts w:ascii="Gentium Plus" w:hAnsi="Gentium Plus"/>
          <w:sz w:val="24"/>
        </w:rPr>
        <w:t>Τυμβοχοῆσαι. χωστοῦ τάφου ἀξιῶσαι. Ἀρί‐ σταρχος· τὸ γὰρ πλῆρες τυμβοχοῆσαι. Τυμπανίζεται. ξύλῳ πλήσσεται. ἢ ἀποδέρε‐ ται τὴν κεφαλήν. ἢ ἀποκεφαλίζεται.</w:t>
      </w:r>
    </w:p>
    <w:p>
      <w:r>
        <w:rPr>
          <w:rFonts w:ascii="Courier New" w:hAnsi="Courier New"/>
          <w:color w:val="555555"/>
          <w:sz w:val="20"/>
        </w:rPr>
        <w:t>[5]</w:t>
      </w:r>
    </w:p>
    <w:p>
      <w:r>
        <w:rPr>
          <w:rFonts w:ascii="Gentium Plus" w:hAnsi="Gentium Plus"/>
          <w:sz w:val="24"/>
        </w:rPr>
        <w:t>Τυντλάζειν. εἰς πηλὸν ἐμβαίνειν. ἢ αὐτὸ καὶ αὐτὸ λέγειν. ἢ ἐπιῤῥαίνειν. Τυπτήσεις καὶ τυπτῶ. παρὰ Ἀριστοφάνει. Τυρεύει. κατασκευάζει· πανουργεύει. Τυρβάζω. σπεύδω. μεριμνῶ, φροντίζω.</w:t>
      </w:r>
    </w:p>
    <w:p>
      <w:r>
        <w:rPr>
          <w:rFonts w:ascii="Courier New" w:hAnsi="Courier New"/>
          <w:color w:val="555555"/>
          <w:sz w:val="20"/>
        </w:rPr>
        <w:t>[10]</w:t>
      </w:r>
    </w:p>
    <w:p>
      <w:r>
        <w:rPr>
          <w:rFonts w:ascii="Gentium Plus" w:hAnsi="Gentium Plus"/>
          <w:sz w:val="24"/>
        </w:rPr>
        <w:t>Τύφεται. καίεται, καὶ καπνίζεται. Τύψειαν. οἱ Αἰολεῖς τὰ εὐκτικὰ τοῦ ἀορίστου πρώτου διὰ τοῦ εια προσφέρουσι· τὸ γὰρ τύ‐ ψαιμι τύψειαν λέγουσι καὶ τὸ ποιήσαιμι ποιή‐ σειαν.</w:t>
      </w:r>
    </w:p>
    <w:p>
      <w:r>
        <w:rPr>
          <w:rFonts w:ascii="Courier New" w:hAnsi="Courier New"/>
          <w:color w:val="555555"/>
          <w:sz w:val="20"/>
        </w:rPr>
        <w:t>[15]</w:t>
      </w:r>
    </w:p>
    <w:p>
      <w:r>
        <w:rPr>
          <w:rFonts w:ascii="Gentium Plus" w:hAnsi="Gentium Plus"/>
          <w:sz w:val="24"/>
        </w:rPr>
        <w:t>Τυποῦνται. πλάττονται. τοῦ Θεολόγου· ἢ πρὸς ἀρετὴν τυποῦσθαι τοὺς νέους, ἢ πρὸς κακίαν.</w:t>
      </w:r>
    </w:p>
    <w:p>
      <w:pPr>
        <w:jc w:val="center"/>
      </w:pPr>
      <w:r>
        <w:rPr>
          <w:rFonts w:ascii="Gentium Plus" w:hAnsi="Gentium Plus"/>
          <w:b/>
          <w:sz w:val="24"/>
        </w:rPr>
        <w:t>Τὸ Τ μετὰ τοῦ Ω.</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Τωβήτ· Τωβίας· Τωβίτης. ὀνόματα κύρια.</w:t>
      </w:r>
    </w:p>
    <w:p>
      <w:r>
        <w:rPr>
          <w:rFonts w:ascii="Courier New" w:hAnsi="Courier New"/>
          <w:color w:val="555555"/>
          <w:sz w:val="20"/>
        </w:rPr>
        <w:t>[20]</w:t>
      </w:r>
    </w:p>
    <w:p>
      <w:r>
        <w:rPr>
          <w:rFonts w:ascii="Gentium Plus" w:hAnsi="Gentium Plus"/>
          <w:sz w:val="24"/>
        </w:rPr>
        <w:t>Τωτίλλας· Τωτιλλίας. ὀνόματα κύρια.</w:t>
      </w:r>
    </w:p>
    <w:p>
      <w:r>
        <w:rPr>
          <w:rFonts w:ascii="Courier New" w:hAnsi="Courier New"/>
          <w:color w:val="555555"/>
          <w:sz w:val="20"/>
        </w:rPr>
        <w:t>[tau 1758]</w:t>
      </w:r>
    </w:p>
    <w:p>
      <w:r>
        <w:rPr>
          <w:rFonts w:ascii="Gentium Plus" w:hAnsi="Gentium Plus"/>
          <w:sz w:val="24"/>
        </w:rPr>
        <w:t>Τωθασμός. χλεύη, ψόγος, ἐμπαιγμός. Τωφάνης. κύριον.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Τὼ χεῖρε. Ἀττικόν ἐστι. σύνηθες γὰρ τοῖς Ἀτ‐</w:t>
      </w:r>
    </w:p>
    <w:p>
      <w:r>
        <w:rPr>
          <w:rFonts w:ascii="Courier New" w:hAnsi="Courier New"/>
          <w:color w:val="555555"/>
          <w:sz w:val="20"/>
        </w:rPr>
        <w:t>[5]</w:t>
      </w:r>
    </w:p>
    <w:p>
      <w:r>
        <w:rPr>
          <w:rFonts w:ascii="Gentium Plus" w:hAnsi="Gentium Plus"/>
          <w:sz w:val="24"/>
        </w:rPr>
        <w:t>τικοῖς, κεχρῆσθαι τοῖς ἀρσενικοῖς ἄρθροις ἐν τοῖς θηλυκοῖς ὀνόμασι. διὸ καὶ Ὅμηρος· τὼ βάτην τρήρωσι πελειάσιν—. ἀντὶ τοῦ αὗται. καὶ ὁ Σοφοκλῆς· ἴδεσθε τώδε τὼ κασιγνήτω, φίλοι.</w:t>
      </w:r>
    </w:p>
    <w:p>
      <w:r>
        <w:rPr>
          <w:rFonts w:ascii="Courier New" w:hAnsi="Courier New"/>
          <w:color w:val="555555"/>
          <w:sz w:val="20"/>
        </w:rPr>
        <w:t>[10]</w:t>
      </w:r>
    </w:p>
    <w:p>
      <w:r>
        <w:rPr>
          <w:rFonts w:ascii="Gentium Plus" w:hAnsi="Gentium Plus"/>
          <w:sz w:val="24"/>
        </w:rPr>
        <w:t>ἀντὶ τοῦ ταύτας τὰς κασιγνήτους.</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Τᾠκίδιον. τὸ οἰκίδιον. Τωϋτόν. τὸ αὐτό.</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Τωθάζω. ἀπατῶ· ὑβρίζω· ἐμπαίζω· χλευά‐ ζω· ψέγω. ἀπὸ τοῦ θὼψ, ὃ σημαίνει τὸν κό‐ λακα. ἐκ τούτου γίνεται θωπάζω, καὶ τροπῇ τοῦ δασέος εἰς ψιλὸν καθ’ ὑπερβιβασμὸν τω‐ θάζω.</w:t>
      </w:r>
    </w:p>
    <w:p>
      <w:r>
        <w:rPr>
          <w:rFonts w:ascii="Courier New" w:hAnsi="Courier New"/>
          <w:color w:val="555555"/>
          <w:sz w:val="20"/>
        </w:rPr>
        <w:t>[20]</w:t>
      </w:r>
    </w:p>
    <w:p>
      <w:r>
        <w:rPr>
          <w:rFonts w:ascii="Gentium Plus" w:hAnsi="Gentium Plus"/>
          <w:sz w:val="24"/>
        </w:rPr>
        <w:t>Τῷ τοι. διὰ τοῦτο. καὶ τῷ. Ὅμηρος·</w:t>
      </w:r>
    </w:p>
    <w:p>
      <w:pPr>
        <w:jc w:val="center"/>
      </w:pPr>
      <w:r>
        <w:rPr>
          <w:rFonts w:ascii="Gentium Plus" w:hAnsi="Gentium Plus"/>
          <w:b/>
          <w:sz w:val="24"/>
        </w:rPr>
        <w:t>Υ.</w:t>
      </w:r>
    </w:p>
    <w:p>
      <w:pPr>
        <w:jc w:val="center"/>
      </w:pPr>
      <w:r>
        <w:rPr>
          <w:rFonts w:ascii="Gentium Plus" w:hAnsi="Gentium Plus"/>
          <w:b/>
          <w:sz w:val="24"/>
        </w:rPr>
        <w:t>Τὸ Υ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†Υ. τὸ στοιχεῖον. ὅτι αἱ ὑάδες τὸ πρόσωπον</w:t>
      </w:r>
    </w:p>
    <w:p>
      <w:r>
        <w:rPr>
          <w:rFonts w:ascii="Courier New" w:hAnsi="Courier New"/>
          <w:color w:val="555555"/>
          <w:sz w:val="20"/>
        </w:rPr>
        <w:t>[5]</w:t>
      </w:r>
    </w:p>
    <w:p>
      <w:r>
        <w:rPr>
          <w:rFonts w:ascii="Gentium Plus" w:hAnsi="Gentium Plus"/>
          <w:sz w:val="24"/>
        </w:rPr>
        <w:t>τοῦ ταύρου ἔχουσιν, ὡς ἐπιπλατυνόμενον ἀπὸ τοῦ μετώπου, λεπτυνόμενον δὲ ἐξ ἀμφοτέρων ἐπὶ τὰ κάτω. ὥσπερ καὶ τὸ γράμμα.† †Ὑαλής. εἰκαῖος· βλοσυρός.† †Ὕαλος. ὁ βόρβορος. ἐνίοτε δὲ καὶ τὸ λαμ‐</w:t>
      </w:r>
    </w:p>
    <w:p>
      <w:r>
        <w:rPr>
          <w:rFonts w:ascii="Courier New" w:hAnsi="Courier New"/>
          <w:color w:val="555555"/>
          <w:sz w:val="20"/>
        </w:rPr>
        <w:t>[10]</w:t>
      </w:r>
    </w:p>
    <w:p>
      <w:r>
        <w:rPr>
          <w:rFonts w:ascii="Gentium Plus" w:hAnsi="Gentium Plus"/>
          <w:sz w:val="24"/>
        </w:rPr>
        <w:t>πρόν.† †Ὕαντες. ἔθνος κατοικήσαντες τὴν Βοιωτίαν.† Ὕαντες. ἔθνος κατοικίσαντες τὴν Βοιωτίαν. Ὑαῖος. κύριον, δίφθογγον. υἱέως δὲ, τοῦ υἱοῦ, ψιλὸν καὶ μέγα.</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Ὑάδες. ἀστέρες, οἵτινες ἐπὶ τῶν κεράτων τοῦ οὐ‐ ρανίου ταύρου εἰσί. παρὰ τὸ ὕω, τὸ βρέχω. ὑε‐ τοῦ γὰρ παρασκευαστικαὶ εἰσὶ δύνουσαι. Ὕαινα. ζῶον. Ὑάμπολις. πόλις.</w:t>
      </w:r>
    </w:p>
    <w:p>
      <w:r>
        <w:rPr>
          <w:rFonts w:ascii="Courier New" w:hAnsi="Courier New"/>
          <w:color w:val="555555"/>
          <w:sz w:val="20"/>
        </w:rPr>
        <w:t>[20]</w:t>
      </w:r>
    </w:p>
    <w:p>
      <w:r>
        <w:rPr>
          <w:rFonts w:ascii="Gentium Plus" w:hAnsi="Gentium Plus"/>
          <w:sz w:val="24"/>
        </w:rPr>
        <w:t>Ὕαξις. πόλις.</w:t>
      </w:r>
    </w:p>
    <w:p>
      <w:pPr>
        <w:jc w:val="center"/>
      </w:pPr>
      <w:r>
        <w:rPr>
          <w:rFonts w:ascii="Gentium Plus" w:hAnsi="Gentium Plus"/>
          <w:b/>
          <w:sz w:val="24"/>
        </w:rPr>
        <w:t>(Οὐδέτερον.)</w:t>
      </w:r>
    </w:p>
    <w:p>
      <w:r>
        <w:rPr>
          <w:rFonts w:ascii="Courier New" w:hAnsi="Courier New"/>
          <w:color w:val="555555"/>
          <w:sz w:val="20"/>
        </w:rPr>
        <w:t>[22]</w:t>
      </w:r>
    </w:p>
    <w:p>
      <w:r>
        <w:rPr>
          <w:rFonts w:ascii="Gentium Plus" w:hAnsi="Gentium Plus"/>
          <w:sz w:val="24"/>
        </w:rPr>
        <w:t>Ὑακίνθινον. ὑπομελανίζον. Ὅμηρος· λωτόν θ’ ἑρσήεντα ἠδὲ κρόκον ἠδ’ ὑάκινθον. Ὑάλινον, οὐχὶ ὑάλουν. καὶ τὴν ὕαλον θηλυ‐</w:t>
      </w:r>
    </w:p>
    <w:p>
      <w:r>
        <w:rPr>
          <w:rFonts w:ascii="Courier New" w:hAnsi="Courier New"/>
          <w:color w:val="555555"/>
          <w:sz w:val="20"/>
        </w:rPr>
        <w:t>[25]</w:t>
      </w:r>
    </w:p>
    <w:p>
      <w:r>
        <w:rPr>
          <w:rFonts w:ascii="Gentium Plus" w:hAnsi="Gentium Plus"/>
          <w:sz w:val="24"/>
        </w:rPr>
        <w:t>κῶς ἐν τῷ ἄλφα λεκτέον, οὐχὶ ἐν τῷ ε. παρὰ</w:t>
      </w:r>
    </w:p>
    <w:p>
      <w:r>
        <w:rPr>
          <w:rFonts w:ascii="Courier New" w:hAnsi="Courier New"/>
          <w:color w:val="555555"/>
          <w:sz w:val="20"/>
        </w:rPr>
        <w:t>[upsilon 1760]</w:t>
      </w:r>
    </w:p>
    <w:p>
      <w:r>
        <w:rPr>
          <w:rFonts w:ascii="Gentium Plus" w:hAnsi="Gentium Plus"/>
          <w:sz w:val="24"/>
        </w:rPr>
        <w:t>τὸ ὕειν καὶ καθ’ ὁμοιότητα εἶναι τῆς γινομένης συστάσεως καὶ πήξεως τοῦ ὕδατος. †Ὑαλόεν. τὸ διαφανές.† Υ. τὸ στοιχεῖον. ὅτι παρεοικός ἐστι τῷ τῶν ὑδά‐</w:t>
      </w:r>
    </w:p>
    <w:p>
      <w:r>
        <w:rPr>
          <w:rFonts w:ascii="Courier New" w:hAnsi="Courier New"/>
          <w:color w:val="555555"/>
          <w:sz w:val="20"/>
        </w:rPr>
        <w:t>[5]</w:t>
      </w:r>
    </w:p>
    <w:p>
      <w:r>
        <w:rPr>
          <w:rFonts w:ascii="Gentium Plus" w:hAnsi="Gentium Plus"/>
          <w:sz w:val="24"/>
        </w:rPr>
        <w:t>των προσώπῳ.</w:t>
      </w:r>
    </w:p>
    <w:p>
      <w:pPr>
        <w:jc w:val="center"/>
      </w:pPr>
      <w:r>
        <w:rPr>
          <w:rFonts w:ascii="Gentium Plus" w:hAnsi="Gentium Plus"/>
          <w:b/>
          <w:sz w:val="24"/>
        </w:rPr>
        <w:t>Τὸ Υ μετὰ τοῦ Β.</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Ὑβός. ὁ κυρτός. κυφός ἐστι, καὶ ἀποβολῇ τοῦ κ, καὶ τροπῇ τοῦ φ εἰς β, ὑβός. καὶ ὕβωσις,</w:t>
      </w:r>
    </w:p>
    <w:p>
      <w:r>
        <w:rPr>
          <w:rFonts w:ascii="Courier New" w:hAnsi="Courier New"/>
          <w:color w:val="555555"/>
          <w:sz w:val="20"/>
        </w:rPr>
        <w:t>[10]</w:t>
      </w:r>
    </w:p>
    <w:p>
      <w:r>
        <w:rPr>
          <w:rFonts w:ascii="Gentium Plus" w:hAnsi="Gentium Plus"/>
          <w:sz w:val="24"/>
        </w:rPr>
        <w:t>ἡ κύρτωσις, ἢ τὸ μετὰ τὴν κεφαλὴν πρὸ τῆς ῥάχεως πάθος. Ὑβριστάς. τοὺς θρασεῖς καὶ λοιδόρους λέγει ὁ Ἀπόστολος· ὑβριστὰς ὑπερηφάνους.</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Ὑβάλη. δῆμος Ἀττικῆς. †Ὕβλη. πόλις Σικελική.† Ὕβρις. ἀδικία καταισχύνουσα. ὑπόβαρις τὶς οὖ‐ σα, ἡ βαροῦσα πάντας. Ὕβρισις. ἀτιμία.</w:t>
      </w:r>
    </w:p>
    <w:p>
      <w:r>
        <w:rPr>
          <w:rFonts w:ascii="Courier New" w:hAnsi="Courier New"/>
          <w:color w:val="555555"/>
          <w:sz w:val="20"/>
        </w:rPr>
        <w:t>[20]</w:t>
      </w:r>
    </w:p>
    <w:p>
      <w:r>
        <w:rPr>
          <w:rFonts w:ascii="Gentium Plus" w:hAnsi="Gentium Plus"/>
          <w:sz w:val="24"/>
        </w:rPr>
        <w:t>Ὑβριστεία. ἡ ὑβριοπάθεια.</w:t>
      </w:r>
    </w:p>
    <w:p>
      <w:pPr>
        <w:jc w:val="center"/>
      </w:pPr>
      <w:r>
        <w:rPr>
          <w:rFonts w:ascii="Gentium Plus" w:hAnsi="Gentium Plus"/>
          <w:b/>
          <w:sz w:val="24"/>
        </w:rPr>
        <w:t>(Ῥῆμα.)</w:t>
      </w:r>
    </w:p>
    <w:p>
      <w:r>
        <w:rPr>
          <w:rFonts w:ascii="Courier New" w:hAnsi="Courier New"/>
          <w:color w:val="555555"/>
          <w:sz w:val="20"/>
        </w:rPr>
        <w:t>[22]</w:t>
      </w:r>
    </w:p>
    <w:p>
      <w:r>
        <w:rPr>
          <w:rFonts w:ascii="Gentium Plus" w:hAnsi="Gentium Plus"/>
          <w:sz w:val="24"/>
        </w:rPr>
        <w:t>Ὑβάλλειν. ἐμποδίζειν. Ὑβριοπαθῶ.</w:t>
      </w:r>
    </w:p>
    <w:p>
      <w:pPr>
        <w:jc w:val="center"/>
      </w:pPr>
      <w:r>
        <w:rPr>
          <w:rFonts w:ascii="Gentium Plus" w:hAnsi="Gentium Plus"/>
          <w:b/>
          <w:sz w:val="24"/>
        </w:rPr>
        <w:t>Τὸ Υ μετὰ τοῦ Γ.</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Ὑγιής. ὁλόκληρος. ὁ ἐν ὑγρῷ ὢν καὶ ζῶν, οἱονεὶ ὑγριὴς, καὶ ἀποβολῇ τοῦ ρ ὑγιής. ὅθεν διερὸς</w:t>
      </w:r>
    </w:p>
    <w:p>
      <w:r>
        <w:rPr>
          <w:rFonts w:ascii="Courier New" w:hAnsi="Courier New"/>
          <w:color w:val="555555"/>
          <w:sz w:val="20"/>
        </w:rPr>
        <w:t>[5]</w:t>
      </w:r>
    </w:p>
    <w:p>
      <w:r>
        <w:rPr>
          <w:rFonts w:ascii="Gentium Plus" w:hAnsi="Gentium Plus"/>
          <w:sz w:val="24"/>
        </w:rPr>
        <w:t>ὁ ζῶν, καὶ ἀλίβας ὁ νεκρός. οἶμαι δὲ παρὰ τὸ εὖ εἶναι σῶμα, ἢ παρὰ τὸ εὖ ἰαίνεσθαι. *Ὑγρός. εὐκατάφορος· ὁ εἰς τὰς ἡδονὰς ῥευ‐ ματιζόμενος.*</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Ὑγίεια. συμμετρία τῶν ἐν σώματι στοιχείων, θερμοῦ καὶ ψυχροῦ, ὑγροῦ καὶ ξηροῦ. ἢ ἡ ἀρί‐ στη τοῦ σώματος διάθεσις. ὡς παρὰ τὸ εὐσε‐ βὴς εὐσέβεια, οὕτω καὶ παρὰ τὸ ὑγιὴς ὑγίεια. καὶ παροξυνόμενον γράφεται διὰ διφθόγγου τῷ</w:t>
      </w:r>
    </w:p>
    <w:p>
      <w:r>
        <w:rPr>
          <w:rFonts w:ascii="Courier New" w:hAnsi="Courier New"/>
          <w:color w:val="555555"/>
          <w:sz w:val="20"/>
        </w:rPr>
        <w:t>[15]</w:t>
      </w:r>
    </w:p>
    <w:p>
      <w:r>
        <w:rPr>
          <w:rFonts w:ascii="Gentium Plus" w:hAnsi="Gentium Plus"/>
          <w:sz w:val="24"/>
        </w:rPr>
        <w:t>λόγῳ τῶν διὰ τοῦ ει θηλυκῶν. οἱ δὲ Ἀθηναῖοι ἐκτείνουσι τὸ α, καὶ καταβιβάζουσι τὸν τόνον, καὶ φυλάττουσι τὴν αὐτὴν γραφήν. ὡς ἱέρεια, ἱερεία. τοῦτο δὲ κατὰ κρᾶσιν τοῦ ι καὶ τῆς ει διφθόγγου γίνεται ὑγεία.</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Ὑγρὰ κέλευθα. διὰ θαλάσσης ὁδός. Ὑγρόν. ὕδωρ τι ὢν, οἷον τὸ ἔνυδρον. ἢ παρὰ τὸ ὕω, τὸ βρέχω, ὕσω, ὑρὸς, καὶ πλεονα‐</w:t>
      </w:r>
    </w:p>
    <w:p>
      <w:pPr>
        <w:jc w:val="center"/>
      </w:pPr>
      <w:r>
        <w:rPr>
          <w:rFonts w:ascii="Gentium Plus" w:hAnsi="Gentium Plus"/>
          <w:b/>
          <w:sz w:val="24"/>
        </w:rPr>
        <w:t>Τὸ Υ μετὰ τοῦ Δ.</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Ὑδάσπης, καὶ Ὕδασπις, καὶ Ὑδάρνις. ποταμοί. Ὑδαρεύς. τοπικόν.</w:t>
      </w:r>
    </w:p>
    <w:p>
      <w:r>
        <w:rPr>
          <w:rFonts w:ascii="Courier New" w:hAnsi="Courier New"/>
          <w:color w:val="555555"/>
          <w:sz w:val="20"/>
        </w:rPr>
        <w:t>[5]</w:t>
      </w:r>
    </w:p>
    <w:p>
      <w:r>
        <w:rPr>
          <w:rFonts w:ascii="Gentium Plus" w:hAnsi="Gentium Plus"/>
          <w:sz w:val="24"/>
        </w:rPr>
        <w:t>Ὕδερος. νόσος. †Ὕδης. συνετός.† Ὑδίμαχος. κύριον. Ὑδός. ὁ ἀνεψιός. Ὑδρηλός. τόπος.</w:t>
      </w:r>
    </w:p>
    <w:p>
      <w:r>
        <w:rPr>
          <w:rFonts w:ascii="Courier New" w:hAnsi="Courier New"/>
          <w:color w:val="555555"/>
          <w:sz w:val="20"/>
        </w:rPr>
        <w:t>[10]</w:t>
      </w:r>
    </w:p>
    <w:p>
      <w:r>
        <w:rPr>
          <w:rFonts w:ascii="Gentium Plus" w:hAnsi="Gentium Plus"/>
          <w:sz w:val="24"/>
        </w:rPr>
        <w:t>Ὑδροπότης. ὁ πίνων ὕδωρ. Ὕδρωψ. νόσος. ἀφ’ οὗ καὶ ὑδρωπικός.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†Ὕδη. φήμη. ᾠδή.† Ὕδρα. θηρίον, ἐννέα κεφαλὰς ἔχουσα, ἣν ἐφό‐</w:t>
      </w:r>
    </w:p>
    <w:p>
      <w:r>
        <w:rPr>
          <w:rFonts w:ascii="Courier New" w:hAnsi="Courier New"/>
          <w:color w:val="555555"/>
          <w:sz w:val="20"/>
        </w:rPr>
        <w:t>[15]</w:t>
      </w:r>
    </w:p>
    <w:p>
      <w:r>
        <w:rPr>
          <w:rFonts w:ascii="Gentium Plus" w:hAnsi="Gentium Plus"/>
          <w:sz w:val="24"/>
        </w:rPr>
        <w:t>νευσεν Ἡρακλῆς. Ὕδρη. πόλις. Ὑδρεία. ἡ ὕδρευσις. ὑδρία δὲ, τὸ ἀγγεῖον, ι. κυρίως δὲ ὑδρία τὸ εἰς ὕδωρ εὔθετον ἀγγεῖον. Ὑδριάδες. νύμφαι.</w:t>
      </w:r>
    </w:p>
    <w:p>
      <w:r>
        <w:rPr>
          <w:rFonts w:ascii="Courier New" w:hAnsi="Courier New"/>
          <w:color w:val="555555"/>
          <w:sz w:val="20"/>
        </w:rPr>
        <w:t>[20]</w:t>
      </w:r>
    </w:p>
    <w:p>
      <w:r>
        <w:rPr>
          <w:rFonts w:ascii="Gentium Plus" w:hAnsi="Gentium Plus"/>
          <w:sz w:val="24"/>
        </w:rPr>
        <w:t>Ὑδρογοργόνη. Ὑδροῤῥόη. Ὑδατίδες. σταγόνες. τοῦ Ψελλοῦ· αἱ συνθῆ‐ και φύδερα, σταγόνες δ’ ὑδατίδες.</w:t>
      </w:r>
    </w:p>
    <w:p>
      <w:pPr>
        <w:jc w:val="center"/>
      </w:pPr>
      <w:r>
        <w:rPr>
          <w:rFonts w:ascii="Gentium Plus" w:hAnsi="Gentium Plus"/>
          <w:b/>
          <w:sz w:val="24"/>
        </w:rPr>
        <w:t>(Οὐδέτερον.)</w:t>
      </w:r>
    </w:p>
    <w:p>
      <w:r>
        <w:rPr>
          <w:rFonts w:ascii="Courier New" w:hAnsi="Courier New"/>
          <w:color w:val="555555"/>
          <w:sz w:val="20"/>
        </w:rPr>
        <w:t>[25]</w:t>
      </w:r>
    </w:p>
    <w:p>
      <w:r>
        <w:rPr>
          <w:rFonts w:ascii="Gentium Plus" w:hAnsi="Gentium Plus"/>
          <w:sz w:val="24"/>
        </w:rPr>
        <w:t>Ὑδαρές. ἁπαλὸν, ὑδατῶδες.</w:t>
      </w:r>
    </w:p>
    <w:p>
      <w:r>
        <w:rPr>
          <w:rFonts w:ascii="Courier New" w:hAnsi="Courier New"/>
          <w:color w:val="555555"/>
          <w:sz w:val="20"/>
        </w:rPr>
        <w:t>[upsilon 1763]</w:t>
      </w:r>
    </w:p>
    <w:p>
      <w:r>
        <w:rPr>
          <w:rFonts w:ascii="Gentium Plus" w:hAnsi="Gentium Plus"/>
          <w:sz w:val="24"/>
        </w:rPr>
        <w:t>Ὕδας. τὸ ὕδωρ. Ὕδει. τῷ ὕδατι. Ὕδνον. .... Ὑδρίον. τὸ ἀγγεῖον. ὑδρεῖον δὲ, ἐν ᾧ ὑδρεύονται,</w:t>
      </w:r>
    </w:p>
    <w:p>
      <w:r>
        <w:rPr>
          <w:rFonts w:ascii="Courier New" w:hAnsi="Courier New"/>
          <w:color w:val="555555"/>
          <w:sz w:val="20"/>
        </w:rPr>
        <w:t>[5]</w:t>
      </w:r>
    </w:p>
    <w:p>
      <w:r>
        <w:rPr>
          <w:rFonts w:ascii="Gentium Plus" w:hAnsi="Gentium Plus"/>
          <w:sz w:val="24"/>
        </w:rPr>
        <w:t>δίφθογγον. Ὕδωρ. ἓν τῶν τεσσάρων στοιχείων ἐστὶ, ποίημα θεοῦ κάλλιστον. ἔστι δὲ ὑγρόν τε καὶ ψυχρὸν, βαρύ τε καὶ κατωφερὲς καὶ εὐδιάχυτον. τοῦτο δὲ μνημονεύει ἡ θεία γραφὴ, λέγουσα· καὶ</w:t>
      </w:r>
    </w:p>
    <w:p>
      <w:r>
        <w:rPr>
          <w:rFonts w:ascii="Courier New" w:hAnsi="Courier New"/>
          <w:color w:val="555555"/>
          <w:sz w:val="20"/>
        </w:rPr>
        <w:t>[10]</w:t>
      </w:r>
    </w:p>
    <w:p>
      <w:r>
        <w:rPr>
          <w:rFonts w:ascii="Gentium Plus" w:hAnsi="Gentium Plus"/>
          <w:sz w:val="24"/>
        </w:rPr>
        <w:t>σκότος ἦν ἐπάνω τῆς ἀβύσσου, καὶ πνεῦμα θεοῦ ἐπεφέρετο ἐπάνω τοῦ ὕδατος. ἄβυσσος γὰρ οὐ‐ δὲν ἕτερον ἢ ὕδωρ πολὺ, οὗ τὸ τέλος ἀκατάλη‐ πτον ἀνθρώποις. ἐτυμολογεῖται δὲ ἀπὸ τοῦ ὕω, τὸ βρέχω, ὕωρ καὶ πλεονασμῷ τοῦ δ ὕδωρ.</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Ὕδειν. ὑμνεῖν. †τρέχειν. λέγειν.†</w:t>
      </w:r>
    </w:p>
    <w:p>
      <w:pPr>
        <w:jc w:val="center"/>
      </w:pPr>
      <w:r>
        <w:rPr>
          <w:rFonts w:ascii="Gentium Plus" w:hAnsi="Gentium Plus"/>
          <w:b/>
          <w:sz w:val="24"/>
        </w:rPr>
        <w:t>Τὸ Υ μετὰ τοῦ Ε.</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†Ὑετός ἐστι ψεκάδων ἄθροισμα.†</w:t>
      </w:r>
    </w:p>
    <w:p>
      <w:r>
        <w:rPr>
          <w:rFonts w:ascii="Courier New" w:hAnsi="Courier New"/>
          <w:color w:val="555555"/>
          <w:sz w:val="20"/>
        </w:rPr>
        <w:t>[20]</w:t>
      </w:r>
    </w:p>
    <w:p>
      <w:r>
        <w:rPr>
          <w:rFonts w:ascii="Gentium Plus" w:hAnsi="Gentium Plus"/>
          <w:sz w:val="24"/>
        </w:rPr>
        <w:t>Ὑετός. ὄμβρος. καὶ ὑέτιον ὕδωρ. καὶ ὑετίζω.</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Ὕεια. χοίρων κρέα. τὰ ὕεια κρέα καὶ τοὺς λέ‐ βητας.</w:t>
      </w:r>
    </w:p>
    <w:p>
      <w:pPr>
        <w:jc w:val="center"/>
      </w:pPr>
      <w:r>
        <w:rPr>
          <w:rFonts w:ascii="Gentium Plus" w:hAnsi="Gentium Plus"/>
          <w:b/>
          <w:sz w:val="24"/>
        </w:rPr>
        <w:t>Τὸ Υ μετὰ τοῦ Η.</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Ὑηνεύς. ὁ σκαιὸς, ὁ φλύαρος, ὁ ἀμαθής. καὶ ὑηνία. οὕτω Καλλίας. †Ὑηνία. ἡ συγγένεια. καὶ ἡ σκαιότης.†</w:t>
      </w:r>
    </w:p>
    <w:p>
      <w:pPr>
        <w:jc w:val="center"/>
      </w:pPr>
      <w:r>
        <w:rPr>
          <w:rFonts w:ascii="Gentium Plus" w:hAnsi="Gentium Plus"/>
          <w:b/>
          <w:sz w:val="24"/>
        </w:rPr>
        <w:t>Τὸ Υ μετὰ τοῦ Θ.</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Ὕθλος. ἡ φλυαρία. †ἡ μωρία.† ὑθλῶ, φλυαρῶ.</w:t>
      </w:r>
    </w:p>
    <w:p>
      <w:pPr>
        <w:jc w:val="center"/>
      </w:pPr>
      <w:r>
        <w:rPr>
          <w:rFonts w:ascii="Gentium Plus" w:hAnsi="Gentium Plus"/>
          <w:b/>
          <w:sz w:val="24"/>
        </w:rPr>
        <w:t>Τὸ Υ μετὰ τοῦ Ι.</w:t>
      </w:r>
    </w:p>
    <w:p>
      <w:pPr>
        <w:jc w:val="center"/>
      </w:pPr>
      <w:r>
        <w:rPr>
          <w:rFonts w:ascii="Gentium Plus" w:hAnsi="Gentium Plus"/>
          <w:b/>
          <w:sz w:val="24"/>
        </w:rPr>
        <w:t>(Ἀρσενικόν.)</w:t>
      </w:r>
    </w:p>
    <w:p>
      <w:r>
        <w:rPr>
          <w:rFonts w:ascii="Courier New" w:hAnsi="Courier New"/>
          <w:color w:val="555555"/>
          <w:sz w:val="20"/>
        </w:rPr>
        <w:t>[14]</w:t>
      </w:r>
    </w:p>
    <w:p>
      <w:r>
        <w:rPr>
          <w:rFonts w:ascii="Gentium Plus" w:hAnsi="Gentium Plus"/>
          <w:sz w:val="24"/>
        </w:rPr>
        <w:t>Ὑϊδοῦς. ὁ ἀνεψιός. ἢ τοῦ υἱοῦ υἱός.</w:t>
      </w:r>
    </w:p>
    <w:p>
      <w:r>
        <w:rPr>
          <w:rFonts w:ascii="Courier New" w:hAnsi="Courier New"/>
          <w:color w:val="555555"/>
          <w:sz w:val="20"/>
        </w:rPr>
        <w:t>[15]</w:t>
      </w:r>
    </w:p>
    <w:p>
      <w:r>
        <w:rPr>
          <w:rFonts w:ascii="Gentium Plus" w:hAnsi="Gentium Plus"/>
          <w:sz w:val="24"/>
        </w:rPr>
        <w:t>Υἱός. υἱὸς κυρίως ἐστὶ δευτερότης ὑποστάσεως ἐν ταυτότητι φύσεως· ἢ αὔξησις προσώπων ὁμο‐ γενής· ἢ πρόοδος φύσεως εἰς συγγένειαν γνω‐ ριζομένη. υἱὸς δὲ κυρίως εἴρηται, ὡς ἂν εἴποις οἷος· οἷος γὰρ ὁ πατὴρ τὴν οὐσίαν, τοιοῦτος</w:t>
      </w:r>
    </w:p>
    <w:p>
      <w:r>
        <w:rPr>
          <w:rFonts w:ascii="Courier New" w:hAnsi="Courier New"/>
          <w:color w:val="555555"/>
          <w:sz w:val="20"/>
        </w:rPr>
        <w:t>[20]</w:t>
      </w:r>
    </w:p>
    <w:p>
      <w:r>
        <w:rPr>
          <w:rFonts w:ascii="Gentium Plus" w:hAnsi="Gentium Plus"/>
          <w:sz w:val="24"/>
        </w:rPr>
        <w:t>καὶ ὁ μονογενὴς υἱός· εἴτε ἐξ ἀκτίστου ἄκτι‐</w:t>
      </w:r>
    </w:p>
    <w:p>
      <w:r>
        <w:rPr>
          <w:rFonts w:ascii="Courier New" w:hAnsi="Courier New"/>
          <w:color w:val="555555"/>
          <w:sz w:val="20"/>
        </w:rPr>
        <w:t>[upsilon 1765]</w:t>
      </w:r>
    </w:p>
    <w:p>
      <w:r>
        <w:rPr>
          <w:rFonts w:ascii="Gentium Plus" w:hAnsi="Gentium Plus"/>
          <w:sz w:val="24"/>
        </w:rPr>
        <w:t>στος, εἴτε ἐκ θνητοῦ θνητός. κατὰ δύο δὲ τρό‐ πους εἴρηται πάλιν ἐπὶ θεοῦ ἡ υἱότης, φύσει καὶ χάριτι. φύσει υἱὸς ὁ θεὸς λόγος, κατὰ πάντα ὁμοούσιος ὢν τῷ πατρί· χάριτι δὲ καὶ</w:t>
      </w:r>
    </w:p>
    <w:p>
      <w:r>
        <w:rPr>
          <w:rFonts w:ascii="Courier New" w:hAnsi="Courier New"/>
          <w:color w:val="555555"/>
          <w:sz w:val="20"/>
        </w:rPr>
        <w:t>[5]</w:t>
      </w:r>
    </w:p>
    <w:p>
      <w:r>
        <w:rPr>
          <w:rFonts w:ascii="Gentium Plus" w:hAnsi="Gentium Plus"/>
          <w:sz w:val="24"/>
        </w:rPr>
        <w:t>οἱ δίκαιοι. Ὑός. ἄνευ τοῦ ι οἱ Ἀττικοί. λέγω δὲ, ὁπότε ἐν μιᾷ συλλαβῇ φωνήεντι ὑποτέτακται, ἐξαιρεῖ ὅλως, οἷον μύα, ὑὸς, εἰρηκῦα, πεποιηκῦα, κλαίειν καὶ τὰ ὅμοια. ὁπηνίκα δ’ ἐν συλλα‐</w:t>
      </w:r>
    </w:p>
    <w:p>
      <w:r>
        <w:rPr>
          <w:rFonts w:ascii="Courier New" w:hAnsi="Courier New"/>
          <w:color w:val="555555"/>
          <w:sz w:val="20"/>
        </w:rPr>
        <w:t>[10]</w:t>
      </w:r>
    </w:p>
    <w:p>
      <w:r>
        <w:rPr>
          <w:rFonts w:ascii="Gentium Plus" w:hAnsi="Gentium Plus"/>
          <w:sz w:val="24"/>
        </w:rPr>
        <w:t>βῶν διαζεύξει φωνήεντι ἕπεται, γράφεται μὲν, οὐ συνεκφωνεῖται δέ. κάδμη δ’ ἀνὴρ ἧ δακῶ παῖδα. Υἱωνός. ὁ τοῦ υἱοῦ υἱὸς, ἢ ὁ ἀνεψιός. καὶ υἱωνή.</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Υἱώσας. υἱοποιήσας.</w:t>
      </w:r>
    </w:p>
    <w:p>
      <w:pPr>
        <w:jc w:val="center"/>
      </w:pPr>
      <w:r>
        <w:rPr>
          <w:rFonts w:ascii="Gentium Plus" w:hAnsi="Gentium Plus"/>
          <w:b/>
          <w:sz w:val="24"/>
        </w:rPr>
        <w:t>Τὸ Υ μετὰ τοῦ Λ.</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Ὑλακομόρων. κακοπαθούντων τῇ ὑλακῇ. ἢ ὑλακτικῶν. μόρος γὰρ ἡ κακοπάθεια.</w:t>
      </w:r>
    </w:p>
    <w:p>
      <w:r>
        <w:rPr>
          <w:rFonts w:ascii="Courier New" w:hAnsi="Courier New"/>
          <w:color w:val="555555"/>
          <w:sz w:val="20"/>
        </w:rPr>
        <w:t>[20]</w:t>
      </w:r>
    </w:p>
    <w:p>
      <w:r>
        <w:rPr>
          <w:rFonts w:ascii="Gentium Plus" w:hAnsi="Gentium Plus"/>
          <w:sz w:val="24"/>
        </w:rPr>
        <w:t>Ὑλλάγρις· Ὕλλας· Ὕλλαγνις, Ὑλλά‐ γνιδος. ὀνόματα κύρια. Ὑλαῖος. κύριον. καὶ τόπος. †Ὕλλος. ποταμὸς Λυδίας.† Ὑλοτόμος. ὁ τὴν ὕλην καὶ ὄρος κόπτων.</w:t>
      </w:r>
    </w:p>
    <w:p>
      <w:r>
        <w:rPr>
          <w:rFonts w:ascii="Courier New" w:hAnsi="Courier New"/>
          <w:color w:val="555555"/>
          <w:sz w:val="20"/>
        </w:rPr>
        <w:t>[25]</w:t>
      </w:r>
    </w:p>
    <w:p>
      <w:r>
        <w:rPr>
          <w:rFonts w:ascii="Gentium Plus" w:hAnsi="Gentium Plus"/>
          <w:sz w:val="24"/>
        </w:rPr>
        <w:t>Ὑλωρός. ὁ τῆς ὕλης φύλαξ.</w:t>
      </w:r>
    </w:p>
    <w:p>
      <w:pPr>
        <w:jc w:val="center"/>
      </w:pPr>
      <w:r>
        <w:rPr>
          <w:rFonts w:ascii="Gentium Plus" w:hAnsi="Gentium Plus"/>
          <w:b/>
          <w:sz w:val="24"/>
        </w:rPr>
        <w:t>(Θηλυκόν.)</w:t>
      </w:r>
    </w:p>
    <w:p>
      <w:r>
        <w:rPr>
          <w:rFonts w:ascii="Courier New" w:hAnsi="Courier New"/>
          <w:color w:val="555555"/>
          <w:sz w:val="20"/>
        </w:rPr>
        <w:t>[27]</w:t>
      </w:r>
    </w:p>
    <w:p>
      <w:r>
        <w:rPr>
          <w:rFonts w:ascii="Gentium Plus" w:hAnsi="Gentium Plus"/>
          <w:sz w:val="24"/>
        </w:rPr>
        <w:t>Ὑλακή. ἡ τῶν κυνῶν κραυγή.</w:t>
      </w:r>
    </w:p>
    <w:p>
      <w:r>
        <w:rPr>
          <w:rFonts w:ascii="Courier New" w:hAnsi="Courier New"/>
          <w:color w:val="555555"/>
          <w:sz w:val="20"/>
        </w:rPr>
        <w:t>[upsilon 1766]</w:t>
      </w:r>
    </w:p>
    <w:p>
      <w:r>
        <w:rPr>
          <w:rFonts w:ascii="Gentium Plus" w:hAnsi="Gentium Plus"/>
          <w:sz w:val="24"/>
        </w:rPr>
        <w:t>καὶ εἰς ὃ ἀναλύεται. ἢ ὕλη τὸ ὄρος καὶ τὸ δάσος. παρὰ τὸ ὕεσθαι. τουτέστιν ἡ δι’ ὑγροῦ αὐξανομένη. Ὑλικὴ δυάς. πᾶν τὸ ὁρώμενον, ἐξ ὕλης καὶ</w:t>
      </w:r>
    </w:p>
    <w:p>
      <w:r>
        <w:rPr>
          <w:rFonts w:ascii="Courier New" w:hAnsi="Courier New"/>
          <w:color w:val="555555"/>
          <w:sz w:val="20"/>
        </w:rPr>
        <w:t>[5]</w:t>
      </w:r>
    </w:p>
    <w:p>
      <w:r>
        <w:rPr>
          <w:rFonts w:ascii="Gentium Plus" w:hAnsi="Gentium Plus"/>
          <w:sz w:val="24"/>
        </w:rPr>
        <w:t>εἴδους ἔχον τὴν σύστασιν, ὡς ἐγὼ, ἐξ ὕλης μὲν τῆς σαρκὸς, εἴδους δὲ τῆς ἀνθρωπείας μορφῆς. καὶ τόδε τὸ πρᾶγμα ἐξ ὕλης τοῦ ξύλου, εἴδους δὲ θύρας ἢ σκαμνίου ἢ τινὸς ἄλλου. ὑλικὴν δὲ δυάδα ὁ θεολόγος ἐκάλεσε τὸν θυμὸν καὶ τὴν</w:t>
      </w:r>
    </w:p>
    <w:p>
      <w:r>
        <w:rPr>
          <w:rFonts w:ascii="Courier New" w:hAnsi="Courier New"/>
          <w:color w:val="555555"/>
          <w:sz w:val="20"/>
        </w:rPr>
        <w:t>[10]</w:t>
      </w:r>
    </w:p>
    <w:p>
      <w:r>
        <w:rPr>
          <w:rFonts w:ascii="Gentium Plus" w:hAnsi="Gentium Plus"/>
          <w:sz w:val="24"/>
        </w:rPr>
        <w:t>ἐπιθυμίαν, βουλόμενος τῷ λογικῷ ὑποτάτ‐ τειν αὐτά. Ὑλοκοῖτις. ἡ ἐν ὕλῃ κοιμωμένη.</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Ὑλῆεν ὄρος καὶ ὑλόεις τόπος, ὁ ἐν ὕλῃ.</w:t>
      </w:r>
    </w:p>
    <w:p>
      <w:pPr>
        <w:jc w:val="center"/>
      </w:pPr>
      <w:r>
        <w:rPr>
          <w:rFonts w:ascii="Gentium Plus" w:hAnsi="Gentium Plus"/>
          <w:b/>
          <w:sz w:val="24"/>
        </w:rPr>
        <w:t>(Ῥῆμα.)</w:t>
      </w:r>
    </w:p>
    <w:p>
      <w:r>
        <w:rPr>
          <w:rFonts w:ascii="Courier New" w:hAnsi="Courier New"/>
          <w:color w:val="555555"/>
          <w:sz w:val="20"/>
        </w:rPr>
        <w:t>[16]</w:t>
      </w:r>
    </w:p>
    <w:p>
      <w:r>
        <w:rPr>
          <w:rFonts w:ascii="Gentium Plus" w:hAnsi="Gentium Plus"/>
          <w:sz w:val="24"/>
        </w:rPr>
        <w:t>†Ὑλάζεσθαι. αὐλίζεσθαι.† †Ὑλιᾶσθαι. κινεῖσθαι.†</w:t>
      </w:r>
    </w:p>
    <w:p>
      <w:pPr>
        <w:jc w:val="center"/>
      </w:pPr>
      <w:r>
        <w:rPr>
          <w:rFonts w:ascii="Gentium Plus" w:hAnsi="Gentium Plus"/>
          <w:b/>
          <w:sz w:val="24"/>
        </w:rPr>
        <w:t>Τὸ Υ μετὰ τοῦ Μ.</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Ὑμεδαπῶν. ἐγχωρίων. Ὑμήν. τὸ δέρμα. καὶ κλίνεται ὑμένος. ὑφὴν τὶς ἐστὶν ἀπὸ τοῦ ὑφασμοῦ. εἶναι ὑμένα λεπτότα‐ τον. Ὑμηττός. ὄρος τῆς Ἀττικῆς ὑψηλόν. ὄρος κεί‐</w:t>
      </w:r>
    </w:p>
    <w:p>
      <w:r>
        <w:rPr>
          <w:rFonts w:ascii="Courier New" w:hAnsi="Courier New"/>
          <w:color w:val="555555"/>
          <w:sz w:val="20"/>
        </w:rPr>
        <w:t>[25]</w:t>
      </w:r>
    </w:p>
    <w:p>
      <w:r>
        <w:rPr>
          <w:rFonts w:ascii="Gentium Plus" w:hAnsi="Gentium Plus"/>
          <w:sz w:val="24"/>
        </w:rPr>
        <w:t>μενον ἐν μέσῳ δύο βουνῶν ὁμοίων. καὶ πρὸς αὐ‐ τὰ φάναι· ὑμᾶς ἡττῶ. ὅθεν καὶ τὸ ἐξ αὐτοῦ γινόμενον μέλι Ὑμήττιον λέγεται, εὔχρηστον</w:t>
      </w:r>
    </w:p>
    <w:p>
      <w:r>
        <w:rPr>
          <w:rFonts w:ascii="Courier New" w:hAnsi="Courier New"/>
          <w:color w:val="555555"/>
          <w:sz w:val="20"/>
        </w:rPr>
        <w:t>[upsilon 1767]</w:t>
      </w:r>
    </w:p>
    <w:p>
      <w:r>
        <w:rPr>
          <w:rFonts w:ascii="Gentium Plus" w:hAnsi="Gentium Plus"/>
          <w:sz w:val="24"/>
        </w:rPr>
        <w:t>Ὕμνος. δοξολογία μετ’ ἐκπλήξεως ἐπὶ τῇ θεω‐ ρίᾳ τῶν γινομένων παρὰ θεοῦ. ἢ ὕμνος ἐστὶν αἶνος ἐμμελὴς, ὡς οἶμαι. Ὑμέναιος ᾠδή. ᾆσμα γαμητικόν.</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Ὑμήν. ὑμετέραν.</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Ὑμενῶδες. λεπτότατον καὶ οἷον εἰπεῖν ἀερῶδες. Ὑμνητόν. δοξολογικόν. καὶ ὕμνος, οἷον εἰπεῖν ὑπό‐</w:t>
      </w:r>
    </w:p>
    <w:p>
      <w:r>
        <w:rPr>
          <w:rFonts w:ascii="Courier New" w:hAnsi="Courier New"/>
          <w:color w:val="555555"/>
          <w:sz w:val="20"/>
        </w:rPr>
        <w:t>[10]</w:t>
      </w:r>
    </w:p>
    <w:p>
      <w:r>
        <w:rPr>
          <w:rFonts w:ascii="Gentium Plus" w:hAnsi="Gentium Plus"/>
          <w:sz w:val="24"/>
        </w:rPr>
        <w:t>μενός τις ὢν, καθὸ εἰς ὑπόμνησιν ἄγει τὰς τῶν ἐπαινουμένων πράξεις· οὐχ ὡς κᾀκείνων μὴ ὄντων ὕμνων, ἀλλ’ ὅτι τὰ ἄλλα προσῴδια προσ‐ ιόντες ναοῖς ἢ βωμοῖς πρὸς αὐλὸν ᾖδον, τὸν δὲ ὕμνον πρὸς κιθάραν. οὕτως Δίδυμος.</w:t>
      </w:r>
    </w:p>
    <w:p>
      <w:pPr>
        <w:jc w:val="center"/>
      </w:pPr>
      <w:r>
        <w:rPr>
          <w:rFonts w:ascii="Gentium Plus" w:hAnsi="Gentium Plus"/>
          <w:b/>
          <w:sz w:val="24"/>
        </w:rPr>
        <w:t>Τὸ Υ μετὰ τοῦ Ν.</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Ὕνις, ὕννεως, καὶ ὑννίον. τὸ γεωργικὸν ἐρ‐ γαλεῖον. ἀπὸ τοῦ δύνειν εἰς τὴν γῆν, ἀποβολῇ τοῦ δ.</w:t>
      </w:r>
    </w:p>
    <w:p>
      <w:pPr>
        <w:jc w:val="center"/>
      </w:pPr>
      <w:r>
        <w:rPr>
          <w:rFonts w:ascii="Gentium Plus" w:hAnsi="Gentium Plus"/>
          <w:b/>
          <w:sz w:val="24"/>
        </w:rPr>
        <w:t>Τὸ Υ μετὰ τοῦ Π.</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Ὑπασπιστής. δορυφόρος. Ὑπαγωγεύς. ἐργαλεῖον οἰκοδομικὸν, πτυάριον ἢ ἄλλό τι.</w:t>
      </w:r>
    </w:p>
    <w:p>
      <w:r>
        <w:rPr>
          <w:rFonts w:ascii="Courier New" w:hAnsi="Courier New"/>
          <w:color w:val="555555"/>
          <w:sz w:val="20"/>
        </w:rPr>
        <w:t>[25]</w:t>
      </w:r>
    </w:p>
    <w:p>
      <w:r>
        <w:rPr>
          <w:rFonts w:ascii="Gentium Plus" w:hAnsi="Gentium Plus"/>
          <w:sz w:val="24"/>
        </w:rPr>
        <w:t>Ὕπατος. ὑπερέχων, ὑψηλὸς ἢ βασιλεύς. παρὰ τὴν ὑπὸ πρόθεσιν τὴν δηλοῦσαν τὸ ὑπεράνω. ὑπότατος, ἐν συγκοπῇ ὕπατος. Ὕπαιθρος. ὑπὸ τὸν [αἰθέρα ἢ τὸν] ἀέρα διά‐</w:t>
      </w:r>
    </w:p>
    <w:p>
      <w:r>
        <w:rPr>
          <w:rFonts w:ascii="Courier New" w:hAnsi="Courier New"/>
          <w:color w:val="555555"/>
          <w:sz w:val="20"/>
        </w:rPr>
        <w:t>[upsilon 1768]</w:t>
      </w:r>
    </w:p>
    <w:p>
      <w:r>
        <w:rPr>
          <w:rFonts w:ascii="Gentium Plus" w:hAnsi="Gentium Plus"/>
          <w:sz w:val="24"/>
        </w:rPr>
        <w:t>Ὑπερβερεταίου. τοῦ ὀκτωβρίου μηνός. Ὑπερφυής. ἔνδοξος, ἔντιμος. Ὑπέρακμος. ὁ ὑπερακμάσας. Ὑπερήμερος. ἐκπρόθεσμος.</w:t>
      </w:r>
    </w:p>
    <w:p>
      <w:r>
        <w:rPr>
          <w:rFonts w:ascii="Courier New" w:hAnsi="Courier New"/>
          <w:color w:val="555555"/>
          <w:sz w:val="20"/>
        </w:rPr>
        <w:t>[5]</w:t>
      </w:r>
    </w:p>
    <w:p>
      <w:r>
        <w:rPr>
          <w:rFonts w:ascii="Gentium Plus" w:hAnsi="Gentium Plus"/>
          <w:sz w:val="24"/>
        </w:rPr>
        <w:t>Ὑπερόριος. ὁ ἐκ τῶν ὁρίων ἐξόριστος. Ὑπερασπιστής. ὁ ὑπέρμαχος. Ὑπέρτατος. ὁ ὑπερέχων. Ὑπερίονος. τοῦ ἡλίου. ὑπερίων ὁ ὑπεράνω ἡμῶν ἰὼν καὶ τὸν κόσμον περιπολῶν.</w:t>
      </w:r>
    </w:p>
    <w:p>
      <w:r>
        <w:rPr>
          <w:rFonts w:ascii="Courier New" w:hAnsi="Courier New"/>
          <w:color w:val="555555"/>
          <w:sz w:val="20"/>
        </w:rPr>
        <w:t>[10]</w:t>
      </w:r>
    </w:p>
    <w:p>
      <w:r>
        <w:rPr>
          <w:rFonts w:ascii="Gentium Plus" w:hAnsi="Gentium Plus"/>
          <w:sz w:val="24"/>
        </w:rPr>
        <w:t>Ὑπέροπλος. ὑπερήφανος. ἀπὸ τῶν τὰ ὅπλα φορούντων. Ὑπερῆλιξ. ὑπερμεγέθης ἢ εὐμεγέθης. καὶ κατὰ τὸν χρόνον τῆς ἡλικίας τραχύτερος. Ὑπερφίαλος. ὁ ὑπερήφανος. παρὰ τὸ φῶ, οὗ</w:t>
      </w:r>
    </w:p>
    <w:p>
      <w:r>
        <w:rPr>
          <w:rFonts w:ascii="Courier New" w:hAnsi="Courier New"/>
          <w:color w:val="555555"/>
          <w:sz w:val="20"/>
        </w:rPr>
        <w:t>[15]</w:t>
      </w:r>
    </w:p>
    <w:p>
      <w:r>
        <w:rPr>
          <w:rFonts w:ascii="Gentium Plus" w:hAnsi="Gentium Plus"/>
          <w:sz w:val="24"/>
        </w:rPr>
        <w:t>παράγωγον φαίνω. ὁ ὑπερφαίνειν τῶν ἄλλων ἐπιχειρῶν, ἑαυτὸν δεῖξαι. ἐὰν δὲ παρὰ τὸ φῶ, τὸ λέγω, ὁ ὑπὲρ τὴν ἑαυτοῦ δύναμιν λέγων καὶ ἐπαγγελλόμενος. ἢ ὁ παραβαίνων τοὺς ὅρκους διὰ τῶν φιαλῶν γινομένους.</w:t>
      </w:r>
    </w:p>
    <w:p>
      <w:r>
        <w:rPr>
          <w:rFonts w:ascii="Courier New" w:hAnsi="Courier New"/>
          <w:color w:val="555555"/>
          <w:sz w:val="20"/>
        </w:rPr>
        <w:t>[20]</w:t>
      </w:r>
    </w:p>
    <w:p>
      <w:r>
        <w:rPr>
          <w:rFonts w:ascii="Gentium Plus" w:hAnsi="Gentium Plus"/>
          <w:sz w:val="24"/>
        </w:rPr>
        <w:t>Ὑπέροφρυς. ὁ ἀλαζών· ὁ ἐπῃρμένος. Ὕπερος. τὸ ἰγδοκόπανον. καὶ ὕπερον. Ὑπερδεής. ἐνδεὴς ὑπερβαλλόντως. Ὑπεύθυνος. ἔνοχος. Ὑπείροχον. ὑπερέχοντα. [προέχοντα.]</w:t>
      </w:r>
    </w:p>
    <w:p>
      <w:r>
        <w:rPr>
          <w:rFonts w:ascii="Courier New" w:hAnsi="Courier New"/>
          <w:color w:val="555555"/>
          <w:sz w:val="20"/>
        </w:rPr>
        <w:t>[25]</w:t>
      </w:r>
    </w:p>
    <w:p>
      <w:r>
        <w:rPr>
          <w:rFonts w:ascii="Gentium Plus" w:hAnsi="Gentium Plus"/>
          <w:sz w:val="24"/>
        </w:rPr>
        <w:t>Ὑπηνέμιον. ὑπὸ τὸν ἄνεμον. Ὑπηνήτῃ. ἀκμαίῳ. ἄρτι γενειῶντι. ἀπὸ τῆς ὑπή‐ νης. Ὕπνος. ἀργία αἰσθήσεων γενομένη ὑπὸ τῆς ἀν‐ ενεχθείσης ἀναθυμιάσεως ἐν τοῖς κοίλοις τοῦ</w:t>
      </w:r>
    </w:p>
    <w:p>
      <w:r>
        <w:rPr>
          <w:rFonts w:ascii="Courier New" w:hAnsi="Courier New"/>
          <w:color w:val="555555"/>
          <w:sz w:val="20"/>
        </w:rPr>
        <w:t>[30]</w:t>
      </w:r>
    </w:p>
    <w:p>
      <w:r>
        <w:rPr>
          <w:rFonts w:ascii="Gentium Plus" w:hAnsi="Gentium Plus"/>
          <w:sz w:val="24"/>
        </w:rPr>
        <w:t>ἐγκεφάλου ἐπὶ ἀναπαύσει τοῦ ζώου. Ὕπνος. θανάτου σκιά· καθημερινὴ μελέτη.</w:t>
      </w:r>
    </w:p>
    <w:p>
      <w:r>
        <w:rPr>
          <w:rFonts w:ascii="Courier New" w:hAnsi="Courier New"/>
          <w:color w:val="555555"/>
          <w:sz w:val="20"/>
        </w:rPr>
        <w:t>[upsilon 1769]</w:t>
      </w:r>
    </w:p>
    <w:p>
      <w:r>
        <w:rPr>
          <w:rFonts w:ascii="Gentium Plus" w:hAnsi="Gentium Plus"/>
          <w:sz w:val="24"/>
        </w:rPr>
        <w:t>Ὕπνος ἐστὶ λογικῆς ψυχῆς χωρισμὸς ἑκούσιος ἀπὸ τῆς ὄντως ζωῆς. ὕπνος οὐδὲν ἕτερον ἢ θά‐ νατος πρόσκαιρος καὶ ἐφήμερος τελευτή. *Ὕπνος. παρὰ τὸ ὑπονοστεῖν· ἐν αὐτῷ γὰρ αἱ</w:t>
      </w:r>
    </w:p>
    <w:p>
      <w:r>
        <w:rPr>
          <w:rFonts w:ascii="Courier New" w:hAnsi="Courier New"/>
          <w:color w:val="555555"/>
          <w:sz w:val="20"/>
        </w:rPr>
        <w:t>[5]</w:t>
      </w:r>
    </w:p>
    <w:p>
      <w:r>
        <w:rPr>
          <w:rFonts w:ascii="Gentium Plus" w:hAnsi="Gentium Plus"/>
          <w:sz w:val="24"/>
        </w:rPr>
        <w:t>αἰσθήσεις τοῦ ἀνθρώπου ὑποχωροῦσιν.* Ὕποινος. μέθυσος. Ὑποβολιμαῖοι. οἱ ὑποβάλλοντες, οἱ ἐκποιη‐ ταί. ἢ οἱ ὑποβαλλόμενοι καὶ οἱ εἰσποιητοὶ, ἤτοι ὡς ἐπὶ τῶν χαμαιριφῶν παιδίων, ἅπερ ἑαυ‐</w:t>
      </w:r>
    </w:p>
    <w:p>
      <w:r>
        <w:rPr>
          <w:rFonts w:ascii="Courier New" w:hAnsi="Courier New"/>
          <w:color w:val="555555"/>
          <w:sz w:val="20"/>
        </w:rPr>
        <w:t>[10]</w:t>
      </w:r>
    </w:p>
    <w:p>
      <w:r>
        <w:rPr>
          <w:rFonts w:ascii="Gentium Plus" w:hAnsi="Gentium Plus"/>
          <w:sz w:val="24"/>
        </w:rPr>
        <w:t>τῶν ἀποβάλλουσιν αἱ γυναῖκες. Ὑπόφορος. ὑποτελής. ὑπεύθυνος. Ὕπουλος. δόλιος. ὁ φαινόμενος εἰρηνικός. ἐκ μεταφορᾶς τοῦ ἕλκους τοῦ ἐπιπολαίως ὑγιαίνον‐ τος, ἔσωθεν δὲ ὄντος σεσημμένου.</w:t>
      </w:r>
    </w:p>
    <w:p>
      <w:r>
        <w:rPr>
          <w:rFonts w:ascii="Courier New" w:hAnsi="Courier New"/>
          <w:color w:val="555555"/>
          <w:sz w:val="20"/>
        </w:rPr>
        <w:t>[15]</w:t>
      </w:r>
    </w:p>
    <w:p>
      <w:r>
        <w:rPr>
          <w:rFonts w:ascii="Gentium Plus" w:hAnsi="Gentium Plus"/>
          <w:sz w:val="24"/>
        </w:rPr>
        <w:t>Ὑπόσπονδος. ὑπὸ φιλίαν ὑποτεταγμένος. Ὑπόνομος. ὀχετὸς, διώρυξ, κάναλος, ἀγωγός. Ὑπογραμμός. τύπος· μίμημα. Ὑποκριτής. δόλιος. Ὕποπτος. ὁ ἐν ὑπονοίᾳ ἐχθρός.</w:t>
      </w:r>
    </w:p>
    <w:p>
      <w:r>
        <w:rPr>
          <w:rFonts w:ascii="Courier New" w:hAnsi="Courier New"/>
          <w:color w:val="555555"/>
          <w:sz w:val="20"/>
        </w:rPr>
        <w:t>[20]</w:t>
      </w:r>
    </w:p>
    <w:p>
      <w:r>
        <w:rPr>
          <w:rFonts w:ascii="Gentium Plus" w:hAnsi="Gentium Plus"/>
          <w:sz w:val="24"/>
        </w:rPr>
        <w:t>Ὑπόδικος. ὁ ὑπεύθυνος. Ὑποδύτης. τὸ ἐσώτερον ἱμάτιον. Ὑπόπλεως. μεστὸς, πεπληρωμένος.</w:t>
      </w:r>
    </w:p>
    <w:p>
      <w:r>
        <w:rPr>
          <w:rFonts w:ascii="Courier New" w:hAnsi="Courier New"/>
          <w:color w:val="555555"/>
          <w:sz w:val="20"/>
        </w:rPr>
        <w:t>[upsilon 1770]</w:t>
      </w:r>
    </w:p>
    <w:p>
      <w:r>
        <w:rPr>
          <w:rFonts w:ascii="Gentium Plus" w:hAnsi="Gentium Plus"/>
          <w:sz w:val="24"/>
        </w:rPr>
        <w:t>Ὑποχυτῆρες. τρυβλία, δι’ ὧν τὸ ἔλαιον ἐπι‐ χέεται. Ὑπότροπος. ἐξ ὑποστροφῆς ἐπανεληλυθώς. Ὑποφῆται. διδάσκαλοι, ἱερεῖς, ὑπουργοὶ, διά‐</w:t>
      </w:r>
    </w:p>
    <w:p>
      <w:r>
        <w:rPr>
          <w:rFonts w:ascii="Courier New" w:hAnsi="Courier New"/>
          <w:color w:val="555555"/>
          <w:sz w:val="20"/>
        </w:rPr>
        <w:t>[5]</w:t>
      </w:r>
    </w:p>
    <w:p>
      <w:r>
        <w:rPr>
          <w:rFonts w:ascii="Gentium Plus" w:hAnsi="Gentium Plus"/>
          <w:sz w:val="24"/>
        </w:rPr>
        <w:t>κονοι, ἢ οἱ τὸ μέλλον φανερῶς ἐπιδεικνύοντες. Ὕπτιος. ἀναπεπτωκώς· ἐξηπλωμένος· ἢ ἐπὶ νῶτα κείμενος. παρὰ τὸ ὄπτω, τὸ βλέπω, ὄπτιος καὶ ὕπτιος, μεταβολῇ τοῦ ο εἰς υ. τὰ γὰρ ὕπτια εὐθεώρητα.</w:t>
      </w:r>
    </w:p>
    <w:p>
      <w:r>
        <w:rPr>
          <w:rFonts w:ascii="Courier New" w:hAnsi="Courier New"/>
          <w:color w:val="555555"/>
          <w:sz w:val="20"/>
        </w:rPr>
        <w:t>[10]</w:t>
      </w:r>
    </w:p>
    <w:p>
      <w:r>
        <w:rPr>
          <w:rFonts w:ascii="Gentium Plus" w:hAnsi="Gentium Plus"/>
          <w:sz w:val="24"/>
        </w:rPr>
        <w:t>Ὑπερηφάνους. τοὺς κατὰ τῶν οὐκ ἐχόντων ἐφ’ οἷς ἔχουσι φυσωμένους λέγει ὁ Ἀπόστολος.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Ὑπάτη. ἡ χορδή. Ὑπαγωγή. ἡ ἀπάτη. ὑπαγωγὴ καὶ ἡ ὑποχώ‐</w:t>
      </w:r>
    </w:p>
    <w:p>
      <w:r>
        <w:rPr>
          <w:rFonts w:ascii="Courier New" w:hAnsi="Courier New"/>
          <w:color w:val="555555"/>
          <w:sz w:val="20"/>
        </w:rPr>
        <w:t>[15]</w:t>
      </w:r>
    </w:p>
    <w:p>
      <w:r>
        <w:rPr>
          <w:rFonts w:ascii="Gentium Plus" w:hAnsi="Gentium Plus"/>
          <w:sz w:val="24"/>
        </w:rPr>
        <w:t>ρησις. καὶ ταῖς ναυσὶ σκέπη καὶ προσόρμισις. οἷον ὕφορμός τις. Ὑπεροψία. ἡ ὑπερηφανία. Ὑπερηφανία. οἴδημα ψυχῆς ἰσχυρῶς πεπλη‐ ρωμένον. ἢ καταφρόνησις κλήσεως ἀγαθῶν, ἢ</w:t>
      </w:r>
    </w:p>
    <w:p>
      <w:r>
        <w:rPr>
          <w:rFonts w:ascii="Courier New" w:hAnsi="Courier New"/>
          <w:color w:val="555555"/>
          <w:sz w:val="20"/>
        </w:rPr>
        <w:t>[20]</w:t>
      </w:r>
    </w:p>
    <w:p>
      <w:r>
        <w:rPr>
          <w:rFonts w:ascii="Gentium Plus" w:hAnsi="Gentium Plus"/>
          <w:sz w:val="24"/>
        </w:rPr>
        <w:t>προσποίησις, ἢ πάθος καρδίας. ἢ ψεκτὸν ὕψω‐ μα, ἢ ὀφθαλμῶν μετεωρισμός. Ὑπεροχή. ἐξοχή. Ὑπέρθεσις. ἀναβολή.</w:t>
      </w:r>
    </w:p>
    <w:p>
      <w:r>
        <w:rPr>
          <w:rFonts w:ascii="Courier New" w:hAnsi="Courier New"/>
          <w:color w:val="555555"/>
          <w:sz w:val="20"/>
        </w:rPr>
        <w:t>[upsilon 1771]</w:t>
      </w:r>
    </w:p>
    <w:p>
      <w:r>
        <w:rPr>
          <w:rFonts w:ascii="Gentium Plus" w:hAnsi="Gentium Plus"/>
          <w:sz w:val="24"/>
        </w:rPr>
        <w:t>Ὑπεροπλίαις. ὑπερηφανίαις. Ὑπὲρ φύσιν. οἷον ὁ τοῦ Χριστοῦ τόκος. κατὰ φύσιν ὁ γάμος, παρὰ φύσιν ἡ πορνεία. Ὑπέρα. τὸ ἐξηρτημένον τοῦ ἱστοῦ σχοινίον, ὃ</w:t>
      </w:r>
    </w:p>
    <w:p>
      <w:r>
        <w:rPr>
          <w:rFonts w:ascii="Courier New" w:hAnsi="Courier New"/>
          <w:color w:val="555555"/>
          <w:sz w:val="20"/>
        </w:rPr>
        <w:t>[5]</w:t>
      </w:r>
    </w:p>
    <w:p>
      <w:r>
        <w:rPr>
          <w:rFonts w:ascii="Gentium Plus" w:hAnsi="Gentium Plus"/>
          <w:sz w:val="24"/>
        </w:rPr>
        <w:t>ἀνίεται καὶ ἐκτείνεται. παρὰ τὸ ὑπεράνω εἶναι. Ὑπερβασία. κυρίως ἐπὶ τῶν ὑπερβαινόντων τοὺς ἰδίους ὅρους. τοῦτο καὶ ἐπὶ τῆς ὑπερηφα‐ νίας· δοκοῦσι γὰρ οἱ ὑπερήφανοι ποιεῖν τὸ ὑπὲρ αὐτούς.</w:t>
      </w:r>
    </w:p>
    <w:p>
      <w:r>
        <w:rPr>
          <w:rFonts w:ascii="Courier New" w:hAnsi="Courier New"/>
          <w:color w:val="555555"/>
          <w:sz w:val="20"/>
        </w:rPr>
        <w:t>[10]</w:t>
      </w:r>
    </w:p>
    <w:p>
      <w:r>
        <w:rPr>
          <w:rFonts w:ascii="Gentium Plus" w:hAnsi="Gentium Plus"/>
          <w:sz w:val="24"/>
        </w:rPr>
        <w:t>—ὑπερβασίης ἀλεγεινῆς. Ὑπερῴα. ὁ οὐρανίσκος. παρὰ τὸ ὑπ’ αὐτὴν ὁρ‐ μᾶσθαι τὴν τροφήν· ἐρωὴ γὰρ ἡ ὁρμή. ἢ μετε‐ νήνεκται ἀπὸ τῶν ὑπερώων οἰκοδομημάτων, τῶν μετεωρισμένων ὑπὲρ τὴν ἔραν, ὅ ἐστι τὴν γῆν.</w:t>
      </w:r>
    </w:p>
    <w:p>
      <w:r>
        <w:rPr>
          <w:rFonts w:ascii="Courier New" w:hAnsi="Courier New"/>
          <w:color w:val="555555"/>
          <w:sz w:val="20"/>
        </w:rPr>
        <w:t>[15]</w:t>
      </w:r>
    </w:p>
    <w:p>
      <w:r>
        <w:rPr>
          <w:rFonts w:ascii="Gentium Plus" w:hAnsi="Gentium Plus"/>
          <w:sz w:val="24"/>
        </w:rPr>
        <w:t>Ὑπήνη. αἱ ὑποκάτω τοῦ γενείου τρίχες. ἀπὸ τοῦ ὑπεῖναι καὶ ὑποκεῖσθαι τῷ γενείῳ. οἱ δὲ παρὰ τὸ ἴημι, οὗ ὁ μέλλων ἤσω, ἤνη καὶ ὑπήνη. παρὰ τὴν ἔσιν τῶν τριχῶν. ἐν δὲ τῷ ῥηματικῷ εὗ‐ ρον, ὅτι σημαίνει μύστακα, γένειον, πώγωνα,</w:t>
      </w:r>
    </w:p>
    <w:p>
      <w:r>
        <w:rPr>
          <w:rFonts w:ascii="Courier New" w:hAnsi="Courier New"/>
          <w:color w:val="555555"/>
          <w:sz w:val="20"/>
        </w:rPr>
        <w:t>[20]</w:t>
      </w:r>
    </w:p>
    <w:p>
      <w:r>
        <w:rPr>
          <w:rFonts w:ascii="Gentium Plus" w:hAnsi="Gentium Plus"/>
          <w:sz w:val="24"/>
        </w:rPr>
        <w:t>καὶ τὴν ἄνω τοῦ χείλους τρίχωσιν. Ὑπηρεσία. κυρίως, ἔνθα καθέζονται οἱ ἐρέτ‐</w:t>
      </w:r>
    </w:p>
    <w:p>
      <w:r>
        <w:rPr>
          <w:rFonts w:ascii="Courier New" w:hAnsi="Courier New"/>
          <w:color w:val="555555"/>
          <w:sz w:val="20"/>
        </w:rPr>
        <w:t>[upsilon 1772]</w:t>
      </w:r>
    </w:p>
    <w:p>
      <w:r>
        <w:rPr>
          <w:rFonts w:ascii="Gentium Plus" w:hAnsi="Gentium Plus"/>
          <w:sz w:val="24"/>
        </w:rPr>
        <w:t>Ὑπόνοια καὶ ὑπονοεῖν. ἡ ὑπὸ πρόθεσις ἐντελοῦς διαθέσεως ἔλλειψιν δηλοῖ. ὑπονοεῖν οὖν ἐστι τὸ μὴ τελείως νοεῖν τὸ προκείμενον. Ὑποτύπωσις. ὑπόδειγμα, ὑπογραμμὸς, χα‐</w:t>
      </w:r>
    </w:p>
    <w:p>
      <w:r>
        <w:rPr>
          <w:rFonts w:ascii="Courier New" w:hAnsi="Courier New"/>
          <w:color w:val="555555"/>
          <w:sz w:val="20"/>
        </w:rPr>
        <w:t>[5]</w:t>
      </w:r>
    </w:p>
    <w:p>
      <w:r>
        <w:rPr>
          <w:rFonts w:ascii="Gentium Plus" w:hAnsi="Gentium Plus"/>
          <w:sz w:val="24"/>
        </w:rPr>
        <w:t>ρακτὴρ, λόγος. Ὑπὸ οὐλήν. ὑπὸ δόλον. ὥς φησι Δημοσθένης. Ὑπόκρισις. ἦθος πεπλασμένον. πικρία λανθά‐ νουσα. Ὑπόμνησις. ἀνάληψις ἐκ λήθης τινὸς συμβεβη‐</w:t>
      </w:r>
    </w:p>
    <w:p>
      <w:r>
        <w:rPr>
          <w:rFonts w:ascii="Courier New" w:hAnsi="Courier New"/>
          <w:color w:val="555555"/>
          <w:sz w:val="20"/>
        </w:rPr>
        <w:t>[10]</w:t>
      </w:r>
    </w:p>
    <w:p>
      <w:r>
        <w:rPr>
          <w:rFonts w:ascii="Gentium Plus" w:hAnsi="Gentium Plus"/>
          <w:sz w:val="24"/>
        </w:rPr>
        <w:t>κότος. Ὑποταγή. ἀδιάκριτος πειθὼ τοῦ ὑποτασσομέ‐ νου. Ὑπόληψις. ἡ παχυμερὴς γνῶσις, καὶ ἡ εἰκα‐ σία, καὶ ἡ δόξα, καὶ ἡ ὑπόνοια.</w:t>
      </w:r>
    </w:p>
    <w:p>
      <w:r>
        <w:rPr>
          <w:rFonts w:ascii="Courier New" w:hAnsi="Courier New"/>
          <w:color w:val="555555"/>
          <w:sz w:val="20"/>
        </w:rPr>
        <w:t>[15]</w:t>
      </w:r>
    </w:p>
    <w:p>
      <w:r>
        <w:rPr>
          <w:rFonts w:ascii="Gentium Plus" w:hAnsi="Gentium Plus"/>
          <w:sz w:val="24"/>
        </w:rPr>
        <w:t>Ὑποθῆκαι. παραινέσεις. Ὑποβάθρα. θεμέλιον. Ὑπόθεσις. [αἰτία.] περιοχή. *ὑποθέσεις δὲ ἔθος τοῖς ἀνδράσι τὰς ἀρχὰς λέγειν τὰς ἀναπο‐ δείκτους, ἃς καὶ ἀξιώματα καλοῦσιν. ὑποθέ‐</w:t>
      </w:r>
    </w:p>
    <w:p>
      <w:r>
        <w:rPr>
          <w:rFonts w:ascii="Courier New" w:hAnsi="Courier New"/>
          <w:color w:val="555555"/>
          <w:sz w:val="20"/>
        </w:rPr>
        <w:t>[20]</w:t>
      </w:r>
    </w:p>
    <w:p>
      <w:r>
        <w:rPr>
          <w:rFonts w:ascii="Gentium Plus" w:hAnsi="Gentium Plus"/>
          <w:sz w:val="24"/>
        </w:rPr>
        <w:t>σεις δὲ λέγουσι καὶ ἃ ἔχοντα ἀπόδειξιν χωρὶς τῆς οἰκείας ἀποδείξεως λαμβάνουσί τε καὶ ὑπο‐</w:t>
      </w:r>
    </w:p>
    <w:p>
      <w:r>
        <w:rPr>
          <w:rFonts w:ascii="Courier New" w:hAnsi="Courier New"/>
          <w:color w:val="555555"/>
          <w:sz w:val="20"/>
        </w:rPr>
        <w:t>[upsilon 1773]</w:t>
      </w:r>
    </w:p>
    <w:p>
      <w:r>
        <w:rPr>
          <w:rFonts w:ascii="Gentium Plus" w:hAnsi="Gentium Plus"/>
          <w:sz w:val="24"/>
        </w:rPr>
        <w:t>Ὑποστιγμή. σημεῖον διανοίας μηδέπω ἀπηρ‐ τισμένης, ἀλλ’ ἔτι ἐνδεούσης. Ὑπόκρισις. ἡ τῶν ὑποκειμένων σωμάτων ἢ πρα‐ γμάτων μίμησις.</w:t>
      </w:r>
    </w:p>
    <w:p>
      <w:r>
        <w:rPr>
          <w:rFonts w:ascii="Courier New" w:hAnsi="Courier New"/>
          <w:color w:val="555555"/>
          <w:sz w:val="20"/>
        </w:rPr>
        <w:t>[5]</w:t>
      </w:r>
    </w:p>
    <w:p>
      <w:r>
        <w:rPr>
          <w:rFonts w:ascii="Gentium Plus" w:hAnsi="Gentium Plus"/>
          <w:sz w:val="24"/>
        </w:rPr>
        <w:t>Ὑποφητεία προφητείας διαφέρει, ὅτι ἡ μὲν προφητεία πρὸ τοῦ γενέσθαι λέγει τὰ ὕστερον γενησόμενα, ἡ δὲ ὑποφητεία ἐν τῷ γίνεσθαι λέ‐ γει, ἢ μετὰ τὸ γενέσθαι τὸ γενόμενον [ἢ γι‐ νόμενον.] λέγει περὶ τούτου αὐτοῦ τὰ παρεστῶ‐</w:t>
      </w:r>
    </w:p>
    <w:p>
      <w:r>
        <w:rPr>
          <w:rFonts w:ascii="Courier New" w:hAnsi="Courier New"/>
          <w:color w:val="555555"/>
          <w:sz w:val="20"/>
        </w:rPr>
        <w:t>[10]</w:t>
      </w:r>
    </w:p>
    <w:p>
      <w:r>
        <w:rPr>
          <w:rFonts w:ascii="Gentium Plus" w:hAnsi="Gentium Plus"/>
          <w:sz w:val="24"/>
        </w:rPr>
        <w:t>τα ἢ καὶ τὰ ὅσον οὔπω ἐπελευσόμενα. Ὑπογραφή. λόγος σύντομος, δηλωτικὸς συμ‐ βεβηκότων. Ὑπόῤῥηνος. ἔγγυος. ὑπόῤῥηνος αἴξ. ῥὴν γὰρ τὸ πρόβατον.</w:t>
      </w:r>
    </w:p>
    <w:p>
      <w:r>
        <w:rPr>
          <w:rFonts w:ascii="Courier New" w:hAnsi="Courier New"/>
          <w:color w:val="555555"/>
          <w:sz w:val="20"/>
        </w:rPr>
        <w:t>[15]</w:t>
      </w:r>
    </w:p>
    <w:p>
      <w:r>
        <w:rPr>
          <w:rFonts w:ascii="Gentium Plus" w:hAnsi="Gentium Plus"/>
          <w:sz w:val="24"/>
        </w:rPr>
        <w:t>Ὑπόστασις. ὑπόστασις κατὰ τὴν ἐκκλησιαστι‐ κὴν καὶ ἀποστολικὴν παράδοσιν τὸ πρόσωπον, ἤγουν ὁ χαρακτὴρ, ὡς φησὶν ὁ Ἀπόστολος τὸν υἱὸν ἀπαύγασμα τῆς δόξης καὶ χαρακτῆρα τῆς ὑποστάσεως αὐτοῦ· τουτέστι πρόσωπον ὁμοού‐</w:t>
      </w:r>
    </w:p>
    <w:p>
      <w:r>
        <w:rPr>
          <w:rFonts w:ascii="Courier New" w:hAnsi="Courier New"/>
          <w:color w:val="555555"/>
          <w:sz w:val="20"/>
        </w:rPr>
        <w:t>[20]</w:t>
      </w:r>
    </w:p>
    <w:p>
      <w:r>
        <w:rPr>
          <w:rFonts w:ascii="Gentium Plus" w:hAnsi="Gentium Plus"/>
          <w:sz w:val="24"/>
        </w:rPr>
        <w:t>σιον τοῦ χαρακτῆρος καὶ τῆς ὑποστάσεως αὐτοῦ τοῦ πατρός. πρόσωπα δὲ καὶ χαρακτῆρας λέ‐ γομεν ἐπὶ θεοῦ, ἀσώματα καὶ ἀσχημάτιστα. πρόσωπον ἤγουν ὑπόστασίς ἐστι κατὰ τοὺς ἁγί‐ ους πατέρας τὸ ἰδικὸν παρὰ τὸ κοινόν. κοινό‐</w:t>
      </w:r>
    </w:p>
    <w:p>
      <w:r>
        <w:rPr>
          <w:rFonts w:ascii="Courier New" w:hAnsi="Courier New"/>
          <w:color w:val="555555"/>
          <w:sz w:val="20"/>
        </w:rPr>
        <w:t>[25]</w:t>
      </w:r>
    </w:p>
    <w:p>
      <w:r>
        <w:rPr>
          <w:rFonts w:ascii="Gentium Plus" w:hAnsi="Gentium Plus"/>
          <w:sz w:val="24"/>
        </w:rPr>
        <w:t>της γάρ ἐστιν ἡ φύσις ἑκάστου πράγματος· ἴδιαι δέ εἰσιν αἱ ὑποστάσεις, οἷόν τι λέγω. φύσις ἤγουν οὐσία μία ἡ θεότης, ὑποστάσεις δὲ τρεῖς, πατὴρ, υἱὸς καὶ ἅγιον πνεῦμα. τρία πρόσωπα ἤγουν χαρακτῆρες, μία δὲ οὐσία καὶ γένος. ἐὰν</w:t>
      </w:r>
    </w:p>
    <w:p>
      <w:r>
        <w:rPr>
          <w:rFonts w:ascii="Courier New" w:hAnsi="Courier New"/>
          <w:color w:val="555555"/>
          <w:sz w:val="20"/>
        </w:rPr>
        <w:t>[30]</w:t>
      </w:r>
    </w:p>
    <w:p>
      <w:r>
        <w:rPr>
          <w:rFonts w:ascii="Gentium Plus" w:hAnsi="Gentium Plus"/>
          <w:sz w:val="24"/>
        </w:rPr>
        <w:t>οὖν εἴπῃς, φυλάξαι ἡμᾶς ἡ θεότης, ὅλην τὴν</w:t>
      </w:r>
    </w:p>
    <w:p>
      <w:r>
        <w:rPr>
          <w:rFonts w:ascii="Courier New" w:hAnsi="Courier New"/>
          <w:color w:val="555555"/>
          <w:sz w:val="20"/>
        </w:rPr>
        <w:t>[upsilon 1774]</w:t>
      </w:r>
    </w:p>
    <w:p>
      <w:r>
        <w:rPr>
          <w:rFonts w:ascii="Gentium Plus" w:hAnsi="Gentium Plus"/>
          <w:sz w:val="24"/>
        </w:rPr>
        <w:t>ἁγίαν τριάδα ἐσήμανας· εἰ δὲ εἴπῃς, μεθ’ ἡμῶν ὁ υἱὸς τοῦ θεοῦ, μίαν τῶν τριῶν ὑποστάσεων εἶπας, καὶ οὐχ ὅλην τὴν θεότητα. τρεῖς ὑπο‐ στατικαὶ ἰδιότητες εἰσὶν ἐπὶ τῆς θεότητος· τὸ</w:t>
      </w:r>
    </w:p>
    <w:p>
      <w:r>
        <w:rPr>
          <w:rFonts w:ascii="Courier New" w:hAnsi="Courier New"/>
          <w:color w:val="555555"/>
          <w:sz w:val="20"/>
        </w:rPr>
        <w:t>[5]</w:t>
      </w:r>
    </w:p>
    <w:p>
      <w:r>
        <w:rPr>
          <w:rFonts w:ascii="Gentium Plus" w:hAnsi="Gentium Plus"/>
          <w:sz w:val="24"/>
        </w:rPr>
        <w:t>ἀγέννητον τοῦ πατρὸς, τὸ γεννητὸν τοῦ υἱοῦ, καὶ τὸ ἐκπορευτὸν τοῦ ἁγίου πνεύματος. οὐ γάρ ἐστι γεννητὸς ὁ πατὴρ, οὐδὲ ἐκπορευτὸς ὁ υἱὸς, οὐδὲ γεννητὸν τὸ πνεῦμα τὸ ἅγιον. πενταχῶς δὲ εἴρηται ἡ ὑπόστασις· ὑπόστασις· πρόσωπον·</w:t>
      </w:r>
    </w:p>
    <w:p>
      <w:r>
        <w:rPr>
          <w:rFonts w:ascii="Courier New" w:hAnsi="Courier New"/>
          <w:color w:val="555555"/>
          <w:sz w:val="20"/>
        </w:rPr>
        <w:t>[10]</w:t>
      </w:r>
    </w:p>
    <w:p>
      <w:r>
        <w:rPr>
          <w:rFonts w:ascii="Gentium Plus" w:hAnsi="Gentium Plus"/>
          <w:sz w:val="24"/>
        </w:rPr>
        <w:t>χαρακτήρ· ἄτομον, καὶ ἴδιον. φύσις δὲ λέγε‐ ται, οἷον ἀγγελιότης. ὑποστάσεις δὲ καὶ αἱ ἰδι‐ καὶ ἑκάστου προσηγορίαι, ἤγουν Μιχαὴλ, Γα‐ βριήλ. ὡσαύτως φύσις ἐστὶ μία καὶ κοινὴ, ἡ ἀνθρωπότης· ὑποστάσεις δὲ, Πέτρος καὶ Παῦ‐</w:t>
      </w:r>
    </w:p>
    <w:p>
      <w:r>
        <w:rPr>
          <w:rFonts w:ascii="Courier New" w:hAnsi="Courier New"/>
          <w:color w:val="555555"/>
          <w:sz w:val="20"/>
        </w:rPr>
        <w:t>[15]</w:t>
      </w:r>
    </w:p>
    <w:p>
      <w:r>
        <w:rPr>
          <w:rFonts w:ascii="Gentium Plus" w:hAnsi="Gentium Plus"/>
          <w:sz w:val="24"/>
        </w:rPr>
        <w:t>λος καὶ τὰ λοιπὰ πρόσωπα τῆς ἀνθρωπότητος, καὶ οἱ χαρακτῆρες. ἡ οὖν φύσις κυρία ἐστὶ καὶ αἰτία καὶ γεννητικὴ τῶν ἐν αὐτῇ ὑποστάσεων. καὶ διὰ τοῦτο ὑποστάσεις λέγονται ὡς ὑπὸ τὴν φύσιν ἱστάμεναι, τὴν αὐτῶν πηγήν. ἐὰν εἴπῃς,</w:t>
      </w:r>
    </w:p>
    <w:p>
      <w:r>
        <w:rPr>
          <w:rFonts w:ascii="Courier New" w:hAnsi="Courier New"/>
          <w:color w:val="555555"/>
          <w:sz w:val="20"/>
        </w:rPr>
        <w:t>[20]</w:t>
      </w:r>
    </w:p>
    <w:p>
      <w:r>
        <w:rPr>
          <w:rFonts w:ascii="Gentium Plus" w:hAnsi="Gentium Plus"/>
          <w:sz w:val="24"/>
        </w:rPr>
        <w:t>καλὴ φύσις ὁ ἄγγελος, ὅλην τὴν οὐσίαν αὐτῶν ἐσήμανας· εἰ δὲ εἴπῃς, μέγας ἐστὶν ὁ Γαβριὴλ, ὑπόστασιν μίαν ἐκ πάντων ἐδήλωσας. ὁ ἄνθρω‐ πος ἐλεεινὸς, ἰδοὺ ἡ οὐσία ὅλη· Καῒν δὲ καὶ Ἰούδας ὑποστάσεις εἰσί. †πάλιν ἐὰν εἴπῃς, τὸ</w:t>
      </w:r>
    </w:p>
    <w:p>
      <w:r>
        <w:rPr>
          <w:rFonts w:ascii="Courier New" w:hAnsi="Courier New"/>
          <w:color w:val="555555"/>
          <w:sz w:val="20"/>
        </w:rPr>
        <w:t>[25]</w:t>
      </w:r>
    </w:p>
    <w:p>
      <w:r>
        <w:rPr>
          <w:rFonts w:ascii="Gentium Plus" w:hAnsi="Gentium Plus"/>
          <w:sz w:val="24"/>
        </w:rPr>
        <w:t>πετεινὸν ἐλαφρὸν, ἰδοὺ ἡ οὐσία· εἰ δὲ εἴπῃς, περιστερὰ ἢ τρυγὼν, ὑποστάσεις εἰσί.† τὸ κτῆ‐ νος, ἰδοὺ πᾶσα ἡ κτηνώδης οὐσία· ὁ δὲ λέων καὶ ὁ ἵππος, ὑποστάσεις καὶ χαρακτῆρες καὶ πρόσωπα λέγονται. οὐ μόνον δὲ ἐπὶ νοερῶν καὶ</w:t>
      </w:r>
    </w:p>
    <w:p>
      <w:r>
        <w:rPr>
          <w:rFonts w:ascii="Courier New" w:hAnsi="Courier New"/>
          <w:color w:val="555555"/>
          <w:sz w:val="20"/>
        </w:rPr>
        <w:t>[30]</w:t>
      </w:r>
    </w:p>
    <w:p>
      <w:r>
        <w:rPr>
          <w:rFonts w:ascii="Gentium Plus" w:hAnsi="Gentium Plus"/>
          <w:sz w:val="24"/>
        </w:rPr>
        <w:t>ἐμψύχων καὶ λογικῶν ὁ αὐτὸς κανὼν τῶν ὅρων</w:t>
      </w:r>
    </w:p>
    <w:p>
      <w:r>
        <w:rPr>
          <w:rFonts w:ascii="Courier New" w:hAnsi="Courier New"/>
          <w:color w:val="555555"/>
          <w:sz w:val="20"/>
        </w:rPr>
        <w:t>[upsilon 1775]</w:t>
      </w:r>
    </w:p>
    <w:p>
      <w:r>
        <w:rPr>
          <w:rFonts w:ascii="Gentium Plus" w:hAnsi="Gentium Plus"/>
          <w:sz w:val="24"/>
        </w:rPr>
        <w:t>ἁρμόζει, ἀλλὰ καὶ ἐπὶ πάσης ἀψύχου καὶ ἀναι‐ σθήτου καὶ ἀκινήτου φύσεως, οἷόν τι λέγω. ἐὰν εἴπωμεν, ὅτι ὁ θεὸς ἐποίησε τὸ φῶς, ἰδοὺ τὴν οὐσίαν ἁπάντων τῶν φωστήρων ἐσημάναμεν. αὕ‐</w:t>
      </w:r>
    </w:p>
    <w:p>
      <w:r>
        <w:rPr>
          <w:rFonts w:ascii="Courier New" w:hAnsi="Courier New"/>
          <w:color w:val="555555"/>
          <w:sz w:val="20"/>
        </w:rPr>
        <w:t>[5]</w:t>
      </w:r>
    </w:p>
    <w:p>
      <w:r>
        <w:rPr>
          <w:rFonts w:ascii="Gentium Plus" w:hAnsi="Gentium Plus"/>
          <w:sz w:val="24"/>
        </w:rPr>
        <w:t>τη λοιπὸν ἡ οὐσία τέμνεται εἰς τὰς ὑποστάσεις αὐτῆς, οἷον σελήνη, ἄστρα καὶ τὰ λοιπά. ὁμοίως καὶ ἐπὶ ἀνέμων· ἐὰν εἴπῃς πνεῦμα, πᾶ‐ σαν τὴν φύσιν ἐδήλωσας τῶν ἀνέμων· εἰ δὲ εἴ‐ πῃς νότος ἢ βοῤῥᾶς, ὑποστάσεις εἰσίν. ὡσαύτως</w:t>
      </w:r>
    </w:p>
    <w:p>
      <w:r>
        <w:rPr>
          <w:rFonts w:ascii="Courier New" w:hAnsi="Courier New"/>
          <w:color w:val="555555"/>
          <w:sz w:val="20"/>
        </w:rPr>
        <w:t>[10]</w:t>
      </w:r>
    </w:p>
    <w:p>
      <w:r>
        <w:rPr>
          <w:rFonts w:ascii="Gentium Plus" w:hAnsi="Gentium Plus"/>
          <w:sz w:val="24"/>
        </w:rPr>
        <w:t>τὸ πῦρ μία οὐσία ἐστὶ, τέμνεται δὲ εἰς ὑποστά‐ σεις, ἤγουν λύχνους, κηροὺς, λαμπάδας, κα‐ μίνους. τὴν ἁγίαν οὖν σάρκα τοῦ Χριστοῦ οὐ λέγομεν πρόσωπον, ἀλλ’ οὐσίαν, ἵνα σημάνω‐ μεν, ὅτι ὅλην τὴν φύσιν ἡμῶν ἀνέλαβε καὶ ἔσω‐</w:t>
      </w:r>
    </w:p>
    <w:p>
      <w:r>
        <w:rPr>
          <w:rFonts w:ascii="Courier New" w:hAnsi="Courier New"/>
          <w:color w:val="555555"/>
          <w:sz w:val="20"/>
        </w:rPr>
        <w:t>[15]</w:t>
      </w:r>
    </w:p>
    <w:p>
      <w:r>
        <w:rPr>
          <w:rFonts w:ascii="Gentium Plus" w:hAnsi="Gentium Plus"/>
          <w:sz w:val="24"/>
        </w:rPr>
        <w:t>σεν ὁ Χριστός. εἰ γὰρ εἴπωμεν αὐτὴν ὑπό‐ στασιν, ἕνα τινὰ ἄνθρωπον εὑρισκόμεθα λέγον‐ τες, ὅτι ἀνέλαβε καὶ ἔσωσεν ὁ Χριστός. πλὴν οὐ λέγεται ὑπόστασις, ἐφόσον ἀχώριστός ἐστι τοῦ θεοῦ λόγου ἡ σάρξ· ὑπόστασις γὰρ τὸ κε‐</w:t>
      </w:r>
    </w:p>
    <w:p>
      <w:r>
        <w:rPr>
          <w:rFonts w:ascii="Courier New" w:hAnsi="Courier New"/>
          <w:color w:val="555555"/>
          <w:sz w:val="20"/>
        </w:rPr>
        <w:t>[20]</w:t>
      </w:r>
    </w:p>
    <w:p>
      <w:r>
        <w:rPr>
          <w:rFonts w:ascii="Gentium Plus" w:hAnsi="Gentium Plus"/>
          <w:sz w:val="24"/>
        </w:rPr>
        <w:t>χωρισμένον πρόσωπον λέγεται. ἐνυπόστατον μέν‐ τοι αὐτὴν λέγομεν, οὐ μὴν ὑπόστασιν· τὸ γὰρ ἐνυπόστατον τὸ ἐνυπάρχον ἐστὶν, ὥσπερ ἀνυπό‐ στατον τὸ μὴ ἔχον ὕπαρξιν ἤτοι οὐσίαν· οἷον τὸ ἐνύπνιον ἀνούσιον καὶ ἀνύπαρκτον καὶ φαν‐</w:t>
      </w:r>
    </w:p>
    <w:p>
      <w:r>
        <w:rPr>
          <w:rFonts w:ascii="Courier New" w:hAnsi="Courier New"/>
          <w:color w:val="555555"/>
          <w:sz w:val="20"/>
        </w:rPr>
        <w:t>[25]</w:t>
      </w:r>
    </w:p>
    <w:p>
      <w:r>
        <w:rPr>
          <w:rFonts w:ascii="Gentium Plus" w:hAnsi="Gentium Plus"/>
          <w:sz w:val="24"/>
        </w:rPr>
        <w:t>τασιῶδες. καὶ ὅπως ὁριστικῶς εἴπωμεν, ἀνυπό‐ στατον καὶ ἀνύπαρκτον καὶ ἀνούσιόν ἐστι τὸ ῥή‐ ματι μὲν πολλάκις λεγόμενον, ἐν οὐσίᾳ δὲ καὶ ὑποστάσει μὴ γνωριζόμενον, οἷον ὁ ᾅδης, ὁ θάνατος, ἡ νόσος. πάλιν ἐνούσιον λέγομεν ἢ</w:t>
      </w:r>
    </w:p>
    <w:p>
      <w:r>
        <w:rPr>
          <w:rFonts w:ascii="Courier New" w:hAnsi="Courier New"/>
          <w:color w:val="555555"/>
          <w:sz w:val="20"/>
        </w:rPr>
        <w:t>[30]</w:t>
      </w:r>
    </w:p>
    <w:p>
      <w:r>
        <w:rPr>
          <w:rFonts w:ascii="Gentium Plus" w:hAnsi="Gentium Plus"/>
          <w:sz w:val="24"/>
        </w:rPr>
        <w:t>αὐτὸ τὸ ὂν ἢ τὸ ἐν οὐσίᾳ γνωριζόμενον ἰδίωμα· οἷον ἐνούσιον ἐστὶν ἀνθρώπου τὸ λογικὸν καὶ φθαρτόν. ὁμοίως καὶ τὸ ἐνυπόστατον κατὰ δύο τρόπους λέγεται· ἢ τὸ κατ’ ἀλήθειαν ὑπάρ‐ χον, ἢ τὸ ἐν ὑποστάσει ἰδίωμα, ὡς ἐν τῷ θεῷ</w:t>
      </w:r>
    </w:p>
    <w:p>
      <w:r>
        <w:rPr>
          <w:rFonts w:ascii="Courier New" w:hAnsi="Courier New"/>
          <w:color w:val="555555"/>
          <w:sz w:val="20"/>
        </w:rPr>
        <w:t>[35]</w:t>
      </w:r>
    </w:p>
    <w:p>
      <w:r>
        <w:rPr>
          <w:rFonts w:ascii="Gentium Plus" w:hAnsi="Gentium Plus"/>
          <w:sz w:val="24"/>
        </w:rPr>
        <w:t>πατρὶ τὸ ἀγέννητον, ἐν δὲ τῷ υἱῷ τὸ γεννητὸν, ἐν δὲ τῷ ἁγίῳ πνεύματι τὸ ἐκπορευτόν. καὶ αὖθις· ὑπόστασίς ἐστιν οὐσία μετά τινων ἰδιω‐ μάτων τῷ ἀριθμῷ τῶν ὁμοειδῶν διαφέρουσα. τουτέστι πρόσωπον ὁμοούσιον τοῦ χαρακτῆρος</w:t>
      </w:r>
    </w:p>
    <w:p>
      <w:r>
        <w:rPr>
          <w:rFonts w:ascii="Courier New" w:hAnsi="Courier New"/>
          <w:color w:val="555555"/>
          <w:sz w:val="20"/>
        </w:rPr>
        <w:t>[40]</w:t>
      </w:r>
    </w:p>
    <w:p>
      <w:r>
        <w:rPr>
          <w:rFonts w:ascii="Gentium Plus" w:hAnsi="Gentium Plus"/>
          <w:sz w:val="24"/>
        </w:rPr>
        <w:t>καὶ τῆς ὑποστάσεως τοῦ πατρός. πρόσωπα δὲ</w:t>
      </w:r>
    </w:p>
    <w:p>
      <w:r>
        <w:rPr>
          <w:rFonts w:ascii="Courier New" w:hAnsi="Courier New"/>
          <w:color w:val="555555"/>
          <w:sz w:val="20"/>
        </w:rPr>
        <w:t>[upsilon 1776]</w:t>
      </w:r>
    </w:p>
    <w:p>
      <w:r>
        <w:rPr>
          <w:rFonts w:ascii="Gentium Plus" w:hAnsi="Gentium Plus"/>
          <w:sz w:val="24"/>
        </w:rPr>
        <w:t>λέγομεν ἐπὶ θεοῦ ἀσώματα καὶ ἀσχημάτιστα. τοῦ πατρὸς δὲ ἴδιον τὸ ἀγέννητον, τοῦ υἱοῦ τὸ γεννητὸν, τοῦ ἁγίου πνεύματος τὸ ἐκπορευτόν· κοινὸν δὲ ἡ θεότης καὶ ἡ βασιλεία. τρεῖς δὲ</w:t>
      </w:r>
    </w:p>
    <w:p>
      <w:r>
        <w:rPr>
          <w:rFonts w:ascii="Courier New" w:hAnsi="Courier New"/>
          <w:color w:val="555555"/>
          <w:sz w:val="20"/>
        </w:rPr>
        <w:t>[5]</w:t>
      </w:r>
    </w:p>
    <w:p>
      <w:r>
        <w:rPr>
          <w:rFonts w:ascii="Gentium Plus" w:hAnsi="Gentium Plus"/>
          <w:sz w:val="24"/>
        </w:rPr>
        <w:t>ὑποστάσεις ἐπὶ τῆς θεότητος ὡμολόγει· πατέ‐ ρα, υἱὸν καὶ πνεῦμα ἅγιον. ὑπόστασίς ἐστι πᾶν τὸ ἰδίῳ προσώπῳ ἐμφαινόμενον. ὑπόστασίς ἐστιν οὐσία ἰδιάζουσα τοῖς χαρακτηριστικοῖς ἰδιώμασιν. ὑπόστασίς ἐστιν ἐνούσιος ἰδιότης.</w:t>
      </w:r>
    </w:p>
    <w:p>
      <w:r>
        <w:rPr>
          <w:rFonts w:ascii="Courier New" w:hAnsi="Courier New"/>
          <w:color w:val="555555"/>
          <w:sz w:val="20"/>
        </w:rPr>
        <w:t>[10]</w:t>
      </w:r>
    </w:p>
    <w:p>
      <w:r>
        <w:rPr>
          <w:rFonts w:ascii="Gentium Plus" w:hAnsi="Gentium Plus"/>
          <w:sz w:val="24"/>
        </w:rPr>
        <w:t>ὑπόστασίς ἐστι περιγραφὴ τὶς, ἑνὸς γνωριστι‐ κὴ πρὸς τὰ ὁμοειδῆ, κατὰ τὴν ἰδιότητα τὸ ἀκοι‐ νώνητον ἔχουσα. ὑπόστασίς ἐστιν οὐσία μετὰ οἰκείων ἰδιωμάτων ἀριθμῷ τῶν ὁμοειδῶν διαφέ‐ ρουσα. ὑπόστασις λέγεται παρὰ τὸ ὑφεστάναι.</w:t>
      </w:r>
    </w:p>
    <w:p>
      <w:r>
        <w:rPr>
          <w:rFonts w:ascii="Courier New" w:hAnsi="Courier New"/>
          <w:color w:val="555555"/>
          <w:sz w:val="20"/>
        </w:rPr>
        <w:t>[15]</w:t>
      </w:r>
    </w:p>
    <w:p>
      <w:r>
        <w:rPr>
          <w:rFonts w:ascii="Gentium Plus" w:hAnsi="Gentium Plus"/>
          <w:sz w:val="24"/>
        </w:rPr>
        <w:t>τὸ τῆς ὑποστάσεως ὄνομα παρὰ τῇ θείᾳ γρα‐ φῇ τριχῶς λέγεται· τὸ καθ’ ἑαυτοῦ ὑπάρχον, οἷον· μνήσθητι, τίς μου ἡ ὑπόστασις· τὸ πλῆ‐ θος τῶν ὁμονοούντων, οἷον τό· ἐξῆλθον ἄν‐ δρες ἀπὸ τῆς ὑποστάσεως τῶν ἀλλοφύλων· τὸ</w:t>
      </w:r>
    </w:p>
    <w:p>
      <w:r>
        <w:rPr>
          <w:rFonts w:ascii="Courier New" w:hAnsi="Courier New"/>
          <w:color w:val="555555"/>
          <w:sz w:val="20"/>
        </w:rPr>
        <w:t>[20]</w:t>
      </w:r>
    </w:p>
    <w:p>
      <w:r>
        <w:rPr>
          <w:rFonts w:ascii="Gentium Plus" w:hAnsi="Gentium Plus"/>
          <w:sz w:val="24"/>
        </w:rPr>
        <w:t>ἐνούσιον, οἷον τό· ἐν τῇ ὑποστάσει τῆς καυ‐ χήσεώς μου. ὑπόστασις καὶ πρόσωπον ταὐτό ἐστιν· ἄμφω γὰρ μερικόν τε καὶ ἴδιον, ὡς ἐφ’ ἑαυτῶν τὴν περιγραφὴν, ἀλλ’ οὐκ ἐν πλείοσι τὴν κατηγορίαν φυσικῶς κεκτημένων. ὑπόστασιν</w:t>
      </w:r>
    </w:p>
    <w:p>
      <w:r>
        <w:rPr>
          <w:rFonts w:ascii="Courier New" w:hAnsi="Courier New"/>
          <w:color w:val="555555"/>
          <w:sz w:val="20"/>
        </w:rPr>
        <w:t>[25]</w:t>
      </w:r>
    </w:p>
    <w:p>
      <w:r>
        <w:rPr>
          <w:rFonts w:ascii="Gentium Plus" w:hAnsi="Gentium Plus"/>
          <w:sz w:val="24"/>
        </w:rPr>
        <w:t>λέγομεν τὸ καθ’ ἑαυτοῦ ὑφεστὸς καὶ ἐν οὐδενὶ ἑτέρῳ συνθεωρούμενον, ὅπερ καὶ ἄτομον καλοῦ‐ σι τινές. ἄθροισμα δὲ συμβεβηκότων τοῦτο ἂν εἴη, ἅπερ ἅμα πάντες θεωροῦμεν, ὧν τὸ ἄθροι‐ σμα οὐδὲν πρόσεστιν ἑτέρῳ, πλὴν τοῦ ἑνὸς ᾧ</w:t>
      </w:r>
    </w:p>
    <w:p>
      <w:r>
        <w:rPr>
          <w:rFonts w:ascii="Courier New" w:hAnsi="Courier New"/>
          <w:color w:val="555555"/>
          <w:sz w:val="20"/>
        </w:rPr>
        <w:t>[30]</w:t>
      </w:r>
    </w:p>
    <w:p>
      <w:r>
        <w:rPr>
          <w:rFonts w:ascii="Gentium Plus" w:hAnsi="Gentium Plus"/>
          <w:sz w:val="24"/>
        </w:rPr>
        <w:t>πρόσεστι. ὑπόστασις ἐστὶ τὸ καθ’ ἑαυτὸ μόνον ὑφεστὸς, παντὸς δὲ ἑτέρου κεχωρισμένον, ἤτοι τὸ ἰδίοις τισὶ περιγεγραμμένον ὑποστατικοῖς γνω‐ ρίσμασιν. ὑπόστασις ἐστὶ τὸ καθ’ ἑαυτὸ διω‐ ρισμένον συνεστός. ὑπόστασις ἐστὶ πρᾶγμα ὑφ‐</w:t>
      </w:r>
    </w:p>
    <w:p>
      <w:r>
        <w:rPr>
          <w:rFonts w:ascii="Courier New" w:hAnsi="Courier New"/>
          <w:color w:val="555555"/>
          <w:sz w:val="20"/>
        </w:rPr>
        <w:t>[35]</w:t>
      </w:r>
    </w:p>
    <w:p>
      <w:r>
        <w:rPr>
          <w:rFonts w:ascii="Gentium Plus" w:hAnsi="Gentium Plus"/>
          <w:sz w:val="24"/>
        </w:rPr>
        <w:t>εστός τε καὶ οὐσιῶδες, ἐν ᾧ τὸ ἄθροισμα τῶν συμβεβηκότων, ὡς ἐν ἑνὶ ὑποκειμένῳ πράγμα‐ τι καὶ ἐνεργείᾳ, ὑφέστηκεν. ὑπόστασις ἐστὶν οὐσία μετὰ ἰδιωμάτων ἀριθμῷ τῶν ὁμογενῶν διαφέρουσα. ἐν ὑποστάσει δὲ τὸ καθ’ ἑαυτὸ οὐ‐</w:t>
      </w:r>
    </w:p>
    <w:p>
      <w:r>
        <w:rPr>
          <w:rFonts w:ascii="Courier New" w:hAnsi="Courier New"/>
          <w:color w:val="555555"/>
          <w:sz w:val="20"/>
        </w:rPr>
        <w:t>[40]</w:t>
      </w:r>
    </w:p>
    <w:p>
      <w:r>
        <w:rPr>
          <w:rFonts w:ascii="Gentium Plus" w:hAnsi="Gentium Plus"/>
          <w:sz w:val="24"/>
        </w:rPr>
        <w:t>δαμῶς ὑφιστάμενον, ἐν ἄλλοις δὲ θεωρούμενον,</w:t>
      </w:r>
    </w:p>
    <w:p>
      <w:r>
        <w:rPr>
          <w:rFonts w:ascii="Courier New" w:hAnsi="Courier New"/>
          <w:color w:val="555555"/>
          <w:sz w:val="20"/>
        </w:rPr>
        <w:t>[upsilon 1777]</w:t>
      </w:r>
    </w:p>
    <w:p>
      <w:r>
        <w:rPr>
          <w:rFonts w:ascii="Gentium Plus" w:hAnsi="Gentium Plus"/>
          <w:sz w:val="24"/>
        </w:rPr>
        <w:t>ὡς εἶδος ἐν τοῖς ὑπ’ αὐτῷ ἀτόμοις. ἢ τὸ σὺν ἄλ‐ λῳ διαφόρῳ κατὰ τὴν οὐσίαν εἰς ὅλου τινὸς γέ‐ νεσιν συντιθέμενον. ὑποστάσεως ἴδιόν ἐστι τὸ καθ’ ἑαυτὴν ὁρᾶσθαι, καὶ τῶν ὁμοειδῶν κατ’</w:t>
      </w:r>
    </w:p>
    <w:p>
      <w:r>
        <w:rPr>
          <w:rFonts w:ascii="Courier New" w:hAnsi="Courier New"/>
          <w:color w:val="555555"/>
          <w:sz w:val="20"/>
        </w:rPr>
        <w:t>[5]</w:t>
      </w:r>
    </w:p>
    <w:p>
      <w:r>
        <w:rPr>
          <w:rFonts w:ascii="Gentium Plus" w:hAnsi="Gentium Plus"/>
          <w:sz w:val="24"/>
        </w:rPr>
        <w:t>ἀριθμὸν διαστέλλεσθαι. Ὑπόστασίς ἐστι συν‐ δρομὴ τῶν χαρακτηριστικῶν ἰδιωμάτων, τὸ ἄτο‐ μον καὶ τὸ ἰδικόν· τουτέστι τὸν δεῖνα ἄνθρω‐ πον ἐκ τοῦ κοινοῦ διαστέλλουσα. ἢ συνδρομὴ τῶν περὶ ἕκαστον ἰδιωμάτων. ἢ διὰ τῶν χαρακτηρι‐</w:t>
      </w:r>
    </w:p>
    <w:p>
      <w:r>
        <w:rPr>
          <w:rFonts w:ascii="Courier New" w:hAnsi="Courier New"/>
          <w:color w:val="555555"/>
          <w:sz w:val="20"/>
        </w:rPr>
        <w:t>[10]</w:t>
      </w:r>
    </w:p>
    <w:p>
      <w:r>
        <w:rPr>
          <w:rFonts w:ascii="Gentium Plus" w:hAnsi="Gentium Plus"/>
          <w:sz w:val="24"/>
        </w:rPr>
        <w:t>στικῶν ἰδιωμάτων ἐν τῷ τινὶ παριστῶσα καὶ δια‐ γράφουσα τὸ κοινὸν καὶ ἀπερίγραπτον τῆς φύ‐ σεως. Ὑποστατικὴ οὖν ἕνωσίς ἐστιν ἡ τὰς δια‐ φόρους οὐσίας ἤγουν φύσεις εἰς ἓν πρόσωπον καὶ μίαν τὴν αὐτὴν ὑπόστασιν συνάγουσά τε καὶ</w:t>
      </w:r>
    </w:p>
    <w:p>
      <w:r>
        <w:rPr>
          <w:rFonts w:ascii="Courier New" w:hAnsi="Courier New"/>
          <w:color w:val="555555"/>
          <w:sz w:val="20"/>
        </w:rPr>
        <w:t>[15]</w:t>
      </w:r>
    </w:p>
    <w:p>
      <w:r>
        <w:rPr>
          <w:rFonts w:ascii="Gentium Plus" w:hAnsi="Gentium Plus"/>
          <w:sz w:val="24"/>
        </w:rPr>
        <w:t>συνδέουσα. ὑποστατικὴ διαφορὰ τυγχάνει λό‐ γος, καθ’ ὃν ἡ κατὰ ἄθροισμα τῶν ἐνθεωρου‐ μένων ἰδιωμάτων κοινῶν τῆς οὐσίας ἑτερότης τέ‐ μνουσα κατὰ ἀριθμὸν ἄλλου ἀπ’ ἄλλου τὴν τῶν ἀτόμων ποιεῖται πληθύν.</w:t>
      </w:r>
    </w:p>
    <w:p>
      <w:r>
        <w:rPr>
          <w:rFonts w:ascii="Courier New" w:hAnsi="Courier New"/>
          <w:color w:val="555555"/>
          <w:sz w:val="20"/>
        </w:rPr>
        <w:t>[20]</w:t>
      </w:r>
    </w:p>
    <w:p>
      <w:r>
        <w:rPr>
          <w:rFonts w:ascii="Gentium Plus" w:hAnsi="Gentium Plus"/>
          <w:sz w:val="24"/>
        </w:rPr>
        <w:t>Ὑπιωγή. ἡ σκέπη. Ὑπυή. ἡ ἐξοχή. Ὑπώρεια. ἡ τοῦ ὄρους πλαγία σκοπιά. Ὑπωμοσία. τὸ ὑπερτίθεσθαι δίκην ἤγουν ἀνα‐</w:t>
      </w:r>
    </w:p>
    <w:p>
      <w:r>
        <w:rPr>
          <w:rFonts w:ascii="Courier New" w:hAnsi="Courier New"/>
          <w:color w:val="555555"/>
          <w:sz w:val="20"/>
        </w:rPr>
        <w:t>[upsilon 1778]</w:t>
      </w:r>
    </w:p>
    <w:p>
      <w:r>
        <w:rPr>
          <w:rFonts w:ascii="Gentium Plus" w:hAnsi="Gentium Plus"/>
          <w:sz w:val="24"/>
        </w:rPr>
        <w:t>Ὑπόνοιαι πονηραί. οἷον δόξαι, δόγματα νόθα. οὕτως ὁ Ἀπόστολος. Ὑποτύπωσιν. ὑπόδειγμα, ἀπόδειξιν. ὁ Ἀπό‐ στολος· πρὸς ὑποτύπωσιν τῶν μελλόντων πι‐</w:t>
      </w:r>
    </w:p>
    <w:p>
      <w:r>
        <w:rPr>
          <w:rFonts w:ascii="Courier New" w:hAnsi="Courier New"/>
          <w:color w:val="555555"/>
          <w:sz w:val="20"/>
        </w:rPr>
        <w:t>[5]</w:t>
      </w:r>
    </w:p>
    <w:p>
      <w:r>
        <w:rPr>
          <w:rFonts w:ascii="Gentium Plus" w:hAnsi="Gentium Plus"/>
          <w:sz w:val="24"/>
        </w:rPr>
        <w:t>στεύειν ἐπ’ αὐτῷ.</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Ὕπαρ ἐγρηγορός. ὀπτασία ἀληθής· ἀλήθεια οὐκ ἐν ὀνείρῳ. ἔστιν ὦ ῥῆμα, ὃ δηλοῖ τὸ ὑπάρχω. ἀφ’ οὗ ῥήματος ὄνομα ἂρ, ὡς σθένω</w:t>
      </w:r>
    </w:p>
    <w:p>
      <w:r>
        <w:rPr>
          <w:rFonts w:ascii="Courier New" w:hAnsi="Courier New"/>
          <w:color w:val="555555"/>
          <w:sz w:val="20"/>
        </w:rPr>
        <w:t>[10]</w:t>
      </w:r>
    </w:p>
    <w:p>
      <w:r>
        <w:rPr>
          <w:rFonts w:ascii="Gentium Plus" w:hAnsi="Gentium Plus"/>
          <w:sz w:val="24"/>
        </w:rPr>
        <w:t>σθέναρ, ἔδω ἔδαρ καὶ εἶδαρ, καὶ μετὰ τῆς ὑπὸ προθέσεως ὕπαρ. Ὑπαὶ δείους. ὑπὸ φόβου. Ὑπέμβρυον. τὸ ἐπὶ τῇ θηλαζούσῃ νεογνόν. ἢ παρὰ τὸ ἔσω εἶναι βροτοῦ.</w:t>
      </w:r>
    </w:p>
    <w:p>
      <w:r>
        <w:rPr>
          <w:rFonts w:ascii="Courier New" w:hAnsi="Courier New"/>
          <w:color w:val="555555"/>
          <w:sz w:val="20"/>
        </w:rPr>
        <w:t>[15]</w:t>
      </w:r>
    </w:p>
    <w:p>
      <w:r>
        <w:rPr>
          <w:rFonts w:ascii="Gentium Plus" w:hAnsi="Gentium Plus"/>
          <w:sz w:val="24"/>
        </w:rPr>
        <w:t>Ὑπερτενές. ὑψηλόν. Ὑπέρτερον. ἀνώτερον, ὑπερέχον. Ὑπέρχολον. θυμῶδες. Ὑπερφυές. μεγαλεῖον. Ὑπέρβιον. ὑπερήφανον.</w:t>
      </w:r>
    </w:p>
    <w:p>
      <w:r>
        <w:rPr>
          <w:rFonts w:ascii="Courier New" w:hAnsi="Courier New"/>
          <w:color w:val="555555"/>
          <w:sz w:val="20"/>
        </w:rPr>
        <w:t>[20]</w:t>
      </w:r>
    </w:p>
    <w:p>
      <w:r>
        <w:rPr>
          <w:rFonts w:ascii="Gentium Plus" w:hAnsi="Gentium Plus"/>
          <w:sz w:val="24"/>
        </w:rPr>
        <w:t>Ὑπέρινον. λεπτόν. ἔστι ῥῆμα ἰνῶ, τὸ ἐκκενῶ. ὅθεν λεπτύνω καὶ ὀξύνω. ἐντεῦθεν ὑπέρινος, ὁ κατάξηρος, ἢ ὁ κενόσαρκος. Ὑπερῷον. οἴκημα ὑψηλόν· ἢ ἀνώγεον. ἐκ τοῦ</w:t>
      </w:r>
    </w:p>
    <w:p>
      <w:r>
        <w:rPr>
          <w:rFonts w:ascii="Courier New" w:hAnsi="Courier New"/>
          <w:color w:val="555555"/>
          <w:sz w:val="20"/>
        </w:rPr>
        <w:t>[upsilon 1779]</w:t>
      </w:r>
    </w:p>
    <w:p>
      <w:r>
        <w:rPr>
          <w:rFonts w:ascii="Gentium Plus" w:hAnsi="Gentium Plus"/>
          <w:sz w:val="24"/>
        </w:rPr>
        <w:t>σεως ὑπεροῖον, καὶ αὐξήσει τοῦ ο εἰς ω μέγα ὑπερῶον. καὶ μένει τὸ ι προσγεγραμμένον. Ὑπερθετικόν. τὸ σύγκρισιν τοῦ πρωτοτύπου ἀσυγκρίτως δηλοῦν.</w:t>
      </w:r>
    </w:p>
    <w:p>
      <w:r>
        <w:rPr>
          <w:rFonts w:ascii="Courier New" w:hAnsi="Courier New"/>
          <w:color w:val="555555"/>
          <w:sz w:val="20"/>
        </w:rPr>
        <w:t>[5]</w:t>
      </w:r>
    </w:p>
    <w:p>
      <w:r>
        <w:rPr>
          <w:rFonts w:ascii="Gentium Plus" w:hAnsi="Gentium Plus"/>
          <w:sz w:val="24"/>
        </w:rPr>
        <w:t>*Ὑπερεύχιον.* Ὑπερώσιον. ἄπειρον. Ὕπαντρον. ὑπὸ σπήλαιον. Ὕπαιπα. τόπος. †Ὑπεύχιον. ὑπερώσιον. ἄπειρον.†</w:t>
      </w:r>
    </w:p>
    <w:p>
      <w:r>
        <w:rPr>
          <w:rFonts w:ascii="Courier New" w:hAnsi="Courier New"/>
          <w:color w:val="555555"/>
          <w:sz w:val="20"/>
        </w:rPr>
        <w:t>[10]</w:t>
      </w:r>
    </w:p>
    <w:p>
      <w:r>
        <w:rPr>
          <w:rFonts w:ascii="Gentium Plus" w:hAnsi="Gentium Plus"/>
          <w:sz w:val="24"/>
        </w:rPr>
        <w:t>Ὑπήτρια. οἱ μαστοί. Ὑπόβολον. ὑποκείμενον πρὸς δάνειον. Ὑπόγραμμα. ᾧ τοὺς ὀφθαλμοὺς ὑπογράφου‐ σιν. Ὑπόγυον. ἐγγύτερον. τὸ νεωστὶ γινόμενον, τὸ</w:t>
      </w:r>
    </w:p>
    <w:p>
      <w:r>
        <w:rPr>
          <w:rFonts w:ascii="Courier New" w:hAnsi="Courier New"/>
          <w:color w:val="555555"/>
          <w:sz w:val="20"/>
        </w:rPr>
        <w:t>[15]</w:t>
      </w:r>
    </w:p>
    <w:p>
      <w:r>
        <w:rPr>
          <w:rFonts w:ascii="Gentium Plus" w:hAnsi="Gentium Plus"/>
          <w:sz w:val="24"/>
        </w:rPr>
        <w:t>πρόσφατον, τὸ πρὸ ὀλίγου. ἀπὸ τοῦ γυῖα, ὃ ση‐ μαίνει τὰς χεῖρας· διὰ γὰρ τῶν χειρῶν ἀποτε‐ λοῦνται τὰ ἔργα. ἢ παρὰ τὸ γύη, ὃ σημαίνει τὴν γῆν. ὁ μὲν οὖν ἀγὼν ὑπόγυος. Ὑπόδειγμα. σημεῖον.</w:t>
      </w:r>
    </w:p>
    <w:p>
      <w:r>
        <w:rPr>
          <w:rFonts w:ascii="Courier New" w:hAnsi="Courier New"/>
          <w:color w:val="555555"/>
          <w:sz w:val="20"/>
        </w:rPr>
        <w:t>[20]</w:t>
      </w:r>
    </w:p>
    <w:p>
      <w:r>
        <w:rPr>
          <w:rFonts w:ascii="Gentium Plus" w:hAnsi="Gentium Plus"/>
          <w:sz w:val="24"/>
        </w:rPr>
        <w:t>Ὑποζύγια. ὄνους ἢ ἡμιόνους.</w:t>
      </w:r>
    </w:p>
    <w:p>
      <w:r>
        <w:rPr>
          <w:rFonts w:ascii="Courier New" w:hAnsi="Courier New"/>
          <w:color w:val="555555"/>
          <w:sz w:val="20"/>
        </w:rPr>
        <w:t>[upsilon 1780]</w:t>
      </w:r>
    </w:p>
    <w:p>
      <w:r>
        <w:rPr>
          <w:rFonts w:ascii="Gentium Plus" w:hAnsi="Gentium Plus"/>
          <w:sz w:val="24"/>
        </w:rPr>
        <w:t>Ὑπομάζιον. τὸ θηλάζον βρέφος. Ὑποτίτθια. τὰ θηλάζοντα βρέφη. Ὑπόπυον. ἕλκους γέμον. Ὑπότριμμα. ἄλειμμα κατεσκευασμένον ἔκ τε</w:t>
      </w:r>
    </w:p>
    <w:p>
      <w:r>
        <w:rPr>
          <w:rFonts w:ascii="Courier New" w:hAnsi="Courier New"/>
          <w:color w:val="555555"/>
          <w:sz w:val="20"/>
        </w:rPr>
        <w:t>[5]</w:t>
      </w:r>
    </w:p>
    <w:p>
      <w:r>
        <w:rPr>
          <w:rFonts w:ascii="Gentium Plus" w:hAnsi="Gentium Plus"/>
          <w:sz w:val="24"/>
        </w:rPr>
        <w:t>φοινίκων καὶ μέλιτος καὶ ἄλλων τινῶν ἀρτυ‐ μάτων. ἀπὸ τῆς τρίψεως τῆς ἐν αὐτοῖς [γινο‐ μένης.] Ὑποχόνδρια. τὰ ὑπὸ τὸν λαγόνα. Ὑποκείμενον. αὐτὴ ἡ οὐσία. καθ’ ὑποκείμενον</w:t>
      </w:r>
    </w:p>
    <w:p>
      <w:r>
        <w:rPr>
          <w:rFonts w:ascii="Courier New" w:hAnsi="Courier New"/>
          <w:color w:val="555555"/>
          <w:sz w:val="20"/>
        </w:rPr>
        <w:t>[10]</w:t>
      </w:r>
    </w:p>
    <w:p>
      <w:r>
        <w:rPr>
          <w:rFonts w:ascii="Gentium Plus" w:hAnsi="Gentium Plus"/>
          <w:sz w:val="24"/>
        </w:rPr>
        <w:t>δὲ λέγει, ὅταν τὰ καθόλου τῶν μερικῶν κατη‐ γορῆται. [ὡς τὸ χρῶμα τοῦ λευκοῦ· καθ’ ὑπο‐ κειμένου γὰρ καὶ συνωνύμως κατηγορεῖται.] ἐν ὑποκειμένῳ δὲ, ὡς ἐν ταῖς οὐσίαις τὰ συμβε‐ βηκότα, οἷον ὡς τὸ λευκὸν ἐν τῷ κύκνῳ. διτ‐</w:t>
      </w:r>
    </w:p>
    <w:p>
      <w:r>
        <w:rPr>
          <w:rFonts w:ascii="Courier New" w:hAnsi="Courier New"/>
          <w:color w:val="555555"/>
          <w:sz w:val="20"/>
        </w:rPr>
        <w:t>[15]</w:t>
      </w:r>
    </w:p>
    <w:p>
      <w:r>
        <w:rPr>
          <w:rFonts w:ascii="Gentium Plus" w:hAnsi="Gentium Plus"/>
          <w:sz w:val="24"/>
        </w:rPr>
        <w:t>τὸν δὲ τὸ ὑποκείμενον· τὸ μὲν πρὸς ὕπαρξιν, τὸ δὲ πρὸς κατηγορίαν. καὶ πρὸς ὕπαρξιν μὲν ὑποκεῖσθαι λέγουσι τὴν οὐσίαν τοῖς συμβεβηκό‐ σι· πρὸς κατηγορίαν δὲ τὰ μερικὰ τοῖς καθόλου. Ὑπώπια. τὰ ὑπὸ τοὺς ὀφθαλμοὺς πελιδνώματα.</w:t>
      </w:r>
    </w:p>
    <w:p>
      <w:r>
        <w:rPr>
          <w:rFonts w:ascii="Courier New" w:hAnsi="Courier New"/>
          <w:color w:val="555555"/>
          <w:sz w:val="20"/>
        </w:rPr>
        <w:t>[20]</w:t>
      </w:r>
    </w:p>
    <w:p>
      <w:r>
        <w:rPr>
          <w:rFonts w:ascii="Gentium Plus" w:hAnsi="Gentium Plus"/>
          <w:sz w:val="24"/>
        </w:rPr>
        <w:t>†ἢ τραύματα, ἃ ἐν τῷ πυκτεύειν γίνεται.†</w:t>
      </w:r>
    </w:p>
    <w:p>
      <w:r>
        <w:rPr>
          <w:rFonts w:ascii="Courier New" w:hAnsi="Courier New"/>
          <w:color w:val="555555"/>
          <w:sz w:val="20"/>
        </w:rPr>
        <w:t>[upsilon 1781]</w:t>
      </w:r>
    </w:p>
    <w:p>
      <w:r>
        <w:rPr>
          <w:rFonts w:ascii="Gentium Plus" w:hAnsi="Gentium Plus"/>
          <w:sz w:val="24"/>
        </w:rPr>
        <w:t>Ὕπαφρον. τὸ κρύφιον λέγει ὁ Ἱπποκράτης. καὶ ὁ Ψελλός· ὕπαφρον μὲν τὸ κρύφιον, πέ‐ ζας τὰ πρὸς τοὺς πόδας.</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Ὑπάγει. ἐξαπατᾷ. Ὑπάγουσιν. ἀντὶ τοῦ προάγουσιν. [οὕτω Δημο‐ σθένης.] Ὑπακτέον. πορευτέον. ἐκ τοῦ ἄγω ἀκτέον. Ὑπαντιάζει. ὑπαντᾷ.</w:t>
      </w:r>
    </w:p>
    <w:p>
      <w:r>
        <w:rPr>
          <w:rFonts w:ascii="Courier New" w:hAnsi="Courier New"/>
          <w:color w:val="555555"/>
          <w:sz w:val="20"/>
        </w:rPr>
        <w:t>[10]</w:t>
      </w:r>
    </w:p>
    <w:p>
      <w:r>
        <w:rPr>
          <w:rFonts w:ascii="Gentium Plus" w:hAnsi="Gentium Plus"/>
          <w:sz w:val="24"/>
        </w:rPr>
        <w:t>Ὑπαΐξας. ὁρμήσας. Ὑπάρχει. οὐχ ἁπλῶς δηλοῖ τὸ εἶναι, ἀλλὰ τὸ πάλαι εἶναι, καὶ οἷον προϋπάρχειν. [δηλοῖ δὲ καὶ τὸ ἄρχειν, οἷον·] ὑπάρχειν μάχῃ. Ὑπαινίττεται. αἰνιγματωδῶς ἐμφαίνει.</w:t>
      </w:r>
    </w:p>
    <w:p>
      <w:r>
        <w:rPr>
          <w:rFonts w:ascii="Courier New" w:hAnsi="Courier New"/>
          <w:color w:val="555555"/>
          <w:sz w:val="20"/>
        </w:rPr>
        <w:t>[15]</w:t>
      </w:r>
    </w:p>
    <w:p>
      <w:r>
        <w:rPr>
          <w:rFonts w:ascii="Gentium Plus" w:hAnsi="Gentium Plus"/>
          <w:sz w:val="24"/>
        </w:rPr>
        <w:t>Ὑπειδόμενος. ὑφορώμενος. ἀπὸ τοῦ εἴδω. Ὑπειπεῖν. τὸ ὑπαγορεύειν. καὶ ὑπείπομεν ἀντὶ</w:t>
      </w:r>
    </w:p>
    <w:p>
      <w:r>
        <w:rPr>
          <w:rFonts w:ascii="Courier New" w:hAnsi="Courier New"/>
          <w:color w:val="555555"/>
          <w:sz w:val="20"/>
        </w:rPr>
        <w:t>[upsilon 1782]</w:t>
      </w:r>
    </w:p>
    <w:p>
      <w:r>
        <w:rPr>
          <w:rFonts w:ascii="Gentium Plus" w:hAnsi="Gentium Plus"/>
          <w:sz w:val="24"/>
        </w:rPr>
        <w:t>Ὑπεζωσμένος. περιβεβλημένος, ἐπισυρόμενος. Ὑπενόστησεν. ὑπανεχώρησεν. Ὑπέθηκε τὴν οὐσίαν ὁ δανειζόμενος· ὑπέθετο δ’ ὁ δανείζων. [Δημοσθένης· ὑποθεὶς δὲ τὴν</w:t>
      </w:r>
    </w:p>
    <w:p>
      <w:r>
        <w:rPr>
          <w:rFonts w:ascii="Courier New" w:hAnsi="Courier New"/>
          <w:color w:val="555555"/>
          <w:sz w:val="20"/>
        </w:rPr>
        <w:t>[5]</w:t>
      </w:r>
    </w:p>
    <w:p>
      <w:r>
        <w:rPr>
          <w:rFonts w:ascii="Gentium Plus" w:hAnsi="Gentium Plus"/>
          <w:sz w:val="24"/>
        </w:rPr>
        <w:t>οὐσίαν τὴν ἐμαυτοῦ.] Ὑπέδυ. ὑπεισῆλθεν. †Ὑπενέγκοι. ὑπομείνῃ ἢ ἀνέξεται. ἢ ἀντὶ τοῦ καταδέξεται.† Ὑπέσχετο. ἐπηγγείλατο.</w:t>
      </w:r>
    </w:p>
    <w:p>
      <w:r>
        <w:rPr>
          <w:rFonts w:ascii="Courier New" w:hAnsi="Courier New"/>
          <w:color w:val="555555"/>
          <w:sz w:val="20"/>
        </w:rPr>
        <w:t>[10]</w:t>
      </w:r>
    </w:p>
    <w:p>
      <w:r>
        <w:rPr>
          <w:rFonts w:ascii="Gentium Plus" w:hAnsi="Gentium Plus"/>
          <w:sz w:val="24"/>
        </w:rPr>
        <w:t>Ὑπερορᾷ. παραβλέπει. Ὑπερηνορεόντων. τῶν ὑπερεχόντων τῇ ἠνορέῃ καὶ τῇ δυνάμει καὶ τῇ ἀνδρείᾳ, τουτέστιν ἀν‐ δρείων. ἢ τῶν ὑπὲρ δύναμιν φρονούντων. Ὑπερμαζᾷ. ὑπερτρυφᾷ· πλουτεῖ· στρηνιᾷ.</w:t>
      </w:r>
    </w:p>
    <w:p>
      <w:r>
        <w:rPr>
          <w:rFonts w:ascii="Courier New" w:hAnsi="Courier New"/>
          <w:color w:val="555555"/>
          <w:sz w:val="20"/>
        </w:rPr>
        <w:t>[15]</w:t>
      </w:r>
    </w:p>
    <w:p>
      <w:r>
        <w:rPr>
          <w:rFonts w:ascii="Gentium Plus" w:hAnsi="Gentium Plus"/>
          <w:sz w:val="24"/>
        </w:rPr>
        <w:t>μάζα γὰρ ἡ τροφή. †Ὑπερφέρων. ὑπεράνω γενόμενος.†</w:t>
      </w:r>
    </w:p>
    <w:p>
      <w:r>
        <w:rPr>
          <w:rFonts w:ascii="Courier New" w:hAnsi="Courier New"/>
          <w:color w:val="555555"/>
          <w:sz w:val="20"/>
        </w:rPr>
        <w:t>[upsilon 1783]</w:t>
      </w:r>
    </w:p>
    <w:p>
      <w:r>
        <w:rPr>
          <w:rFonts w:ascii="Gentium Plus" w:hAnsi="Gentium Plus"/>
          <w:sz w:val="24"/>
        </w:rPr>
        <w:t>Ὑπερώησαν. ὑπεχώρησαν. Ὑπερωρίσθη. ἐκ τῶν ὁρίων ἐξωρίσθη. Ὑπερανεστηκώς. ὑπερβεβηκώς. Ὑπερασπιῶ. ὑπερμαχῶ.</w:t>
      </w:r>
    </w:p>
    <w:p>
      <w:r>
        <w:rPr>
          <w:rFonts w:ascii="Courier New" w:hAnsi="Courier New"/>
          <w:color w:val="555555"/>
          <w:sz w:val="20"/>
        </w:rPr>
        <w:t>[5]</w:t>
      </w:r>
    </w:p>
    <w:p>
      <w:r>
        <w:rPr>
          <w:rFonts w:ascii="Gentium Plus" w:hAnsi="Gentium Plus"/>
          <w:sz w:val="24"/>
        </w:rPr>
        <w:t>Ὑπερηγάσθη. ἐθαυμάσθη. Ὑπέρκεισαι. ὑπερβάλλεις. Ὑπισχνεῖται. ἐπαγγέλλεται. Ὑπογενειάζων. λιτανεύων, παρακαλῶν. ἐκ τοῦ γενείου ἁπτόμενος.</w:t>
      </w:r>
    </w:p>
    <w:p>
      <w:r>
        <w:rPr>
          <w:rFonts w:ascii="Courier New" w:hAnsi="Courier New"/>
          <w:color w:val="555555"/>
          <w:sz w:val="20"/>
        </w:rPr>
        <w:t>[10]</w:t>
      </w:r>
    </w:p>
    <w:p>
      <w:r>
        <w:rPr>
          <w:rFonts w:ascii="Gentium Plus" w:hAnsi="Gentium Plus"/>
          <w:sz w:val="24"/>
        </w:rPr>
        <w:t>†Ὑποθήσομαι. διδάξω.† Ὑποκαθεῖναι. οἷον παύσασθαι χαλεπαίνον‐ τα καὶ πραότερον γενέσθαι. ὑποκαθεῖναι τὰς ὀφρῦς· τὸ γὰρ ἄνω τείνειν τὰς ὀφρῦς ὀργῆς ἐστι σημεῖον.</w:t>
      </w:r>
    </w:p>
    <w:p>
      <w:r>
        <w:rPr>
          <w:rFonts w:ascii="Courier New" w:hAnsi="Courier New"/>
          <w:color w:val="555555"/>
          <w:sz w:val="20"/>
        </w:rPr>
        <w:t>[15]</w:t>
      </w:r>
    </w:p>
    <w:p>
      <w:r>
        <w:rPr>
          <w:rFonts w:ascii="Gentium Plus" w:hAnsi="Gentium Plus"/>
          <w:sz w:val="24"/>
        </w:rPr>
        <w:t>Ὑποκαθεῖσθαι. χαλᾶσθαι. ὑποκαθῆσθαι δὲ τὸ ὑποκαθέζεσθαι, ἦτα.</w:t>
      </w:r>
    </w:p>
    <w:p>
      <w:r>
        <w:rPr>
          <w:rFonts w:ascii="Courier New" w:hAnsi="Courier New"/>
          <w:color w:val="555555"/>
          <w:sz w:val="20"/>
        </w:rPr>
        <w:t>[upsilon 1784]</w:t>
      </w:r>
    </w:p>
    <w:p>
      <w:r>
        <w:rPr>
          <w:rFonts w:ascii="Gentium Plus" w:hAnsi="Gentium Plus"/>
          <w:sz w:val="24"/>
        </w:rPr>
        <w:t>λαιοί. καὶ ὑποκριτὴς ἐντεῦθεν ὁ ἀποκρινόμενος τῷ χορῷ. Ὑπολαβών. νοήσας. ἢ ἀποκριθείς· ἀντειπών· ἀντικρούσας. ἀμφότερα δὲ ἀπὸ τοῦ λήβω, τὸ</w:t>
      </w:r>
    </w:p>
    <w:p>
      <w:r>
        <w:rPr>
          <w:rFonts w:ascii="Courier New" w:hAnsi="Courier New"/>
          <w:color w:val="555555"/>
          <w:sz w:val="20"/>
        </w:rPr>
        <w:t>[5]</w:t>
      </w:r>
    </w:p>
    <w:p>
      <w:r>
        <w:rPr>
          <w:rFonts w:ascii="Gentium Plus" w:hAnsi="Gentium Plus"/>
          <w:sz w:val="24"/>
        </w:rPr>
        <w:t>λαμβάνω. Ὑπολαιμίσας. σφάξας. Ὑπολογισάμενος. ἐνθυμηθείς. Ὑποκορίζεται. σμικρύνεται. εὐτελίζεται. †Ὑποκοριζόμενοι. κολακεύοντες· διασύροντες·</w:t>
      </w:r>
    </w:p>
    <w:p>
      <w:r>
        <w:rPr>
          <w:rFonts w:ascii="Courier New" w:hAnsi="Courier New"/>
          <w:color w:val="555555"/>
          <w:sz w:val="20"/>
        </w:rPr>
        <w:t>[10]</w:t>
      </w:r>
    </w:p>
    <w:p>
      <w:r>
        <w:rPr>
          <w:rFonts w:ascii="Gentium Plus" w:hAnsi="Gentium Plus"/>
          <w:sz w:val="24"/>
        </w:rPr>
        <w:t>ὑποκρινόμενοι. ὁ δὲ Δημοσθένης ἀντὶ τοῦ εὐ‐ φήμως λέγοντες ἐχρήσατο. καὶ τὸ ὑποκοριστι‐ κῶς λέγειν.† Ὑπονομεύοντες. ἀντὶ τοῦ ὑπονόμους ὀρύττον‐ τες.</w:t>
      </w:r>
    </w:p>
    <w:p>
      <w:r>
        <w:rPr>
          <w:rFonts w:ascii="Courier New" w:hAnsi="Courier New"/>
          <w:color w:val="555555"/>
          <w:sz w:val="20"/>
        </w:rPr>
        <w:t>[15]</w:t>
      </w:r>
    </w:p>
    <w:p>
      <w:r>
        <w:rPr>
          <w:rFonts w:ascii="Gentium Plus" w:hAnsi="Gentium Plus"/>
          <w:sz w:val="24"/>
        </w:rPr>
        <w:t>Ὑποσμύχει. ὑποκαίει. Ὑποσμήχει δὲ, ἀντὶ τοῦ καθαίρει, η.</w:t>
      </w:r>
    </w:p>
    <w:p>
      <w:r>
        <w:rPr>
          <w:rFonts w:ascii="Courier New" w:hAnsi="Courier New"/>
          <w:color w:val="555555"/>
          <w:sz w:val="20"/>
        </w:rPr>
        <w:t>[upsilon 1785]</w:t>
      </w:r>
    </w:p>
    <w:p>
      <w:r>
        <w:rPr>
          <w:rFonts w:ascii="Gentium Plus" w:hAnsi="Gentium Plus"/>
          <w:sz w:val="24"/>
        </w:rPr>
        <w:t>Ὑποστέλλεται. ὑποπτήσσει· δειλιᾷ· εὐλαβεῖ‐ ται. ἢ ἀναδύεται, καὶ ὑποκρίνεται, καὶ φεύ‐ γει, καὶ δολιεύεται. Ὑποσκελίσει. ἀπατήσει. καὶ ὑποσκελισθήσε‐</w:t>
      </w:r>
    </w:p>
    <w:p>
      <w:r>
        <w:rPr>
          <w:rFonts w:ascii="Courier New" w:hAnsi="Courier New"/>
          <w:color w:val="555555"/>
          <w:sz w:val="20"/>
        </w:rPr>
        <w:t>[5]</w:t>
      </w:r>
    </w:p>
    <w:p>
      <w:r>
        <w:rPr>
          <w:rFonts w:ascii="Gentium Plus" w:hAnsi="Gentium Plus"/>
          <w:sz w:val="24"/>
        </w:rPr>
        <w:t>ται ἀντὶ τοῦ ἀπατηθήσεται [καὶ ἐμποδισθή‐ σεται.] Ὑποσταίη. ὑπόσχοιτο. Ὑποπτήσσει. φοβεῖται, δειλιᾷ. Ὑποδραμών. ὑπελθών.</w:t>
      </w:r>
    </w:p>
    <w:p>
      <w:r>
        <w:rPr>
          <w:rFonts w:ascii="Courier New" w:hAnsi="Courier New"/>
          <w:color w:val="555555"/>
          <w:sz w:val="20"/>
        </w:rPr>
        <w:t>[10]</w:t>
      </w:r>
    </w:p>
    <w:p>
      <w:r>
        <w:rPr>
          <w:rFonts w:ascii="Gentium Plus" w:hAnsi="Gentium Plus"/>
          <w:sz w:val="24"/>
        </w:rPr>
        <w:t>Ὑπουργεῖ. ὑπηρετεῖ. Ὑπόρωρεν. ὀρῶ τὸ ὁρμῶ· ὁ μέσος παρακείμε‐ νος ὦρα, ὁ παρατατικὸς ὄρωρα, καὶ τὸ τρίτον ὄρωρεν καὶ ὑπόρωρεν. Ὑπνοῦν τὸν θεὸν γέγραπται, ὅταν μακροθυμεῖ.</w:t>
      </w:r>
    </w:p>
    <w:p>
      <w:r>
        <w:rPr>
          <w:rFonts w:ascii="Courier New" w:hAnsi="Courier New"/>
          <w:color w:val="555555"/>
          <w:sz w:val="20"/>
        </w:rPr>
        <w:t>[15]</w:t>
      </w:r>
    </w:p>
    <w:p>
      <w:r>
        <w:rPr>
          <w:rFonts w:ascii="Gentium Plus" w:hAnsi="Gentium Plus"/>
          <w:sz w:val="24"/>
        </w:rPr>
        <w:t>ὡς τὸ, ἵνα τί ὑπνοῖς, κύριε; Ὑπωπιάζω. ἀπὸ τοῦ ἰπῶ, τὸ βλάπτω. ἰπούμενος ταῖς συμφοραῖς. ἀπὸ τοῦ ἰπῶ ἰπάζω καὶ ἐν ὑπερθέσει πιάζω. τοῦ δὲ πιέζω ἀναλογώτερόν ἐστι τὸ πιάζω, τρο‐</w:t>
      </w:r>
    </w:p>
    <w:p>
      <w:r>
        <w:rPr>
          <w:rFonts w:ascii="Courier New" w:hAnsi="Courier New"/>
          <w:color w:val="555555"/>
          <w:sz w:val="20"/>
        </w:rPr>
        <w:t>[20]</w:t>
      </w:r>
    </w:p>
    <w:p>
      <w:r>
        <w:rPr>
          <w:rFonts w:ascii="Gentium Plus" w:hAnsi="Gentium Plus"/>
          <w:sz w:val="24"/>
        </w:rPr>
        <w:t>πῇ δὲ τοῦ α εἰς ε πιέζω. Ἴωνες μὲν καὶ Ἀτ‐ τικοὶ πιέζω λέγουσιν· οἱ δὲ Δωριεῖς πιάζω. τὸ δὲ ἰπῶ γέγονε παρὰ τὸ ἶπος, ὃ σημαίνει τὴν παγίδα τῶν μυῶν.</w:t>
      </w:r>
    </w:p>
    <w:p>
      <w:r>
        <w:rPr>
          <w:rFonts w:ascii="Courier New" w:hAnsi="Courier New"/>
          <w:color w:val="555555"/>
          <w:sz w:val="20"/>
        </w:rPr>
        <w:t>[upsilon 1786]</w:t>
      </w:r>
    </w:p>
    <w:p>
      <w:r>
        <w:rPr>
          <w:rFonts w:ascii="Gentium Plus" w:hAnsi="Gentium Plus"/>
          <w:sz w:val="24"/>
        </w:rPr>
        <w:t>Ὑποτύφοντας. ὑποφλέγοντας, ὑποκαίοντας. Ὑποτιθέμενος. συμβουλεύων. ὁ Ἀπόστολος· ταῦτα ὑποτιθέμενος τοῖς ἀδελφοῖς καλῶς, ἔσῃ διάκονος Ἰησοῦ Χριστοῦ.</w:t>
      </w:r>
    </w:p>
    <w:p>
      <w:r>
        <w:rPr>
          <w:rFonts w:ascii="Courier New" w:hAnsi="Courier New"/>
          <w:color w:val="555555"/>
          <w:sz w:val="20"/>
        </w:rPr>
        <w:t>[5]</w:t>
      </w:r>
    </w:p>
    <w:p>
      <w:r>
        <w:rPr>
          <w:rFonts w:ascii="Gentium Plus" w:hAnsi="Gentium Plus"/>
          <w:sz w:val="24"/>
        </w:rPr>
        <w:t>Ὑπωπιάζω. δαμάζω.</w:t>
      </w:r>
    </w:p>
    <w:p>
      <w:pPr>
        <w:jc w:val="center"/>
      </w:pPr>
      <w:r>
        <w:rPr>
          <w:rFonts w:ascii="Gentium Plus" w:hAnsi="Gentium Plus"/>
          <w:b/>
          <w:sz w:val="24"/>
        </w:rPr>
        <w:t>(Ἐπίῤῥημα.)</w:t>
      </w:r>
    </w:p>
    <w:p>
      <w:r>
        <w:rPr>
          <w:rFonts w:ascii="Courier New" w:hAnsi="Courier New"/>
          <w:color w:val="555555"/>
          <w:sz w:val="20"/>
        </w:rPr>
        <w:t>[7]</w:t>
      </w:r>
    </w:p>
    <w:p>
      <w:r>
        <w:rPr>
          <w:rFonts w:ascii="Gentium Plus" w:hAnsi="Gentium Plus"/>
          <w:sz w:val="24"/>
        </w:rPr>
        <w:t>Ὑπένερθεν. κάτωθεν. †Ὑπόδοντα. κρυφίως.† Ὑπέρευγε. καλῶς ἀπεκρίθητε.</w:t>
      </w:r>
    </w:p>
    <w:p>
      <w:r>
        <w:rPr>
          <w:rFonts w:ascii="Courier New" w:hAnsi="Courier New"/>
          <w:color w:val="555555"/>
          <w:sz w:val="20"/>
        </w:rPr>
        <w:t>[10]</w:t>
      </w:r>
    </w:p>
    <w:p>
      <w:r>
        <w:rPr>
          <w:rFonts w:ascii="Gentium Plus" w:hAnsi="Gentium Plus"/>
          <w:sz w:val="24"/>
        </w:rPr>
        <w:t>Ὑπούλως. δολίως. Ὑποβλήδην. ὑποβαλών. λόγος ὑποκρουστικὸς ἔτι λέγοντος τινός. ἔστι ῥῆμα [βλῶ.] γίνε‐ ται δὲ ἀπὸ τοῦ βάλλω, κατὰ συγκοπήν. ὁ μέλ‐ λων βλήσω. ἀπὸ τούτου γίνεται ἐπίῤῥημα βλή‐</w:t>
      </w:r>
    </w:p>
    <w:p>
      <w:r>
        <w:rPr>
          <w:rFonts w:ascii="Courier New" w:hAnsi="Courier New"/>
          <w:color w:val="555555"/>
          <w:sz w:val="20"/>
        </w:rPr>
        <w:t>[15]</w:t>
      </w:r>
    </w:p>
    <w:p>
      <w:r>
        <w:rPr>
          <w:rFonts w:ascii="Gentium Plus" w:hAnsi="Gentium Plus"/>
          <w:sz w:val="24"/>
        </w:rPr>
        <w:t>δην καὶ ἐν συνθέσει ὑποβλήδην. ἤγουν τὸ ὑπο‐ βαλεῖν λόγον, μηδέπω τὴν ὁμιλίαν τοῦ διαλε‐ γομένου τελέσαντος. Ὑπερκοσμίως. ἀγγελικῶς. τοῦ θεολόγου· μὴ κοσμικῶς, ἀλλ’ ὑπερκοσμίως.</w:t>
      </w:r>
    </w:p>
    <w:p>
      <w:pPr>
        <w:jc w:val="center"/>
      </w:pPr>
      <w:r>
        <w:rPr>
          <w:rFonts w:ascii="Gentium Plus" w:hAnsi="Gentium Plus"/>
          <w:b/>
          <w:sz w:val="24"/>
        </w:rPr>
        <w:t>Τὸ Υ μετὰ τοῦ Ρ.</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Ὑριδύς· Ὑριεύς· Ὕρτακος· Ὑῤῥοιάδης.</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Ὕῤῥα. κύριον. Ὑῤῥίη καὶ Ὑῤῥίνη. πόλεις. Ὑρκανία. χώρα καὶ τόπος. καὶ Ὑρμίνη.</w:t>
      </w:r>
    </w:p>
    <w:p>
      <w:r>
        <w:rPr>
          <w:rFonts w:ascii="Courier New" w:hAnsi="Courier New"/>
          <w:color w:val="555555"/>
          <w:sz w:val="20"/>
        </w:rPr>
        <w:t>[5]</w:t>
      </w:r>
    </w:p>
    <w:p>
      <w:r>
        <w:rPr>
          <w:rFonts w:ascii="Gentium Plus" w:hAnsi="Gentium Plus"/>
          <w:sz w:val="24"/>
        </w:rPr>
        <w:t>*Ὑῤῥίδα. σπυρίδα. καὶ ὑρισσὸς, ἀγγεῖον πλε‐ κτὸν, εἰς ὃ σῦκα ἐμβάλλουσιν.*</w:t>
      </w:r>
    </w:p>
    <w:p>
      <w:pPr>
        <w:jc w:val="center"/>
      </w:pPr>
      <w:r>
        <w:rPr>
          <w:rFonts w:ascii="Gentium Plus" w:hAnsi="Gentium Plus"/>
          <w:b/>
          <w:sz w:val="24"/>
        </w:rPr>
        <w:t>Τὸ Υ μετὰ τοῦ Σ.</w:t>
      </w:r>
    </w:p>
    <w:p>
      <w:pPr>
        <w:jc w:val="center"/>
      </w:pPr>
      <w:r>
        <w:rPr>
          <w:rFonts w:ascii="Gentium Plus" w:hAnsi="Gentium Plus"/>
          <w:b/>
          <w:sz w:val="24"/>
        </w:rPr>
        <w:t>(Ἀρσενικόν.)</w:t>
      </w:r>
    </w:p>
    <w:p>
      <w:r>
        <w:rPr>
          <w:rFonts w:ascii="Courier New" w:hAnsi="Courier New"/>
          <w:color w:val="555555"/>
          <w:sz w:val="20"/>
        </w:rPr>
        <w:t>[9]</w:t>
      </w:r>
    </w:p>
    <w:p>
      <w:r>
        <w:rPr>
          <w:rFonts w:ascii="Gentium Plus" w:hAnsi="Gentium Plus"/>
          <w:sz w:val="24"/>
        </w:rPr>
        <w:t>Ὑσσάκους. τοὺς πασσάλους φησὶν Ἀριστοφά‐</w:t>
      </w:r>
    </w:p>
    <w:p>
      <w:r>
        <w:rPr>
          <w:rFonts w:ascii="Courier New" w:hAnsi="Courier New"/>
          <w:color w:val="555555"/>
          <w:sz w:val="20"/>
        </w:rPr>
        <w:t>[10]</w:t>
      </w:r>
    </w:p>
    <w:p>
      <w:r>
        <w:rPr>
          <w:rFonts w:ascii="Gentium Plus" w:hAnsi="Gentium Plus"/>
          <w:sz w:val="24"/>
        </w:rPr>
        <w:t>νης. Ὑσήτηρος. ῥυπώδης. Ὕσκανις. ποταμός. Ὑσμινίας. κύριον. Ὑσσός. τὸ δόρυ. [τὸ κοντάριον.]</w:t>
      </w:r>
    </w:p>
    <w:p>
      <w:r>
        <w:rPr>
          <w:rFonts w:ascii="Courier New" w:hAnsi="Courier New"/>
          <w:color w:val="555555"/>
          <w:sz w:val="20"/>
        </w:rPr>
        <w:t>[15]</w:t>
      </w:r>
    </w:p>
    <w:p>
      <w:r>
        <w:rPr>
          <w:rFonts w:ascii="Gentium Plus" w:hAnsi="Gentium Plus"/>
          <w:sz w:val="24"/>
        </w:rPr>
        <w:t>Ὗς. ὁ χοῖρος ἢ συάγρος. εἰ μὲν παρὰ τὸ σύω, τὸ ὁρμῶ, σῦς καὶ ἀφαιρέσει τοῦ ς ὗς· [εἰ δὲ ἀπὸ τοῦ ὕεσθαι, οὐκέτι ἀποβολῇ τοῦ ς.] καί· ὗς διὰ ῥόδων. ἐπὶ σκαιῶν τάττεται ἡ παροιμία.</w:t>
      </w:r>
    </w:p>
    <w:p>
      <w:r>
        <w:rPr>
          <w:rFonts w:ascii="Courier New" w:hAnsi="Courier New"/>
          <w:color w:val="555555"/>
          <w:sz w:val="20"/>
        </w:rPr>
        <w:t>[upsilon 1788]</w:t>
      </w:r>
    </w:p>
    <w:p>
      <w:r>
        <w:rPr>
          <w:rFonts w:ascii="Gentium Plus" w:hAnsi="Gentium Plus"/>
          <w:sz w:val="24"/>
        </w:rPr>
        <w:t>πρόθεσιν ὑπότατος, καὶ συγκοπῇ καὶ πλεονα‐ σμῷ τοῦ ς ὕστατος. Ὕστερος. ὥσπερ παρὰ τὴν πρὸ πρότερος, οὕτως καὶ παρὰ τὴν ὑπὸ ὑπότερος καὶ ὕστερος. προόν‐</w:t>
      </w:r>
    </w:p>
    <w:p>
      <w:r>
        <w:rPr>
          <w:rFonts w:ascii="Courier New" w:hAnsi="Courier New"/>
          <w:color w:val="555555"/>
          <w:sz w:val="20"/>
        </w:rPr>
        <w:t>[5]</w:t>
      </w:r>
    </w:p>
    <w:p>
      <w:r>
        <w:rPr>
          <w:rFonts w:ascii="Gentium Plus" w:hAnsi="Gentium Plus"/>
          <w:sz w:val="24"/>
        </w:rPr>
        <w:t>τος γὰρ ἑτέρου λέγεταί τις ὕστερος. ὥστε πλεο‐ νασμός ἐστι τοῦ ς. Ὕσπληξ. φραγγέλιον. ἀφετηρία. βούκεντρον. ἢ μύωψ ὁ πλήσσων τοὺς βοῦς. εἴρηται ἀπὸ τῶν τριχῶν τῶν ὑείων γίνεσθαι. οἶμαι δὲ ἀφετηρία</w:t>
      </w:r>
    </w:p>
    <w:p>
      <w:r>
        <w:rPr>
          <w:rFonts w:ascii="Courier New" w:hAnsi="Courier New"/>
          <w:color w:val="555555"/>
          <w:sz w:val="20"/>
        </w:rPr>
        <w:t>[10]</w:t>
      </w:r>
    </w:p>
    <w:p>
      <w:r>
        <w:rPr>
          <w:rFonts w:ascii="Gentium Plus" w:hAnsi="Gentium Plus"/>
          <w:sz w:val="24"/>
        </w:rPr>
        <w:t>ἐκ τοῦ ἐκεῖσε πλήσσεσθαι τῇ μάστιγι τοὺς ἵπ‐ πους. ἢ παρὰ τὴν ὑπὸ πρόθεσιν ὑπόπληξ, καὶ συγκοπῇ τῆς πο συλλαβῆς καὶ πλεονασμῷ τοῦ ς ὕσπληξ. ὕσπληξ καὶ ὁ σιδηροῦς ὀχεὺς, ὃν λά‐ μναν καλοῦσιν.</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Ὕσκα. ὀψάριον καὶ ξύλον, ἐν ᾧ ἅπτεται τὸ πῦρ. Ὑσμίνη. ἡ μάχη. Ὑστεροβουλία. μεταμέλεια. Ὑστριχίς. ζῶον. ὑστρηχὶς δὲ μάστιξ ἡ ἐξ ὑείων</w:t>
      </w:r>
    </w:p>
    <w:p>
      <w:r>
        <w:rPr>
          <w:rFonts w:ascii="Courier New" w:hAnsi="Courier New"/>
          <w:color w:val="555555"/>
          <w:sz w:val="20"/>
        </w:rPr>
        <w:t>[20]</w:t>
      </w:r>
    </w:p>
    <w:p>
      <w:r>
        <w:rPr>
          <w:rFonts w:ascii="Gentium Plus" w:hAnsi="Gentium Plus"/>
          <w:sz w:val="24"/>
        </w:rPr>
        <w:t>τριχῶν. η τὸ στρη. καὶ ὕστρηξ ὁμοίως.</w:t>
      </w:r>
    </w:p>
    <w:p>
      <w:r>
        <w:rPr>
          <w:rFonts w:ascii="Courier New" w:hAnsi="Courier New"/>
          <w:color w:val="555555"/>
          <w:sz w:val="20"/>
        </w:rPr>
        <w:t>[upsilon 1789]</w:t>
      </w:r>
    </w:p>
    <w:p>
      <w:r>
        <w:rPr>
          <w:rFonts w:ascii="Gentium Plus" w:hAnsi="Gentium Plus"/>
          <w:sz w:val="24"/>
        </w:rPr>
        <w:t>Ὑσοίπη. ὁ ῥύπος. τοῦ Ψελλοῦ· ὑσοίπηρος ὁ ῥυπαρὸς, ὑσοίπη γὰρ ὁ ῥύπος.</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Ὕστατον. τὸ ἔσχατον.</w:t>
      </w:r>
    </w:p>
    <w:p>
      <w:r>
        <w:rPr>
          <w:rFonts w:ascii="Courier New" w:hAnsi="Courier New"/>
          <w:color w:val="555555"/>
          <w:sz w:val="20"/>
        </w:rPr>
        <w:t>[5]</w:t>
      </w:r>
    </w:p>
    <w:p>
      <w:r>
        <w:rPr>
          <w:rFonts w:ascii="Gentium Plus" w:hAnsi="Gentium Plus"/>
          <w:sz w:val="24"/>
        </w:rPr>
        <w:t>Ὑστέλειον. ὄρος. καὶ Ὑστερεῖον. Ὕσσωπον καὶ ὁ ὕσσωπος. βοτάνη καθαρτικὴ τῶν κατὰ στόμαχον πεπλεγμένων φλεγμάτων, διὰ τὴν ἐν αὐτῷ θερμότητα.</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Ὑσθῆναι καὶ ὑσθῆσαι καὶ ὕσθην. ἀντὶ τοῦ ἐβράχην. Ὑστερήσαντες. Ὑστερούμεθα. ἀντὶ τοῦ ἐλαττούμεθα παρὰ τῷ θεῷ. οὔτε, ἐὰν μὴ φάγωμεν, ὑστερούμεθα.</w:t>
      </w:r>
    </w:p>
    <w:p>
      <w:pPr>
        <w:jc w:val="center"/>
      </w:pPr>
      <w:r>
        <w:rPr>
          <w:rFonts w:ascii="Gentium Plus" w:hAnsi="Gentium Plus"/>
          <w:b/>
          <w:sz w:val="24"/>
        </w:rPr>
        <w:t>Τὸ Υ μετὰ τοῦ Φ.</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Ὕφασις. ποταμός. Ὑφηγητής. ἐξηγητής.</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Ὕφαλος πέτρα. ἡ ὑπὸ τῆς θαλάσσης κεκρυμ‐ μένη, ἥτις ὕδωρ ὀλίγον ἐπικείμενον ἔχουσα γί‐ νεται τοῖς πλέουσι κινδύνου παραίτιος. καὶ ὕφα‐ λος φάτις, ἡ κρυφία φαντασία. Ὕφασις. ὑπόβασις· ταπείνωσις· ὑποκατάβα‐</w:t>
      </w:r>
    </w:p>
    <w:p>
      <w:r>
        <w:rPr>
          <w:rFonts w:ascii="Courier New" w:hAnsi="Courier New"/>
          <w:color w:val="555555"/>
          <w:sz w:val="20"/>
        </w:rPr>
        <w:t>[25]</w:t>
      </w:r>
    </w:p>
    <w:p>
      <w:r>
        <w:rPr>
          <w:rFonts w:ascii="Gentium Plus" w:hAnsi="Gentium Plus"/>
          <w:sz w:val="24"/>
        </w:rPr>
        <w:t>σις· ἔνδοσις. Ὑφή. ἡ πλοκή. καὶ ὑφὲν, συνάφεια ἐκ δύο λέ‐ ξεων συγκειμένη. ὠνόμασται δὲ ὑφὲν παρὰ τὸ ἑνοῦν τὰς λέξεις, καὶ ἐν τῷ ἅμα ποιεῖν αὐτὰς</w:t>
      </w:r>
    </w:p>
    <w:p>
      <w:r>
        <w:rPr>
          <w:rFonts w:ascii="Courier New" w:hAnsi="Courier New"/>
          <w:color w:val="555555"/>
          <w:sz w:val="20"/>
        </w:rPr>
        <w:t>[upsilon 1790]</w:t>
      </w:r>
    </w:p>
    <w:p>
      <w:r>
        <w:rPr>
          <w:rFonts w:ascii="Gentium Plus" w:hAnsi="Gentium Plus"/>
          <w:sz w:val="24"/>
        </w:rPr>
        <w:t>Ὑφεδρίαν. τὴν κάτω καθέδραν λέγει ὁ Θεολό‐ γος, ἤγουν τὸν τοῦ πρεσβυτέρου βαθμόν. προε‐ δρίαν δὲ τὴν ἐπισκοπήν.</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Ὑφέντες. ἵημι, ὁ δεύτερος ἧν, ἡ μετοχὴ εἵς, ἕντος, ἕντες, καὶ ὑφέντες. Ὑφειμένον. ταπεινόν. ὑποβεβηκός. δευτερεῦον. ὑποχείριον. Ὑφειμένος. ἐνδεδυμένος.</w:t>
      </w:r>
    </w:p>
    <w:p>
      <w:r>
        <w:rPr>
          <w:rFonts w:ascii="Courier New" w:hAnsi="Courier New"/>
          <w:color w:val="555555"/>
          <w:sz w:val="20"/>
        </w:rPr>
        <w:t>[10]</w:t>
      </w:r>
    </w:p>
    <w:p>
      <w:r>
        <w:rPr>
          <w:rFonts w:ascii="Gentium Plus" w:hAnsi="Gentium Plus"/>
          <w:sz w:val="24"/>
        </w:rPr>
        <w:t>Ὑφεξαίρειν. λαμβάνειν. ἐπαίρειν. Ὑφεῖται. συγχωρεῖται. Ὑφηγοῦμαι. διηγοῦμαι· ἐξηγοῦμαι. Ὑφήναι. ἀντὶ τοῦ ὑφάναι. Ὑφίει. συνεχώρει.</w:t>
      </w:r>
    </w:p>
    <w:p>
      <w:r>
        <w:rPr>
          <w:rFonts w:ascii="Courier New" w:hAnsi="Courier New"/>
          <w:color w:val="555555"/>
          <w:sz w:val="20"/>
        </w:rPr>
        <w:t>[15]</w:t>
      </w:r>
    </w:p>
    <w:p>
      <w:r>
        <w:rPr>
          <w:rFonts w:ascii="Gentium Plus" w:hAnsi="Gentium Plus"/>
          <w:sz w:val="24"/>
        </w:rPr>
        <w:t>†Ὑφιείς. ὑπενδούς.† Ὑφεῖναι. ἐνδοῦναι. Ὑφιέντες. ἐλαττοῦντες. ὑποσυγκαταβαίνοντες. *Ὑφείλετο. κατέσχεν.* Ὑφιζάνοντι. ὑποκαθημένῳ.</w:t>
      </w:r>
    </w:p>
    <w:p>
      <w:r>
        <w:rPr>
          <w:rFonts w:ascii="Courier New" w:hAnsi="Courier New"/>
          <w:color w:val="555555"/>
          <w:sz w:val="20"/>
        </w:rPr>
        <w:t>[20]</w:t>
      </w:r>
    </w:p>
    <w:p>
      <w:r>
        <w:rPr>
          <w:rFonts w:ascii="Gentium Plus" w:hAnsi="Gentium Plus"/>
          <w:sz w:val="24"/>
        </w:rPr>
        <w:t>Ὑφόωσιν. ἀντὶ τοῦ ὑφαίνουσιν. Ὑφαίνω. παρὰ τὸ εἷς, ὃ σημαίνει τὸν ἀριθμὸν, γέγονεν αἱνῶ, καὶ μετὰ τῆς ὑπὸ προθέσεως καὶ ἐν συνθέσει ὑφαίνω. οἱ γὰρ ὑφαίνοντες τὰ διῃ‐ ρημένα καὶ κεχωρισμένα εἰς ἓν μάλιστα σπεύ‐</w:t>
      </w:r>
    </w:p>
    <w:p>
      <w:r>
        <w:rPr>
          <w:rFonts w:ascii="Courier New" w:hAnsi="Courier New"/>
          <w:color w:val="555555"/>
          <w:sz w:val="20"/>
        </w:rPr>
        <w:t>[25]</w:t>
      </w:r>
    </w:p>
    <w:p>
      <w:r>
        <w:rPr>
          <w:rFonts w:ascii="Gentium Plus" w:hAnsi="Gentium Plus"/>
          <w:sz w:val="24"/>
        </w:rPr>
        <w:t>δουσιν ἄγειν. οὕτω Θεόγνωστος. Ὑφωρώμην. ὑπενόουν.</w:t>
      </w:r>
    </w:p>
    <w:p>
      <w:pPr>
        <w:jc w:val="center"/>
      </w:pPr>
      <w:r>
        <w:rPr>
          <w:rFonts w:ascii="Gentium Plus" w:hAnsi="Gentium Plus"/>
          <w:b/>
          <w:sz w:val="24"/>
        </w:rPr>
        <w:t>Τὸ Υ μετὰ τοῦ Ψ.</w:t>
      </w:r>
    </w:p>
    <w:p>
      <w:pPr>
        <w:jc w:val="center"/>
      </w:pPr>
      <w:r>
        <w:rPr>
          <w:rFonts w:ascii="Gentium Plus" w:hAnsi="Gentium Plus"/>
          <w:b/>
          <w:sz w:val="24"/>
        </w:rPr>
        <w:t>(Ἀρσενικόν.)</w:t>
      </w:r>
    </w:p>
    <w:p>
      <w:r>
        <w:rPr>
          <w:rFonts w:ascii="Courier New" w:hAnsi="Courier New"/>
          <w:color w:val="555555"/>
          <w:sz w:val="20"/>
        </w:rPr>
        <w:t>[29]</w:t>
      </w:r>
    </w:p>
    <w:p>
      <w:r>
        <w:rPr>
          <w:rFonts w:ascii="Gentium Plus" w:hAnsi="Gentium Plus"/>
          <w:sz w:val="24"/>
        </w:rPr>
        <w:t>Ὑψαύχην. ὁ ἀλαζὼν, ὁ ὑψηλόφρων.</w:t>
      </w:r>
    </w:p>
    <w:p>
      <w:r>
        <w:rPr>
          <w:rFonts w:ascii="Courier New" w:hAnsi="Courier New"/>
          <w:color w:val="555555"/>
          <w:sz w:val="20"/>
        </w:rPr>
        <w:t>[30]</w:t>
      </w:r>
    </w:p>
    <w:p>
      <w:r>
        <w:rPr>
          <w:rFonts w:ascii="Gentium Plus" w:hAnsi="Gentium Plus"/>
          <w:sz w:val="24"/>
        </w:rPr>
        <w:t>Ὑψήγορος. μεγαλήγορος.</w:t>
      </w:r>
    </w:p>
    <w:p>
      <w:r>
        <w:rPr>
          <w:rFonts w:ascii="Courier New" w:hAnsi="Courier New"/>
          <w:color w:val="555555"/>
          <w:sz w:val="20"/>
        </w:rPr>
        <w:t>[upsilon 1791]</w:t>
      </w:r>
    </w:p>
    <w:p>
      <w:r>
        <w:rPr>
          <w:rFonts w:ascii="Gentium Plus" w:hAnsi="Gentium Plus"/>
          <w:sz w:val="24"/>
        </w:rPr>
        <w:t>Ὑψηλόφρων. ἐπῃρμένος. Ὑψηχής. ὁ ὑψαύχην. Ὑψηχέες. παρὰ τὸ εἰς ὕψος ἐμφέρειν τῶν πο‐ δῶν τὸν ἦχον.</w:t>
      </w:r>
    </w:p>
    <w:p>
      <w:r>
        <w:rPr>
          <w:rFonts w:ascii="Courier New" w:hAnsi="Courier New"/>
          <w:color w:val="555555"/>
          <w:sz w:val="20"/>
        </w:rPr>
        <w:t>[5]</w:t>
      </w:r>
    </w:p>
    <w:p>
      <w:r>
        <w:rPr>
          <w:rFonts w:ascii="Gentium Plus" w:hAnsi="Gentium Plus"/>
          <w:sz w:val="24"/>
        </w:rPr>
        <w:t>—ὑψηχέες ἵπποι. Ὑψίζυγος. ὁ ἐν ὕψει ἔχων τὴν καθέδραν, καὶ πάντων ὢν κυβερνήτης. ζυγὸς δὲ ἡ καθέδρα τῶν κωπηλατῶν. ἢ καὶ ὁ ἐν ὕψει ζυγοστατῶν καὶ ταλαντεύων τὰς μοίρας. λέγουσι δὲ τὸν</w:t>
      </w:r>
    </w:p>
    <w:p>
      <w:r>
        <w:rPr>
          <w:rFonts w:ascii="Courier New" w:hAnsi="Courier New"/>
          <w:color w:val="555555"/>
          <w:sz w:val="20"/>
        </w:rPr>
        <w:t>[10]</w:t>
      </w:r>
    </w:p>
    <w:p>
      <w:r>
        <w:rPr>
          <w:rFonts w:ascii="Gentium Plus" w:hAnsi="Gentium Plus"/>
          <w:sz w:val="24"/>
        </w:rPr>
        <w:t>Δία οἱ Ἕλληνες. Ὑψιβρεμέτης. ὁ ἐν ὕψει βροντῶν. βρέμω γὰρ τὸ ἠχῶ. Ὑψίκομος. ὁ ἐν ὕψει θάλλων, ἢ ὁ ἐν ὕψει τὴν κόμην ἔχων.</w:t>
      </w:r>
    </w:p>
    <w:p>
      <w:r>
        <w:rPr>
          <w:rFonts w:ascii="Courier New" w:hAnsi="Courier New"/>
          <w:color w:val="555555"/>
          <w:sz w:val="20"/>
        </w:rPr>
        <w:t>[15]</w:t>
      </w:r>
    </w:p>
    <w:p>
      <w:r>
        <w:rPr>
          <w:rFonts w:ascii="Gentium Plus" w:hAnsi="Gentium Plus"/>
          <w:sz w:val="24"/>
        </w:rPr>
        <w:t>†Ὑίζων. ὄνομα ποταμοῦ.† Ὑψιπέτης. ὁ εἰς ὕψος πετόμενος. ὑψιπετὴς</w:t>
      </w:r>
    </w:p>
    <w:p>
      <w:r>
        <w:rPr>
          <w:rFonts w:ascii="Courier New" w:hAnsi="Courier New"/>
          <w:color w:val="555555"/>
          <w:sz w:val="20"/>
        </w:rPr>
        <w:t>[upsilon 1792]</w:t>
      </w:r>
    </w:p>
    <w:p>
      <w:r>
        <w:rPr>
          <w:rFonts w:ascii="Gentium Plus" w:hAnsi="Gentium Plus"/>
          <w:sz w:val="24"/>
        </w:rPr>
        <w:t>Ὑψιστάριος. †ὁ τὸν ὕψιστον καλῶν.†</w:t>
      </w:r>
    </w:p>
    <w:p>
      <w:pPr>
        <w:jc w:val="center"/>
      </w:pPr>
      <w:r>
        <w:rPr>
          <w:rFonts w:ascii="Gentium Plus" w:hAnsi="Gentium Plus"/>
          <w:b/>
          <w:sz w:val="24"/>
        </w:rPr>
        <w:t>(Θηλυκόν.)</w:t>
      </w:r>
    </w:p>
    <w:p>
      <w:r>
        <w:rPr>
          <w:rFonts w:ascii="Courier New" w:hAnsi="Courier New"/>
          <w:color w:val="555555"/>
          <w:sz w:val="20"/>
        </w:rPr>
        <w:t>[3]</w:t>
      </w:r>
    </w:p>
    <w:p>
      <w:r>
        <w:rPr>
          <w:rFonts w:ascii="Gentium Plus" w:hAnsi="Gentium Plus"/>
          <w:sz w:val="24"/>
        </w:rPr>
        <w:t>Ὕψωσις. ἔπαρσις. Ὑψηγορίαν. τὴν ὑψηλὴν θεολογίαν. ὁ θεολό‐</w:t>
      </w:r>
    </w:p>
    <w:p>
      <w:r>
        <w:rPr>
          <w:rFonts w:ascii="Courier New" w:hAnsi="Courier New"/>
          <w:color w:val="555555"/>
          <w:sz w:val="20"/>
        </w:rPr>
        <w:t>[5]</w:t>
      </w:r>
    </w:p>
    <w:p>
      <w:r>
        <w:rPr>
          <w:rFonts w:ascii="Gentium Plus" w:hAnsi="Gentium Plus"/>
          <w:sz w:val="24"/>
        </w:rPr>
        <w:t>γος φησίν.</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Ὑψηρεφές. μεγάλην ἔχον σκιὰν καὶ σκέπην. Ὑψηλόν. τὸ πλεῖστον ἀπέχον τοῦ μέσου. Ὑψιπέτηλον. εἰς ὕψος ἔχον τὰ φύλλα.</w:t>
      </w:r>
    </w:p>
    <w:p>
      <w:r>
        <w:rPr>
          <w:rFonts w:ascii="Courier New" w:hAnsi="Courier New"/>
          <w:color w:val="555555"/>
          <w:sz w:val="20"/>
        </w:rPr>
        <w:t>[10]</w:t>
      </w:r>
    </w:p>
    <w:p>
      <w:r>
        <w:rPr>
          <w:rFonts w:ascii="Gentium Plus" w:hAnsi="Gentium Plus"/>
          <w:sz w:val="24"/>
        </w:rPr>
        <w:t>Ὕψος. παρὰ τὸ ὄπτω, τὸ βλέπω, ὄψος, καὶ τροπῇ †Αἰολικῇ† τοῦ ο εἰς υ ὕψος. †ὡς καὶ ὅμοιον ἕμιον.† ἀφ’ οὗ ἐστιν ὁρᾷν. Ὑψῶ. μεγαλύνω, δοξάζω. καὶ ὑψώσω. Ὕψι. ἐφ’ ὕψους.</w:t>
      </w:r>
    </w:p>
    <w:p>
      <w:r>
        <w:rPr>
          <w:rFonts w:ascii="Courier New" w:hAnsi="Courier New"/>
          <w:color w:val="555555"/>
          <w:sz w:val="20"/>
        </w:rPr>
        <w:t>[15]</w:t>
      </w:r>
    </w:p>
    <w:p>
      <w:r>
        <w:rPr>
          <w:rFonts w:ascii="Gentium Plus" w:hAnsi="Gentium Plus"/>
          <w:sz w:val="24"/>
        </w:rPr>
        <w:t>Ὑψόθι. ὑψόσε.</w:t>
      </w:r>
    </w:p>
    <w:p>
      <w:pPr>
        <w:jc w:val="center"/>
      </w:pPr>
      <w:r>
        <w:rPr>
          <w:rFonts w:ascii="Gentium Plus" w:hAnsi="Gentium Plus"/>
          <w:b/>
          <w:sz w:val="24"/>
        </w:rPr>
        <w:t>Φ.</w:t>
      </w:r>
    </w:p>
    <w:p>
      <w:pPr>
        <w:jc w:val="center"/>
      </w:pPr>
      <w:r>
        <w:rPr>
          <w:rFonts w:ascii="Gentium Plus" w:hAnsi="Gentium Plus"/>
          <w:b/>
          <w:sz w:val="24"/>
        </w:rPr>
        <w:t>Τὸ Φ μετὰ τοῦ Α.</w:t>
      </w:r>
    </w:p>
    <w:p>
      <w:pPr>
        <w:jc w:val="center"/>
      </w:pPr>
      <w:r>
        <w:rPr>
          <w:rFonts w:ascii="Gentium Plus" w:hAnsi="Gentium Plus"/>
          <w:b/>
          <w:sz w:val="24"/>
        </w:rPr>
        <w:t>(Ἀρσενικόν.)</w:t>
      </w:r>
    </w:p>
    <w:p>
      <w:r>
        <w:rPr>
          <w:rFonts w:ascii="Courier New" w:hAnsi="Courier New"/>
          <w:color w:val="555555"/>
          <w:sz w:val="20"/>
        </w:rPr>
        <w:t>[21]</w:t>
      </w:r>
    </w:p>
    <w:p>
      <w:r>
        <w:rPr>
          <w:rFonts w:ascii="Gentium Plus" w:hAnsi="Gentium Plus"/>
          <w:sz w:val="24"/>
        </w:rPr>
        <w:t>Φαγῶνα. φίλαυτον καὶ ἄπληστον. ἔστι δὲ Σύρων ἡ λέξις. Φαέθων. ὁ ἥλιος. καὶ κλίνεται φαέθοντος. ἀπὸ</w:t>
      </w:r>
    </w:p>
    <w:p>
      <w:r>
        <w:rPr>
          <w:rFonts w:ascii="Courier New" w:hAnsi="Courier New"/>
          <w:color w:val="555555"/>
          <w:sz w:val="20"/>
        </w:rPr>
        <w:t>[phi 1792 (17)]</w:t>
      </w:r>
    </w:p>
    <w:p>
      <w:r>
        <w:rPr>
          <w:rFonts w:ascii="Gentium Plus" w:hAnsi="Gentium Plus"/>
          <w:sz w:val="24"/>
        </w:rPr>
        <w:t>Φαίδιμος. λαμπρός. παρὰ τὸ φαίνω, φαίνιμος καὶ φαίδιμος. Φαινόλης. χιτὼν ἱερατικός. οἱ δὲ παλαιοὶ ἐφ‐</w:t>
      </w:r>
    </w:p>
    <w:p>
      <w:r>
        <w:rPr>
          <w:rFonts w:ascii="Courier New" w:hAnsi="Courier New"/>
          <w:color w:val="555555"/>
          <w:sz w:val="20"/>
        </w:rPr>
        <w:t>[20]</w:t>
      </w:r>
    </w:p>
    <w:p>
      <w:r>
        <w:rPr>
          <w:rFonts w:ascii="Gentium Plus" w:hAnsi="Gentium Plus"/>
          <w:sz w:val="24"/>
        </w:rPr>
        <w:t>εστρίδα. ἢ φαινόλης, ὁ ἀπατεών. καὶ φαινό‐ λιον, ἱμάτιον. *καὶ ὁ ἀρχιερατικὸς χιτών.*</w:t>
      </w:r>
    </w:p>
    <w:p>
      <w:r>
        <w:rPr>
          <w:rFonts w:ascii="Courier New" w:hAnsi="Courier New"/>
          <w:color w:val="555555"/>
          <w:sz w:val="20"/>
        </w:rPr>
        <w:t>[phi 1793]</w:t>
      </w:r>
    </w:p>
    <w:p>
      <w:r>
        <w:rPr>
          <w:rFonts w:ascii="Gentium Plus" w:hAnsi="Gentium Plus"/>
          <w:sz w:val="24"/>
        </w:rPr>
        <w:t>Φακεέ. κύριον. Φάκελος. φορτίον ξύλων. Φακός. ὁ ὠμὸς, ὀξύνεται. φακῆ δὲ, ἡ ἑψηθεῖ‐ σα, περισπᾶται. ἀπὸ γὰρ τοῦ φακέα φακῆ, ἡ</w:t>
      </w:r>
    </w:p>
    <w:p>
      <w:r>
        <w:rPr>
          <w:rFonts w:ascii="Courier New" w:hAnsi="Courier New"/>
          <w:color w:val="555555"/>
          <w:sz w:val="20"/>
        </w:rPr>
        <w:t>[5]</w:t>
      </w:r>
    </w:p>
    <w:p>
      <w:r>
        <w:rPr>
          <w:rFonts w:ascii="Gentium Plus" w:hAnsi="Gentium Plus"/>
          <w:sz w:val="24"/>
        </w:rPr>
        <w:t>τὰ φάη κακοῦσα. ἐγὼ εὗρον τὸ φακκὸς διὰ δύο κάππα. Φαιστός. ἄκρα τὶς, ἢ ἀκρωτήριον ἐν Κρήτῃ. Φαλός. αἰδοῖον ἀνδρικὸν ἐκ ξύλου πεποιημέ‐ νον, ὅπερ ἐν τῇ τοῦ Διονύσου ἑορτῇ φοροῦντες</w:t>
      </w:r>
    </w:p>
    <w:p>
      <w:r>
        <w:rPr>
          <w:rFonts w:ascii="Courier New" w:hAnsi="Courier New"/>
          <w:color w:val="555555"/>
          <w:sz w:val="20"/>
        </w:rPr>
        <w:t>[10]</w:t>
      </w:r>
    </w:p>
    <w:p>
      <w:r>
        <w:rPr>
          <w:rFonts w:ascii="Gentium Plus" w:hAnsi="Gentium Plus"/>
          <w:sz w:val="24"/>
        </w:rPr>
        <w:t>οἱ Ἕλληνες ἐχόρευον. φαλοὶ καὶ τὰ ἀσπιδί‐ σκια καὶ ὁ λόφος τῆς περικεφαλαίας· ὅθεν καὶ τρίφαλος ἀσπίς. Φανότατα. λαμπρότατα. Φανοπεὺς καὶ Φανοτεύς. ὀνόματα κύρια.</w:t>
      </w:r>
    </w:p>
    <w:p>
      <w:r>
        <w:rPr>
          <w:rFonts w:ascii="Courier New" w:hAnsi="Courier New"/>
          <w:color w:val="555555"/>
          <w:sz w:val="20"/>
        </w:rPr>
        <w:t>[15]</w:t>
      </w:r>
    </w:p>
    <w:p>
      <w:r>
        <w:rPr>
          <w:rFonts w:ascii="Gentium Plus" w:hAnsi="Gentium Plus"/>
          <w:sz w:val="24"/>
        </w:rPr>
        <w:t>Φαρμουθί. ὁ ἀπρίλλιος μὴν παρὰ Ῥωμαίοις. Φαρισαῖοι. οὗτοι ἄκραν ἀρετὴν ἐπετήδευον. ἐνή‐ στευον γὰρ δὶς τοῦ σαββάτου, δευτέραν καὶ πέμπτην· ἀπεδεκάτουν τὴν δεκάτωσιν· ἀπαρ‐ χὰς ἐδίδων τριακοντάδας τὲ καὶ πεντηκοντά‐</w:t>
      </w:r>
    </w:p>
    <w:p>
      <w:r>
        <w:rPr>
          <w:rFonts w:ascii="Courier New" w:hAnsi="Courier New"/>
          <w:color w:val="555555"/>
          <w:sz w:val="20"/>
        </w:rPr>
        <w:t>[20]</w:t>
      </w:r>
    </w:p>
    <w:p>
      <w:r>
        <w:rPr>
          <w:rFonts w:ascii="Gentium Plus" w:hAnsi="Gentium Plus"/>
          <w:sz w:val="24"/>
        </w:rPr>
        <w:t>δας· τὰς δὲ θυσίας καὶ τὰς εὐχὰς ἀσφαλεστά‐ τας ἀπετίννυον· ἐκάθευδον δὲ ἐπὶ στενῶν σανί‐ δων ἢ ἐπ’ ἀκανθῶν ἢ ἐπὶ καχλήκων, διὰ τὸ δῆθεν μὴ παθεῖν τι σωματικὸν, ἢ κλαπῆναι δι’ ὀνειράτων καὶ εἰς ῥύσιν πεσεῖν σώματος. ἀλλὰ</w:t>
      </w:r>
    </w:p>
    <w:p>
      <w:r>
        <w:rPr>
          <w:rFonts w:ascii="Courier New" w:hAnsi="Courier New"/>
          <w:color w:val="555555"/>
          <w:sz w:val="20"/>
        </w:rPr>
        <w:t>[25]</w:t>
      </w:r>
    </w:p>
    <w:p>
      <w:r>
        <w:rPr>
          <w:rFonts w:ascii="Gentium Plus" w:hAnsi="Gentium Plus"/>
          <w:sz w:val="24"/>
        </w:rPr>
        <w:t>γὰρ καὶ εἱμαρμένη καὶ ἀστρονομία παρ’ αὐτοῖς</w:t>
      </w:r>
    </w:p>
    <w:p>
      <w:r>
        <w:rPr>
          <w:rFonts w:ascii="Courier New" w:hAnsi="Courier New"/>
          <w:color w:val="555555"/>
          <w:sz w:val="20"/>
        </w:rPr>
        <w:t>[phi 1794]</w:t>
      </w:r>
    </w:p>
    <w:p>
      <w:r>
        <w:rPr>
          <w:rFonts w:ascii="Gentium Plus" w:hAnsi="Gentium Plus"/>
          <w:sz w:val="24"/>
        </w:rPr>
        <w:t>σφόδρα ἐχρημάτιζεν. ἐλέγοντο δὲ φαρισαῖοι διὰ τὸ ἀφωρισμένοι εἶναι ἀπὸ τῶν ἄλλων διὰ τὴν νεμομισμένην παρ’ αὐτοῖς ἀκριβεστάτην πολι‐ τείαν. φαρὲς γὰρ κατὰ τὴν ἑβραΐδα γλῶτταν</w:t>
      </w:r>
    </w:p>
    <w:p>
      <w:r>
        <w:rPr>
          <w:rFonts w:ascii="Courier New" w:hAnsi="Courier New"/>
          <w:color w:val="555555"/>
          <w:sz w:val="20"/>
        </w:rPr>
        <w:t>[5]</w:t>
      </w:r>
    </w:p>
    <w:p>
      <w:r>
        <w:rPr>
          <w:rFonts w:ascii="Gentium Plus" w:hAnsi="Gentium Plus"/>
          <w:sz w:val="24"/>
        </w:rPr>
        <w:t>ἀφορισμὸς ἑρμηνεύεται, ἢ διακοπή· διέκοψε γὰρ τὴν φυσικὴν τάξιν ὁ φαρές. *Φασέκ. κατὰ Ἰουδαίους τὸ λεγόμενον φάσκα, ὅπερ δηλοῖ τὴν ἐξ Αἰγύπτου διάβασιν.* Φαρυγγίνδην. ὡς ἀριστίνδην. σκώπτοντες γὰρ</w:t>
      </w:r>
    </w:p>
    <w:p>
      <w:r>
        <w:rPr>
          <w:rFonts w:ascii="Courier New" w:hAnsi="Courier New"/>
          <w:color w:val="555555"/>
          <w:sz w:val="20"/>
        </w:rPr>
        <w:t>[10]</w:t>
      </w:r>
    </w:p>
    <w:p>
      <w:r>
        <w:rPr>
          <w:rFonts w:ascii="Gentium Plus" w:hAnsi="Gentium Plus"/>
          <w:sz w:val="24"/>
        </w:rPr>
        <w:t>τὴν γαστριμαργίαν τῶν χορευτῶν οἱ Ἀττικοὶ οὕ‐ τως λέγουσι. †Φάσις. φήμη· λόγος· φωνή. ἔστι δὲ καὶ πο‐ ταμὸς ἐνδοτέρας τῆς Σκυθίας οὕτω καλούμενος Φάσις, ὃς λέγεται Φεισών.†</w:t>
      </w:r>
    </w:p>
    <w:p>
      <w:r>
        <w:rPr>
          <w:rFonts w:ascii="Courier New" w:hAnsi="Courier New"/>
          <w:color w:val="555555"/>
          <w:sz w:val="20"/>
        </w:rPr>
        <w:t>[15]</w:t>
      </w:r>
    </w:p>
    <w:p>
      <w:r>
        <w:rPr>
          <w:rFonts w:ascii="Gentium Plus" w:hAnsi="Gentium Plus"/>
          <w:sz w:val="24"/>
        </w:rPr>
        <w:t>†Φατειός. ὁ λεχθῆναι δυνάμενος.† †Φαινόμενον κυρίως λέγεται τὸ τῇ ὄψει ἀντι‐ ληπτόν. ὅθεν διαφανῆ σώματα μόνα κυρίως τὰ δίοπτα λέγεται.† Φαῦλος. πονηρός. ἐλάχιστος κακός. παρὰ τὸ</w:t>
      </w:r>
    </w:p>
    <w:p>
      <w:r>
        <w:rPr>
          <w:rFonts w:ascii="Courier New" w:hAnsi="Courier New"/>
          <w:color w:val="555555"/>
          <w:sz w:val="20"/>
        </w:rPr>
        <w:t>[20]</w:t>
      </w:r>
    </w:p>
    <w:p>
      <w:r>
        <w:rPr>
          <w:rFonts w:ascii="Gentium Plus" w:hAnsi="Gentium Plus"/>
          <w:sz w:val="24"/>
        </w:rPr>
        <w:t>φῶ, τὸ φαίνω, φαύσω, φαῦλος, ὡς παύσω παῦ‐ λος, ὁ ἐπ’ αἰσχροῖς πράγμασι διάδηλος καὶ φα‐ νερός. Φαωφί. Ἑβραϊκὸν ὄνομα. καὶ μηνός. Φάλανθοι. οἱ φαλακροί. ἄνθος γὰρ ἡ λευκὴ</w:t>
      </w:r>
    </w:p>
    <w:p>
      <w:r>
        <w:rPr>
          <w:rFonts w:ascii="Courier New" w:hAnsi="Courier New"/>
          <w:color w:val="555555"/>
          <w:sz w:val="20"/>
        </w:rPr>
        <w:t>[25]</w:t>
      </w:r>
    </w:p>
    <w:p>
      <w:r>
        <w:rPr>
          <w:rFonts w:ascii="Gentium Plus" w:hAnsi="Gentium Plus"/>
          <w:sz w:val="24"/>
        </w:rPr>
        <w:t>θρίξ.</w:t>
      </w:r>
    </w:p>
    <w:p>
      <w:r>
        <w:rPr>
          <w:rFonts w:ascii="Courier New" w:hAnsi="Courier New"/>
          <w:color w:val="555555"/>
          <w:sz w:val="20"/>
        </w:rPr>
        <w:t>[phi 1795]</w:t>
      </w:r>
    </w:p>
    <w:p>
      <w:r>
        <w:rPr>
          <w:rFonts w:ascii="Gentium Plus" w:hAnsi="Gentium Plus"/>
          <w:sz w:val="24"/>
        </w:rPr>
        <w:t>Φαλακρός. ὁ τὸ ἄκρον ἔχων φαλόν. ἢ παρὰ τὸ φάος φάλων.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Φαγέδαινα. νόσος λοιμική.</w:t>
      </w:r>
    </w:p>
    <w:p>
      <w:r>
        <w:rPr>
          <w:rFonts w:ascii="Courier New" w:hAnsi="Courier New"/>
          <w:color w:val="555555"/>
          <w:sz w:val="20"/>
        </w:rPr>
        <w:t>[5]</w:t>
      </w:r>
    </w:p>
    <w:p>
      <w:r>
        <w:rPr>
          <w:rFonts w:ascii="Gentium Plus" w:hAnsi="Gentium Plus"/>
          <w:sz w:val="24"/>
        </w:rPr>
        <w:t>Φάλαγγες. στίχες, τάξεις. οἱ δὲ τὸ ἐκ πλειό‐ νων τάξεων ὁπλιτικὸν πλῆθος. οἷον πέλανες τινὲς οὖσαι. παρὰ τὸ πέλας, ὅ ἐστιν ἐγγὺς ἀλ‐ λήλων. †Φαλέη. τὰ πετρώδη.†</w:t>
      </w:r>
    </w:p>
    <w:p>
      <w:r>
        <w:rPr>
          <w:rFonts w:ascii="Courier New" w:hAnsi="Courier New"/>
          <w:color w:val="555555"/>
          <w:sz w:val="20"/>
        </w:rPr>
        <w:t>[10]</w:t>
      </w:r>
    </w:p>
    <w:p>
      <w:r>
        <w:rPr>
          <w:rFonts w:ascii="Gentium Plus" w:hAnsi="Gentium Plus"/>
          <w:sz w:val="24"/>
        </w:rPr>
        <w:t>Φαληριόεσσα. εὐτραφής. καὶ Φάληρα, τόπος. Φαλκωνίλλα. κύριον. Φαντασία. δύναμις φαντασιῶν ἀνατυπωτική· ἢ πάθος τῆς ἀλόγου ψυχῆς ὑπὸ φανταστοῦ τι‐ νὸς γινόμενον. †ἢ ἡ περὶ τῶν ἐν τῷ ἡγεμονικῷ</w:t>
      </w:r>
    </w:p>
    <w:p>
      <w:r>
        <w:rPr>
          <w:rFonts w:ascii="Courier New" w:hAnsi="Courier New"/>
          <w:color w:val="555555"/>
          <w:sz w:val="20"/>
        </w:rPr>
        <w:t>[15]</w:t>
      </w:r>
    </w:p>
    <w:p>
      <w:r>
        <w:rPr>
          <w:rFonts w:ascii="Gentium Plus" w:hAnsi="Gentium Plus"/>
          <w:sz w:val="24"/>
        </w:rPr>
        <w:t>τύπῳ τῆς φανταστικῆς δυνάμεους ἐνέργεια.† Φάραγξ. ἀπὸ σπαράσσω, σπάραξ, καὶ τρο‐ πῇ φάραγξ. ἔστι δὲ τὸ ἀπόσπασμα τῆς γῆς· ἢ τὸ χάσμα καὶ ἡ κοιλάς. Φαρέτρα. βελοθήκη. ἀπὸ τοῦ φέρειν καὶ κο‐</w:t>
      </w:r>
    </w:p>
    <w:p>
      <w:r>
        <w:rPr>
          <w:rFonts w:ascii="Courier New" w:hAnsi="Courier New"/>
          <w:color w:val="555555"/>
          <w:sz w:val="20"/>
        </w:rPr>
        <w:t>[20]</w:t>
      </w:r>
    </w:p>
    <w:p>
      <w:r>
        <w:rPr>
          <w:rFonts w:ascii="Gentium Plus" w:hAnsi="Gentium Plus"/>
          <w:sz w:val="24"/>
        </w:rPr>
        <w:t>μίζειν τὰ τιτρώσκοντα.</w:t>
      </w:r>
    </w:p>
    <w:p>
      <w:r>
        <w:rPr>
          <w:rFonts w:ascii="Courier New" w:hAnsi="Courier New"/>
          <w:color w:val="555555"/>
          <w:sz w:val="20"/>
        </w:rPr>
        <w:t>[phi 1796]</w:t>
      </w:r>
    </w:p>
    <w:p>
      <w:r>
        <w:rPr>
          <w:rFonts w:ascii="Gentium Plus" w:hAnsi="Gentium Plus"/>
          <w:sz w:val="24"/>
        </w:rPr>
        <w:t>Φαεσίμβροτος. ἡ φῶς τοῖς ἀνθρώποις φέρουσα. Φάσις. φήμη, λόγος. ἔστι δὲ καὶ ποταμὸς ἐν‐ δότερον τῆς Σκυθίας, οὕτω καλούμενος. φά‐ σις λέγεται καὶ ἐπὶ δημοσίου ἐγκλήματος, ὅτε</w:t>
      </w:r>
    </w:p>
    <w:p>
      <w:r>
        <w:rPr>
          <w:rFonts w:ascii="Courier New" w:hAnsi="Courier New"/>
          <w:color w:val="555555"/>
          <w:sz w:val="20"/>
        </w:rPr>
        <w:t>[5]</w:t>
      </w:r>
    </w:p>
    <w:p>
      <w:r>
        <w:rPr>
          <w:rFonts w:ascii="Gentium Plus" w:hAnsi="Gentium Plus"/>
          <w:sz w:val="24"/>
        </w:rPr>
        <w:t>τις ἀποφαίνηται τῶν δημοσίων ἔχοντά τινα μὴ πριάμενον. λέγεται δὲ ἐπὶ τῶν ὀρφανῶν οἴκων τῶν ἐπιτροπευομένων· ἔφαινεν αὐτὸν ὁ βουλό‐ μενος πρὸς τὸν ἄρχοντα. Φαῦσις. αὐγή· φέγγος· λαμπρότης.</w:t>
      </w:r>
    </w:p>
    <w:p>
      <w:r>
        <w:rPr>
          <w:rFonts w:ascii="Courier New" w:hAnsi="Courier New"/>
          <w:color w:val="555555"/>
          <w:sz w:val="20"/>
        </w:rPr>
        <w:t>[10]</w:t>
      </w:r>
    </w:p>
    <w:p>
      <w:r>
        <w:rPr>
          <w:rFonts w:ascii="Gentium Plus" w:hAnsi="Gentium Plus"/>
          <w:sz w:val="24"/>
        </w:rPr>
        <w:t>Φαυλία. ὁ κότινος. καὶ ἁπλῶς εἶδος ἐλαίας. Φατρία. συγγένεια. σύνταγμα. ἢ κακοθελὲς διαβούλιον. καὶ συμφωνία τινῶν ἐπὶ πράξεσι φαύλαις. κυρίως δὲ φατρία ἐστὶ τὸ τρίτον μέ‐ ρος τῆς φυλῆς.</w:t>
      </w:r>
    </w:p>
    <w:p>
      <w:r>
        <w:rPr>
          <w:rFonts w:ascii="Courier New" w:hAnsi="Courier New"/>
          <w:color w:val="555555"/>
          <w:sz w:val="20"/>
        </w:rPr>
        <w:t>[15]</w:t>
      </w:r>
    </w:p>
    <w:p>
      <w:r>
        <w:rPr>
          <w:rFonts w:ascii="Gentium Plus" w:hAnsi="Gentium Plus"/>
          <w:sz w:val="24"/>
        </w:rPr>
        <w:t>Φαρέτρα. παρὰ τὸ φέρειν καὶ κομίζειν τὰ τι‐ τρώσκοντα. Φάτνη. παρὰ τὸ φαγεῖν φάγη καὶ φάτνη τρο‐ πῇ τοῦ γ εἰς τ. ἢ παρὰ τὸ πατῶ, τὸ ἐσθίω, πάτνη καὶ φάτνη.</w:t>
      </w:r>
    </w:p>
    <w:p>
      <w:pPr>
        <w:jc w:val="center"/>
      </w:pPr>
      <w:r>
        <w:rPr>
          <w:rFonts w:ascii="Gentium Plus" w:hAnsi="Gentium Plus"/>
          <w:b/>
          <w:sz w:val="24"/>
        </w:rPr>
        <w:t>(Οὐδέτερον.)</w:t>
      </w:r>
    </w:p>
    <w:p>
      <w:r>
        <w:rPr>
          <w:rFonts w:ascii="Courier New" w:hAnsi="Courier New"/>
          <w:color w:val="555555"/>
          <w:sz w:val="20"/>
        </w:rPr>
        <w:t>[21]</w:t>
      </w:r>
    </w:p>
    <w:p>
      <w:r>
        <w:rPr>
          <w:rFonts w:ascii="Gentium Plus" w:hAnsi="Gentium Plus"/>
          <w:sz w:val="24"/>
        </w:rPr>
        <w:t>Φαγύλιον. μαρσίπιον.</w:t>
      </w:r>
    </w:p>
    <w:p>
      <w:r>
        <w:rPr>
          <w:rFonts w:ascii="Courier New" w:hAnsi="Courier New"/>
          <w:color w:val="555555"/>
          <w:sz w:val="20"/>
        </w:rPr>
        <w:t>[phi 1797]</w:t>
      </w:r>
    </w:p>
    <w:p>
      <w:r>
        <w:rPr>
          <w:rFonts w:ascii="Gentium Plus" w:hAnsi="Gentium Plus"/>
          <w:sz w:val="24"/>
        </w:rPr>
        <w:t>Φαιδρόν. τερπνὸν, χαριοπρόσωπον. Φαικάσιον. τὸ ὑπόδημα. †Φαινόλιον. ἱμάτιον ἢ ἀρχιερατικὸς χιτών.† Φαιόν. τὸ μέσον λευκοῦ καὶ μέλανος.</w:t>
      </w:r>
    </w:p>
    <w:p>
      <w:r>
        <w:rPr>
          <w:rFonts w:ascii="Courier New" w:hAnsi="Courier New"/>
          <w:color w:val="555555"/>
          <w:sz w:val="20"/>
        </w:rPr>
        <w:t>[5]</w:t>
      </w:r>
    </w:p>
    <w:p>
      <w:r>
        <w:rPr>
          <w:rFonts w:ascii="Gentium Plus" w:hAnsi="Gentium Plus"/>
          <w:sz w:val="24"/>
        </w:rPr>
        <w:t>Φαινώματα. τὰ φαντασίαν ἀποτελοῦντα, οὐ μέντοι ὄντα γέ που τῇ ἀληθείᾳ. Φάη. οἱ ὀφθαλμοὶ, ὅτι ἐξ αὐτῶν φῶς προχεῖται. Φαεινόν. λαμπρόν. Φάλον. τὸ προμετωπίδιον ἀνάστημα τῆς περι‐</w:t>
      </w:r>
    </w:p>
    <w:p>
      <w:r>
        <w:rPr>
          <w:rFonts w:ascii="Courier New" w:hAnsi="Courier New"/>
          <w:color w:val="555555"/>
          <w:sz w:val="20"/>
        </w:rPr>
        <w:t>[10]</w:t>
      </w:r>
    </w:p>
    <w:p>
      <w:r>
        <w:rPr>
          <w:rFonts w:ascii="Gentium Plus" w:hAnsi="Gentium Plus"/>
          <w:sz w:val="24"/>
        </w:rPr>
        <w:t>κεφαλαίας. εἰσὶ γάρ τινες ἧλοι λαμπροὶ ἕνεκα κόσμου τῆς περικεφαλαίας. φαλὸν γὰρ τὸ λαμπρόν. ὅθεν καὶ φαλακρὸς, ὁ ἔχων φάλιον τὸ κάρα. —κόρυθος φάλον—.</w:t>
      </w:r>
    </w:p>
    <w:p>
      <w:r>
        <w:rPr>
          <w:rFonts w:ascii="Courier New" w:hAnsi="Courier New"/>
          <w:color w:val="555555"/>
          <w:sz w:val="20"/>
        </w:rPr>
        <w:t>[15]</w:t>
      </w:r>
    </w:p>
    <w:p>
      <w:r>
        <w:rPr>
          <w:rFonts w:ascii="Gentium Plus" w:hAnsi="Gentium Plus"/>
          <w:sz w:val="24"/>
        </w:rPr>
        <w:t>Φαλαικὸν καὶ φαλαινόν. ποίημα †αὐτοσχέ‐ διον.† Φανταστόν. τὸ τῇ φαντασίᾳ ὑποπίπτον. ὡς αἴ‐ σθησις καὶ αἰσθητόν. Φανταστικόν. δύναμις τῆς ἀλόγου ψυχῆς διὰ</w:t>
      </w:r>
    </w:p>
    <w:p>
      <w:r>
        <w:rPr>
          <w:rFonts w:ascii="Courier New" w:hAnsi="Courier New"/>
          <w:color w:val="555555"/>
          <w:sz w:val="20"/>
        </w:rPr>
        <w:t>[20]</w:t>
      </w:r>
    </w:p>
    <w:p>
      <w:r>
        <w:rPr>
          <w:rFonts w:ascii="Gentium Plus" w:hAnsi="Gentium Plus"/>
          <w:sz w:val="24"/>
        </w:rPr>
        <w:t>τῶν αἰσθητηρίων ἐνεργοῦσα.</w:t>
      </w:r>
    </w:p>
    <w:p>
      <w:r>
        <w:rPr>
          <w:rFonts w:ascii="Courier New" w:hAnsi="Courier New"/>
          <w:color w:val="555555"/>
          <w:sz w:val="20"/>
        </w:rPr>
        <w:t>[phi 1798]</w:t>
      </w:r>
    </w:p>
    <w:p>
      <w:r>
        <w:rPr>
          <w:rFonts w:ascii="Gentium Plus" w:hAnsi="Gentium Plus"/>
          <w:sz w:val="24"/>
        </w:rPr>
        <w:t>Φάρος. ἱμάτιον περιβόλαιον. ἀπὸ τοῦ φέρεσθαι, οἷον φέρος τὶ ὄν. καὶ Φάρος ἡ νῆσος ἡ πρὸ τῆς Αἰγύπτου. [ἔχει δὲ καὶ ἄλλον λόγον ἐπὶ τοῦ προφαινομένου τοῖς πλέουσι πύργου. εἴτε παρὰ</w:t>
      </w:r>
    </w:p>
    <w:p>
      <w:r>
        <w:rPr>
          <w:rFonts w:ascii="Courier New" w:hAnsi="Courier New"/>
          <w:color w:val="555555"/>
          <w:sz w:val="20"/>
        </w:rPr>
        <w:t>[5]</w:t>
      </w:r>
    </w:p>
    <w:p>
      <w:r>
        <w:rPr>
          <w:rFonts w:ascii="Gentium Plus" w:hAnsi="Gentium Plus"/>
          <w:sz w:val="24"/>
        </w:rPr>
        <w:t>τὸ φῶς ἀνάπτειν τοῖς πλέουσιν. ἢ παρὰ τὸ φάω, φάσω, Φάρος. ὁ δὲ Μιλήσιος Ὦρος λέγει, ὅτι τῇ Καρίᾳ προσπελάσαντος Ἀλεξάνδρου ἡ Ἑλέ‐ νη παρεκάλει τινὰ Φάρον κυβερνήτην, Κᾶρα τῷ γένει, διασῶσαι αὐτὴν εἰς Λακεδαίμονα. καὶ</w:t>
      </w:r>
    </w:p>
    <w:p>
      <w:r>
        <w:rPr>
          <w:rFonts w:ascii="Courier New" w:hAnsi="Courier New"/>
          <w:color w:val="555555"/>
          <w:sz w:val="20"/>
        </w:rPr>
        <w:t>[10]</w:t>
      </w:r>
    </w:p>
    <w:p>
      <w:r>
        <w:rPr>
          <w:rFonts w:ascii="Gentium Plus" w:hAnsi="Gentium Plus"/>
          <w:sz w:val="24"/>
        </w:rPr>
        <w:t>τοῦτον ἀπολαβόντα αὐτὴν ἀποῤῥιφῆναι εἰς Αἴ‐ γυπτον, ἔνθα ὑπὸ ὄφεως πληγέντα ἀποθανεῖν. θάψασα δὲ, ἀπ’ αὐτοῦ Φάρον ὠνόμασε.] Φάρμακον. παρὰ τὸ φέρειν ἄκος, φέρακον τὶ ὄν. ἐπὶ δὲ τοῦ κακοῦ, παρὰ τὸ φέρειν ἄχος.</w:t>
      </w:r>
    </w:p>
    <w:p>
      <w:r>
        <w:rPr>
          <w:rFonts w:ascii="Courier New" w:hAnsi="Courier New"/>
          <w:color w:val="555555"/>
          <w:sz w:val="20"/>
        </w:rPr>
        <w:t>[15]</w:t>
      </w:r>
    </w:p>
    <w:p>
      <w:r>
        <w:rPr>
          <w:rFonts w:ascii="Gentium Plus" w:hAnsi="Gentium Plus"/>
          <w:sz w:val="24"/>
        </w:rPr>
        <w:t>Φάσματα. εἴδωλα, φαντασίαι. Φασκώλιον. ἱμάτιον ἢ σακούλιον. Φάριον πέλαγος. τὸ ἐν Φάρῳ. Φατνώματα. σανιδώματα. Φάσγανον. ξίφος. παρὰ τὸ σφάζω, σφάσγανον</w:t>
      </w:r>
    </w:p>
    <w:p>
      <w:r>
        <w:rPr>
          <w:rFonts w:ascii="Courier New" w:hAnsi="Courier New"/>
          <w:color w:val="555555"/>
          <w:sz w:val="20"/>
        </w:rPr>
        <w:t>[20]</w:t>
      </w:r>
    </w:p>
    <w:p>
      <w:r>
        <w:rPr>
          <w:rFonts w:ascii="Gentium Plus" w:hAnsi="Gentium Plus"/>
          <w:sz w:val="24"/>
        </w:rPr>
        <w:t>καὶ ἐν ὑπερθέσει φάσγανον. [ἢ σπάγανον τὶ ὂν,</w:t>
      </w:r>
    </w:p>
    <w:p>
      <w:r>
        <w:rPr>
          <w:rFonts w:ascii="Courier New" w:hAnsi="Courier New"/>
          <w:color w:val="555555"/>
          <w:sz w:val="20"/>
        </w:rPr>
        <w:t>[phi 1799]</w:t>
      </w:r>
    </w:p>
    <w:p>
      <w:r>
        <w:rPr>
          <w:rFonts w:ascii="Gentium Plus" w:hAnsi="Gentium Plus"/>
          <w:sz w:val="24"/>
        </w:rPr>
        <w:t>παρὰ τὴν σπάσιν. ἢ παρὰ τὸ φᾶσθαι, ὅ ἐστι φονεύεσθαι.] Φαάνθη. ἐφάνη. καὶ φάανθεν, [ἀόριστος πρῶ‐ τος. ἔστι φαίνω, ὁ ἀόριστος πρῶτος ἐφάν‐</w:t>
      </w:r>
    </w:p>
    <w:p>
      <w:r>
        <w:rPr>
          <w:rFonts w:ascii="Courier New" w:hAnsi="Courier New"/>
          <w:color w:val="555555"/>
          <w:sz w:val="20"/>
        </w:rPr>
        <w:t>[5]</w:t>
      </w:r>
    </w:p>
    <w:p>
      <w:r>
        <w:rPr>
          <w:rFonts w:ascii="Gentium Plus" w:hAnsi="Gentium Plus"/>
          <w:sz w:val="24"/>
        </w:rPr>
        <w:t>θην, ἐφάνθη, καὶ τὸ τρίτον τῶν πληθυντικῶν ἐφάνθησαν, καὶ πλεονασμῷ τοῦ α καὶ ἀφαιρέ‐ σει τοῦ ε φάανθεν.] Φάγωμεν. ἀνθυπότακτόν ἐστι. φάγομαι δὲ, μι‐ κρόν.</w:t>
      </w:r>
    </w:p>
    <w:p>
      <w:r>
        <w:rPr>
          <w:rFonts w:ascii="Courier New" w:hAnsi="Courier New"/>
          <w:color w:val="555555"/>
          <w:sz w:val="20"/>
        </w:rPr>
        <w:t>[10]</w:t>
      </w:r>
    </w:p>
    <w:p>
      <w:r>
        <w:rPr>
          <w:rFonts w:ascii="Gentium Plus" w:hAnsi="Gentium Plus"/>
          <w:sz w:val="24"/>
        </w:rPr>
        <w:t>Φαῖμεν. εἴποιμεν. εὐκτικόν. ἔστι ῥῆμα φῶ, φὰς ἡ μετοχὴ, φάντος, φαῖμεν. Φαίνω. ἀπὸ τοῦ φαείνω, ἀποβολῇ τοῦ ε, καὶ συναιρέσει τοῦ ι, φαίνω. ὡς ἀείρω, αἴρω. Φάναι. εἰ μὲν παροξύνοιτο, βραχὺ τὸ α, καὶ</w:t>
      </w:r>
    </w:p>
    <w:p>
      <w:r>
        <w:rPr>
          <w:rFonts w:ascii="Courier New" w:hAnsi="Courier New"/>
          <w:color w:val="555555"/>
          <w:sz w:val="20"/>
        </w:rPr>
        <w:t>[15]</w:t>
      </w:r>
    </w:p>
    <w:p>
      <w:r>
        <w:rPr>
          <w:rFonts w:ascii="Gentium Plus" w:hAnsi="Gentium Plus"/>
          <w:sz w:val="24"/>
        </w:rPr>
        <w:t>ἔστιν ἐνεστῶτος καὶ παρατατικοῦ τῶν εἰς μι. εἰ δὲ περισπᾶται, μακρὸν τὸ α, καὶ ἔστιν ἀόρι‐ στος δεύτερος τῆς πέμπτης συζυγίας τῶν βαρυ‐ τόνων, ἀπὸ τοῦ φαίνω. σημαίνει δὲ τὸ εἰπεῖν. Φαρμάξας. ἰατρεύσας, ἀποστήσας. †ἀπατή‐</w:t>
      </w:r>
    </w:p>
    <w:p>
      <w:r>
        <w:rPr>
          <w:rFonts w:ascii="Courier New" w:hAnsi="Courier New"/>
          <w:color w:val="555555"/>
          <w:sz w:val="20"/>
        </w:rPr>
        <w:t>[20]</w:t>
      </w:r>
    </w:p>
    <w:p>
      <w:r>
        <w:rPr>
          <w:rFonts w:ascii="Gentium Plus" w:hAnsi="Gentium Plus"/>
          <w:sz w:val="24"/>
        </w:rPr>
        <w:t>σας. γοητεύσας.† Φαρμακοῦται. ἐπαστοῦται, καταγοητεύεται.</w:t>
      </w:r>
    </w:p>
    <w:p>
      <w:r>
        <w:rPr>
          <w:rFonts w:ascii="Courier New" w:hAnsi="Courier New"/>
          <w:color w:val="555555"/>
          <w:sz w:val="20"/>
        </w:rPr>
        <w:t>[phi 1800]</w:t>
      </w:r>
    </w:p>
    <w:p>
      <w:r>
        <w:rPr>
          <w:rFonts w:ascii="Gentium Plus" w:hAnsi="Gentium Plus"/>
          <w:sz w:val="24"/>
        </w:rPr>
        <w:t>Φάσθαι. φημὶ, ὁ μέλλων φήσω, ὁ μέσος δεύ‐ τερος ἀόριστος ἔφην, ἔφασο, ἔφατο, καὶ τὸ ἀπαρέμφατον φάσθαι. Φαυλίζει. εὐτελίζει. ἢ διάδηλον καὶ φανερὸν</w:t>
      </w:r>
    </w:p>
    <w:p>
      <w:r>
        <w:rPr>
          <w:rFonts w:ascii="Courier New" w:hAnsi="Courier New"/>
          <w:color w:val="555555"/>
          <w:sz w:val="20"/>
        </w:rPr>
        <w:t>[5]</w:t>
      </w:r>
    </w:p>
    <w:p>
      <w:r>
        <w:rPr>
          <w:rFonts w:ascii="Gentium Plus" w:hAnsi="Gentium Plus"/>
          <w:sz w:val="24"/>
        </w:rPr>
        <w:t>ποιεῖ τοῖς αἰσχροῖς πράγμασι. Φαρυγγίζειν. ἀπὸ τοῦ φάρυγξ. τὸ δὲ φάρυγξ ἀπὸ τοῦ φέρω, δι’ οὗ φέρεται τὸ πνεῦμα. καὶ ἔστι παρώνυμον. φέρω, φέρος καὶ φάρος, κἀκ τούτου φάρυγξ. Ὦρος δὲ λέγει, δι’ ἧς φέρε‐</w:t>
      </w:r>
    </w:p>
    <w:p>
      <w:r>
        <w:rPr>
          <w:rFonts w:ascii="Courier New" w:hAnsi="Courier New"/>
          <w:color w:val="555555"/>
          <w:sz w:val="20"/>
        </w:rPr>
        <w:t>[10]</w:t>
      </w:r>
    </w:p>
    <w:p>
      <w:r>
        <w:rPr>
          <w:rFonts w:ascii="Gentium Plus" w:hAnsi="Gentium Plus"/>
          <w:sz w:val="24"/>
        </w:rPr>
        <w:t>ται ἡ ἰγγὴ, τουτέστιν ἡ φωνή.</w:t>
      </w:r>
    </w:p>
    <w:p>
      <w:pPr>
        <w:jc w:val="center"/>
      </w:pPr>
      <w:r>
        <w:rPr>
          <w:rFonts w:ascii="Gentium Plus" w:hAnsi="Gentium Plus"/>
          <w:b/>
          <w:sz w:val="24"/>
        </w:rPr>
        <w:t>(Ἐπίῤῥημα.)</w:t>
      </w:r>
    </w:p>
    <w:p>
      <w:r>
        <w:rPr>
          <w:rFonts w:ascii="Courier New" w:hAnsi="Courier New"/>
          <w:color w:val="555555"/>
          <w:sz w:val="20"/>
        </w:rPr>
        <w:t>[12]</w:t>
      </w:r>
    </w:p>
    <w:p>
      <w:r>
        <w:rPr>
          <w:rFonts w:ascii="Gentium Plus" w:hAnsi="Gentium Plus"/>
          <w:sz w:val="24"/>
        </w:rPr>
        <w:t>Φαλαγγηδόν. κατὰ τάξιν.</w:t>
      </w:r>
    </w:p>
    <w:p>
      <w:pPr>
        <w:jc w:val="center"/>
      </w:pPr>
      <w:r>
        <w:rPr>
          <w:rFonts w:ascii="Gentium Plus" w:hAnsi="Gentium Plus"/>
          <w:b/>
          <w:sz w:val="24"/>
        </w:rPr>
        <w:t>Τὸ Φ μετὰ τοῦ Ε.</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Φειδωλός. ἀνελεήμων· σκιφός. ὡς ἁμαρτῶ ἁμαρτωλὸς, οὕτω φείδομαι φειδωλός. Φειδήλιος· Φειδύλος· Φειδίας· Φειδιππίδης. ὀνόματα κύρια. Φεισών. ποταμός. καὶ Φεινειός.</w:t>
      </w:r>
    </w:p>
    <w:p>
      <w:r>
        <w:rPr>
          <w:rFonts w:ascii="Courier New" w:hAnsi="Courier New"/>
          <w:color w:val="555555"/>
          <w:sz w:val="20"/>
        </w:rPr>
        <w:t>[20]</w:t>
      </w:r>
    </w:p>
    <w:p>
      <w:r>
        <w:rPr>
          <w:rFonts w:ascii="Gentium Plus" w:hAnsi="Gentium Plus"/>
          <w:sz w:val="24"/>
        </w:rPr>
        <w:t>Φέρτερος. βελτίων· ἰσχυρότερος.</w:t>
      </w:r>
    </w:p>
    <w:p>
      <w:r>
        <w:rPr>
          <w:rFonts w:ascii="Courier New" w:hAnsi="Courier New"/>
          <w:color w:val="555555"/>
          <w:sz w:val="20"/>
        </w:rPr>
        <w:t>[phi 1801]</w:t>
      </w:r>
    </w:p>
    <w:p>
      <w:r>
        <w:rPr>
          <w:rFonts w:ascii="Gentium Plus" w:hAnsi="Gentium Plus"/>
          <w:sz w:val="24"/>
        </w:rPr>
        <w:t>Φέριστος. κράτιστος· ἔξοχος. Φερεσάκης. ὁ ἀσπίδα φέρων. [Φερέοικος. ὁ κοχλίας.] [Φερεφάτης. ὁ τὰς μαντείας φέρων.]</w:t>
      </w:r>
    </w:p>
    <w:p>
      <w:r>
        <w:rPr>
          <w:rFonts w:ascii="Courier New" w:hAnsi="Courier New"/>
          <w:color w:val="555555"/>
          <w:sz w:val="20"/>
        </w:rPr>
        <w:t>[5]</w:t>
      </w:r>
    </w:p>
    <w:p>
      <w:r>
        <w:rPr>
          <w:rFonts w:ascii="Gentium Plus" w:hAnsi="Gentium Plus"/>
          <w:sz w:val="24"/>
        </w:rPr>
        <w:t>Φερέγγυος. ἀξιόπιστος, ἐγγυητής. Φερεζαῖοι. ἔθνος. Φερέσβιος. ὁ ζωοποιός. φερέβιος καὶ πλεονα‐ σμῷ τοῦ ς φερέσβιος. Φεραυγής. λαμπρός. τὸν φεραυγῆ φωσφόρον.</w:t>
      </w:r>
    </w:p>
    <w:p>
      <w:r>
        <w:rPr>
          <w:rFonts w:ascii="Courier New" w:hAnsi="Courier New"/>
          <w:color w:val="555555"/>
          <w:sz w:val="20"/>
        </w:rPr>
        <w:t>[10]</w:t>
      </w:r>
    </w:p>
    <w:p>
      <w:r>
        <w:rPr>
          <w:rFonts w:ascii="Gentium Plus" w:hAnsi="Gentium Plus"/>
          <w:sz w:val="24"/>
        </w:rPr>
        <w:t>†Φέροξ. βαρβαρικὸν ὄνομα.† Φέναξ. ὁ ἀπατεών. Φέψαλος. ὁ σπινθὴρ ὁ ἀναφερόμενος ἐκ τῶν καιομένων ξύλων. Φελώνην. ἱμάτιον ἐνταῦθα λέγει ὁ Ἀπόστολος.</w:t>
      </w:r>
    </w:p>
    <w:p>
      <w:r>
        <w:rPr>
          <w:rFonts w:ascii="Courier New" w:hAnsi="Courier New"/>
          <w:color w:val="555555"/>
          <w:sz w:val="20"/>
        </w:rPr>
        <w:t>[15]</w:t>
      </w:r>
    </w:p>
    <w:p>
      <w:r>
        <w:rPr>
          <w:rFonts w:ascii="Gentium Plus" w:hAnsi="Gentium Plus"/>
          <w:sz w:val="24"/>
        </w:rPr>
        <w:t>τινὲς δὲ τὸ γλωσσοκόμον, ἔνθα τὰ βιβλία ἔκει‐ το. τί δὲ αὐτῷ τῶν βιβλίων ἔδει, μέλλοντι ἀπο‐ δημεῖν πρὸς θεόν;</w:t>
      </w:r>
    </w:p>
    <w:p>
      <w:pPr>
        <w:jc w:val="center"/>
      </w:pPr>
      <w:r>
        <w:rPr>
          <w:rFonts w:ascii="Gentium Plus" w:hAnsi="Gentium Plus"/>
          <w:b/>
          <w:sz w:val="24"/>
        </w:rPr>
        <w:t>(Θηλυκόν.)</w:t>
      </w:r>
    </w:p>
    <w:p>
      <w:r>
        <w:rPr>
          <w:rFonts w:ascii="Courier New" w:hAnsi="Courier New"/>
          <w:color w:val="555555"/>
          <w:sz w:val="20"/>
        </w:rPr>
        <w:t>[19]</w:t>
      </w:r>
    </w:p>
    <w:p>
      <w:r>
        <w:rPr>
          <w:rFonts w:ascii="Gentium Plus" w:hAnsi="Gentium Plus"/>
          <w:sz w:val="24"/>
        </w:rPr>
        <w:t>Φειά. πόλις.</w:t>
      </w:r>
    </w:p>
    <w:p>
      <w:r>
        <w:rPr>
          <w:rFonts w:ascii="Courier New" w:hAnsi="Courier New"/>
          <w:color w:val="555555"/>
          <w:sz w:val="20"/>
        </w:rPr>
        <w:t>[20]</w:t>
      </w:r>
    </w:p>
    <w:p>
      <w:r>
        <w:rPr>
          <w:rFonts w:ascii="Gentium Plus" w:hAnsi="Gentium Plus"/>
          <w:sz w:val="24"/>
        </w:rPr>
        <w:t>[Φειδήνη. πόλις.]</w:t>
      </w:r>
    </w:p>
    <w:p>
      <w:r>
        <w:rPr>
          <w:rFonts w:ascii="Courier New" w:hAnsi="Courier New"/>
          <w:color w:val="555555"/>
          <w:sz w:val="20"/>
        </w:rPr>
        <w:t>[phi 1802]</w:t>
      </w:r>
    </w:p>
    <w:p>
      <w:r>
        <w:rPr>
          <w:rFonts w:ascii="Gentium Plus" w:hAnsi="Gentium Plus"/>
          <w:sz w:val="24"/>
        </w:rPr>
        <w:t>Φειδώ. πρόνοια. φεισμονή. εὐσπλαγχνία. ἐλεη‐ μοσύνη. σημαίνει δὲ καὶ τὴν φροντίδα. [Ὅμη‐ ρος· οὐ γάρ τις φειδὼ νεκύων κατατεθνηώτων</w:t>
      </w:r>
    </w:p>
    <w:p>
      <w:r>
        <w:rPr>
          <w:rFonts w:ascii="Courier New" w:hAnsi="Courier New"/>
          <w:color w:val="555555"/>
          <w:sz w:val="20"/>
        </w:rPr>
        <w:t>[5]</w:t>
      </w:r>
    </w:p>
    <w:p>
      <w:r>
        <w:rPr>
          <w:rFonts w:ascii="Gentium Plus" w:hAnsi="Gentium Plus"/>
          <w:sz w:val="24"/>
        </w:rPr>
        <w:t>γίνεται—.] Φενάκη. ἡ ἀπάτη. Φεραί. πόλις. Φέρμη. πόλις. καὶ Φέργη. Φέρνη. ἡ προίξ. παρὰ τὸ φέρειν ὄνησιν, ἢ ἀπὸ</w:t>
      </w:r>
    </w:p>
    <w:p>
      <w:r>
        <w:rPr>
          <w:rFonts w:ascii="Courier New" w:hAnsi="Courier New"/>
          <w:color w:val="555555"/>
          <w:sz w:val="20"/>
        </w:rPr>
        <w:t>[10]</w:t>
      </w:r>
    </w:p>
    <w:p>
      <w:r>
        <w:rPr>
          <w:rFonts w:ascii="Gentium Plus" w:hAnsi="Gentium Plus"/>
          <w:sz w:val="24"/>
        </w:rPr>
        <w:t>τοῦ φέρεσθαι αὐτήν. τινὲς φερνὴ γράφουσιν.</w:t>
      </w:r>
    </w:p>
    <w:p>
      <w:pPr>
        <w:jc w:val="center"/>
      </w:pPr>
      <w:r>
        <w:rPr>
          <w:rFonts w:ascii="Gentium Plus" w:hAnsi="Gentium Plus"/>
          <w:b/>
          <w:sz w:val="24"/>
        </w:rPr>
        <w:t>(Οὐδέτερον.)</w:t>
      </w:r>
    </w:p>
    <w:p>
      <w:r>
        <w:rPr>
          <w:rFonts w:ascii="Courier New" w:hAnsi="Courier New"/>
          <w:color w:val="555555"/>
          <w:sz w:val="20"/>
        </w:rPr>
        <w:t>[12]</w:t>
      </w:r>
    </w:p>
    <w:p>
      <w:r>
        <w:rPr>
          <w:rFonts w:ascii="Gentium Plus" w:hAnsi="Gentium Plus"/>
          <w:sz w:val="24"/>
        </w:rPr>
        <w:t>Φείδειον ἔργον. τὸ τοῦ Φειδίου. Φελλέα. τὰ πετρώδη καὶ αἰγίβοτα χωρία. ὅταν μὲν οὖν τὰς αἶγας ἐκ τοῦ φελλέου.</w:t>
      </w:r>
    </w:p>
    <w:p>
      <w:r>
        <w:rPr>
          <w:rFonts w:ascii="Courier New" w:hAnsi="Courier New"/>
          <w:color w:val="555555"/>
          <w:sz w:val="20"/>
        </w:rPr>
        <w:t>[15]</w:t>
      </w:r>
    </w:p>
    <w:p>
      <w:r>
        <w:rPr>
          <w:rFonts w:ascii="Gentium Plus" w:hAnsi="Gentium Plus"/>
          <w:sz w:val="24"/>
        </w:rPr>
        <w:t>Φελόνιον. .... Φέρετρον. ἡ τῶν νεκρῶν κλίνη. Φέριστον. τὸ ἐξοχώτατον, κάλλιστον καὶ θαυ‐ μαστόν. †Φέρνιον. ἡ σπυρίς.†</w:t>
      </w:r>
    </w:p>
    <w:p>
      <w:r>
        <w:rPr>
          <w:rFonts w:ascii="Courier New" w:hAnsi="Courier New"/>
          <w:color w:val="555555"/>
          <w:sz w:val="20"/>
        </w:rPr>
        <w:t>[20]</w:t>
      </w:r>
    </w:p>
    <w:p>
      <w:r>
        <w:rPr>
          <w:rFonts w:ascii="Gentium Plus" w:hAnsi="Gentium Plus"/>
          <w:sz w:val="24"/>
        </w:rPr>
        <w:t>Φευκτόν. μισητὸν, φυγῆς ἄξιον.</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Φείδομαι. παρὰ τὸ φεύγειν τὸ δοῦναι. ἢ παρὰ τὸ φεύδω, καὶ μόνον φεύδομαι καὶ τροπῇ τοῦ υ εἰς ι φείδομαι.</w:t>
      </w:r>
    </w:p>
    <w:p>
      <w:r>
        <w:rPr>
          <w:rFonts w:ascii="Courier New" w:hAnsi="Courier New"/>
          <w:color w:val="555555"/>
          <w:sz w:val="20"/>
        </w:rPr>
        <w:t>[5]</w:t>
      </w:r>
    </w:p>
    <w:p>
      <w:r>
        <w:rPr>
          <w:rFonts w:ascii="Gentium Plus" w:hAnsi="Gentium Plus"/>
          <w:sz w:val="24"/>
        </w:rPr>
        <w:t>Φένω. τὸ φονεύω. φαίνω δὲ, τὸ λάμπω καὶ δει‐ κνύω, δίφθογγον. Φενακίζειν. τὸ ἀπατᾷν. ὅπερ οἱ ἀρχαῖοι φηνί‐ ζειν ἔλεγον. πεποίηται τὸ ὄνομα κατ’ ἐναλλα‐ γὴν γράμματος, παρὰ τὴν πηνίκην. ἡ δέ ἐστι</w:t>
      </w:r>
    </w:p>
    <w:p>
      <w:r>
        <w:rPr>
          <w:rFonts w:ascii="Courier New" w:hAnsi="Courier New"/>
          <w:color w:val="555555"/>
          <w:sz w:val="20"/>
        </w:rPr>
        <w:t>[10]</w:t>
      </w:r>
    </w:p>
    <w:p>
      <w:r>
        <w:rPr>
          <w:rFonts w:ascii="Gentium Plus" w:hAnsi="Gentium Plus"/>
          <w:sz w:val="24"/>
        </w:rPr>
        <w:t>περίθετος κόμη διαπατῶσα τοὺς πολλούς. ἢ παρὰ τὸ φηλοῦν πεποίηται [ὅπέρ ἐστι τὸ ἀπα‐ τᾷν]. καὶ φήληκας δὲ φαμὲν τὰ διαπατῶντα τὰς ὄψεις σῦκα, ὡς εἴη πέπειρα. Φειδαλφιτῶ. τὸ τῶν ἀλεύρων φείδομαι.</w:t>
      </w:r>
    </w:p>
    <w:p>
      <w:r>
        <w:rPr>
          <w:rFonts w:ascii="Courier New" w:hAnsi="Courier New"/>
          <w:color w:val="555555"/>
          <w:sz w:val="20"/>
        </w:rPr>
        <w:t>[15]</w:t>
      </w:r>
    </w:p>
    <w:p>
      <w:r>
        <w:rPr>
          <w:rFonts w:ascii="Gentium Plus" w:hAnsi="Gentium Plus"/>
          <w:sz w:val="24"/>
        </w:rPr>
        <w:t>Φέρβειν. τρέφειν. Φέροντας. ἀντὶ τοῦ λαμβάνοντας. οὕτως Ἀριστο‐ φάνης.</w:t>
      </w:r>
    </w:p>
    <w:p>
      <w:pPr>
        <w:jc w:val="center"/>
      </w:pPr>
      <w:r>
        <w:rPr>
          <w:rFonts w:ascii="Gentium Plus" w:hAnsi="Gentium Plus"/>
          <w:b/>
          <w:sz w:val="24"/>
        </w:rPr>
        <w:t>(Ἐπίῤῥημα.)</w:t>
      </w:r>
    </w:p>
    <w:p>
      <w:r>
        <w:rPr>
          <w:rFonts w:ascii="Courier New" w:hAnsi="Courier New"/>
          <w:color w:val="555555"/>
          <w:sz w:val="20"/>
        </w:rPr>
        <w:t>[19]</w:t>
      </w:r>
    </w:p>
    <w:p>
      <w:r>
        <w:rPr>
          <w:rFonts w:ascii="Gentium Plus" w:hAnsi="Gentium Plus"/>
          <w:sz w:val="24"/>
        </w:rPr>
        <w:t>Φεῦ. σχετλιαστικὸν ἐπίῤῥημα.</w:t>
      </w:r>
    </w:p>
    <w:p>
      <w:r>
        <w:rPr>
          <w:rFonts w:ascii="Courier New" w:hAnsi="Courier New"/>
          <w:color w:val="555555"/>
          <w:sz w:val="20"/>
        </w:rPr>
        <w:t>[20]</w:t>
      </w:r>
    </w:p>
    <w:p>
      <w:r>
        <w:rPr>
          <w:rFonts w:ascii="Gentium Plus" w:hAnsi="Gentium Plus"/>
          <w:sz w:val="24"/>
        </w:rPr>
        <w:t>Φειδωμένως. φειδωλῶς· σκνιφῶς.</w:t>
      </w:r>
    </w:p>
    <w:p>
      <w:pPr>
        <w:jc w:val="center"/>
      </w:pPr>
      <w:r>
        <w:rPr>
          <w:rFonts w:ascii="Gentium Plus" w:hAnsi="Gentium Plus"/>
          <w:b/>
          <w:sz w:val="24"/>
        </w:rPr>
        <w:t>Τὸ Φ μετὰ τοῦ Η.</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Φηγεύς. κύριον.</w:t>
      </w:r>
    </w:p>
    <w:p>
      <w:r>
        <w:rPr>
          <w:rFonts w:ascii="Courier New" w:hAnsi="Courier New"/>
          <w:color w:val="555555"/>
          <w:sz w:val="20"/>
        </w:rPr>
        <w:t>[phi 1804]</w:t>
      </w:r>
    </w:p>
    <w:p>
      <w:r>
        <w:rPr>
          <w:rFonts w:ascii="Gentium Plus" w:hAnsi="Gentium Plus"/>
          <w:sz w:val="24"/>
        </w:rPr>
        <w:t>Φηγός. ἡ δρῦς. ἢ πεύκη. Φήληκας. τὰ διαπατῶντα τὰς ὄψεις σῦκα, ὡς εἴη πέπειρα. ἀπὸ τοῦ φηλῶ, τὸ ἀπατῶ. καὶ φήληξ, ὁ ἀπατεὼν, καὶ φηλήτης.</w:t>
      </w:r>
    </w:p>
    <w:p>
      <w:r>
        <w:rPr>
          <w:rFonts w:ascii="Courier New" w:hAnsi="Courier New"/>
          <w:color w:val="555555"/>
          <w:sz w:val="20"/>
        </w:rPr>
        <w:t>[5]</w:t>
      </w:r>
    </w:p>
    <w:p>
      <w:r>
        <w:rPr>
          <w:rFonts w:ascii="Gentium Plus" w:hAnsi="Gentium Plus"/>
          <w:sz w:val="24"/>
        </w:rPr>
        <w:t>Φηνέας. κύριον. †Φῆνος. ὄνομα ποταμοῦ. τὸ δὲ ἐπίθετον ὀ. .. δηλῶν δὲ τὸν λαμπρὸν, ἀπὸ τοῦ φανὶς γέγονε.† Φῆστος· Φήσινος. ὀνόματα κύρια.</w:t>
      </w:r>
    </w:p>
    <w:p>
      <w:pPr>
        <w:jc w:val="center"/>
      </w:pPr>
      <w:r>
        <w:rPr>
          <w:rFonts w:ascii="Gentium Plus" w:hAnsi="Gentium Plus"/>
          <w:b/>
          <w:sz w:val="24"/>
        </w:rPr>
        <w:t>(Θηλυκόν.)</w:t>
      </w:r>
    </w:p>
    <w:p>
      <w:r>
        <w:rPr>
          <w:rFonts w:ascii="Courier New" w:hAnsi="Courier New"/>
          <w:color w:val="555555"/>
          <w:sz w:val="20"/>
        </w:rPr>
        <w:t>[10]</w:t>
      </w:r>
    </w:p>
    <w:p>
      <w:r>
        <w:rPr>
          <w:rFonts w:ascii="Gentium Plus" w:hAnsi="Gentium Plus"/>
          <w:sz w:val="24"/>
        </w:rPr>
        <w:t>Φηδήλα. πόλις. Φηνόη. κύριον. Φήνη. ζῶον πετόμενον. Φήμη. λόγος, ἀγγελία. Φηρά. πόλις. καὶ Φηρή. καὶ Φηρωνία. καὶ Φη‐</w:t>
      </w:r>
    </w:p>
    <w:p>
      <w:r>
        <w:rPr>
          <w:rFonts w:ascii="Courier New" w:hAnsi="Courier New"/>
          <w:color w:val="555555"/>
          <w:sz w:val="20"/>
        </w:rPr>
        <w:t>[15]</w:t>
      </w:r>
    </w:p>
    <w:p>
      <w:r>
        <w:rPr>
          <w:rFonts w:ascii="Gentium Plus" w:hAnsi="Gentium Plus"/>
          <w:sz w:val="24"/>
        </w:rPr>
        <w:t>ρήτης, τοπικόν. †Φηρίς. ἡ τροφὴ θεῶν.†</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Φήγιον. τόπος. Φήνειον. ὄρος.</w:t>
      </w:r>
    </w:p>
    <w:p>
      <w:pPr>
        <w:jc w:val="center"/>
      </w:pPr>
      <w:r>
        <w:rPr>
          <w:rFonts w:ascii="Gentium Plus" w:hAnsi="Gentium Plus"/>
          <w:b/>
          <w:sz w:val="24"/>
        </w:rPr>
        <w:t>(Ῥῆμα.)</w:t>
      </w:r>
    </w:p>
    <w:p>
      <w:r>
        <w:rPr>
          <w:rFonts w:ascii="Courier New" w:hAnsi="Courier New"/>
          <w:color w:val="555555"/>
          <w:sz w:val="20"/>
        </w:rPr>
        <w:t>[21]</w:t>
      </w:r>
    </w:p>
    <w:p>
      <w:r>
        <w:rPr>
          <w:rFonts w:ascii="Gentium Plus" w:hAnsi="Gentium Plus"/>
          <w:sz w:val="24"/>
        </w:rPr>
        <w:t>Φημί. τὸ λέγω. ἀπὸ τοῦ φῶ, τὸ λέγω. Φῇναι. δεῖξαι. φῆναι ἀντὶ τοῦ εἰπεῖν. [ἢ δεύ‐ τερος ἀόριστός ἐστιν, ὡς ἔστιν στῆναι, ἢ πρῶ‐ τος, ὡς ἔφαν, φάναι καὶ ἰωνικῶς φῆναι, ὡς τὸ</w:t>
      </w:r>
    </w:p>
    <w:p>
      <w:r>
        <w:rPr>
          <w:rFonts w:ascii="Courier New" w:hAnsi="Courier New"/>
          <w:color w:val="555555"/>
          <w:sz w:val="20"/>
        </w:rPr>
        <w:t>[25]</w:t>
      </w:r>
    </w:p>
    <w:p>
      <w:r>
        <w:rPr>
          <w:rFonts w:ascii="Gentium Plus" w:hAnsi="Gentium Plus"/>
          <w:sz w:val="24"/>
        </w:rPr>
        <w:t>μιάναι, μιῆναι.]</w:t>
      </w:r>
    </w:p>
    <w:p>
      <w:r>
        <w:rPr>
          <w:rFonts w:ascii="Courier New" w:hAnsi="Courier New"/>
          <w:color w:val="555555"/>
          <w:sz w:val="20"/>
        </w:rPr>
        <w:t>[phi 1805]</w:t>
      </w:r>
    </w:p>
    <w:p>
      <w:r>
        <w:rPr>
          <w:rFonts w:ascii="Gentium Plus" w:hAnsi="Gentium Plus"/>
          <w:sz w:val="24"/>
        </w:rPr>
        <w:t>Φηλῆσαι. ἀπατῆσαι. καὶ φηλῶ. Φῆς. Ἀρίσταρχος περισπᾷ, ἵν’ ᾖ ἐκ τοῦ ἔφης. διὸ καὶ χωρὶς τοῦ ι γράφεται. σημαίνει δὲ τὸ λέγεις. φῇς σὺν τῷ ι. φημί. φῇς ἔχει τὸ ι</w:t>
      </w:r>
    </w:p>
    <w:p>
      <w:r>
        <w:rPr>
          <w:rFonts w:ascii="Courier New" w:hAnsi="Courier New"/>
          <w:color w:val="555555"/>
          <w:sz w:val="20"/>
        </w:rPr>
        <w:t>[5]</w:t>
      </w:r>
    </w:p>
    <w:p>
      <w:r>
        <w:rPr>
          <w:rFonts w:ascii="Gentium Plus" w:hAnsi="Gentium Plus"/>
          <w:sz w:val="24"/>
        </w:rPr>
        <w:t>καθ’ ἱστορίαν ἤγουν κατὰ παράδοσιν. τότε γὰρ τῇ ἱστορίᾳ χρώμεθα, ἡνίκα τὶ κατὰ παράδοσιν γράφεται. ὥσπερ τὸ, Σκείρων. Ἀρίσταρχος δὲ τὸ φῆς περισπᾷ καὶ τὸ ι οὐ γράφει· λέγει γὰρ, ἐὰν εἶχε τὸ ι, ἐνεστὼς ὤφειλεν εἶναι.</w:t>
      </w:r>
    </w:p>
    <w:p>
      <w:r>
        <w:rPr>
          <w:rFonts w:ascii="Courier New" w:hAnsi="Courier New"/>
          <w:color w:val="555555"/>
          <w:sz w:val="20"/>
        </w:rPr>
        <w:t>[10]</w:t>
      </w:r>
    </w:p>
    <w:p>
      <w:r>
        <w:rPr>
          <w:rFonts w:ascii="Gentium Plus" w:hAnsi="Gentium Plus"/>
          <w:sz w:val="24"/>
        </w:rPr>
        <w:t>Φῇσιν. ἡνίκα προπερισπᾶται, ἔχει τὸ ι. ἔστι δὲ, ἐὰν φῶ, ἐὰν φῇς, ἐὰν φῇ, καὶ ἐπ’ ἐκτάσει τῆς σι συλλαβῆς, ἐὰν φῇσι, καὶ φυλάττει τὸ ι. πρόσκειται ἡνίκα προπερισπᾶται. ἡνίκα δὲ ὀξύ‐ νεται, οὐκ ἔχει τὸ ι, οἷον φησίν.</w:t>
      </w:r>
    </w:p>
    <w:p>
      <w:r>
        <w:rPr>
          <w:rFonts w:ascii="Courier New" w:hAnsi="Courier New"/>
          <w:color w:val="555555"/>
          <w:sz w:val="20"/>
        </w:rPr>
        <w:t>[15]</w:t>
      </w:r>
    </w:p>
    <w:p>
      <w:r>
        <w:rPr>
          <w:rFonts w:ascii="Gentium Plus" w:hAnsi="Gentium Plus"/>
          <w:sz w:val="24"/>
        </w:rPr>
        <w:t>φῇσιν ἐλεύσεσθαι. Φήσειν. ἀντὶ τοῦ εἰπεῖν. καὶ φῆσαι.</w:t>
      </w:r>
    </w:p>
    <w:p>
      <w:pPr>
        <w:jc w:val="center"/>
      </w:pPr>
      <w:r>
        <w:rPr>
          <w:rFonts w:ascii="Gentium Plus" w:hAnsi="Gentium Plus"/>
          <w:b/>
          <w:sz w:val="24"/>
        </w:rPr>
        <w:t>Τὸ Φ μετὰ τοῦ Θ.</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Φθεῦϊς. κύριον.</w:t>
      </w:r>
    </w:p>
    <w:p>
      <w:r>
        <w:rPr>
          <w:rFonts w:ascii="Courier New" w:hAnsi="Courier New"/>
          <w:color w:val="555555"/>
          <w:sz w:val="20"/>
        </w:rPr>
        <w:t>[20]</w:t>
      </w:r>
    </w:p>
    <w:p>
      <w:r>
        <w:rPr>
          <w:rFonts w:ascii="Gentium Plus" w:hAnsi="Gentium Plus"/>
          <w:sz w:val="24"/>
        </w:rPr>
        <w:t>Φθεῖρα. ἀπὸ τοῦ φθείρω γέγονε φθεὶρ, ὁ ἀπὸ φθορᾶς σωματικῆς γινόμενος. Φθῖος. κύριον. Φθισήνωρ. [κύριον.] ἔστι δὲ καὶ ὁ τοὺς ἄνδρας ἀναιρῶν καὶ διαφθείρων.</w:t>
      </w:r>
    </w:p>
    <w:p>
      <w:r>
        <w:rPr>
          <w:rFonts w:ascii="Courier New" w:hAnsi="Courier New"/>
          <w:color w:val="555555"/>
          <w:sz w:val="20"/>
        </w:rPr>
        <w:t>[25]</w:t>
      </w:r>
    </w:p>
    <w:p>
      <w:r>
        <w:rPr>
          <w:rFonts w:ascii="Gentium Plus" w:hAnsi="Gentium Plus"/>
          <w:sz w:val="24"/>
        </w:rPr>
        <w:t>Φθισικός. φθόϊς. κύρια.</w:t>
      </w:r>
    </w:p>
    <w:p>
      <w:r>
        <w:rPr>
          <w:rFonts w:ascii="Courier New" w:hAnsi="Courier New"/>
          <w:color w:val="555555"/>
          <w:sz w:val="20"/>
        </w:rPr>
        <w:t>[phi 1806]</w:t>
      </w:r>
    </w:p>
    <w:p>
      <w:r>
        <w:rPr>
          <w:rFonts w:ascii="Gentium Plus" w:hAnsi="Gentium Plus"/>
          <w:sz w:val="24"/>
        </w:rPr>
        <w:t>πραγίᾳ. παρὰ τὸ φθάνειν. οὕτως Ὦρος ὁ Μι‐ λήσιος. εἰ δὲ βάσκανος, παρὰ τὸ τοῖς φάεσι καί‐ νειν. ἐγὼ δὲ παρὰ τὸ φόνος, πλεονασμῷ τοῦ θ. Φθογγήεις. παρὰ τὸ φθογγὴ, τὸ δὲ φθογγὴ</w:t>
      </w:r>
    </w:p>
    <w:p>
      <w:r>
        <w:rPr>
          <w:rFonts w:ascii="Courier New" w:hAnsi="Courier New"/>
          <w:color w:val="555555"/>
          <w:sz w:val="20"/>
        </w:rPr>
        <w:t>[5]</w:t>
      </w:r>
    </w:p>
    <w:p>
      <w:r>
        <w:rPr>
          <w:rFonts w:ascii="Gentium Plus" w:hAnsi="Gentium Plus"/>
          <w:sz w:val="24"/>
        </w:rPr>
        <w:t>παρὰ τὸ φθέγγω. τὸ ο μικρὸν διατί; τὰ ἔχον‐ τα τὸ ε ἐγκείμενον, ἐν τοῖς ῥήμασιν, ἔχουσιν τὸ ο ἀντιπαρακείμενον.</w:t>
      </w:r>
    </w:p>
    <w:p>
      <w:pPr>
        <w:jc w:val="center"/>
      </w:pPr>
      <w:r>
        <w:rPr>
          <w:rFonts w:ascii="Gentium Plus" w:hAnsi="Gentium Plus"/>
          <w:b/>
          <w:sz w:val="24"/>
        </w:rPr>
        <w:t>(Θηλυκόν.)</w:t>
      </w:r>
    </w:p>
    <w:p>
      <w:r>
        <w:rPr>
          <w:rFonts w:ascii="Courier New" w:hAnsi="Courier New"/>
          <w:color w:val="555555"/>
          <w:sz w:val="20"/>
        </w:rPr>
        <w:t>[9]</w:t>
      </w:r>
    </w:p>
    <w:p>
      <w:r>
        <w:rPr>
          <w:rFonts w:ascii="Gentium Plus" w:hAnsi="Gentium Plus"/>
          <w:sz w:val="24"/>
        </w:rPr>
        <w:t>Φθίσις. ἡ φθορὰ, ἢ νόσος τις.</w:t>
      </w:r>
    </w:p>
    <w:p>
      <w:r>
        <w:rPr>
          <w:rFonts w:ascii="Courier New" w:hAnsi="Courier New"/>
          <w:color w:val="555555"/>
          <w:sz w:val="20"/>
        </w:rPr>
        <w:t>[10]</w:t>
      </w:r>
    </w:p>
    <w:p>
      <w:r>
        <w:rPr>
          <w:rFonts w:ascii="Gentium Plus" w:hAnsi="Gentium Plus"/>
          <w:sz w:val="24"/>
        </w:rPr>
        <w:t>Φθία. πόλις. οἱ πολῖται Φθιῶται καὶ Φθῖοι. Φθινάς. νόσος. Φθινοπωρίς. ἡ κολυμβιὰς ἐλαία. Φθισίμβροτον. διαφθείρουσαν τὸν ἄνδρα. φθίω, φθίσω, φθισίμβροτον.</w:t>
      </w:r>
    </w:p>
    <w:p>
      <w:r>
        <w:rPr>
          <w:rFonts w:ascii="Courier New" w:hAnsi="Courier New"/>
          <w:color w:val="555555"/>
          <w:sz w:val="20"/>
        </w:rPr>
        <w:t>[15]</w:t>
      </w:r>
    </w:p>
    <w:p>
      <w:r>
        <w:rPr>
          <w:rFonts w:ascii="Gentium Plus" w:hAnsi="Gentium Plus"/>
          <w:sz w:val="24"/>
        </w:rPr>
        <w:t>Φθόη. ἡ νῦν φθίσις λεγομένη. ἢ ὄνομα πάθους ἐξ αἵματος ἀγωγῆς. Φθοῖς. εἶδος πλακοῦντος. τὸ πληθυντικὸν τὰς φθοῖς. †Φθορά. ἐστι κίνησις ἐκ τοῦ ὄντος εἰς τὸ μὴ</w:t>
      </w:r>
    </w:p>
    <w:p>
      <w:r>
        <w:rPr>
          <w:rFonts w:ascii="Courier New" w:hAnsi="Courier New"/>
          <w:color w:val="555555"/>
          <w:sz w:val="20"/>
        </w:rPr>
        <w:t>[20]</w:t>
      </w:r>
    </w:p>
    <w:p>
      <w:r>
        <w:rPr>
          <w:rFonts w:ascii="Gentium Plus" w:hAnsi="Gentium Plus"/>
          <w:sz w:val="24"/>
        </w:rPr>
        <w:t>εἶναι.† Φθορά. ἡ διάζευξις τῆς ψυχῆς ἀπὸ τοῦ σώμα‐ τος. διαφθορὰ, ὅταν ἄλλη οὐσία δι’ ἑτέρας ἀφανίζεται, ὥσπερ τὸ σῶμα ἀπὸ τῶν σκωλήκων. καταφθορὰ, ἡ παντελὴς ἀπώλεια. εἴρηται μὲν</w:t>
      </w:r>
    </w:p>
    <w:p>
      <w:r>
        <w:rPr>
          <w:rFonts w:ascii="Courier New" w:hAnsi="Courier New"/>
          <w:color w:val="555555"/>
          <w:sz w:val="20"/>
        </w:rPr>
        <w:t>[25]</w:t>
      </w:r>
    </w:p>
    <w:p>
      <w:r>
        <w:rPr>
          <w:rFonts w:ascii="Gentium Plus" w:hAnsi="Gentium Plus"/>
          <w:sz w:val="24"/>
        </w:rPr>
        <w:t>ἡ φθορὰ κατὰ δύο τρόπους ἐν τῇ γραφῇ· του‐ τέστι σωματικῶς καὶ ψυχικῶς. ὡς ὅταν λέγῃ· καὶ εἶδε κύριος ὁ θεὸς τὴν γῆν, καὶ ἦν κατ‐</w:t>
      </w:r>
    </w:p>
    <w:p>
      <w:r>
        <w:rPr>
          <w:rFonts w:ascii="Courier New" w:hAnsi="Courier New"/>
          <w:color w:val="555555"/>
          <w:sz w:val="20"/>
        </w:rPr>
        <w:t>[phi 1807]</w:t>
      </w:r>
    </w:p>
    <w:p>
      <w:r>
        <w:rPr>
          <w:rFonts w:ascii="Gentium Plus" w:hAnsi="Gentium Plus"/>
          <w:sz w:val="24"/>
        </w:rPr>
        <w:t>θρώπων, ὅτι διεφθάρησαν καὶ ἐβδελύχθησαν ἐν ἀνομίαις καὶ ἐν τοῖς ἐπιτηδεύμασιν αὐτῶν. λοι‐ πὸν ἡνίκα ἀκούσῃς διδασκάλου λέγοντος, ἄφθαρ‐ τον τὸ σῶμα τοῦ Χριστοῦ πρὸ τοῦ σταυροῦ</w:t>
      </w:r>
    </w:p>
    <w:p>
      <w:r>
        <w:rPr>
          <w:rFonts w:ascii="Courier New" w:hAnsi="Courier New"/>
          <w:color w:val="555555"/>
          <w:sz w:val="20"/>
        </w:rPr>
        <w:t>[5]</w:t>
      </w:r>
    </w:p>
    <w:p>
      <w:r>
        <w:rPr>
          <w:rFonts w:ascii="Gentium Plus" w:hAnsi="Gentium Plus"/>
          <w:sz w:val="24"/>
        </w:rPr>
        <w:t>ὑπάρχειν, νόμισον, ὅτι κατὰ φθορὰν τῆς ἁμαρ‐ τίας λέγει αὐτὸ ἄφθαρτον ἤτοι ἀμίαντον, καὶ οὐ κατὰ λεπτότητα τινὰ καὶ ἀλλοτριότητα τῶν ἡμετέρων σωμάτων. ἄφθαρτον γὰρ κυρίως ἐστὶ τὸ ἀπαθὲς [καὶ ἄϋλον] καὶ ἀψηλάφητον.</w:t>
      </w:r>
    </w:p>
    <w:p>
      <w:r>
        <w:rPr>
          <w:rFonts w:ascii="Courier New" w:hAnsi="Courier New"/>
          <w:color w:val="555555"/>
          <w:sz w:val="20"/>
        </w:rPr>
        <w:t>[10]</w:t>
      </w:r>
    </w:p>
    <w:p>
      <w:r>
        <w:rPr>
          <w:rFonts w:ascii="Gentium Plus" w:hAnsi="Gentium Plus"/>
          <w:sz w:val="24"/>
        </w:rPr>
        <w:t>ἄφθαρτον ἐστὶ τὸ ὑφ’ ἑτέρας οὐσίας βλαβῆναι μὴ δυνάμενον. ἄφθαρτον ἐστὶ τὸ κατὰ πάντα ἄῤῥευστον καὶ ἀνενδεὲς καὶ ἄτρωτον. τὸ δὲ πανάγιον σῶμα τοῦ Χριστοῦ καὶ πέπονθε καὶ ἐτρώθη τοῖς ἥλοις καὶ τῇ λόγχῃ, καὶ αἷμα</w:t>
      </w:r>
    </w:p>
    <w:p>
      <w:r>
        <w:rPr>
          <w:rFonts w:ascii="Courier New" w:hAnsi="Courier New"/>
          <w:color w:val="555555"/>
          <w:sz w:val="20"/>
        </w:rPr>
        <w:t>[15]</w:t>
      </w:r>
    </w:p>
    <w:p>
      <w:r>
        <w:rPr>
          <w:rFonts w:ascii="Gentium Plus" w:hAnsi="Gentium Plus"/>
          <w:sz w:val="24"/>
        </w:rPr>
        <w:t>καὶ ὕδωρ ἐξήγαγε, καὶ ἐκ ζωῆς νεκρὸν γέγονε. φθαρτὸν δέ ἐστι πᾶν τὸ τοῦ θανάτου δεκτικὸν, καὶ ζωῆς χωριστικόν. φθορὰ δὲ φύσεως ἐστὶν, ὥς φησιν ὁ τὰ θεῖα πολὺς Διονύσιος, ἀσθένειά τε καὶ ἔλλειψις τῶν φυσικῶν ἕξεών τε καὶ ἐνερ‐</w:t>
      </w:r>
    </w:p>
    <w:p>
      <w:r>
        <w:rPr>
          <w:rFonts w:ascii="Courier New" w:hAnsi="Courier New"/>
          <w:color w:val="555555"/>
          <w:sz w:val="20"/>
        </w:rPr>
        <w:t>[20]</w:t>
      </w:r>
    </w:p>
    <w:p>
      <w:r>
        <w:rPr>
          <w:rFonts w:ascii="Gentium Plus" w:hAnsi="Gentium Plus"/>
          <w:sz w:val="24"/>
        </w:rPr>
        <w:t>γειῶν καὶ δυνάμεων. τινὲς δὲ εἶπον, ὅτι δυνά‐ μει μὲν φθαρτὸν ἦν τὸ πανάγιον σῶμα τοῦ Χριστοῦ, τουτέστι δεκτικὸν φθορᾶς· ἐνεργείᾳ δὲ διετηρήθη ἐν τῷ μνήματι ὑπὸ τῆς θεότητος τοῦ λόγου ἄφθαρτον. φθορὰ, λύσις τῆς συν‐</w:t>
      </w:r>
    </w:p>
    <w:p>
      <w:r>
        <w:rPr>
          <w:rFonts w:ascii="Courier New" w:hAnsi="Courier New"/>
          <w:color w:val="555555"/>
          <w:sz w:val="20"/>
        </w:rPr>
        <w:t>[25]</w:t>
      </w:r>
    </w:p>
    <w:p>
      <w:r>
        <w:rPr>
          <w:rFonts w:ascii="Gentium Plus" w:hAnsi="Gentium Plus"/>
          <w:sz w:val="24"/>
        </w:rPr>
        <w:t>εχείας τοῦ φυσικοῦ εἴδους. οὐ ταυτὸν δὲ φθορὰ καὶ φθαρτὴ οὐσία. ἡ μὲν γὰρ φθορὰ καὶ διά‐ λυσιν σημαίνει τῶν συντεθέντων καὶ ἡρμοσμέ‐ νων· ἡ δὲ φθαρτὴ οὐσία τὸ ὑποκείμενον δηλοῖ πρᾶγμα, ᾧ καὶ ἡ φθορὰ ἐνδεχομένως ἐπισυμ‐</w:t>
      </w:r>
    </w:p>
    <w:p>
      <w:r>
        <w:rPr>
          <w:rFonts w:ascii="Courier New" w:hAnsi="Courier New"/>
          <w:color w:val="555555"/>
          <w:sz w:val="20"/>
        </w:rPr>
        <w:t>[30]</w:t>
      </w:r>
    </w:p>
    <w:p>
      <w:r>
        <w:rPr>
          <w:rFonts w:ascii="Gentium Plus" w:hAnsi="Gentium Plus"/>
          <w:sz w:val="24"/>
        </w:rPr>
        <w:t>βαίνει.</w:t>
      </w:r>
    </w:p>
    <w:p>
      <w:pPr>
        <w:jc w:val="center"/>
      </w:pPr>
      <w:r>
        <w:rPr>
          <w:rFonts w:ascii="Gentium Plus" w:hAnsi="Gentium Plus"/>
          <w:b/>
          <w:sz w:val="24"/>
        </w:rPr>
        <w:t>(Οὐδέτερον.)</w:t>
      </w:r>
    </w:p>
    <w:p>
      <w:r>
        <w:rPr>
          <w:rFonts w:ascii="Courier New" w:hAnsi="Courier New"/>
          <w:color w:val="555555"/>
          <w:sz w:val="20"/>
        </w:rPr>
        <w:t>[32]</w:t>
      </w:r>
    </w:p>
    <w:p>
      <w:r>
        <w:rPr>
          <w:rFonts w:ascii="Gentium Plus" w:hAnsi="Gentium Plus"/>
          <w:sz w:val="24"/>
        </w:rPr>
        <w:t>Φθέγμα. Ὦρος ὁ Μιλήσιος δι’ ἑνὸς γ· ὁ δὲ Ἡρωδιανὸς διὰ δύο. καὶ ἴσως παρὰ τὸ φθέγ‐ γομαι.</w:t>
      </w:r>
    </w:p>
    <w:p>
      <w:r>
        <w:rPr>
          <w:rFonts w:ascii="Courier New" w:hAnsi="Courier New"/>
          <w:color w:val="555555"/>
          <w:sz w:val="20"/>
        </w:rPr>
        <w:t>[35]</w:t>
      </w:r>
    </w:p>
    <w:p>
      <w:r>
        <w:rPr>
          <w:rFonts w:ascii="Gentium Plus" w:hAnsi="Gentium Plus"/>
          <w:sz w:val="24"/>
        </w:rPr>
        <w:t>Φθιτόν. τὸ φθαρτόν. φθινόπωρον.</w:t>
      </w:r>
    </w:p>
    <w:p>
      <w:r>
        <w:rPr>
          <w:rFonts w:ascii="Courier New" w:hAnsi="Courier New"/>
          <w:color w:val="555555"/>
          <w:sz w:val="20"/>
        </w:rPr>
        <w:t>[phi 1808]</w:t>
      </w:r>
    </w:p>
    <w:p>
      <w:r>
        <w:rPr>
          <w:rFonts w:ascii="Gentium Plus" w:hAnsi="Gentium Plus"/>
          <w:sz w:val="24"/>
        </w:rPr>
        <w:t>†Φθινόπωρον. χρόνος, ἐν ᾧ τὸ ξηρὸν ἐπικρα‐ τεῖ.†</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Φθάνει. προϊκνεῖται· προλαμβάνει. παρὰ τὸ</w:t>
      </w:r>
    </w:p>
    <w:p>
      <w:r>
        <w:rPr>
          <w:rFonts w:ascii="Courier New" w:hAnsi="Courier New"/>
          <w:color w:val="555555"/>
          <w:sz w:val="20"/>
        </w:rPr>
        <w:t>[5]</w:t>
      </w:r>
    </w:p>
    <w:p>
      <w:r>
        <w:rPr>
          <w:rFonts w:ascii="Gentium Plus" w:hAnsi="Gentium Plus"/>
          <w:sz w:val="24"/>
        </w:rPr>
        <w:t>φθίνω. Φθάμενος. φθάσας. ἀπὸ τοῦ φθῶ, φθῆμι, ὁ παθητικὸς ἐνεστὼς φθάμαι. τὸ δὲ φθῶ ἀπὸ τοῦ φθίω, τὸ φθείρω. οἱ γὰρ καταλαμβάνον‐ τες φθείρουσι τὸν δρόμον, καὶ ἐλαττοῦσι τὸ</w:t>
      </w:r>
    </w:p>
    <w:p>
      <w:r>
        <w:rPr>
          <w:rFonts w:ascii="Courier New" w:hAnsi="Courier New"/>
          <w:color w:val="555555"/>
          <w:sz w:val="20"/>
        </w:rPr>
        <w:t>[10]</w:t>
      </w:r>
    </w:p>
    <w:p>
      <w:r>
        <w:rPr>
          <w:rFonts w:ascii="Gentium Plus" w:hAnsi="Gentium Plus"/>
          <w:sz w:val="24"/>
        </w:rPr>
        <w:t>καταλαμβάνειν. Φθάσαντα. ἐγγίσαντα. Φθαίῃσι. φθάσει. Φθέγγεσθαι. πλεονασμῷ τοῦ θ. ἔστι παρὰ τὸ φέγγος, ὅ ἐστι φῶς. παρὰ τὸ εἰς φῶς τὰ τοῦ</w:t>
      </w:r>
    </w:p>
    <w:p>
      <w:r>
        <w:rPr>
          <w:rFonts w:ascii="Courier New" w:hAnsi="Courier New"/>
          <w:color w:val="555555"/>
          <w:sz w:val="20"/>
        </w:rPr>
        <w:t>[15]</w:t>
      </w:r>
    </w:p>
    <w:p>
      <w:r>
        <w:rPr>
          <w:rFonts w:ascii="Gentium Plus" w:hAnsi="Gentium Plus"/>
          <w:sz w:val="24"/>
        </w:rPr>
        <w:t>νοῦ ἄγειν. Φθίω. τὸ φθείρω. Φθίνει. καὶ φθινύθω, τὸ φθείρω. Φθίμενος. πεφθαρκώς. ἀπὸ τοῦ φθίμι, ἡ με‐ τοχὴ φθίμενος.</w:t>
      </w:r>
    </w:p>
    <w:p>
      <w:r>
        <w:rPr>
          <w:rFonts w:ascii="Courier New" w:hAnsi="Courier New"/>
          <w:color w:val="555555"/>
          <w:sz w:val="20"/>
        </w:rPr>
        <w:t>[20]</w:t>
      </w:r>
    </w:p>
    <w:p>
      <w:r>
        <w:rPr>
          <w:rFonts w:ascii="Gentium Plus" w:hAnsi="Gentium Plus"/>
          <w:sz w:val="24"/>
        </w:rPr>
        <w:t>Φθῶ. τὸ καταλαμβάνω. Ὅμηρος· φθῆ σε τέλος θανάτοιο— ἀντὶ τοῦ καταλάβοι σε. Φθαρῇ. μετενεχθῇ. καὶ ὁ Ἀπόστολος· μή‐ πως φθαρῇ τὰ νοήματα ἡμῶν ἀπὸ τῆς ἁπλό‐</w:t>
      </w:r>
    </w:p>
    <w:p>
      <w:r>
        <w:rPr>
          <w:rFonts w:ascii="Courier New" w:hAnsi="Courier New"/>
          <w:color w:val="555555"/>
          <w:sz w:val="20"/>
        </w:rPr>
        <w:t>[25]</w:t>
      </w:r>
    </w:p>
    <w:p>
      <w:r>
        <w:rPr>
          <w:rFonts w:ascii="Gentium Plus" w:hAnsi="Gentium Plus"/>
          <w:sz w:val="24"/>
        </w:rPr>
        <w:t>τητος τῆς εἰς Χριστόν.</w:t>
      </w:r>
    </w:p>
    <w:p>
      <w:pPr>
        <w:jc w:val="center"/>
      </w:pPr>
      <w:r>
        <w:rPr>
          <w:rFonts w:ascii="Gentium Plus" w:hAnsi="Gentium Plus"/>
          <w:b/>
          <w:sz w:val="24"/>
        </w:rPr>
        <w:t>Τὸ Φ μετὰ τοῦ Ι.</w:t>
      </w:r>
    </w:p>
    <w:p>
      <w:pPr>
        <w:jc w:val="center"/>
      </w:pPr>
      <w:r>
        <w:rPr>
          <w:rFonts w:ascii="Gentium Plus" w:hAnsi="Gentium Plus"/>
          <w:b/>
          <w:sz w:val="24"/>
        </w:rPr>
        <w:t>(Ἀρσενικόν.)</w:t>
      </w:r>
    </w:p>
    <w:p>
      <w:r>
        <w:rPr>
          <w:rFonts w:ascii="Courier New" w:hAnsi="Courier New"/>
          <w:color w:val="555555"/>
          <w:sz w:val="20"/>
        </w:rPr>
        <w:t>[28]</w:t>
      </w:r>
    </w:p>
    <w:p>
      <w:r>
        <w:rPr>
          <w:rFonts w:ascii="Gentium Plus" w:hAnsi="Gentium Plus"/>
          <w:sz w:val="24"/>
        </w:rPr>
        <w:t>Φιαρός. ὁ λαμπρός. παρὰ τὸ φάος. καὶ φιαρή. φιαρὴ τῆμος ἄνεσχεν ἕως.</w:t>
      </w:r>
    </w:p>
    <w:p>
      <w:r>
        <w:rPr>
          <w:rFonts w:ascii="Courier New" w:hAnsi="Courier New"/>
          <w:color w:val="555555"/>
          <w:sz w:val="20"/>
        </w:rPr>
        <w:t>[30]</w:t>
      </w:r>
    </w:p>
    <w:p>
      <w:r>
        <w:rPr>
          <w:rFonts w:ascii="Gentium Plus" w:hAnsi="Gentium Plus"/>
          <w:sz w:val="24"/>
        </w:rPr>
        <w:t>Φιλομειδής. ὁ φιλόγελως. Φιλαπεχθήμων. ὁ ἔχων πρὸς τοὺς φίλους μι‐ σητῶς.</w:t>
      </w:r>
    </w:p>
    <w:p>
      <w:r>
        <w:rPr>
          <w:rFonts w:ascii="Courier New" w:hAnsi="Courier New"/>
          <w:color w:val="555555"/>
          <w:sz w:val="20"/>
        </w:rPr>
        <w:t>[phi 1809]</w:t>
      </w:r>
    </w:p>
    <w:p>
      <w:r>
        <w:rPr>
          <w:rFonts w:ascii="Gentium Plus" w:hAnsi="Gentium Plus"/>
          <w:sz w:val="24"/>
        </w:rPr>
        <w:t>Φιλέταιρος. ὁ τοὺς φίλους ἀγαπῶν. Φιλέψιος. κύριον, ἢ καὶ ὁ φιλοπαίγμων. ἔψια γὰρ τὰ ἀπὸ λόγων παίγνια. Φίλοιφος. ὁ πόρνος.</w:t>
      </w:r>
    </w:p>
    <w:p>
      <w:r>
        <w:rPr>
          <w:rFonts w:ascii="Courier New" w:hAnsi="Courier New"/>
          <w:color w:val="555555"/>
          <w:sz w:val="20"/>
        </w:rPr>
        <w:t>[5]</w:t>
      </w:r>
    </w:p>
    <w:p>
      <w:r>
        <w:rPr>
          <w:rFonts w:ascii="Gentium Plus" w:hAnsi="Gentium Plus"/>
          <w:sz w:val="24"/>
        </w:rPr>
        <w:t>Φιλοπότης. ὁ φιλῶν πότους καὶ συμπόσια. φι‐ λοπώτης δὲ, ὁ φιλῶν πολλὰ πίνειν, μέγα. Φίλαυτος. ὁ κενόδοξος· ὁ ἑαυτὸν δῆθεν φιλῶν καὶ πάντα πράττων ἑαυτοῦ χάριν. καὶ φιλαυ‐ τία, ἡ τοῦ σώματος ἄλογος φιλία. τὸ φίλαυ‐</w:t>
      </w:r>
    </w:p>
    <w:p>
      <w:r>
        <w:rPr>
          <w:rFonts w:ascii="Courier New" w:hAnsi="Courier New"/>
          <w:color w:val="555555"/>
          <w:sz w:val="20"/>
        </w:rPr>
        <w:t>[10]</w:t>
      </w:r>
    </w:p>
    <w:p>
      <w:r>
        <w:rPr>
          <w:rFonts w:ascii="Gentium Plus" w:hAnsi="Gentium Plus"/>
          <w:sz w:val="24"/>
        </w:rPr>
        <w:t>τος καὶ φιλαυτία παρ’ οὐδενὶ τῶν ἐλλογίμων. οὐκ οἶδας, τί λέγεις, ἄνθρωπε. τίς γὰρ ἐλλο‐ γιμώτερος τοῦ μεγάλου Βασιλείου ἢ τοῦ ἁγίου Μαξίμου; Φιμός. ὁ χαλινός. παρὰ τὸ σφίγγω, σφιγγὸς,</w:t>
      </w:r>
    </w:p>
    <w:p>
      <w:r>
        <w:rPr>
          <w:rFonts w:ascii="Courier New" w:hAnsi="Courier New"/>
          <w:color w:val="555555"/>
          <w:sz w:val="20"/>
        </w:rPr>
        <w:t>[15]</w:t>
      </w:r>
    </w:p>
    <w:p>
      <w:r>
        <w:rPr>
          <w:rFonts w:ascii="Gentium Plus" w:hAnsi="Gentium Plus"/>
          <w:sz w:val="24"/>
        </w:rPr>
        <w:t>σφιγμὸς καὶ φιμός. Φινεές. κύριον. Φίσκος. δημόσιον ταμιεῖον. Φιτρός. ὁ κορμός. παρὰ τὸ φυτὸν φυτερὸς καὶ φιτρὸς τροπῇ τοῦ υ εἰς ι.</w:t>
      </w:r>
    </w:p>
    <w:p>
      <w:r>
        <w:rPr>
          <w:rFonts w:ascii="Courier New" w:hAnsi="Courier New"/>
          <w:color w:val="555555"/>
          <w:sz w:val="20"/>
        </w:rPr>
        <w:t>[20]</w:t>
      </w:r>
    </w:p>
    <w:p>
      <w:r>
        <w:rPr>
          <w:rFonts w:ascii="Gentium Plus" w:hAnsi="Gentium Plus"/>
          <w:sz w:val="24"/>
        </w:rPr>
        <w:t>Φιλήδονοι. οἱ ἀντικαταλλασσόμενοι τοῦ θείου πό‐ θου τὸ αἰσχρόν. ὁ Ἀπόστολος· φιλήδονοι μᾶλλον ἢ φιλόθεοι. Φίλος. παρὰ τὸ πίνω πίνος καὶ φίλος.</w:t>
      </w:r>
    </w:p>
    <w:p>
      <w:pPr>
        <w:jc w:val="center"/>
      </w:pPr>
      <w:r>
        <w:rPr>
          <w:rFonts w:ascii="Gentium Plus" w:hAnsi="Gentium Plus"/>
          <w:b/>
          <w:sz w:val="24"/>
        </w:rPr>
        <w:t>(Θηλυκόν.)</w:t>
      </w:r>
    </w:p>
    <w:p>
      <w:r>
        <w:rPr>
          <w:rFonts w:ascii="Courier New" w:hAnsi="Courier New"/>
          <w:color w:val="555555"/>
          <w:sz w:val="20"/>
        </w:rPr>
        <w:t>[25]</w:t>
      </w:r>
    </w:p>
    <w:p>
      <w:r>
        <w:rPr>
          <w:rFonts w:ascii="Gentium Plus" w:hAnsi="Gentium Plus"/>
          <w:sz w:val="24"/>
        </w:rPr>
        <w:t>Φιάλη. τὸ ποτήριον.</w:t>
      </w:r>
    </w:p>
    <w:p>
      <w:r>
        <w:rPr>
          <w:rFonts w:ascii="Courier New" w:hAnsi="Courier New"/>
          <w:color w:val="555555"/>
          <w:sz w:val="20"/>
        </w:rPr>
        <w:t>[phi 1810]</w:t>
      </w:r>
    </w:p>
    <w:p>
      <w:r>
        <w:rPr>
          <w:rFonts w:ascii="Gentium Plus" w:hAnsi="Gentium Plus"/>
          <w:sz w:val="24"/>
        </w:rPr>
        <w:t>Φιλαδέλφεια. πόλις. φιλαδελφία δὲ, ι. Φιλοτησία. δεξίωσις, φιλία. ἢ ἡνίκα τις ἐν ἀρίστῳ ἀπὸ τῆς δοθείσης αὐτῷ φιάλης πιὼν, τὸ λοιπὸν παράσχοι φίλῳ, καὶ τὴν φιάλην χαρι‐</w:t>
      </w:r>
    </w:p>
    <w:p>
      <w:r>
        <w:rPr>
          <w:rFonts w:ascii="Courier New" w:hAnsi="Courier New"/>
          <w:color w:val="555555"/>
          <w:sz w:val="20"/>
        </w:rPr>
        <w:t>[5]</w:t>
      </w:r>
    </w:p>
    <w:p>
      <w:r>
        <w:rPr>
          <w:rFonts w:ascii="Gentium Plus" w:hAnsi="Gentium Plus"/>
          <w:sz w:val="24"/>
        </w:rPr>
        <w:t>σάμενος. Φιλοτιμία. δωρεά. λέγεται καὶ ἡ μεγαλοψυχία. ἢ ἡ κενοδοξία. ἀπὸ τοῦ φιλεῖν τὴν τιμήν. Φιλοπονία. ἡ σπουδαία ἐργασία. Φιλοφροσύνη. δεξίωσις.</w:t>
      </w:r>
    </w:p>
    <w:p>
      <w:r>
        <w:rPr>
          <w:rFonts w:ascii="Courier New" w:hAnsi="Courier New"/>
          <w:color w:val="555555"/>
          <w:sz w:val="20"/>
        </w:rPr>
        <w:t>[10]</w:t>
      </w:r>
    </w:p>
    <w:p>
      <w:r>
        <w:rPr>
          <w:rFonts w:ascii="Gentium Plus" w:hAnsi="Gentium Plus"/>
          <w:sz w:val="24"/>
        </w:rPr>
        <w:t>Φιλομήλα. ὄνομα ἰχθύος. Φίλυρα. τόπος. καὶ φυτὸν ἔχον φλοιὸν βίβλῳ παπύρου ὅμοιον. †Φιλόστοργοι. φιλίαν τηροῦντες.† Φιάλη. παρὰ τὸ πίνω, [κατὰ μετάθεσιν τοῦ π</w:t>
      </w:r>
    </w:p>
    <w:p>
      <w:r>
        <w:rPr>
          <w:rFonts w:ascii="Courier New" w:hAnsi="Courier New"/>
          <w:color w:val="555555"/>
          <w:sz w:val="20"/>
        </w:rPr>
        <w:t>[15]</w:t>
      </w:r>
    </w:p>
    <w:p>
      <w:r>
        <w:rPr>
          <w:rFonts w:ascii="Gentium Plus" w:hAnsi="Gentium Plus"/>
          <w:sz w:val="24"/>
        </w:rPr>
        <w:t>εἰς φ, πιάλη τὶς οὖσα.]</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Φιδίτειον. τόπος. [Φιδίτια δὲ, ἑορτὴ, ἰῶτα.] [Φιλομήλιον. τόπος.]</w:t>
      </w:r>
    </w:p>
    <w:p>
      <w:r>
        <w:rPr>
          <w:rFonts w:ascii="Courier New" w:hAnsi="Courier New"/>
          <w:color w:val="555555"/>
          <w:sz w:val="20"/>
        </w:rPr>
        <w:t>[20]</w:t>
      </w:r>
    </w:p>
    <w:p>
      <w:r>
        <w:rPr>
          <w:rFonts w:ascii="Gentium Plus" w:hAnsi="Gentium Plus"/>
          <w:sz w:val="24"/>
        </w:rPr>
        <w:t>Φιλητόν. ἀγαπητὸν, ἀγαθόν· ἡδύ· χρήσιμον. Φίκιον. ὄρος. Φιμινάλια. βρακία. περίσκελλα. Φίτυμα. γέννημα. καὶ φίτυσις. Φίλτρον. ἀπὸ τοῦ φίλω, βαρυτόνως, φίλτρον.</w:t>
      </w:r>
    </w:p>
    <w:p>
      <w:r>
        <w:rPr>
          <w:rFonts w:ascii="Courier New" w:hAnsi="Courier New"/>
          <w:color w:val="555555"/>
          <w:sz w:val="20"/>
        </w:rPr>
        <w:t>[25]</w:t>
      </w:r>
    </w:p>
    <w:p>
      <w:r>
        <w:rPr>
          <w:rFonts w:ascii="Gentium Plus" w:hAnsi="Gentium Plus"/>
          <w:sz w:val="24"/>
        </w:rPr>
        <w:t>ἢ ἀπὸ τοῦ φιλῶ, φίλητρον, καὶ ἐν συγκοπῇ</w:t>
      </w:r>
    </w:p>
    <w:p>
      <w:r>
        <w:rPr>
          <w:rFonts w:ascii="Courier New" w:hAnsi="Courier New"/>
          <w:color w:val="555555"/>
          <w:sz w:val="20"/>
        </w:rPr>
        <w:t>[phi 1811]</w:t>
      </w:r>
    </w:p>
    <w:p>
      <w:r>
        <w:rPr>
          <w:rFonts w:ascii="Gentium Plus" w:hAnsi="Gentium Plus"/>
          <w:sz w:val="24"/>
        </w:rPr>
        <w:t>Φίλτερον. ἀπὸ τοῦ φίλος, φιλώτερος, ἐξ οὗ καὶ τὸ θηλυκὸν φιλωτέρα, τὸ οὐδέτερον φιλώ‐ τερον, καὶ κατὰ συγκοπὴν φίλτερον. πᾶν δὲ συγ‐ κριτικὸν εἰς ρος λῆγον ὑπὲρ δύο συλλαβάς ἐστι.</w:t>
      </w:r>
    </w:p>
    <w:p>
      <w:r>
        <w:rPr>
          <w:rFonts w:ascii="Courier New" w:hAnsi="Courier New"/>
          <w:color w:val="555555"/>
          <w:sz w:val="20"/>
        </w:rPr>
        <w:t>[5]</w:t>
      </w:r>
    </w:p>
    <w:p>
      <w:r>
        <w:rPr>
          <w:rFonts w:ascii="Gentium Plus" w:hAnsi="Gentium Plus"/>
          <w:sz w:val="24"/>
        </w:rPr>
        <w:t>τὸ μέντοι φίλτερον, καίτοι ὑπὲρ δύο συλλαβὰς ὂν, διαφωνεῖ ὡς πρὸς τὰ συγκριτικά. Φιλόσοφον καὶ φιλοσοφία. ἠθῶν κατόρθω‐ σις μετὰ δόξης τῆς περὶ τῶν ὄντων εὐσεβοῦς. Φίλον, φίλος καὶ φιλία. φίλον ἐστὶ τὸ προσ‐</w:t>
      </w:r>
    </w:p>
    <w:p>
      <w:r>
        <w:rPr>
          <w:rFonts w:ascii="Courier New" w:hAnsi="Courier New"/>
          <w:color w:val="555555"/>
          <w:sz w:val="20"/>
        </w:rPr>
        <w:t>[10]</w:t>
      </w:r>
    </w:p>
    <w:p>
      <w:r>
        <w:rPr>
          <w:rFonts w:ascii="Gentium Plus" w:hAnsi="Gentium Plus"/>
          <w:sz w:val="24"/>
        </w:rPr>
        <w:t>φιλές· φίλος δὲ ὁ βουλευόμενος καὶ πράττων τὰ ἀγαθὰ τῷ φίλῳ, ἢ τὰ φαινόμενα ἐκείνου ἕνεκα, ἢ ὁ συναλγῶν καὶ συγχαίρων τῷ φίλῳ, ἢ ὁ φιλῶν καὶ ἀντιφιλούμενος. φίλος δὲ εἴρηται ἀπὸ τοῦ γινομένου κατὰ τὸ φιλεῖν ἤχου. τὴν</w:t>
      </w:r>
    </w:p>
    <w:p>
      <w:r>
        <w:rPr>
          <w:rFonts w:ascii="Courier New" w:hAnsi="Courier New"/>
          <w:color w:val="555555"/>
          <w:sz w:val="20"/>
        </w:rPr>
        <w:t>[15]</w:t>
      </w:r>
    </w:p>
    <w:p>
      <w:r>
        <w:rPr>
          <w:rFonts w:ascii="Gentium Plus" w:hAnsi="Gentium Plus"/>
          <w:sz w:val="24"/>
        </w:rPr>
        <w:t>φιλίαν οἱ παλαιοὶ εἰς τρία τινὰ διείλοντο εἴδη. καὶ τὸ μὲν αὐτῆς διὰ τὸ ἡδύ· τὸ δὲ διὰ τὸ χρή‐ σιμον· τὸ δὲ δι’ αὐτὸ τὸ καλὸν εἶπον συνίστα‐ σθαι. καὶ τὰ μὲν δύο τῆς φιλίας εἴδη, τῆς τε διὰ τὸ ἡδὺ καὶ τὸ χρήσιμον, μὴ πάνυ συμπαρα‐</w:t>
      </w:r>
    </w:p>
    <w:p>
      <w:r>
        <w:rPr>
          <w:rFonts w:ascii="Courier New" w:hAnsi="Courier New"/>
          <w:color w:val="555555"/>
          <w:sz w:val="20"/>
        </w:rPr>
        <w:t>[20]</w:t>
      </w:r>
    </w:p>
    <w:p>
      <w:r>
        <w:rPr>
          <w:rFonts w:ascii="Gentium Plus" w:hAnsi="Gentium Plus"/>
          <w:sz w:val="24"/>
        </w:rPr>
        <w:t>μένειν. καὶ εἰκότως· τῶν γὰρ φιλητῶν ἐκλελοι‐ πότων, τοιαῦτα γὰρ πάντα τῆς ῥοῆς ἔκγονα, ἀνάγκη τούτοις καὶ τὴν φιλίαν συνδιαλύεσθαι. τὴν δέ γε διὰ τὸ καλὸν φιλίαν, ἐπειδὴ μόνιμον τῷ φιλητῷ συμπαρεκτείνεσθαι πάντως ἀκόλου‐</w:t>
      </w:r>
    </w:p>
    <w:p>
      <w:r>
        <w:rPr>
          <w:rFonts w:ascii="Courier New" w:hAnsi="Courier New"/>
          <w:color w:val="555555"/>
          <w:sz w:val="20"/>
        </w:rPr>
        <w:t>[25]</w:t>
      </w:r>
    </w:p>
    <w:p>
      <w:r>
        <w:rPr>
          <w:rFonts w:ascii="Gentium Plus" w:hAnsi="Gentium Plus"/>
          <w:sz w:val="24"/>
        </w:rPr>
        <w:t>θον.</w:t>
      </w:r>
    </w:p>
    <w:p>
      <w:r>
        <w:rPr>
          <w:rFonts w:ascii="Courier New" w:hAnsi="Courier New"/>
          <w:color w:val="555555"/>
          <w:sz w:val="20"/>
        </w:rPr>
        <w:t>[phi 1812]</w:t>
      </w:r>
    </w:p>
    <w:p>
      <w:r>
        <w:rPr>
          <w:rFonts w:ascii="Gentium Plus" w:hAnsi="Gentium Plus"/>
          <w:sz w:val="24"/>
        </w:rPr>
        <w:t>δέ ἐστι τὸ σκοτεινόν. οὕτω καὶ τοῦτο κατὰ τὴν ἐκφώνησιν κακόφωνόν ἐστι.</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Φιλοφρονηθῆναι. δεξιωθῆναι.</w:t>
      </w:r>
    </w:p>
    <w:p>
      <w:r>
        <w:rPr>
          <w:rFonts w:ascii="Courier New" w:hAnsi="Courier New"/>
          <w:color w:val="555555"/>
          <w:sz w:val="20"/>
        </w:rPr>
        <w:t>[5]</w:t>
      </w:r>
    </w:p>
    <w:p>
      <w:r>
        <w:rPr>
          <w:rFonts w:ascii="Gentium Plus" w:hAnsi="Gentium Plus"/>
          <w:sz w:val="24"/>
        </w:rPr>
        <w:t>Φιλοκρινεῖ. δικάζει, καὶ ἐξετάζει περιέργως. Φιλοτιμεῖται. ἐπιδαψιλεύεται· μεγαλοφρονεῖ· σπουδάζει· ἀγαπᾷ. Φιλοσοφεῖν. σπουδάζειν. ἢ πονεῖν. ἢ ἡσυχάζειν. Φιλεῖ. ἀγαπᾷ. καὶ ἀντὶ τοῦ τέρπεται.</w:t>
      </w:r>
    </w:p>
    <w:p>
      <w:r>
        <w:rPr>
          <w:rFonts w:ascii="Courier New" w:hAnsi="Courier New"/>
          <w:color w:val="555555"/>
          <w:sz w:val="20"/>
        </w:rPr>
        <w:t>[10]</w:t>
      </w:r>
    </w:p>
    <w:p>
      <w:r>
        <w:rPr>
          <w:rFonts w:ascii="Gentium Plus" w:hAnsi="Gentium Plus"/>
          <w:sz w:val="24"/>
        </w:rPr>
        <w:t>φιλεῖ γάρ πως. Φίλαι. ἀντὶ τοῦ φιλοφρόνησον καὶ φίλησον. Ὅμη‐ ρος· —νῦν αὖτέ με φίλαι, Ἀθήνη. Φιτύω. τὸ γεννῶ καὶ τὸ φυτεύω. ἀπὸ τοῦ φυ‐</w:t>
      </w:r>
    </w:p>
    <w:p>
      <w:r>
        <w:rPr>
          <w:rFonts w:ascii="Courier New" w:hAnsi="Courier New"/>
          <w:color w:val="555555"/>
          <w:sz w:val="20"/>
        </w:rPr>
        <w:t>[15]</w:t>
      </w:r>
    </w:p>
    <w:p>
      <w:r>
        <w:rPr>
          <w:rFonts w:ascii="Gentium Plus" w:hAnsi="Gentium Plus"/>
          <w:sz w:val="24"/>
        </w:rPr>
        <w:t>τεύω κατὰ ἀποβολὴν τοῦ ε τοῦ ἐν τῇ παραλη‐ γούσῃ, καὶ τροπῇ τοῦ υ εἰς ι τοῦ ἐν τῇ ἀρ‐ χούσῃ. Φιλοτιμούμεθα. ἢ σπουδάζομεν, ἢ καυχώμεθα. οὕτως ὁ Ἀπόστολος· διὸ καὶ φιλοτιμούμεθα,</w:t>
      </w:r>
    </w:p>
    <w:p>
      <w:r>
        <w:rPr>
          <w:rFonts w:ascii="Courier New" w:hAnsi="Courier New"/>
          <w:color w:val="555555"/>
          <w:sz w:val="20"/>
        </w:rPr>
        <w:t>[20]</w:t>
      </w:r>
    </w:p>
    <w:p>
      <w:r>
        <w:rPr>
          <w:rFonts w:ascii="Gentium Plus" w:hAnsi="Gentium Plus"/>
          <w:sz w:val="24"/>
        </w:rPr>
        <w:t>εἴτε ἐνδημοῦντες εἴτε ἐκδημοῦντες.</w:t>
      </w:r>
    </w:p>
    <w:p>
      <w:pPr>
        <w:jc w:val="center"/>
      </w:pPr>
      <w:r>
        <w:rPr>
          <w:rFonts w:ascii="Gentium Plus" w:hAnsi="Gentium Plus"/>
          <w:b/>
          <w:sz w:val="24"/>
        </w:rPr>
        <w:t>Τὸ Φ μετὰ τοῦ Λ.</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Φλαμίνιος. ὄνομα κύριον. Φλεγίας. ὄνομα ἀετοῦ.</w:t>
      </w:r>
    </w:p>
    <w:p>
      <w:r>
        <w:rPr>
          <w:rFonts w:ascii="Courier New" w:hAnsi="Courier New"/>
          <w:color w:val="555555"/>
          <w:sz w:val="20"/>
        </w:rPr>
        <w:t>[25]</w:t>
      </w:r>
    </w:p>
    <w:p>
      <w:r>
        <w:rPr>
          <w:rFonts w:ascii="Gentium Plus" w:hAnsi="Gentium Plus"/>
          <w:sz w:val="24"/>
        </w:rPr>
        <w:t>Φλεγύας. ἐθνικόν. καὶ Φλέγυες.</w:t>
      </w:r>
    </w:p>
    <w:p>
      <w:r>
        <w:rPr>
          <w:rFonts w:ascii="Courier New" w:hAnsi="Courier New"/>
          <w:color w:val="555555"/>
          <w:sz w:val="20"/>
        </w:rPr>
        <w:t>[phi 1813]</w:t>
      </w:r>
    </w:p>
    <w:p>
      <w:r>
        <w:rPr>
          <w:rFonts w:ascii="Gentium Plus" w:hAnsi="Gentium Plus"/>
          <w:sz w:val="24"/>
        </w:rPr>
        <w:t>Φλήναφος. φλύαρος μωρολόγος. παρὰ τὸ φλύω, τὸ ἀναζέω. [—ἀνὰ δ’ ἔφλυε καλὰ ῥέεθρα. φλέω οὖν καὶ φλύω, ὡς ῥέω, ῥύω, ἐξ οὗ καὶ</w:t>
      </w:r>
    </w:p>
    <w:p>
      <w:r>
        <w:rPr>
          <w:rFonts w:ascii="Courier New" w:hAnsi="Courier New"/>
          <w:color w:val="555555"/>
          <w:sz w:val="20"/>
        </w:rPr>
        <w:t>[5]</w:t>
      </w:r>
    </w:p>
    <w:p>
      <w:r>
        <w:rPr>
          <w:rFonts w:ascii="Gentium Plus" w:hAnsi="Gentium Plus"/>
          <w:sz w:val="24"/>
        </w:rPr>
        <w:t>ῥύσις καὶ ῥύαξ. παρὰ δὲ τὸ φλέω γίνεται φλε‐ νὸς ὄνομα, ὡς τέρπνω, τερπνὸς, καὶ μεταθέσει τοῦ ε εἰς η φληνὸς, τοῦτο δὲ προσλαβὼν τὸ φῶ ῥῆμα, ὃ σημαίνει τὸ λέγω, ἀφ’ οὗ τὸ φημὶ, ἀποδείκνυσι ῥῆμα, τὸ φληναφῶ, ὄνομα δὲ, τὸ</w:t>
      </w:r>
    </w:p>
    <w:p>
      <w:r>
        <w:rPr>
          <w:rFonts w:ascii="Courier New" w:hAnsi="Courier New"/>
          <w:color w:val="555555"/>
          <w:sz w:val="20"/>
        </w:rPr>
        <w:t>[10]</w:t>
      </w:r>
    </w:p>
    <w:p>
      <w:r>
        <w:rPr>
          <w:rFonts w:ascii="Gentium Plus" w:hAnsi="Gentium Plus"/>
          <w:sz w:val="24"/>
        </w:rPr>
        <w:t>φλήναφος.] Φλογμός. καῦμα. Φλοῖσβος. ἡ ταραχή. καὶ ὁ ἦχος τῆς θαλάσ‐ σης. καὶ φλοισμὸς ὁμοίως. Φλοιός. τὸ φλούδιον.</w:t>
      </w:r>
    </w:p>
    <w:p>
      <w:r>
        <w:rPr>
          <w:rFonts w:ascii="Courier New" w:hAnsi="Courier New"/>
          <w:color w:val="555555"/>
          <w:sz w:val="20"/>
        </w:rPr>
        <w:t>[15]</w:t>
      </w:r>
    </w:p>
    <w:p>
      <w:r>
        <w:rPr>
          <w:rFonts w:ascii="Gentium Plus" w:hAnsi="Gentium Plus"/>
          <w:sz w:val="24"/>
        </w:rPr>
        <w:t>Φλόνος. φυτόν. καὶ φλῶμος, βοτάνη, ᾗ καὶ ἀντὶ τοῦ ἐλλυχνίου χρῶνται. ἡ αὐτὴ δὲ καὶ θρυαλλίς. Αἰλιανός· ἐμβαλὼν δὲ εἰς τὴν λί‐ μνην φλώμου φύλλα ἢ κάρυα, ἀπώλεσε τοὺς γυρίνους ὁ τῶν μελισσῶν δεσπότης ῥᾷστα.</w:t>
      </w:r>
    </w:p>
    <w:p>
      <w:r>
        <w:rPr>
          <w:rFonts w:ascii="Courier New" w:hAnsi="Courier New"/>
          <w:color w:val="555555"/>
          <w:sz w:val="20"/>
        </w:rPr>
        <w:t>[20]</w:t>
      </w:r>
    </w:p>
    <w:p>
      <w:r>
        <w:rPr>
          <w:rFonts w:ascii="Gentium Plus" w:hAnsi="Gentium Plus"/>
          <w:sz w:val="24"/>
        </w:rPr>
        <w:t>Φλῶρος, Φλωράτιος καὶ Φλωρέντιος. ὀνό‐ ματα κύρια. Φλογμός. ἡ φλεγμονὴ παρὰ τῷ Γαληνῷ. φησὶ δὲ καὶ ὁ Ψελλός· φλογμός ἐστιν ἡ φλεγμονὴ,</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Φλέβες. ἀπὸ τοῦ τὸν χυμωδέστερον χυμὸν πε‐ ριέχειν, τουτέστι τοῦ αἵματος. φλέβες οὖν πα‐ ρὰ τὸ δι’ αὐτῶν βαίνειν τὸ φλογῶδες.</w:t>
      </w:r>
    </w:p>
    <w:p>
      <w:r>
        <w:rPr>
          <w:rFonts w:ascii="Courier New" w:hAnsi="Courier New"/>
          <w:color w:val="555555"/>
          <w:sz w:val="20"/>
        </w:rPr>
        <w:t>[5]</w:t>
      </w:r>
    </w:p>
    <w:p>
      <w:r>
        <w:rPr>
          <w:rFonts w:ascii="Gentium Plus" w:hAnsi="Gentium Plus"/>
          <w:sz w:val="24"/>
        </w:rPr>
        <w:t>Φλεδονεία. πόλις. φλεδονεία καὶ ἡ φλυαρία, ἀπὸ τοῦ φλεδονεύω. φλεδονεία καὶ φλεδονεύε‐ ται ἀπὸ τοῦ φλύω. καὶ φλεδὼν, ἡ φλυαρία, ἀπὸ τοῦ φλέω, ὃ καὶ φλύω λέγεται. Φλιοῦς. πόλις.</w:t>
      </w:r>
    </w:p>
    <w:p>
      <w:r>
        <w:rPr>
          <w:rFonts w:ascii="Courier New" w:hAnsi="Courier New"/>
          <w:color w:val="555555"/>
          <w:sz w:val="20"/>
        </w:rPr>
        <w:t>[10]</w:t>
      </w:r>
    </w:p>
    <w:p>
      <w:r>
        <w:rPr>
          <w:rFonts w:ascii="Gentium Plus" w:hAnsi="Gentium Plus"/>
          <w:sz w:val="24"/>
        </w:rPr>
        <w:t>Φλιά. παρὰ τὸ θλίβω, θλίψω, θλιὰ καὶ φλιά. ὡς θηρσὶ, [φηρσί.] φλιὰ δέ ἐστι τὸ πλάγιον τῆς θύρας. ἢ παραστὰς, ὅπου τὶς ἵσταται καὶ ἐπερείδεται. Φλόγειαι γλῶσσαι. φλόγιον δὲ, πῦρ, ι.</w:t>
      </w:r>
    </w:p>
    <w:p>
      <w:r>
        <w:rPr>
          <w:rFonts w:ascii="Courier New" w:hAnsi="Courier New"/>
          <w:color w:val="555555"/>
          <w:sz w:val="20"/>
        </w:rPr>
        <w:t>[15]</w:t>
      </w:r>
    </w:p>
    <w:p>
      <w:r>
        <w:rPr>
          <w:rFonts w:ascii="Gentium Plus" w:hAnsi="Gentium Plus"/>
          <w:sz w:val="24"/>
        </w:rPr>
        <w:t>Φλυκτίδες. τὸ ἀπὸ πυρὸς φύσημα. ὁ καλούμε‐ νος ἄνθραξ. ἢ ἡ ὄγκωσις. Φλύκταιναι. φυσαλίδες. ἢ τὰ ἐκ τοῦ ὑετοῦ γε‐ νόμενα οἰδήματα. Φλωρεντεία. πόλις. Φλωρεντία δὲ, κύριον, ἰῶτα.</w:t>
      </w:r>
    </w:p>
    <w:p>
      <w:r>
        <w:rPr>
          <w:rFonts w:ascii="Courier New" w:hAnsi="Courier New"/>
          <w:color w:val="555555"/>
          <w:sz w:val="20"/>
        </w:rPr>
        <w:t>[20]</w:t>
      </w:r>
    </w:p>
    <w:p>
      <w:r>
        <w:rPr>
          <w:rFonts w:ascii="Gentium Plus" w:hAnsi="Gentium Plus"/>
          <w:sz w:val="24"/>
        </w:rPr>
        <w:t>Φλεγμονή. ὄγκος πυρώδης, συῤῥυέντων ἐπὶ τὸ ἀσθενὲς μέρος τῶν ὑγρῶν καὶ τῇ παρὰ φύσιν θερμασίᾳ φλεγόντων τὸ πεπονθός.</w:t>
      </w:r>
    </w:p>
    <w:p>
      <w:pPr>
        <w:jc w:val="center"/>
      </w:pPr>
      <w:r>
        <w:rPr>
          <w:rFonts w:ascii="Gentium Plus" w:hAnsi="Gentium Plus"/>
          <w:b/>
          <w:sz w:val="24"/>
        </w:rPr>
        <w:t>(Οὐδέτερον.)</w:t>
      </w:r>
    </w:p>
    <w:p>
      <w:r>
        <w:rPr>
          <w:rFonts w:ascii="Courier New" w:hAnsi="Courier New"/>
          <w:color w:val="555555"/>
          <w:sz w:val="20"/>
        </w:rPr>
        <w:t>[24]</w:t>
      </w:r>
    </w:p>
    <w:p>
      <w:r>
        <w:rPr>
          <w:rFonts w:ascii="Gentium Plus" w:hAnsi="Gentium Plus"/>
          <w:sz w:val="24"/>
        </w:rPr>
        <w:t>Φλαῦρον. κοῦφον, ἢ τὸ μικρὸν κακόν. [φαῦλον</w:t>
      </w:r>
    </w:p>
    <w:p>
      <w:r>
        <w:rPr>
          <w:rFonts w:ascii="Courier New" w:hAnsi="Courier New"/>
          <w:color w:val="555555"/>
          <w:sz w:val="20"/>
        </w:rPr>
        <w:t>[25]</w:t>
      </w:r>
    </w:p>
    <w:p>
      <w:r>
        <w:rPr>
          <w:rFonts w:ascii="Gentium Plus" w:hAnsi="Gentium Plus"/>
          <w:sz w:val="24"/>
        </w:rPr>
        <w:t>δὲ, τὸ μέγα κακόν.]</w:t>
      </w:r>
    </w:p>
    <w:p>
      <w:r>
        <w:rPr>
          <w:rFonts w:ascii="Courier New" w:hAnsi="Courier New"/>
          <w:color w:val="555555"/>
          <w:sz w:val="20"/>
        </w:rPr>
        <w:t>[phi 1815]</w:t>
      </w:r>
    </w:p>
    <w:p>
      <w:r>
        <w:rPr>
          <w:rFonts w:ascii="Gentium Plus" w:hAnsi="Gentium Plus"/>
          <w:sz w:val="24"/>
        </w:rPr>
        <w:t>Φλέγμα. παρὰ τὸ φλέγω, φλέξω, φλέγμα κα‐ τὰ ἀντίφρασιν· ψυχρότατον γάρ ἐστι. †τὸ φλέγμα ἀναλογεῖ τῷ ὕδατι, ψυχρὸν ὂν καὶ ὑγρόν.†</w:t>
      </w:r>
    </w:p>
    <w:p>
      <w:r>
        <w:rPr>
          <w:rFonts w:ascii="Courier New" w:hAnsi="Courier New"/>
          <w:color w:val="555555"/>
          <w:sz w:val="20"/>
        </w:rPr>
        <w:t>[5]</w:t>
      </w:r>
    </w:p>
    <w:p>
      <w:r>
        <w:rPr>
          <w:rFonts w:ascii="Gentium Plus" w:hAnsi="Gentium Plus"/>
          <w:sz w:val="24"/>
        </w:rPr>
        <w:t>Φλέσιον. τόπος. Φλόγιον πῦρ. τὸ φλέγον. φλόγειον δὲ ἅρμα, καὶ φλόγειαι γλῶσσαι, δίφθογγον. Φλέγμα. ἡ πύρωσις. τοῦ Ψελλοῦ· τινὲς δὲ καὶ τὴν πύρωσιν ὀνομάζουσι φλέγμα.</w:t>
      </w:r>
    </w:p>
    <w:p>
      <w:r>
        <w:rPr>
          <w:rFonts w:ascii="Courier New" w:hAnsi="Courier New"/>
          <w:color w:val="555555"/>
          <w:sz w:val="20"/>
        </w:rPr>
        <w:t>[10]</w:t>
      </w:r>
    </w:p>
    <w:p>
      <w:r>
        <w:rPr>
          <w:rFonts w:ascii="Gentium Plus" w:hAnsi="Gentium Plus"/>
          <w:sz w:val="24"/>
        </w:rPr>
        <w:t>Φλᾷν. καταθλάττειν. Φλεβάζοντες. βρύοντες. ἀπὸ τοῦ φλέω. ἢ ἀπὸ τῶν φλεβῶν. Φλέγει. καίει καὶ φλέει. Φλεδονῶ. φλυαρῶ. καὶ φλεδονεύεται.</w:t>
      </w:r>
    </w:p>
    <w:p>
      <w:r>
        <w:rPr>
          <w:rFonts w:ascii="Courier New" w:hAnsi="Courier New"/>
          <w:color w:val="555555"/>
          <w:sz w:val="20"/>
        </w:rPr>
        <w:t>[15]</w:t>
      </w:r>
    </w:p>
    <w:p>
      <w:r>
        <w:rPr>
          <w:rFonts w:ascii="Gentium Plus" w:hAnsi="Gentium Plus"/>
          <w:sz w:val="24"/>
        </w:rPr>
        <w:t>Φλοιδούμενος. καιόμενος, βρασσόμενος. Φλύειν. καίειν, ἀναζεῖν. ὅθεν ἡ ἐκ θερμότητος ἀνάζεσις λέγεται φλυκτὸς, ὡς ἀπὸ τοῦ φλύω.</w:t>
      </w:r>
    </w:p>
    <w:p>
      <w:pPr>
        <w:jc w:val="center"/>
      </w:pPr>
      <w:r>
        <w:rPr>
          <w:rFonts w:ascii="Gentium Plus" w:hAnsi="Gentium Plus"/>
          <w:b/>
          <w:sz w:val="24"/>
        </w:rPr>
        <w:t>Τὸ Φ μετὰ τοῦ Ν.</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Φνί. κύριον. φνεὶ δὲ, μίμημα φωνῆς, δίφθογγον.</w:t>
      </w:r>
    </w:p>
    <w:p>
      <w:pPr>
        <w:jc w:val="center"/>
      </w:pPr>
      <w:r>
        <w:rPr>
          <w:rFonts w:ascii="Gentium Plus" w:hAnsi="Gentium Plus"/>
          <w:b/>
          <w:sz w:val="24"/>
        </w:rPr>
        <w:t>Τὸ Φ μετὰ τοῦ Ο.</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Φόβος. προσδοκία κακοῦ, ἢ συστολὴ δειλίας ἀπροσ‐</w:t>
      </w:r>
    </w:p>
    <w:p>
      <w:r>
        <w:rPr>
          <w:rFonts w:ascii="Courier New" w:hAnsi="Courier New"/>
          <w:color w:val="555555"/>
          <w:sz w:val="20"/>
        </w:rPr>
        <w:t>[phi 1816]</w:t>
      </w:r>
    </w:p>
    <w:p>
      <w:r>
        <w:rPr>
          <w:rFonts w:ascii="Gentium Plus" w:hAnsi="Gentium Plus"/>
          <w:sz w:val="24"/>
        </w:rPr>
        <w:t>πλημμελήμασι τιμωρίας προφυλακτικὴ ἐπὶ παρ‐ όντι κακῷ μεταμέλεια. ἰστέον, ὅτι διαιρεῖται ὁ φόβος εἰς ἕξ· εἰς ὄκνον· εἰς αἰδῶ· εἰς αἰσχύ‐ νην· εἰς κατάπληξιν· εἰς ἔκπληξιν, καὶ εἰς ἀγω‐</w:t>
      </w:r>
    </w:p>
    <w:p>
      <w:r>
        <w:rPr>
          <w:rFonts w:ascii="Courier New" w:hAnsi="Courier New"/>
          <w:color w:val="555555"/>
          <w:sz w:val="20"/>
        </w:rPr>
        <w:t>[5]</w:t>
      </w:r>
    </w:p>
    <w:p>
      <w:r>
        <w:rPr>
          <w:rFonts w:ascii="Gentium Plus" w:hAnsi="Gentium Plus"/>
          <w:sz w:val="24"/>
        </w:rPr>
        <w:t>νίαν. ὄκνος μὲν οὖν ἐστι φόβος μελλούσης ἐνερ‐ γείας· αἰδὼς δὲ φόβος ἐπὶ προσδοκίᾳ ψόγου· κάλλιστον δὲ τοῦτο τὸ πάθος· αἰσχύνη δὲ φό‐ βος ἐπὶ αἰσχρῷ πεπραγμένῳ· οὐδὲ τοῦτο ἀνέλ‐ πιστον εἰς σωτηρίαν· κατάπληξις δὲ φόβος</w:t>
      </w:r>
    </w:p>
    <w:p>
      <w:r>
        <w:rPr>
          <w:rFonts w:ascii="Courier New" w:hAnsi="Courier New"/>
          <w:color w:val="555555"/>
          <w:sz w:val="20"/>
        </w:rPr>
        <w:t>[10]</w:t>
      </w:r>
    </w:p>
    <w:p>
      <w:r>
        <w:rPr>
          <w:rFonts w:ascii="Gentium Plus" w:hAnsi="Gentium Plus"/>
          <w:sz w:val="24"/>
        </w:rPr>
        <w:t>ἐξ ἀσυνήθους φαντασίας· ἀγωνία δὲ φόβος δια‐ πτώσεως ἤγουν ἀποτυχίας· φοβούμενοι γὰρ ἀπο‐ τυχεῖν τῆς πράξεως ἀγωνιοῦμεν. Φοῖβος. ὁ Ἀπόλλων. ἢ μάντις. ἢ καθαρός. πα‐ ρὰ τὸ φάος καὶ τὸ βιός· ὅ ἐστιν ὁ λαμπρὸν τό‐</w:t>
      </w:r>
    </w:p>
    <w:p>
      <w:r>
        <w:rPr>
          <w:rFonts w:ascii="Courier New" w:hAnsi="Courier New"/>
          <w:color w:val="555555"/>
          <w:sz w:val="20"/>
        </w:rPr>
        <w:t>[15]</w:t>
      </w:r>
    </w:p>
    <w:p>
      <w:r>
        <w:rPr>
          <w:rFonts w:ascii="Gentium Plus" w:hAnsi="Gentium Plus"/>
          <w:sz w:val="24"/>
        </w:rPr>
        <w:t>ξον ἔχων. ἢ παρὰ τὸ φάος καὶ τὸν βίον. ἢ πα‐ ρὰ τὸ φοιβάζειν, ἤγουν μαντεύεσθαι. [οἱ δὲ παρὰ τὸ φοίβας, ὃ σημαίνει τὰς κόμας. καὶ Φοιβήϊος, καὶ Φοιβίδας, καὶ Φοιβιάδης.] Φοιδέρατος. ἀξίωμα.</w:t>
      </w:r>
    </w:p>
    <w:p>
      <w:r>
        <w:rPr>
          <w:rFonts w:ascii="Courier New" w:hAnsi="Courier New"/>
          <w:color w:val="555555"/>
          <w:sz w:val="20"/>
        </w:rPr>
        <w:t>[20]</w:t>
      </w:r>
    </w:p>
    <w:p>
      <w:r>
        <w:rPr>
          <w:rFonts w:ascii="Gentium Plus" w:hAnsi="Gentium Plus"/>
          <w:sz w:val="24"/>
        </w:rPr>
        <w:t>Φοιβόληπτος. ὁ μαινόμενος. Φοινικελίτης. ὁ ἀπατεών. Φοίνικες. πρότερον Φοίνικες ᾤκουν ἐν τῇ ἐρυθρᾷ θαλάσσῃ, κἀντεῦθεν αὐτοῖς τὸ Φοινίκων ὄνο‐ μα· φοινικῆ γὰρ τὴν χροιὰν ἀπὸ τῶν παρα‐</w:t>
      </w:r>
    </w:p>
    <w:p>
      <w:r>
        <w:rPr>
          <w:rFonts w:ascii="Courier New" w:hAnsi="Courier New"/>
          <w:color w:val="555555"/>
          <w:sz w:val="20"/>
        </w:rPr>
        <w:t>[25]</w:t>
      </w:r>
    </w:p>
    <w:p>
      <w:r>
        <w:rPr>
          <w:rFonts w:ascii="Gentium Plus" w:hAnsi="Gentium Plus"/>
          <w:sz w:val="24"/>
        </w:rPr>
        <w:t>κειμένων αὐτῇ πετρῶν πορφυρῶν οὐσῶν. διὸ καὶ</w:t>
      </w:r>
    </w:p>
    <w:p>
      <w:r>
        <w:rPr>
          <w:rFonts w:ascii="Courier New" w:hAnsi="Courier New"/>
          <w:color w:val="555555"/>
          <w:sz w:val="20"/>
        </w:rPr>
        <w:t>[phi 1817]</w:t>
      </w:r>
    </w:p>
    <w:p>
      <w:r>
        <w:rPr>
          <w:rFonts w:ascii="Gentium Plus" w:hAnsi="Gentium Plus"/>
          <w:sz w:val="24"/>
        </w:rPr>
        <w:t>ρίας τὰ κατὰ θάλασσαν κατασχόντες ὁμοίως ἐκαλοῦντο Φοίνικες, οὐκέτι δὲ ἐπωνύμως. παρὰ γοῦν τὸ φοινικὸν, τὸ ἐρυθρὸν ἢ πυῤῥὸν, γίνεται παρωνύμως Φοίνιξ.</w:t>
      </w:r>
    </w:p>
    <w:p>
      <w:r>
        <w:rPr>
          <w:rFonts w:ascii="Courier New" w:hAnsi="Courier New"/>
          <w:color w:val="555555"/>
          <w:sz w:val="20"/>
        </w:rPr>
        <w:t>[5]</w:t>
      </w:r>
    </w:p>
    <w:p>
      <w:r>
        <w:rPr>
          <w:rFonts w:ascii="Gentium Plus" w:hAnsi="Gentium Plus"/>
          <w:sz w:val="24"/>
        </w:rPr>
        <w:t>Φοινός. ἐρυθρός· πυῤῥός· φόνιος. ἢ μέλας. παρὰ τὸ φόνος φονὸς ὀξυτόνως, καὶ πλεονασμῷ τοῦ ι φοινός. Φοιτηταί. μαθηταί. Φολιδωτός. λεπιδωτός. φολιδωτὸς χιτών.</w:t>
      </w:r>
    </w:p>
    <w:p>
      <w:r>
        <w:rPr>
          <w:rFonts w:ascii="Courier New" w:hAnsi="Courier New"/>
          <w:color w:val="555555"/>
          <w:sz w:val="20"/>
        </w:rPr>
        <w:t>[10]</w:t>
      </w:r>
    </w:p>
    <w:p>
      <w:r>
        <w:rPr>
          <w:rFonts w:ascii="Gentium Plus" w:hAnsi="Gentium Plus"/>
          <w:sz w:val="24"/>
        </w:rPr>
        <w:t>Φολκός. ὁ στραβός. παρὰ τὸ τὰ φάη παρέλ‐ κεσθαι. Φοντήϊος. κύριον. Φόνος. ἀπὸ τῆς φυσήσεως καὶ τοῦ ἤχου τοῦ γε‐ νομένου ἐν τῇ χύσει τοῦ αἵματος. ἢ παρὰ τὸ</w:t>
      </w:r>
    </w:p>
    <w:p>
      <w:r>
        <w:rPr>
          <w:rFonts w:ascii="Courier New" w:hAnsi="Courier New"/>
          <w:color w:val="555555"/>
          <w:sz w:val="20"/>
        </w:rPr>
        <w:t>[15]</w:t>
      </w:r>
    </w:p>
    <w:p>
      <w:r>
        <w:rPr>
          <w:rFonts w:ascii="Gentium Plus" w:hAnsi="Gentium Plus"/>
          <w:sz w:val="24"/>
        </w:rPr>
        <w:t>φένω, τὸ φονεύω. Φοξίδας. κύριον. Φοξός. ὁ ὀξυκέφαλος. ἢ ὁ διεστραμμένος τὰ φάη, ἢ τῷ φάει. ἢ παρὰ τὸ [τὰ] ἐν τῷ φάει καὶ τῷ πυρὶ ἐστραμμένα ἀγγεῖα ἐν τῷ ὀπτᾶ‐</w:t>
      </w:r>
    </w:p>
    <w:p>
      <w:r>
        <w:rPr>
          <w:rFonts w:ascii="Courier New" w:hAnsi="Courier New"/>
          <w:color w:val="555555"/>
          <w:sz w:val="20"/>
        </w:rPr>
        <w:t>[20]</w:t>
      </w:r>
    </w:p>
    <w:p>
      <w:r>
        <w:rPr>
          <w:rFonts w:ascii="Gentium Plus" w:hAnsi="Gentium Plus"/>
          <w:sz w:val="24"/>
        </w:rPr>
        <w:t>σθαι εἴρηται. ἀπὸ τῶν κεραμεικῶν ἀγγείων τῶν ἐν τῇ καμίνῳ ἀπὸ τοῦ φωτὸς ὠξυμμένων, καθά φησι καὶ Σιμωνίδης· αὕτη δὲ φοξόχειλος Ἀργείη κύλιξ. Φορολόγος. ἀπαιτητής.</w:t>
      </w:r>
    </w:p>
    <w:p>
      <w:r>
        <w:rPr>
          <w:rFonts w:ascii="Courier New" w:hAnsi="Courier New"/>
          <w:color w:val="555555"/>
          <w:sz w:val="20"/>
        </w:rPr>
        <w:t>[25]</w:t>
      </w:r>
    </w:p>
    <w:p>
      <w:r>
        <w:rPr>
          <w:rFonts w:ascii="Gentium Plus" w:hAnsi="Gentium Plus"/>
          <w:sz w:val="24"/>
        </w:rPr>
        <w:t>Φόρτος. γόμος.</w:t>
      </w:r>
    </w:p>
    <w:p>
      <w:r>
        <w:rPr>
          <w:rFonts w:ascii="Courier New" w:hAnsi="Courier New"/>
          <w:color w:val="555555"/>
          <w:sz w:val="20"/>
        </w:rPr>
        <w:t>[phi 1818]</w:t>
      </w:r>
    </w:p>
    <w:p>
      <w:r>
        <w:rPr>
          <w:rFonts w:ascii="Gentium Plus" w:hAnsi="Gentium Plus"/>
          <w:sz w:val="24"/>
        </w:rPr>
        <w:t>Φορμός. ὁ καλαθίσκος. ἢ ψίαθος. καὶ φορμί‐ σκος. ἢ φορμίσκος τὸ σχοινίον. οἶμαι δὲ, τὸ ἐκ παπύρων λέγουσιν ἢ βρύλλων ἢ φοινίκων. Φόρκυς. δαίμων θαλάσσιος. παρὰ τὸ φέρεσθαι</w:t>
      </w:r>
    </w:p>
    <w:p>
      <w:r>
        <w:rPr>
          <w:rFonts w:ascii="Courier New" w:hAnsi="Courier New"/>
          <w:color w:val="555555"/>
          <w:sz w:val="20"/>
        </w:rPr>
        <w:t>[5]</w:t>
      </w:r>
    </w:p>
    <w:p>
      <w:r>
        <w:rPr>
          <w:rFonts w:ascii="Gentium Plus" w:hAnsi="Gentium Plus"/>
          <w:sz w:val="24"/>
        </w:rPr>
        <w:t>ὠκέως. ὡς καὶ Νηρέα παρὰ τὸ ῥᾳδίως ῥεῖν. Φοινήεις. φονευτικός. καὶ φοῖτος, ἡ μανία, καὶ φοιτόληπτος, ὁ μαινόμενος. Φοινικιστής. ὁ βαφεύς. Φοῖνιξ. τὸ δένδρον.</w:t>
      </w:r>
    </w:p>
    <w:p>
      <w:r>
        <w:rPr>
          <w:rFonts w:ascii="Courier New" w:hAnsi="Courier New"/>
          <w:color w:val="555555"/>
          <w:sz w:val="20"/>
        </w:rPr>
        <w:t>[10]</w:t>
      </w:r>
    </w:p>
    <w:p>
      <w:r>
        <w:rPr>
          <w:rFonts w:ascii="Gentium Plus" w:hAnsi="Gentium Plus"/>
          <w:sz w:val="24"/>
        </w:rPr>
        <w:t>Φόνον. τὴν μέχρι ἀναιρήσεως κίνησιν λέγει ὁ Ἀπόστολος· μεστοὺς φθόνου, φόνου.</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Φόβη. ἡ θρὶξ τῆς κεφαλῆς. παρὰ τὸ φοβεροὺς εἶναι τοὺς κομῶντας· οἱ γὰρ παλαιοὶ τῶν ἀν‐</w:t>
      </w:r>
    </w:p>
    <w:p>
      <w:r>
        <w:rPr>
          <w:rFonts w:ascii="Courier New" w:hAnsi="Courier New"/>
          <w:color w:val="555555"/>
          <w:sz w:val="20"/>
        </w:rPr>
        <w:t>[15]</w:t>
      </w:r>
    </w:p>
    <w:p>
      <w:r>
        <w:rPr>
          <w:rFonts w:ascii="Gentium Plus" w:hAnsi="Gentium Plus"/>
          <w:sz w:val="24"/>
        </w:rPr>
        <w:t>θρώπων οὕτω φοβερὰν ἐνόμιζον τὴν κόμην, ὥστε καὶ φόβην αὐτὴν προσηγόρευσαν. Φοβέστρα. ἡ ἄθλησις. Φοῖβαι. αἱ καθαραὶ καὶ λαμπραὶ τρίχες. [πα‐ ρὰ τὸ φάος καὶ τὸν φόβον. καὶ φοιβάδες αἱ κό‐</w:t>
      </w:r>
    </w:p>
    <w:p>
      <w:r>
        <w:rPr>
          <w:rFonts w:ascii="Courier New" w:hAnsi="Courier New"/>
          <w:color w:val="555555"/>
          <w:sz w:val="20"/>
        </w:rPr>
        <w:t>[20]</w:t>
      </w:r>
    </w:p>
    <w:p>
      <w:r>
        <w:rPr>
          <w:rFonts w:ascii="Gentium Plus" w:hAnsi="Gentium Plus"/>
          <w:sz w:val="24"/>
        </w:rPr>
        <w:t>μαι. ἔχει τὸ ι· ἀπὸ γὰρ τῆς φοιβαΐδος ἐστί.] Φοινίκη. ἡ Συρία ἀπὸ Φοίνικος τινὸς τὸ ὄνομα λαβοῦσα. Φοίνισσα. ἡ ἀπὸ Φοινίκης.</w:t>
      </w:r>
    </w:p>
    <w:p>
      <w:r>
        <w:rPr>
          <w:rFonts w:ascii="Courier New" w:hAnsi="Courier New"/>
          <w:color w:val="555555"/>
          <w:sz w:val="20"/>
        </w:rPr>
        <w:t>[phi 1819]</w:t>
      </w:r>
    </w:p>
    <w:p>
      <w:r>
        <w:rPr>
          <w:rFonts w:ascii="Gentium Plus" w:hAnsi="Gentium Plus"/>
          <w:sz w:val="24"/>
        </w:rPr>
        <w:t>Φοιτία. ἡ πορεία. ἀπὸ τοῦ φοιτῶ, τὸ παραγί‐ νομαι. φυτεία δὲ, ἡ φύτευσις, ψιλὸν καὶ δί‐ φθογγον. Φολίδες. αἱ λεπίδες τοῦ ὄφεως. παρὰ τὸ λέ‐</w:t>
      </w:r>
    </w:p>
    <w:p>
      <w:r>
        <w:rPr>
          <w:rFonts w:ascii="Courier New" w:hAnsi="Courier New"/>
          <w:color w:val="555555"/>
          <w:sz w:val="20"/>
        </w:rPr>
        <w:t>[5]</w:t>
      </w:r>
    </w:p>
    <w:p>
      <w:r>
        <w:rPr>
          <w:rFonts w:ascii="Gentium Plus" w:hAnsi="Gentium Plus"/>
          <w:sz w:val="24"/>
        </w:rPr>
        <w:t>πω, λεπὶς, ὑπερθέσει πολὶς, καὶ τροπῇ τοῦ π εἰς φ φολίς. καταχρηστικῶς δὲ καὶ τὰ μικρὰ πτερά. Φόναι. φόναι καλοῦνται οἱ τόποι, ἔνθα τινὲς ἀναιροῦνται.</w:t>
      </w:r>
    </w:p>
    <w:p>
      <w:r>
        <w:rPr>
          <w:rFonts w:ascii="Courier New" w:hAnsi="Courier New"/>
          <w:color w:val="555555"/>
          <w:sz w:val="20"/>
        </w:rPr>
        <w:t>[10]</w:t>
      </w:r>
    </w:p>
    <w:p>
      <w:r>
        <w:rPr>
          <w:rFonts w:ascii="Gentium Plus" w:hAnsi="Gentium Plus"/>
          <w:sz w:val="24"/>
        </w:rPr>
        <w:t>Φονεία. ἡ φόνευσις. φονῆα δὲ, τὸν φονέα, η. Φορά. κίνησις ἀπὸ τόπου εἰς τόπον. ἢ ἡ ὁρμή. †περιφορὰ δὲ, ἡ ἐν αὐτῷ τόπῳ ὁρμή.† Φορβάδων. νομάδων. Φορβειά. ὁ χαλινός. ἢ καπίστριον.</w:t>
      </w:r>
    </w:p>
    <w:p>
      <w:r>
        <w:rPr>
          <w:rFonts w:ascii="Courier New" w:hAnsi="Courier New"/>
          <w:color w:val="555555"/>
          <w:sz w:val="20"/>
        </w:rPr>
        <w:t>[15]</w:t>
      </w:r>
    </w:p>
    <w:p>
      <w:r>
        <w:rPr>
          <w:rFonts w:ascii="Gentium Plus" w:hAnsi="Gentium Plus"/>
          <w:sz w:val="24"/>
        </w:rPr>
        <w:t>Φορίνη. τὸ ἀνθρώπινον δέρμα. παρὰ Ἀντι‐ φῶντι. Φόρμιγξ. ἡ κιθάρα. παρὰ τὸ προηγεῖσθαι τῆς οἴμης, ὅ ἐστι τῆς ᾠδῆς, φόρμη καὶ φόρμιγξ. Φορτίς. ἡ φορταγωγὸς ναῦς. καὶ ὁ θεόλογος·</w:t>
      </w:r>
    </w:p>
    <w:p>
      <w:r>
        <w:rPr>
          <w:rFonts w:ascii="Courier New" w:hAnsi="Courier New"/>
          <w:color w:val="555555"/>
          <w:sz w:val="20"/>
        </w:rPr>
        <w:t>[20]</w:t>
      </w:r>
    </w:p>
    <w:p>
      <w:r>
        <w:rPr>
          <w:rFonts w:ascii="Gentium Plus" w:hAnsi="Gentium Plus"/>
          <w:sz w:val="24"/>
        </w:rPr>
        <w:t>πλήρης παιδεύσεως ἡ φορτίς. τοῦτο λέγει· πλή‐ ρης τῶν καλῶν ἀγωγίμων ἡ τοῦ ἁγίου Βασιλείου ψυχή.</w:t>
      </w:r>
    </w:p>
    <w:p>
      <w:pPr>
        <w:jc w:val="center"/>
      </w:pPr>
      <w:r>
        <w:rPr>
          <w:rFonts w:ascii="Gentium Plus" w:hAnsi="Gentium Plus"/>
          <w:b/>
          <w:sz w:val="24"/>
        </w:rPr>
        <w:t>(Οὐδέτερον.)</w:t>
      </w:r>
    </w:p>
    <w:p>
      <w:r>
        <w:rPr>
          <w:rFonts w:ascii="Courier New" w:hAnsi="Courier New"/>
          <w:color w:val="555555"/>
          <w:sz w:val="20"/>
        </w:rPr>
        <w:t>[24]</w:t>
      </w:r>
    </w:p>
    <w:p>
      <w:r>
        <w:rPr>
          <w:rFonts w:ascii="Gentium Plus" w:hAnsi="Gentium Plus"/>
          <w:sz w:val="24"/>
        </w:rPr>
        <w:t>Φοβερά. ὅσα ἐφ’ ἑτέρων γινόμενα ἢ μέλλοντα</w:t>
      </w:r>
    </w:p>
    <w:p>
      <w:r>
        <w:rPr>
          <w:rFonts w:ascii="Courier New" w:hAnsi="Courier New"/>
          <w:color w:val="555555"/>
          <w:sz w:val="20"/>
        </w:rPr>
        <w:t>[25]</w:t>
      </w:r>
    </w:p>
    <w:p>
      <w:r>
        <w:rPr>
          <w:rFonts w:ascii="Gentium Plus" w:hAnsi="Gentium Plus"/>
          <w:sz w:val="24"/>
        </w:rPr>
        <w:t>ἐλεεινά ἐστι.</w:t>
      </w:r>
    </w:p>
    <w:p>
      <w:r>
        <w:rPr>
          <w:rFonts w:ascii="Courier New" w:hAnsi="Courier New"/>
          <w:color w:val="555555"/>
          <w:sz w:val="20"/>
        </w:rPr>
        <w:t>[phi 1820]</w:t>
      </w:r>
    </w:p>
    <w:p>
      <w:r>
        <w:rPr>
          <w:rFonts w:ascii="Gentium Plus" w:hAnsi="Gentium Plus"/>
          <w:sz w:val="24"/>
        </w:rPr>
        <w:t>Φόβητρον. φόβημα. Φοινικοῦν. πυῤῥὸν ἢ μέλαν. Φοινικήϊα γράμματα. ἀπὸ Φοίνικος τοῦ Ἀγή‐ νορος τοῦ εὑρόντος αὐτά.</w:t>
      </w:r>
    </w:p>
    <w:p>
      <w:r>
        <w:rPr>
          <w:rFonts w:ascii="Courier New" w:hAnsi="Courier New"/>
          <w:color w:val="555555"/>
          <w:sz w:val="20"/>
        </w:rPr>
        <w:t>[5]</w:t>
      </w:r>
    </w:p>
    <w:p>
      <w:r>
        <w:rPr>
          <w:rFonts w:ascii="Gentium Plus" w:hAnsi="Gentium Plus"/>
          <w:sz w:val="24"/>
        </w:rPr>
        <w:t>Φορητόν. ὑπομονητικόν. φορυτὸς δὲ, τὸ πλῆθος, ψιλόν. Φορεῖον. τὸ †βάσταγμα τὸ† οὕτω λεγόμενον. φώ‐ ριον δὲ, κλέμμα, μέγα καὶ ι. Φοσσάτον. *ὁ στρατός.*</w:t>
      </w:r>
    </w:p>
    <w:p>
      <w:pPr>
        <w:jc w:val="center"/>
      </w:pPr>
      <w:r>
        <w:rPr>
          <w:rFonts w:ascii="Gentium Plus" w:hAnsi="Gentium Plus"/>
          <w:b/>
          <w:sz w:val="24"/>
        </w:rPr>
        <w:t>(Ῥῆμα.)</w:t>
      </w:r>
    </w:p>
    <w:p>
      <w:r>
        <w:rPr>
          <w:rFonts w:ascii="Courier New" w:hAnsi="Courier New"/>
          <w:color w:val="555555"/>
          <w:sz w:val="20"/>
        </w:rPr>
        <w:t>[11]</w:t>
      </w:r>
    </w:p>
    <w:p>
      <w:r>
        <w:rPr>
          <w:rFonts w:ascii="Gentium Plus" w:hAnsi="Gentium Plus"/>
          <w:sz w:val="24"/>
        </w:rPr>
        <w:t>Φοιτῶ. ὁρμῶ, παραγίνομαι. [ὡς παρὰ τὸ πόρος πορῶ καὶ πορεύομαι παράγωγον, οὕτω καὶ παρὰ τὸ ὁδὸς γίνεται ὁδῶ, καὶ τροπῇ τοῦ δ εἰς τ ὁτῶ, καὶ πλεονασμῷ τοῦ φ καὶ ι φοιτῶ.]</w:t>
      </w:r>
    </w:p>
    <w:p>
      <w:r>
        <w:rPr>
          <w:rFonts w:ascii="Courier New" w:hAnsi="Courier New"/>
          <w:color w:val="555555"/>
          <w:sz w:val="20"/>
        </w:rPr>
        <w:t>[15]</w:t>
      </w:r>
    </w:p>
    <w:p>
      <w:r>
        <w:rPr>
          <w:rFonts w:ascii="Gentium Plus" w:hAnsi="Gentium Plus"/>
          <w:sz w:val="24"/>
        </w:rPr>
        <w:t>Φοινίξαι. αἱμάξαι. πυρῶσαι. βάψαι. ἀπὸ τοῦ φοίνικος, ὅτι πυῤῥός ἐστιν. ἢ ἀπὸ τοῦ φόνου. Φοδέραι. ὀρύξαι. †Φολύνει. πιμπλᾷ.† †Φολύσσω. ἐξαλείφω.†</w:t>
      </w:r>
    </w:p>
    <w:p>
      <w:r>
        <w:rPr>
          <w:rFonts w:ascii="Courier New" w:hAnsi="Courier New"/>
          <w:color w:val="555555"/>
          <w:sz w:val="20"/>
        </w:rPr>
        <w:t>[20]</w:t>
      </w:r>
    </w:p>
    <w:p>
      <w:r>
        <w:rPr>
          <w:rFonts w:ascii="Gentium Plus" w:hAnsi="Gentium Plus"/>
          <w:sz w:val="24"/>
        </w:rPr>
        <w:t>Φονῶντες. φοινικῶς πνέοντες ἢ φρονοῦντες. φω‐ νοῦντες δὲ, ἀντὶ τοῦ βοῶντες, μέγα. Φορύνετο. τῷ αἵματι ἐφυρᾶτο, ἐμολύνετο. [καὶ</w:t>
      </w:r>
    </w:p>
    <w:p>
      <w:r>
        <w:rPr>
          <w:rFonts w:ascii="Courier New" w:hAnsi="Courier New"/>
          <w:color w:val="555555"/>
          <w:sz w:val="20"/>
        </w:rPr>
        <w:t>[phi 1821]</w:t>
      </w:r>
    </w:p>
    <w:p>
      <w:r>
        <w:rPr>
          <w:rFonts w:ascii="Gentium Plus" w:hAnsi="Gentium Plus"/>
          <w:sz w:val="24"/>
        </w:rPr>
        <w:t>Φορμοκοιτεῖν. τὸ ἐπὶ ψιάθου κεῖσθαι. Φόσαι. ὀρύξαι. Φουλκίζω. ....... Φόωντα. ψηλαφῶντα. οἱ δὲ λαμπρύνοντα. Ὅμη‐</w:t>
      </w:r>
    </w:p>
    <w:p>
      <w:r>
        <w:rPr>
          <w:rFonts w:ascii="Courier New" w:hAnsi="Courier New"/>
          <w:color w:val="555555"/>
          <w:sz w:val="20"/>
        </w:rPr>
        <w:t>[5]</w:t>
      </w:r>
    </w:p>
    <w:p>
      <w:r>
        <w:rPr>
          <w:rFonts w:ascii="Gentium Plus" w:hAnsi="Gentium Plus"/>
          <w:sz w:val="24"/>
        </w:rPr>
        <w:t>ρος· καὶ ἀγκύλα τόξα φόωντα.</w:t>
      </w:r>
    </w:p>
    <w:p>
      <w:pPr>
        <w:jc w:val="center"/>
      </w:pPr>
      <w:r>
        <w:rPr>
          <w:rFonts w:ascii="Gentium Plus" w:hAnsi="Gentium Plus"/>
          <w:b/>
          <w:sz w:val="24"/>
        </w:rPr>
        <w:t>(Ἐπίῤῥημα.)</w:t>
      </w:r>
    </w:p>
    <w:p>
      <w:r>
        <w:rPr>
          <w:rFonts w:ascii="Courier New" w:hAnsi="Courier New"/>
          <w:color w:val="555555"/>
          <w:sz w:val="20"/>
        </w:rPr>
        <w:t>[8]</w:t>
      </w:r>
    </w:p>
    <w:p>
      <w:r>
        <w:rPr>
          <w:rFonts w:ascii="Gentium Plus" w:hAnsi="Gentium Plus"/>
          <w:sz w:val="24"/>
        </w:rPr>
        <w:t>Φοράδην. φερόμενος· ὁρμητικῶς· ἢ βαστακτι‐ κῶς.</w:t>
      </w:r>
    </w:p>
    <w:p>
      <w:pPr>
        <w:jc w:val="center"/>
      </w:pPr>
      <w:r>
        <w:rPr>
          <w:rFonts w:ascii="Gentium Plus" w:hAnsi="Gentium Plus"/>
          <w:b/>
          <w:sz w:val="24"/>
        </w:rPr>
        <w:t>Τὸ Φ μετὰ τοῦ Ρ.</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Φράδμονος. τοῦ ἐμπείρου. Φράτορος. συγγενοῦς. Φράρης. κύριον.</w:t>
      </w:r>
    </w:p>
    <w:p>
      <w:r>
        <w:rPr>
          <w:rFonts w:ascii="Courier New" w:hAnsi="Courier New"/>
          <w:color w:val="555555"/>
          <w:sz w:val="20"/>
        </w:rPr>
        <w:t>[15]</w:t>
      </w:r>
    </w:p>
    <w:p>
      <w:r>
        <w:rPr>
          <w:rFonts w:ascii="Gentium Plus" w:hAnsi="Gentium Plus"/>
          <w:sz w:val="24"/>
        </w:rPr>
        <w:t>Φράτορες. διδάσκαλοι, πατέρες ἢ συγγενεῖς.</w:t>
      </w:r>
    </w:p>
    <w:p>
      <w:r>
        <w:rPr>
          <w:rFonts w:ascii="Courier New" w:hAnsi="Courier New"/>
          <w:color w:val="555555"/>
          <w:sz w:val="20"/>
        </w:rPr>
        <w:t>[phi 1822]</w:t>
      </w:r>
    </w:p>
    <w:p>
      <w:r>
        <w:rPr>
          <w:rFonts w:ascii="Gentium Plus" w:hAnsi="Gentium Plus"/>
          <w:sz w:val="24"/>
        </w:rPr>
        <w:t>κατὰ τὴν Ῥωμαίων διάλεκτον. οἶμαι δὲ παρὰ τὸ φατρία, ἢ παρὰ τὸ φράζειν. Φραγμός. καὶ ὁ νόμος. τὸν νόμον ἀεὶ εἴωθεν ἡ θεία γραφὴ καλεῖν φραγμόν. ὡς τό· τί διε‐</w:t>
      </w:r>
    </w:p>
    <w:p>
      <w:r>
        <w:rPr>
          <w:rFonts w:ascii="Courier New" w:hAnsi="Courier New"/>
          <w:color w:val="555555"/>
          <w:sz w:val="20"/>
        </w:rPr>
        <w:t>[5]</w:t>
      </w:r>
    </w:p>
    <w:p>
      <w:r>
        <w:rPr>
          <w:rFonts w:ascii="Gentium Plus" w:hAnsi="Gentium Plus"/>
          <w:sz w:val="24"/>
        </w:rPr>
        <w:t>κόπη διὰ σὲ φραγμός. περὶ τοῦ νέου δὲ λαοῦ τοῦτο φασὶν εἰρῆσθαι· παραγενόμενος γὰρ οὗ‐ τος τὸν νόμον κατέλυσε. †Φρενόλειπτος. ὁ ἀναίσθητος. ὁ δὲ φρόνιμος, η.†</w:t>
      </w:r>
    </w:p>
    <w:p>
      <w:r>
        <w:rPr>
          <w:rFonts w:ascii="Courier New" w:hAnsi="Courier New"/>
          <w:color w:val="555555"/>
          <w:sz w:val="20"/>
        </w:rPr>
        <w:t>[10]</w:t>
      </w:r>
    </w:p>
    <w:p>
      <w:r>
        <w:rPr>
          <w:rFonts w:ascii="Gentium Plus" w:hAnsi="Gentium Plus"/>
          <w:sz w:val="24"/>
        </w:rPr>
        <w:t>Φρεώρυξ καὶ φρεωρύχος. ὁ τὰ φρέατα ὀρύσ‐ σων. [φρεορύκτης δὲ, μικρόν.] Φρενήρης. φρόνιμος. καὶ ὁ παράφρων. Φρενόληπτος. ἀναίσθητος. †Φρικαλέων. περιφόβων.†</w:t>
      </w:r>
    </w:p>
    <w:p>
      <w:r>
        <w:rPr>
          <w:rFonts w:ascii="Courier New" w:hAnsi="Courier New"/>
          <w:color w:val="555555"/>
          <w:sz w:val="20"/>
        </w:rPr>
        <w:t>[15]</w:t>
      </w:r>
    </w:p>
    <w:p>
      <w:r>
        <w:rPr>
          <w:rFonts w:ascii="Gentium Plus" w:hAnsi="Gentium Plus"/>
          <w:sz w:val="24"/>
        </w:rPr>
        <w:t>Φριτηγέρνης. κύριον. Φριμαγμός. ὁ χρεμετισμός. Φριξότριχα. τὰς τρίχας ὀρθοῦντα.</w:t>
      </w:r>
    </w:p>
    <w:p>
      <w:r>
        <w:rPr>
          <w:rFonts w:ascii="Courier New" w:hAnsi="Courier New"/>
          <w:color w:val="555555"/>
          <w:sz w:val="20"/>
        </w:rPr>
        <w:t>[phi 1823]</w:t>
      </w:r>
    </w:p>
    <w:p>
      <w:r>
        <w:rPr>
          <w:rFonts w:ascii="Gentium Plus" w:hAnsi="Gentium Plus"/>
          <w:sz w:val="24"/>
        </w:rPr>
        <w:t>Φρόνιμος. φρῶ ἐστι ῥῆμα, ὅπερ ἀπὸ τοῦ προΐω γέγονε, πρῶ καὶ φρῶ κατὰ συγκοπὴν καὶ τρο‐ πήν· ἀφ’ οὗ ὄνομα ῥηματικὸν φρὼν, καὶ ἐν συν‐ θέσει σώφρων καὶ εὔφρων· οὗ παράγωγον φραί‐</w:t>
      </w:r>
    </w:p>
    <w:p>
      <w:r>
        <w:rPr>
          <w:rFonts w:ascii="Courier New" w:hAnsi="Courier New"/>
          <w:color w:val="555555"/>
          <w:sz w:val="20"/>
        </w:rPr>
        <w:t>[5]</w:t>
      </w:r>
    </w:p>
    <w:p>
      <w:r>
        <w:rPr>
          <w:rFonts w:ascii="Gentium Plus" w:hAnsi="Gentium Plus"/>
          <w:sz w:val="24"/>
        </w:rPr>
        <w:t>νω· ἐξ οὗ καὶ τὸ φρήν. τοῦ οὖν φρὼν ὀνόματος ἡ γενικὴ φρονὸς, οὗ παράγωγον φρόνιμος· καὶ ἡ φρόνις παρ’ Ὁμήρῳ· —κατὰ δὲ φρόνιν ἤγαγε πολλήν. ἐκ τοῦ φρόνησιν κατὰ συγκοπὴν φρόνιν. ὁ δὲ</w:t>
      </w:r>
    </w:p>
    <w:p>
      <w:r>
        <w:rPr>
          <w:rFonts w:ascii="Courier New" w:hAnsi="Courier New"/>
          <w:color w:val="555555"/>
          <w:sz w:val="20"/>
        </w:rPr>
        <w:t>[10]</w:t>
      </w:r>
    </w:p>
    <w:p>
      <w:r>
        <w:rPr>
          <w:rFonts w:ascii="Gentium Plus" w:hAnsi="Gentium Plus"/>
          <w:sz w:val="24"/>
        </w:rPr>
        <w:t>Μιλήσιος Ὦρος ἐκ τῆς φρὼν φρονὸς γενικῆς φρόνις, καὶ ἡ αἰτιατικὴ τὴν φρόνιν. Φρουρός. ὁ φύλαξ. παρὰ τὸ προορᾷν. Φρονιματίας. ὁ μωρός. Φρυαγμός. ἠχὴ τὶς ἀσημοτάτη, πνεύματι ῥα‐</w:t>
      </w:r>
    </w:p>
    <w:p>
      <w:r>
        <w:rPr>
          <w:rFonts w:ascii="Courier New" w:hAnsi="Courier New"/>
          <w:color w:val="555555"/>
          <w:sz w:val="20"/>
        </w:rPr>
        <w:t>[15]</w:t>
      </w:r>
    </w:p>
    <w:p>
      <w:r>
        <w:rPr>
          <w:rFonts w:ascii="Gentium Plus" w:hAnsi="Gentium Plus"/>
          <w:sz w:val="24"/>
        </w:rPr>
        <w:t>γδαίῳ συμμιγὴς, διὰ τῆς τῶν ἵππων καὶ ἡμιόνων ῥινὸς ἐκπίπτουσα. δρῶσι δὲ τοῦτο μάλιστα, ὅταν παραιτούμενοι ὦσι τὰς τῶν τιθασσευόντων θε‐ ραπείας. †Φρυμός. τὸ ζῶον.†</w:t>
      </w:r>
    </w:p>
    <w:p>
      <w:r>
        <w:rPr>
          <w:rFonts w:ascii="Courier New" w:hAnsi="Courier New"/>
          <w:color w:val="555555"/>
          <w:sz w:val="20"/>
        </w:rPr>
        <w:t>[20]</w:t>
      </w:r>
    </w:p>
    <w:p>
      <w:r>
        <w:rPr>
          <w:rFonts w:ascii="Gentium Plus" w:hAnsi="Gentium Plus"/>
          <w:sz w:val="24"/>
        </w:rPr>
        <w:t>Φρύνοι. οἱ βάτραχοι. Φράτηρ. παρὰ τὸ φράτωρ, ὃ σημαίνει τὸν ἀδελ‐ φόν. ἢ [παρὰ τὸ] πατὴρ, πράτηρ καὶ τροπῇ τοῦ π εἰς φ φράτηρ.</w:t>
      </w:r>
    </w:p>
    <w:p>
      <w:pPr>
        <w:jc w:val="center"/>
      </w:pPr>
      <w:r>
        <w:rPr>
          <w:rFonts w:ascii="Gentium Plus" w:hAnsi="Gentium Plus"/>
          <w:b/>
          <w:sz w:val="24"/>
        </w:rPr>
        <w:t>(Θηλυκόν.)</w:t>
      </w:r>
    </w:p>
    <w:p>
      <w:r>
        <w:rPr>
          <w:rFonts w:ascii="Courier New" w:hAnsi="Courier New"/>
          <w:color w:val="555555"/>
          <w:sz w:val="20"/>
        </w:rPr>
        <w:t>[25]</w:t>
      </w:r>
    </w:p>
    <w:p>
      <w:r>
        <w:rPr>
          <w:rFonts w:ascii="Gentium Plus" w:hAnsi="Gentium Plus"/>
          <w:sz w:val="24"/>
        </w:rPr>
        <w:t>Φράσις. ἑρμηνεία τὶς τῶν ἀσαφῶν. ὅθεν καὶ οἱ Σαδδουκαῖοι ἠρώτων τὸν κύριον φράσαι αὐτοῖς τὴν παραβολὴν ταύτην, ἤγουν ἑρμηνεῦσαι. εἴ‐ ρηται δὲ παρὰ τὸ φρῶ, ὅπερ ἐκ τοῦ προϊῶ. φρῶ οὖν τὸ φράζω, ὡς φοιτῶ φοιτάζω.</w:t>
      </w:r>
    </w:p>
    <w:p>
      <w:r>
        <w:rPr>
          <w:rFonts w:ascii="Courier New" w:hAnsi="Courier New"/>
          <w:color w:val="555555"/>
          <w:sz w:val="20"/>
        </w:rPr>
        <w:t>[30]</w:t>
      </w:r>
    </w:p>
    <w:p>
      <w:r>
        <w:rPr>
          <w:rFonts w:ascii="Gentium Plus" w:hAnsi="Gentium Plus"/>
          <w:sz w:val="24"/>
        </w:rPr>
        <w:t>Φραδμοσύνη. ἡ ἐμπειρία. Φρεατία. ἡ ὄρυξις.</w:t>
      </w:r>
    </w:p>
    <w:p>
      <w:r>
        <w:rPr>
          <w:rFonts w:ascii="Courier New" w:hAnsi="Courier New"/>
          <w:color w:val="555555"/>
          <w:sz w:val="20"/>
        </w:rPr>
        <w:t>[phi 1824]</w:t>
      </w:r>
    </w:p>
    <w:p>
      <w:r>
        <w:rPr>
          <w:rFonts w:ascii="Gentium Plus" w:hAnsi="Gentium Plus"/>
          <w:sz w:val="24"/>
        </w:rPr>
        <w:t>Φρήν. φρόνησις. νοῦς. ἀπὸ τοῦ προϊῶ, πρῶ καὶ φρῶ, φρὴν, ἀφ’ ἧς προΐεται τὰ βουλεύματα. Φρήτρα. φατρία· συγγένεια. φήτρα, καὶ πλεο‐ νασμῷ τοῦ ρ φρήτρα. καὶ φρήτρη κατὰ με‐</w:t>
      </w:r>
    </w:p>
    <w:p>
      <w:r>
        <w:rPr>
          <w:rFonts w:ascii="Courier New" w:hAnsi="Courier New"/>
          <w:color w:val="555555"/>
          <w:sz w:val="20"/>
        </w:rPr>
        <w:t>[5]</w:t>
      </w:r>
    </w:p>
    <w:p>
      <w:r>
        <w:rPr>
          <w:rFonts w:ascii="Gentium Plus" w:hAnsi="Gentium Plus"/>
          <w:sz w:val="24"/>
        </w:rPr>
        <w:t>τατροπήν. Φρίκη. τρόμος. Φρίξ. ἡ ἐξ ἐπιπολῆς κίνησις τοῦ τρόμου. ἢ φρί‐ κα τὴν ἐπιφάνειαν τοῦ ὕδατος. φρὶξ γὰρ ἡ εὐθεῖα. ἀπὸ τοῦ φρίξω μέλλοντος, ἀποβολῇ</w:t>
      </w:r>
    </w:p>
    <w:p>
      <w:r>
        <w:rPr>
          <w:rFonts w:ascii="Courier New" w:hAnsi="Courier New"/>
          <w:color w:val="555555"/>
          <w:sz w:val="20"/>
        </w:rPr>
        <w:t>[10]</w:t>
      </w:r>
    </w:p>
    <w:p>
      <w:r>
        <w:rPr>
          <w:rFonts w:ascii="Gentium Plus" w:hAnsi="Gentium Plus"/>
          <w:sz w:val="24"/>
        </w:rPr>
        <w:t>τοῦ ω, φρίξ. ὡς τὸ ἁρπάζω, ἁρπάξω, ἅρπαξ. Φρόνησις. ἀκρίβεια νοός. ἢ δεινότης τῶν συντει‐ νόντων πρὸς σωφρονισμὸν σκοποῦσα. ἢ ἀρετὴ τοῦ δοξαστικοῦ μέρους τῆς ψυχῆς. φρονήσεως μὲν ἔργον τὸ στρατηγεῖν πρὸς τὰς ἀντικειμένας</w:t>
      </w:r>
    </w:p>
    <w:p>
      <w:r>
        <w:rPr>
          <w:rFonts w:ascii="Courier New" w:hAnsi="Courier New"/>
          <w:color w:val="555555"/>
          <w:sz w:val="20"/>
        </w:rPr>
        <w:t>[15]</w:t>
      </w:r>
    </w:p>
    <w:p>
      <w:r>
        <w:rPr>
          <w:rFonts w:ascii="Gentium Plus" w:hAnsi="Gentium Plus"/>
          <w:sz w:val="24"/>
        </w:rPr>
        <w:t>δυνάμεις, καὶ τῶν μὲν ἀρετῶν ὑπερασπίζειν, πρὸς δὲ τὰς κακίας παρατάττεσθαι, τὰ δὲ μέ‐ σα πρὸς τοὺς καιροὺς διοικεῖν. φρόνησις δὲ εἴ‐ ρηται παρὰ τὸ φέρειν ὄνησιν. ἰστέον, ὅτι τέσσα‐ ρες ἀρεταί εἰσιν· φρόνησις, ἀνδρεία, σωφροσύνη</w:t>
      </w:r>
    </w:p>
    <w:p>
      <w:r>
        <w:rPr>
          <w:rFonts w:ascii="Courier New" w:hAnsi="Courier New"/>
          <w:color w:val="555555"/>
          <w:sz w:val="20"/>
        </w:rPr>
        <w:t>[20]</w:t>
      </w:r>
    </w:p>
    <w:p>
      <w:r>
        <w:rPr>
          <w:rFonts w:ascii="Gentium Plus" w:hAnsi="Gentium Plus"/>
          <w:sz w:val="24"/>
        </w:rPr>
        <w:t>καὶ δικαιοσύνη· ἃς καὶ μεμαθήκαμεν παρὰ τοῦ δικαίου Γρηγορίου. καὶ φρονήσεως μὲν ἔργον ἔλεγεν εἶναι τὸ θεωρεῖν τὰς νοερὰς καὶ ἁγίας δυνάμεις δίχα τῶν λόγων· τούτοις γὰρ ὑπὸ τῆς σοφίας μόνης δηλοῦσθαι παρέδωκεν. ἀνδρείας</w:t>
      </w:r>
    </w:p>
    <w:p>
      <w:r>
        <w:rPr>
          <w:rFonts w:ascii="Courier New" w:hAnsi="Courier New"/>
          <w:color w:val="555555"/>
          <w:sz w:val="20"/>
        </w:rPr>
        <w:t>[25]</w:t>
      </w:r>
    </w:p>
    <w:p>
      <w:r>
        <w:rPr>
          <w:rFonts w:ascii="Gentium Plus" w:hAnsi="Gentium Plus"/>
          <w:sz w:val="24"/>
        </w:rPr>
        <w:t>δὲ, τὸ ἐγκαρτερεῖν τοῖς ἀληθέσι, καὶ πολεμού‐ μενον μὴ ἐμβατεύειν εἰς τὰ μὴ ὄντα. τὸ δὲ παρὰ τοῦ πρώτου γεωργοῦ δέχεσθαι σπέρμα καὶ ἀπωθεῖσθαι τὸν ἐπισπορέα τῆς σωφροσύνης ἴδιον ἀπεκρίνατο. δικαιοσύνη δὲ, τὸ κατ’ ἀξίαν</w:t>
      </w:r>
    </w:p>
    <w:p>
      <w:r>
        <w:rPr>
          <w:rFonts w:ascii="Courier New" w:hAnsi="Courier New"/>
          <w:color w:val="555555"/>
          <w:sz w:val="20"/>
        </w:rPr>
        <w:t>[30]</w:t>
      </w:r>
    </w:p>
    <w:p>
      <w:r>
        <w:rPr>
          <w:rFonts w:ascii="Gentium Plus" w:hAnsi="Gentium Plus"/>
          <w:sz w:val="24"/>
        </w:rPr>
        <w:t>ἑκάστῳ λόγους ἀποδιδόναι, τὰ μὲν σκοτεινῶς ἀπαγγέλλουσα, τὰ δὲ δι’ αἰνιγμάτων σημαί‐ νουσαν, τὰ δὲ καὶ φανεροῦσαν πρὸς ἀσφάλειαν</w:t>
      </w:r>
    </w:p>
    <w:p>
      <w:r>
        <w:rPr>
          <w:rFonts w:ascii="Courier New" w:hAnsi="Courier New"/>
          <w:color w:val="555555"/>
          <w:sz w:val="20"/>
        </w:rPr>
        <w:t>[phi 1825]</w:t>
      </w:r>
    </w:p>
    <w:p>
      <w:r>
        <w:rPr>
          <w:rFonts w:ascii="Gentium Plus" w:hAnsi="Gentium Plus"/>
          <w:sz w:val="24"/>
        </w:rPr>
        <w:t>Φρυγανεία. ἡ ξυλεία, καὶ ἡ ξύλευσις. Φρυγία. χώρα. Φρυκτωρία. δᾳδουχία, λαμπαδουχία. εἴτουν φυ‐ λακὴ νυκτερινὴ, ἢ λαμπάς.</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Φραγέλιον. σειρὰ ἐκ σχοινίου πεπλεγμένη, ἣ καλεῖται μάστιξ. καὶ Φράγελοι, ἔθνος Ἰταλι‐ κόν. Φρέαρ. ἀπὸ τοῦ φρῶ, τὸ δὲ ἀπὸ τοῦ προϊῶ καὶ</w:t>
      </w:r>
    </w:p>
    <w:p>
      <w:r>
        <w:rPr>
          <w:rFonts w:ascii="Courier New" w:hAnsi="Courier New"/>
          <w:color w:val="555555"/>
          <w:sz w:val="20"/>
        </w:rPr>
        <w:t>[10]</w:t>
      </w:r>
    </w:p>
    <w:p>
      <w:r>
        <w:rPr>
          <w:rFonts w:ascii="Gentium Plus" w:hAnsi="Gentium Plus"/>
          <w:sz w:val="24"/>
        </w:rPr>
        <w:t>κατὰ συγκοπὴν καὶ τροπὴν τοῦ π εἰς φ πρῶ καὶ φρῶ. ὅθεν φρέαρ, ὡς σθένω, σθέναρ· πρόει‐ σι γὰρ τὴν τῶν ὑδάτων ῥύμην. καὶ φρείατα, τὰ φρέατα. Φροίμια. τὸ προοίμια.</w:t>
      </w:r>
    </w:p>
    <w:p>
      <w:r>
        <w:rPr>
          <w:rFonts w:ascii="Courier New" w:hAnsi="Courier New"/>
          <w:color w:val="555555"/>
          <w:sz w:val="20"/>
        </w:rPr>
        <w:t>[15]</w:t>
      </w:r>
    </w:p>
    <w:p>
      <w:r>
        <w:rPr>
          <w:rFonts w:ascii="Gentium Plus" w:hAnsi="Gentium Plus"/>
          <w:sz w:val="24"/>
        </w:rPr>
        <w:t>Φρόνημα. βούλημα. θέλημα. φρόνιμα δὲ ἐπὶ πληθυντικοῦ, ι. Φροντιστήριον. μοναστήριον, ἢ διατριβή. μο‐ ναστήριον οἱ Ἀττικοὶ σεμνεῖον καλοῦσι. Φροῦδα. ἀφανῆ· ἄφαντα. ἐκ τοῦ ὁδὸς καὶ τῆς</w:t>
      </w:r>
    </w:p>
    <w:p>
      <w:r>
        <w:rPr>
          <w:rFonts w:ascii="Courier New" w:hAnsi="Courier New"/>
          <w:color w:val="555555"/>
          <w:sz w:val="20"/>
        </w:rPr>
        <w:t>[20]</w:t>
      </w:r>
    </w:p>
    <w:p>
      <w:r>
        <w:rPr>
          <w:rFonts w:ascii="Gentium Plus" w:hAnsi="Gentium Plus"/>
          <w:sz w:val="24"/>
        </w:rPr>
        <w:t>πρὸ προθέσεως, πρόοδος, καὶ κατὰ συναλοιφὴν τῶν δύο οο προῦδος καὶ φροῦδος, ὁ προπορευό‐ μενος καὶ ἀφανὴς, ἤγουν ὁ μὴ φαινόμενος. Φρούριον. κάστρον, ὀχύρωμα. [οὐκ ἀπὸ τοῦ φρουρός·] φρουρεῖον γὰρ ἦν διὰ τῆς ει διφθόγ‐</w:t>
      </w:r>
    </w:p>
    <w:p>
      <w:r>
        <w:rPr>
          <w:rFonts w:ascii="Courier New" w:hAnsi="Courier New"/>
          <w:color w:val="555555"/>
          <w:sz w:val="20"/>
        </w:rPr>
        <w:t>[25]</w:t>
      </w:r>
    </w:p>
    <w:p>
      <w:r>
        <w:rPr>
          <w:rFonts w:ascii="Gentium Plus" w:hAnsi="Gentium Plus"/>
          <w:sz w:val="24"/>
        </w:rPr>
        <w:t>γου.</w:t>
      </w:r>
    </w:p>
    <w:p>
      <w:pPr>
        <w:jc w:val="center"/>
      </w:pPr>
      <w:r>
        <w:rPr>
          <w:rFonts w:ascii="Gentium Plus" w:hAnsi="Gentium Plus"/>
          <w:b/>
          <w:sz w:val="24"/>
        </w:rPr>
        <w:t>(Ῥῆμα.)</w:t>
      </w:r>
    </w:p>
    <w:p>
      <w:r>
        <w:rPr>
          <w:rFonts w:ascii="Courier New" w:hAnsi="Courier New"/>
          <w:color w:val="555555"/>
          <w:sz w:val="20"/>
        </w:rPr>
        <w:t>[2]</w:t>
      </w:r>
    </w:p>
    <w:p>
      <w:r>
        <w:rPr>
          <w:rFonts w:ascii="Gentium Plus" w:hAnsi="Gentium Plus"/>
          <w:sz w:val="24"/>
        </w:rPr>
        <w:t>Φράζω. ἐκ τοῦ φρῶ, ὅπερ ἐκ τοῦ προϊῶ. φρῶ οὖν τὸ φράζω. ὡς φοιτῶ φοιτάζω, καὶ βῶ βά‐ ζω, οὕτως οὖν καὶ φρῶ φράζω. τῶν γὰρ νοη‐</w:t>
      </w:r>
    </w:p>
    <w:p>
      <w:r>
        <w:rPr>
          <w:rFonts w:ascii="Courier New" w:hAnsi="Courier New"/>
          <w:color w:val="555555"/>
          <w:sz w:val="20"/>
        </w:rPr>
        <w:t>[5]</w:t>
      </w:r>
    </w:p>
    <w:p>
      <w:r>
        <w:rPr>
          <w:rFonts w:ascii="Gentium Plus" w:hAnsi="Gentium Plus"/>
          <w:sz w:val="24"/>
        </w:rPr>
        <w:t>θέντων ἔκδοσιν καὶ δεῖξιν διὰ τοῦ φράζεσθαι ποιούμεθα. Φράζω. τὸ λέγω. καὶ φράσαι τὸ ἑρμηνεῦσαι. [καὶ φράσαντος.] Φρεναπατᾶ. χλευάζει, διαπαίζει.</w:t>
      </w:r>
    </w:p>
    <w:p>
      <w:r>
        <w:rPr>
          <w:rFonts w:ascii="Courier New" w:hAnsi="Courier New"/>
          <w:color w:val="555555"/>
          <w:sz w:val="20"/>
        </w:rPr>
        <w:t>[10]</w:t>
      </w:r>
    </w:p>
    <w:p>
      <w:r>
        <w:rPr>
          <w:rFonts w:ascii="Gentium Plus" w:hAnsi="Gentium Plus"/>
          <w:sz w:val="24"/>
        </w:rPr>
        <w:t>Φρενιτιᾷ. Φριμάσσω. ἀναπηδῶ. χρεμετίζω. Φριμαγμένος. κολοβὸς τοῖς ἱματίοις. Φρίσσω. τὸ φοβοῦμαι. Φρίσσειν. κυρίως τὸ ἐξορθοῦν τὰς τρίχας. οἷον</w:t>
      </w:r>
    </w:p>
    <w:p>
      <w:r>
        <w:rPr>
          <w:rFonts w:ascii="Courier New" w:hAnsi="Courier New"/>
          <w:color w:val="555555"/>
          <w:sz w:val="20"/>
        </w:rPr>
        <w:t>[15]</w:t>
      </w:r>
    </w:p>
    <w:p>
      <w:r>
        <w:rPr>
          <w:rFonts w:ascii="Gentium Plus" w:hAnsi="Gentium Plus"/>
          <w:sz w:val="24"/>
        </w:rPr>
        <w:t>θρίσσειν καὶ φρίσσειν. παρὰ τὸ θρὶξ, τριχός. Φρονεῖν. σημαίνει καὶ τὸ νοεῖν, καὶ τὸ φρόνημα ἔχειν. Φρουρεῖ. φυλάσσει. †Φρυγόων. φεύγων.†</w:t>
      </w:r>
    </w:p>
    <w:p>
      <w:r>
        <w:rPr>
          <w:rFonts w:ascii="Courier New" w:hAnsi="Courier New"/>
          <w:color w:val="555555"/>
          <w:sz w:val="20"/>
        </w:rPr>
        <w:t>[20]</w:t>
      </w:r>
    </w:p>
    <w:p>
      <w:r>
        <w:rPr>
          <w:rFonts w:ascii="Gentium Plus" w:hAnsi="Gentium Plus"/>
          <w:sz w:val="24"/>
        </w:rPr>
        <w:t>Φρυκτωρῶ. λάμπω. Φρυάττειν. καταπλήττειν. Φρυασσόμενοι. ἐπαιρόμενοι. ἀπὸ τοῦ φρυάσσω ῥήματος. Φραγγελλωθῇς. μαστιχθῇς.</w:t>
      </w:r>
    </w:p>
    <w:p>
      <w:r>
        <w:rPr>
          <w:rFonts w:ascii="Courier New" w:hAnsi="Courier New"/>
          <w:color w:val="555555"/>
          <w:sz w:val="20"/>
        </w:rPr>
        <w:t>[25]</w:t>
      </w:r>
    </w:p>
    <w:p>
      <w:r>
        <w:rPr>
          <w:rFonts w:ascii="Gentium Plus" w:hAnsi="Gentium Plus"/>
          <w:sz w:val="24"/>
        </w:rPr>
        <w:t>Φρασάμενος. σκεψάμενος.</w:t>
      </w:r>
    </w:p>
    <w:p>
      <w:pPr>
        <w:jc w:val="center"/>
      </w:pPr>
      <w:r>
        <w:rPr>
          <w:rFonts w:ascii="Gentium Plus" w:hAnsi="Gentium Plus"/>
          <w:b/>
          <w:sz w:val="24"/>
        </w:rPr>
        <w:t>Τὸ Φ μετὰ τοῦ Υ.</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Φυλάσιοι. οἱ ἐμφύλιοι. Φυλέτης. ὁ ὁμογενής.</w:t>
      </w:r>
    </w:p>
    <w:p>
      <w:r>
        <w:rPr>
          <w:rFonts w:ascii="Courier New" w:hAnsi="Courier New"/>
          <w:color w:val="555555"/>
          <w:sz w:val="20"/>
        </w:rPr>
        <w:t>[5]</w:t>
      </w:r>
    </w:p>
    <w:p>
      <w:r>
        <w:rPr>
          <w:rFonts w:ascii="Gentium Plus" w:hAnsi="Gentium Plus"/>
          <w:sz w:val="24"/>
        </w:rPr>
        <w:t>†Φυλεύς. ἀλώπηξ.† †Φύλιψ. ἡ θρίξ.† Φύξηλις. ὁ φευγοπόλεμος. Φυτοκόμος. γεωργός· κηπωρός. Φυτοσκάφος. ὁ τὰ φυτὰ παρασκάπτων. φυ‐</w:t>
      </w:r>
    </w:p>
    <w:p>
      <w:r>
        <w:rPr>
          <w:rFonts w:ascii="Courier New" w:hAnsi="Courier New"/>
          <w:color w:val="555555"/>
          <w:sz w:val="20"/>
        </w:rPr>
        <w:t>[10]</w:t>
      </w:r>
    </w:p>
    <w:p>
      <w:r>
        <w:rPr>
          <w:rFonts w:ascii="Gentium Plus" w:hAnsi="Gentium Plus"/>
          <w:sz w:val="24"/>
        </w:rPr>
        <w:t>τόσκαφος δὲ, ἡ γῆ, ἡ τὰ φυτὰ ἐσκαμμένα ἔχουσα. Φυτάλμιος Ζεύς. φοιτάλμιος δὲ Ποσειδῶν, ὁ ἐν τῇ ἅλμῃ φοιτῶν, δίφθογγον. Φυλιστιείμ. τόπος.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Φυγαδέμνιος. ἡ παρθένος. ἀπὸ τοῦ φεύγειν τὰ δέμνια, ὅ ἐστι τὴν κοίτην καὶ τὴν στρω‐ μνήν.</w:t>
      </w:r>
    </w:p>
    <w:p>
      <w:r>
        <w:rPr>
          <w:rFonts w:ascii="Courier New" w:hAnsi="Courier New"/>
          <w:color w:val="555555"/>
          <w:sz w:val="20"/>
        </w:rPr>
        <w:t>[phi 1828]</w:t>
      </w:r>
    </w:p>
    <w:p>
      <w:r>
        <w:rPr>
          <w:rFonts w:ascii="Gentium Plus" w:hAnsi="Gentium Plus"/>
          <w:sz w:val="24"/>
        </w:rPr>
        <w:t>Φύζα. ἡ μετὰ δέους φυγή. ἀπὸ τοῦ φεύγειν. Φυή. ἡ βλάστησις. ἡ αὔξησις ἡλικίας. παρὰ τὸ φύω. Φύλοπις. ἡ μάχη. παρὰ τὸ ὁμοῦ τὰ φῦλα</w:t>
      </w:r>
    </w:p>
    <w:p>
      <w:r>
        <w:rPr>
          <w:rFonts w:ascii="Courier New" w:hAnsi="Courier New"/>
          <w:color w:val="555555"/>
          <w:sz w:val="20"/>
        </w:rPr>
        <w:t>[5]</w:t>
      </w:r>
    </w:p>
    <w:p>
      <w:r>
        <w:rPr>
          <w:rFonts w:ascii="Gentium Plus" w:hAnsi="Gentium Plus"/>
          <w:sz w:val="24"/>
        </w:rPr>
        <w:t>ἔχειν. οἷον φύλομις τὶς οὖσα, τροπῇ τοῦ μ εἰς π. Φύξις. ἡ φυγή. †Φύσα. ἀλώπηξ.† Φύσκη. τὸ παχὺ ἔντερον. ἡ γαστήρ. εἴρηται δὲ</w:t>
      </w:r>
    </w:p>
    <w:p>
      <w:r>
        <w:rPr>
          <w:rFonts w:ascii="Courier New" w:hAnsi="Courier New"/>
          <w:color w:val="555555"/>
          <w:sz w:val="20"/>
        </w:rPr>
        <w:t>[10]</w:t>
      </w:r>
    </w:p>
    <w:p>
      <w:r>
        <w:rPr>
          <w:rFonts w:ascii="Gentium Plus" w:hAnsi="Gentium Plus"/>
          <w:sz w:val="24"/>
        </w:rPr>
        <w:t>ἀπὸ τοῦ πεφυσῆσθαι πληρουμένου λίπους ἀλφί‐ των καὶ αἵματος. Φύσῃ. τῇ μητρί. καὶ φύσσῃ, τῇ κενοδοξίᾳ. Φυσίζωος. ἡ τὰ πρὸς τὸ ζῇν φέρουσα. παρ’ Ὁμήρῳ δὲ διὰ τοῦ ο μικροῦ γράφεται. σημαί‐</w:t>
      </w:r>
    </w:p>
    <w:p>
      <w:r>
        <w:rPr>
          <w:rFonts w:ascii="Courier New" w:hAnsi="Courier New"/>
          <w:color w:val="555555"/>
          <w:sz w:val="20"/>
        </w:rPr>
        <w:t>[15]</w:t>
      </w:r>
    </w:p>
    <w:p>
      <w:r>
        <w:rPr>
          <w:rFonts w:ascii="Gentium Plus" w:hAnsi="Gentium Plus"/>
          <w:sz w:val="24"/>
        </w:rPr>
        <w:t>νει δὲ καὶ ὄνομα τόπου. Φύσις. φύσις καὶ οὐσία καὶ μορφὴ ὁμοῦ ἡ αὐ‐ τή ἐστιν, ὡς ὑπόστασις καὶ πρόσωπον ταυτό ἐστι. καὶ ἡ μὲν οὐσία ἤτοι φύσις τὸ κοινὸν χα‐ ρακτηρίζει, ἡ δὲ ὑπόστασις ἤτοι τὸ πρόσωπον</w:t>
      </w:r>
    </w:p>
    <w:p>
      <w:r>
        <w:rPr>
          <w:rFonts w:ascii="Courier New" w:hAnsi="Courier New"/>
          <w:color w:val="555555"/>
          <w:sz w:val="20"/>
        </w:rPr>
        <w:t>[20]</w:t>
      </w:r>
    </w:p>
    <w:p>
      <w:r>
        <w:rPr>
          <w:rFonts w:ascii="Gentium Plus" w:hAnsi="Gentium Plus"/>
          <w:sz w:val="24"/>
        </w:rPr>
        <w:t>τὸ ἴδιον ἑκάστου σημαίνει. ὡς φέρω εἰπεῖν ἐπὶ</w:t>
      </w:r>
    </w:p>
    <w:p>
      <w:r>
        <w:rPr>
          <w:rFonts w:ascii="Courier New" w:hAnsi="Courier New"/>
          <w:color w:val="555555"/>
          <w:sz w:val="20"/>
        </w:rPr>
        <w:t>[phi 1829]</w:t>
      </w:r>
    </w:p>
    <w:p>
      <w:r>
        <w:rPr>
          <w:rFonts w:ascii="Gentium Plus" w:hAnsi="Gentium Plus"/>
          <w:sz w:val="24"/>
        </w:rPr>
        <w:t>ἀνθρώπων· Πέτρος καὶ Παῦλος μιᾶς καὶ τῆς αὐτῆς φύσεως, ὑποστάσεων δὲ διαφόρων· καὶ κοινωνοῦσι μὲν ἀλλήλοις κατὰ τὴν φύσιν, διαι‐ ροῦνται δὲ κατὰ τὰς ὑποστάσεις ἤτοι κατὰ τὰ</w:t>
      </w:r>
    </w:p>
    <w:p>
      <w:r>
        <w:rPr>
          <w:rFonts w:ascii="Courier New" w:hAnsi="Courier New"/>
          <w:color w:val="555555"/>
          <w:sz w:val="20"/>
        </w:rPr>
        <w:t>[5]</w:t>
      </w:r>
    </w:p>
    <w:p>
      <w:r>
        <w:rPr>
          <w:rFonts w:ascii="Gentium Plus" w:hAnsi="Gentium Plus"/>
          <w:sz w:val="24"/>
        </w:rPr>
        <w:t>πρόσωπα. ἡ φύσις ἐστὶ τὸ καθολικὸν πρᾶγμα καὶ περιεκτικὸν τῶν κατ’ αὐτὴν ὑποστάσεων. ἢ οὕτως· ἀληθὴς ὕπαρξις πραγμάτων, ὡς εἶναι οὐσίαν, φύσιν καὶ μορφὴν ἓν καὶ τὸ αὐτὸ πρᾶ‐ γμα. φύσεις δὲ ὁμολόγει ἐπὶ τῆς οἰκονομίας δύο,</w:t>
      </w:r>
    </w:p>
    <w:p>
      <w:r>
        <w:rPr>
          <w:rFonts w:ascii="Courier New" w:hAnsi="Courier New"/>
          <w:color w:val="555555"/>
          <w:sz w:val="20"/>
        </w:rPr>
        <w:t>[10]</w:t>
      </w:r>
    </w:p>
    <w:p>
      <w:r>
        <w:rPr>
          <w:rFonts w:ascii="Gentium Plus" w:hAnsi="Gentium Plus"/>
          <w:sz w:val="24"/>
        </w:rPr>
        <w:t>θεότητα καὶ ἀνθρωπότητα, ὡς εἶναι τὸν αὐτὸν θεὸν τέλειον καὶ ἄνθρωπον τέλειον. ὡσαύτως καὶ φυσικὰς θελήσεις καὶ ἐνεργείας ἐπὶ Χρι‐ στοῦ δύο ὁμολόγει, θεϊκὴν μίαν καὶ ἀνθρωπίνην μίαν. θέλημα δὲ θεϊκὸν, τὸ καθαίρειν τοὺς λε‐</w:t>
      </w:r>
    </w:p>
    <w:p>
      <w:r>
        <w:rPr>
          <w:rFonts w:ascii="Courier New" w:hAnsi="Courier New"/>
          <w:color w:val="555555"/>
          <w:sz w:val="20"/>
        </w:rPr>
        <w:t>[15]</w:t>
      </w:r>
    </w:p>
    <w:p>
      <w:r>
        <w:rPr>
          <w:rFonts w:ascii="Gentium Plus" w:hAnsi="Gentium Plus"/>
          <w:sz w:val="24"/>
        </w:rPr>
        <w:t>προὺς, ὡς τό· θέλω καθαρίσθητι. καὶ θέλημα ἀνθρώπινον, τὸ αἰτῆσαι πνεῖν, ὃ ἐπὶ τοῦ σταυ‐ ροῦ γέγονεν. ἐνέργεια πάλιν θεϊκὴ, τὸ σωθῆ‐ ναι πάντας ἀνθρώπους καὶ εἰς ἐπίγνωσιν ἀλη‐ θείας ἐλθεῖν· ἐνέργεια δὲ ἀνθρωπίνη, τὸ ὁδοι‐</w:t>
      </w:r>
    </w:p>
    <w:p>
      <w:r>
        <w:rPr>
          <w:rFonts w:ascii="Courier New" w:hAnsi="Courier New"/>
          <w:color w:val="555555"/>
          <w:sz w:val="20"/>
        </w:rPr>
        <w:t>[20]</w:t>
      </w:r>
    </w:p>
    <w:p>
      <w:r>
        <w:rPr>
          <w:rFonts w:ascii="Gentium Plus" w:hAnsi="Gentium Plus"/>
          <w:sz w:val="24"/>
        </w:rPr>
        <w:t>πορῆσαι, τὸ κοπιάσαι καὶ τὰ τοιαῦτα. φύσις τοίνυν κατὰ τὸ φρόνημα τῆς ἐκκλησίας ἀληθὴς πραγμάτων ὕπαρξις. κατὰ Ἀριστοτέλην καὶ τοὺς λοιποὺς Ἕλληνας πολυτρόπως ἡ φύσις ὁρί‐ ζεται· οὕστινας ὅρους οἱ ἀπὸ Σεβήρου κρα‐</w:t>
      </w:r>
    </w:p>
    <w:p>
      <w:r>
        <w:rPr>
          <w:rFonts w:ascii="Courier New" w:hAnsi="Courier New"/>
          <w:color w:val="555555"/>
          <w:sz w:val="20"/>
        </w:rPr>
        <w:t>[25]</w:t>
      </w:r>
    </w:p>
    <w:p>
      <w:r>
        <w:rPr>
          <w:rFonts w:ascii="Gentium Plus" w:hAnsi="Gentium Plus"/>
          <w:sz w:val="24"/>
        </w:rPr>
        <w:t>τοῦντες, ἀπεπλανήθησαν. Φύσις ἐστὶ κατὰ τὸν Ἀπόστολον πᾶν τὸ ἐν ἀληθείᾳ ὂν καὶ οὐκ ἐν φαντασίᾳ λεγόμενον. φύ‐ σιν γὰρ λέγει ἡ ἐκκλησία τὴν τῶν ὑπαρχόν‐ των ἀλήθειαν, ἤγουν τὸ τούτων ἐνούσιον. φύ‐</w:t>
      </w:r>
    </w:p>
    <w:p>
      <w:r>
        <w:rPr>
          <w:rFonts w:ascii="Courier New" w:hAnsi="Courier New"/>
          <w:color w:val="555555"/>
          <w:sz w:val="20"/>
        </w:rPr>
        <w:t>[30]</w:t>
      </w:r>
    </w:p>
    <w:p>
      <w:r>
        <w:rPr>
          <w:rFonts w:ascii="Gentium Plus" w:hAnsi="Gentium Plus"/>
          <w:sz w:val="24"/>
        </w:rPr>
        <w:t>σις δὲ εἴρηται διὰ τὸ πεφυκέναι καὶ εἶναι, ὥσ‐ περ καὶ οὐσία, ὡς οὖσα ἐν ἀληθείᾳ καὶ γνωρι‐ ζομένη. φύσις δὲ καὶ οὐσία καὶ γένος καὶ μορ‐ φὴ ἓν καὶ τὸ αὐτό ἐστιν ἐν τοῖς ἐκκλησιαστι‐ κοῖς δόγμασιν. ὥσπερ ὁ ἄρτος, τὸ ψωμίον καὶ</w:t>
      </w:r>
    </w:p>
    <w:p>
      <w:r>
        <w:rPr>
          <w:rFonts w:ascii="Courier New" w:hAnsi="Courier New"/>
          <w:color w:val="555555"/>
          <w:sz w:val="20"/>
        </w:rPr>
        <w:t>[35]</w:t>
      </w:r>
    </w:p>
    <w:p>
      <w:r>
        <w:rPr>
          <w:rFonts w:ascii="Gentium Plus" w:hAnsi="Gentium Plus"/>
          <w:sz w:val="24"/>
        </w:rPr>
        <w:t>τὸ βουκίν. διὸ καὶ τὸ ἔμφυτον καὶ τὸ ἐνούσιον ταυτό ἐστι. τετραχῶς δὲ εἴρηται ἡ φύσις, ὡς ἔφην· οὐσία καὶ φύσις καὶ γένος καὶ μορφή. φύσις ἁπλῆ πολυσήμαντόν ἐστι. δηλοῖ γὰρ καὶ</w:t>
      </w:r>
    </w:p>
    <w:p>
      <w:r>
        <w:rPr>
          <w:rFonts w:ascii="Courier New" w:hAnsi="Courier New"/>
          <w:color w:val="555555"/>
          <w:sz w:val="20"/>
        </w:rPr>
        <w:t>[phi 1830]</w:t>
      </w:r>
    </w:p>
    <w:p>
      <w:r>
        <w:rPr>
          <w:rFonts w:ascii="Gentium Plus" w:hAnsi="Gentium Plus"/>
          <w:sz w:val="24"/>
        </w:rPr>
        <w:t>καὶ τὸ ἄληπτον. ἀλλὰ καὶ τὸ ληπτὸν, ὁμοίως καὶ κρατητὸν, σημαίνει πολλὰ, πάντα γὰρ τὰ ὁρώμενα. Φύσις θεοῦ ἄπειρος καὶ ἀόριστος. καὶ ἄπειρος μὲν,</w:t>
      </w:r>
    </w:p>
    <w:p>
      <w:r>
        <w:rPr>
          <w:rFonts w:ascii="Courier New" w:hAnsi="Courier New"/>
          <w:color w:val="555555"/>
          <w:sz w:val="20"/>
        </w:rPr>
        <w:t>[5]</w:t>
      </w:r>
    </w:p>
    <w:p>
      <w:r>
        <w:rPr>
          <w:rFonts w:ascii="Gentium Plus" w:hAnsi="Gentium Plus"/>
          <w:sz w:val="24"/>
        </w:rPr>
        <w:t>καθὸ πέρατι οὐχ ὑπόκειται· ἀόριστος δὲ, ἐπεί‐ περ ὁρογραφίᾳ οὐχ ὑπογράφεται. καὶ τοῦτο ἀποδεικτέον οὕτως. πάντα τὰ ὑπὸ χρόνον καὶ ἀρχῇ ὑπόκειται καὶ πέρατι· ἀρξάμενα γὰρ τοῦ εἶναι φθάνουσι καὶ εἰς τὴν τοῦ μὴ εἶναι κατά‐</w:t>
      </w:r>
    </w:p>
    <w:p>
      <w:r>
        <w:rPr>
          <w:rFonts w:ascii="Courier New" w:hAnsi="Courier New"/>
          <w:color w:val="555555"/>
          <w:sz w:val="20"/>
        </w:rPr>
        <w:t>[10]</w:t>
      </w:r>
    </w:p>
    <w:p>
      <w:r>
        <w:rPr>
          <w:rFonts w:ascii="Gentium Plus" w:hAnsi="Gentium Plus"/>
          <w:sz w:val="24"/>
        </w:rPr>
        <w:t>παυσιν. ταῦτα δὲ δημιουργήματα ὄντα εἰκότως καὶ περιγράφονται· ὃ γὰρ τῷ χρόνῳ περινοεῖ‐ ται, τοῦτο δὴ καὶ πεπόσωται· ποσούμενον δὲ καὶ πεποίωται· ὑπὸ δὲ τὴν ποιότητα γινόμενον καὶ εἰς ὅρον χωρεῖ. ὅρον τὸν ἐπὶ τῶν σωμάτων, λέ‐</w:t>
      </w:r>
    </w:p>
    <w:p>
      <w:r>
        <w:rPr>
          <w:rFonts w:ascii="Courier New" w:hAnsi="Courier New"/>
          <w:color w:val="555555"/>
          <w:sz w:val="20"/>
        </w:rPr>
        <w:t>[15]</w:t>
      </w:r>
    </w:p>
    <w:p>
      <w:r>
        <w:rPr>
          <w:rFonts w:ascii="Gentium Plus" w:hAnsi="Gentium Plus"/>
          <w:sz w:val="24"/>
        </w:rPr>
        <w:t>γω δὴ τῆς περιγραφῆς. καθὼς δηλοῦσι καὶ τὰ ὁροθέσια. ἀλλὰ μὴν καὶ αὐτὰ τὰ ἀσώματα, ἄγγελοι φημὶ καὶ ψυχαί. καὶ εἰς τόπον διαφεύ‐ γουσι καὶ ὕλην καὶ παχύτητα σώματος. ἀλλ’ οὖν ὅμως ὑπὸ περιγραφήν εἰσι καὶ ὅρῳ τινὶ πε‐</w:t>
      </w:r>
    </w:p>
    <w:p>
      <w:r>
        <w:rPr>
          <w:rFonts w:ascii="Courier New" w:hAnsi="Courier New"/>
          <w:color w:val="555555"/>
          <w:sz w:val="20"/>
        </w:rPr>
        <w:t>[20]</w:t>
      </w:r>
    </w:p>
    <w:p>
      <w:r>
        <w:rPr>
          <w:rFonts w:ascii="Gentium Plus" w:hAnsi="Gentium Plus"/>
          <w:sz w:val="24"/>
        </w:rPr>
        <w:t>ριέχονται. καὶ ἀρχὴν οὖν ἔχουσι τῆς ὑπάρξεως, οὐ χωροῦσι δὲ εἰς [τὸ] τέλος. Φύσις καὶ οὐσία καὶ μορφὴ καὶ γένος ἓν κατὰ τοὺς ἁγίους πατέρας καὶ τὸν ἀληθῆ λόγον ταυ‐ τόν ἐστιν, ἡ τῶν ὄντων οὖσα ποιότης. τάττον‐</w:t>
      </w:r>
    </w:p>
    <w:p>
      <w:r>
        <w:rPr>
          <w:rFonts w:ascii="Courier New" w:hAnsi="Courier New"/>
          <w:color w:val="555555"/>
          <w:sz w:val="20"/>
        </w:rPr>
        <w:t>[25]</w:t>
      </w:r>
    </w:p>
    <w:p>
      <w:r>
        <w:rPr>
          <w:rFonts w:ascii="Gentium Plus" w:hAnsi="Gentium Plus"/>
          <w:sz w:val="24"/>
        </w:rPr>
        <w:t>ται δὲ καὶ κατὰ τοῦ εἴδους. Φύσις ἐστὶν ἡ ἀρχὴ καὶ αἰτία τοῦ κινεῖσθαι καὶ ἠρεμεῖ, ἐν ᾧ ὑπάρχει πρώτως κατ’ αὐτὸ καὶ μὴ [κατὰ] συμβεβηκός. Φύσις ἐστὶν ὄνομα δηλωτικὸν τῆς ἁπλῆς τῶν ὄν‐</w:t>
      </w:r>
    </w:p>
    <w:p>
      <w:r>
        <w:rPr>
          <w:rFonts w:ascii="Courier New" w:hAnsi="Courier New"/>
          <w:color w:val="555555"/>
          <w:sz w:val="20"/>
        </w:rPr>
        <w:t>[30]</w:t>
      </w:r>
    </w:p>
    <w:p>
      <w:r>
        <w:rPr>
          <w:rFonts w:ascii="Gentium Plus" w:hAnsi="Gentium Plus"/>
          <w:sz w:val="24"/>
        </w:rPr>
        <w:t>των κινήσεως. πάντα γὰρ ἐν κινήσει ὄντα ὁρᾶ‐ ται. φύσις ἡ πρώτη ἑκάστῳ ὑποκειμένη ὕλη. Φύσις ἐστὶν, ἐν ᾧ τὸ εἶναι τῆς οὐσίας λαμβάνε‐ ται. φύσις λόγου, καὶ φύσις χρόνου, καὶ φύσις ψεύδους κατὰ τὸν μέγαν Βασίλειον.</w:t>
      </w:r>
    </w:p>
    <w:p>
      <w:r>
        <w:rPr>
          <w:rFonts w:ascii="Courier New" w:hAnsi="Courier New"/>
          <w:color w:val="555555"/>
          <w:sz w:val="20"/>
        </w:rPr>
        <w:t>[35]</w:t>
      </w:r>
    </w:p>
    <w:p>
      <w:r>
        <w:rPr>
          <w:rFonts w:ascii="Gentium Plus" w:hAnsi="Gentium Plus"/>
          <w:sz w:val="24"/>
        </w:rPr>
        <w:t>Φύσις ἐστὶ ἡ μορφὴ καὶ τὸ εἶδος κατὰ τὸν θεο‐ λόγον Γρηγόριον. Φύσις θυμοῦ τὸ τοῖς δαίμοσι μάχεσθαι καὶ ὑπὲρ</w:t>
      </w:r>
    </w:p>
    <w:p>
      <w:r>
        <w:rPr>
          <w:rFonts w:ascii="Courier New" w:hAnsi="Courier New"/>
          <w:color w:val="555555"/>
          <w:sz w:val="20"/>
        </w:rPr>
        <w:t>[phi 1831]</w:t>
      </w:r>
    </w:p>
    <w:p>
      <w:r>
        <w:rPr>
          <w:rFonts w:ascii="Gentium Plus" w:hAnsi="Gentium Plus"/>
          <w:sz w:val="24"/>
        </w:rPr>
        <w:t>Φύσις ἐστὶν ἡγεμὼν καὶ αἰτία αὐξητικὴ διὰ τρο‐ φῆς, τηρητικὴ τοῦ καθ’ ἑαυτὴν συστήματος. Φύσις ἐστὶν ἡ φύουσα καὶ συνέχουσα ἐν τῷ γενι‐ κωτάτῳ τὸ ζῇν.</w:t>
      </w:r>
    </w:p>
    <w:p>
      <w:r>
        <w:rPr>
          <w:rFonts w:ascii="Courier New" w:hAnsi="Courier New"/>
          <w:color w:val="555555"/>
          <w:sz w:val="20"/>
        </w:rPr>
        <w:t>[5]</w:t>
      </w:r>
    </w:p>
    <w:p>
      <w:r>
        <w:rPr>
          <w:rFonts w:ascii="Gentium Plus" w:hAnsi="Gentium Plus"/>
          <w:sz w:val="24"/>
        </w:rPr>
        <w:t>Φύσις ἐστὶν αὐθυπόστατος ὕπαρξις ἀνελλιπῶς σώζουσα τὰ οἰκεῖα γνωρίσματα. φύσις ἐστὶν ὁλότης ἀνενδεὴς πάντων τῶν ἐν οἷς πέφυκεν ἐνθεωρεῖσθαι. Φύσις ἐστὶν ἡ ἀεὶ ὡσαύτως ἔχουσα καὶ μὴ ἐξιστα‐</w:t>
      </w:r>
    </w:p>
    <w:p>
      <w:r>
        <w:rPr>
          <w:rFonts w:ascii="Courier New" w:hAnsi="Courier New"/>
          <w:color w:val="555555"/>
          <w:sz w:val="20"/>
        </w:rPr>
        <w:t>[10]</w:t>
      </w:r>
    </w:p>
    <w:p>
      <w:r>
        <w:rPr>
          <w:rFonts w:ascii="Gentium Plus" w:hAnsi="Gentium Plus"/>
          <w:sz w:val="24"/>
        </w:rPr>
        <w:t>μένη τῆς οἰκείας ἀμετρίας, κᾂν ἐν ἀτόμοις διακρίνηται. Φύσις ἐστὶν ἀναλλοίωτος, ἀντεχομένη τῶν οἰκείων ἰδιωμάτων, [καὶ] οἵα τίς ἐστι παραδεικνύουσα. Φύσις ἐστὶ κατὰ τοὺς ἔξω φιλοσόφους δύναμίς τις</w:t>
      </w:r>
    </w:p>
    <w:p>
      <w:r>
        <w:rPr>
          <w:rFonts w:ascii="Courier New" w:hAnsi="Courier New"/>
          <w:color w:val="555555"/>
          <w:sz w:val="20"/>
        </w:rPr>
        <w:t>[15]</w:t>
      </w:r>
    </w:p>
    <w:p>
      <w:r>
        <w:rPr>
          <w:rFonts w:ascii="Gentium Plus" w:hAnsi="Gentium Plus"/>
          <w:sz w:val="24"/>
        </w:rPr>
        <w:t>θεία ἐνδεδυκυῖα τῇ ὕλῃ, ἀρχὴ ἠρεμίας καὶ κι‐ νήσεως. ἡ γὰρ ἀληθῶς φύσις τοῦτό ἐστι. Φύσιν πολλάκις καλοῦμεν τὸ τοιῶσδε πεφυκέναι, καὶ οὐκ αὐτὴν πάντως τὴν οὐσίαν. φύσιν δὲ πά‐ λιν ὡς τὰ πολλὰ τὴν οὐσίαν καλεῖν σύνηθες,</w:t>
      </w:r>
    </w:p>
    <w:p>
      <w:r>
        <w:rPr>
          <w:rFonts w:ascii="Courier New" w:hAnsi="Courier New"/>
          <w:color w:val="555555"/>
          <w:sz w:val="20"/>
        </w:rPr>
        <w:t>[20]</w:t>
      </w:r>
    </w:p>
    <w:p>
      <w:r>
        <w:rPr>
          <w:rFonts w:ascii="Gentium Plus" w:hAnsi="Gentium Plus"/>
          <w:sz w:val="24"/>
        </w:rPr>
        <w:t>καὶ μάλιστα τοῖς ἡμετέροις διδασκάλοις. φέρε‐ ραι δὲ πολλάκις τὸ τῆς φύσεως ὄνομα [καὶ] κα‐ τὰ ἀνυπάρκτων. ταῦτα φύσεις ἔχοντα οὐσίαι εἰσί. Φύσιν καλοῦσιν αὐτὴν τὴν ἁπλῶς τῶν ὄντων κί‐</w:t>
      </w:r>
    </w:p>
    <w:p>
      <w:r>
        <w:rPr>
          <w:rFonts w:ascii="Courier New" w:hAnsi="Courier New"/>
          <w:color w:val="555555"/>
          <w:sz w:val="20"/>
        </w:rPr>
        <w:t>[25]</w:t>
      </w:r>
    </w:p>
    <w:p>
      <w:r>
        <w:rPr>
          <w:rFonts w:ascii="Gentium Plus" w:hAnsi="Gentium Plus"/>
          <w:sz w:val="24"/>
        </w:rPr>
        <w:t>νησιν. αὕτη δὲ πεντάτροπος· ἢ γὰρ νοερὰ τυγ‐ χάνει, ἢ λογικὴ, ἢ αἰσθητικὴ, ἢ [φυτικὴ, ἢ] ἄψυχος. καὶ νοερὰ μὲν, ὡς ἐπὶ τῶν ἀγγέλων,</w:t>
      </w:r>
    </w:p>
    <w:p>
      <w:r>
        <w:rPr>
          <w:rFonts w:ascii="Courier New" w:hAnsi="Courier New"/>
          <w:color w:val="555555"/>
          <w:sz w:val="20"/>
        </w:rPr>
        <w:t>[phi 1832]</w:t>
      </w:r>
    </w:p>
    <w:p>
      <w:r>
        <w:rPr>
          <w:rFonts w:ascii="Gentium Plus" w:hAnsi="Gentium Plus"/>
          <w:sz w:val="24"/>
        </w:rPr>
        <w:t>λογικὴ δὲ ἐπὶ τῶν ἀνθρώπων, δι’ ὀνομάτων καὶ ῥημάτων τὰ ἀφανῆ τῆς ψυχῆς κινήματα. Φύσει. ἀντὶ τοῦ ἀληθῶς καὶ γνησίως. ὁ Ἀπό‐ στολος· τέκνα φύσει ὀργῆς, ὡς καὶ οἱ λοιποί.</w:t>
      </w:r>
    </w:p>
    <w:p>
      <w:r>
        <w:rPr>
          <w:rFonts w:ascii="Courier New" w:hAnsi="Courier New"/>
          <w:color w:val="555555"/>
          <w:sz w:val="20"/>
        </w:rPr>
        <w:t>[5]</w:t>
      </w:r>
    </w:p>
    <w:p>
      <w:r>
        <w:rPr>
          <w:rFonts w:ascii="Gentium Plus" w:hAnsi="Gentium Plus"/>
          <w:sz w:val="24"/>
        </w:rPr>
        <w:t>†Φυταή. γένεσις.† Φυταλιῆς. ἀμπελοφύτου γῆς. παρὰ τὸ φυ‐ τεύειν. Φύτλη. ἡ συγγένεια. *οὐσία.* Φυσιώσεις. ὀφρυώσεις. ὠφρυῶντο γὰρ κατὰ</w:t>
      </w:r>
    </w:p>
    <w:p>
      <w:r>
        <w:rPr>
          <w:rFonts w:ascii="Courier New" w:hAnsi="Courier New"/>
          <w:color w:val="555555"/>
          <w:sz w:val="20"/>
        </w:rPr>
        <w:t>[10]</w:t>
      </w:r>
    </w:p>
    <w:p>
      <w:r>
        <w:rPr>
          <w:rFonts w:ascii="Gentium Plus" w:hAnsi="Gentium Plus"/>
          <w:sz w:val="24"/>
        </w:rPr>
        <w:t>Παύλου τιμῶντες τοὺς ψευδαποστόλους οἱ Κο‐ ρίνθιοι.</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Φύγελλα. τόπος. Φύκος. τὸ φυκάριον, καὶ τὸ χορτῶδες τῆς θα‐</w:t>
      </w:r>
    </w:p>
    <w:p>
      <w:r>
        <w:rPr>
          <w:rFonts w:ascii="Courier New" w:hAnsi="Courier New"/>
          <w:color w:val="555555"/>
          <w:sz w:val="20"/>
        </w:rPr>
        <w:t>[15]</w:t>
      </w:r>
    </w:p>
    <w:p>
      <w:r>
        <w:rPr>
          <w:rFonts w:ascii="Gentium Plus" w:hAnsi="Gentium Plus"/>
          <w:sz w:val="24"/>
        </w:rPr>
        <w:t>λάσσης. καὶ φύκια, τὰ βρύα, ἢ θαλάσσης ζῶα. ἢ ὁ ἀφρός. παρὰ τὸ φύω. Φυλακεῖον. τὰ δὲ σύνθετα διὰ τοῦ ι, οἷον ὀπω‐ ροφυλάκιον, πλὴν τοῦ σιτοφυλακεῖον. Φῦλα. τὰ ἔθνη· τὰ γένη. ἡ ἐκ πολλῶν ἄθροισις.</w:t>
      </w:r>
    </w:p>
    <w:p>
      <w:r>
        <w:rPr>
          <w:rFonts w:ascii="Courier New" w:hAnsi="Courier New"/>
          <w:color w:val="555555"/>
          <w:sz w:val="20"/>
        </w:rPr>
        <w:t>[20]</w:t>
      </w:r>
    </w:p>
    <w:p>
      <w:r>
        <w:rPr>
          <w:rFonts w:ascii="Gentium Plus" w:hAnsi="Gentium Plus"/>
          <w:sz w:val="24"/>
        </w:rPr>
        <w:t>ἀπὸ μεταφορᾶς τῶν φύλλων. †Φυλλεῖον. τῶν λαχάνων τὸ ἕωλον καὶ φαῦ‐ λον.† Φῦμα. ἡ βλάστησις. Φυσικόν. τὸ ἐν τῇ φύσει κείμενον. ἢ τὸ κατὰ</w:t>
      </w:r>
    </w:p>
    <w:p>
      <w:r>
        <w:rPr>
          <w:rFonts w:ascii="Courier New" w:hAnsi="Courier New"/>
          <w:color w:val="555555"/>
          <w:sz w:val="20"/>
        </w:rPr>
        <w:t>[25]</w:t>
      </w:r>
    </w:p>
    <w:p>
      <w:r>
        <w:rPr>
          <w:rFonts w:ascii="Gentium Plus" w:hAnsi="Gentium Plus"/>
          <w:sz w:val="24"/>
        </w:rPr>
        <w:t>κοινὴν καὶ καθολικὴν συνήθειαν λεγόμενον. ἢ τὸ ἀψευδῶς γνωριζόμενον. Φύστα. τὰ ἀναπεφυρμένα μέλιτι ἄλφιτα. Φυτάλμια. τὰ βάντα.</w:t>
      </w:r>
    </w:p>
    <w:p>
      <w:r>
        <w:rPr>
          <w:rFonts w:ascii="Courier New" w:hAnsi="Courier New"/>
          <w:color w:val="555555"/>
          <w:sz w:val="20"/>
        </w:rPr>
        <w:t>[phi 1833]</w:t>
      </w:r>
    </w:p>
    <w:p>
      <w:r>
        <w:rPr>
          <w:rFonts w:ascii="Gentium Plus" w:hAnsi="Gentium Plus"/>
          <w:sz w:val="24"/>
        </w:rPr>
        <w:t>Φυτωρεῖον. ὁ κῆπος, ἢ φυτουργεῖον. †Φυλιστιείμ. τόπος.† Φύστα καὶ φύστη ἐπὶ θηλυκοῦ. ἡ ὑδατώδης μάζα. καὶ ὁ Ψελλός· φύστη εἶδος πέφυκε μά‐</w:t>
      </w:r>
    </w:p>
    <w:p>
      <w:r>
        <w:rPr>
          <w:rFonts w:ascii="Courier New" w:hAnsi="Courier New"/>
          <w:color w:val="555555"/>
          <w:sz w:val="20"/>
        </w:rPr>
        <w:t>[5]</w:t>
      </w:r>
    </w:p>
    <w:p>
      <w:r>
        <w:rPr>
          <w:rFonts w:ascii="Gentium Plus" w:hAnsi="Gentium Plus"/>
          <w:sz w:val="24"/>
        </w:rPr>
        <w:t>ζης ὑδατουμένης. Φύλλον. παρὰ τὸ φύω.</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Φῦ. ἀντὶ τοῦ προσεπέλασε τῇ χειρὶ καὶ προσήγ‐ γισεν. ἀπὸ τοῦ φύω, φῦ.</w:t>
      </w:r>
    </w:p>
    <w:p>
      <w:r>
        <w:rPr>
          <w:rFonts w:ascii="Courier New" w:hAnsi="Courier New"/>
          <w:color w:val="555555"/>
          <w:sz w:val="20"/>
        </w:rPr>
        <w:t>[10]</w:t>
      </w:r>
    </w:p>
    <w:p>
      <w:r>
        <w:rPr>
          <w:rFonts w:ascii="Gentium Plus" w:hAnsi="Gentium Plus"/>
          <w:sz w:val="24"/>
        </w:rPr>
        <w:t>Φύει. βλαστάνει. Φυῆναι. γεννηθῆναι. Φυλοκρινῶ. φυλὰς καὶ γενεὰς διαχωρίζω. Φύρει. μιγνύει. Φυσιολογεῖ. φύσεως λόγους ἐξαγγέλλει.</w:t>
      </w:r>
    </w:p>
    <w:p>
      <w:r>
        <w:rPr>
          <w:rFonts w:ascii="Courier New" w:hAnsi="Courier New"/>
          <w:color w:val="555555"/>
          <w:sz w:val="20"/>
        </w:rPr>
        <w:t>[15]</w:t>
      </w:r>
    </w:p>
    <w:p>
      <w:r>
        <w:rPr>
          <w:rFonts w:ascii="Gentium Plus" w:hAnsi="Gentium Plus"/>
          <w:sz w:val="24"/>
        </w:rPr>
        <w:t>Φυσιοῦται. ἐπαίρεται. Φυσόμενον. τὸ μέλλον φῦναι. φυσώμενον δὲ, τὸ ἐπαιρόμενον, μέγα. Φύσας. γεννήσας. Φυταλίζει. πλησιάζει.</w:t>
      </w:r>
    </w:p>
    <w:p>
      <w:r>
        <w:rPr>
          <w:rFonts w:ascii="Courier New" w:hAnsi="Courier New"/>
          <w:color w:val="555555"/>
          <w:sz w:val="20"/>
        </w:rPr>
        <w:t>[20]</w:t>
      </w:r>
    </w:p>
    <w:p>
      <w:r>
        <w:rPr>
          <w:rFonts w:ascii="Gentium Plus" w:hAnsi="Gentium Plus"/>
          <w:sz w:val="24"/>
        </w:rPr>
        <w:t>Φυτεύει. κηπεύει. Φυτεύω. παρὰ τὸ φύω. ἢ τὸ φυτὸν, φυτεύω. τὸ</w:t>
      </w:r>
    </w:p>
    <w:p>
      <w:r>
        <w:rPr>
          <w:rFonts w:ascii="Courier New" w:hAnsi="Courier New"/>
          <w:color w:val="555555"/>
          <w:sz w:val="20"/>
        </w:rPr>
        <w:t>[phi 1834]</w:t>
      </w:r>
    </w:p>
    <w:p>
      <w:r>
        <w:rPr>
          <w:rFonts w:ascii="Gentium Plus" w:hAnsi="Gentium Plus"/>
          <w:sz w:val="24"/>
        </w:rPr>
        <w:t>Φυλάσσου. ἀντὶ τοῦ παραιτοῦ. ὃν καὶ σὺ φυ‐ λάσσου, λίαν γὰρ ἀνθέστηκε τοῖς ἡμετέροις.</w:t>
      </w:r>
    </w:p>
    <w:p>
      <w:pPr>
        <w:jc w:val="center"/>
      </w:pPr>
      <w:r>
        <w:rPr>
          <w:rFonts w:ascii="Gentium Plus" w:hAnsi="Gentium Plus"/>
          <w:b/>
          <w:sz w:val="24"/>
        </w:rPr>
        <w:t>(Ἐπίῤῥημα.)</w:t>
      </w:r>
    </w:p>
    <w:p>
      <w:r>
        <w:rPr>
          <w:rFonts w:ascii="Courier New" w:hAnsi="Courier New"/>
          <w:color w:val="555555"/>
          <w:sz w:val="20"/>
        </w:rPr>
        <w:t>[4]</w:t>
      </w:r>
    </w:p>
    <w:p>
      <w:r>
        <w:rPr>
          <w:rFonts w:ascii="Gentium Plus" w:hAnsi="Gentium Plus"/>
          <w:sz w:val="24"/>
        </w:rPr>
        <w:t>Φύρδην. συγκεχυμένως. ἀναμίξ.</w:t>
      </w:r>
    </w:p>
    <w:p>
      <w:pPr>
        <w:jc w:val="center"/>
      </w:pPr>
      <w:r>
        <w:rPr>
          <w:rFonts w:ascii="Gentium Plus" w:hAnsi="Gentium Plus"/>
          <w:b/>
          <w:sz w:val="24"/>
        </w:rPr>
        <w:t>Τὸ Φ μετὰ τοῦ Ω.</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Φωλεός. ὁ σκοτεινὸς τόπος. παρὰ τὸ ἀπολω‐ λέναι τὸ φῶς ἐκεῖσε. φωλεὸς καὶ τὸ παιδευτή‐ ριον, ὥς φασιν οἱ Ἴωνες. ὅθεν καὶ ἀποφώλιοι,</w:t>
      </w:r>
    </w:p>
    <w:p>
      <w:r>
        <w:rPr>
          <w:rFonts w:ascii="Courier New" w:hAnsi="Courier New"/>
          <w:color w:val="555555"/>
          <w:sz w:val="20"/>
        </w:rPr>
        <w:t>[10]</w:t>
      </w:r>
    </w:p>
    <w:p>
      <w:r>
        <w:rPr>
          <w:rFonts w:ascii="Gentium Plus" w:hAnsi="Gentium Plus"/>
          <w:sz w:val="24"/>
        </w:rPr>
        <w:t>οἱ ἀπαίδευτοι καὶ οἱ ξένοι. †Φῶνος. ὁ μεγαλόφωνος.† Φώρ. ὁ κλέπτης. καὶ κλίνεται φωρός. παρὰ τὸ φὲρ καὶ φὼρ μεταθέσει τοῦ ε εἰς ω. ὁ τὰ ἀλλότρια φέρων.</w:t>
      </w:r>
    </w:p>
    <w:p>
      <w:r>
        <w:rPr>
          <w:rFonts w:ascii="Courier New" w:hAnsi="Courier New"/>
          <w:color w:val="555555"/>
          <w:sz w:val="20"/>
        </w:rPr>
        <w:t>[15]</w:t>
      </w:r>
    </w:p>
    <w:p>
      <w:r>
        <w:rPr>
          <w:rFonts w:ascii="Gentium Plus" w:hAnsi="Gentium Plus"/>
          <w:sz w:val="24"/>
        </w:rPr>
        <w:t>Φώριοι. οἱ ἔλεγχοι. Φωριαμός. τὸ κιβώτιον. παρὰ τὸ φάρη. ἡ τῶν φαρῶν δεκτική. ὁ δὲ Ἡρωδιανὸς παρὰ τοὺς φῶρας· ἐπειδὴ πρὸς φυλακὴν τούτων παρ‐ εσκεύασται. φαραμὸς καὶ τροπῇ τοῦ α εἰς ω</w:t>
      </w:r>
    </w:p>
    <w:p>
      <w:r>
        <w:rPr>
          <w:rFonts w:ascii="Courier New" w:hAnsi="Courier New"/>
          <w:color w:val="555555"/>
          <w:sz w:val="20"/>
        </w:rPr>
        <w:t>[20]</w:t>
      </w:r>
    </w:p>
    <w:p>
      <w:r>
        <w:rPr>
          <w:rFonts w:ascii="Gentium Plus" w:hAnsi="Gentium Plus"/>
          <w:sz w:val="24"/>
        </w:rPr>
        <w:t>φωραμὸς, ὡς θάκος θῶκος καὶ κράζω κρώζω,</w:t>
      </w:r>
    </w:p>
    <w:p>
      <w:r>
        <w:rPr>
          <w:rFonts w:ascii="Courier New" w:hAnsi="Courier New"/>
          <w:color w:val="555555"/>
          <w:sz w:val="20"/>
        </w:rPr>
        <w:t>[phi 1835]</w:t>
      </w:r>
    </w:p>
    <w:p>
      <w:r>
        <w:rPr>
          <w:rFonts w:ascii="Gentium Plus" w:hAnsi="Gentium Plus"/>
          <w:sz w:val="24"/>
        </w:rPr>
        <w:t>[Φώς. ὁ ἀνήρ· ὁ ἄνθρωπος, ὁ μόνος τὰ τῆς διανοίας φωτίζων τῷ λόγῳ. ἢ παρὰ τῷ φῶ, τὸ λέγω. λογικὸν γὰρ ζῶον ὁ ἄνθρωπος. καὶ κλί‐ νεται φὼς φωτός.]</w:t>
      </w:r>
    </w:p>
    <w:p>
      <w:r>
        <w:rPr>
          <w:rFonts w:ascii="Courier New" w:hAnsi="Courier New"/>
          <w:color w:val="555555"/>
          <w:sz w:val="20"/>
        </w:rPr>
        <w:t>[5]</w:t>
      </w:r>
    </w:p>
    <w:p>
      <w:r>
        <w:rPr>
          <w:rFonts w:ascii="Gentium Plus" w:hAnsi="Gentium Plus"/>
          <w:sz w:val="24"/>
        </w:rPr>
        <w:t>Φώσσων, φώσσωνος. τοῦ ἀρμένου. καὶ φωσσώ‐ νιον, τὸ ἄρμενον. ἢ λινοῦν τὶ σινδόνιον. ἢ τὸ πεφυσημένον ἱστίον τῆς νηός. φώσσωνας ὀργυιωμένους. Φωκυλίδης. κύριον.</w:t>
      </w:r>
    </w:p>
    <w:p>
      <w:r>
        <w:rPr>
          <w:rFonts w:ascii="Courier New" w:hAnsi="Courier New"/>
          <w:color w:val="555555"/>
          <w:sz w:val="20"/>
        </w:rPr>
        <w:t>[10]</w:t>
      </w:r>
    </w:p>
    <w:p>
      <w:r>
        <w:rPr>
          <w:rFonts w:ascii="Gentium Plus" w:hAnsi="Gentium Plus"/>
          <w:sz w:val="24"/>
        </w:rPr>
        <w:t>Φωστήρ. ὁ ἥλιος. τῇ τετάρτῃ ἡμέρᾳ ἐποίησεν ὁ θεὸς τὸν φωστῆρα τὸν μέγαν, ἤτοι τὸν ἥλιον, εἰς ἀρχὴν καὶ ἐξουσίαν τῆς ἡμέρας· δι’ αὐτοῦ γὰρ ἡ ἡμέρα συνίσταται. ἡμέρα γάρ ἐστιν ἐν τῷ τὸν ἥλιον ὑπὲρ γῆν εἶναι· καὶ διάστημα ἡμέ‐</w:t>
      </w:r>
    </w:p>
    <w:p>
      <w:r>
        <w:rPr>
          <w:rFonts w:ascii="Courier New" w:hAnsi="Courier New"/>
          <w:color w:val="555555"/>
          <w:sz w:val="20"/>
        </w:rPr>
        <w:t>[15]</w:t>
      </w:r>
    </w:p>
    <w:p>
      <w:r>
        <w:rPr>
          <w:rFonts w:ascii="Gentium Plus" w:hAnsi="Gentium Plus"/>
          <w:sz w:val="24"/>
        </w:rPr>
        <w:t>ρας ἐστὶν ὁ ἀπὸ ἀνατολῆς μέχρι δύσεως ὑπὲρ γῆν τοῦ ἡλίου δρόμος. καὶ τὸν φωστῆρα τὸν ἐλάσσω ἡ γραφὴ λέγει τὴν σελήνην καὶ τοὺς ἀστέρας, οἵτινες εἰς ἀρχὰς καὶ ἐξουσίας τῆς νυκτὸς ἐτάχθησαν τοῦ φωτίζειν αὐτήν· νὺξ δέ</w:t>
      </w:r>
    </w:p>
    <w:p>
      <w:r>
        <w:rPr>
          <w:rFonts w:ascii="Courier New" w:hAnsi="Courier New"/>
          <w:color w:val="555555"/>
          <w:sz w:val="20"/>
        </w:rPr>
        <w:t>[20]</w:t>
      </w:r>
    </w:p>
    <w:p>
      <w:r>
        <w:rPr>
          <w:rFonts w:ascii="Gentium Plus" w:hAnsi="Gentium Plus"/>
          <w:sz w:val="24"/>
        </w:rPr>
        <w:t>ἐστιν ἐν τῷ τὸν ἥλιον ὑπὸ γῆν εἶναι. διάστημα δὲ νυκτὸς ὁ ἀπὸ δύσεως μέχρι ἀνατολῆς ὑπὸ γῆν τοῦ ἡλίου δρόμος. εἰσὶ δὲ καὶ ἐν ἡμέρᾳ ἀστέρες ἐν τῷ οὐρανῷ ὑπὲρ γῆν· ἀλλ’ ὁ ἥλιος τούτους ἅμα καὶ τὴν σελήνην τῇ σφοδροτέρᾳ</w:t>
      </w:r>
    </w:p>
    <w:p>
      <w:r>
        <w:rPr>
          <w:rFonts w:ascii="Courier New" w:hAnsi="Courier New"/>
          <w:color w:val="555555"/>
          <w:sz w:val="20"/>
        </w:rPr>
        <w:t>[25]</w:t>
      </w:r>
    </w:p>
    <w:p>
      <w:r>
        <w:rPr>
          <w:rFonts w:ascii="Gentium Plus" w:hAnsi="Gentium Plus"/>
          <w:sz w:val="24"/>
        </w:rPr>
        <w:t>αἴγλῃ ἀποκρύπτων, οὐκ ἐᾷ φαίνεσθαι. τοῖς φωστῆρσι τούτοις τὸ πρωτόκτιστον φῶς ὁ δη‐ μιουργὸς ἐναπέθετο, οὐχ ὡς ἀπορῶν ἄλλου φω‐ τὸς, ἀλλ’ ἵνα μὴ ἀργὸν ἐκεῖνο μείνῃ τὸ φῶς· φωστὴρ γάρ ἐστιν οὐκ αὐτὸ [τὸ] φῶς, ἀλλὰ</w:t>
      </w:r>
    </w:p>
    <w:p>
      <w:r>
        <w:rPr>
          <w:rFonts w:ascii="Courier New" w:hAnsi="Courier New"/>
          <w:color w:val="555555"/>
          <w:sz w:val="20"/>
        </w:rPr>
        <w:t>[30]</w:t>
      </w:r>
    </w:p>
    <w:p>
      <w:r>
        <w:rPr>
          <w:rFonts w:ascii="Gentium Plus" w:hAnsi="Gentium Plus"/>
          <w:sz w:val="24"/>
        </w:rPr>
        <w:t>φωτὸς δοχεῖον. ἐκ τούτων τῶν φωστήρων ἑπτὰ πλανήτας φασὶν ἐναντίαν τοῦ οὐρανοῦ κινεῖ‐ σθαι αὐτοὺς κίνησιν. τὸν μὲν γὰρ οὐρανόν φα‐ σιν ἐξ ἀνατολῶν ἐπὶ δυσμὰς κινεῖσθαι, τοὺς δὲ</w:t>
      </w:r>
    </w:p>
    <w:p>
      <w:r>
        <w:rPr>
          <w:rFonts w:ascii="Courier New" w:hAnsi="Courier New"/>
          <w:color w:val="555555"/>
          <w:sz w:val="20"/>
        </w:rPr>
        <w:t>[phi 1836]</w:t>
      </w:r>
    </w:p>
    <w:p>
      <w:r>
        <w:rPr>
          <w:rFonts w:ascii="Gentium Plus" w:hAnsi="Gentium Plus"/>
          <w:sz w:val="24"/>
        </w:rPr>
        <w:t>φέρειν δὲ τὸν οὐρανὸν τῇ ἑαυτοῦ κινήσει ὡς ὀξυτέρᾳ τοὺς ἑπτὰ πλανήτας, ὧν τὰ ὀνόματα ταῦτα· Ζεύς· Ἄρης· Ἥλιος· Ἑρμῆς· Σελήνη· Ἀφροδίτη καὶ ὁ Κρόνος. εἶναι δὲ καθ’ ἑκάστην</w:t>
      </w:r>
    </w:p>
    <w:p>
      <w:r>
        <w:rPr>
          <w:rFonts w:ascii="Courier New" w:hAnsi="Courier New"/>
          <w:color w:val="555555"/>
          <w:sz w:val="20"/>
        </w:rPr>
        <w:t>[5]</w:t>
      </w:r>
    </w:p>
    <w:p>
      <w:r>
        <w:rPr>
          <w:rFonts w:ascii="Gentium Plus" w:hAnsi="Gentium Plus"/>
          <w:sz w:val="24"/>
        </w:rPr>
        <w:t>ζώνην τοῦ οὐρανοῦ ἕνα τῶν ἑπτὰ πλανήτων. τρέχουσι δὲ δρόμον ἄληκτον, ὃν ὁ δημιουργήσας ἔταξεν αὐτοῖς· καὶ ἐθεμελίωσεν αὐτὰ, ὥς φη‐ σιν ὁ Δαβίδ· σελήνην καὶ ἀστέρας, ἃ σὺ ἐθε‐ μελίωσας. ἐν γὰρ τῷ εἰπεῖν ἐθεμελίωσας ἐδή‐</w:t>
      </w:r>
    </w:p>
    <w:p>
      <w:r>
        <w:rPr>
          <w:rFonts w:ascii="Courier New" w:hAnsi="Courier New"/>
          <w:color w:val="555555"/>
          <w:sz w:val="20"/>
        </w:rPr>
        <w:t>[10]</w:t>
      </w:r>
    </w:p>
    <w:p>
      <w:r>
        <w:rPr>
          <w:rFonts w:ascii="Gentium Plus" w:hAnsi="Gentium Plus"/>
          <w:sz w:val="24"/>
        </w:rPr>
        <w:t>λωσε τὸ πάγιον καὶ ἀμετάβλητον τοῦ εἱρμοῦ καὶ τῆς τάξεως τῆς ὑπὸ θεοῦ δοθείσης αὐ‐ τοῖς. ἔταξε δὲ αὐτοὺς εἰς ἡμέρας καὶ εἰς και‐ ροὺς καὶ εἰς ἐνιαυτούς· καὶ γὰρ διὰ μὲν τοῦ ἡλίου αἱ τέσσαρες τροπαὶ συνίστανται.</w:t>
      </w:r>
    </w:p>
    <w:p>
      <w:r>
        <w:rPr>
          <w:rFonts w:ascii="Courier New" w:hAnsi="Courier New"/>
          <w:color w:val="555555"/>
          <w:sz w:val="20"/>
        </w:rPr>
        <w:t>[15]</w:t>
      </w:r>
    </w:p>
    <w:p>
      <w:r>
        <w:rPr>
          <w:rFonts w:ascii="Gentium Plus" w:hAnsi="Gentium Plus"/>
          <w:sz w:val="24"/>
        </w:rPr>
        <w:t>Φώταυγος. *ὁ ἥλιος. σημαίνει καὶ ἀπαύγασμα τοῦ φωτὸς εἶναι τὸν Χριστὸν τοῦ πατρός.*</w:t>
      </w:r>
    </w:p>
    <w:p>
      <w:pPr>
        <w:jc w:val="center"/>
      </w:pPr>
      <w:r>
        <w:rPr>
          <w:rFonts w:ascii="Gentium Plus" w:hAnsi="Gentium Plus"/>
          <w:b/>
          <w:sz w:val="24"/>
        </w:rPr>
        <w:t>(Θηλυκόν.)</w:t>
      </w:r>
    </w:p>
    <w:p>
      <w:r>
        <w:rPr>
          <w:rFonts w:ascii="Courier New" w:hAnsi="Courier New"/>
          <w:color w:val="555555"/>
          <w:sz w:val="20"/>
        </w:rPr>
        <w:t>[18]</w:t>
      </w:r>
    </w:p>
    <w:p>
      <w:r>
        <w:rPr>
          <w:rFonts w:ascii="Gentium Plus" w:hAnsi="Gentium Plus"/>
          <w:sz w:val="24"/>
        </w:rPr>
        <w:t>Φῷδες. ἔχει τὸ ι προσγεγραμμένον. καὶ τῆς φῳ‐ δὸς ὀξυτόνως, ὡς δᾳδός. εἴρηται παρὰ τὸ φῶς,</w:t>
      </w:r>
    </w:p>
    <w:p>
      <w:r>
        <w:rPr>
          <w:rFonts w:ascii="Courier New" w:hAnsi="Courier New"/>
          <w:color w:val="555555"/>
          <w:sz w:val="20"/>
        </w:rPr>
        <w:t>[20]</w:t>
      </w:r>
    </w:p>
    <w:p>
      <w:r>
        <w:rPr>
          <w:rFonts w:ascii="Gentium Plus" w:hAnsi="Gentium Plus"/>
          <w:sz w:val="24"/>
        </w:rPr>
        <w:t>ὅπερ ταυτόν ἐστι τῷ πυρί. καὶ σημαίνει τὰ ἐν τοῖς σκεύεσι γινόμενα ἐκκαύματα ἀπὸ τοῦ πυ‐ ρός. ἔχει δὲ τὸ ι. εὕρηται δὲ κατὰ διάστασιν φωΐδες. δισύλλαβον δὲ λέγει Γεώργιος ὁ Χοιρο‐ βοσκός. καὶ Ἀριστοφάνης ἐν Πλούτῳ·</w:t>
      </w:r>
    </w:p>
    <w:p>
      <w:r>
        <w:rPr>
          <w:rFonts w:ascii="Courier New" w:hAnsi="Courier New"/>
          <w:color w:val="555555"/>
          <w:sz w:val="20"/>
        </w:rPr>
        <w:t>[25]</w:t>
      </w:r>
    </w:p>
    <w:p>
      <w:r>
        <w:rPr>
          <w:rFonts w:ascii="Gentium Plus" w:hAnsi="Gentium Plus"/>
          <w:sz w:val="24"/>
        </w:rPr>
        <w:t>—πλὴν φῴδων ἐκ βαλανείου. ἢ φῷδες αἱ τοῦ πυρὸς θάλψεις. καὶ φῶδον, τὸ καῦμα. Φώκεα. πόλις. καὶ Φώκεια. Φώκη. εἶδος ἰχθύος.</w:t>
      </w:r>
    </w:p>
    <w:p>
      <w:r>
        <w:rPr>
          <w:rFonts w:ascii="Courier New" w:hAnsi="Courier New"/>
          <w:color w:val="555555"/>
          <w:sz w:val="20"/>
        </w:rPr>
        <w:t>[30]</w:t>
      </w:r>
    </w:p>
    <w:p>
      <w:r>
        <w:rPr>
          <w:rFonts w:ascii="Gentium Plus" w:hAnsi="Gentium Plus"/>
          <w:sz w:val="24"/>
        </w:rPr>
        <w:t>Φωλάς. εἶδος νόσου. καὶ [φωλεία,] τὸ τῆς ἄρ‐ κτου πάθος. Φωνή. ἡ λαλιά. παρὰ τὸ φῶ καὶ τὸ νοῦς. ἡ τὰ ἐν τῷ νῷ φωτίζουσα.</w:t>
      </w:r>
    </w:p>
    <w:p>
      <w:r>
        <w:rPr>
          <w:rFonts w:ascii="Courier New" w:hAnsi="Courier New"/>
          <w:color w:val="555555"/>
          <w:sz w:val="20"/>
        </w:rPr>
        <w:t>[phi 1837]</w:t>
      </w:r>
    </w:p>
    <w:p>
      <w:r>
        <w:rPr>
          <w:rFonts w:ascii="Gentium Plus" w:hAnsi="Gentium Plus"/>
          <w:sz w:val="24"/>
        </w:rPr>
        <w:t>Φωψίς. πόλις. Φωνή. οὐ πᾶς λόγος, ἀλλὰ πᾶν ὃ ψόφον δι’ ἀκοῆς ἐμποιεῖ. Φωΐδες. τὰ φλογίσματα. [τοῦ Ψελλοῦ· φωΐ‐</w:t>
      </w:r>
    </w:p>
    <w:p>
      <w:r>
        <w:rPr>
          <w:rFonts w:ascii="Courier New" w:hAnsi="Courier New"/>
          <w:color w:val="555555"/>
          <w:sz w:val="20"/>
        </w:rPr>
        <w:t>[5]</w:t>
      </w:r>
    </w:p>
    <w:p>
      <w:r>
        <w:rPr>
          <w:rFonts w:ascii="Gentium Plus" w:hAnsi="Gentium Plus"/>
          <w:sz w:val="24"/>
        </w:rPr>
        <w:t>δας τὰ φλογίσματα· καταφορὰν δὲ κῶμα.]</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Φώριον. τὸ κλέμμα. Φῶς. τὸ λάμπον. ἤτοι παρουσία πυρώδης ἐν τῷ διαφανεῖ. ἢ χρῶμα τοῦ διαφανοῦς κατὰ συμβε‐</w:t>
      </w:r>
    </w:p>
    <w:p>
      <w:r>
        <w:rPr>
          <w:rFonts w:ascii="Courier New" w:hAnsi="Courier New"/>
          <w:color w:val="555555"/>
          <w:sz w:val="20"/>
        </w:rPr>
        <w:t>[10]</w:t>
      </w:r>
    </w:p>
    <w:p>
      <w:r>
        <w:rPr>
          <w:rFonts w:ascii="Gentium Plus" w:hAnsi="Gentium Plus"/>
          <w:sz w:val="24"/>
        </w:rPr>
        <w:t>βηκός. κατὰ συμβεβηκὸς δὲ εἶπεν, ὅτι μὴ πα‐ θητικῶς ἀναδέχεται τὸ διαφανὲς τὴν πρὸς αὐ‐ τὸν ποιὰν τοῦ φωτίζειν πεφυκότος ἐστὶν, ὡς ποτὲ μὲν πεφωτίσθαι, ποτὲ δὲ οὔ. διὸ οὐκ οἰ‐ κεῖον αὐτὸ χρῶμα, ἀλλὰ κατὰ σχέσιν, τὸ</w:t>
      </w:r>
    </w:p>
    <w:p>
      <w:r>
        <w:rPr>
          <w:rFonts w:ascii="Courier New" w:hAnsi="Courier New"/>
          <w:color w:val="555555"/>
          <w:sz w:val="20"/>
        </w:rPr>
        <w:t>[15]</w:t>
      </w:r>
    </w:p>
    <w:p>
      <w:r>
        <w:rPr>
          <w:rFonts w:ascii="Gentium Plus" w:hAnsi="Gentium Plus"/>
          <w:sz w:val="24"/>
        </w:rPr>
        <w:t>φῶς, ὥσπερ τῶν ἄλλων κεχρωσμένων. ἐν ἐκεί‐ νοις γὰρ μένει τὸ χρῶμα ὡς οἰκεῖον ὄν. ἐπὶ δὲ τοῦ φωτὸς οὐχ οὕτως. καὶ ἄλλως· ἐντελέχεια τοῦ διαφανοῦς ᾗ διαφανές. *εἴρηται δὲ φῶς παρὰ τὸ φῶ, τὸ λάμπω. ἐξ οὗ γίνεται φάος,</w:t>
      </w:r>
    </w:p>
    <w:p>
      <w:r>
        <w:rPr>
          <w:rFonts w:ascii="Courier New" w:hAnsi="Courier New"/>
          <w:color w:val="555555"/>
          <w:sz w:val="20"/>
        </w:rPr>
        <w:t>[20]</w:t>
      </w:r>
    </w:p>
    <w:p>
      <w:r>
        <w:rPr>
          <w:rFonts w:ascii="Gentium Plus" w:hAnsi="Gentium Plus"/>
          <w:sz w:val="24"/>
        </w:rPr>
        <w:t>καθ’ ὑπερβιβασμὸν τοῦ ο φόας, καὶ συναιρέσει φῶς, ὥσπερ κρείττοα κρείττω. φῶς καὶ ἡ γνῶ‐</w:t>
      </w:r>
    </w:p>
    <w:p>
      <w:r>
        <w:rPr>
          <w:rFonts w:ascii="Courier New" w:hAnsi="Courier New"/>
          <w:color w:val="555555"/>
          <w:sz w:val="20"/>
        </w:rPr>
        <w:t>[phi 1838]</w:t>
      </w:r>
    </w:p>
    <w:p>
      <w:r>
        <w:rPr>
          <w:rFonts w:ascii="Gentium Plus" w:hAnsi="Gentium Plus"/>
          <w:sz w:val="24"/>
        </w:rPr>
        <w:t>Φωτίγγιον. ὄρνεον. Φῶς. παρὰ τὸ φῶ, τὸ φαίνω, φάος, καὶ κράσει τοῦ αο εἰς ω μέγα φῶς.</w:t>
      </w:r>
    </w:p>
    <w:p>
      <w:pPr>
        <w:jc w:val="center"/>
      </w:pPr>
      <w:r>
        <w:rPr>
          <w:rFonts w:ascii="Gentium Plus" w:hAnsi="Gentium Plus"/>
          <w:b/>
          <w:sz w:val="24"/>
        </w:rPr>
        <w:t>(Ῥῆμα.)</w:t>
      </w:r>
    </w:p>
    <w:p>
      <w:r>
        <w:rPr>
          <w:rFonts w:ascii="Courier New" w:hAnsi="Courier New"/>
          <w:color w:val="555555"/>
          <w:sz w:val="20"/>
        </w:rPr>
        <w:t>[5]</w:t>
      </w:r>
    </w:p>
    <w:p>
      <w:r>
        <w:rPr>
          <w:rFonts w:ascii="Gentium Plus" w:hAnsi="Gentium Plus"/>
          <w:sz w:val="24"/>
        </w:rPr>
        <w:t>Φῶ. τὸ λέγω. καὶ τὸ λάμπω. Φωγύνω. τὸ φρύγω. Φῴζω. τὸ καίω, σὺν τῷ ι. Στράττις· ἀλλ’ εἰ μέλλεις ἀνδρείως φῴζειν. Φωλεύειν. τὸ ἐν τοῖς παιδευτηρίοις διατρίβειν.</w:t>
      </w:r>
    </w:p>
    <w:p>
      <w:r>
        <w:rPr>
          <w:rFonts w:ascii="Courier New" w:hAnsi="Courier New"/>
          <w:color w:val="555555"/>
          <w:sz w:val="20"/>
        </w:rPr>
        <w:t>[10]</w:t>
      </w:r>
    </w:p>
    <w:p>
      <w:r>
        <w:rPr>
          <w:rFonts w:ascii="Gentium Plus" w:hAnsi="Gentium Plus"/>
          <w:sz w:val="24"/>
        </w:rPr>
        <w:t>φωλεοὶ γὰρ τὰ παιδευτήρια. Φωνεῖν. βοᾷν. φονᾷν δὲ, τὸ φονικῶς πνέειν, μι‐ κρόν. Φωρῶ. τὸ ὑπονοῶ. Φωραθῶσιν. ἐλεγχθῶσιν. καὶ φωραθεὶς ἀν‐</w:t>
      </w:r>
    </w:p>
    <w:p>
      <w:r>
        <w:rPr>
          <w:rFonts w:ascii="Courier New" w:hAnsi="Courier New"/>
          <w:color w:val="555555"/>
          <w:sz w:val="20"/>
        </w:rPr>
        <w:t>[15]</w:t>
      </w:r>
    </w:p>
    <w:p>
      <w:r>
        <w:rPr>
          <w:rFonts w:ascii="Gentium Plus" w:hAnsi="Gentium Plus"/>
          <w:sz w:val="24"/>
        </w:rPr>
        <w:t>τὶ τοῦ ἐλεγχθεὶς ἢ εὑρεθείς. ἀπὸ τῆς φὼρ εὐ‐ θείας, ὃ σημαίνει τὸν κλέπτην. ὅθεν καὶ φω‐ ρᾷν, τὸ ἐρευνᾷν καὶ ἐκζητεῖν, καὶ φωράσας ἀντὶ τοῦ διερευνήσας. Φωτίσαντος. φανερώσαντος. ὁ Ἀπόστολος·</w:t>
      </w:r>
    </w:p>
    <w:p>
      <w:r>
        <w:rPr>
          <w:rFonts w:ascii="Courier New" w:hAnsi="Courier New"/>
          <w:color w:val="555555"/>
          <w:sz w:val="20"/>
        </w:rPr>
        <w:t>[20]</w:t>
      </w:r>
    </w:p>
    <w:p>
      <w:r>
        <w:rPr>
          <w:rFonts w:ascii="Gentium Plus" w:hAnsi="Gentium Plus"/>
          <w:sz w:val="24"/>
        </w:rPr>
        <w:t>φωτίσαντος δὲ ζωὴν καὶ ἀφθαρσίαν διὰ τοῦ εὐ‐</w:t>
      </w:r>
    </w:p>
    <w:p>
      <w:pPr>
        <w:jc w:val="center"/>
      </w:pPr>
      <w:r>
        <w:rPr>
          <w:rFonts w:ascii="Gentium Plus" w:hAnsi="Gentium Plus"/>
          <w:b/>
          <w:sz w:val="24"/>
        </w:rPr>
        <w:t>Χ.</w:t>
      </w:r>
    </w:p>
    <w:p>
      <w:pPr>
        <w:jc w:val="center"/>
      </w:pPr>
      <w:r>
        <w:rPr>
          <w:rFonts w:ascii="Gentium Plus" w:hAnsi="Gentium Plus"/>
          <w:b/>
          <w:sz w:val="24"/>
        </w:rPr>
        <w:t>Τὸ Χ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Χαλκός. κατὰ προσθήκην τοῦ χ, δωρικῶς, ἀλ‐</w:t>
      </w:r>
    </w:p>
    <w:p>
      <w:r>
        <w:rPr>
          <w:rFonts w:ascii="Courier New" w:hAnsi="Courier New"/>
          <w:color w:val="555555"/>
          <w:sz w:val="20"/>
        </w:rPr>
        <w:t>[5]</w:t>
      </w:r>
    </w:p>
    <w:p>
      <w:r>
        <w:rPr>
          <w:rFonts w:ascii="Gentium Plus" w:hAnsi="Gentium Plus"/>
          <w:sz w:val="24"/>
        </w:rPr>
        <w:t>κὸς καὶ χαλκός· ἐπεὶ πρὸς ἀλκὴν εὔθετός ἐστιν. ἢ παρὰ τὸ ἔχειν ἀλκήν. Χαλίφρων. ἀνόητος. μωρός. παρὰ τὸ χαλᾷν τὴν φρένα. κυρίως δὲ ὁ ἐν μέθῃ εὐφραίνων. χά‐ λις γὰρ ὁ ἄκρατος οἶνος, παρὰ τὸ χαλᾷν καὶ</w:t>
      </w:r>
    </w:p>
    <w:p>
      <w:r>
        <w:rPr>
          <w:rFonts w:ascii="Courier New" w:hAnsi="Courier New"/>
          <w:color w:val="555555"/>
          <w:sz w:val="20"/>
        </w:rPr>
        <w:t>[10]</w:t>
      </w:r>
    </w:p>
    <w:p>
      <w:r>
        <w:rPr>
          <w:rFonts w:ascii="Gentium Plus" w:hAnsi="Gentium Plus"/>
          <w:sz w:val="24"/>
        </w:rPr>
        <w:t>ἀνιέναι ἀραρυίας τὰς φρένας. Χαλινός. παρὰ τὸ χαίνειν, ὅτι δι’ αὐτοῦ χαί‐ νειν γίνεται. ἢ παρὰ τὸ ἲς, ἰνὸς, καὶ τὸ χαλῶ γίνεται χαλινός. Χαλκώδοντος.</w:t>
      </w:r>
    </w:p>
    <w:p>
      <w:r>
        <w:rPr>
          <w:rFonts w:ascii="Courier New" w:hAnsi="Courier New"/>
          <w:color w:val="555555"/>
          <w:sz w:val="20"/>
        </w:rPr>
        <w:t>[15]</w:t>
      </w:r>
    </w:p>
    <w:p>
      <w:r>
        <w:rPr>
          <w:rFonts w:ascii="Gentium Plus" w:hAnsi="Gentium Plus"/>
          <w:sz w:val="24"/>
        </w:rPr>
        <w:t>Χαλκηδόνιος. τοπικόν. Χαιρέας. ποταμός. Χαῖρις. κύριον. Χαιρωνεύς. ὁ ἀπὸ Χαιρωνείας πόλεως.</w:t>
      </w:r>
    </w:p>
    <w:p>
      <w:r>
        <w:rPr>
          <w:rFonts w:ascii="Courier New" w:hAnsi="Courier New"/>
          <w:color w:val="555555"/>
          <w:sz w:val="20"/>
        </w:rPr>
        <w:t>[chi 1840]</w:t>
      </w:r>
    </w:p>
    <w:p>
      <w:r>
        <w:rPr>
          <w:rFonts w:ascii="Gentium Plus" w:hAnsi="Gentium Plus"/>
          <w:sz w:val="24"/>
        </w:rPr>
        <w:t>Χαμέρ. ὄνομα κύριον. καὶ Χαμὼς, εἴδωλον, βδέ‐ λυγμα. Χαναναῖοι. οἱ μὴ ἕτοιμοι διὰ τὴν ἀπείθειαν πρὸς ταπείνωσιν ἑρμηνευόμενοι.</w:t>
      </w:r>
    </w:p>
    <w:p>
      <w:r>
        <w:rPr>
          <w:rFonts w:ascii="Courier New" w:hAnsi="Courier New"/>
          <w:color w:val="555555"/>
          <w:sz w:val="20"/>
        </w:rPr>
        <w:t>[5]</w:t>
      </w:r>
    </w:p>
    <w:p>
      <w:r>
        <w:rPr>
          <w:rFonts w:ascii="Gentium Plus" w:hAnsi="Gentium Plus"/>
          <w:sz w:val="24"/>
        </w:rPr>
        <w:t>Χάονες. ἐθνικόν. καὶ χάονας, ἄρτους κριθί‐ νους. Χαροπός. εὐόφθαλμος, περιχαρής. Χαρακηνός. τοπικόν. Χαμερπής. ταπεινός. μικρόφρων. τοῦ Θεολόγου·</w:t>
      </w:r>
    </w:p>
    <w:p>
      <w:r>
        <w:rPr>
          <w:rFonts w:ascii="Courier New" w:hAnsi="Courier New"/>
          <w:color w:val="555555"/>
          <w:sz w:val="20"/>
        </w:rPr>
        <w:t>[10]</w:t>
      </w:r>
    </w:p>
    <w:p>
      <w:r>
        <w:rPr>
          <w:rFonts w:ascii="Gentium Plus" w:hAnsi="Gentium Plus"/>
          <w:sz w:val="24"/>
        </w:rPr>
        <w:t>μηδὲ ἀλογίστως μηδὲ χαμερπῶς. Χάρης. κύριον. καὶ κλίνεται Χάρητος. Χαραδριός. ὄρνις. παρὰ τὸ τὰς χαράδρας δε‐ διέναι. ἢ τὸ ἐναντίον παρὰ τὸ ἐν αὐταῖς ἐνοι‐ κεῖν. ἐξ οὗ καὶ τὸ ὄνομα κέκτηται.</w:t>
      </w:r>
    </w:p>
    <w:p>
      <w:r>
        <w:rPr>
          <w:rFonts w:ascii="Courier New" w:hAnsi="Courier New"/>
          <w:color w:val="555555"/>
          <w:sz w:val="20"/>
        </w:rPr>
        <w:t>[15]</w:t>
      </w:r>
    </w:p>
    <w:p>
      <w:r>
        <w:rPr>
          <w:rFonts w:ascii="Gentium Plus" w:hAnsi="Gentium Plus"/>
          <w:sz w:val="24"/>
        </w:rPr>
        <w:t>Χάρακα. περίφραγμα τειχομαχίας, ἑλεπόλεις. καὶ χάραξ τὰ σιδήρια τὰ τεμνόμενα καὶ χα‐ ρασσόμενα, ὅθεν καὶ χάρακας καλοῦμεν τοὺς ὀξυνομένους καλάμους ἢ τὰ ξύλα. διαφέρει</w:t>
      </w:r>
    </w:p>
    <w:p>
      <w:r>
        <w:rPr>
          <w:rFonts w:ascii="Courier New" w:hAnsi="Courier New"/>
          <w:color w:val="555555"/>
          <w:sz w:val="20"/>
        </w:rPr>
        <w:t>[chi 1841]</w:t>
      </w:r>
    </w:p>
    <w:p>
      <w:r>
        <w:rPr>
          <w:rFonts w:ascii="Gentium Plus" w:hAnsi="Gentium Plus"/>
          <w:sz w:val="24"/>
        </w:rPr>
        <w:t>δηλοῖ τὸ στρατόπεδον, ἢ τείχισμά τι καὶ περί‐ φραγμα. ὡς Δημοσθένης καὶ Μένανδρος· πολλοὶ γὰρ ἐκλελοιπότες τὸν χάρακα τὰς κώμας ἐπόρθουν—.</w:t>
      </w:r>
    </w:p>
    <w:p>
      <w:r>
        <w:rPr>
          <w:rFonts w:ascii="Courier New" w:hAnsi="Courier New"/>
          <w:color w:val="555555"/>
          <w:sz w:val="20"/>
        </w:rPr>
        <w:t>[5]</w:t>
      </w:r>
    </w:p>
    <w:p>
      <w:r>
        <w:rPr>
          <w:rFonts w:ascii="Gentium Plus" w:hAnsi="Gentium Plus"/>
          <w:sz w:val="24"/>
        </w:rPr>
        <w:t>θηλυκὸν δὲ τὸ τῆς ἀμπέλου. οἷον. ἐξηπάτησεν ἡ χάραξ τὴν ἄμπελον. Χαρίεις. τὰ εἰς εις ὀνόματα διὰ τοῦ εντος κλι‐ νόμενα οὐ θέλουσι τῷ ι παραλήγειν, ἀλλ’ ἢ τῷ η, ὡς ἐπὶ τοῦ τιμήεις, ἢ τῷ ο, ὡς ἐπὶ τοῦ</w:t>
      </w:r>
    </w:p>
    <w:p>
      <w:r>
        <w:rPr>
          <w:rFonts w:ascii="Courier New" w:hAnsi="Courier New"/>
          <w:color w:val="555555"/>
          <w:sz w:val="20"/>
        </w:rPr>
        <w:t>[10]</w:t>
      </w:r>
    </w:p>
    <w:p>
      <w:r>
        <w:rPr>
          <w:rFonts w:ascii="Gentium Plus" w:hAnsi="Gentium Plus"/>
          <w:sz w:val="24"/>
        </w:rPr>
        <w:t>ἀνεμόεις, ἢ τῷ α, ὡς ἐπὶ τοῦ σκιάεις, ἢ τῷ ω, ὡς ἐπὶ τοῦ κητώεις. ὅθεν τὸ χαρόεις ἀναλο‐ γώτερόν ἐστι τοῦ χαρίεις. Χάρτης. παρὰ τὸ γῶ, τὸ χωρῶ, γάρτης καὶ χάρτης, ὁ χωρητικὸς τῶν ἐγγεγραμμένων.</w:t>
      </w:r>
    </w:p>
    <w:p>
      <w:r>
        <w:rPr>
          <w:rFonts w:ascii="Courier New" w:hAnsi="Courier New"/>
          <w:color w:val="555555"/>
          <w:sz w:val="20"/>
        </w:rPr>
        <w:t>[15]</w:t>
      </w:r>
    </w:p>
    <w:p>
      <w:r>
        <w:rPr>
          <w:rFonts w:ascii="Gentium Plus" w:hAnsi="Gentium Plus"/>
          <w:sz w:val="24"/>
        </w:rPr>
        <w:t>Χαυλιόδους, καὶ χαυλιόδων. κεχαλασμένους ἔχων τοὺς ὀδόντας, ἐξέχοντας ἢ διέχοντας. ἢ κατὰ ἐναλλαγὴν τοῦ ρ εἰς λ· ὁ κεχαραγμένους ἔχων τοὺς ὀδόντας, ὁ τραχύνων καὶ χαράσ‐ σων.</w:t>
      </w:r>
    </w:p>
    <w:p>
      <w:r>
        <w:rPr>
          <w:rFonts w:ascii="Courier New" w:hAnsi="Courier New"/>
          <w:color w:val="555555"/>
          <w:sz w:val="20"/>
        </w:rPr>
        <w:t>[20]</w:t>
      </w:r>
    </w:p>
    <w:p>
      <w:r>
        <w:rPr>
          <w:rFonts w:ascii="Gentium Plus" w:hAnsi="Gentium Plus"/>
          <w:sz w:val="24"/>
        </w:rPr>
        <w:t>Χαῦνος. ἀπὸ τοῦ χαίνω χᾶνος καὶ πλεονασμῷ</w:t>
      </w:r>
    </w:p>
    <w:p>
      <w:r>
        <w:rPr>
          <w:rFonts w:ascii="Courier New" w:hAnsi="Courier New"/>
          <w:color w:val="555555"/>
          <w:sz w:val="20"/>
        </w:rPr>
        <w:t>[chi 1842]</w:t>
      </w:r>
    </w:p>
    <w:p>
      <w:r>
        <w:rPr>
          <w:rFonts w:ascii="Gentium Plus" w:hAnsi="Gentium Plus"/>
          <w:sz w:val="24"/>
        </w:rPr>
        <w:t>Χαλεπός. δύσκολος. ἀπὸ τοῦ χαλέπτω. ὡς τό· Χρυσὲ κακῶν ἀρχηγὲ, βιοφθόρε, πάντα χαλέπτων. ἐκ τούτου χαλεπαίνω, κατὰ ἀποβολὴν τοῦ τ.</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Χάλαζα. †ὁλοπαγὲς ὕδωρ ὑπὲρ γῆς πεπηγός. ἢ† ἀθρόα ἐκ νεφῶν εἰς ὕδωρ μεταβολὴ καὶ πῆξις ἀπὸ τῆς ἐναποκειμένης ἐντὸς ψυχρότητος, διὰ τὴν ἐκτὸς θερμότητα.</w:t>
      </w:r>
    </w:p>
    <w:p>
      <w:r>
        <w:rPr>
          <w:rFonts w:ascii="Courier New" w:hAnsi="Courier New"/>
          <w:color w:val="555555"/>
          <w:sz w:val="20"/>
        </w:rPr>
        <w:t>[10]</w:t>
      </w:r>
    </w:p>
    <w:p>
      <w:r>
        <w:rPr>
          <w:rFonts w:ascii="Gentium Plus" w:hAnsi="Gentium Plus"/>
          <w:sz w:val="24"/>
        </w:rPr>
        <w:t>Χαλκὶς, Χαλκίδος. ὄνομα πόλεως. Χαλκίς. καὶ ἡ γλαῦξ. Χαιρώνεια. πόλις. Χαιρώνη. τόπος. Χαιός. ἡ ῥάβδος.</w:t>
      </w:r>
    </w:p>
    <w:p>
      <w:r>
        <w:rPr>
          <w:rFonts w:ascii="Courier New" w:hAnsi="Courier New"/>
          <w:color w:val="555555"/>
          <w:sz w:val="20"/>
        </w:rPr>
        <w:t>[15]</w:t>
      </w:r>
    </w:p>
    <w:p>
      <w:r>
        <w:rPr>
          <w:rFonts w:ascii="Gentium Plus" w:hAnsi="Gentium Plus"/>
          <w:sz w:val="24"/>
        </w:rPr>
        <w:t>Χαίτη. ἡ θρίξ. παρὰ τὸ κρατῶ κράτη καὶ ἀπο‐ βολῇ τοῦ ρ, καὶ τροπῇ τοῦ κ εἰς χ, καὶ πλεο‐ νασμῷ τοῦ ι χαίτη. Χαμεύνα. ταπεινὴ καὶ εὐτελὴς κλίνη. καὶ χα‐ μευνία, ἡ ξηροκοιτία.</w:t>
      </w:r>
    </w:p>
    <w:p>
      <w:r>
        <w:rPr>
          <w:rFonts w:ascii="Courier New" w:hAnsi="Courier New"/>
          <w:color w:val="555555"/>
          <w:sz w:val="20"/>
        </w:rPr>
        <w:t>[20]</w:t>
      </w:r>
    </w:p>
    <w:p>
      <w:r>
        <w:rPr>
          <w:rFonts w:ascii="Gentium Plus" w:hAnsi="Gentium Plus"/>
          <w:sz w:val="24"/>
        </w:rPr>
        <w:t>Χαμαιτυπίς. ἡ πόρνη.</w:t>
      </w:r>
    </w:p>
    <w:p>
      <w:r>
        <w:rPr>
          <w:rFonts w:ascii="Courier New" w:hAnsi="Courier New"/>
          <w:color w:val="555555"/>
          <w:sz w:val="20"/>
        </w:rPr>
        <w:t>[chi 1843]</w:t>
      </w:r>
    </w:p>
    <w:p>
      <w:r>
        <w:rPr>
          <w:rFonts w:ascii="Gentium Plus" w:hAnsi="Gentium Plus"/>
          <w:sz w:val="24"/>
        </w:rPr>
        <w:t>Χαράδραι. μικροὶ ῥύακες. ἢ τοῦ ὕδατος ὑποῤ‐ ῥοαί. ἢ κρημνοί. Χαρά. διάθεσις ἡδονῶν ἐπιτυχοῦσα. ἢ εὕρησις ἡδονῶν.</w:t>
      </w:r>
    </w:p>
    <w:p>
      <w:r>
        <w:rPr>
          <w:rFonts w:ascii="Courier New" w:hAnsi="Courier New"/>
          <w:color w:val="555555"/>
          <w:sz w:val="20"/>
        </w:rPr>
        <w:t>[5]</w:t>
      </w:r>
    </w:p>
    <w:p>
      <w:r>
        <w:rPr>
          <w:rFonts w:ascii="Gentium Plus" w:hAnsi="Gentium Plus"/>
          <w:sz w:val="24"/>
        </w:rPr>
        <w:t>Χάρμη. ἡ μάχῃ. κατ’ εὐφημισμόν. Χάρυβδις. ἡ ἀναπινομένη θάλασσα περὶ τὰ Γάδειρα καὶ πάλιν ἐπαναστρέφουσα. παρὰ τὸ εἰς χάος κατάγειν καὶ ὄλεθρον. οἱονεὶ εἰς χάος βαίνειν.</w:t>
      </w:r>
    </w:p>
    <w:p>
      <w:r>
        <w:rPr>
          <w:rFonts w:ascii="Courier New" w:hAnsi="Courier New"/>
          <w:color w:val="555555"/>
          <w:sz w:val="20"/>
        </w:rPr>
        <w:t>[10]</w:t>
      </w:r>
    </w:p>
    <w:p>
      <w:r>
        <w:rPr>
          <w:rFonts w:ascii="Gentium Plus" w:hAnsi="Gentium Plus"/>
          <w:sz w:val="24"/>
        </w:rPr>
        <w:t>Χαρίεσσα καὶ χαριτόεσσα. Χάρις. χαρά. παρὰ τῷ Ἀποστόλῳ· ἵνα δευ‐ τέραν χάριν ἔχητε. Χαναναίαν. τὴν Παλαιστίνην, ἤγουν τὴν Ἱερου‐ σαλὴμ λέγει ὁ θεόλογος· διὰ τὸ κατοικεῖσθαι</w:t>
      </w:r>
    </w:p>
    <w:p>
      <w:r>
        <w:rPr>
          <w:rFonts w:ascii="Courier New" w:hAnsi="Courier New"/>
          <w:color w:val="555555"/>
          <w:sz w:val="20"/>
        </w:rPr>
        <w:t>[15]</w:t>
      </w:r>
    </w:p>
    <w:p>
      <w:r>
        <w:rPr>
          <w:rFonts w:ascii="Gentium Plus" w:hAnsi="Gentium Plus"/>
          <w:sz w:val="24"/>
        </w:rPr>
        <w:t>αὐτὴν πρότερον ὑπὸ τῶν Χαναναίων.</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Χαλκοῦν πινάκιον. τοιοῦτον εἶχον οἱ δικασταὶ πρὸς τὰς κληρώσεις, ἔχον τὸ ὄνομα τοῦ δικα‐ στοῦ πατρόθεν καὶ τοῦ δήμου καὶ τῆς φυλῆς.</w:t>
      </w:r>
    </w:p>
    <w:p>
      <w:r>
        <w:rPr>
          <w:rFonts w:ascii="Courier New" w:hAnsi="Courier New"/>
          <w:color w:val="555555"/>
          <w:sz w:val="20"/>
        </w:rPr>
        <w:t>[20]</w:t>
      </w:r>
    </w:p>
    <w:p>
      <w:r>
        <w:rPr>
          <w:rFonts w:ascii="Gentium Plus" w:hAnsi="Gentium Plus"/>
          <w:sz w:val="24"/>
        </w:rPr>
        <w:t>Ἀρίσταρχος δὲ πύξινον εἶπεν αὐτό. Χαλκοπράτιον. ..... Χαλκοβατὲς δῶ. πρὸς δῶμα χαλκοβατές. Χαλαστραῖον. τόπος.</w:t>
      </w:r>
    </w:p>
    <w:p>
      <w:r>
        <w:rPr>
          <w:rFonts w:ascii="Courier New" w:hAnsi="Courier New"/>
          <w:color w:val="555555"/>
          <w:sz w:val="20"/>
        </w:rPr>
        <w:t>[chi 1844]</w:t>
      </w:r>
    </w:p>
    <w:p>
      <w:r>
        <w:rPr>
          <w:rFonts w:ascii="Gentium Plus" w:hAnsi="Gentium Plus"/>
          <w:sz w:val="24"/>
        </w:rPr>
        <w:t>Χαμαιπετές. ταπεινόν. ἢ τὸ εἰς γῆν πετό‐ μενον. Χαμαιτυπεῖον. καπηλεῖον, ἢ οἴκημα ἐν ᾧ εἰσὶν αἱ πόρναι.</w:t>
      </w:r>
    </w:p>
    <w:p>
      <w:r>
        <w:rPr>
          <w:rFonts w:ascii="Courier New" w:hAnsi="Courier New"/>
          <w:color w:val="555555"/>
          <w:sz w:val="20"/>
        </w:rPr>
        <w:t>[5]</w:t>
      </w:r>
    </w:p>
    <w:p>
      <w:r>
        <w:rPr>
          <w:rFonts w:ascii="Gentium Plus" w:hAnsi="Gentium Plus"/>
          <w:sz w:val="24"/>
        </w:rPr>
        <w:t>Χαμαιμηλέλαιον. ..... Χαριστήρια. εὐχαὶ, ἢ ὕμνοι ἐπινίκιοι. Χαράκωμα. περίφραγμα. τειχίον. παρὰ τὸ χαρακῶ, χαρακώσω, χαράκωμα. τοῦτο παρὰ τὸ χάραξ.</w:t>
      </w:r>
    </w:p>
    <w:p>
      <w:r>
        <w:rPr>
          <w:rFonts w:ascii="Courier New" w:hAnsi="Courier New"/>
          <w:color w:val="555555"/>
          <w:sz w:val="20"/>
        </w:rPr>
        <w:t>[10]</w:t>
      </w:r>
    </w:p>
    <w:p>
      <w:r>
        <w:rPr>
          <w:rFonts w:ascii="Gentium Plus" w:hAnsi="Gentium Plus"/>
          <w:sz w:val="24"/>
        </w:rPr>
        <w:t>Χάσμα. τὸ χάος. Χαλεπόν. δύο σημαίνει. ἤγουν τὸ ἀδύνατον, ὡς τό· —χαλεπὸν δέ κεν ὀρύσσειν ἀνδράσι θνητοῖσι— καὶ τὸ δεινόν.</w:t>
      </w:r>
    </w:p>
    <w:p>
      <w:r>
        <w:rPr>
          <w:rFonts w:ascii="Courier New" w:hAnsi="Courier New"/>
          <w:color w:val="555555"/>
          <w:sz w:val="20"/>
        </w:rPr>
        <w:t>[15]</w:t>
      </w:r>
    </w:p>
    <w:p>
      <w:r>
        <w:rPr>
          <w:rFonts w:ascii="Gentium Plus" w:hAnsi="Gentium Plus"/>
          <w:sz w:val="24"/>
        </w:rPr>
        <w:t>χαλεπὸς δὲ Διὸς μεγάλοιο κεραυνός.</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Χάζω. τὸ ὑποχωρῶ καὶ ἀναχωρῶ. καὶ χάζεο. ἀπὸ τοῦ χῶ, τὸ χωρῶ, παράγωγον χάζω. Χαίρειν φράσαντες. ἀποταξάμενοι, καταγνόν‐</w:t>
      </w:r>
    </w:p>
    <w:p>
      <w:r>
        <w:rPr>
          <w:rFonts w:ascii="Courier New" w:hAnsi="Courier New"/>
          <w:color w:val="555555"/>
          <w:sz w:val="20"/>
        </w:rPr>
        <w:t>[20]</w:t>
      </w:r>
    </w:p>
    <w:p>
      <w:r>
        <w:rPr>
          <w:rFonts w:ascii="Gentium Plus" w:hAnsi="Gentium Plus"/>
          <w:sz w:val="24"/>
        </w:rPr>
        <w:t>τες. Χαίρειν ἐάσαντες. ἐπὶ τῶν καταφρονουμένων καὶ μισουμένων. τὸ γὰρ χαίρειν μόνον προσεπι‐ λέγοντες τούτοις παρέτρεχον. καὶ χαίρειν ἀντὶ τοῦ οἰμώζειν καὶ στενάζειν. ὡς τό· χαιρέτω</w:t>
      </w:r>
    </w:p>
    <w:p>
      <w:r>
        <w:rPr>
          <w:rFonts w:ascii="Courier New" w:hAnsi="Courier New"/>
          <w:color w:val="555555"/>
          <w:sz w:val="20"/>
        </w:rPr>
        <w:t>[25]</w:t>
      </w:r>
    </w:p>
    <w:p>
      <w:r>
        <w:rPr>
          <w:rFonts w:ascii="Gentium Plus" w:hAnsi="Gentium Plus"/>
          <w:sz w:val="24"/>
        </w:rPr>
        <w:t>ληρῶν, ἐρυθριάτω φλυαρῶν.</w:t>
      </w:r>
    </w:p>
    <w:p>
      <w:r>
        <w:rPr>
          <w:rFonts w:ascii="Courier New" w:hAnsi="Courier New"/>
          <w:color w:val="555555"/>
          <w:sz w:val="20"/>
        </w:rPr>
        <w:t>[chi 1845]</w:t>
      </w:r>
    </w:p>
    <w:p>
      <w:r>
        <w:rPr>
          <w:rFonts w:ascii="Gentium Plus" w:hAnsi="Gentium Plus"/>
          <w:sz w:val="24"/>
        </w:rPr>
        <w:t>Χαίρω. παρὰ τὸ χῶ, τὸ διαχέω. Χαίρομαι. ὁ λέγων χαίρομαι βαρβαρίζει. καὶ λέ‐ γεται δατισμός· Δάτις γὰρ ὁ Πέρσης ἔφη χαίρομαι. ἐνεστῶτα γὰρ ἢ παρατατικὸν οὐκ</w:t>
      </w:r>
    </w:p>
    <w:p>
      <w:r>
        <w:rPr>
          <w:rFonts w:ascii="Courier New" w:hAnsi="Courier New"/>
          <w:color w:val="555555"/>
          <w:sz w:val="20"/>
        </w:rPr>
        <w:t>[5]</w:t>
      </w:r>
    </w:p>
    <w:p>
      <w:r>
        <w:rPr>
          <w:rFonts w:ascii="Gentium Plus" w:hAnsi="Gentium Plus"/>
          <w:sz w:val="24"/>
        </w:rPr>
        <w:t>ἔχει. Χαλιμάζειν. τὸ περὶ τὰς συνουσίας ὁρμᾷν. ἀπὸ τοῦ χαλᾷν τὰς φρένας πρὸς τὸ πάθος. Χαλεπαίνει. ὀργίζεται. Χαλεπῄνας. ἀγανακτήσας. καὶ χαλεπῄνῃ.</w:t>
      </w:r>
    </w:p>
    <w:p>
      <w:r>
        <w:rPr>
          <w:rFonts w:ascii="Courier New" w:hAnsi="Courier New"/>
          <w:color w:val="555555"/>
          <w:sz w:val="20"/>
        </w:rPr>
        <w:t>[10]</w:t>
      </w:r>
    </w:p>
    <w:p>
      <w:r>
        <w:rPr>
          <w:rFonts w:ascii="Gentium Plus" w:hAnsi="Gentium Plus"/>
          <w:sz w:val="24"/>
        </w:rPr>
        <w:t>Χαλέπτει. κακίζει. Χάνῃς, χάνωμεν. Χαρακτηρίζει. δεικνύει. Χαράσσω. παρὰ τὸ χαίρω, τὸ τραχύνω. ἐξ οὗ καὶ κάρχαρος κύων. ἢ ὥσπερ ἄλλος ἀλλάσσω,</w:t>
      </w:r>
    </w:p>
    <w:p>
      <w:r>
        <w:rPr>
          <w:rFonts w:ascii="Courier New" w:hAnsi="Courier New"/>
          <w:color w:val="555555"/>
          <w:sz w:val="20"/>
        </w:rPr>
        <w:t>[15]</w:t>
      </w:r>
    </w:p>
    <w:p>
      <w:r>
        <w:rPr>
          <w:rFonts w:ascii="Gentium Plus" w:hAnsi="Gentium Plus"/>
          <w:sz w:val="24"/>
        </w:rPr>
        <w:t>οὕτως ἄρης ἀράσσω καὶ πλεονασμῷ τοῦ χ χα‐ ράσσω. Χαρήσομαι. εὐφρανθήσομαι. καὶ ἐὰν χαρήσομαι, εὐφρανθήσομαι. χαρίσομαι δὲ ἀντὶ τοῦ δωρή‐ σομαι ι. [ἐὰν χαρίσωμαι δὲ, ἰῶτα καὶ μέγα.]</w:t>
      </w:r>
    </w:p>
    <w:p>
      <w:r>
        <w:rPr>
          <w:rFonts w:ascii="Courier New" w:hAnsi="Courier New"/>
          <w:color w:val="555555"/>
          <w:sz w:val="20"/>
        </w:rPr>
        <w:t>[20]</w:t>
      </w:r>
    </w:p>
    <w:p>
      <w:r>
        <w:rPr>
          <w:rFonts w:ascii="Gentium Plus" w:hAnsi="Gentium Plus"/>
          <w:sz w:val="24"/>
        </w:rPr>
        <w:t>Χαριεντιζόμενοι. εὐτραπελιζόμενοι. σκώπτον‐ τες. Ἀριστοφάνης· χαριεντίζεις καὶ κατασκώπτεις ἡμῶν καὶ βωμολοχεύεις. Χατίζεις. χρῄζεις. οἶμαι, παρὰ τὸ ἃ μὴ ἔχειν</w:t>
      </w:r>
    </w:p>
    <w:p>
      <w:r>
        <w:rPr>
          <w:rFonts w:ascii="Courier New" w:hAnsi="Courier New"/>
          <w:color w:val="555555"/>
          <w:sz w:val="20"/>
        </w:rPr>
        <w:t>[25]</w:t>
      </w:r>
    </w:p>
    <w:p>
      <w:r>
        <w:rPr>
          <w:rFonts w:ascii="Gentium Plus" w:hAnsi="Gentium Plus"/>
          <w:sz w:val="24"/>
        </w:rPr>
        <w:t>αἰτεῖν γίνεται χατῶ, χατίζω. ὁ γὰρ χρῄζων</w:t>
      </w:r>
    </w:p>
    <w:p>
      <w:r>
        <w:rPr>
          <w:rFonts w:ascii="Courier New" w:hAnsi="Courier New"/>
          <w:color w:val="555555"/>
          <w:sz w:val="20"/>
        </w:rPr>
        <w:t>[chi 1846]</w:t>
      </w:r>
    </w:p>
    <w:p>
      <w:r>
        <w:rPr>
          <w:rFonts w:ascii="Gentium Plus" w:hAnsi="Gentium Plus"/>
          <w:sz w:val="24"/>
        </w:rPr>
        <w:t>ἃ μὴ ἔχει αἰτεῖ. καὶ χατέουσιν. ἢ ἀπὸ τοῦ αἰτῶ αἰτίζω. ἐξ οὗ καὶ τό· αἰτίζων ἀκόλους, παρ’ Ὁμήρῳ. Χαριζόμενοι. συγγνωμονικοὶ γίνεσθε. οὕτως ὁ</w:t>
      </w:r>
    </w:p>
    <w:p>
      <w:r>
        <w:rPr>
          <w:rFonts w:ascii="Courier New" w:hAnsi="Courier New"/>
          <w:color w:val="555555"/>
          <w:sz w:val="20"/>
        </w:rPr>
        <w:t>[5]</w:t>
      </w:r>
    </w:p>
    <w:p>
      <w:r>
        <w:rPr>
          <w:rFonts w:ascii="Gentium Plus" w:hAnsi="Gentium Plus"/>
          <w:sz w:val="24"/>
        </w:rPr>
        <w:t>Ἀπόστολος· χαριζόμενοι ἑαυτοῖς.</w:t>
      </w:r>
    </w:p>
    <w:p>
      <w:pPr>
        <w:jc w:val="center"/>
      </w:pPr>
      <w:r>
        <w:rPr>
          <w:rFonts w:ascii="Gentium Plus" w:hAnsi="Gentium Plus"/>
          <w:b/>
          <w:sz w:val="24"/>
        </w:rPr>
        <w:t>(Ἐπίῤῥημα.)</w:t>
      </w:r>
    </w:p>
    <w:p>
      <w:r>
        <w:rPr>
          <w:rFonts w:ascii="Courier New" w:hAnsi="Courier New"/>
          <w:color w:val="555555"/>
          <w:sz w:val="20"/>
        </w:rPr>
        <w:t>[7]</w:t>
      </w:r>
    </w:p>
    <w:p>
      <w:r>
        <w:rPr>
          <w:rFonts w:ascii="Gentium Plus" w:hAnsi="Gentium Plus"/>
          <w:sz w:val="24"/>
        </w:rPr>
        <w:t>Χαμόθεν. ἐκ τῆς γῆς. Χαμάδις. χαμάζε καὶ χαμαί. Χανδόν. ἀπλήστως.</w:t>
      </w:r>
    </w:p>
    <w:p>
      <w:pPr>
        <w:jc w:val="center"/>
      </w:pPr>
      <w:r>
        <w:rPr>
          <w:rFonts w:ascii="Gentium Plus" w:hAnsi="Gentium Plus"/>
          <w:b/>
          <w:sz w:val="24"/>
        </w:rPr>
        <w:t>Τὸ Χ μετὰ τοῦ Ε.</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Χέδροπας. ὄσπρια. [καὶ ἑνικῶς χέδροψ. οἱον‐ εὶ χερίδροψ καὶ συγκοπῇ χέδροψ.] Χειμών. ἡ τοῦ κρύους ἀκμή. ἀπὸ τοῦ χέω, χεύ‐</w:t>
      </w:r>
    </w:p>
    <w:p>
      <w:r>
        <w:rPr>
          <w:rFonts w:ascii="Courier New" w:hAnsi="Courier New"/>
          <w:color w:val="555555"/>
          <w:sz w:val="20"/>
        </w:rPr>
        <w:t>[15]</w:t>
      </w:r>
    </w:p>
    <w:p>
      <w:r>
        <w:rPr>
          <w:rFonts w:ascii="Gentium Plus" w:hAnsi="Gentium Plus"/>
          <w:sz w:val="24"/>
        </w:rPr>
        <w:t>σω, ῥῆμα ὄνομα χεῦμα, καὶ τροπῇ τοῦ υ εἰς ι χειμών. τὰ γὰρ ἀπὸ τῶν εἰς μα οὐδέτερα πα‐ ραγόμενα ὀνόματα κοινὰ εἰσὶ τῷ γένει, καὶ τρέ‐ πουσι τὸ ω εἰς ο ἐπὶ τῆς γενικῆς. οἷον μνήμη, ἀμνήμων, ἀμνήμονος, εἷμα, λευχείμων, λευ‐</w:t>
      </w:r>
    </w:p>
    <w:p>
      <w:r>
        <w:rPr>
          <w:rFonts w:ascii="Courier New" w:hAnsi="Courier New"/>
          <w:color w:val="555555"/>
          <w:sz w:val="20"/>
        </w:rPr>
        <w:t>[20]</w:t>
      </w:r>
    </w:p>
    <w:p>
      <w:r>
        <w:rPr>
          <w:rFonts w:ascii="Gentium Plus" w:hAnsi="Gentium Plus"/>
          <w:sz w:val="24"/>
        </w:rPr>
        <w:t>χείμονος. τὸ γοῦν χειμὼν καὶ ὀξυνόμενον καὶ ἁπλοῦν καὶ περιεκτικὸν ὂν περὶ τὴν γραφὴν διήλλαξε, καὶ φυλάττει τὸ ω, χειμὼν, χειμῶ‐ νος, καὶ εἴ τι παρ’ αὐτὸ, βαρυχείμων, βαρυ‐</w:t>
      </w:r>
    </w:p>
    <w:p>
      <w:r>
        <w:rPr>
          <w:rFonts w:ascii="Courier New" w:hAnsi="Courier New"/>
          <w:color w:val="555555"/>
          <w:sz w:val="20"/>
        </w:rPr>
        <w:t>[chi 1847]</w:t>
      </w:r>
    </w:p>
    <w:p>
      <w:r>
        <w:rPr>
          <w:rFonts w:ascii="Gentium Plus" w:hAnsi="Gentium Plus"/>
          <w:sz w:val="24"/>
        </w:rPr>
        <w:t>Χείμαῤῥοι ποταμοί. κατὰ τὸν χειμῶνα ῥέοντες. χίμαῤῥοι δὲ, οἱ τράγοι, ι. Χειροδίκαι. οἱ ἑαυτοῖς πεποιθότες τῇ τῶν χει‐ ρῶν δυνάμει καὶ δι’ ἑαυτῶν ποιοῦντες τὴν ἐκδί‐</w:t>
      </w:r>
    </w:p>
    <w:p>
      <w:r>
        <w:rPr>
          <w:rFonts w:ascii="Courier New" w:hAnsi="Courier New"/>
          <w:color w:val="555555"/>
          <w:sz w:val="20"/>
        </w:rPr>
        <w:t>[5]</w:t>
      </w:r>
    </w:p>
    <w:p>
      <w:r>
        <w:rPr>
          <w:rFonts w:ascii="Gentium Plus" w:hAnsi="Gentium Plus"/>
          <w:sz w:val="24"/>
        </w:rPr>
        <w:t>κησιν καὶ τύπτοντες, τουτέστιν ἐν τῇ ἰσχύϊ τὸ δίκαιον ἔχοντες. Χείρων. κύριον. Χειρώνακτες. οἱ διὰ τῶν χειρῶν κοπιῶντες καὶ ἐργαζόμενοι, καὶ οἱ τεχνῖται.</w:t>
      </w:r>
    </w:p>
    <w:p>
      <w:r>
        <w:rPr>
          <w:rFonts w:ascii="Courier New" w:hAnsi="Courier New"/>
          <w:color w:val="555555"/>
          <w:sz w:val="20"/>
        </w:rPr>
        <w:t>[10]</w:t>
      </w:r>
    </w:p>
    <w:p>
      <w:r>
        <w:rPr>
          <w:rFonts w:ascii="Gentium Plus" w:hAnsi="Gentium Plus"/>
          <w:sz w:val="24"/>
        </w:rPr>
        <w:t>Χείρων. ὁ χειρότερος. χείρων κυρίως ὁ κατὰ χεῖ‐ ρα ἥττων, οἷς ὁ ἄνθρωπος τῶν ἄλλων ζώων διαφέρει, τεχνάσασθαι. Χειρωνάκτης καὶ χειρώναξ. τεχνίτης διὰ τῶν χειρῶν ἐργαζόμενος.</w:t>
      </w:r>
    </w:p>
    <w:p>
      <w:r>
        <w:rPr>
          <w:rFonts w:ascii="Courier New" w:hAnsi="Courier New"/>
          <w:color w:val="555555"/>
          <w:sz w:val="20"/>
        </w:rPr>
        <w:t>[15]</w:t>
      </w:r>
    </w:p>
    <w:p>
      <w:r>
        <w:rPr>
          <w:rFonts w:ascii="Gentium Plus" w:hAnsi="Gentium Plus"/>
          <w:sz w:val="24"/>
        </w:rPr>
        <w:t>Χέρης. κύριον. καὶ κλίνεται Χέρητος. Χέρηϊ. τῷ χείρονι. Χέρεως. ὄνομα φρουρίου.</w:t>
      </w:r>
    </w:p>
    <w:p>
      <w:pPr>
        <w:jc w:val="center"/>
      </w:pPr>
      <w:r>
        <w:rPr>
          <w:rFonts w:ascii="Gentium Plus" w:hAnsi="Gentium Plus"/>
          <w:b/>
          <w:sz w:val="24"/>
        </w:rPr>
        <w:t>(Θηλυκόν.)</w:t>
      </w:r>
    </w:p>
    <w:p>
      <w:r>
        <w:rPr>
          <w:rFonts w:ascii="Courier New" w:hAnsi="Courier New"/>
          <w:color w:val="555555"/>
          <w:sz w:val="20"/>
        </w:rPr>
        <w:t>[2]</w:t>
      </w:r>
    </w:p>
    <w:p>
      <w:r>
        <w:rPr>
          <w:rFonts w:ascii="Gentium Plus" w:hAnsi="Gentium Plus"/>
          <w:sz w:val="24"/>
        </w:rPr>
        <w:t>Χειά. ἡ τῶν ὄφεων κατάδυσις. ἔνθεν καὶ τό· οὐδὸς δ’ ἀμφοτέρους ὅδε χείσεται—. ἀντὶ τοῦ χωρήσει. ἀπὸ τοῦ χεῖσθαι, ὅ ἐστι</w:t>
      </w:r>
    </w:p>
    <w:p>
      <w:r>
        <w:rPr>
          <w:rFonts w:ascii="Courier New" w:hAnsi="Courier New"/>
          <w:color w:val="555555"/>
          <w:sz w:val="20"/>
        </w:rPr>
        <w:t>[5]</w:t>
      </w:r>
    </w:p>
    <w:p>
      <w:r>
        <w:rPr>
          <w:rFonts w:ascii="Gentium Plus" w:hAnsi="Gentium Plus"/>
          <w:sz w:val="24"/>
        </w:rPr>
        <w:t>χωρεῖσθαι. αὐτὸ γὰρ μόνον μηχανᾶται ὁ ὄφις τὸ χωρῆσαι τὸ σῶμα ὥσπερ ἔλυτρον. λέγονται δὲ οἱ τοιοῦτοι τόποι καὶ εἰλυοὶ καὶ τρόχμαλα. καὶ αἱμασιαί. παρὰ τὸ γῶ, τὸ χωρῶ, τροπῇ τοῦ γ εἰς χ γίνεται χέα καὶ πλεονασμῷ τοῦ ι</w:t>
      </w:r>
    </w:p>
    <w:p>
      <w:r>
        <w:rPr>
          <w:rFonts w:ascii="Courier New" w:hAnsi="Courier New"/>
          <w:color w:val="555555"/>
          <w:sz w:val="20"/>
        </w:rPr>
        <w:t>[10]</w:t>
      </w:r>
    </w:p>
    <w:p>
      <w:r>
        <w:rPr>
          <w:rFonts w:ascii="Gentium Plus" w:hAnsi="Gentium Plus"/>
          <w:sz w:val="24"/>
        </w:rPr>
        <w:t>χειά. χειὰ καὶ ἡ φωλεά. Χελιδών. παρὰ τὸ τὰ χείλη δονεῖν. ἢ παρὰ τὸ τὰ χείλη οἰδαίνειν. ἢ παρὰ τὸ τοῖς χείλεσι ᾄδειν. Χέλυς. ἡ κιθάρα. παρὰ τὸ χέω, τὸ λέγω. ἢ</w:t>
      </w:r>
    </w:p>
    <w:p>
      <w:r>
        <w:rPr>
          <w:rFonts w:ascii="Courier New" w:hAnsi="Courier New"/>
          <w:color w:val="555555"/>
          <w:sz w:val="20"/>
        </w:rPr>
        <w:t>[15]</w:t>
      </w:r>
    </w:p>
    <w:p>
      <w:r>
        <w:rPr>
          <w:rFonts w:ascii="Gentium Plus" w:hAnsi="Gentium Plus"/>
          <w:sz w:val="24"/>
        </w:rPr>
        <w:t>ὅτι ἀπὸ δερμάτων χελώνης κατεσκευάζετο. Χελωνίδος. τῆς βαθμίδος. Χεράδες. τὰ παραθαλάσσια σκύβαλα. ἢ ἡ ἰλύς. παρὰ τὸ χεῖσθαι ῥᾳδίως. Χερμάς. λίθος πληρῶν τὴν χεῖρα. καὶ χερμά‐</w:t>
      </w:r>
    </w:p>
    <w:p>
      <w:r>
        <w:rPr>
          <w:rFonts w:ascii="Courier New" w:hAnsi="Courier New"/>
          <w:color w:val="555555"/>
          <w:sz w:val="20"/>
        </w:rPr>
        <w:t>[20]</w:t>
      </w:r>
    </w:p>
    <w:p>
      <w:r>
        <w:rPr>
          <w:rFonts w:ascii="Gentium Plus" w:hAnsi="Gentium Plus"/>
          <w:sz w:val="24"/>
        </w:rPr>
        <w:t>διον.</w:t>
      </w:r>
    </w:p>
    <w:p>
      <w:r>
        <w:rPr>
          <w:rFonts w:ascii="Courier New" w:hAnsi="Courier New"/>
          <w:color w:val="555555"/>
          <w:sz w:val="20"/>
        </w:rPr>
        <w:t>[chi 1849]</w:t>
      </w:r>
    </w:p>
    <w:p>
      <w:r>
        <w:rPr>
          <w:rFonts w:ascii="Gentium Plus" w:hAnsi="Gentium Plus"/>
          <w:sz w:val="24"/>
        </w:rPr>
        <w:t>Χέρσος. ἡ ξηρὰ γῆ. ἐξ οὗ ἐστι χειρὶ προσάψα‐ σθαι. Χεῤῥόνησος. χεῤῥονησεία γῆ ἡ εἰς θάλασσαν ἐκ‐ νεύουσα, ἡ μήτε χέρσος μήτε θάλασσα, ἀλλὰ</w:t>
      </w:r>
    </w:p>
    <w:p>
      <w:r>
        <w:rPr>
          <w:rFonts w:ascii="Courier New" w:hAnsi="Courier New"/>
          <w:color w:val="555555"/>
          <w:sz w:val="20"/>
        </w:rPr>
        <w:t>[5]</w:t>
      </w:r>
    </w:p>
    <w:p>
      <w:r>
        <w:rPr>
          <w:rFonts w:ascii="Gentium Plus" w:hAnsi="Gentium Plus"/>
          <w:sz w:val="24"/>
        </w:rPr>
        <w:t>περικλυζομένη, καὶ μίαν ἔχουσα εἰσοδοέξοδον. Χερνῆτις. ἡ ἐκ τῶν ἰδίων χειρῶν τρεφομένη καὶ ζῶσα γυνή. σημαίνει δὲ τὴν ταπεινὴν καὶ ἄπο‐ ρον γυναῖκα. Χέῤῥις. πόλις.</w:t>
      </w:r>
    </w:p>
    <w:p>
      <w:r>
        <w:rPr>
          <w:rFonts w:ascii="Courier New" w:hAnsi="Courier New"/>
          <w:color w:val="555555"/>
          <w:sz w:val="20"/>
        </w:rPr>
        <w:t>[10]</w:t>
      </w:r>
    </w:p>
    <w:p>
      <w:r>
        <w:rPr>
          <w:rFonts w:ascii="Gentium Plus" w:hAnsi="Gentium Plus"/>
          <w:sz w:val="24"/>
        </w:rPr>
        <w:t>Χεττοῦρα. κύριον. ταύτην μετὰ θάνατον τῆς Σάῤῥας ὁ Ἀβραὰμ ἠγάγετο. Χελώνη. τὸ ζῶον. καὶ τὸ ὄργανον. Χελιδωνίς. λέγει ὁ Ψελλός· χελιδωνὶς τὸ πά‐ τημα τὸ κάτω τῆς εἰσόδου.</w:t>
      </w:r>
    </w:p>
    <w:p>
      <w:pPr>
        <w:jc w:val="center"/>
      </w:pPr>
      <w:r>
        <w:rPr>
          <w:rFonts w:ascii="Gentium Plus" w:hAnsi="Gentium Plus"/>
          <w:b/>
          <w:sz w:val="24"/>
        </w:rPr>
        <w:t>(Οὐδέτερον.)</w:t>
      </w:r>
    </w:p>
    <w:p>
      <w:r>
        <w:rPr>
          <w:rFonts w:ascii="Courier New" w:hAnsi="Courier New"/>
          <w:color w:val="555555"/>
          <w:sz w:val="20"/>
        </w:rPr>
        <w:t>[16]</w:t>
      </w:r>
    </w:p>
    <w:p>
      <w:r>
        <w:rPr>
          <w:rFonts w:ascii="Gentium Plus" w:hAnsi="Gentium Plus"/>
          <w:sz w:val="24"/>
        </w:rPr>
        <w:t>Χειρόηθες. πρᾷον· ἥμερον. Χειρόμακτρον. μανδύλιον. παρὰ τὸ ἐκμάσσειν</w:t>
      </w:r>
    </w:p>
    <w:p>
      <w:r>
        <w:rPr>
          <w:rFonts w:ascii="Courier New" w:hAnsi="Courier New"/>
          <w:color w:val="555555"/>
          <w:sz w:val="20"/>
        </w:rPr>
        <w:t>[chi 1850]</w:t>
      </w:r>
    </w:p>
    <w:p>
      <w:r>
        <w:rPr>
          <w:rFonts w:ascii="Gentium Plus" w:hAnsi="Gentium Plus"/>
          <w:sz w:val="24"/>
        </w:rPr>
        <w:t>Χειρόγραφον. συμβόλαιον, γραμματεῖον, χρέους ὁμολογία. Χειρόκμητα. ὑπὸ χειρῶν γεγραμμένα ἢ περιε‐ ξεσμένα.</w:t>
      </w:r>
    </w:p>
    <w:p>
      <w:r>
        <w:rPr>
          <w:rFonts w:ascii="Courier New" w:hAnsi="Courier New"/>
          <w:color w:val="555555"/>
          <w:sz w:val="20"/>
        </w:rPr>
        <w:t>[5]</w:t>
      </w:r>
    </w:p>
    <w:p>
      <w:r>
        <w:rPr>
          <w:rFonts w:ascii="Gentium Plus" w:hAnsi="Gentium Plus"/>
          <w:sz w:val="24"/>
        </w:rPr>
        <w:t>Χειρώνειον. φάρμακον τὸ τοῦ Χείρωνος. Χέλειον. τὸ τῆς νεώς. Χελιδόνιον μέλος. τὸ τῆς χελιδόνος. χελιδόνειον δὲ κρέας, δίφθογγον. Χελώνειον δέρμα. τὸ τῆς χελώνης.</w:t>
      </w:r>
    </w:p>
    <w:p>
      <w:r>
        <w:rPr>
          <w:rFonts w:ascii="Courier New" w:hAnsi="Courier New"/>
          <w:color w:val="555555"/>
          <w:sz w:val="20"/>
        </w:rPr>
        <w:t>[10]</w:t>
      </w:r>
    </w:p>
    <w:p>
      <w:r>
        <w:rPr>
          <w:rFonts w:ascii="Gentium Plus" w:hAnsi="Gentium Plus"/>
          <w:sz w:val="24"/>
        </w:rPr>
        <w:t>Χερμάδιον. ὁ χειροπλήθης λίθος. παρὰ τὸ τὴν χεῖρα πληροῦν. [χεράδιον, καὶ πλεονασμῷ τοῦ μ χερμάδιον.] Χερνίβειον. σκεῦος, ἐν ᾧ τὰς χεῖρας νίπτομεν. Χερουβείμ. καὶ δίφθογγον καὶ ι. καὶ ἐπὶ ἑνι‐</w:t>
      </w:r>
    </w:p>
    <w:p>
      <w:r>
        <w:rPr>
          <w:rFonts w:ascii="Courier New" w:hAnsi="Courier New"/>
          <w:color w:val="555555"/>
          <w:sz w:val="20"/>
        </w:rPr>
        <w:t>[15]</w:t>
      </w:r>
    </w:p>
    <w:p>
      <w:r>
        <w:rPr>
          <w:rFonts w:ascii="Gentium Plus" w:hAnsi="Gentium Plus"/>
          <w:sz w:val="24"/>
        </w:rPr>
        <w:t>κοῦ δίφθογγον, ἐπὶ δὲ πληθυντικοῦ ι. ὁμοίως καὶ ἐπὶ σεραφείμ. Χεῦμα. ῥεῦμα, προχοή. Χειμάδιον. ......</w:t>
      </w:r>
    </w:p>
    <w:p>
      <w:pPr>
        <w:jc w:val="center"/>
      </w:pPr>
      <w:r>
        <w:rPr>
          <w:rFonts w:ascii="Gentium Plus" w:hAnsi="Gentium Plus"/>
          <w:b/>
          <w:sz w:val="24"/>
        </w:rPr>
        <w:t>(Ῥῆμα.)</w:t>
      </w:r>
    </w:p>
    <w:p>
      <w:r>
        <w:rPr>
          <w:rFonts w:ascii="Courier New" w:hAnsi="Courier New"/>
          <w:color w:val="555555"/>
          <w:sz w:val="20"/>
        </w:rPr>
        <w:t>[20]</w:t>
      </w:r>
    </w:p>
    <w:p>
      <w:r>
        <w:rPr>
          <w:rFonts w:ascii="Gentium Plus" w:hAnsi="Gentium Plus"/>
          <w:sz w:val="24"/>
        </w:rPr>
        <w:t>Χειραπτήσας. ἁψάμενος τῇ χειρί.</w:t>
      </w:r>
    </w:p>
    <w:p>
      <w:r>
        <w:rPr>
          <w:rFonts w:ascii="Courier New" w:hAnsi="Courier New"/>
          <w:color w:val="555555"/>
          <w:sz w:val="20"/>
        </w:rPr>
        <w:t>[chi 1851]</w:t>
      </w:r>
    </w:p>
    <w:p>
      <w:r>
        <w:rPr>
          <w:rFonts w:ascii="Gentium Plus" w:hAnsi="Gentium Plus"/>
          <w:sz w:val="24"/>
        </w:rPr>
        <w:t>Χειρονομεῖν. κυρίως ἐστὶ νωμᾷν ἀντὶ τοῦ διαφέ‐ ρειν. ὅθεν καὶ ἐν τῇ συνηθείᾳ μέμνηται καὶ τοῦ χειρονομεῖν. ποιητικῶς δὲ διὰ τοῦ ω, τῷ λόγῳ τοῦ στρωφῶ.</w:t>
      </w:r>
    </w:p>
    <w:p>
      <w:r>
        <w:rPr>
          <w:rFonts w:ascii="Courier New" w:hAnsi="Courier New"/>
          <w:color w:val="555555"/>
          <w:sz w:val="20"/>
        </w:rPr>
        <w:t>[5]</w:t>
      </w:r>
    </w:p>
    <w:p>
      <w:r>
        <w:rPr>
          <w:rFonts w:ascii="Gentium Plus" w:hAnsi="Gentium Plus"/>
          <w:sz w:val="24"/>
        </w:rPr>
        <w:t>Χειρώσασθαι. ὑποτάξαι, κρατῆσαι. Χέεις. ἐπὶ ἐνεστῶτος δίφθογγον· ἐπὶ δὲ μέλ‐ λοντος η. Χελύσειν. δήσειν. τοῦ Ψελλοῦ· φλεγμός ἐστιν ἡ φλεγμονὴ, χελύσειν δὲ τὸ δήσειν.</w:t>
      </w:r>
    </w:p>
    <w:p>
      <w:pPr>
        <w:jc w:val="center"/>
      </w:pPr>
      <w:r>
        <w:rPr>
          <w:rFonts w:ascii="Gentium Plus" w:hAnsi="Gentium Plus"/>
          <w:b/>
          <w:sz w:val="24"/>
        </w:rPr>
        <w:t>Τὸ Χ μετὰ τοῦ Η.</w:t>
      </w:r>
    </w:p>
    <w:p>
      <w:pPr>
        <w:jc w:val="center"/>
      </w:pPr>
      <w:r>
        <w:rPr>
          <w:rFonts w:ascii="Gentium Plus" w:hAnsi="Gentium Plus"/>
          <w:b/>
          <w:sz w:val="24"/>
        </w:rPr>
        <w:t>(Ἀρσενικόν.)</w:t>
      </w:r>
    </w:p>
    <w:p>
      <w:r>
        <w:rPr>
          <w:rFonts w:ascii="Courier New" w:hAnsi="Courier New"/>
          <w:color w:val="555555"/>
          <w:sz w:val="20"/>
        </w:rPr>
        <w:t>[12]</w:t>
      </w:r>
    </w:p>
    <w:p>
      <w:r>
        <w:rPr>
          <w:rFonts w:ascii="Gentium Plus" w:hAnsi="Gentium Plus"/>
          <w:sz w:val="24"/>
        </w:rPr>
        <w:t>Χὴν καὶ ἡ χὴν, κοινόν ἐστι τῷ γένει. λαμβάνε‐ ται δὲ καὶ ἐπὶ θηλυκοῦ. παρὰ τὴν ἠχὴν, ὃ σημαίνει τὴν κραυγήν· κρακτικὸν γάρ ἐστι τὸ</w:t>
      </w:r>
    </w:p>
    <w:p>
      <w:r>
        <w:rPr>
          <w:rFonts w:ascii="Courier New" w:hAnsi="Courier New"/>
          <w:color w:val="555555"/>
          <w:sz w:val="20"/>
        </w:rPr>
        <w:t>[15]</w:t>
      </w:r>
    </w:p>
    <w:p>
      <w:r>
        <w:rPr>
          <w:rFonts w:ascii="Gentium Plus" w:hAnsi="Gentium Plus"/>
          <w:sz w:val="24"/>
        </w:rPr>
        <w:t>ζῶον. Χηνέας. κύριον. Χηραμοί. οἱ φωλεοί. ἢ καταδύσεις τῶν θηρίων καὶ τῶν ὄφεων, οἷον χωραμοὶ, εἰς οὓς χωρεῖ τι. †Χηρίων. ὁ χωρὶς γυναικός.†</w:t>
      </w:r>
    </w:p>
    <w:p>
      <w:r>
        <w:rPr>
          <w:rFonts w:ascii="Courier New" w:hAnsi="Courier New"/>
          <w:color w:val="555555"/>
          <w:sz w:val="20"/>
        </w:rPr>
        <w:t>[20]</w:t>
      </w:r>
    </w:p>
    <w:p>
      <w:r>
        <w:rPr>
          <w:rFonts w:ascii="Gentium Plus" w:hAnsi="Gentium Plus"/>
          <w:sz w:val="24"/>
        </w:rPr>
        <w:t>Χηρωστής. ὁ ἐπίτροπος. Χηλή. ἡ ὄνυξ. κυρίως χηλὴ λέγεται ἐπὶ τῶν δυο‐ νύχων ζώων, σχιλή τις οὖσα, παρὰ τὸ διεσχί‐ σθαι, ὥσπερ ἐπὶ τῶν μονωνύχων ὁπλή τις οὖσα. λέγεται χηλὴ, τροπῇ τοῦ ι εἰς η καὶ</w:t>
      </w:r>
    </w:p>
    <w:p>
      <w:r>
        <w:rPr>
          <w:rFonts w:ascii="Courier New" w:hAnsi="Courier New"/>
          <w:color w:val="555555"/>
          <w:sz w:val="20"/>
        </w:rPr>
        <w:t>[25]</w:t>
      </w:r>
    </w:p>
    <w:p>
      <w:r>
        <w:rPr>
          <w:rFonts w:ascii="Gentium Plus" w:hAnsi="Gentium Plus"/>
          <w:sz w:val="24"/>
        </w:rPr>
        <w:t>ἀποβολῇ τοῦ ς, †χηλή.† Χηλός. τὸ κιβώτιον. καὶ γίνεται ἐκ τοῦ χῶ, χήσω.</w:t>
      </w:r>
    </w:p>
    <w:p>
      <w:r>
        <w:rPr>
          <w:rFonts w:ascii="Courier New" w:hAnsi="Courier New"/>
          <w:color w:val="555555"/>
          <w:sz w:val="20"/>
        </w:rPr>
        <w:t>[chi 1852]</w:t>
      </w:r>
    </w:p>
    <w:p>
      <w:r>
        <w:rPr>
          <w:rFonts w:ascii="Gentium Plus" w:hAnsi="Gentium Plus"/>
          <w:sz w:val="24"/>
        </w:rPr>
        <w:t>Χηρεία. ἡ χήρευσις. καὶ χήρα γυνή. ἀπὸ τοῦ χη‐ ρῶ, τὸ χωρίζω καὶ πορθῶ. [καὶ χηρώσω,] τὸ ἀφανίσω [καὶ πορθήσω.] Χῆτις. ἡ στέρησις.</w:t>
      </w:r>
    </w:p>
    <w:p>
      <w:r>
        <w:rPr>
          <w:rFonts w:ascii="Courier New" w:hAnsi="Courier New"/>
          <w:color w:val="555555"/>
          <w:sz w:val="20"/>
        </w:rPr>
        <w:t>[5]</w:t>
      </w:r>
    </w:p>
    <w:p>
      <w:r>
        <w:rPr>
          <w:rFonts w:ascii="Gentium Plus" w:hAnsi="Gentium Plus"/>
          <w:sz w:val="24"/>
        </w:rPr>
        <w:t>Χηρωνίς. ὄνομα κύριον.</w:t>
      </w:r>
    </w:p>
    <w:p>
      <w:pPr>
        <w:jc w:val="center"/>
      </w:pPr>
      <w:r>
        <w:rPr>
          <w:rFonts w:ascii="Gentium Plus" w:hAnsi="Gentium Plus"/>
          <w:b/>
          <w:sz w:val="24"/>
        </w:rPr>
        <w:t>(Οὐδέτερον.)</w:t>
      </w:r>
    </w:p>
    <w:p>
      <w:r>
        <w:rPr>
          <w:rFonts w:ascii="Courier New" w:hAnsi="Courier New"/>
          <w:color w:val="555555"/>
          <w:sz w:val="20"/>
        </w:rPr>
        <w:t>[7]</w:t>
      </w:r>
    </w:p>
    <w:p>
      <w:r>
        <w:rPr>
          <w:rFonts w:ascii="Gentium Plus" w:hAnsi="Gentium Plus"/>
          <w:sz w:val="24"/>
        </w:rPr>
        <w:t>Χήνιον. ὄρος. χήνειον δὲ ὠὸν, δίφθογγον. Χῆρον. ἐστερημένον.</w:t>
      </w:r>
    </w:p>
    <w:p>
      <w:pPr>
        <w:jc w:val="center"/>
      </w:pPr>
      <w:r>
        <w:rPr>
          <w:rFonts w:ascii="Gentium Plus" w:hAnsi="Gentium Plus"/>
          <w:b/>
          <w:sz w:val="24"/>
        </w:rPr>
        <w:t>(Ῥῆμα.)</w:t>
      </w:r>
    </w:p>
    <w:p>
      <w:r>
        <w:rPr>
          <w:rFonts w:ascii="Courier New" w:hAnsi="Courier New"/>
          <w:color w:val="555555"/>
          <w:sz w:val="20"/>
        </w:rPr>
        <w:t>[10]</w:t>
      </w:r>
    </w:p>
    <w:p>
      <w:r>
        <w:rPr>
          <w:rFonts w:ascii="Gentium Plus" w:hAnsi="Gentium Plus"/>
          <w:sz w:val="24"/>
        </w:rPr>
        <w:t>Χηρῶ. τὸ χωρίζω καὶ πορθῶ. καὶ χηρώσω.</w:t>
      </w:r>
    </w:p>
    <w:p>
      <w:pPr>
        <w:jc w:val="center"/>
      </w:pPr>
      <w:r>
        <w:rPr>
          <w:rFonts w:ascii="Gentium Plus" w:hAnsi="Gentium Plus"/>
          <w:b/>
          <w:sz w:val="24"/>
        </w:rPr>
        <w:t>Τὸ Χ μετὰ τοῦ Θ.</w:t>
      </w:r>
    </w:p>
    <w:p>
      <w:pPr>
        <w:jc w:val="center"/>
      </w:pPr>
      <w:r>
        <w:rPr>
          <w:rFonts w:ascii="Gentium Plus" w:hAnsi="Gentium Plus"/>
          <w:b/>
          <w:sz w:val="24"/>
        </w:rPr>
        <w:t>(Ἀρσενικόν.)</w:t>
      </w:r>
    </w:p>
    <w:p>
      <w:r>
        <w:rPr>
          <w:rFonts w:ascii="Courier New" w:hAnsi="Courier New"/>
          <w:color w:val="555555"/>
          <w:sz w:val="20"/>
        </w:rPr>
        <w:t>[13]</w:t>
      </w:r>
    </w:p>
    <w:p>
      <w:r>
        <w:rPr>
          <w:rFonts w:ascii="Gentium Plus" w:hAnsi="Gentium Plus"/>
          <w:sz w:val="24"/>
        </w:rPr>
        <w:t>Χθαμαλός. κοῖλος, ταπεινὸς, χαμηλός. Χθιζός. ὁ χθεσινός. καὶ χθιζινός.</w:t>
      </w:r>
    </w:p>
    <w:p>
      <w:pPr>
        <w:jc w:val="center"/>
      </w:pPr>
      <w:r>
        <w:rPr>
          <w:rFonts w:ascii="Gentium Plus" w:hAnsi="Gentium Plus"/>
          <w:b/>
          <w:sz w:val="24"/>
        </w:rPr>
        <w:t>(Θηλυκόν.)</w:t>
      </w:r>
    </w:p>
    <w:p>
      <w:r>
        <w:rPr>
          <w:rFonts w:ascii="Courier New" w:hAnsi="Courier New"/>
          <w:color w:val="555555"/>
          <w:sz w:val="20"/>
        </w:rPr>
        <w:t>[16]</w:t>
      </w:r>
    </w:p>
    <w:p>
      <w:r>
        <w:rPr>
          <w:rFonts w:ascii="Gentium Plus" w:hAnsi="Gentium Plus"/>
          <w:sz w:val="24"/>
        </w:rPr>
        <w:t>Χθών. ἡ γῆ. καὶ κλίνεται χθονός. παρὰ τὸ διαχεῖσθαι καὶ χωννύεσθαι. ἢ παρὰ τὸ γῶ, τὸ χωρῶ. Χθονία. ἡ ἐπίγειος.</w:t>
      </w:r>
    </w:p>
    <w:p>
      <w:pPr>
        <w:jc w:val="center"/>
      </w:pPr>
      <w:r>
        <w:rPr>
          <w:rFonts w:ascii="Gentium Plus" w:hAnsi="Gentium Plus"/>
          <w:b/>
          <w:sz w:val="24"/>
        </w:rPr>
        <w:t>Τὸ Χ μετὰ τοῦ Ι.</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Χιάρης. κύριον. καὶ Χίλων. καὶ Χιλδίβερτος. Χίμαρος. ὁ τράγος ὁ ἐν τῷ χειμῶνι τεχθείς. Χῖος. ὁ πολίτης Χίου. ὡς Σάμος Σάμιος, οὕτω</w:t>
      </w:r>
    </w:p>
    <w:p>
      <w:r>
        <w:rPr>
          <w:rFonts w:ascii="Courier New" w:hAnsi="Courier New"/>
          <w:color w:val="555555"/>
          <w:sz w:val="20"/>
        </w:rPr>
        <w:t>[25]</w:t>
      </w:r>
    </w:p>
    <w:p>
      <w:r>
        <w:rPr>
          <w:rFonts w:ascii="Gentium Plus" w:hAnsi="Gentium Plus"/>
          <w:sz w:val="24"/>
        </w:rPr>
        <w:t>καὶ ἀπὸ τοῦ Χίος γίνεται Χίϊος, καὶ κράσει τῶν δύο ιι εἰς ι μακρὸν Χῖος, ὡς Δίϊος Δῖος,</w:t>
      </w:r>
    </w:p>
    <w:p>
      <w:r>
        <w:rPr>
          <w:rFonts w:ascii="Courier New" w:hAnsi="Courier New"/>
          <w:color w:val="555555"/>
          <w:sz w:val="20"/>
        </w:rPr>
        <w:t>[chi 1853]</w:t>
      </w:r>
    </w:p>
    <w:p>
      <w:r>
        <w:rPr>
          <w:rFonts w:ascii="Gentium Plus" w:hAnsi="Gentium Plus"/>
          <w:sz w:val="24"/>
        </w:rPr>
        <w:t>Χιτών. ἐσθὴς, ἱμάτιον.</w:t>
      </w:r>
    </w:p>
    <w:p>
      <w:pPr>
        <w:jc w:val="center"/>
      </w:pPr>
      <w:r>
        <w:rPr>
          <w:rFonts w:ascii="Gentium Plus" w:hAnsi="Gentium Plus"/>
          <w:b/>
          <w:sz w:val="24"/>
        </w:rPr>
        <w:t>(Θηλυκόν.)</w:t>
      </w:r>
    </w:p>
    <w:p>
      <w:r>
        <w:rPr>
          <w:rFonts w:ascii="Courier New" w:hAnsi="Courier New"/>
          <w:color w:val="555555"/>
          <w:sz w:val="20"/>
        </w:rPr>
        <w:t>[3]</w:t>
      </w:r>
    </w:p>
    <w:p>
      <w:r>
        <w:rPr>
          <w:rFonts w:ascii="Gentium Plus" w:hAnsi="Gentium Plus"/>
          <w:sz w:val="24"/>
        </w:rPr>
        <w:t>Χίδρα. στάχυες, ἤτοι νέος καρπός. Χιλός. ὀξύτονον καὶ θηλυκῶς λέγεται, καὶ ση‐</w:t>
      </w:r>
    </w:p>
    <w:p>
      <w:r>
        <w:rPr>
          <w:rFonts w:ascii="Courier New" w:hAnsi="Courier New"/>
          <w:color w:val="555555"/>
          <w:sz w:val="20"/>
        </w:rPr>
        <w:t>[5]</w:t>
      </w:r>
    </w:p>
    <w:p>
      <w:r>
        <w:rPr>
          <w:rFonts w:ascii="Gentium Plus" w:hAnsi="Gentium Plus"/>
          <w:sz w:val="24"/>
        </w:rPr>
        <w:t>μαίνει τὴν τροφὴν, καὶ γράφεται διὰ τοῦ ι. τι‐ νὲς δὲ διὰ τῆς ει διφθόγγου, ἐπειδὴ ἀπὸ τοῦ χεῖλος ἐστὶν, ἡ ἐν τοῖς χείλεσι διδομένη. ἀλ‐ λὰ τὰ διὰ τοῦ ιλος, μὴ ὄντα οὐδέτερα μήτε ἀρ‐ σενικὰ ὀξύτονα, μήτε σύνθετα ἀπὸ ὀνομάτων,</w:t>
      </w:r>
    </w:p>
    <w:p>
      <w:r>
        <w:rPr>
          <w:rFonts w:ascii="Courier New" w:hAnsi="Courier New"/>
          <w:color w:val="555555"/>
          <w:sz w:val="20"/>
        </w:rPr>
        <w:t>[10]</w:t>
      </w:r>
    </w:p>
    <w:p>
      <w:r>
        <w:rPr>
          <w:rFonts w:ascii="Gentium Plus" w:hAnsi="Gentium Plus"/>
          <w:sz w:val="24"/>
        </w:rPr>
        <w:t>ἔχοντα τὴν ει δίφθογγον, διὰ τοῦ ι γράφεται. οἷον Ζωΐλος, Τρωΐλος. οὕτως οὖν καὶ χιλός. [χωρὶς τοῦ Νεῖλος. πρόσκειται μὴ ὄντα οὐδέ‐ τερα διὰ τὸ χεῖλος. πρόσκειται μὴ ὄντα ἀρσε‐ νικὰ ὀξύτονα διὰ τὸ δειλός. πρόσκειται μὴ ὄντα</w:t>
      </w:r>
    </w:p>
    <w:p>
      <w:r>
        <w:rPr>
          <w:rFonts w:ascii="Courier New" w:hAnsi="Courier New"/>
          <w:color w:val="555555"/>
          <w:sz w:val="20"/>
        </w:rPr>
        <w:t>[15]</w:t>
      </w:r>
    </w:p>
    <w:p>
      <w:r>
        <w:rPr>
          <w:rFonts w:ascii="Gentium Plus" w:hAnsi="Gentium Plus"/>
          <w:sz w:val="24"/>
        </w:rPr>
        <w:t>σύνθετα ἀπὸ ὀνομάτων ἔχοντα τὴν ει δίφθογ‐ γον διὰ τὸ τρίχειλος, κροκόδειλος.] Χιλωνὶς γῆ. Χίμαιρα. τρίμορφον θηρίον, ὅπερ ἐν τῇ Λυκίᾳ ἦν, ἣν ἐφόνευσεν ὁ Βελεροφόντης.</w:t>
      </w:r>
    </w:p>
    <w:p>
      <w:r>
        <w:rPr>
          <w:rFonts w:ascii="Courier New" w:hAnsi="Courier New"/>
          <w:color w:val="555555"/>
          <w:sz w:val="20"/>
        </w:rPr>
        <w:t>[20]</w:t>
      </w:r>
    </w:p>
    <w:p>
      <w:r>
        <w:rPr>
          <w:rFonts w:ascii="Gentium Plus" w:hAnsi="Gentium Plus"/>
          <w:sz w:val="24"/>
        </w:rPr>
        <w:t>Χιράδες. αἱ τῶν χειρῶν ῥαγάδες. καὶ πῶς διὰ τοῦ ι γράφεται; ὤφειλε γὰρ διὰ τῆς ει διφθόγ‐ γου, ἐπειδὴ ἀπὸ τοῦ χεὶρ γέγονεν. ἀλλ’ ὡς ἀπὸ τοῦ νείφω γίνεται νιφεὺς διὰ τοῦ ι, οὕτω καὶ ἐνταῦθα. ἢ κρεῖττον ἔστιν εἰπεῖν, συν‐</w:t>
      </w:r>
    </w:p>
    <w:p>
      <w:r>
        <w:rPr>
          <w:rFonts w:ascii="Courier New" w:hAnsi="Courier New"/>
          <w:color w:val="555555"/>
          <w:sz w:val="20"/>
        </w:rPr>
        <w:t>[25]</w:t>
      </w:r>
    </w:p>
    <w:p>
      <w:r>
        <w:rPr>
          <w:rFonts w:ascii="Gentium Plus" w:hAnsi="Gentium Plus"/>
          <w:sz w:val="24"/>
        </w:rPr>
        <w:t>έπεσεν ἡ φωνὴ τῷ σημαινομένῳ, ἐπειδὴ τὸ χι‐ ρὰς ἔνδειαν τινὰ σημαίνει· ἡ γὰρ ῥαγὰς ἔνδειαν τινὰ ἔχει τοῦ ὁλοκλήρου· τὸ γὰρ ἔχον ῥαγάδας οὐκ ἔστιν ὁλόκληρον. τούτου χάριν καὶ ἔνδειαν</w:t>
      </w:r>
    </w:p>
    <w:p>
      <w:r>
        <w:rPr>
          <w:rFonts w:ascii="Courier New" w:hAnsi="Courier New"/>
          <w:color w:val="555555"/>
          <w:sz w:val="20"/>
        </w:rPr>
        <w:t>[chi 1854]</w:t>
      </w:r>
    </w:p>
    <w:p>
      <w:r>
        <w:rPr>
          <w:rFonts w:ascii="Gentium Plus" w:hAnsi="Gentium Plus"/>
          <w:sz w:val="24"/>
        </w:rPr>
        <w:t>Χιών. καὶ κλίνεται χιόνος. [ὡς ἀρήγω ἀρηγών. καὶ τροπῇ τοῦ ε εἰς ι χιών.]</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Χῖ. τὸ στοιχεῖον. ὅτι χεομένην ἔχει τὴν ἐκφώνη‐</w:t>
      </w:r>
    </w:p>
    <w:p>
      <w:r>
        <w:rPr>
          <w:rFonts w:ascii="Courier New" w:hAnsi="Courier New"/>
          <w:color w:val="555555"/>
          <w:sz w:val="20"/>
        </w:rPr>
        <w:t>[5]</w:t>
      </w:r>
    </w:p>
    <w:p>
      <w:r>
        <w:rPr>
          <w:rFonts w:ascii="Gentium Plus" w:hAnsi="Gentium Plus"/>
          <w:sz w:val="24"/>
        </w:rPr>
        <w:t>σιν. ἄλλοι δὲ ἄχι αὐτὸ εἶπον, ὅτι ἔχει ὀξεῖαν καὶ βαρεῖαν ἀλλήλας κατὰ μέσον σχιζούσας. Χίμετλα. τὰ ἀποκαύματα τὰ γινόμενα ἐν τοῖς ποσὶν, ὅπερ συμβαίνει ἐν τῷ χειμῶνι γίνεσθαι. εἴρηται παρὰ τὸ ἐν τῷ χειμῶνι τλεῖν. ἢ χί‐</w:t>
      </w:r>
    </w:p>
    <w:p>
      <w:r>
        <w:rPr>
          <w:rFonts w:ascii="Courier New" w:hAnsi="Courier New"/>
          <w:color w:val="555555"/>
          <w:sz w:val="20"/>
        </w:rPr>
        <w:t>[10]</w:t>
      </w:r>
    </w:p>
    <w:p>
      <w:r>
        <w:rPr>
          <w:rFonts w:ascii="Gentium Plus" w:hAnsi="Gentium Plus"/>
          <w:sz w:val="24"/>
        </w:rPr>
        <w:t>μετλον τὸ ἐν τῷ δακτύλῳ γενόμενον ἕλκος.</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Χιονωθήσονται. λευκανθήσονται. λαμπρυνθή‐ σονται.</w:t>
      </w:r>
    </w:p>
    <w:p>
      <w:pPr>
        <w:jc w:val="center"/>
      </w:pPr>
      <w:r>
        <w:rPr>
          <w:rFonts w:ascii="Gentium Plus" w:hAnsi="Gentium Plus"/>
          <w:b/>
          <w:sz w:val="24"/>
        </w:rPr>
        <w:t>Τὸ Χ μετὰ τοῦ Λ.</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Χλούνης. ὁ ἀγριόχοιρος. ὁ ἐν τῇ χλόῃ εὐναζό‐ μενος καὶ διατρίβων. Χλωδομάριος· Χλώθαρις· Χλωθαῖος· Χλω‐ θόμηρος. ὀνόματα κύρια.</w:t>
      </w:r>
    </w:p>
    <w:p>
      <w:r>
        <w:rPr>
          <w:rFonts w:ascii="Courier New" w:hAnsi="Courier New"/>
          <w:color w:val="555555"/>
          <w:sz w:val="20"/>
        </w:rPr>
        <w:t>[20]</w:t>
      </w:r>
    </w:p>
    <w:p>
      <w:r>
        <w:rPr>
          <w:rFonts w:ascii="Gentium Plus" w:hAnsi="Gentium Plus"/>
          <w:sz w:val="24"/>
        </w:rPr>
        <w:t>Χλωρός. κακόχρους. καὶ χλωρότης. Ὅμηρος· ὑπὸ δέους χλωρὸς ἦεν. παρὰ τὸ χαλῶ καὶ τὴν ὥραν, ὃ σημαίνει τὴν μορφήν. χλαωρὸς καὶ χλωρὸς, ὁ κεχαλασμένην ἔχων τὴν ὥραν.</w:t>
      </w:r>
    </w:p>
    <w:p>
      <w:pPr>
        <w:jc w:val="center"/>
      </w:pPr>
      <w:r>
        <w:rPr>
          <w:rFonts w:ascii="Gentium Plus" w:hAnsi="Gentium Plus"/>
          <w:b/>
          <w:sz w:val="24"/>
        </w:rPr>
        <w:t>(Θηλυκόν.)</w:t>
      </w:r>
    </w:p>
    <w:p>
      <w:r>
        <w:rPr>
          <w:rFonts w:ascii="Courier New" w:hAnsi="Courier New"/>
          <w:color w:val="555555"/>
          <w:sz w:val="20"/>
        </w:rPr>
        <w:t>[26]</w:t>
      </w:r>
    </w:p>
    <w:p>
      <w:r>
        <w:rPr>
          <w:rFonts w:ascii="Gentium Plus" w:hAnsi="Gentium Plus"/>
          <w:sz w:val="24"/>
        </w:rPr>
        <w:t>Χλαμύς. ἐσθὴς κοκκίνη. ἢ ὁ κυκλοειδὴς μαν‐ δύας, ὃν φοροῦσιν αἱ γυναῖκες.</w:t>
      </w:r>
    </w:p>
    <w:p>
      <w:r>
        <w:rPr>
          <w:rFonts w:ascii="Courier New" w:hAnsi="Courier New"/>
          <w:color w:val="555555"/>
          <w:sz w:val="20"/>
        </w:rPr>
        <w:t>[chi 1855]</w:t>
      </w:r>
    </w:p>
    <w:p>
      <w:r>
        <w:rPr>
          <w:rFonts w:ascii="Gentium Plus" w:hAnsi="Gentium Plus"/>
          <w:sz w:val="24"/>
        </w:rPr>
        <w:t>Χλαῖνα. τὸ χειμερινὸν ἱμάτιον. παρὰ τὸ χλιαί‐ νειν. Χλεύη. ἡ ὕβρις. χειλεύη τὶς οὖσα, παρὰ τὸ ἠρέ‐ μα ἀνάγειν τὰ χείλη.</w:t>
      </w:r>
    </w:p>
    <w:p>
      <w:r>
        <w:rPr>
          <w:rFonts w:ascii="Courier New" w:hAnsi="Courier New"/>
          <w:color w:val="555555"/>
          <w:sz w:val="20"/>
        </w:rPr>
        <w:t>[5]</w:t>
      </w:r>
    </w:p>
    <w:p>
      <w:r>
        <w:rPr>
          <w:rFonts w:ascii="Gentium Plus" w:hAnsi="Gentium Plus"/>
          <w:sz w:val="24"/>
        </w:rPr>
        <w:t>Χλιδή. ἡ τρυφή. Χλιδῶνα. κόσμον περὶ τὸν βραχίονα. Χλιδώ. κύριον. Χλόη. παρὰ τὸ φλέω, τὸ ἀναπέμπω, φλόη καὶ χλόη, ἡ ἐκ τῆς γῆς ἀναπεμπομένη.</w:t>
      </w:r>
    </w:p>
    <w:p>
      <w:r>
        <w:rPr>
          <w:rFonts w:ascii="Courier New" w:hAnsi="Courier New"/>
          <w:color w:val="555555"/>
          <w:sz w:val="20"/>
        </w:rPr>
        <w:t>[10]</w:t>
      </w:r>
    </w:p>
    <w:p>
      <w:r>
        <w:rPr>
          <w:rFonts w:ascii="Gentium Plus" w:hAnsi="Gentium Plus"/>
          <w:sz w:val="24"/>
        </w:rPr>
        <w:t>Χλώρη. κύριον. *Χλωμένη.* .....</w:t>
      </w:r>
    </w:p>
    <w:p>
      <w:pPr>
        <w:jc w:val="center"/>
      </w:pPr>
      <w:r>
        <w:rPr>
          <w:rFonts w:ascii="Gentium Plus" w:hAnsi="Gentium Plus"/>
          <w:b/>
          <w:sz w:val="24"/>
        </w:rPr>
        <w:t>(Οὐδέτερον.)</w:t>
      </w:r>
    </w:p>
    <w:p>
      <w:r>
        <w:rPr>
          <w:rFonts w:ascii="Courier New" w:hAnsi="Courier New"/>
          <w:color w:val="555555"/>
          <w:sz w:val="20"/>
        </w:rPr>
        <w:t>[13]</w:t>
      </w:r>
    </w:p>
    <w:p>
      <w:r>
        <w:rPr>
          <w:rFonts w:ascii="Gentium Plus" w:hAnsi="Gentium Plus"/>
          <w:sz w:val="24"/>
        </w:rPr>
        <w:t>Χλιαρόν. τὸ θερμόν. Χλούνιον. τόπος. χλούνειον δὲ, τὸ χοίρειον, δί‐</w:t>
      </w:r>
    </w:p>
    <w:p>
      <w:r>
        <w:rPr>
          <w:rFonts w:ascii="Courier New" w:hAnsi="Courier New"/>
          <w:color w:val="555555"/>
          <w:sz w:val="20"/>
        </w:rPr>
        <w:t>[15]</w:t>
      </w:r>
    </w:p>
    <w:p>
      <w:r>
        <w:rPr>
          <w:rFonts w:ascii="Gentium Plus" w:hAnsi="Gentium Plus"/>
          <w:sz w:val="24"/>
        </w:rPr>
        <w:t>φθογγον.</w:t>
      </w:r>
    </w:p>
    <w:p>
      <w:pPr>
        <w:jc w:val="center"/>
      </w:pPr>
      <w:r>
        <w:rPr>
          <w:rFonts w:ascii="Gentium Plus" w:hAnsi="Gentium Plus"/>
          <w:b/>
          <w:sz w:val="24"/>
        </w:rPr>
        <w:t>(Ῥῆμα.)</w:t>
      </w:r>
    </w:p>
    <w:p>
      <w:r>
        <w:rPr>
          <w:rFonts w:ascii="Courier New" w:hAnsi="Courier New"/>
          <w:color w:val="555555"/>
          <w:sz w:val="20"/>
        </w:rPr>
        <w:t>[17]</w:t>
      </w:r>
    </w:p>
    <w:p>
      <w:r>
        <w:rPr>
          <w:rFonts w:ascii="Gentium Plus" w:hAnsi="Gentium Plus"/>
          <w:sz w:val="24"/>
        </w:rPr>
        <w:t>Χλιαίνω. τὸ θερμαίνω. Χλιδῶντες. τρυφῶντες· σπαταλῶντες. Χλοάζει. βλαστάνει.</w:t>
      </w:r>
    </w:p>
    <w:p>
      <w:pPr>
        <w:jc w:val="center"/>
      </w:pPr>
      <w:r>
        <w:rPr>
          <w:rFonts w:ascii="Gentium Plus" w:hAnsi="Gentium Plus"/>
          <w:b/>
          <w:sz w:val="24"/>
        </w:rPr>
        <w:t>Τὸ Χ μετὰ τοῦ Ν.</w:t>
      </w:r>
    </w:p>
    <w:p>
      <w:pPr>
        <w:jc w:val="center"/>
      </w:pPr>
      <w:r>
        <w:rPr>
          <w:rFonts w:ascii="Gentium Plus" w:hAnsi="Gentium Plus"/>
          <w:b/>
          <w:sz w:val="24"/>
        </w:rPr>
        <w:t>(Ἀρσενικόν.)</w:t>
      </w:r>
    </w:p>
    <w:p>
      <w:r>
        <w:rPr>
          <w:rFonts w:ascii="Courier New" w:hAnsi="Courier New"/>
          <w:color w:val="555555"/>
          <w:sz w:val="20"/>
        </w:rPr>
        <w:t>[22]</w:t>
      </w:r>
    </w:p>
    <w:p>
      <w:r>
        <w:rPr>
          <w:rFonts w:ascii="Gentium Plus" w:hAnsi="Gentium Plus"/>
          <w:sz w:val="24"/>
        </w:rPr>
        <w:t>Χνοῦς. ὁ κονιορτός. παρὰ τὸ χοῦς, πλεονασμῷ τοῦ ν. τὸ δὲ χοῦς παρὰ τὸ χόος. τοῦτο δὲ πα‐</w:t>
      </w:r>
    </w:p>
    <w:p>
      <w:pPr>
        <w:jc w:val="center"/>
      </w:pPr>
      <w:r>
        <w:rPr>
          <w:rFonts w:ascii="Gentium Plus" w:hAnsi="Gentium Plus"/>
          <w:b/>
          <w:sz w:val="24"/>
        </w:rPr>
        <w:t>Τὸ Χ μετὰ τοῦ Ο.</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Χοβάρ. τόπος. Χοϊκός. γηγενής· γήϊνος· βαρύς. καὶ ὁ Ἀπό‐</w:t>
      </w:r>
    </w:p>
    <w:p>
      <w:r>
        <w:rPr>
          <w:rFonts w:ascii="Courier New" w:hAnsi="Courier New"/>
          <w:color w:val="555555"/>
          <w:sz w:val="20"/>
        </w:rPr>
        <w:t>[5]</w:t>
      </w:r>
    </w:p>
    <w:p>
      <w:r>
        <w:rPr>
          <w:rFonts w:ascii="Gentium Plus" w:hAnsi="Gentium Plus"/>
          <w:sz w:val="24"/>
        </w:rPr>
        <w:t>στολος· πρῶτος ἄνθρωπος ἐκ γῆς χοϊκός. Χοῖνιξ. δεκάλιτρον. τέταρτον μοδίου σημαίνει. Χόλος. ἡ ὀργή. παρὰ τὸ χέω· συγκέχυται γὰρ ἡ ψυχὴ ἐν τῷ ὀργίζεσθαι. Χόνδρος. πᾶν ὀστοῦν τρωγόμενον καὶ θραυόμε‐</w:t>
      </w:r>
    </w:p>
    <w:p>
      <w:r>
        <w:rPr>
          <w:rFonts w:ascii="Courier New" w:hAnsi="Courier New"/>
          <w:color w:val="555555"/>
          <w:sz w:val="20"/>
        </w:rPr>
        <w:t>[10]</w:t>
      </w:r>
    </w:p>
    <w:p>
      <w:r>
        <w:rPr>
          <w:rFonts w:ascii="Gentium Plus" w:hAnsi="Gentium Plus"/>
          <w:sz w:val="24"/>
        </w:rPr>
        <w:t>νον ὑπὸ τῶν ἀνθρωπίνων ὀδόντων. Χοραύλης. ὁ ἐν τῷ χορῷ αὐλῶν. *Χοροστάτης. ὁ ἄρχων τοῦ χοροῦ.* Χορίκιος. κύριον. Χοροί. πλῆθος ταγμάτων.</w:t>
      </w:r>
    </w:p>
    <w:p>
      <w:r>
        <w:rPr>
          <w:rFonts w:ascii="Courier New" w:hAnsi="Courier New"/>
          <w:color w:val="555555"/>
          <w:sz w:val="20"/>
        </w:rPr>
        <w:t>[15]</w:t>
      </w:r>
    </w:p>
    <w:p>
      <w:r>
        <w:rPr>
          <w:rFonts w:ascii="Gentium Plus" w:hAnsi="Gentium Plus"/>
          <w:sz w:val="24"/>
        </w:rPr>
        <w:t>Χοροιτύπος. ὁ τύπους ποιῶν ἐν τῷ χορεύειν. ἢ ὁ τύπτων τὸ ἔδαφος. καὶ Ὅμηρος· πέπληγον δὲ χορὸν θεῖον ποσί—. Χοσβαΐτης. ὁ βεστιαρίτης.</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Χοαί. ἐναγίσματα, θυσίαι. Χοιρίνη. συρφετώδης. †ἡ δικαστικὴ ψῆφος.† Χοιράδες. πετρῶν ὄχθοι. Χολάδες. τὰ ἔντερα. παρὰ τὴν χύσιν, ἢ διὰ τὸ κατὰ φύσιν δέχεσθαι τὸ χολῶδες ἀπὸ τοῦ</w:t>
      </w:r>
    </w:p>
    <w:p>
      <w:r>
        <w:rPr>
          <w:rFonts w:ascii="Courier New" w:hAnsi="Courier New"/>
          <w:color w:val="555555"/>
          <w:sz w:val="20"/>
        </w:rPr>
        <w:t>[25]</w:t>
      </w:r>
    </w:p>
    <w:p>
      <w:r>
        <w:rPr>
          <w:rFonts w:ascii="Gentium Plus" w:hAnsi="Gentium Plus"/>
          <w:sz w:val="24"/>
        </w:rPr>
        <w:t>ἥπατος, ἐπειδὴ εἰς αὐτὰ συῤῥεῖ ἡ ξανθὴ χολὴ,</w:t>
      </w:r>
    </w:p>
    <w:p>
      <w:r>
        <w:rPr>
          <w:rFonts w:ascii="Courier New" w:hAnsi="Courier New"/>
          <w:color w:val="555555"/>
          <w:sz w:val="20"/>
        </w:rPr>
        <w:t>[chi 1857]</w:t>
      </w:r>
    </w:p>
    <w:p>
      <w:r>
        <w:rPr>
          <w:rFonts w:ascii="Gentium Plus" w:hAnsi="Gentium Plus"/>
          <w:sz w:val="24"/>
        </w:rPr>
        <w:t>τοῦτο μηχανωμένης τῆς φύσεως πρὸς τὸ διαθερ‐ μαίνεσθαι, καὶ ἐρεθίζεσθαι αὐτὰ τῇ δριμύτητι αὐτῆς πρὸς τὴν ἀπόκρισιν τῶν περιττῶν. ἔμελ‐ λε γὰρ τῇ κράσει ψυχρὰ ὄντα ἀργὰ μένειν</w:t>
      </w:r>
    </w:p>
    <w:p>
      <w:r>
        <w:rPr>
          <w:rFonts w:ascii="Courier New" w:hAnsi="Courier New"/>
          <w:color w:val="555555"/>
          <w:sz w:val="20"/>
        </w:rPr>
        <w:t>[5]</w:t>
      </w:r>
    </w:p>
    <w:p>
      <w:r>
        <w:rPr>
          <w:rFonts w:ascii="Gentium Plus" w:hAnsi="Gentium Plus"/>
          <w:sz w:val="24"/>
        </w:rPr>
        <w:t>καὶ μηδέποτε ποιεῖν τὴν ἀπόκρισιν. τοιαῦτα γὰρ τὰ νευρώδη. Χολέρα. νόσος διὰ χολῆς. ἢ τὸ τῆς χολῆς πά‐ θος. Χορδή. ἡ νευρὰ ἢ τὸ ἔντερον. παρὰ τὸ δι’ αὐ‐</w:t>
      </w:r>
    </w:p>
    <w:p>
      <w:r>
        <w:rPr>
          <w:rFonts w:ascii="Courier New" w:hAnsi="Courier New"/>
          <w:color w:val="555555"/>
          <w:sz w:val="20"/>
        </w:rPr>
        <w:t>[10]</w:t>
      </w:r>
    </w:p>
    <w:p>
      <w:r>
        <w:rPr>
          <w:rFonts w:ascii="Gentium Plus" w:hAnsi="Gentium Plus"/>
          <w:sz w:val="24"/>
        </w:rPr>
        <w:t>τοῦ χωρεῖν τὴν ἐδωδήν. Χορεία. ἡ χόρευσις. Χοριάνη. τόπος. Χορηνὴ δὲ, ι.</w:t>
      </w:r>
    </w:p>
    <w:p>
      <w:pPr>
        <w:jc w:val="center"/>
      </w:pPr>
      <w:r>
        <w:rPr>
          <w:rFonts w:ascii="Gentium Plus" w:hAnsi="Gentium Plus"/>
          <w:b/>
          <w:sz w:val="24"/>
        </w:rPr>
        <w:t>(Οὐδέτερον.)</w:t>
      </w:r>
    </w:p>
    <w:p>
      <w:r>
        <w:rPr>
          <w:rFonts w:ascii="Courier New" w:hAnsi="Courier New"/>
          <w:color w:val="555555"/>
          <w:sz w:val="20"/>
        </w:rPr>
        <w:t>[14]</w:t>
      </w:r>
    </w:p>
    <w:p>
      <w:r>
        <w:rPr>
          <w:rFonts w:ascii="Gentium Plus" w:hAnsi="Gentium Plus"/>
          <w:sz w:val="24"/>
        </w:rPr>
        <w:t>Χοάσπειον ὕδωρ. τὸ τοῦ Χοάσπου ποταμοῦ.</w:t>
      </w:r>
    </w:p>
    <w:p>
      <w:r>
        <w:rPr>
          <w:rFonts w:ascii="Courier New" w:hAnsi="Courier New"/>
          <w:color w:val="555555"/>
          <w:sz w:val="20"/>
        </w:rPr>
        <w:t>[15]</w:t>
      </w:r>
    </w:p>
    <w:p>
      <w:r>
        <w:rPr>
          <w:rFonts w:ascii="Gentium Plus" w:hAnsi="Gentium Plus"/>
          <w:sz w:val="24"/>
        </w:rPr>
        <w:t>Χοινίκιον. μέτρον τι. καὶ τὸ παχὺ ἔντερον. Χοληδόχον. ἀγγεῖον τὸ δεχόμενον τὴν χολήν. καὶ χολαῖον, ἧπαρ. Χορεῖον. ὁ τόπος τοῦ χοροῦ. χορίον δὲ, τὸ παχὺ ἔντερον, ι.</w:t>
      </w:r>
    </w:p>
    <w:p>
      <w:r>
        <w:rPr>
          <w:rFonts w:ascii="Courier New" w:hAnsi="Courier New"/>
          <w:color w:val="555555"/>
          <w:sz w:val="20"/>
        </w:rPr>
        <w:t>[20]</w:t>
      </w:r>
    </w:p>
    <w:p>
      <w:r>
        <w:rPr>
          <w:rFonts w:ascii="Gentium Plus" w:hAnsi="Gentium Plus"/>
          <w:sz w:val="24"/>
        </w:rPr>
        <w:t>Χολωσέμεναι. ὀργισθῆναι. [καὶ χολωσέμεν μέλλων ἀπαρέμφατος δωρικῶς. ἐκεῖνοι γὰρ τὰ ἀπαρέμφατα εἰς εμεν μεταποιοῦσι. τὸ τύψειν τυψέμεν λέγουσιν. οἱ δὲ Αἰολεῖς εἰς εμεναι λέ‐ γουσιν, οἷον·</w:t>
      </w:r>
    </w:p>
    <w:p>
      <w:r>
        <w:rPr>
          <w:rFonts w:ascii="Courier New" w:hAnsi="Courier New"/>
          <w:color w:val="555555"/>
          <w:sz w:val="20"/>
        </w:rPr>
        <w:t>[25]</w:t>
      </w:r>
    </w:p>
    <w:p>
      <w:r>
        <w:rPr>
          <w:rFonts w:ascii="Gentium Plus" w:hAnsi="Gentium Plus"/>
          <w:sz w:val="24"/>
        </w:rPr>
        <w:t>εἰωθότες ἔδμεναι ἄδδην.] Χορτάσαι. παρὰ τὸν χόρτον τὸν περιβαλλόμενον τοῖς ὑποζυγίοις.</w:t>
      </w:r>
    </w:p>
    <w:p>
      <w:pPr>
        <w:jc w:val="center"/>
      </w:pPr>
      <w:r>
        <w:rPr>
          <w:rFonts w:ascii="Gentium Plus" w:hAnsi="Gentium Plus"/>
          <w:b/>
          <w:sz w:val="24"/>
        </w:rPr>
        <w:t>Τὸ Χ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Χρεμετισμός. ἡ τῶν ἵππων βοή. Χρησμός. προφητεία· μαντεία.</w:t>
      </w:r>
    </w:p>
    <w:p>
      <w:r>
        <w:rPr>
          <w:rFonts w:ascii="Courier New" w:hAnsi="Courier New"/>
          <w:color w:val="555555"/>
          <w:sz w:val="20"/>
        </w:rPr>
        <w:t>[5]</w:t>
      </w:r>
    </w:p>
    <w:p>
      <w:r>
        <w:rPr>
          <w:rFonts w:ascii="Gentium Plus" w:hAnsi="Gentium Plus"/>
          <w:sz w:val="24"/>
        </w:rPr>
        <w:t>Χρήστης. δανειστής. Χρηστήρ. ὁ παρέχων χρησμούς. παρὰ τὸ χρῶ, χρηστήρ. οὕτω Γεώργιος ὁ Χοιροβοσκός. οἶμαι δὲ, ὅτι παρὰ τὸ χρῄζω. τὸ δὲ χρῄζω, ἡνίκα σημαίνει τὸ ἐνδεοῦμαι, ἔχει τὸ ι προσγεγραμ‐</w:t>
      </w:r>
    </w:p>
    <w:p>
      <w:r>
        <w:rPr>
          <w:rFonts w:ascii="Courier New" w:hAnsi="Courier New"/>
          <w:color w:val="555555"/>
          <w:sz w:val="20"/>
        </w:rPr>
        <w:t>[10]</w:t>
      </w:r>
    </w:p>
    <w:p>
      <w:r>
        <w:rPr>
          <w:rFonts w:ascii="Gentium Plus" w:hAnsi="Gentium Plus"/>
          <w:sz w:val="24"/>
        </w:rPr>
        <w:t>μένον. ἀπὸ τοῦ χρέος χρεΐζω, ἐκτάσει τοῦ ε εἰς η καὶ ἐν συναιρέσει χρῄζω, μένοντος καὶ τοῦ ι προσγεγραμμένου. ὅτε δὲ σημαίνει τὸ χρησμῳδῶ, ἄνευ τοῦ ι, καίπερ τῆς ἐτυμολο‐ γίας ἀπαιτούσης σὺν τῷ ι γράφεσθαι, παρὰ</w:t>
      </w:r>
    </w:p>
    <w:p>
      <w:r>
        <w:rPr>
          <w:rFonts w:ascii="Courier New" w:hAnsi="Courier New"/>
          <w:color w:val="555555"/>
          <w:sz w:val="20"/>
        </w:rPr>
        <w:t>[15]</w:t>
      </w:r>
    </w:p>
    <w:p>
      <w:r>
        <w:rPr>
          <w:rFonts w:ascii="Gentium Plus" w:hAnsi="Gentium Plus"/>
          <w:sz w:val="24"/>
        </w:rPr>
        <w:t>[γὰρ] τὴν χρείαν ἐστί· τοῖς γὰρ ἔχουσι χρείαν χρησμῳδεῖ ὁ θεός. ἀλλὰ πρὸς ἀντιδιαστολὴν τοῦ σημαίνοντος [τὸ ἐνδεοῦμαι οὐκ ἔχει τὸ ἰῶτα.] Χρῆστος. κύριον. χρηστὸς δὲ, ὁ ἀγαθὸς, ὀξύ‐</w:t>
      </w:r>
    </w:p>
    <w:p>
      <w:r>
        <w:rPr>
          <w:rFonts w:ascii="Courier New" w:hAnsi="Courier New"/>
          <w:color w:val="555555"/>
          <w:sz w:val="20"/>
        </w:rPr>
        <w:t>[20]</w:t>
      </w:r>
    </w:p>
    <w:p>
      <w:r>
        <w:rPr>
          <w:rFonts w:ascii="Gentium Plus" w:hAnsi="Gentium Plus"/>
          <w:sz w:val="24"/>
        </w:rPr>
        <w:t>νεται. Χρέμης, χρέμητος. ὄνομα ἰχθύος. Χρεωφειλέτης. ὅσα παρὰ τὸ χρέος συντέθει‐ ται, μεγάλα, πλὴν τοῦ χρεοδότης, χρεοκόπος, καὶ χρεολύτης, καὶ τὰ θηλυκὰ αὐτῶν, οἷον χρεο‐</w:t>
      </w:r>
    </w:p>
    <w:p>
      <w:r>
        <w:rPr>
          <w:rFonts w:ascii="Courier New" w:hAnsi="Courier New"/>
          <w:color w:val="555555"/>
          <w:sz w:val="20"/>
        </w:rPr>
        <w:t>[25]</w:t>
      </w:r>
    </w:p>
    <w:p>
      <w:r>
        <w:rPr>
          <w:rFonts w:ascii="Gentium Plus" w:hAnsi="Gentium Plus"/>
          <w:sz w:val="24"/>
        </w:rPr>
        <w:t>δοσία, καὶ τὰ ῥήματα, οἷον χρεοδοτῶ, χρεο‐ λυτῶ. Χριστός. μεσίτης θεοῦ καὶ ἀνθρώπων. ἰστέον, ὅτι τὸ Χριστὸς σημαίνει τὸ συναμφότερον, θεὸς</w:t>
      </w:r>
    </w:p>
    <w:p>
      <w:r>
        <w:rPr>
          <w:rFonts w:ascii="Courier New" w:hAnsi="Courier New"/>
          <w:color w:val="555555"/>
          <w:sz w:val="20"/>
        </w:rPr>
        <w:t>[chi 1859]</w:t>
      </w:r>
    </w:p>
    <w:p>
      <w:r>
        <w:rPr>
          <w:rFonts w:ascii="Gentium Plus" w:hAnsi="Gentium Plus"/>
          <w:sz w:val="24"/>
        </w:rPr>
        <w:t>τητος. χριστοὶ γὰρ καὶ οἱ βασιλεῖς, οἱ τῷ ἐλαίῳ τοῦ κέρατος χριόμενοι. τὸ Χριστὸς καὶ Κύριος διὰ τὸ τῇ θεότητι χρίσαι τὴν ἀνθρωπότητα· καὶ ὡς βασιλεύς. δώσει γὰρ αὐτῷ κύριος ὁ</w:t>
      </w:r>
    </w:p>
    <w:p>
      <w:r>
        <w:rPr>
          <w:rFonts w:ascii="Courier New" w:hAnsi="Courier New"/>
          <w:color w:val="555555"/>
          <w:sz w:val="20"/>
        </w:rPr>
        <w:t>[5]</w:t>
      </w:r>
    </w:p>
    <w:p>
      <w:r>
        <w:rPr>
          <w:rFonts w:ascii="Gentium Plus" w:hAnsi="Gentium Plus"/>
          <w:sz w:val="24"/>
        </w:rPr>
        <w:t>θεὸς τὸν θρόνον Δαβὶδ τοῦ πατρὸς αὐτοῦ. καὶ ἡ βασιλεία αὐτοῦ βασιλεία αἰώνιος. ἐλέγοντο χριστοὶ καὶ οἱ βασιλεῖς καὶ οἱ ἱερεῖς, ὡς ἐλαίῳ ἁγίῳ τῷ ὑπὸ τοῦ κέρατος βλυομένῳ χριό‐ μενοι.</w:t>
      </w:r>
    </w:p>
    <w:p>
      <w:r>
        <w:rPr>
          <w:rFonts w:ascii="Courier New" w:hAnsi="Courier New"/>
          <w:color w:val="555555"/>
          <w:sz w:val="20"/>
        </w:rPr>
        <w:t>[10]</w:t>
      </w:r>
    </w:p>
    <w:p>
      <w:r>
        <w:rPr>
          <w:rFonts w:ascii="Gentium Plus" w:hAnsi="Gentium Plus"/>
          <w:sz w:val="24"/>
        </w:rPr>
        <w:t>Χριστιανισμός. πίστις ἀπερίεργος, ἢ θεοῦ ὁμοίω‐ σις κατὰ τὸ ἐνδεχόμενον ἀνθρώπου φύσει. ἢ δόγμα τοῦ σωτῆρος ἡμῶν Ἰησοῦ Χριστοῦ ἐκ πνευ‐ ματικῆς καὶ φυσικῆς καὶ θεολογικῆς συνεστός. Χριστιανός. ἀληθινὸς οἶκος Χριστοῦ θεοῦ δι’</w:t>
      </w:r>
    </w:p>
    <w:p>
      <w:r>
        <w:rPr>
          <w:rFonts w:ascii="Courier New" w:hAnsi="Courier New"/>
          <w:color w:val="555555"/>
          <w:sz w:val="20"/>
        </w:rPr>
        <w:t>[15]</w:t>
      </w:r>
    </w:p>
    <w:p>
      <w:r>
        <w:rPr>
          <w:rFonts w:ascii="Gentium Plus" w:hAnsi="Gentium Plus"/>
          <w:sz w:val="24"/>
        </w:rPr>
        <w:t>ἔργων ἀγαθῶν καὶ δογμάτων εὐσεβῶν συνιστά‐ μενος. ἢ ὁ κατὰ θεὸν ζῶν, καὶ εὐσεβῶς καὶ χρηστῶς πολιτευόμενος. ἢ ὁ τὸ σῶμα διὰ τὸν Χριστὸν σταυρώσας σὺν τοῖς παθήμασι καὶ ταῖς ἐπιθυμίαις.</w:t>
      </w:r>
    </w:p>
    <w:p>
      <w:r>
        <w:rPr>
          <w:rFonts w:ascii="Courier New" w:hAnsi="Courier New"/>
          <w:color w:val="555555"/>
          <w:sz w:val="20"/>
        </w:rPr>
        <w:t>[20]</w:t>
      </w:r>
    </w:p>
    <w:p>
      <w:r>
        <w:rPr>
          <w:rFonts w:ascii="Gentium Plus" w:hAnsi="Gentium Plus"/>
          <w:sz w:val="24"/>
        </w:rPr>
        <w:t>Χρυσός. παρὰ τὸ ῥύω, ῥυσὸς, καὶ πλεονασμῷ τοῦ χ χρυσός· ὁ γὰρ χρυσὸς διδόμενος ῥύεται τὸν ἄνθρωπον ἐκ τοῦ θανάτου. Χρόμος· Χρόμιος. κύρια. Χρόμαδος. Ὅμηρος·</w:t>
      </w:r>
    </w:p>
    <w:p>
      <w:r>
        <w:rPr>
          <w:rFonts w:ascii="Courier New" w:hAnsi="Courier New"/>
          <w:color w:val="555555"/>
          <w:sz w:val="20"/>
        </w:rPr>
        <w:t>[25]</w:t>
      </w:r>
    </w:p>
    <w:p>
      <w:r>
        <w:rPr>
          <w:rFonts w:ascii="Gentium Plus" w:hAnsi="Gentium Plus"/>
          <w:sz w:val="24"/>
        </w:rPr>
        <w:t>δεινὸς δὲ χρόμαδος—. τὸν ἐν τοῖς γενύεσιν ὑπὸ τῶν πληγέντων γενό‐</w:t>
      </w:r>
    </w:p>
    <w:p>
      <w:r>
        <w:rPr>
          <w:rFonts w:ascii="Courier New" w:hAnsi="Courier New"/>
          <w:color w:val="555555"/>
          <w:sz w:val="20"/>
        </w:rPr>
        <w:t>[chi 1860]</w:t>
      </w:r>
    </w:p>
    <w:p>
      <w:r>
        <w:rPr>
          <w:rFonts w:ascii="Gentium Plus" w:hAnsi="Gentium Plus"/>
          <w:sz w:val="24"/>
        </w:rPr>
        <w:t>Χρόνος. ἡλίου κίνησις καὶ πορεία μετὰ ἐμμέτρου φορᾶς. ἢ τὸ παρεκτεινόμενον τῇ ὑποστάσει τοῦ κόσμου διάστημα, ἐν ᾧ πᾶσα μετρεῖται κίνησις εἴτε ἀστέρων, εἴτε ζώων, εἴτε οὑτινοσοῦν τῶν</w:t>
      </w:r>
    </w:p>
    <w:p>
      <w:r>
        <w:rPr>
          <w:rFonts w:ascii="Courier New" w:hAnsi="Courier New"/>
          <w:color w:val="555555"/>
          <w:sz w:val="20"/>
        </w:rPr>
        <w:t>[5]</w:t>
      </w:r>
    </w:p>
    <w:p>
      <w:r>
        <w:rPr>
          <w:rFonts w:ascii="Gentium Plus" w:hAnsi="Gentium Plus"/>
          <w:sz w:val="24"/>
        </w:rPr>
        <w:t>κινουμένων. †ἢ μέτρον κινήσεως καὶ ἀριθμοῦ τοῦ ἐν κινήσει πρότερον καὶ ὕστερον.† Χρόνος. ποιὰ σημείωσις, τουτέστι φανερὰ τοῦ ἐν ἐκτάσει καὶ συστολῇ ἄδηλόν τι διακρίνουσα. ἢ πλατικὸς ἐνιαυτὸς ἢ ἀκαριαῖος· ἅμα γὰρ τῷ</w:t>
      </w:r>
    </w:p>
    <w:p>
      <w:r>
        <w:rPr>
          <w:rFonts w:ascii="Courier New" w:hAnsi="Courier New"/>
          <w:color w:val="555555"/>
          <w:sz w:val="20"/>
        </w:rPr>
        <w:t>[10]</w:t>
      </w:r>
    </w:p>
    <w:p>
      <w:r>
        <w:rPr>
          <w:rFonts w:ascii="Gentium Plus" w:hAnsi="Gentium Plus"/>
          <w:sz w:val="24"/>
        </w:rPr>
        <w:t>βούλεσθαι ἔχει καὶ τὸ εἶναι. χρόνος δὲ παρὰ τὸ ῥέω, ῥόνος, καὶ πλεονασμῷ τοῦ χ χρόνος. Χρόνος βραχύς. φωνήεντος συστελλομένου. Χρόνος μακρός. σημείωσις ἐκτεινομένου φωνήεν‐ τος ἢ φωνηέντων.</w:t>
      </w:r>
    </w:p>
    <w:p>
      <w:r>
        <w:rPr>
          <w:rFonts w:ascii="Courier New" w:hAnsi="Courier New"/>
          <w:color w:val="555555"/>
          <w:sz w:val="20"/>
        </w:rPr>
        <w:t>[15]</w:t>
      </w:r>
    </w:p>
    <w:p>
      <w:r>
        <w:rPr>
          <w:rFonts w:ascii="Gentium Plus" w:hAnsi="Gentium Plus"/>
          <w:sz w:val="24"/>
        </w:rPr>
        <w:t>Χρόνοι δὲ εἰσὶ δύο, μακρὸς καὶ βραχύς· διότι καὶ τοῖς ἀνθρώποις δύο χρόνοι παρέπονται, ὁ μὲν εἷς πολυχρόνιος, ὁ δὲ ἕτερος ὀλιγοχρόνιος. χρό‐ νοι δὲ λέγονται παρὰ τὸ ἐν ἐκτάσει καὶ συστολῇ τοῖς χρόνοις παρεικασθῆναι.</w:t>
      </w:r>
    </w:p>
    <w:p>
      <w:r>
        <w:rPr>
          <w:rFonts w:ascii="Courier New" w:hAnsi="Courier New"/>
          <w:color w:val="555555"/>
          <w:sz w:val="20"/>
        </w:rPr>
        <w:t>[20]</w:t>
      </w:r>
    </w:p>
    <w:p>
      <w:r>
        <w:rPr>
          <w:rFonts w:ascii="Gentium Plus" w:hAnsi="Gentium Plus"/>
          <w:sz w:val="24"/>
        </w:rPr>
        <w:t>Χρυσάορα. χρυσῆν σπάθην ἔχοντα. ἄορ γὰρ τὸ ξίφος, ἢ σπάθη. Χρυσότευκτον. ἐκ χρυσοῦ κατεσκευασμένον. Χρυσάμπυκας. χρυσοχαλίνους. —χρυσάμπυκας ἵππους.</w:t>
      </w:r>
    </w:p>
    <w:p>
      <w:r>
        <w:rPr>
          <w:rFonts w:ascii="Courier New" w:hAnsi="Courier New"/>
          <w:color w:val="555555"/>
          <w:sz w:val="20"/>
        </w:rPr>
        <w:t>[25]</w:t>
      </w:r>
    </w:p>
    <w:p>
      <w:r>
        <w:rPr>
          <w:rFonts w:ascii="Gentium Plus" w:hAnsi="Gentium Plus"/>
          <w:sz w:val="24"/>
        </w:rPr>
        <w:t>Χρυσοῤῥήμων. ὁ χρηστολόγος.</w:t>
      </w:r>
    </w:p>
    <w:p>
      <w:r>
        <w:rPr>
          <w:rFonts w:ascii="Courier New" w:hAnsi="Courier New"/>
          <w:color w:val="555555"/>
          <w:sz w:val="20"/>
        </w:rPr>
        <w:t>[chi 1861]</w:t>
      </w:r>
    </w:p>
    <w:p>
      <w:r>
        <w:rPr>
          <w:rFonts w:ascii="Gentium Plus" w:hAnsi="Gentium Plus"/>
          <w:sz w:val="24"/>
        </w:rPr>
        <w:t>Χρυσίτης. σημαίνει τὸν λίθον, ἔνθα ἀκονῶσι τὸ χρυσίον. [τὰ ἀπὸ τῶν εἰς ος διὰ τοῦ ιτης διὰ τοῦ ἰῶτα γράφονται· χρυσὸς, χρυσίτης.] Χρύσεος. τὰ διῃρημένα ἐπὶ πάντων γενῶν ἰακά.</w:t>
      </w:r>
    </w:p>
    <w:p>
      <w:r>
        <w:rPr>
          <w:rFonts w:ascii="Courier New" w:hAnsi="Courier New"/>
          <w:color w:val="555555"/>
          <w:sz w:val="20"/>
        </w:rPr>
        <w:t>[5]</w:t>
      </w:r>
    </w:p>
    <w:p>
      <w:r>
        <w:rPr>
          <w:rFonts w:ascii="Gentium Plus" w:hAnsi="Gentium Plus"/>
          <w:sz w:val="24"/>
        </w:rPr>
        <w:t>οἷον, ὁ χρύσεος καὶ ὁ ἀργύρεος, καὶ ἡ χρυσέα, καὶ τὸ χρύσεον. Χρύσειος ἀνδρείας. Χρυσάνθειος. οἶκος. Χρυσοπήνιτος. χιτών.</w:t>
      </w:r>
    </w:p>
    <w:p>
      <w:r>
        <w:rPr>
          <w:rFonts w:ascii="Courier New" w:hAnsi="Courier New"/>
          <w:color w:val="555555"/>
          <w:sz w:val="20"/>
        </w:rPr>
        <w:t>[10]</w:t>
      </w:r>
    </w:p>
    <w:p>
      <w:r>
        <w:rPr>
          <w:rFonts w:ascii="Gentium Plus" w:hAnsi="Gentium Plus"/>
          <w:sz w:val="24"/>
        </w:rPr>
        <w:t>Χρώς. τὸ σῶμα. καὶ κλίνεται χρωτός. Χρῶμις, Χρώμιδος. κύριον. Χρηματισμός. ὁ λόγος τοῦ θεοῦ. καὶ ὁ Ἀπόστο‐ λος· ἀλλὰ τί λέγει αὐτῷ ὁ χρηματισμός.</w:t>
      </w:r>
    </w:p>
    <w:p>
      <w:pPr>
        <w:jc w:val="center"/>
      </w:pPr>
      <w:r>
        <w:rPr>
          <w:rFonts w:ascii="Gentium Plus" w:hAnsi="Gentium Plus"/>
          <w:b/>
          <w:sz w:val="24"/>
        </w:rPr>
        <w:t>(Θηλυκόν.)</w:t>
      </w:r>
    </w:p>
    <w:p>
      <w:r>
        <w:rPr>
          <w:rFonts w:ascii="Courier New" w:hAnsi="Courier New"/>
          <w:color w:val="555555"/>
          <w:sz w:val="20"/>
        </w:rPr>
        <w:t>[15]</w:t>
      </w:r>
    </w:p>
    <w:p>
      <w:r>
        <w:rPr>
          <w:rFonts w:ascii="Gentium Plus" w:hAnsi="Gentium Plus"/>
          <w:sz w:val="24"/>
        </w:rPr>
        <w:t>Χρόα. ἀπὸ τοῦ χρῶ, ὃ σημαίνει τὸ βάπτω. ἐξ οὗ καὶ χρῶμα. [Χρῆσις.] ἡ τῶν ἐφ’ ἡμῶν ὀρέξεως συμπλήρωσις. παρὰ τὸν χρήσω μέλλοντα. χρῆσις δὲ καὶ πα‐ ράδοσις διαφέρει. χρῆσις γὰρ λέγεται ἡ τῶν ἀρ‐</w:t>
      </w:r>
    </w:p>
    <w:p>
      <w:r>
        <w:rPr>
          <w:rFonts w:ascii="Courier New" w:hAnsi="Courier New"/>
          <w:color w:val="555555"/>
          <w:sz w:val="20"/>
        </w:rPr>
        <w:t>[20]</w:t>
      </w:r>
    </w:p>
    <w:p>
      <w:r>
        <w:rPr>
          <w:rFonts w:ascii="Gentium Plus" w:hAnsi="Gentium Plus"/>
          <w:sz w:val="24"/>
        </w:rPr>
        <w:t>χαίων καὶ ποιητῶν μαρτυρία· παράδοσις δὲ, ἡ τῶν γραμματικῶν. οἷον τὰ μὲν Ὁμήρου χρῆ‐ σις· τὰ δὲ Ἀριστάρχου τοῦ γραμματικοῦ πα‐ ράδοσις. χρίσις δὲ ἐκ τοῦ χρίω, τὸ ἀλείφω, ι. Χρειώ. τὴν χρείαν. ὡς ἀπὸ τοῦ σπέος γίνεται</w:t>
      </w:r>
    </w:p>
    <w:p>
      <w:r>
        <w:rPr>
          <w:rFonts w:ascii="Courier New" w:hAnsi="Courier New"/>
          <w:color w:val="555555"/>
          <w:sz w:val="20"/>
        </w:rPr>
        <w:t>[25]</w:t>
      </w:r>
    </w:p>
    <w:p>
      <w:r>
        <w:rPr>
          <w:rFonts w:ascii="Gentium Plus" w:hAnsi="Gentium Plus"/>
          <w:sz w:val="24"/>
        </w:rPr>
        <w:t>σπεὼ, καὶ ἀπὸ τοῦ κλέος κλεὼ καὶ Κλειὼ, οὕ‐ τω καὶ ἀπὸ τοῦ χρέος χρεώ.</w:t>
      </w:r>
    </w:p>
    <w:p>
      <w:pPr>
        <w:jc w:val="center"/>
      </w:pPr>
      <w:r>
        <w:rPr>
          <w:rFonts w:ascii="Gentium Plus" w:hAnsi="Gentium Plus"/>
          <w:b/>
          <w:sz w:val="24"/>
        </w:rPr>
        <w:t>(Οὐδέτερον.)</w:t>
      </w:r>
    </w:p>
    <w:p>
      <w:r>
        <w:rPr>
          <w:rFonts w:ascii="Courier New" w:hAnsi="Courier New"/>
          <w:color w:val="555555"/>
          <w:sz w:val="20"/>
        </w:rPr>
        <w:t>[28]</w:t>
      </w:r>
    </w:p>
    <w:p>
      <w:r>
        <w:rPr>
          <w:rFonts w:ascii="Gentium Plus" w:hAnsi="Gentium Plus"/>
          <w:sz w:val="24"/>
        </w:rPr>
        <w:t>Χρῆμα. κυρίως τὸ διὰ χειρῶν ἔργον, οἷον χέ‐</w:t>
      </w:r>
    </w:p>
    <w:p>
      <w:r>
        <w:rPr>
          <w:rFonts w:ascii="Courier New" w:hAnsi="Courier New"/>
          <w:color w:val="555555"/>
          <w:sz w:val="20"/>
        </w:rPr>
        <w:t>[chi 1862]</w:t>
      </w:r>
    </w:p>
    <w:p>
      <w:r>
        <w:rPr>
          <w:rFonts w:ascii="Gentium Plus" w:hAnsi="Gentium Plus"/>
          <w:sz w:val="24"/>
        </w:rPr>
        <w:t>Χρησμῴδημα. ἡ προφητεία. χρησμοδότημα δὲ, μικρόν. Χρίσμα καὶ χρίμα. παρὰ τὸ χρίω, χρίσω, χρί‐ σις καὶ χρίσμα, ὅπερ σημαίνει τὸ ἄλειμμα. ὥσ‐</w:t>
      </w:r>
    </w:p>
    <w:p>
      <w:r>
        <w:rPr>
          <w:rFonts w:ascii="Courier New" w:hAnsi="Courier New"/>
          <w:color w:val="555555"/>
          <w:sz w:val="20"/>
        </w:rPr>
        <w:t>[5]</w:t>
      </w:r>
    </w:p>
    <w:p>
      <w:r>
        <w:rPr>
          <w:rFonts w:ascii="Gentium Plus" w:hAnsi="Gentium Plus"/>
          <w:sz w:val="24"/>
        </w:rPr>
        <w:t>περ δὲ λέγεται κροῦσμα καὶ κροῦμα, οὕτω χρί‐ σμα καὶ χρίμα. Χρονικὸν φῶς. ὁ ἥλιος. Χρυσόγλυφα. τὰ χρυσοτόρνευτα. Χρύσειον καὶ χρύσεον ἔργον. χρυσίδιον δὲ, ι τὰ</w:t>
      </w:r>
    </w:p>
    <w:p>
      <w:r>
        <w:rPr>
          <w:rFonts w:ascii="Courier New" w:hAnsi="Courier New"/>
          <w:color w:val="555555"/>
          <w:sz w:val="20"/>
        </w:rPr>
        <w:t>[10]</w:t>
      </w:r>
    </w:p>
    <w:p>
      <w:r>
        <w:rPr>
          <w:rFonts w:ascii="Gentium Plus" w:hAnsi="Gentium Plus"/>
          <w:sz w:val="24"/>
        </w:rPr>
        <w:t>δύο. Χρηστολόγημα. τὸ ἄχρι ῥημάτων θεραπεύειν. καὶ ὁ Ἀπόστολος· διὰ τῆς χρηστολογίας καὶ εὐλογίας ἐξαπατῶσι τὰς καρδίας τῶν ἀκάκων.</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Χραύσει. ἀμύξει. ὀλίγον τὸν χρῶτα ἐπιξύσει. προσεγγίσει. ἀπὸ τοῦ χρωτὸς, χρῶ, χραύσω. Χραίσμετέ με. ἀντὶ τοῦ φυλάξασθέ με. καὶ ῥύσατε ἢ βοηθήσατε. [εἴρηται ἀπὸ βαρυτόνου, τὸ χραίσμω. εἰ γὰρ ἦν ἀπὸ τοῦ περισπωμένου</w:t>
      </w:r>
    </w:p>
    <w:p>
      <w:r>
        <w:rPr>
          <w:rFonts w:ascii="Courier New" w:hAnsi="Courier New"/>
          <w:color w:val="555555"/>
          <w:sz w:val="20"/>
        </w:rPr>
        <w:t>[20]</w:t>
      </w:r>
    </w:p>
    <w:p>
      <w:r>
        <w:rPr>
          <w:rFonts w:ascii="Gentium Plus" w:hAnsi="Gentium Plus"/>
          <w:sz w:val="24"/>
        </w:rPr>
        <w:t>χραισμῶ, εἶπεν ἂν χραισμεῖτε.] Χραισμῶ. τὸ βοηθῶ. [ἀπὸ τοῦ χρήσιμος χρη‐ σιμῶ, καὶ συστολῇ τοῦ η εἰς α καὶ μεταθέσει τοῦ ς χραισμῶ, τὸ βοηθῶ.] Χρείω. τὸ μαντεύομαι. ὅπερ ἐπὶ ἐνεστῶτος καὶ</w:t>
      </w:r>
    </w:p>
    <w:p>
      <w:r>
        <w:rPr>
          <w:rFonts w:ascii="Courier New" w:hAnsi="Courier New"/>
          <w:color w:val="555555"/>
          <w:sz w:val="20"/>
        </w:rPr>
        <w:t>[25]</w:t>
      </w:r>
    </w:p>
    <w:p>
      <w:r>
        <w:rPr>
          <w:rFonts w:ascii="Gentium Plus" w:hAnsi="Gentium Plus"/>
          <w:sz w:val="24"/>
        </w:rPr>
        <w:t>παρατατικοῦ. ἐπὶ δὲ τῶν ἄλλων διὰ τοῦ η. †Χρέμπτεται. ἦχον τῷ στόματι ἀποτελεῖ. πτε‐</w:t>
      </w:r>
    </w:p>
    <w:p>
      <w:r>
        <w:rPr>
          <w:rFonts w:ascii="Courier New" w:hAnsi="Courier New"/>
          <w:color w:val="555555"/>
          <w:sz w:val="20"/>
        </w:rPr>
        <w:t>[chi 1863]</w:t>
      </w:r>
    </w:p>
    <w:p>
      <w:r>
        <w:rPr>
          <w:rFonts w:ascii="Gentium Plus" w:hAnsi="Gentium Plus"/>
          <w:sz w:val="24"/>
        </w:rPr>
        <w:t>Χρηματίζει. γίνεται. ἢ προλέγει. Χρήσω. μαντεύσω. Χρηστηριάζω. μαντεύομαι. Χρή. ἐνδέχεται. [ἐκ τοῦ χρῆμι, χρὴς, τὸ τρί‐</w:t>
      </w:r>
    </w:p>
    <w:p>
      <w:r>
        <w:rPr>
          <w:rFonts w:ascii="Courier New" w:hAnsi="Courier New"/>
          <w:color w:val="555555"/>
          <w:sz w:val="20"/>
        </w:rPr>
        <w:t>[5]</w:t>
      </w:r>
    </w:p>
    <w:p>
      <w:r>
        <w:rPr>
          <w:rFonts w:ascii="Gentium Plus" w:hAnsi="Gentium Plus"/>
          <w:sz w:val="24"/>
        </w:rPr>
        <w:t>τον χρῆσι καὶ χρὴ ὀξυτόνως. ὀξυτονούμενον γὰρ ἐν τῇ συνθέσει, βαρυνόμενον σημαίνει ἐπίῤ‐ ῥημα· περισπώμενον δὲ ῥῆμα ἀττικόν. ἀπὸ γὰρ τοῦ χρῶμι τὸ δεύτερον τῆς κοινῆς διαλέκτου ἰω‐ νικῆς. ἀττικῶς δὲ χρῆν, ἐξ οὗ τὸ ἐχρῆν.]</w:t>
      </w:r>
    </w:p>
    <w:p>
      <w:r>
        <w:rPr>
          <w:rFonts w:ascii="Courier New" w:hAnsi="Courier New"/>
          <w:color w:val="555555"/>
          <w:sz w:val="20"/>
        </w:rPr>
        <w:t>[10]</w:t>
      </w:r>
    </w:p>
    <w:p>
      <w:r>
        <w:rPr>
          <w:rFonts w:ascii="Gentium Plus" w:hAnsi="Gentium Plus"/>
          <w:sz w:val="24"/>
        </w:rPr>
        <w:t>Χρίμπτεται. προσπελάζει. προσεγγίζει. Χρίω. τὸ ἀλείφω. Χριστιανίζειν. τὸ καταφρονεῖν τῶν ἀνθρωπίνων πραγμάτων ὑπὲρ τῆς εἰς τὸν Χριστὸν ὁμολο‐ γίας. καὶ χριστιανισμὸς ἡ τῆς εὐσεβείας γνῶσις</w:t>
      </w:r>
    </w:p>
    <w:p>
      <w:r>
        <w:rPr>
          <w:rFonts w:ascii="Courier New" w:hAnsi="Courier New"/>
          <w:color w:val="555555"/>
          <w:sz w:val="20"/>
        </w:rPr>
        <w:t>[15]</w:t>
      </w:r>
    </w:p>
    <w:p>
      <w:r>
        <w:rPr>
          <w:rFonts w:ascii="Gentium Plus" w:hAnsi="Gentium Plus"/>
          <w:sz w:val="24"/>
        </w:rPr>
        <w:t>ἡ εἰς ζωὴν αἰώνιον ἄγουσα, ἢ ἡ διὰ Χριστοῦ φανερωθεῖσα θεοσέβεια. Χρυσαυγίζων. ἀστράπτων. Χρῶ. τὸ παρέχω. καὶ τὸ βάπτω. Χρώζω. χροιὰν παρέχω.</w:t>
      </w:r>
    </w:p>
    <w:p>
      <w:r>
        <w:rPr>
          <w:rFonts w:ascii="Courier New" w:hAnsi="Courier New"/>
          <w:color w:val="555555"/>
          <w:sz w:val="20"/>
        </w:rPr>
        <w:t>[20]</w:t>
      </w:r>
    </w:p>
    <w:p>
      <w:r>
        <w:rPr>
          <w:rFonts w:ascii="Gentium Plus" w:hAnsi="Gentium Plus"/>
          <w:sz w:val="24"/>
        </w:rPr>
        <w:t>Χρώννυμι. χρωννύω.</w:t>
      </w:r>
    </w:p>
    <w:p>
      <w:r>
        <w:rPr>
          <w:rFonts w:ascii="Courier New" w:hAnsi="Courier New"/>
          <w:color w:val="555555"/>
          <w:sz w:val="20"/>
        </w:rPr>
        <w:t>[chi 1864]</w:t>
      </w:r>
    </w:p>
    <w:p>
      <w:r>
        <w:rPr>
          <w:rFonts w:ascii="Gentium Plus" w:hAnsi="Gentium Plus"/>
          <w:sz w:val="24"/>
        </w:rPr>
        <w:t>Χρηστεύεται. ἡμερότητι χρῆται. ἡ ἀγάπη χρη‐ στεύεται.</w:t>
      </w:r>
    </w:p>
    <w:p>
      <w:pPr>
        <w:jc w:val="center"/>
      </w:pPr>
      <w:r>
        <w:rPr>
          <w:rFonts w:ascii="Gentium Plus" w:hAnsi="Gentium Plus"/>
          <w:b/>
          <w:sz w:val="24"/>
        </w:rPr>
        <w:t>Τὸ Χ μετὰ τοῦ Υ.</w:t>
      </w:r>
    </w:p>
    <w:p>
      <w:pPr>
        <w:jc w:val="center"/>
      </w:pPr>
      <w:r>
        <w:rPr>
          <w:rFonts w:ascii="Gentium Plus" w:hAnsi="Gentium Plus"/>
          <w:b/>
          <w:sz w:val="24"/>
        </w:rPr>
        <w:t>(Ἀρσενικόν.)</w:t>
      </w:r>
    </w:p>
    <w:p>
      <w:r>
        <w:rPr>
          <w:rFonts w:ascii="Courier New" w:hAnsi="Courier New"/>
          <w:color w:val="555555"/>
          <w:sz w:val="20"/>
        </w:rPr>
        <w:t>[5]</w:t>
      </w:r>
    </w:p>
    <w:p>
      <w:r>
        <w:rPr>
          <w:rFonts w:ascii="Gentium Plus" w:hAnsi="Gentium Plus"/>
          <w:sz w:val="24"/>
        </w:rPr>
        <w:t>Χύαθος. κύριον. Χυδαῖος. ὁ εὐτελὴς, ὁ συρφετώδης. Χυλός. ἐκπιεσμός. Χυμαῖος. κύριον. καὶ Χυρηβίτης. Χυριάδης. τοπικὸν καὶ κύριον. καὶ κλίνεται Χυ‐</w:t>
      </w:r>
    </w:p>
    <w:p>
      <w:r>
        <w:rPr>
          <w:rFonts w:ascii="Courier New" w:hAnsi="Courier New"/>
          <w:color w:val="555555"/>
          <w:sz w:val="20"/>
        </w:rPr>
        <w:t>[10]</w:t>
      </w:r>
    </w:p>
    <w:p>
      <w:r>
        <w:rPr>
          <w:rFonts w:ascii="Gentium Plus" w:hAnsi="Gentium Plus"/>
          <w:sz w:val="24"/>
        </w:rPr>
        <w:t>ριάδου. Χυτρόπους. ὁ πλατύπους.</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Χύτρα. τὸ τζυκάλιον. Χυτή. οὐ πᾶσα γῆ χυτὴ καλεῖται, ἀλλὰ κυρίως</w:t>
      </w:r>
    </w:p>
    <w:p>
      <w:r>
        <w:rPr>
          <w:rFonts w:ascii="Courier New" w:hAnsi="Courier New"/>
          <w:color w:val="555555"/>
          <w:sz w:val="20"/>
        </w:rPr>
        <w:t>[15]</w:t>
      </w:r>
    </w:p>
    <w:p>
      <w:r>
        <w:rPr>
          <w:rFonts w:ascii="Gentium Plus" w:hAnsi="Gentium Plus"/>
          <w:sz w:val="24"/>
        </w:rPr>
        <w:t>ἡ τοῖς νεκροῖς ἐπιχεομένη.</w:t>
      </w:r>
    </w:p>
    <w:p>
      <w:pPr>
        <w:jc w:val="center"/>
      </w:pPr>
      <w:r>
        <w:rPr>
          <w:rFonts w:ascii="Gentium Plus" w:hAnsi="Gentium Plus"/>
          <w:b/>
          <w:sz w:val="24"/>
        </w:rPr>
        <w:t>(Οὐδέτερον.)</w:t>
      </w:r>
    </w:p>
    <w:p>
      <w:r>
        <w:rPr>
          <w:rFonts w:ascii="Courier New" w:hAnsi="Courier New"/>
          <w:color w:val="555555"/>
          <w:sz w:val="20"/>
        </w:rPr>
        <w:t>[17]</w:t>
      </w:r>
    </w:p>
    <w:p>
      <w:r>
        <w:rPr>
          <w:rFonts w:ascii="Gentium Plus" w:hAnsi="Gentium Plus"/>
          <w:sz w:val="24"/>
        </w:rPr>
        <w:t>Χυλάριον. τὸ ὑδαρῶδες, ὁ ἐκπεπιεσμένος σῖτος. Χυτρεῖον. ἐν ᾧ αἱ χύτραι. Χύτλα. κυρίως τὰ μεθ’ ὕδατος ἔλαια. κατα‐</w:t>
      </w:r>
    </w:p>
    <w:p>
      <w:r>
        <w:rPr>
          <w:rFonts w:ascii="Courier New" w:hAnsi="Courier New"/>
          <w:color w:val="555555"/>
          <w:sz w:val="20"/>
        </w:rPr>
        <w:t>[20]</w:t>
      </w:r>
    </w:p>
    <w:p>
      <w:r>
        <w:rPr>
          <w:rFonts w:ascii="Gentium Plus" w:hAnsi="Gentium Plus"/>
          <w:sz w:val="24"/>
        </w:rPr>
        <w:t>χρηστικῶς δὲ τὰ ἐναγίσματα, τὰ ἔντομα, τὰ</w:t>
      </w:r>
    </w:p>
    <w:p>
      <w:r>
        <w:rPr>
          <w:rFonts w:ascii="Courier New" w:hAnsi="Courier New"/>
          <w:color w:val="555555"/>
          <w:sz w:val="20"/>
        </w:rPr>
        <w:t>[chi 1865]</w:t>
      </w:r>
    </w:p>
    <w:p>
      <w:r>
        <w:rPr>
          <w:rFonts w:ascii="Gentium Plus" w:hAnsi="Gentium Plus"/>
          <w:sz w:val="24"/>
        </w:rPr>
        <w:t>εὐνοῦχα. ἐπειδὴ ταῦτα μάλιστα ἔθυον τοῖς νε‐ κροῖς, ὡς ἄγονα ὄντα, καὶ ἀγόνοις αὐτοῖς οὖσι.</w:t>
      </w:r>
    </w:p>
    <w:p>
      <w:pPr>
        <w:jc w:val="center"/>
      </w:pPr>
      <w:r>
        <w:rPr>
          <w:rFonts w:ascii="Gentium Plus" w:hAnsi="Gentium Plus"/>
          <w:b/>
          <w:sz w:val="24"/>
        </w:rPr>
        <w:t>(Ῥῆμα.)</w:t>
      </w:r>
    </w:p>
    <w:p>
      <w:r>
        <w:rPr>
          <w:rFonts w:ascii="Courier New" w:hAnsi="Courier New"/>
          <w:color w:val="555555"/>
          <w:sz w:val="20"/>
        </w:rPr>
        <w:t>[4]</w:t>
      </w:r>
    </w:p>
    <w:p>
      <w:r>
        <w:rPr>
          <w:rFonts w:ascii="Gentium Plus" w:hAnsi="Gentium Plus"/>
          <w:sz w:val="24"/>
        </w:rPr>
        <w:t>Χυλοῖ. χυλὸν παρέχει.</w:t>
      </w:r>
    </w:p>
    <w:p>
      <w:r>
        <w:rPr>
          <w:rFonts w:ascii="Courier New" w:hAnsi="Courier New"/>
          <w:color w:val="555555"/>
          <w:sz w:val="20"/>
        </w:rPr>
        <w:t>[5]</w:t>
      </w:r>
    </w:p>
    <w:p>
      <w:r>
        <w:rPr>
          <w:rFonts w:ascii="Gentium Plus" w:hAnsi="Gentium Plus"/>
          <w:sz w:val="24"/>
        </w:rPr>
        <w:t>Χυτλῶσαι. †νίψαι.† οὐχ ἁπλῶς ἀλεῖψαι, ἀλλ’ ἐπὶ τῷ λούτρῳ ἀλείψασθαι, χυτλώσασθαι ἔλε‐ γον. Χύδην. κεχυμένως.</w:t>
      </w:r>
    </w:p>
    <w:p>
      <w:pPr>
        <w:jc w:val="center"/>
      </w:pPr>
      <w:r>
        <w:rPr>
          <w:rFonts w:ascii="Gentium Plus" w:hAnsi="Gentium Plus"/>
          <w:b/>
          <w:sz w:val="24"/>
        </w:rPr>
        <w:t>Τὸ Χ μετὰ τοῦ Ω.</w:t>
      </w:r>
    </w:p>
    <w:p>
      <w:pPr>
        <w:jc w:val="center"/>
      </w:pPr>
      <w:r>
        <w:rPr>
          <w:rFonts w:ascii="Gentium Plus" w:hAnsi="Gentium Plus"/>
          <w:b/>
          <w:sz w:val="24"/>
        </w:rPr>
        <w:t>(Ἀρσενικόν.)</w:t>
      </w:r>
    </w:p>
    <w:p>
      <w:r>
        <w:rPr>
          <w:rFonts w:ascii="Courier New" w:hAnsi="Courier New"/>
          <w:color w:val="555555"/>
          <w:sz w:val="20"/>
        </w:rPr>
        <w:t>[11]</w:t>
      </w:r>
    </w:p>
    <w:p>
      <w:r>
        <w:rPr>
          <w:rFonts w:ascii="Gentium Plus" w:hAnsi="Gentium Plus"/>
          <w:sz w:val="24"/>
        </w:rPr>
        <w:t>Χωβοῦς. ποταμός. καὶ Χωβάλ. Χωλίαμβος. ὁ ἄστατος στίχος. Χωλός. τροπῇ τοῦ κ εἰς χ, καὶ τοῦ ο εἰς ω. κόλος γάρ ἐστιν ὁ μὴ τέλειος. καὶ κόλους κρι‐</w:t>
      </w:r>
    </w:p>
    <w:p>
      <w:r>
        <w:rPr>
          <w:rFonts w:ascii="Courier New" w:hAnsi="Courier New"/>
          <w:color w:val="555555"/>
          <w:sz w:val="20"/>
        </w:rPr>
        <w:t>[15]</w:t>
      </w:r>
    </w:p>
    <w:p>
      <w:r>
        <w:rPr>
          <w:rFonts w:ascii="Gentium Plus" w:hAnsi="Gentium Plus"/>
          <w:sz w:val="24"/>
        </w:rPr>
        <w:t>οὺς, τοὺς ἀποβεβληκότας τὰ κέρατα. χωλὸς οὖν ὁ μὴ τέλειος. Χῶρος. τόπος. παρὰ τὸ χῶ, τὸ χωρῶ.</w:t>
      </w:r>
    </w:p>
    <w:p>
      <w:r>
        <w:rPr>
          <w:rFonts w:ascii="Courier New" w:hAnsi="Courier New"/>
          <w:color w:val="555555"/>
          <w:sz w:val="20"/>
        </w:rPr>
        <w:t>[chi 1866]</w:t>
      </w:r>
    </w:p>
    <w:p>
      <w:r>
        <w:rPr>
          <w:rFonts w:ascii="Gentium Plus" w:hAnsi="Gentium Plus"/>
          <w:sz w:val="24"/>
        </w:rPr>
        <w:t>γος τῶν κατὰ μέρος ὁπλιτῶν, ἀνθ’ ὧν προ‐ κατεῖχον τόπων, ἑτέρους μεταλαμβανόντων.</w:t>
      </w:r>
    </w:p>
    <w:p>
      <w:pPr>
        <w:jc w:val="center"/>
      </w:pPr>
      <w:r>
        <w:rPr>
          <w:rFonts w:ascii="Gentium Plus" w:hAnsi="Gentium Plus"/>
          <w:b/>
          <w:sz w:val="24"/>
        </w:rPr>
        <w:t>(Θηλυκόν.)</w:t>
      </w:r>
    </w:p>
    <w:p>
      <w:r>
        <w:rPr>
          <w:rFonts w:ascii="Courier New" w:hAnsi="Courier New"/>
          <w:color w:val="555555"/>
          <w:sz w:val="20"/>
        </w:rPr>
        <w:t>[4]</w:t>
      </w:r>
    </w:p>
    <w:p>
      <w:r>
        <w:rPr>
          <w:rFonts w:ascii="Gentium Plus" w:hAnsi="Gentium Plus"/>
          <w:sz w:val="24"/>
        </w:rPr>
        <w:t>Χωνεία. ἡ χώνευσις.</w:t>
      </w:r>
    </w:p>
    <w:p>
      <w:r>
        <w:rPr>
          <w:rFonts w:ascii="Courier New" w:hAnsi="Courier New"/>
          <w:color w:val="555555"/>
          <w:sz w:val="20"/>
        </w:rPr>
        <w:t>[5]</w:t>
      </w:r>
    </w:p>
    <w:p>
      <w:r>
        <w:rPr>
          <w:rFonts w:ascii="Gentium Plus" w:hAnsi="Gentium Plus"/>
          <w:sz w:val="24"/>
        </w:rPr>
        <w:t>Χῶνα. πόλις. Χωστρίς. χώρα, τόπος.</w:t>
      </w:r>
    </w:p>
    <w:p>
      <w:pPr>
        <w:jc w:val="center"/>
      </w:pPr>
      <w:r>
        <w:rPr>
          <w:rFonts w:ascii="Gentium Plus" w:hAnsi="Gentium Plus"/>
          <w:b/>
          <w:sz w:val="24"/>
        </w:rPr>
        <w:t>(Οὐδέτερον.)</w:t>
      </w:r>
    </w:p>
    <w:p>
      <w:r>
        <w:rPr>
          <w:rFonts w:ascii="Courier New" w:hAnsi="Courier New"/>
          <w:color w:val="555555"/>
          <w:sz w:val="20"/>
        </w:rPr>
        <w:t>[8]</w:t>
      </w:r>
    </w:p>
    <w:p>
      <w:r>
        <w:rPr>
          <w:rFonts w:ascii="Gentium Plus" w:hAnsi="Gentium Plus"/>
          <w:sz w:val="24"/>
        </w:rPr>
        <w:t>Χωνεῖον. τὸ χωνευτήριον. χωνίον δὲ, τὸ ἐργα‐ λεῖον, ι.</w:t>
      </w:r>
    </w:p>
    <w:p>
      <w:r>
        <w:rPr>
          <w:rFonts w:ascii="Courier New" w:hAnsi="Courier New"/>
          <w:color w:val="555555"/>
          <w:sz w:val="20"/>
        </w:rPr>
        <w:t>[10]</w:t>
      </w:r>
    </w:p>
    <w:p>
      <w:r>
        <w:rPr>
          <w:rFonts w:ascii="Gentium Plus" w:hAnsi="Gentium Plus"/>
          <w:sz w:val="24"/>
        </w:rPr>
        <w:t>Χωρήβ. ὄρος.</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Χωννύω. τὸ καλύπτω. Χωόμενος. ὀργιζόμενος. ἢ λυπούμενος. χωόμενος δ’ ὁ γέρων πάλιν ᾤχετο—.</w:t>
      </w:r>
    </w:p>
    <w:p>
      <w:r>
        <w:rPr>
          <w:rFonts w:ascii="Courier New" w:hAnsi="Courier New"/>
          <w:color w:val="555555"/>
          <w:sz w:val="20"/>
        </w:rPr>
        <w:t>[15]</w:t>
      </w:r>
    </w:p>
    <w:p>
      <w:r>
        <w:rPr>
          <w:rFonts w:ascii="Gentium Plus" w:hAnsi="Gentium Plus"/>
          <w:sz w:val="24"/>
        </w:rPr>
        <w:t>Χωρίζω. τὸ διαστέλλω καὶ διϊστῶ. Χωρήσας. ὁρμήσας. Χώσατο. ὠργίσθη. ἐλυπήθη. καὶ χώσασθαι. παρὰ τὸ κεχύσθαι τὴν ψυχήν. Χωρήσατε. ἀντὶ τοῦ εἰσδέξασθε ἡμᾶς εἰς τὰς</w:t>
      </w:r>
    </w:p>
    <w:p>
      <w:r>
        <w:rPr>
          <w:rFonts w:ascii="Courier New" w:hAnsi="Courier New"/>
          <w:color w:val="555555"/>
          <w:sz w:val="20"/>
        </w:rPr>
        <w:t>[20]</w:t>
      </w:r>
    </w:p>
    <w:p>
      <w:r>
        <w:rPr>
          <w:rFonts w:ascii="Gentium Plus" w:hAnsi="Gentium Plus"/>
          <w:sz w:val="24"/>
        </w:rPr>
        <w:t>ψυχὰς ὑμῶν. ὁ Ἀπόστολος· χωρήσατε ἡμᾶς,</w:t>
      </w:r>
    </w:p>
    <w:p>
      <w:pPr>
        <w:jc w:val="center"/>
      </w:pPr>
      <w:r>
        <w:rPr>
          <w:rFonts w:ascii="Gentium Plus" w:hAnsi="Gentium Plus"/>
          <w:b/>
          <w:sz w:val="24"/>
        </w:rPr>
        <w:t>Ψ.</w:t>
      </w:r>
    </w:p>
    <w:p>
      <w:pPr>
        <w:jc w:val="center"/>
      </w:pPr>
      <w:r>
        <w:rPr>
          <w:rFonts w:ascii="Gentium Plus" w:hAnsi="Gentium Plus"/>
          <w:b/>
          <w:sz w:val="24"/>
        </w:rPr>
        <w:t>Τὸ Ψ μετὰ τοῦ Α.</w:t>
      </w:r>
    </w:p>
    <w:p>
      <w:pPr>
        <w:jc w:val="center"/>
      </w:pPr>
      <w:r>
        <w:rPr>
          <w:rFonts w:ascii="Gentium Plus" w:hAnsi="Gentium Plus"/>
          <w:b/>
          <w:sz w:val="24"/>
        </w:rPr>
        <w:t>(Ἀρσενικόν.)</w:t>
      </w:r>
    </w:p>
    <w:p>
      <w:r>
        <w:rPr>
          <w:rFonts w:ascii="Courier New" w:hAnsi="Courier New"/>
          <w:color w:val="555555"/>
          <w:sz w:val="20"/>
        </w:rPr>
        <w:t>[4]</w:t>
      </w:r>
    </w:p>
    <w:p>
      <w:r>
        <w:rPr>
          <w:rFonts w:ascii="Gentium Plus" w:hAnsi="Gentium Plus"/>
          <w:sz w:val="24"/>
        </w:rPr>
        <w:t>Ψακροπόδης. ἐπίθετον. καὶ κλίνεται ψακρο‐</w:t>
      </w:r>
    </w:p>
    <w:p>
      <w:r>
        <w:rPr>
          <w:rFonts w:ascii="Courier New" w:hAnsi="Courier New"/>
          <w:color w:val="555555"/>
          <w:sz w:val="20"/>
        </w:rPr>
        <w:t>[5]</w:t>
      </w:r>
    </w:p>
    <w:p>
      <w:r>
        <w:rPr>
          <w:rFonts w:ascii="Gentium Plus" w:hAnsi="Gentium Plus"/>
          <w:sz w:val="24"/>
        </w:rPr>
        <w:t>πόδου. Ψαλμός. λόγος μουσικός. ὅταν εὐρύθμως κατὰ τοὺς ἁρμονικοὺς λόγους πρὸς τὸ ὄργανον κρούη‐ ται. ἢ ᾠδὴ θεῷ προσφιλής. Ψαλμοί. καὶ αἱ διὰ σώματος πράξεις αἱ εἰς δό‐</w:t>
      </w:r>
    </w:p>
    <w:p>
      <w:r>
        <w:rPr>
          <w:rFonts w:ascii="Courier New" w:hAnsi="Courier New"/>
          <w:color w:val="555555"/>
          <w:sz w:val="20"/>
        </w:rPr>
        <w:t>[10]</w:t>
      </w:r>
    </w:p>
    <w:p>
      <w:r>
        <w:rPr>
          <w:rFonts w:ascii="Gentium Plus" w:hAnsi="Gentium Plus"/>
          <w:sz w:val="24"/>
        </w:rPr>
        <w:t>ξαν θεοῦ ἀποδιδόμεναι. ὅταν ὑπὸ τοῦ λόγου ἡρ‐ μοσμένοι μηδὲν ἐκμελὲς ἀποτελῶμεν ἐν τοῖς κι‐ νήμασιν. Ψαλμῳδός. ἀπὸ τοῦ ἀείδω ἀοιδὸς, καὶ ἐξ αὐ‐ τοῦ ψαλμαοιδὸς καὶ κατὰ κρᾶσιν ψαλμῳδός· τὰ</w:t>
      </w:r>
    </w:p>
    <w:p>
      <w:r>
        <w:rPr>
          <w:rFonts w:ascii="Courier New" w:hAnsi="Courier New"/>
          <w:color w:val="555555"/>
          <w:sz w:val="20"/>
        </w:rPr>
        <w:t>[15]</w:t>
      </w:r>
    </w:p>
    <w:p>
      <w:r>
        <w:rPr>
          <w:rFonts w:ascii="Gentium Plus" w:hAnsi="Gentium Plus"/>
          <w:sz w:val="24"/>
        </w:rPr>
        <w:t>γὰρ παρὰ τὸ ἀοιδὸς συγκείμενα διὰ τῆς οι δι‐</w:t>
      </w:r>
    </w:p>
    <w:p>
      <w:r>
        <w:rPr>
          <w:rFonts w:ascii="Courier New" w:hAnsi="Courier New"/>
          <w:color w:val="555555"/>
          <w:sz w:val="20"/>
        </w:rPr>
        <w:t>[psi 1868]</w:t>
      </w:r>
    </w:p>
    <w:p>
      <w:r>
        <w:rPr>
          <w:rFonts w:ascii="Gentium Plus" w:hAnsi="Gentium Plus"/>
          <w:sz w:val="24"/>
        </w:rPr>
        <w:t>Ψαμμήνιτος· Ψαμμήτιχος. κύρια. Ψάρος. ὄρνεον. καὶ ψὰρ, ψαρός. καὶ ψαρὸς ὁ ποικίλος. Ψαφαρός. αὐχμηρὸς, κακόχρους, λεπτός. καὶ</w:t>
      </w:r>
    </w:p>
    <w:p>
      <w:r>
        <w:rPr>
          <w:rFonts w:ascii="Courier New" w:hAnsi="Courier New"/>
          <w:color w:val="555555"/>
          <w:sz w:val="20"/>
        </w:rPr>
        <w:t>[5]</w:t>
      </w:r>
    </w:p>
    <w:p>
      <w:r>
        <w:rPr>
          <w:rFonts w:ascii="Gentium Plus" w:hAnsi="Gentium Plus"/>
          <w:sz w:val="24"/>
        </w:rPr>
        <w:t>ψαφαρώτατος.</w:t>
      </w:r>
    </w:p>
    <w:p>
      <w:pPr>
        <w:jc w:val="center"/>
      </w:pPr>
      <w:r>
        <w:rPr>
          <w:rFonts w:ascii="Gentium Plus" w:hAnsi="Gentium Plus"/>
          <w:b/>
          <w:sz w:val="24"/>
        </w:rPr>
        <w:t>(Θηλυκόν.)</w:t>
      </w:r>
    </w:p>
    <w:p>
      <w:r>
        <w:rPr>
          <w:rFonts w:ascii="Courier New" w:hAnsi="Courier New"/>
          <w:color w:val="555555"/>
          <w:sz w:val="20"/>
        </w:rPr>
        <w:t>[7]</w:t>
      </w:r>
    </w:p>
    <w:p>
      <w:r>
        <w:rPr>
          <w:rFonts w:ascii="Gentium Plus" w:hAnsi="Gentium Plus"/>
          <w:sz w:val="24"/>
        </w:rPr>
        <w:t>Ψακάς. ἡ ῥανίς. Ψάμμαθος. ἡ παραθαλάττιος ἄμμος. παρὰ τὸ ψαύεσθαι ὑπὸ τῆς θαλάσσης. ψάμμος, καὶ ἄμ‐</w:t>
      </w:r>
    </w:p>
    <w:p>
      <w:r>
        <w:rPr>
          <w:rFonts w:ascii="Courier New" w:hAnsi="Courier New"/>
          <w:color w:val="555555"/>
          <w:sz w:val="20"/>
        </w:rPr>
        <w:t>[10]</w:t>
      </w:r>
    </w:p>
    <w:p>
      <w:r>
        <w:rPr>
          <w:rFonts w:ascii="Gentium Plus" w:hAnsi="Gentium Plus"/>
          <w:sz w:val="24"/>
        </w:rPr>
        <w:t>μος ἀποβολῇ τοῦ ψ. ὁ δὲ Ἡρωδιανὸς παρὰ τὸ ἄμμος πλεονασμῷ τοῦ ψ. Ψαίκαλον. ἀρνίον. καὶ ψαίκαρον. Ψαιστόν. εἶδος μελιττούσης. ἢ πόπανον. ἢ πλάτυσμα στέατος στρογγύλον, εἰς θυσίαν δι‐</w:t>
      </w:r>
    </w:p>
    <w:p>
      <w:r>
        <w:rPr>
          <w:rFonts w:ascii="Courier New" w:hAnsi="Courier New"/>
          <w:color w:val="555555"/>
          <w:sz w:val="20"/>
        </w:rPr>
        <w:t>[15]</w:t>
      </w:r>
    </w:p>
    <w:p>
      <w:r>
        <w:rPr>
          <w:rFonts w:ascii="Gentium Plus" w:hAnsi="Gentium Plus"/>
          <w:sz w:val="24"/>
        </w:rPr>
        <w:t>δόμενον.</w:t>
      </w:r>
    </w:p>
    <w:p>
      <w:r>
        <w:rPr>
          <w:rFonts w:ascii="Courier New" w:hAnsi="Courier New"/>
          <w:color w:val="555555"/>
          <w:sz w:val="20"/>
        </w:rPr>
        <w:t>[psi 1869]</w:t>
      </w:r>
    </w:p>
    <w:p>
      <w:r>
        <w:rPr>
          <w:rFonts w:ascii="Gentium Plus" w:hAnsi="Gentium Plus"/>
          <w:sz w:val="24"/>
        </w:rPr>
        <w:t>Ψαλτήριον. ὀρθὸν ξύλον καὶ ἀπαρέγκλιτον. χορδαὶ δὲ ἐν τούτῳ δέκα ἐτείνοντο. ἑκάστη δὲ τῶν χορδῶν εἰς τὸ ἀκροτελεύτιον τοῦ ψαλτηρίου διῃρημένως ἐναπεσφίγγετο. αἱ δὲ ἀρχαὶ τῶν χορ‐</w:t>
      </w:r>
    </w:p>
    <w:p>
      <w:r>
        <w:rPr>
          <w:rFonts w:ascii="Courier New" w:hAnsi="Courier New"/>
          <w:color w:val="555555"/>
          <w:sz w:val="20"/>
        </w:rPr>
        <w:t>[5]</w:t>
      </w:r>
    </w:p>
    <w:p>
      <w:r>
        <w:rPr>
          <w:rFonts w:ascii="Gentium Plus" w:hAnsi="Gentium Plus"/>
          <w:sz w:val="24"/>
        </w:rPr>
        <w:t>δῶν καθίεντο ἄνωθεν. δέκα γὰρ κόλαβοι εἴτουν πασσαλίσκοι πρὸς τὸν πῆχυν τοῦ ψαλτηρίου στρεφόμενοι ἔτεινόν τε τὴν χορδὴν καὶ ἐχάλων, πρός τε τὸν ῥυθμὸν τῆς ἁρμονίας καὶ πρὸς τὸ τοῦ ψαλτηρίου βούλημα. ἢ ψαλτήριον τροπικῶς</w:t>
      </w:r>
    </w:p>
    <w:p>
      <w:r>
        <w:rPr>
          <w:rFonts w:ascii="Courier New" w:hAnsi="Courier New"/>
          <w:color w:val="555555"/>
          <w:sz w:val="20"/>
        </w:rPr>
        <w:t>[10]</w:t>
      </w:r>
    </w:p>
    <w:p>
      <w:r>
        <w:rPr>
          <w:rFonts w:ascii="Gentium Plus" w:hAnsi="Gentium Plus"/>
          <w:sz w:val="24"/>
        </w:rPr>
        <w:t>καὶ ὄργανον ἡρμοσμένον μουσικῶς, εἰς ὕμνους τοῦ θεοῦ ἡμῶν, ἣ τοῦ σώματος ἐστὶ κατασκευή. ἢ ψαλτήριον νοητόν ἐστι νοῦς καθαρὸς ὑπὸ πνευ‐ ματικῆς κινούμενος γνώσεως.</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Ψαίρειν. †τὸ τινάσσειν.† τὸ ταχύνειν. ἀπὸ τοῦ αἰψηρὸς, ὁ ταχύς. σημαίνει δὲ καὶ τὸ †ψαύειν καὶ τὸ† κινεῖν. Ψακάζει. ῥαίνει.</w:t>
      </w:r>
    </w:p>
    <w:p>
      <w:r>
        <w:rPr>
          <w:rFonts w:ascii="Courier New" w:hAnsi="Courier New"/>
          <w:color w:val="555555"/>
          <w:sz w:val="20"/>
        </w:rPr>
        <w:t>[psi 1870]</w:t>
      </w:r>
    </w:p>
    <w:p>
      <w:r>
        <w:rPr>
          <w:rFonts w:ascii="Gentium Plus" w:hAnsi="Gentium Plus"/>
          <w:sz w:val="24"/>
        </w:rPr>
        <w:t>Ψάλλειν. ἐπὶ τῶν χορδῶν τῆς λύρας. παρὰ τὸ ψῶ, οὗ παράγωγον ψαύω καὶ ψάλλω. [Ψᾷν. ὁμαλίζειν.] [Ψαῦσαι. προσεγγίσαι.]</w:t>
      </w:r>
    </w:p>
    <w:p>
      <w:pPr>
        <w:jc w:val="center"/>
      </w:pPr>
      <w:r>
        <w:rPr>
          <w:rFonts w:ascii="Gentium Plus" w:hAnsi="Gentium Plus"/>
          <w:b/>
          <w:sz w:val="24"/>
        </w:rPr>
        <w:t>Τὸ Ψ μετὰ τοῦ Ε.</w:t>
      </w:r>
    </w:p>
    <w:p>
      <w:pPr>
        <w:jc w:val="center"/>
      </w:pPr>
      <w:r>
        <w:rPr>
          <w:rFonts w:ascii="Gentium Plus" w:hAnsi="Gentium Plus"/>
          <w:b/>
          <w:sz w:val="24"/>
        </w:rPr>
        <w:t>(Ἀρσενικόν.)</w:t>
      </w:r>
    </w:p>
    <w:p>
      <w:r>
        <w:rPr>
          <w:rFonts w:ascii="Courier New" w:hAnsi="Courier New"/>
          <w:color w:val="555555"/>
          <w:sz w:val="20"/>
        </w:rPr>
        <w:t>[7]</w:t>
      </w:r>
    </w:p>
    <w:p>
      <w:r>
        <w:rPr>
          <w:rFonts w:ascii="Gentium Plus" w:hAnsi="Gentium Plus"/>
          <w:sz w:val="24"/>
        </w:rPr>
        <w:t>Ψεδνός. μαδαρός. παρὰ τὸ ἑψῆσθαι. Ψένις· Ψενόσιρις· Ψένωφις. κύρια. [Ψευδάνωρ. κύριον.] καὶ κλίνεται Ψευδάνορος.</w:t>
      </w:r>
    </w:p>
    <w:p>
      <w:r>
        <w:rPr>
          <w:rFonts w:ascii="Courier New" w:hAnsi="Courier New"/>
          <w:color w:val="555555"/>
          <w:sz w:val="20"/>
        </w:rPr>
        <w:t>[10]</w:t>
      </w:r>
    </w:p>
    <w:p>
      <w:r>
        <w:rPr>
          <w:rFonts w:ascii="Gentium Plus" w:hAnsi="Gentium Plus"/>
          <w:sz w:val="24"/>
        </w:rPr>
        <w:t>Ψευδηγόρος. ὁ ψευδολόγος. Ψευδοπροφήτας. οὐ τοὺς αἱρετικὸς αἰνίττεσθαί μοι δοκεῖ, ἀλλὰ τοὺς βίου μὲν ὄντας διεφθαρ‐ μένου, προσωπεῖον δὲ ἀρετῆς περικειμένους, οὓς ἐπιθέτας καλοῦσιν οἱ πολλοί.</w:t>
      </w:r>
    </w:p>
    <w:p>
      <w:r>
        <w:rPr>
          <w:rFonts w:ascii="Courier New" w:hAnsi="Courier New"/>
          <w:color w:val="555555"/>
          <w:sz w:val="20"/>
        </w:rPr>
        <w:t>[15]</w:t>
      </w:r>
    </w:p>
    <w:p>
      <w:r>
        <w:rPr>
          <w:rFonts w:ascii="Gentium Plus" w:hAnsi="Gentium Plus"/>
          <w:sz w:val="24"/>
        </w:rPr>
        <w:t>Ψεφηνός. σκοτεινός. οὐκ ἐπιφανής. ψέφος γὰρ τὸ σκότος. ἦν δὲ καὶ ὁ ἀνὴρ ψεφηνός.</w:t>
      </w:r>
    </w:p>
    <w:p>
      <w:pPr>
        <w:jc w:val="center"/>
      </w:pPr>
      <w:r>
        <w:rPr>
          <w:rFonts w:ascii="Gentium Plus" w:hAnsi="Gentium Plus"/>
          <w:b/>
          <w:sz w:val="24"/>
        </w:rPr>
        <w:t>(Θηλυκόν.)</w:t>
      </w:r>
    </w:p>
    <w:p>
      <w:r>
        <w:rPr>
          <w:rFonts w:ascii="Courier New" w:hAnsi="Courier New"/>
          <w:color w:val="555555"/>
          <w:sz w:val="20"/>
        </w:rPr>
        <w:t>[18]</w:t>
      </w:r>
    </w:p>
    <w:p>
      <w:r>
        <w:rPr>
          <w:rFonts w:ascii="Gentium Plus" w:hAnsi="Gentium Plus"/>
          <w:sz w:val="24"/>
        </w:rPr>
        <w:t>Ψευδηγορία. ἡ ψευδολογία.</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Ψέλλια. κόσμος τὶς καὶ καλλωπισμὸς περὶ τὰ ἄκρα τῶν χειρῶν. Ψεκάς. ὁ σταλαγμός.</w:t>
      </w:r>
    </w:p>
    <w:p>
      <w:r>
        <w:rPr>
          <w:rFonts w:ascii="Courier New" w:hAnsi="Courier New"/>
          <w:color w:val="555555"/>
          <w:sz w:val="20"/>
        </w:rPr>
        <w:t>[5]</w:t>
      </w:r>
    </w:p>
    <w:p>
      <w:r>
        <w:rPr>
          <w:rFonts w:ascii="Gentium Plus" w:hAnsi="Gentium Plus"/>
          <w:sz w:val="24"/>
        </w:rPr>
        <w:t>Ψεῦδος. ἀπόφασις λέγουσα τὸ ὑπάρχον ὡς μὴ ὑπάρχον, καὶ τὸ μὴ ὑπάρχον ὡς ὑπάρχον. ἢ φαντασία τις παρὰ τὸ μὴ ὂν ἐγγινομένη τῇ διανοίᾳ, ὑφεστῶτος τοῦ μὴ ὑπάρχοντος. Ψέφος. τὸ σκότος. καὶ ψεφαῖον τὸ σκοτῶδες.</w:t>
      </w:r>
    </w:p>
    <w:p>
      <w:r>
        <w:rPr>
          <w:rFonts w:ascii="Courier New" w:hAnsi="Courier New"/>
          <w:color w:val="555555"/>
          <w:sz w:val="20"/>
        </w:rPr>
        <w:t>[10]</w:t>
      </w:r>
    </w:p>
    <w:p>
      <w:r>
        <w:rPr>
          <w:rFonts w:ascii="Gentium Plus" w:hAnsi="Gentium Plus"/>
          <w:sz w:val="24"/>
        </w:rPr>
        <w:t>Ψεῦδος. παρὰ τὸ φεύγω, φεῦδος καὶ ψεῦδος.</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Ψεκάζει. δροσίζει. Ψέγει. μέμφεται. Ψελλίζει. τραυλίζει.</w:t>
      </w:r>
    </w:p>
    <w:p>
      <w:pPr>
        <w:jc w:val="center"/>
      </w:pPr>
      <w:r>
        <w:rPr>
          <w:rFonts w:ascii="Gentium Plus" w:hAnsi="Gentium Plus"/>
          <w:b/>
          <w:sz w:val="24"/>
        </w:rPr>
        <w:t>Τὸ Ψ μετὰ τοῦ Η.</w:t>
      </w:r>
    </w:p>
    <w:p>
      <w:pPr>
        <w:jc w:val="center"/>
      </w:pPr>
      <w:r>
        <w:rPr>
          <w:rFonts w:ascii="Gentium Plus" w:hAnsi="Gentium Plus"/>
          <w:b/>
          <w:sz w:val="24"/>
        </w:rPr>
        <w:t>(Ἀρσενικόν.)</w:t>
      </w:r>
    </w:p>
    <w:p>
      <w:r>
        <w:rPr>
          <w:rFonts w:ascii="Courier New" w:hAnsi="Courier New"/>
          <w:color w:val="555555"/>
          <w:sz w:val="20"/>
        </w:rPr>
        <w:t>[17]</w:t>
      </w:r>
    </w:p>
    <w:p>
      <w:r>
        <w:rPr>
          <w:rFonts w:ascii="Gentium Plus" w:hAnsi="Gentium Plus"/>
          <w:sz w:val="24"/>
        </w:rPr>
        <w:t>Ψηνᾶς. ἐπίθετον. Ψηνός. ὁ φαλακρός. παρὰ τὸ ψῶ. ἢ παρὰ τὸ ψήσω ψηνός.</w:t>
      </w:r>
    </w:p>
    <w:p>
      <w:r>
        <w:rPr>
          <w:rFonts w:ascii="Courier New" w:hAnsi="Courier New"/>
          <w:color w:val="555555"/>
          <w:sz w:val="20"/>
        </w:rPr>
        <w:t>[20]</w:t>
      </w:r>
    </w:p>
    <w:p>
      <w:r>
        <w:rPr>
          <w:rFonts w:ascii="Gentium Plus" w:hAnsi="Gentium Plus"/>
          <w:sz w:val="24"/>
        </w:rPr>
        <w:t>Ψῆνες. οἱ τῶν φοινίκων καρποὶ καὶ οἱ κλάδοι. καὶ ὄνομα ἰχθύων. καὶ τὰ ἐν τοῖς ὀλύνθοις γινόμενα *κωνώπια.*</w:t>
      </w:r>
    </w:p>
    <w:p>
      <w:pPr>
        <w:jc w:val="center"/>
      </w:pPr>
      <w:r>
        <w:rPr>
          <w:rFonts w:ascii="Gentium Plus" w:hAnsi="Gentium Plus"/>
          <w:b/>
          <w:sz w:val="24"/>
        </w:rPr>
        <w:t>(Θηλυκόν.)</w:t>
      </w:r>
    </w:p>
    <w:p>
      <w:r>
        <w:rPr>
          <w:rFonts w:ascii="Courier New" w:hAnsi="Courier New"/>
          <w:color w:val="555555"/>
          <w:sz w:val="20"/>
        </w:rPr>
        <w:t>[24]</w:t>
      </w:r>
    </w:p>
    <w:p>
      <w:r>
        <w:rPr>
          <w:rFonts w:ascii="Gentium Plus" w:hAnsi="Gentium Plus"/>
          <w:sz w:val="24"/>
        </w:rPr>
        <w:t>Ψηλαφία. ἡ ψηλάφησις.</w:t>
      </w:r>
    </w:p>
    <w:p>
      <w:r>
        <w:rPr>
          <w:rFonts w:ascii="Courier New" w:hAnsi="Courier New"/>
          <w:color w:val="555555"/>
          <w:sz w:val="20"/>
        </w:rPr>
        <w:t>[25]</w:t>
      </w:r>
    </w:p>
    <w:p>
      <w:r>
        <w:rPr>
          <w:rFonts w:ascii="Gentium Plus" w:hAnsi="Gentium Plus"/>
          <w:sz w:val="24"/>
        </w:rPr>
        <w:t>Ψῆττα. ὄνομα ἰχθύος. καὶ ψῆσσα.</w:t>
      </w:r>
    </w:p>
    <w:p>
      <w:r>
        <w:rPr>
          <w:rFonts w:ascii="Courier New" w:hAnsi="Courier New"/>
          <w:color w:val="555555"/>
          <w:sz w:val="20"/>
        </w:rPr>
        <w:t>[psi 1872]</w:t>
      </w:r>
    </w:p>
    <w:p>
      <w:r>
        <w:rPr>
          <w:rFonts w:ascii="Gentium Plus" w:hAnsi="Gentium Plus"/>
          <w:sz w:val="24"/>
        </w:rPr>
        <w:t>Ψηφίδες. οἱ μικροὶ λίθοι. Ψῆφος. ἡ κρίσις. ἡ ἀπόφασις. καὶ ψηφηφορία.</w:t>
      </w:r>
    </w:p>
    <w:p>
      <w:pPr>
        <w:jc w:val="center"/>
      </w:pPr>
      <w:r>
        <w:rPr>
          <w:rFonts w:ascii="Gentium Plus" w:hAnsi="Gentium Plus"/>
          <w:b/>
          <w:sz w:val="24"/>
        </w:rPr>
        <w:t>(Οὐδέτερον.)</w:t>
      </w:r>
    </w:p>
    <w:p>
      <w:r>
        <w:rPr>
          <w:rFonts w:ascii="Courier New" w:hAnsi="Courier New"/>
          <w:color w:val="555555"/>
          <w:sz w:val="20"/>
        </w:rPr>
        <w:t>[4]</w:t>
      </w:r>
    </w:p>
    <w:p>
      <w:r>
        <w:rPr>
          <w:rFonts w:ascii="Gentium Plus" w:hAnsi="Gentium Plus"/>
          <w:sz w:val="24"/>
        </w:rPr>
        <w:t>Ψήγματα. αἱ τοῦ χρυσίου ἶνες.</w:t>
      </w:r>
    </w:p>
    <w:p>
      <w:r>
        <w:rPr>
          <w:rFonts w:ascii="Courier New" w:hAnsi="Courier New"/>
          <w:color w:val="555555"/>
          <w:sz w:val="20"/>
        </w:rPr>
        <w:t>[5]</w:t>
      </w:r>
    </w:p>
    <w:p>
      <w:r>
        <w:rPr>
          <w:rFonts w:ascii="Gentium Plus" w:hAnsi="Gentium Plus"/>
          <w:sz w:val="24"/>
        </w:rPr>
        <w:t>Ψησσίον. ὄνομα ἰχθύος.</w:t>
      </w:r>
    </w:p>
    <w:p>
      <w:pPr>
        <w:jc w:val="center"/>
      </w:pPr>
      <w:r>
        <w:rPr>
          <w:rFonts w:ascii="Gentium Plus" w:hAnsi="Gentium Plus"/>
          <w:b/>
          <w:sz w:val="24"/>
        </w:rPr>
        <w:t>(Ῥῆμα.)</w:t>
      </w:r>
    </w:p>
    <w:p>
      <w:r>
        <w:rPr>
          <w:rFonts w:ascii="Courier New" w:hAnsi="Courier New"/>
          <w:color w:val="555555"/>
          <w:sz w:val="20"/>
        </w:rPr>
        <w:t>[7]</w:t>
      </w:r>
    </w:p>
    <w:p>
      <w:r>
        <w:rPr>
          <w:rFonts w:ascii="Gentium Plus" w:hAnsi="Gentium Plus"/>
          <w:sz w:val="24"/>
        </w:rPr>
        <w:t>Ψηάλαι. ψῆλαι. ψᾶλαι. Ψηκτρίζω. Ψηλαφῶ. ἡ μεταφορὰ ἀπὸ τῶν μήλων. μῆλα</w:t>
      </w:r>
    </w:p>
    <w:p>
      <w:r>
        <w:rPr>
          <w:rFonts w:ascii="Courier New" w:hAnsi="Courier New"/>
          <w:color w:val="555555"/>
          <w:sz w:val="20"/>
        </w:rPr>
        <w:t>[10]</w:t>
      </w:r>
    </w:p>
    <w:p>
      <w:r>
        <w:rPr>
          <w:rFonts w:ascii="Gentium Plus" w:hAnsi="Gentium Plus"/>
          <w:sz w:val="24"/>
        </w:rPr>
        <w:t>δὲ τὰ πρόβατα. μηλαφῶ οὖν τὸ ἐφάπτομαι τῶν μήλων. τροπῇ τοῦ μ εἰς ψ ψηλαφῶ. ἢ παρὰ τὸ ψῶ, τὸ προσεγγίζω, καὶ τὸ ἁφῶ, τὸ ψη‐ λαφῶ, ἁφῶ καὶ ψηλαφῶ. Ψηνίζω. φαλακρίζω.</w:t>
      </w:r>
    </w:p>
    <w:p>
      <w:r>
        <w:rPr>
          <w:rFonts w:ascii="Courier New" w:hAnsi="Courier New"/>
          <w:color w:val="555555"/>
          <w:sz w:val="20"/>
        </w:rPr>
        <w:t>[15]</w:t>
      </w:r>
    </w:p>
    <w:p>
      <w:r>
        <w:rPr>
          <w:rFonts w:ascii="Gentium Plus" w:hAnsi="Gentium Plus"/>
          <w:sz w:val="24"/>
        </w:rPr>
        <w:t>Ψηνίξαι. *κινῆσαι,* ξύσαι ἢ σοβῆσαι. Ψῆσαι. ὁμαλίσαι. Ψήχω. τὸ ὁμαλίζω.</w:t>
      </w:r>
    </w:p>
    <w:p>
      <w:pPr>
        <w:jc w:val="center"/>
      </w:pPr>
      <w:r>
        <w:rPr>
          <w:rFonts w:ascii="Gentium Plus" w:hAnsi="Gentium Plus"/>
          <w:b/>
          <w:sz w:val="24"/>
        </w:rPr>
        <w:t>Τὸ Ψ μετὰ τοῦ Ι.</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Ψίδων. κύριον. καὶ κλίνεται Ψίδωνος. Ψιθυρισμός. ἀπαῤῥησίαστον φθέγμα καὶ λα‐ θραία κακολογία. παρὰ τὸ ψίω, τὸ λεπτύνω, καὶ τὸ θύρα. σημαίνει δὲ καὶ τὰ χείλη, περι‐ φραστικῶς.</w:t>
      </w:r>
    </w:p>
    <w:p>
      <w:r>
        <w:rPr>
          <w:rFonts w:ascii="Courier New" w:hAnsi="Courier New"/>
          <w:color w:val="555555"/>
          <w:sz w:val="20"/>
        </w:rPr>
        <w:t>[25]</w:t>
      </w:r>
    </w:p>
    <w:p>
      <w:r>
        <w:rPr>
          <w:rFonts w:ascii="Gentium Plus" w:hAnsi="Gentium Plus"/>
          <w:sz w:val="24"/>
        </w:rPr>
        <w:t>†Ψίθυρ. λέγεται καὶ ψίθυρος. οἷον ψίθυρ, ψί‐</w:t>
      </w:r>
    </w:p>
    <w:p>
      <w:r>
        <w:rPr>
          <w:rFonts w:ascii="Courier New" w:hAnsi="Courier New"/>
          <w:color w:val="555555"/>
          <w:sz w:val="20"/>
        </w:rPr>
        <w:t>[psi 1873]</w:t>
      </w:r>
    </w:p>
    <w:p>
      <w:r>
        <w:rPr>
          <w:rFonts w:ascii="Gentium Plus" w:hAnsi="Gentium Plus"/>
          <w:sz w:val="24"/>
        </w:rPr>
        <w:t>τύρου. τὸ δὲ ψίθυρ παρὰ τὸ ψοῖθος, ὃ ση‐ μαίνει τὴν λοιδορίαν. ἢ παρὰ τὸ ψίω, τὸ λε‐ πτύνω, καὶ τοῦ θύρα. σημαίνει δὲ τὰ χείλη, περιφραστικῶς.†</w:t>
      </w:r>
    </w:p>
    <w:p>
      <w:r>
        <w:rPr>
          <w:rFonts w:ascii="Courier New" w:hAnsi="Courier New"/>
          <w:color w:val="555555"/>
          <w:sz w:val="20"/>
        </w:rPr>
        <w:t>[5]</w:t>
      </w:r>
    </w:p>
    <w:p>
      <w:r>
        <w:rPr>
          <w:rFonts w:ascii="Gentium Plus" w:hAnsi="Gentium Plus"/>
          <w:sz w:val="24"/>
        </w:rPr>
        <w:t>Ψιλίας. κύριον. Ψιλός. ὁ γυμνός. παρὰ τὸ ψῶ, τὸ λεπτύνω. ἢ παρὰ τὸ ψίω, ὃ σημαίνει τὸ ἅπτομαι. εὐχε‐ ρῶς γάρ τις ἅπτεται τοῦ ψιλοῦ καὶ ψιλότη‐ τος.</w:t>
      </w:r>
    </w:p>
    <w:p>
      <w:r>
        <w:rPr>
          <w:rFonts w:ascii="Courier New" w:hAnsi="Courier New"/>
          <w:color w:val="555555"/>
          <w:sz w:val="20"/>
        </w:rPr>
        <w:t>[10]</w:t>
      </w:r>
    </w:p>
    <w:p>
      <w:r>
        <w:rPr>
          <w:rFonts w:ascii="Gentium Plus" w:hAnsi="Gentium Plus"/>
          <w:sz w:val="24"/>
        </w:rPr>
        <w:t>Ψίττακος. κύριον. καὶ ὄνομα πτηνοῦ.</w:t>
      </w:r>
    </w:p>
    <w:p>
      <w:pPr>
        <w:jc w:val="center"/>
      </w:pPr>
      <w:r>
        <w:rPr>
          <w:rFonts w:ascii="Gentium Plus" w:hAnsi="Gentium Plus"/>
          <w:b/>
          <w:sz w:val="24"/>
        </w:rPr>
        <w:t>(Θηλυκόν.)</w:t>
      </w:r>
    </w:p>
    <w:p>
      <w:r>
        <w:rPr>
          <w:rFonts w:ascii="Courier New" w:hAnsi="Courier New"/>
          <w:color w:val="555555"/>
          <w:sz w:val="20"/>
        </w:rPr>
        <w:t>[12]</w:t>
      </w:r>
    </w:p>
    <w:p>
      <w:r>
        <w:rPr>
          <w:rFonts w:ascii="Gentium Plus" w:hAnsi="Gentium Plus"/>
          <w:sz w:val="24"/>
        </w:rPr>
        <w:t>Ψιάς. ἡ δρόσος. Ψιλή. ποιότης συλλαβῆς, καθ’ ἣν ἄκροις χείλεσι τὸ φθέγμα προφέρεται. παρὰ τὸ ψῶ, τὸ λε‐</w:t>
      </w:r>
    </w:p>
    <w:p>
      <w:r>
        <w:rPr>
          <w:rFonts w:ascii="Courier New" w:hAnsi="Courier New"/>
          <w:color w:val="555555"/>
          <w:sz w:val="20"/>
        </w:rPr>
        <w:t>[15]</w:t>
      </w:r>
    </w:p>
    <w:p>
      <w:r>
        <w:rPr>
          <w:rFonts w:ascii="Gentium Plus" w:hAnsi="Gentium Plus"/>
          <w:sz w:val="24"/>
        </w:rPr>
        <w:t>πτύνω. ἐξ οὗ καὶ ψιλὸν στρατιώτην λέγει τὸν ἄοπλον καὶ γυμνόν. εἴτουν τὸν ἀσθενῆ καὶ ἀδύ‐ νατον. ἢ παρὰ τὸ ψίω, τὸ ἅπτομαι, ψιλὸς καὶ ψιλή· εὐχερῶς γάρ τις ἅπτεται τοῦ ψιλοῦ. Ψινάδες. αἱ ἄμπελοι.</w:t>
      </w:r>
    </w:p>
    <w:p>
      <w:r>
        <w:rPr>
          <w:rFonts w:ascii="Courier New" w:hAnsi="Courier New"/>
          <w:color w:val="555555"/>
          <w:sz w:val="20"/>
        </w:rPr>
        <w:t>[20]</w:t>
      </w:r>
    </w:p>
    <w:p>
      <w:r>
        <w:rPr>
          <w:rFonts w:ascii="Gentium Plus" w:hAnsi="Gentium Plus"/>
          <w:sz w:val="24"/>
        </w:rPr>
        <w:t>Ψὶξ, ψιχός. ἡ ψιχία. Ψιττάκη καὶ ψιττάκια. ὑποδήματα γυναι‐ κείου εἴδους.</w:t>
      </w:r>
    </w:p>
    <w:p>
      <w:r>
        <w:rPr>
          <w:rFonts w:ascii="Courier New" w:hAnsi="Courier New"/>
          <w:color w:val="555555"/>
          <w:sz w:val="20"/>
        </w:rPr>
        <w:t>[psi 1874]</w:t>
      </w:r>
    </w:p>
    <w:p>
      <w:r>
        <w:rPr>
          <w:rFonts w:ascii="Gentium Plus" w:hAnsi="Gentium Plus"/>
          <w:sz w:val="24"/>
        </w:rPr>
        <w:t>δὴ ψιλουμένου φωνήεντος ἐπιφερομένου εἰς δασὺ τρέπεται. οἷον· αὐτίχ’ ὁ μὲν ἐπορεύετο. Ψῖ. τὸ στοιχεῖον. ὅτι συριγμόν τινα ἔχει ἡ τού‐ του ἐκφώνησις. καὶ ὅτι ὁ συριγμὸς οὐκ ἔστιν</w:t>
      </w:r>
    </w:p>
    <w:p>
      <w:r>
        <w:rPr>
          <w:rFonts w:ascii="Courier New" w:hAnsi="Courier New"/>
          <w:color w:val="555555"/>
          <w:sz w:val="20"/>
        </w:rPr>
        <w:t>[5]</w:t>
      </w:r>
    </w:p>
    <w:p>
      <w:r>
        <w:rPr>
          <w:rFonts w:ascii="Gentium Plus" w:hAnsi="Gentium Plus"/>
          <w:sz w:val="24"/>
        </w:rPr>
        <w:t>ἄλλό τι ἢ μόνον ψ. ἄλλοι δὲ, ὅτι ἑνὸς ψαύει χρόνου διπλοῦν ὄν. Ψινύθιον. φαῦλον, ἢ καὶ ψευδές. Ψιχίον. ..... *Ψιθυρίζειν. τινὲς ὀνοματοποιεῖσθαι φασὶν,</w:t>
      </w:r>
    </w:p>
    <w:p>
      <w:r>
        <w:rPr>
          <w:rFonts w:ascii="Courier New" w:hAnsi="Courier New"/>
          <w:color w:val="555555"/>
          <w:sz w:val="20"/>
        </w:rPr>
        <w:t>[10]</w:t>
      </w:r>
    </w:p>
    <w:p>
      <w:r>
        <w:rPr>
          <w:rFonts w:ascii="Gentium Plus" w:hAnsi="Gentium Plus"/>
          <w:sz w:val="24"/>
        </w:rPr>
        <w:t>ὡς τό· κρίκε δὲ ζυγόν. καί· σίζε ὁ ὀφθαλμός. κυρίως δὲ ἐπὶ τῶν ψευδομένων τὸ ψιθυρίζειν</w:t>
      </w:r>
    </w:p>
    <w:p>
      <w:r>
        <w:rPr>
          <w:rFonts w:ascii="Courier New" w:hAnsi="Courier New"/>
          <w:color w:val="555555"/>
          <w:sz w:val="20"/>
        </w:rPr>
        <w:t>[15]</w:t>
      </w:r>
    </w:p>
    <w:p>
      <w:r>
        <w:rPr>
          <w:rFonts w:ascii="Gentium Plus" w:hAnsi="Gentium Plus"/>
          <w:sz w:val="24"/>
        </w:rPr>
        <w:t>λαμβάνεται.* *Ψιμμυθίζω. καλλωπίζω.* Ψίσω. ποτίσω. ἐξ οὗ καὶ ψιὰς, ἡ κατ’ ὀλίγον κατερχομένη δρόσος. Ψίω. ἐμβρωματίζω. ἢ τὸ λεπτύνω. ἢ τὸ ἅπτο‐</w:t>
      </w:r>
    </w:p>
    <w:p>
      <w:r>
        <w:rPr>
          <w:rFonts w:ascii="Courier New" w:hAnsi="Courier New"/>
          <w:color w:val="555555"/>
          <w:sz w:val="20"/>
        </w:rPr>
        <w:t>[20]</w:t>
      </w:r>
    </w:p>
    <w:p>
      <w:r>
        <w:rPr>
          <w:rFonts w:ascii="Gentium Plus" w:hAnsi="Gentium Plus"/>
          <w:sz w:val="24"/>
        </w:rPr>
        <w:t>μαι.</w:t>
      </w:r>
    </w:p>
    <w:p>
      <w:pPr>
        <w:jc w:val="center"/>
      </w:pPr>
      <w:r>
        <w:rPr>
          <w:rFonts w:ascii="Gentium Plus" w:hAnsi="Gentium Plus"/>
          <w:b/>
          <w:sz w:val="24"/>
        </w:rPr>
        <w:t>Τὸ Ψ μετὰ τοῦ Ο.</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Ψοίθης. ὁ ἀλαζών.</w:t>
      </w:r>
    </w:p>
    <w:p>
      <w:r>
        <w:rPr>
          <w:rFonts w:ascii="Courier New" w:hAnsi="Courier New"/>
          <w:color w:val="555555"/>
          <w:sz w:val="20"/>
        </w:rPr>
        <w:t>[psi 1875]</w:t>
      </w:r>
    </w:p>
    <w:p>
      <w:r>
        <w:rPr>
          <w:rFonts w:ascii="Gentium Plus" w:hAnsi="Gentium Plus"/>
          <w:sz w:val="24"/>
        </w:rPr>
        <w:t>Ψοῖθος. σποδός. εὗρον καὶ διὰ τοῦ υ ψιλοῦ τὸ ψύθος. σημαίνει δὲ τὴν λοιδορίαν. Ψολόεις κεραυνός. ὁ ὀξέως φερόμενος καὶ ἅμα τῷ ψαύειν ὀλλύμενος.</w:t>
      </w:r>
    </w:p>
    <w:p>
      <w:r>
        <w:rPr>
          <w:rFonts w:ascii="Courier New" w:hAnsi="Courier New"/>
          <w:color w:val="555555"/>
          <w:sz w:val="20"/>
        </w:rPr>
        <w:t>[5]</w:t>
      </w:r>
    </w:p>
    <w:p>
      <w:r>
        <w:rPr>
          <w:rFonts w:ascii="Gentium Plus" w:hAnsi="Gentium Plus"/>
          <w:sz w:val="24"/>
        </w:rPr>
        <w:t>Ψόφος. κτύπος. Ψοφοδεής. δειλός. παρὰ τὸ δέος, ὃ σημαίνει τὸν φόβον, καὶ τὸ ψόφος. Ψόαι, ψοιαὶ καὶ ψύαι. αἱ λαγόνες ἢ τὰ νῶτα. παρὰ τὸ ψαύω. ἡ ἐπιψαύουσα σὰρξ καὶ ἐπι‐</w:t>
      </w:r>
    </w:p>
    <w:p>
      <w:r>
        <w:rPr>
          <w:rFonts w:ascii="Courier New" w:hAnsi="Courier New"/>
          <w:color w:val="555555"/>
          <w:sz w:val="20"/>
        </w:rPr>
        <w:t>[10]</w:t>
      </w:r>
    </w:p>
    <w:p>
      <w:r>
        <w:rPr>
          <w:rFonts w:ascii="Gentium Plus" w:hAnsi="Gentium Plus"/>
          <w:sz w:val="24"/>
        </w:rPr>
        <w:t>πολῆς οὖσα τοῖς ὀστέοις. οὕτως Εἰρηναῖος. Ψολοκομπία. ἀλαζονεία. Ψοφοδεές. δειλόν. [Ψοφῶ. τὸ ἠχῶ.]</w:t>
      </w:r>
    </w:p>
    <w:p>
      <w:pPr>
        <w:jc w:val="center"/>
      </w:pPr>
      <w:r>
        <w:rPr>
          <w:rFonts w:ascii="Gentium Plus" w:hAnsi="Gentium Plus"/>
          <w:b/>
          <w:sz w:val="24"/>
        </w:rPr>
        <w:t>Τὸ Ψ μετὰ τοῦ Υ.</w:t>
      </w:r>
    </w:p>
    <w:p>
      <w:pPr>
        <w:jc w:val="center"/>
      </w:pPr>
      <w:r>
        <w:rPr>
          <w:rFonts w:ascii="Gentium Plus" w:hAnsi="Gentium Plus"/>
          <w:b/>
          <w:sz w:val="24"/>
        </w:rPr>
        <w:t>(Ἀρσενικόν.)</w:t>
      </w:r>
    </w:p>
    <w:p>
      <w:r>
        <w:rPr>
          <w:rFonts w:ascii="Courier New" w:hAnsi="Courier New"/>
          <w:color w:val="555555"/>
          <w:sz w:val="20"/>
        </w:rPr>
        <w:t>[16]</w:t>
      </w:r>
    </w:p>
    <w:p>
      <w:r>
        <w:rPr>
          <w:rFonts w:ascii="Gentium Plus" w:hAnsi="Gentium Plus"/>
          <w:sz w:val="24"/>
        </w:rPr>
        <w:t>Ψύδαξ ἢ ψύδραξ. τὸ ἐπὶ τοῦ σώματος ἐξάν‐ θημα. Ψυκτήρ. ὅπου τὰς ὀπώρας ψυχρίζουσιν ἢ καὶ τὰς κύλικας, ἤτοι τὰ ποτήρια νίζουσι.</w:t>
      </w:r>
    </w:p>
    <w:p>
      <w:r>
        <w:rPr>
          <w:rFonts w:ascii="Courier New" w:hAnsi="Courier New"/>
          <w:color w:val="555555"/>
          <w:sz w:val="20"/>
        </w:rPr>
        <w:t>[20]</w:t>
      </w:r>
    </w:p>
    <w:p>
      <w:r>
        <w:rPr>
          <w:rFonts w:ascii="Gentium Plus" w:hAnsi="Gentium Plus"/>
          <w:sz w:val="24"/>
        </w:rPr>
        <w:t>Ψυλλεῖς. ἐθνικόν.</w:t>
      </w:r>
    </w:p>
    <w:p>
      <w:r>
        <w:rPr>
          <w:rFonts w:ascii="Courier New" w:hAnsi="Courier New"/>
          <w:color w:val="555555"/>
          <w:sz w:val="20"/>
        </w:rPr>
        <w:t>[psi 1876]</w:t>
      </w:r>
    </w:p>
    <w:p>
      <w:r>
        <w:rPr>
          <w:rFonts w:ascii="Gentium Plus" w:hAnsi="Gentium Plus"/>
          <w:sz w:val="24"/>
        </w:rPr>
        <w:t>Ψυχρὸς λόγος. ἀσθενὴς, μηδὲν χρήσιμον ἔχων. παρὰ τὸ ψύχος ψυχηρὸς καὶ ἐν συγκοπῇ ψυ‐ χρός. Ψυχικός. ὁ τὰ τῆς σαρκὸς φρονῶν. ψυχικὸς ἄν‐</w:t>
      </w:r>
    </w:p>
    <w:p>
      <w:r>
        <w:rPr>
          <w:rFonts w:ascii="Courier New" w:hAnsi="Courier New"/>
          <w:color w:val="555555"/>
          <w:sz w:val="20"/>
        </w:rPr>
        <w:t>[5]</w:t>
      </w:r>
    </w:p>
    <w:p>
      <w:r>
        <w:rPr>
          <w:rFonts w:ascii="Gentium Plus" w:hAnsi="Gentium Plus"/>
          <w:sz w:val="24"/>
        </w:rPr>
        <w:t>θρωπος οὐκ οἶδε τὰ τοῦ πνεύματος. Ψυχόλεθρος. ὁ ἀπολλύων τὰς ψυχάς. τὰ διὰ τοῦ ὄλεθρος συγκείμενα διὰ τοῦ ω γράφεται, οἷον ἀνώλεθρος, βιώλεθρος, ἐπώλεθρος καὶ τὰ ὅμοια, πλὴν τοῦ ψωμόλεθρος καὶ ψυχόλεθρος.</w:t>
      </w:r>
    </w:p>
    <w:p>
      <w:r>
        <w:rPr>
          <w:rFonts w:ascii="Courier New" w:hAnsi="Courier New"/>
          <w:color w:val="555555"/>
          <w:sz w:val="20"/>
        </w:rPr>
        <w:t>[10]</w:t>
      </w:r>
    </w:p>
    <w:p>
      <w:r>
        <w:rPr>
          <w:rFonts w:ascii="Gentium Plus" w:hAnsi="Gentium Plus"/>
          <w:sz w:val="24"/>
        </w:rPr>
        <w:t>Ψύαι. αἱ λαγόνες, ἢ τὰ νῶτα, ἢ μέρος τι τοῦ σώματος. Ψυχή. εἴρηται μὲν ἐν τῇ γραφῇ τῇ παλαιᾷ διτ‐ τῶς ἡ ψυχή· τουτέστιν ἡ λογικὴ καὶ ἡ ἄλογος. ἡ λογικὴ τῶν λογικῶν, καὶ ἡ ἄλογος τῶν κτηνῶν</w:t>
      </w:r>
    </w:p>
    <w:p>
      <w:r>
        <w:rPr>
          <w:rFonts w:ascii="Courier New" w:hAnsi="Courier New"/>
          <w:color w:val="555555"/>
          <w:sz w:val="20"/>
        </w:rPr>
        <w:t>[15]</w:t>
      </w:r>
    </w:p>
    <w:p>
      <w:r>
        <w:rPr>
          <w:rFonts w:ascii="Gentium Plus" w:hAnsi="Gentium Plus"/>
          <w:sz w:val="24"/>
        </w:rPr>
        <w:t>καὶ τῶν λοιπῶν ἐμψύχων. ψυχὴ λογική ἐστιν οὐσία νοερὰ ἀνώνυμος καὶ ἀγνώριστος, λεπτὴ, ἄϋλος καὶ ἀσχημάτιστος, εἰκὼν θεοῦ καὶ τύπος σώματος, ζωτικὴ καὶ συστατική. εἴρηται δὲ ψυ‐ χὴ διὰ τὸ ψύχειν ἤτοι διὰ τῶν οἰκείων ἐνερ‐</w:t>
      </w:r>
    </w:p>
    <w:p>
      <w:r>
        <w:rPr>
          <w:rFonts w:ascii="Courier New" w:hAnsi="Courier New"/>
          <w:color w:val="555555"/>
          <w:sz w:val="20"/>
        </w:rPr>
        <w:t>[20]</w:t>
      </w:r>
    </w:p>
    <w:p>
      <w:r>
        <w:rPr>
          <w:rFonts w:ascii="Gentium Plus" w:hAnsi="Gentium Plus"/>
          <w:sz w:val="24"/>
        </w:rPr>
        <w:t>γειῶν ζωοποιεῖν τὸ σῶμα. ψυχὴ ἄλογός ἐστιν ἡ τοῦ αἵματος ζωτικὴ καὶ θερμαντικὴ καὶ κινη‐</w:t>
      </w:r>
    </w:p>
    <w:p>
      <w:r>
        <w:rPr>
          <w:rFonts w:ascii="Courier New" w:hAnsi="Courier New"/>
          <w:color w:val="555555"/>
          <w:sz w:val="20"/>
        </w:rPr>
        <w:t>[psi 1877]</w:t>
      </w:r>
    </w:p>
    <w:p>
      <w:r>
        <w:rPr>
          <w:rFonts w:ascii="Gentium Plus" w:hAnsi="Gentium Plus"/>
          <w:sz w:val="24"/>
        </w:rPr>
        <w:t>νώδης ὑλικὴ, ἐνεργητικὴ καὶ αἰσθητικὴ καὶ σώ‐ ματος συστατική. ψυχῆς ἐνέργειαι, ὄρεξις λο‐ γικὴ εἴτουν θέλησις, βούλησις, ζήτησις, σκέ‐ ψις, βούλευσις, κρίσις, ὁρμὴ, χρῆσις καὶ παῦ‐</w:t>
      </w:r>
    </w:p>
    <w:p>
      <w:r>
        <w:rPr>
          <w:rFonts w:ascii="Courier New" w:hAnsi="Courier New"/>
          <w:color w:val="555555"/>
          <w:sz w:val="20"/>
        </w:rPr>
        <w:t>[5]</w:t>
      </w:r>
    </w:p>
    <w:p>
      <w:r>
        <w:rPr>
          <w:rFonts w:ascii="Gentium Plus" w:hAnsi="Gentium Plus"/>
          <w:sz w:val="24"/>
        </w:rPr>
        <w:t>σις. ἡ πρώτη τοῦ νοὸς κίνησις λέγεται ὄρεξις. ἡ ὄρεξις περί τι νοήσασα λέγεται νόησις. ἡ νόη‐ σις ἐπιμείνασα καὶ τυπώσασα τὴν ψυχὴν ἐπὶ τὸ νοούμενον λέγεται ἐνθύμημα καὶ λόγος. ἡ ἐνθύμησις βασανίζουσα ἑαυτὴν διὰ τοῦ ἐπιλο‐</w:t>
      </w:r>
    </w:p>
    <w:p>
      <w:r>
        <w:rPr>
          <w:rFonts w:ascii="Courier New" w:hAnsi="Courier New"/>
          <w:color w:val="555555"/>
          <w:sz w:val="20"/>
        </w:rPr>
        <w:t>[10]</w:t>
      </w:r>
    </w:p>
    <w:p>
      <w:r>
        <w:rPr>
          <w:rFonts w:ascii="Gentium Plus" w:hAnsi="Gentium Plus"/>
          <w:sz w:val="24"/>
        </w:rPr>
        <w:t>γισμοῦ λέγεται φρόνησις. ἡ φρόνησις πλατύ‐ νουσα ἑαυτὴν ποιεῖ τὸν διαλογισμὸν, ἐνδιάθετον λόγον ὀνομαζόμενον. οὗτος γεννᾷ τὸν προφο‐ ρικὸν λόγον. τούτοις πᾶσιν ἕπεται τὸ αὐθεξού‐ σιον. καὶ συμμαρτυρεῖ ἡ συνείδησις. ψυχῆς δυ‐</w:t>
      </w:r>
    </w:p>
    <w:p>
      <w:r>
        <w:rPr>
          <w:rFonts w:ascii="Courier New" w:hAnsi="Courier New"/>
          <w:color w:val="555555"/>
          <w:sz w:val="20"/>
        </w:rPr>
        <w:t>[15]</w:t>
      </w:r>
    </w:p>
    <w:p>
      <w:r>
        <w:rPr>
          <w:rFonts w:ascii="Gentium Plus" w:hAnsi="Gentium Plus"/>
          <w:sz w:val="24"/>
        </w:rPr>
        <w:t>νάμεις· νοῦς· διάνοια· δόξα· φαντασία· αἴ‐ σθησις· βούλησις· προαίρεσις· θυμὸς καὶ ἐπι‐ θυμία. ψυχή ἐστιν οὐσία γεννητὴ, οὐσία ζῶ‐ σα, καὶ τῶν αἰσθητῶν ἀντιληπτικὴν δι’ ἑαυτῆς ἐνιεῖσα, ἕως ἂν ἡ δεκτικὴ τούτου συνίσταται</w:t>
      </w:r>
    </w:p>
    <w:p>
      <w:r>
        <w:rPr>
          <w:rFonts w:ascii="Courier New" w:hAnsi="Courier New"/>
          <w:color w:val="555555"/>
          <w:sz w:val="20"/>
        </w:rPr>
        <w:t>[20]</w:t>
      </w:r>
    </w:p>
    <w:p>
      <w:r>
        <w:rPr>
          <w:rFonts w:ascii="Gentium Plus" w:hAnsi="Gentium Plus"/>
          <w:sz w:val="24"/>
        </w:rPr>
        <w:t>φύσις. εἴρηται δὲ παρὰ τὸ ψύχω, τὸ ζωοποιῶ. ἢ παρὰ τὸ ψύχος, ὅ ἐστι πνεῦμα. Ὅμηρος· ψύχεος ἱμείρων. ἀντὶ τοῦ πνεύματος. Ψυχή ἐστιν οὐσία ἀσώματος, αὐτοκίνητος, θείας</w:t>
      </w:r>
    </w:p>
    <w:p>
      <w:r>
        <w:rPr>
          <w:rFonts w:ascii="Courier New" w:hAnsi="Courier New"/>
          <w:color w:val="555555"/>
          <w:sz w:val="20"/>
        </w:rPr>
        <w:t>[25]</w:t>
      </w:r>
    </w:p>
    <w:p>
      <w:r>
        <w:rPr>
          <w:rFonts w:ascii="Gentium Plus" w:hAnsi="Gentium Plus"/>
          <w:sz w:val="24"/>
        </w:rPr>
        <w:t>ὑμνῳδὸς δόξης. ψυχή ἐστιν οὐσία ἄϋλος καὶ ἀθάνατος. ψυχή ἐστιν θυμὸς καὶ ἐπιθυμία.</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Ψυλεῖον. βοτάνη. Ψυχρὰ ῥήματα. κακοὶ λόγοι. Ψύχος. τὸ πνεῦμα. Ὅμηρος·</w:t>
      </w:r>
    </w:p>
    <w:p>
      <w:r>
        <w:rPr>
          <w:rFonts w:ascii="Courier New" w:hAnsi="Courier New"/>
          <w:color w:val="555555"/>
          <w:sz w:val="20"/>
        </w:rPr>
        <w:t>[5]</w:t>
      </w:r>
    </w:p>
    <w:p>
      <w:r>
        <w:rPr>
          <w:rFonts w:ascii="Gentium Plus" w:hAnsi="Gentium Plus"/>
          <w:sz w:val="24"/>
        </w:rPr>
        <w:t>ψύχεος ἱμείρων. Ψυχαγωγεῖ. ἀναψύχει. Ψυχάζουσι. πρὸς τὸ ψυχρὸν διατρίβουσι πνεῦ‐ μα. Ψυχουλκούμενος. τὴν ψυχὴν ἑλκόμενος.</w:t>
      </w:r>
    </w:p>
    <w:p>
      <w:r>
        <w:rPr>
          <w:rFonts w:ascii="Courier New" w:hAnsi="Courier New"/>
          <w:color w:val="555555"/>
          <w:sz w:val="20"/>
        </w:rPr>
        <w:t>[10]</w:t>
      </w:r>
    </w:p>
    <w:p>
      <w:r>
        <w:rPr>
          <w:rFonts w:ascii="Gentium Plus" w:hAnsi="Gentium Plus"/>
          <w:sz w:val="24"/>
        </w:rPr>
        <w:t>Ψύχω. τὸ ζωογονῶ. *Ψυλαφᾷ. μικρῶς πως ἐπισπείρεσθαί σοι ἄρχεται.*</w:t>
      </w:r>
    </w:p>
    <w:p>
      <w:pPr>
        <w:jc w:val="center"/>
      </w:pPr>
      <w:r>
        <w:rPr>
          <w:rFonts w:ascii="Gentium Plus" w:hAnsi="Gentium Plus"/>
          <w:b/>
          <w:sz w:val="24"/>
        </w:rPr>
        <w:t>Τὸ Ψ μετὰ τοῦ Ω.</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Ψωμός. διὰ τὸ παρὰ τῶν ὀδόντων ψήχεσθαι καὶ τρίβεσθαι. ἢ παρὰ [τὸ ψῶ,] τὸ λεπτύνω. Ψωμόλεθρος. πολυφάγος. ἀπὸ τοῦ ὀλλύειν τὸν ψωμόν.</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Ψῶα. ἡ δυσωδία. ἄτλητον ἐπὶ ψῶαν πνείεσκον. Ψῶρα. παρὰ τὸ ψῶ, οὗ παράγωγον ψαύω. ἐπει‐ δὴ οἱ τῷ πάθει ἐνεχόμενοι πολλὴν ἔχουσιν ὁρ‐ μὴν ἐπὶ τὸ ψᾷν καὶ κνήθειν τὰ ἑαυτῶν πεπον‐</w:t>
      </w:r>
    </w:p>
    <w:p>
      <w:r>
        <w:rPr>
          <w:rFonts w:ascii="Courier New" w:hAnsi="Courier New"/>
          <w:color w:val="555555"/>
          <w:sz w:val="20"/>
        </w:rPr>
        <w:t>[25]</w:t>
      </w:r>
    </w:p>
    <w:p>
      <w:r>
        <w:rPr>
          <w:rFonts w:ascii="Gentium Plus" w:hAnsi="Gentium Plus"/>
          <w:sz w:val="24"/>
        </w:rPr>
        <w:t>θότα μέρη καὶ μέλη.</w:t>
      </w:r>
    </w:p>
    <w:p>
      <w:r>
        <w:rPr>
          <w:rFonts w:ascii="Courier New" w:hAnsi="Courier New"/>
          <w:color w:val="555555"/>
          <w:sz w:val="20"/>
        </w:rPr>
        <w:t>[psi 1879]</w:t>
      </w:r>
    </w:p>
    <w:p>
      <w:r>
        <w:rPr>
          <w:rFonts w:ascii="Gentium Plus" w:hAnsi="Gentium Plus"/>
          <w:sz w:val="24"/>
        </w:rPr>
        <w:t>Ψωραλέα. ἡ ψωριῶσα. Ψωθίαν. τὴν ὑποκάτω τοῦ ἄρτου. Ψωμολεθρία. ἡ πολυφαγία.</w:t>
      </w:r>
    </w:p>
    <w:p>
      <w:r>
        <w:rPr>
          <w:rFonts w:ascii="Courier New" w:hAnsi="Courier New"/>
          <w:color w:val="555555"/>
          <w:sz w:val="20"/>
        </w:rPr>
        <w:t>[psi 1880]</w:t>
      </w:r>
    </w:p>
    <w:p>
      <w:r>
        <w:rPr>
          <w:rFonts w:ascii="Gentium Plus" w:hAnsi="Gentium Plus"/>
          <w:sz w:val="24"/>
        </w:rPr>
        <w:t>Ψωφιλία. χώρα. καὶ Ψωφίλιοι, ἔθνος. Ψωμιεῖ. θρέψει. Ψώχοντες. τρίβοντες.</w:t>
      </w:r>
    </w:p>
    <w:p>
      <w:pPr>
        <w:jc w:val="center"/>
      </w:pPr>
      <w:r>
        <w:rPr>
          <w:rFonts w:ascii="Gentium Plus" w:hAnsi="Gentium Plus"/>
          <w:b/>
          <w:sz w:val="24"/>
        </w:rPr>
        <w:t>Ω.</w:t>
      </w:r>
    </w:p>
    <w:p>
      <w:pPr>
        <w:jc w:val="center"/>
      </w:pPr>
      <w:r>
        <w:rPr>
          <w:rFonts w:ascii="Gentium Plus" w:hAnsi="Gentium Plus"/>
          <w:b/>
          <w:sz w:val="24"/>
        </w:rPr>
        <w:t>Τὸ Ω μετὰ τοῦ Α.</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Ὦια. τὸ ἄκρον τοῦ ἱματίου, ἢ ὃ καλοῦμεν πε‐ ριτραχήλιον, ἤτοι περιστόμιον. τοῦτο δὲ ὁ Ἀκύ‐</w:t>
      </w:r>
    </w:p>
    <w:p>
      <w:r>
        <w:rPr>
          <w:rFonts w:ascii="Courier New" w:hAnsi="Courier New"/>
          <w:color w:val="555555"/>
          <w:sz w:val="20"/>
        </w:rPr>
        <w:t>[10]</w:t>
      </w:r>
    </w:p>
    <w:p>
      <w:r>
        <w:rPr>
          <w:rFonts w:ascii="Gentium Plus" w:hAnsi="Gentium Plus"/>
          <w:sz w:val="24"/>
        </w:rPr>
        <w:t>λας στόμα ἐνδύματος εἴρηκεν. ἢ ἀνάκλασις τοῦ κρασπέδου. γράφεται γὰρ σὺν τῷ ι. ἔστι γὰρ ὄϊς, ὃ σημαίνει τὸ πρόβατον, ἡ γενικὴ ὄϊος. καὶ γίνεται οἶς, οἰὸς, τὸ θηλυκὸν οἶα, καὶ ἐκτάσει τοῦ ο εἰς ω ᾦα. καὶ γὰρ οἱ παλαιοὶ</w:t>
      </w:r>
    </w:p>
    <w:p>
      <w:r>
        <w:rPr>
          <w:rFonts w:ascii="Courier New" w:hAnsi="Courier New"/>
          <w:color w:val="555555"/>
          <w:sz w:val="20"/>
        </w:rPr>
        <w:t>[15]</w:t>
      </w:r>
    </w:p>
    <w:p>
      <w:r>
        <w:rPr>
          <w:rFonts w:ascii="Gentium Plus" w:hAnsi="Gentium Plus"/>
          <w:sz w:val="24"/>
        </w:rPr>
        <w:t>προβάτειον δέρμα ἐν τοῖς κρασπέδοις τῶν ἱμα‐ τίων ἔβαλον.</w:t>
      </w:r>
    </w:p>
    <w:p>
      <w:pPr>
        <w:jc w:val="center"/>
      </w:pPr>
      <w:r>
        <w:rPr>
          <w:rFonts w:ascii="Gentium Plus" w:hAnsi="Gentium Plus"/>
          <w:b/>
          <w:sz w:val="24"/>
        </w:rPr>
        <w:t>(Οὐδέτερον.)</w:t>
      </w:r>
    </w:p>
    <w:p>
      <w:r>
        <w:rPr>
          <w:rFonts w:ascii="Courier New" w:hAnsi="Courier New"/>
          <w:color w:val="555555"/>
          <w:sz w:val="20"/>
        </w:rPr>
        <w:t>[18]</w:t>
      </w:r>
    </w:p>
    <w:p>
      <w:r>
        <w:rPr>
          <w:rFonts w:ascii="Gentium Plus" w:hAnsi="Gentium Plus"/>
          <w:sz w:val="24"/>
        </w:rPr>
        <w:t>Ὦ. τὸ στοιχεῖον. παρὰ τὸ ἔω, τὸ ὑπάρχω, ἐπει‐ δὴ τοῦτο ὑπάρχει μακρὸν καὶ πλατύ. ὁμοίως</w:t>
      </w:r>
    </w:p>
    <w:p>
      <w:r>
        <w:rPr>
          <w:rFonts w:ascii="Courier New" w:hAnsi="Courier New"/>
          <w:color w:val="555555"/>
          <w:sz w:val="20"/>
        </w:rPr>
        <w:t>[20]</w:t>
      </w:r>
    </w:p>
    <w:p>
      <w:r>
        <w:rPr>
          <w:rFonts w:ascii="Gentium Plus" w:hAnsi="Gentium Plus"/>
          <w:sz w:val="24"/>
        </w:rPr>
        <w:t>τῷ χαρακτῆρι τὴν ἐκφώνησιν ἀπηνέγκατο. Ὠὰ κτίλα. τὰ τῶν ἡμέρων ὀρνίθων ὠὰ κτίλα καλοῦνται. καὶ κτίλος ὁ ἥμερος κριός. Ὠιόν. ἔχει τὸ ι. εὕρηται γὰρ κατὰ διάστασιν. ὡς παρὰ Σαπφοῖ·</w:t>
      </w:r>
    </w:p>
    <w:p>
      <w:r>
        <w:rPr>
          <w:rFonts w:ascii="Courier New" w:hAnsi="Courier New"/>
          <w:color w:val="555555"/>
          <w:sz w:val="20"/>
        </w:rPr>
        <w:t>[25]</w:t>
      </w:r>
    </w:p>
    <w:p>
      <w:r>
        <w:rPr>
          <w:rFonts w:ascii="Gentium Plus" w:hAnsi="Gentium Plus"/>
          <w:sz w:val="24"/>
        </w:rPr>
        <w:t>φασὶ δὴ ποταμὸν ὑακίνθινον Λήδαν πε‐ πυκαδμένον εὑρεῖν ὤϊον.</w:t>
      </w:r>
    </w:p>
    <w:p>
      <w:r>
        <w:rPr>
          <w:rFonts w:ascii="Courier New" w:hAnsi="Courier New"/>
          <w:color w:val="555555"/>
          <w:sz w:val="20"/>
        </w:rPr>
        <w:t>[omega 1880 (5)]</w:t>
      </w:r>
    </w:p>
    <w:p>
      <w:r>
        <w:rPr>
          <w:rFonts w:ascii="Gentium Plus" w:hAnsi="Gentium Plus"/>
          <w:sz w:val="24"/>
        </w:rPr>
        <w:t>θέλουσιν ἔχειν τὸ ι. οἷον ζῷον, ὑπερῷον, προ‐ στῷον, [περιστῷον,] Πτῷον, ὄνομα ὄρους. οὕτως οὖν καὶ ᾠόν. πρόσκειται μονογενῆ διὰ τὸ σῶος καὶ ὁ ζῶος, τὸ ζῶον. ταῦτα γὰρ οὐκ ἔχουσιν, ὅτι οὐκ εἰσὶ μονογενῆ βαρύτονα, οἷον ζῷον, πτῷον.</w:t>
      </w:r>
    </w:p>
    <w:p>
      <w:r>
        <w:rPr>
          <w:rFonts w:ascii="Courier New" w:hAnsi="Courier New"/>
          <w:color w:val="555555"/>
          <w:sz w:val="20"/>
        </w:rPr>
        <w:t>[10]</w:t>
      </w:r>
    </w:p>
    <w:p>
      <w:r>
        <w:rPr>
          <w:rFonts w:ascii="Gentium Plus" w:hAnsi="Gentium Plus"/>
          <w:sz w:val="24"/>
        </w:rPr>
        <w:t>τὸ δὲ ὠὸν διαλλάξαν κατὰ τὴν ἄρχουσαν διήλ‐ λαξε καὶ κατὰ τὴν τάσιν. ἐτυμολογεῖται δὲ πα‐ ρὰ τὸ οἶον, μόνον γὰρ τίκτεται.</w:t>
      </w:r>
    </w:p>
    <w:p>
      <w:pPr>
        <w:jc w:val="center"/>
      </w:pPr>
      <w:r>
        <w:rPr>
          <w:rFonts w:ascii="Gentium Plus" w:hAnsi="Gentium Plus"/>
          <w:b/>
          <w:sz w:val="24"/>
        </w:rPr>
        <w:t>Τὸ Ω μετὰ τοῦ Β.</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Ὠβάς· Ὠβάντες. Ὤβρων. ποταμός. καὶ κλίνεται Ὤβρωνος.</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Ὠβάξαι. παρὰ τῷ Πλουτάρχῳ. Ὠβέλισται. σεσημείωται, ἢ ἠθέτηται. ὁ ὀβε‐</w:t>
      </w:r>
    </w:p>
    <w:p>
      <w:r>
        <w:rPr>
          <w:rFonts w:ascii="Courier New" w:hAnsi="Courier New"/>
          <w:color w:val="555555"/>
          <w:sz w:val="20"/>
        </w:rPr>
        <w:t>[20]</w:t>
      </w:r>
    </w:p>
    <w:p>
      <w:r>
        <w:rPr>
          <w:rFonts w:ascii="Gentium Plus" w:hAnsi="Gentium Plus"/>
          <w:sz w:val="24"/>
        </w:rPr>
        <w:t>λὸς γὰρ ἀθετήσεως σύμβολον.</w:t>
      </w:r>
    </w:p>
    <w:p>
      <w:pPr>
        <w:jc w:val="center"/>
      </w:pPr>
      <w:r>
        <w:rPr>
          <w:rFonts w:ascii="Gentium Plus" w:hAnsi="Gentium Plus"/>
          <w:b/>
          <w:sz w:val="24"/>
        </w:rPr>
        <w:t>Τὸ Ω μετὰ τοῦ Γ.</w:t>
      </w:r>
    </w:p>
    <w:p>
      <w:pPr>
        <w:jc w:val="center"/>
      </w:pPr>
      <w:r>
        <w:rPr>
          <w:rFonts w:ascii="Gentium Plus" w:hAnsi="Gentium Plus"/>
          <w:b/>
          <w:sz w:val="24"/>
        </w:rPr>
        <w:t>(Ἀρσενικόν.)</w:t>
      </w:r>
    </w:p>
    <w:p>
      <w:r>
        <w:rPr>
          <w:rFonts w:ascii="Courier New" w:hAnsi="Courier New"/>
          <w:color w:val="555555"/>
          <w:sz w:val="20"/>
        </w:rPr>
        <w:t>[23]</w:t>
      </w:r>
    </w:p>
    <w:p>
      <w:r>
        <w:rPr>
          <w:rFonts w:ascii="Gentium Plus" w:hAnsi="Gentium Plus"/>
          <w:sz w:val="24"/>
        </w:rPr>
        <w:t>Ὤγ. κύριον. ὃς ἦν μέγας καὶ ῥώμῃ σώματος</w:t>
      </w:r>
    </w:p>
    <w:p>
      <w:r>
        <w:rPr>
          <w:rFonts w:ascii="Courier New" w:hAnsi="Courier New"/>
          <w:color w:val="555555"/>
          <w:sz w:val="20"/>
        </w:rPr>
        <w:t>[omega 1881]</w:t>
      </w:r>
    </w:p>
    <w:p>
      <w:r>
        <w:rPr>
          <w:rFonts w:ascii="Gentium Plus" w:hAnsi="Gentium Plus"/>
          <w:sz w:val="24"/>
        </w:rPr>
        <w:t>δηρᾷ κεχρῆσθαι, ἐννέα πηχῶν τὸ μῆκος, πέν‐ τε δὲ εὖρος ἐχούσῃ. Ὦγες. ἔθνος. Ὤγυγος. κύριον. καὶ Ὠγύγιος. οὗτος ἀρχαῖος</w:t>
      </w:r>
    </w:p>
    <w:p>
      <w:r>
        <w:rPr>
          <w:rFonts w:ascii="Courier New" w:hAnsi="Courier New"/>
          <w:color w:val="555555"/>
          <w:sz w:val="20"/>
        </w:rPr>
        <w:t>[5]</w:t>
      </w:r>
    </w:p>
    <w:p>
      <w:r>
        <w:rPr>
          <w:rFonts w:ascii="Gentium Plus" w:hAnsi="Gentium Plus"/>
          <w:sz w:val="24"/>
        </w:rPr>
        <w:t>βασιλεὺς ἦν Θηβῶν. ἐκ τούτου γοῦν καὶ πᾶν τὸ ἀρχαῖον ὠγύγιον καλοῦσι.</w:t>
      </w:r>
    </w:p>
    <w:p>
      <w:pPr>
        <w:jc w:val="center"/>
      </w:pPr>
      <w:r>
        <w:rPr>
          <w:rFonts w:ascii="Gentium Plus" w:hAnsi="Gentium Plus"/>
          <w:b/>
          <w:sz w:val="24"/>
        </w:rPr>
        <w:t>(Θηλυκόν.)</w:t>
      </w:r>
    </w:p>
    <w:p>
      <w:r>
        <w:rPr>
          <w:rFonts w:ascii="Courier New" w:hAnsi="Courier New"/>
          <w:color w:val="555555"/>
          <w:sz w:val="20"/>
        </w:rPr>
        <w:t>[8]</w:t>
      </w:r>
    </w:p>
    <w:p>
      <w:r>
        <w:rPr>
          <w:rFonts w:ascii="Gentium Plus" w:hAnsi="Gentium Plus"/>
          <w:sz w:val="24"/>
        </w:rPr>
        <w:t>Ὠγύγιαι. ἀρχαῖαι. ὠγύγιαι πύλαι. Ὠγυγία νῆσος.</w:t>
      </w:r>
    </w:p>
    <w:p>
      <w:r>
        <w:rPr>
          <w:rFonts w:ascii="Courier New" w:hAnsi="Courier New"/>
          <w:color w:val="555555"/>
          <w:sz w:val="20"/>
        </w:rPr>
        <w:t>[10]</w:t>
      </w:r>
    </w:p>
    <w:p>
      <w:r>
        <w:rPr>
          <w:rFonts w:ascii="Gentium Plus" w:hAnsi="Gentium Plus"/>
          <w:sz w:val="24"/>
        </w:rPr>
        <w:t>Ὤγυρις. λίμνη. Ὠγύγιον. ἀρχαῖον, παλαιόν. Ὠγύγιον βλέμμα. τὸ τοῦ Ὠγυγίου.</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Ὦιγον. σὺν τῷ ι. ἀπὸ τοῦ οἴγω, τὸ ἀνοίγω,</w:t>
      </w:r>
    </w:p>
    <w:p>
      <w:r>
        <w:rPr>
          <w:rFonts w:ascii="Courier New" w:hAnsi="Courier New"/>
          <w:color w:val="555555"/>
          <w:sz w:val="20"/>
        </w:rPr>
        <w:t>[15]</w:t>
      </w:r>
    </w:p>
    <w:p>
      <w:r>
        <w:rPr>
          <w:rFonts w:ascii="Gentium Plus" w:hAnsi="Gentium Plus"/>
          <w:sz w:val="24"/>
        </w:rPr>
        <w:t>ἐγένετο. καὶ τροπῇ τοῦ ο εἰς ω. ὥσπερ οἴχομαι, ᾠχόμην, οἰκῶ, ᾤκουν. τούτου τὸ δεύτερον πρόσ‐ ωπον ᾦγες, καὶ ᾦγε τὸ τρίτον.</w:t>
      </w:r>
    </w:p>
    <w:p>
      <w:pPr>
        <w:jc w:val="center"/>
      </w:pPr>
      <w:r>
        <w:rPr>
          <w:rFonts w:ascii="Gentium Plus" w:hAnsi="Gentium Plus"/>
          <w:b/>
          <w:sz w:val="24"/>
        </w:rPr>
        <w:t>Τὸ Ω μετὰ τοῦ Δ.</w:t>
      </w:r>
    </w:p>
    <w:p>
      <w:pPr>
        <w:jc w:val="center"/>
      </w:pPr>
      <w:r>
        <w:rPr>
          <w:rFonts w:ascii="Gentium Plus" w:hAnsi="Gentium Plus"/>
          <w:b/>
          <w:sz w:val="24"/>
        </w:rPr>
        <w:t>(Ἀρσενικόν.)</w:t>
      </w:r>
    </w:p>
    <w:p>
      <w:r>
        <w:rPr>
          <w:rFonts w:ascii="Courier New" w:hAnsi="Courier New"/>
          <w:color w:val="555555"/>
          <w:sz w:val="20"/>
        </w:rPr>
        <w:t>[20]</w:t>
      </w:r>
    </w:p>
    <w:p>
      <w:r>
        <w:rPr>
          <w:rFonts w:ascii="Gentium Plus" w:hAnsi="Gentium Plus"/>
          <w:sz w:val="24"/>
        </w:rPr>
        <w:t>Ὠιδικός. μουσικὸς, εὔλαλος. καὶ ὁ ὄρνις ἦν ᾠδι‐ κός. Ὡδοιδόκος. ὁ λῃστής· ὁ τὰς ὁδοὺς δοκῶν καὶ ἐπιτηρῶν.</w:t>
      </w:r>
    </w:p>
    <w:p>
      <w:pPr>
        <w:jc w:val="center"/>
      </w:pPr>
      <w:r>
        <w:rPr>
          <w:rFonts w:ascii="Gentium Plus" w:hAnsi="Gentium Plus"/>
          <w:b/>
          <w:sz w:val="24"/>
        </w:rPr>
        <w:t>(Θηλυκόν.)</w:t>
      </w:r>
    </w:p>
    <w:p>
      <w:r>
        <w:rPr>
          <w:rFonts w:ascii="Courier New" w:hAnsi="Courier New"/>
          <w:color w:val="555555"/>
          <w:sz w:val="20"/>
        </w:rPr>
        <w:t>[25]</w:t>
      </w:r>
    </w:p>
    <w:p>
      <w:r>
        <w:rPr>
          <w:rFonts w:ascii="Gentium Plus" w:hAnsi="Gentium Plus"/>
          <w:sz w:val="24"/>
        </w:rPr>
        <w:t>Ὠιδή. ὅσα θεωρίας ἔχεται ψιλῆς καὶ θεολογίας. ὥστε ὁ ψαλμὸς λόγος ἐστὶ μουσικὸς, ὅταν εὐ‐</w:t>
      </w:r>
    </w:p>
    <w:p>
      <w:r>
        <w:rPr>
          <w:rFonts w:ascii="Courier New" w:hAnsi="Courier New"/>
          <w:color w:val="555555"/>
          <w:sz w:val="20"/>
        </w:rPr>
        <w:t>[omega 1882]</w:t>
      </w:r>
    </w:p>
    <w:p>
      <w:r>
        <w:rPr>
          <w:rFonts w:ascii="Gentium Plus" w:hAnsi="Gentium Plus"/>
          <w:sz w:val="24"/>
        </w:rPr>
        <w:t>ὄργανον κρούηται. ἢ ᾠδή ἐστι φωνὴ ἐμμελὴς, ἀποδιδομένη ἐναρμονίως ἄνευ τῆς συνηχήσεως τοῦ ὀργάνου. Ὠδὶν καὶ ὠδίς. ὁ τόκος. ἢ ὁ καιρὸς τοῦ τοκετοῦ.</w:t>
      </w:r>
    </w:p>
    <w:p>
      <w:pPr>
        <w:jc w:val="center"/>
      </w:pPr>
      <w:r>
        <w:rPr>
          <w:rFonts w:ascii="Gentium Plus" w:hAnsi="Gentium Plus"/>
          <w:b/>
          <w:sz w:val="24"/>
        </w:rPr>
        <w:t>(Οὐδέτερον.)</w:t>
      </w:r>
    </w:p>
    <w:p>
      <w:r>
        <w:rPr>
          <w:rFonts w:ascii="Courier New" w:hAnsi="Courier New"/>
          <w:color w:val="555555"/>
          <w:sz w:val="20"/>
        </w:rPr>
        <w:t>[6]</w:t>
      </w:r>
    </w:p>
    <w:p>
      <w:r>
        <w:rPr>
          <w:rFonts w:ascii="Gentium Plus" w:hAnsi="Gentium Plus"/>
          <w:sz w:val="24"/>
        </w:rPr>
        <w:t>Ὠιδεῖον. τὸ σχολεῖον.</w:t>
      </w:r>
    </w:p>
    <w:p>
      <w:pPr>
        <w:jc w:val="center"/>
      </w:pPr>
      <w:r>
        <w:rPr>
          <w:rFonts w:ascii="Gentium Plus" w:hAnsi="Gentium Plus"/>
          <w:b/>
          <w:sz w:val="24"/>
        </w:rPr>
        <w:t>(Ῥῆμα.)</w:t>
      </w:r>
    </w:p>
    <w:p>
      <w:r>
        <w:rPr>
          <w:rFonts w:ascii="Courier New" w:hAnsi="Courier New"/>
          <w:color w:val="555555"/>
          <w:sz w:val="20"/>
        </w:rPr>
        <w:t>[8]</w:t>
      </w:r>
    </w:p>
    <w:p>
      <w:r>
        <w:rPr>
          <w:rFonts w:ascii="Gentium Plus" w:hAnsi="Gentium Plus"/>
          <w:sz w:val="24"/>
        </w:rPr>
        <w:t>Ὠιδηκυῖα. ἀπὸ τοῦ οἰδαίνω, τὸ ἐξογκῶ. Ὠδίνω. τὸ γεννῶ.</w:t>
      </w:r>
    </w:p>
    <w:p>
      <w:r>
        <w:rPr>
          <w:rFonts w:ascii="Courier New" w:hAnsi="Courier New"/>
          <w:color w:val="555555"/>
          <w:sz w:val="20"/>
        </w:rPr>
        <w:t>[10]</w:t>
      </w:r>
    </w:p>
    <w:p>
      <w:r>
        <w:rPr>
          <w:rFonts w:ascii="Gentium Plus" w:hAnsi="Gentium Plus"/>
          <w:sz w:val="24"/>
        </w:rPr>
        <w:t>Ὡδοιδόκουν. ἐλῄστευον. Ὡδοιπορηκώς. ὁδεύσας. ὁδοιπορικῶς δὲ, ἐπίῤ‐ ῥημα, μικρὸν καὶ ι. Ὠδύσσατο. ὠργίσθη. παρὰ τὴν ὀδύνην, ὅ ἐστι παρὰ τὸ ἔδω, τὸ ἐσθίω.</w:t>
      </w:r>
    </w:p>
    <w:p>
      <w:r>
        <w:rPr>
          <w:rFonts w:ascii="Courier New" w:hAnsi="Courier New"/>
          <w:color w:val="555555"/>
          <w:sz w:val="20"/>
        </w:rPr>
        <w:t>[15]</w:t>
      </w:r>
    </w:p>
    <w:p>
      <w:r>
        <w:rPr>
          <w:rFonts w:ascii="Gentium Plus" w:hAnsi="Gentium Plus"/>
          <w:sz w:val="24"/>
        </w:rPr>
        <w:t>Ὠδώδει. δυσωδίαν εἶχε. ὄδωδε δὲ μικρὸν καὶ μέγα. Ὦιδε. ἀντὶ τοῦ ἐνταῦθα. ὧδε δὲ, ἀντὶ τοῦ κα‐ τὰ τοῦτον τὸν τρόπον, δασύνεται. Ὠδί. ἀντὶ τοῦ ἐνταῦθα. καὶ ὡδὶ ἀντὶ τοῦ κατὰ</w:t>
      </w:r>
    </w:p>
    <w:p>
      <w:r>
        <w:rPr>
          <w:rFonts w:ascii="Courier New" w:hAnsi="Courier New"/>
          <w:color w:val="555555"/>
          <w:sz w:val="20"/>
        </w:rPr>
        <w:t>[20]</w:t>
      </w:r>
    </w:p>
    <w:p>
      <w:r>
        <w:rPr>
          <w:rFonts w:ascii="Gentium Plus" w:hAnsi="Gentium Plus"/>
          <w:sz w:val="24"/>
        </w:rPr>
        <w:t>τοῦτον τὸν τρόπον.</w:t>
      </w:r>
    </w:p>
    <w:p>
      <w:pPr>
        <w:jc w:val="center"/>
      </w:pPr>
      <w:r>
        <w:rPr>
          <w:rFonts w:ascii="Gentium Plus" w:hAnsi="Gentium Plus"/>
          <w:b/>
          <w:sz w:val="24"/>
        </w:rPr>
        <w:t>Τὸ Ω μετὰ τοῦ Ε.</w:t>
      </w:r>
    </w:p>
    <w:p>
      <w:pPr>
        <w:jc w:val="center"/>
      </w:pPr>
      <w:r>
        <w:rPr>
          <w:rFonts w:ascii="Gentium Plus" w:hAnsi="Gentium Plus"/>
          <w:b/>
          <w:sz w:val="24"/>
        </w:rPr>
        <w:t>(Ῥῆμα.)</w:t>
      </w:r>
    </w:p>
    <w:p>
      <w:r>
        <w:rPr>
          <w:rFonts w:ascii="Courier New" w:hAnsi="Courier New"/>
          <w:color w:val="555555"/>
          <w:sz w:val="20"/>
        </w:rPr>
        <w:t>[23]</w:t>
      </w:r>
    </w:p>
    <w:p>
      <w:r>
        <w:rPr>
          <w:rFonts w:ascii="Gentium Plus" w:hAnsi="Gentium Plus"/>
          <w:sz w:val="24"/>
        </w:rPr>
        <w:t>Ὤιετο. ὑπελάμβανεν.</w:t>
      </w:r>
    </w:p>
    <w:p>
      <w:pPr>
        <w:jc w:val="center"/>
      </w:pPr>
      <w:r>
        <w:rPr>
          <w:rFonts w:ascii="Gentium Plus" w:hAnsi="Gentium Plus"/>
          <w:b/>
          <w:sz w:val="24"/>
        </w:rPr>
        <w:t>Τὸ Ω μετὰ τοῦ Η.</w:t>
      </w:r>
    </w:p>
    <w:p>
      <w:pPr>
        <w:jc w:val="center"/>
      </w:pPr>
      <w:r>
        <w:rPr>
          <w:rFonts w:ascii="Gentium Plus" w:hAnsi="Gentium Plus"/>
          <w:b/>
          <w:sz w:val="24"/>
        </w:rPr>
        <w:t>(Ῥῆμα.)</w:t>
      </w:r>
    </w:p>
    <w:p>
      <w:r>
        <w:rPr>
          <w:rFonts w:ascii="Courier New" w:hAnsi="Courier New"/>
          <w:color w:val="555555"/>
          <w:sz w:val="20"/>
        </w:rPr>
        <w:t>[26]</w:t>
      </w:r>
    </w:p>
    <w:p>
      <w:r>
        <w:rPr>
          <w:rFonts w:ascii="Gentium Plus" w:hAnsi="Gentium Plus"/>
          <w:sz w:val="24"/>
        </w:rPr>
        <w:t>Ὠήθην. ὑπέλαβον.</w:t>
      </w:r>
    </w:p>
    <w:p>
      <w:pPr>
        <w:jc w:val="center"/>
      </w:pPr>
      <w:r>
        <w:rPr>
          <w:rFonts w:ascii="Gentium Plus" w:hAnsi="Gentium Plus"/>
          <w:b/>
          <w:sz w:val="24"/>
        </w:rPr>
        <w:t>Τὸ Ω μετὰ τοῦ Θ.</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Ὠθισμός. διωγμός. ἢ ἀγανάκτησις. ἀντωθη‐ σμὸς δὲ, ἦτα.</w:t>
      </w:r>
    </w:p>
    <w:p>
      <w:pPr>
        <w:jc w:val="center"/>
      </w:pPr>
      <w:r>
        <w:rPr>
          <w:rFonts w:ascii="Gentium Plus" w:hAnsi="Gentium Plus"/>
          <w:b/>
          <w:sz w:val="24"/>
        </w:rPr>
        <w:t>(Ῥῆμα.)</w:t>
      </w:r>
    </w:p>
    <w:p>
      <w:r>
        <w:rPr>
          <w:rFonts w:ascii="Courier New" w:hAnsi="Courier New"/>
          <w:color w:val="555555"/>
          <w:sz w:val="20"/>
        </w:rPr>
        <w:t>[6]</w:t>
      </w:r>
    </w:p>
    <w:p>
      <w:r>
        <w:rPr>
          <w:rFonts w:ascii="Gentium Plus" w:hAnsi="Gentium Plus"/>
          <w:sz w:val="24"/>
        </w:rPr>
        <w:t>Ὠθίζω. ἀγανακτῶ. ἐπὶ ἐνεστῶτος. Ὤθισμαι. Ὠθήσω. Ὤθω. τὸ ἀποδιώκω.</w:t>
      </w:r>
    </w:p>
    <w:p>
      <w:pPr>
        <w:jc w:val="center"/>
      </w:pPr>
      <w:r>
        <w:rPr>
          <w:rFonts w:ascii="Gentium Plus" w:hAnsi="Gentium Plus"/>
          <w:b/>
          <w:sz w:val="24"/>
        </w:rPr>
        <w:t>Τὸ Ω μετὰ τοῦ Ι.</w:t>
      </w:r>
    </w:p>
    <w:p>
      <w:pPr>
        <w:jc w:val="center"/>
      </w:pPr>
      <w:r>
        <w:rPr>
          <w:rFonts w:ascii="Gentium Plus" w:hAnsi="Gentium Plus"/>
          <w:b/>
          <w:sz w:val="24"/>
        </w:rPr>
        <w:t>(Ῥῆμα.)</w:t>
      </w:r>
    </w:p>
    <w:p>
      <w:r>
        <w:rPr>
          <w:rFonts w:ascii="Courier New" w:hAnsi="Courier New"/>
          <w:color w:val="555555"/>
          <w:sz w:val="20"/>
        </w:rPr>
        <w:t>[12]</w:t>
      </w:r>
    </w:p>
    <w:p>
      <w:r>
        <w:rPr>
          <w:rFonts w:ascii="Gentium Plus" w:hAnsi="Gentium Plus"/>
          <w:sz w:val="24"/>
        </w:rPr>
        <w:t>Ὤϊξεν. ἤνοιξεν. ἀπὸ τοῦ οἴγω οἴξω, ᾤξω, καὶ ἐν διαλύσει ὤϊξα. Ὠΐγνυντο. ἀνεώγνυντο. ἀπὸ τοῦ οἴγω, οἰγνῶ,</w:t>
      </w:r>
    </w:p>
    <w:p>
      <w:r>
        <w:rPr>
          <w:rFonts w:ascii="Courier New" w:hAnsi="Courier New"/>
          <w:color w:val="555555"/>
          <w:sz w:val="20"/>
        </w:rPr>
        <w:t>[15]</w:t>
      </w:r>
    </w:p>
    <w:p>
      <w:r>
        <w:rPr>
          <w:rFonts w:ascii="Gentium Plus" w:hAnsi="Gentium Plus"/>
          <w:sz w:val="24"/>
        </w:rPr>
        <w:t>οἰγνύω.</w:t>
      </w:r>
    </w:p>
    <w:p>
      <w:pPr>
        <w:jc w:val="center"/>
      </w:pPr>
      <w:r>
        <w:rPr>
          <w:rFonts w:ascii="Gentium Plus" w:hAnsi="Gentium Plus"/>
          <w:b/>
          <w:sz w:val="24"/>
        </w:rPr>
        <w:t>Τὸ Ω μετὰ τοῦ Κ.</w:t>
      </w:r>
    </w:p>
    <w:p>
      <w:pPr>
        <w:jc w:val="center"/>
      </w:pPr>
      <w:r>
        <w:rPr>
          <w:rFonts w:ascii="Gentium Plus" w:hAnsi="Gentium Plus"/>
          <w:b/>
          <w:sz w:val="24"/>
        </w:rPr>
        <w:t>(Ἀρσενικόν.)</w:t>
      </w:r>
    </w:p>
    <w:p>
      <w:r>
        <w:rPr>
          <w:rFonts w:ascii="Courier New" w:hAnsi="Courier New"/>
          <w:color w:val="555555"/>
          <w:sz w:val="20"/>
        </w:rPr>
        <w:t>[18]</w:t>
      </w:r>
    </w:p>
    <w:p>
      <w:r>
        <w:rPr>
          <w:rFonts w:ascii="Gentium Plus" w:hAnsi="Gentium Plus"/>
          <w:sz w:val="24"/>
        </w:rPr>
        <w:t>Ὠκεανός. ποταμὸς ὁ τὴν οἰκουμένην περικυ‐ κλῶν. παρὰ τὸ ὠκέως νάειν. ἢ παρὰ τὸ ὠκέως</w:t>
      </w:r>
    </w:p>
    <w:p>
      <w:r>
        <w:rPr>
          <w:rFonts w:ascii="Courier New" w:hAnsi="Courier New"/>
          <w:color w:val="555555"/>
          <w:sz w:val="20"/>
        </w:rPr>
        <w:t>[20]</w:t>
      </w:r>
    </w:p>
    <w:p>
      <w:r>
        <w:rPr>
          <w:rFonts w:ascii="Gentium Plus" w:hAnsi="Gentium Plus"/>
          <w:sz w:val="24"/>
        </w:rPr>
        <w:t>ἀνύεσθαι.</w:t>
      </w:r>
    </w:p>
    <w:p>
      <w:r>
        <w:rPr>
          <w:rFonts w:ascii="Courier New" w:hAnsi="Courier New"/>
          <w:color w:val="555555"/>
          <w:sz w:val="20"/>
        </w:rPr>
        <w:t>[omega 1884]</w:t>
      </w:r>
    </w:p>
    <w:p>
      <w:r>
        <w:rPr>
          <w:rFonts w:ascii="Gentium Plus" w:hAnsi="Gentium Plus"/>
          <w:sz w:val="24"/>
        </w:rPr>
        <w:t>Ὤκιστος. ταχύτατος. Ὠκίναρος. ποταμός. Ὠκύς. ταχύς. παρὰ τὴν ἀκὴν, ἥτις δηλοῖ τὴν ὀξύτητα, γίνεται ἀκὺς καὶ τροπῇ τοῦ α εἰς ω</w:t>
      </w:r>
    </w:p>
    <w:p>
      <w:r>
        <w:rPr>
          <w:rFonts w:ascii="Courier New" w:hAnsi="Courier New"/>
          <w:color w:val="555555"/>
          <w:sz w:val="20"/>
        </w:rPr>
        <w:t>[5]</w:t>
      </w:r>
    </w:p>
    <w:p>
      <w:r>
        <w:rPr>
          <w:rFonts w:ascii="Gentium Plus" w:hAnsi="Gentium Plus"/>
          <w:sz w:val="24"/>
        </w:rPr>
        <w:t>ὠκύς. ὡς τέκμαρ τέκμωρ, καὶ ὡς φαριαμὸς, πα‐ ρὰ τὸ φάρη, φαριαμὸς καὶ φωριαμός. τὸ δὲ ὠκὺς γίνεται παρὰ τὴν ἀκὴν, ὡς προείπομεν. ἢ παρὰ τὸ εἴκω, τὸ ὑποχωρῶ. Ὠκύαλος. ταχὺς διὰ θαλάσσης.</w:t>
      </w:r>
    </w:p>
    <w:p>
      <w:r>
        <w:rPr>
          <w:rFonts w:ascii="Courier New" w:hAnsi="Courier New"/>
          <w:color w:val="555555"/>
          <w:sz w:val="20"/>
        </w:rPr>
        <w:t>[10]</w:t>
      </w:r>
    </w:p>
    <w:p>
      <w:r>
        <w:rPr>
          <w:rFonts w:ascii="Gentium Plus" w:hAnsi="Gentium Plus"/>
          <w:sz w:val="24"/>
        </w:rPr>
        <w:t>Ὠκύμορος. ταχυθάνατος. Ὠκυπόρος. ὁ ταχέως πορῶν.</w:t>
      </w:r>
    </w:p>
    <w:p>
      <w:pPr>
        <w:jc w:val="center"/>
      </w:pPr>
      <w:r>
        <w:rPr>
          <w:rFonts w:ascii="Gentium Plus" w:hAnsi="Gentium Plus"/>
          <w:b/>
          <w:sz w:val="24"/>
        </w:rPr>
        <w:t>(Θηλυκόν.)</w:t>
      </w:r>
    </w:p>
    <w:p>
      <w:r>
        <w:rPr>
          <w:rFonts w:ascii="Courier New" w:hAnsi="Courier New"/>
          <w:color w:val="555555"/>
          <w:sz w:val="20"/>
        </w:rPr>
        <w:t>[13]</w:t>
      </w:r>
    </w:p>
    <w:p>
      <w:r>
        <w:rPr>
          <w:rFonts w:ascii="Gentium Plus" w:hAnsi="Gentium Plus"/>
          <w:sz w:val="24"/>
        </w:rPr>
        <w:t>Ὠκάς. ἡ δίωξις. καὶ ἡ ἰωκή. Ὠκαλέη. πόλις.</w:t>
      </w:r>
    </w:p>
    <w:p>
      <w:r>
        <w:rPr>
          <w:rFonts w:ascii="Courier New" w:hAnsi="Courier New"/>
          <w:color w:val="555555"/>
          <w:sz w:val="20"/>
        </w:rPr>
        <w:t>[15]</w:t>
      </w:r>
    </w:p>
    <w:p>
      <w:r>
        <w:rPr>
          <w:rFonts w:ascii="Gentium Plus" w:hAnsi="Gentium Plus"/>
          <w:sz w:val="24"/>
        </w:rPr>
        <w:t>Ὠκεανῖτις ῥοή. ἡ τοῦ ὠκεανοῦ. Ὠκεῖα. ταχυτάτη. [Ὠκύαλος ναῦς. ἡ ταχυτάτη.]</w:t>
      </w:r>
    </w:p>
    <w:p>
      <w:pPr>
        <w:jc w:val="center"/>
      </w:pPr>
      <w:r>
        <w:rPr>
          <w:rFonts w:ascii="Gentium Plus" w:hAnsi="Gentium Plus"/>
          <w:b/>
          <w:sz w:val="24"/>
        </w:rPr>
        <w:t>(Οὐδέτερον.)</w:t>
      </w:r>
    </w:p>
    <w:p>
      <w:r>
        <w:rPr>
          <w:rFonts w:ascii="Courier New" w:hAnsi="Courier New"/>
          <w:color w:val="555555"/>
          <w:sz w:val="20"/>
        </w:rPr>
        <w:t>[19]</w:t>
      </w:r>
    </w:p>
    <w:p>
      <w:r>
        <w:rPr>
          <w:rFonts w:ascii="Gentium Plus" w:hAnsi="Gentium Plus"/>
          <w:sz w:val="24"/>
        </w:rPr>
        <w:t>Ὤκιμον. τὸ βασιλικόν.</w:t>
      </w:r>
    </w:p>
    <w:p>
      <w:r>
        <w:rPr>
          <w:rFonts w:ascii="Courier New" w:hAnsi="Courier New"/>
          <w:color w:val="555555"/>
          <w:sz w:val="20"/>
        </w:rPr>
        <w:t>[20]</w:t>
      </w:r>
    </w:p>
    <w:p>
      <w:r>
        <w:rPr>
          <w:rFonts w:ascii="Gentium Plus" w:hAnsi="Gentium Plus"/>
          <w:sz w:val="24"/>
        </w:rPr>
        <w:t>Ὠκτόν. τὸ διωκτόν. Ὠκύ. τὸ ταχύ.</w:t>
      </w:r>
    </w:p>
    <w:p>
      <w:pPr>
        <w:jc w:val="center"/>
      </w:pPr>
      <w:r>
        <w:rPr>
          <w:rFonts w:ascii="Gentium Plus" w:hAnsi="Gentium Plus"/>
          <w:b/>
          <w:sz w:val="24"/>
        </w:rPr>
        <w:t>(Ῥῆμα.)</w:t>
      </w:r>
    </w:p>
    <w:p>
      <w:r>
        <w:rPr>
          <w:rFonts w:ascii="Courier New" w:hAnsi="Courier New"/>
          <w:color w:val="555555"/>
          <w:sz w:val="20"/>
        </w:rPr>
        <w:t>[23]</w:t>
      </w:r>
    </w:p>
    <w:p>
      <w:r>
        <w:rPr>
          <w:rFonts w:ascii="Gentium Plus" w:hAnsi="Gentium Plus"/>
          <w:sz w:val="24"/>
        </w:rPr>
        <w:t>Ὤικεον, ᾤκουν. ἀντὶ τοῦ κατῴκουν.</w:t>
      </w:r>
    </w:p>
    <w:p>
      <w:r>
        <w:rPr>
          <w:rFonts w:ascii="Courier New" w:hAnsi="Courier New"/>
          <w:color w:val="555555"/>
          <w:sz w:val="20"/>
        </w:rPr>
        <w:t>[omega 1885]</w:t>
      </w:r>
    </w:p>
    <w:p>
      <w:r>
        <w:rPr>
          <w:rFonts w:ascii="Gentium Plus" w:hAnsi="Gentium Plus"/>
          <w:sz w:val="24"/>
        </w:rPr>
        <w:t>Ὤκειλον, ὤκειλε. προσεπέλασεν, ἤγγισεν. Ὤικησεν. ἔμεινεν. ᾤκισεν δὲ ἕτερον, καὶ ᾤκισεν ἀντὶ τοῦ ἔκτισεν, ι. Ὤκλασεν. ἠτόνησεν.</w:t>
      </w:r>
    </w:p>
    <w:p>
      <w:r>
        <w:rPr>
          <w:rFonts w:ascii="Courier New" w:hAnsi="Courier New"/>
          <w:color w:val="555555"/>
          <w:sz w:val="20"/>
        </w:rPr>
        <w:t>[5]</w:t>
      </w:r>
    </w:p>
    <w:p>
      <w:r>
        <w:rPr>
          <w:rFonts w:ascii="Gentium Plus" w:hAnsi="Gentium Plus"/>
          <w:sz w:val="24"/>
        </w:rPr>
        <w:t>Ὠικονομήσαμεν. ὠφελήσαμεν.</w:t>
      </w:r>
    </w:p>
    <w:p>
      <w:pPr>
        <w:jc w:val="center"/>
      </w:pPr>
      <w:r>
        <w:rPr>
          <w:rFonts w:ascii="Gentium Plus" w:hAnsi="Gentium Plus"/>
          <w:b/>
          <w:sz w:val="24"/>
        </w:rPr>
        <w:t>Τὸ Ω μετὰ τοῦ Λ.</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Ὤλενος. ποταμὸς καὶ ζῶον. Ὤλλοι. ἔθνος. καὶ οἱ ἄλλοι.</w:t>
      </w:r>
    </w:p>
    <w:p>
      <w:pPr>
        <w:jc w:val="center"/>
      </w:pPr>
      <w:r>
        <w:rPr>
          <w:rFonts w:ascii="Gentium Plus" w:hAnsi="Gentium Plus"/>
          <w:b/>
          <w:sz w:val="24"/>
        </w:rPr>
        <w:t>(Θηλυκόν.)</w:t>
      </w:r>
    </w:p>
    <w:p>
      <w:r>
        <w:rPr>
          <w:rFonts w:ascii="Courier New" w:hAnsi="Courier New"/>
          <w:color w:val="555555"/>
          <w:sz w:val="20"/>
        </w:rPr>
        <w:t>[11]</w:t>
      </w:r>
    </w:p>
    <w:p>
      <w:r>
        <w:rPr>
          <w:rFonts w:ascii="Gentium Plus" w:hAnsi="Gentium Plus"/>
          <w:sz w:val="24"/>
        </w:rPr>
        <w:t>Ὠλέναι. αἱ ἀγκάλαι, ἢ πήχεις τῶν χειρῶν. ἢ αἱ χεῖρες, ἢ αἱ παλάμαι. ἀπὸ τοῦ δι’ αὐτῶν ἐλοῦσθαι τὰς πράξεις, τουτέστι πληροῦσθαι. οὕτω Σωρανός.</w:t>
      </w:r>
    </w:p>
    <w:p>
      <w:r>
        <w:rPr>
          <w:rFonts w:ascii="Courier New" w:hAnsi="Courier New"/>
          <w:color w:val="555555"/>
          <w:sz w:val="20"/>
        </w:rPr>
        <w:t>[15]</w:t>
      </w:r>
    </w:p>
    <w:p>
      <w:r>
        <w:rPr>
          <w:rFonts w:ascii="Gentium Plus" w:hAnsi="Gentium Plus"/>
          <w:sz w:val="24"/>
        </w:rPr>
        <w:t>Ὠλεσίκαρπος. ἡ ἀπώλλουσα τοὺς καρπούς. ἰτέαι τ’ ὠλεσίκαρποι. ὀλεσίοικος δὲ γυνὴ, ἡ ἀπώλλουσα τὸν οἶκον, μι‐ κρόν. Ὠλενία. πέτρα.</w:t>
      </w:r>
    </w:p>
    <w:p>
      <w:r>
        <w:rPr>
          <w:rFonts w:ascii="Courier New" w:hAnsi="Courier New"/>
          <w:color w:val="555555"/>
          <w:sz w:val="20"/>
        </w:rPr>
        <w:t>[20]</w:t>
      </w:r>
    </w:p>
    <w:p>
      <w:r>
        <w:rPr>
          <w:rFonts w:ascii="Gentium Plus" w:hAnsi="Gentium Plus"/>
          <w:sz w:val="24"/>
        </w:rPr>
        <w:t>Ὦλκα. τὴν αὔλακα. παρὰ τὸ ἕλξω, τροπῇ τοῦ ε εἰς ο καὶ ἐκτάσει τοῦ ο εἰς ω, ὦλξ. Ὠλέκρανον. ὁ ἀγκών.</w:t>
      </w:r>
    </w:p>
    <w:p>
      <w:pPr>
        <w:jc w:val="center"/>
      </w:pPr>
      <w:r>
        <w:rPr>
          <w:rFonts w:ascii="Gentium Plus" w:hAnsi="Gentium Plus"/>
          <w:b/>
          <w:sz w:val="24"/>
        </w:rPr>
        <w:t>(Ῥῆμα.)</w:t>
      </w:r>
    </w:p>
    <w:p>
      <w:r>
        <w:rPr>
          <w:rFonts w:ascii="Courier New" w:hAnsi="Courier New"/>
          <w:color w:val="555555"/>
          <w:sz w:val="20"/>
        </w:rPr>
        <w:t>[24]</w:t>
      </w:r>
    </w:p>
    <w:p>
      <w:r>
        <w:rPr>
          <w:rFonts w:ascii="Gentium Plus" w:hAnsi="Gentium Plus"/>
          <w:sz w:val="24"/>
        </w:rPr>
        <w:t>Ὤλα καὶ ὤλετο. ἀντὶ τοῦ ἀπώλετο. καὶ ὤλε‐</w:t>
      </w:r>
    </w:p>
    <w:p>
      <w:r>
        <w:rPr>
          <w:rFonts w:ascii="Courier New" w:hAnsi="Courier New"/>
          <w:color w:val="555555"/>
          <w:sz w:val="20"/>
        </w:rPr>
        <w:t>[25]</w:t>
      </w:r>
    </w:p>
    <w:p>
      <w:r>
        <w:rPr>
          <w:rFonts w:ascii="Gentium Plus" w:hAnsi="Gentium Plus"/>
          <w:sz w:val="24"/>
        </w:rPr>
        <w:t>κα καὶ ὠλέκειν.</w:t>
      </w:r>
    </w:p>
    <w:p>
      <w:r>
        <w:rPr>
          <w:rFonts w:ascii="Courier New" w:hAnsi="Courier New"/>
          <w:color w:val="555555"/>
          <w:sz w:val="20"/>
        </w:rPr>
        <w:t>[omega 1886]</w:t>
      </w:r>
    </w:p>
    <w:p>
      <w:r>
        <w:rPr>
          <w:rFonts w:ascii="Gentium Plus" w:hAnsi="Gentium Plus"/>
          <w:sz w:val="24"/>
        </w:rPr>
        <w:t>Ὤλισθεν καὶ ὠλίσθησεν. ἀντὶ τοῦ ἔπεσεν. Ὠλώλειν καὶ ὠλωλέκειν. ὄλωλα δὲ μικρὸν καὶ μέγα.</w:t>
      </w:r>
    </w:p>
    <w:p>
      <w:pPr>
        <w:jc w:val="center"/>
      </w:pPr>
      <w:r>
        <w:rPr>
          <w:rFonts w:ascii="Gentium Plus" w:hAnsi="Gentium Plus"/>
          <w:b/>
          <w:sz w:val="24"/>
        </w:rPr>
        <w:t>Τὸ Ω μετὰ τοῦ Μ.</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Ὠμηστής. ὁ ὠμὰ ἐσθίων. καὶ ὠμηστὶ, ἐπίῤ‐ ῥημα. Ὠμοβόρος. ὁ ὠμὰ ἐσθίων. Ὠμογέρων. ὁ παρ’ ἡλικίαν γηράσας. οὗ ἡ κε‐</w:t>
      </w:r>
    </w:p>
    <w:p>
      <w:r>
        <w:rPr>
          <w:rFonts w:ascii="Courier New" w:hAnsi="Courier New"/>
          <w:color w:val="555555"/>
          <w:sz w:val="20"/>
        </w:rPr>
        <w:t>[10]</w:t>
      </w:r>
    </w:p>
    <w:p>
      <w:r>
        <w:rPr>
          <w:rFonts w:ascii="Gentium Plus" w:hAnsi="Gentium Plus"/>
          <w:sz w:val="24"/>
        </w:rPr>
        <w:t>φαλὴ οὐκ ἐκπολιώθη. Ὠμός. ἀπηνὴς, σκληρός. Ὦμος. †τὰ μετάφρενα.† παρὰ τὸ ὦ, τὸ ὑπάρ‐ χω. ὁ ὑπομένων τὰ βάρη καὶ τὰ φορτία. [ἢ παρὰ τὸν οἴσω μέλλοντα, ἐφ’ οὗ φέρομεν τὰ</w:t>
      </w:r>
    </w:p>
    <w:p>
      <w:r>
        <w:rPr>
          <w:rFonts w:ascii="Courier New" w:hAnsi="Courier New"/>
          <w:color w:val="555555"/>
          <w:sz w:val="20"/>
        </w:rPr>
        <w:t>[15]</w:t>
      </w:r>
    </w:p>
    <w:p>
      <w:r>
        <w:rPr>
          <w:rFonts w:ascii="Gentium Plus" w:hAnsi="Gentium Plus"/>
          <w:sz w:val="24"/>
        </w:rPr>
        <w:t>φορτία, γέγονεν οἶμος, καὶ τροπῇ τῆς οι δι‐ φθόγγου εἰς ω μέγα ὦμος. ὡς ἐκ τοῦ ἐναντίου ἀγκὼν ἀγκώνη ἔδει λέγεσθαι, τροπῇ τοῦ ω εἰς οι ἀγκοίνη. τοιοῦτον καὶ τὸ θοίνη, ἀπὸ τοῦ θῶ, τὸ τρέφω ἢ τὸ θηλάζω.]</w:t>
      </w:r>
    </w:p>
    <w:p>
      <w:pPr>
        <w:jc w:val="center"/>
      </w:pPr>
      <w:r>
        <w:rPr>
          <w:rFonts w:ascii="Gentium Plus" w:hAnsi="Gentium Plus"/>
          <w:b/>
          <w:sz w:val="24"/>
        </w:rPr>
        <w:t>(Θηλυκόν.)</w:t>
      </w:r>
    </w:p>
    <w:p>
      <w:r>
        <w:rPr>
          <w:rFonts w:ascii="Courier New" w:hAnsi="Courier New"/>
          <w:color w:val="555555"/>
          <w:sz w:val="20"/>
        </w:rPr>
        <w:t>[20]</w:t>
      </w:r>
    </w:p>
    <w:p>
      <w:r>
        <w:rPr>
          <w:rFonts w:ascii="Gentium Plus" w:hAnsi="Gentium Plus"/>
          <w:sz w:val="24"/>
        </w:rPr>
        <w:t>Ὠμοτάτη. χαλεπωτάτη. Ὠμή. ἡ σκληρά. ὁμὴ δὲ, ἡ ὁμοία, μικρόν.</w:t>
      </w:r>
    </w:p>
    <w:p>
      <w:pPr>
        <w:jc w:val="center"/>
      </w:pPr>
      <w:r>
        <w:rPr>
          <w:rFonts w:ascii="Gentium Plus" w:hAnsi="Gentium Plus"/>
          <w:b/>
          <w:sz w:val="24"/>
        </w:rPr>
        <w:t>(Οὐδέτερον.)</w:t>
      </w:r>
    </w:p>
    <w:p>
      <w:r>
        <w:rPr>
          <w:rFonts w:ascii="Courier New" w:hAnsi="Courier New"/>
          <w:color w:val="555555"/>
          <w:sz w:val="20"/>
        </w:rPr>
        <w:t>[23]</w:t>
      </w:r>
    </w:p>
    <w:p>
      <w:r>
        <w:rPr>
          <w:rFonts w:ascii="Gentium Plus" w:hAnsi="Gentium Plus"/>
          <w:sz w:val="24"/>
        </w:rPr>
        <w:t>Ὠμόν. ἀπηνὲς, σκληρὸν, χαλεπόν. ἢ ὠμὸν τὸ</w:t>
      </w:r>
    </w:p>
    <w:p>
      <w:r>
        <w:rPr>
          <w:rFonts w:ascii="Courier New" w:hAnsi="Courier New"/>
          <w:color w:val="555555"/>
          <w:sz w:val="20"/>
        </w:rPr>
        <w:t>[omega 1887]</w:t>
      </w:r>
    </w:p>
    <w:p>
      <w:r>
        <w:rPr>
          <w:rFonts w:ascii="Gentium Plus" w:hAnsi="Gentium Plus"/>
          <w:sz w:val="24"/>
        </w:rPr>
        <w:t>ὠμὴν λέγομεν, οὔτε ἑψημένην οὔτε ὀπτημένην. παρὰ τὸ ὦ, τὸ ὑπάρχω, οἱονεὶ ἐν ταυτότητι ὑπάρχον καὶ μὴ μεταβληθέν. Ὠμοβοΐνον. ἡ βύρσα. ὠμοβόειον δὲ, δίφθογ‐</w:t>
      </w:r>
    </w:p>
    <w:p>
      <w:r>
        <w:rPr>
          <w:rFonts w:ascii="Courier New" w:hAnsi="Courier New"/>
          <w:color w:val="555555"/>
          <w:sz w:val="20"/>
        </w:rPr>
        <w:t>[5]</w:t>
      </w:r>
    </w:p>
    <w:p>
      <w:r>
        <w:rPr>
          <w:rFonts w:ascii="Gentium Plus" w:hAnsi="Gentium Plus"/>
          <w:sz w:val="24"/>
        </w:rPr>
        <w:t>γον. Ὠμόλινον. τὸ ἐπὶ τῶν ὤμων. Ὠμοφόριον. ......</w:t>
      </w:r>
    </w:p>
    <w:p>
      <w:pPr>
        <w:jc w:val="center"/>
      </w:pPr>
      <w:r>
        <w:rPr>
          <w:rFonts w:ascii="Gentium Plus" w:hAnsi="Gentium Plus"/>
          <w:b/>
          <w:sz w:val="24"/>
        </w:rPr>
        <w:t>(Ῥῆμα.)</w:t>
      </w:r>
    </w:p>
    <w:p>
      <w:r>
        <w:rPr>
          <w:rFonts w:ascii="Courier New" w:hAnsi="Courier New"/>
          <w:color w:val="555555"/>
          <w:sz w:val="20"/>
        </w:rPr>
        <w:t>[9]</w:t>
      </w:r>
    </w:p>
    <w:p>
      <w:r>
        <w:rPr>
          <w:rFonts w:ascii="Gentium Plus" w:hAnsi="Gentium Plus"/>
          <w:sz w:val="24"/>
        </w:rPr>
        <w:t>Ὡμάδευσεν. ἐσώρευσεν.</w:t>
      </w:r>
    </w:p>
    <w:p>
      <w:r>
        <w:rPr>
          <w:rFonts w:ascii="Courier New" w:hAnsi="Courier New"/>
          <w:color w:val="555555"/>
          <w:sz w:val="20"/>
        </w:rPr>
        <w:t>[10]</w:t>
      </w:r>
    </w:p>
    <w:p>
      <w:r>
        <w:rPr>
          <w:rFonts w:ascii="Gentium Plus" w:hAnsi="Gentium Plus"/>
          <w:sz w:val="24"/>
        </w:rPr>
        <w:t>Ὡμάρτησεν. ἠκολούθησεν. Ὡμήρησεν. συνέτυχε· συνήντησεν. ὅθεν καὶ ὅμηρον τὸ ἐνέχυρον, παρὰ τὸ συνεῖναι τοῖς λαμ‐ βάνουσιν. ὡμήρησε δέ μοι παρ’ ἑταίρων ἄγγελος ὠκύς.</w:t>
      </w:r>
    </w:p>
    <w:p>
      <w:r>
        <w:rPr>
          <w:rFonts w:ascii="Courier New" w:hAnsi="Courier New"/>
          <w:color w:val="555555"/>
          <w:sz w:val="20"/>
        </w:rPr>
        <w:t>[15]</w:t>
      </w:r>
    </w:p>
    <w:p>
      <w:r>
        <w:rPr>
          <w:rFonts w:ascii="Gentium Plus" w:hAnsi="Gentium Plus"/>
          <w:sz w:val="24"/>
        </w:rPr>
        <w:t>ἀπὸ μεταφορᾶς τῶν ὁμοῦ ἐρεσσόντων. ἢ ἀπὸ τοῦ ἅμα ἀρηρέναι. Ὤιμην. ὑπέλαβον. Ὤμνυ. ὤμνυεν. Ὠμοτόκησεν. ἐδυστόκησεν. ἢ παρὰ τὸν και‐</w:t>
      </w:r>
    </w:p>
    <w:p>
      <w:r>
        <w:rPr>
          <w:rFonts w:ascii="Courier New" w:hAnsi="Courier New"/>
          <w:color w:val="555555"/>
          <w:sz w:val="20"/>
        </w:rPr>
        <w:t>[20]</w:t>
      </w:r>
    </w:p>
    <w:p>
      <w:r>
        <w:rPr>
          <w:rFonts w:ascii="Gentium Plus" w:hAnsi="Gentium Plus"/>
          <w:sz w:val="24"/>
        </w:rPr>
        <w:t>ρὸν τὸ βρέφος προήγαγεν. Ὡμορηκυῖα. γειτονοῦσα. Ὡμοφρονηκώς. ὁ τὰ ὅμοια φρονήσας. Ὠμωμώκει. ἀντὶ τοῦ ὤμοσεν. ὀμώμοκε δὲ, μι‐ κρὸν, [μέγα καὶ μικρόν.] ὠμόμοστο δὲ μέγα καὶ</w:t>
      </w:r>
    </w:p>
    <w:p>
      <w:r>
        <w:rPr>
          <w:rFonts w:ascii="Courier New" w:hAnsi="Courier New"/>
          <w:color w:val="555555"/>
          <w:sz w:val="20"/>
        </w:rPr>
        <w:t>[25]</w:t>
      </w:r>
    </w:p>
    <w:p>
      <w:r>
        <w:rPr>
          <w:rFonts w:ascii="Gentium Plus" w:hAnsi="Gentium Plus"/>
          <w:sz w:val="24"/>
        </w:rPr>
        <w:t>μικρά. Ὤιμοξεν. ἐστέναξεν. Ὠμισάμενος. ἐπὶ τῶν ὤμων λαβών.</w:t>
      </w:r>
    </w:p>
    <w:p>
      <w:pPr>
        <w:jc w:val="center"/>
      </w:pPr>
      <w:r>
        <w:rPr>
          <w:rFonts w:ascii="Gentium Plus" w:hAnsi="Gentium Plus"/>
          <w:b/>
          <w:sz w:val="24"/>
        </w:rPr>
        <w:t>(Ἐπίῤῥημα.)</w:t>
      </w:r>
    </w:p>
    <w:p>
      <w:r>
        <w:rPr>
          <w:rFonts w:ascii="Courier New" w:hAnsi="Courier New"/>
          <w:color w:val="555555"/>
          <w:sz w:val="20"/>
        </w:rPr>
        <w:t>[29]</w:t>
      </w:r>
    </w:p>
    <w:p>
      <w:r>
        <w:rPr>
          <w:rFonts w:ascii="Gentium Plus" w:hAnsi="Gentium Plus"/>
          <w:sz w:val="24"/>
        </w:rPr>
        <w:t>Ὠμαδόν. ἐπὶ τῶν ὤμων.</w:t>
      </w:r>
    </w:p>
    <w:p>
      <w:r>
        <w:rPr>
          <w:rFonts w:ascii="Courier New" w:hAnsi="Courier New"/>
          <w:color w:val="555555"/>
          <w:sz w:val="20"/>
        </w:rPr>
        <w:t>[omega 1888]</w:t>
      </w:r>
    </w:p>
    <w:p>
      <w:r>
        <w:rPr>
          <w:rFonts w:ascii="Gentium Plus" w:hAnsi="Gentium Plus"/>
          <w:sz w:val="24"/>
        </w:rPr>
        <w:t>Ὤμοι. φεῦ μοι. Ὠμῶς. σκληρῶς, ἀπηνῶς, χαλεπῶς. ὁμῶς δὲ, ἀντὶ τοῦ ὁμοίως, μικρόν.</w:t>
      </w:r>
    </w:p>
    <w:p>
      <w:pPr>
        <w:jc w:val="center"/>
      </w:pPr>
      <w:r>
        <w:rPr>
          <w:rFonts w:ascii="Gentium Plus" w:hAnsi="Gentium Plus"/>
          <w:b/>
          <w:sz w:val="24"/>
        </w:rPr>
        <w:t>Τὸ Ω μετὰ τοῦ Ν.</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Ὤναρος. κύριον. Ὠνητός. ἀγοραστός. Ὥνθρωπος. ὁ ἄνθρωπος. Ὠνθυλευμένος. ὁ κοπρίας γέμων. μικρὸν ἐγὼ</w:t>
      </w:r>
    </w:p>
    <w:p>
      <w:r>
        <w:rPr>
          <w:rFonts w:ascii="Courier New" w:hAnsi="Courier New"/>
          <w:color w:val="555555"/>
          <w:sz w:val="20"/>
        </w:rPr>
        <w:t>[10]</w:t>
      </w:r>
    </w:p>
    <w:p>
      <w:r>
        <w:rPr>
          <w:rFonts w:ascii="Gentium Plus" w:hAnsi="Gentium Plus"/>
          <w:sz w:val="24"/>
        </w:rPr>
        <w:t>γράφω τὸ ὀνθυλευόμενος.</w:t>
      </w:r>
    </w:p>
    <w:p>
      <w:pPr>
        <w:jc w:val="center"/>
      </w:pPr>
      <w:r>
        <w:rPr>
          <w:rFonts w:ascii="Gentium Plus" w:hAnsi="Gentium Plus"/>
          <w:b/>
          <w:sz w:val="24"/>
        </w:rPr>
        <w:t>(Θηλυκόν.)</w:t>
      </w:r>
    </w:p>
    <w:p>
      <w:r>
        <w:rPr>
          <w:rFonts w:ascii="Courier New" w:hAnsi="Courier New"/>
          <w:color w:val="555555"/>
          <w:sz w:val="20"/>
        </w:rPr>
        <w:t>[12]</w:t>
      </w:r>
    </w:p>
    <w:p>
      <w:r>
        <w:rPr>
          <w:rFonts w:ascii="Gentium Plus" w:hAnsi="Gentium Plus"/>
          <w:sz w:val="24"/>
        </w:rPr>
        <w:t>Ὠνή. ἡ ἀγορασία. καὶ ὦνος ἡ ἀγορασία καὶ ἡ τιμή.</w:t>
      </w:r>
    </w:p>
    <w:p>
      <w:pPr>
        <w:jc w:val="center"/>
      </w:pPr>
      <w:r>
        <w:rPr>
          <w:rFonts w:ascii="Gentium Plus" w:hAnsi="Gentium Plus"/>
          <w:b/>
          <w:sz w:val="24"/>
        </w:rPr>
        <w:t>(Οὐδέτερον.)</w:t>
      </w:r>
    </w:p>
    <w:p>
      <w:r>
        <w:rPr>
          <w:rFonts w:ascii="Courier New" w:hAnsi="Courier New"/>
          <w:color w:val="555555"/>
          <w:sz w:val="20"/>
        </w:rPr>
        <w:t>[15]</w:t>
      </w:r>
    </w:p>
    <w:p>
      <w:r>
        <w:rPr>
          <w:rFonts w:ascii="Gentium Plus" w:hAnsi="Gentium Plus"/>
          <w:sz w:val="24"/>
        </w:rPr>
        <w:t>Ὤνια. τὰ εἰς ἀγορὰν προτιθέμενα καὶ πιπρασκό‐ μενα.</w:t>
      </w:r>
    </w:p>
    <w:p>
      <w:pPr>
        <w:jc w:val="center"/>
      </w:pPr>
      <w:r>
        <w:rPr>
          <w:rFonts w:ascii="Gentium Plus" w:hAnsi="Gentium Plus"/>
          <w:b/>
          <w:sz w:val="24"/>
        </w:rPr>
        <w:t>(Ῥῆμα.)</w:t>
      </w:r>
    </w:p>
    <w:p>
      <w:r>
        <w:rPr>
          <w:rFonts w:ascii="Courier New" w:hAnsi="Courier New"/>
          <w:color w:val="555555"/>
          <w:sz w:val="20"/>
        </w:rPr>
        <w:t>[18]</w:t>
      </w:r>
    </w:p>
    <w:p>
      <w:r>
        <w:rPr>
          <w:rFonts w:ascii="Gentium Plus" w:hAnsi="Gentium Plus"/>
          <w:sz w:val="24"/>
        </w:rPr>
        <w:t>Ὠνεῖτο. ὠφελεῖτο. καὶ ἀντὶ τοῦ ἠγόραζεν. Ὠνῆσαι. ἀγοράσαι.</w:t>
      </w:r>
    </w:p>
    <w:p>
      <w:r>
        <w:rPr>
          <w:rFonts w:ascii="Courier New" w:hAnsi="Courier New"/>
          <w:color w:val="555555"/>
          <w:sz w:val="20"/>
        </w:rPr>
        <w:t>[20]</w:t>
      </w:r>
    </w:p>
    <w:p>
      <w:r>
        <w:rPr>
          <w:rFonts w:ascii="Gentium Plus" w:hAnsi="Gentium Plus"/>
          <w:sz w:val="24"/>
        </w:rPr>
        <w:t>Ὠνοσάμην. ἐμεμψάμην. Ὠινοχόει. ἐκίρνα. Ὠνομασμένος. ὀνομαζόμενος δὲ, μικρόν. Ὤν. ἀντὶ τοῦ ὑπάρχων.</w:t>
      </w:r>
    </w:p>
    <w:p>
      <w:pPr>
        <w:jc w:val="center"/>
      </w:pPr>
      <w:r>
        <w:rPr>
          <w:rFonts w:ascii="Gentium Plus" w:hAnsi="Gentium Plus"/>
          <w:b/>
          <w:sz w:val="24"/>
        </w:rPr>
        <w:t>Τὸ Ω μετὰ τοῦ Ξ.</w:t>
      </w:r>
    </w:p>
    <w:p>
      <w:r>
        <w:rPr>
          <w:rFonts w:ascii="Courier New" w:hAnsi="Courier New"/>
          <w:color w:val="555555"/>
          <w:sz w:val="20"/>
        </w:rPr>
        <w:t>[25]</w:t>
      </w:r>
    </w:p>
    <w:p>
      <w:r>
        <w:rPr>
          <w:rFonts w:ascii="Gentium Plus" w:hAnsi="Gentium Plus"/>
          <w:sz w:val="24"/>
        </w:rPr>
        <w:t>Ὦξος. ὄνομα ποταμοῦ.</w:t>
      </w:r>
    </w:p>
    <w:p>
      <w:pPr>
        <w:jc w:val="center"/>
      </w:pPr>
      <w:r>
        <w:rPr>
          <w:rFonts w:ascii="Gentium Plus" w:hAnsi="Gentium Plus"/>
          <w:b/>
          <w:sz w:val="24"/>
        </w:rPr>
        <w:t>Τὸ Ω μετὰ τοῦ Ο.</w:t>
      </w:r>
    </w:p>
    <w:p>
      <w:r>
        <w:rPr>
          <w:rFonts w:ascii="Courier New" w:hAnsi="Courier New"/>
          <w:color w:val="555555"/>
          <w:sz w:val="20"/>
        </w:rPr>
        <w:t>[2]</w:t>
      </w:r>
    </w:p>
    <w:p>
      <w:r>
        <w:rPr>
          <w:rFonts w:ascii="Gentium Plus" w:hAnsi="Gentium Plus"/>
          <w:sz w:val="24"/>
        </w:rPr>
        <w:t>Ὠοκάταξις. κύριον. Ὤιοντο. ἐνόμιζον· ὑπελάμβανον. Ὠιόμην. ὑπώπτευον. [ὑπελάμβανον.]</w:t>
      </w:r>
    </w:p>
    <w:p>
      <w:r>
        <w:rPr>
          <w:rFonts w:ascii="Courier New" w:hAnsi="Courier New"/>
          <w:color w:val="555555"/>
          <w:sz w:val="20"/>
        </w:rPr>
        <w:t>[5]</w:t>
      </w:r>
    </w:p>
    <w:p>
      <w:r>
        <w:rPr>
          <w:rFonts w:ascii="Gentium Plus" w:hAnsi="Gentium Plus"/>
          <w:sz w:val="24"/>
        </w:rPr>
        <w:t>Ὠοτοκῶ. ......</w:t>
      </w:r>
    </w:p>
    <w:p>
      <w:pPr>
        <w:jc w:val="center"/>
      </w:pPr>
      <w:r>
        <w:rPr>
          <w:rFonts w:ascii="Gentium Plus" w:hAnsi="Gentium Plus"/>
          <w:b/>
          <w:sz w:val="24"/>
        </w:rPr>
        <w:t>Τὸ Ω μετὰ τοῦ Π.</w:t>
      </w:r>
    </w:p>
    <w:p>
      <w:pPr>
        <w:jc w:val="center"/>
      </w:pPr>
      <w:r>
        <w:rPr>
          <w:rFonts w:ascii="Gentium Plus" w:hAnsi="Gentium Plus"/>
          <w:b/>
          <w:sz w:val="24"/>
        </w:rPr>
        <w:t>(Ἀρσενικόν.)</w:t>
      </w:r>
    </w:p>
    <w:p>
      <w:r>
        <w:rPr>
          <w:rFonts w:ascii="Courier New" w:hAnsi="Courier New"/>
          <w:color w:val="555555"/>
          <w:sz w:val="20"/>
        </w:rPr>
        <w:t>[8]</w:t>
      </w:r>
    </w:p>
    <w:p>
      <w:r>
        <w:rPr>
          <w:rFonts w:ascii="Gentium Plus" w:hAnsi="Gentium Plus"/>
          <w:sz w:val="24"/>
        </w:rPr>
        <w:t>Ὦπες. οἱ ὀφθαλμοί. οἷον ὀπαὶ τινὲς οὖσαι τῆς ψυχῆς. δι’ ὧν τὸ κατάστημα αὐτῆς θεωρεῖται.</w:t>
      </w:r>
    </w:p>
    <w:p>
      <w:r>
        <w:rPr>
          <w:rFonts w:ascii="Courier New" w:hAnsi="Courier New"/>
          <w:color w:val="555555"/>
          <w:sz w:val="20"/>
        </w:rPr>
        <w:t>[10]</w:t>
      </w:r>
    </w:p>
    <w:p>
      <w:r>
        <w:rPr>
          <w:rFonts w:ascii="Gentium Plus" w:hAnsi="Gentium Plus"/>
          <w:sz w:val="24"/>
        </w:rPr>
        <w:t>λέγεται δὲ καὶ ὑπώπια τὰ ὑπὸ τοὺς ὀφθαλμοὺς πελιδνώματα. ὡς δέ τινες, ὅτι ὀπῇ καὶ τρυπή‐ ματι ἐοίκασιν. ὅθεν καὶ ὀπήτιον, τὸ ποιοῦν ὀπήν. Ὠιπόλος. ὁ αἰπόλος.</w:t>
      </w:r>
    </w:p>
    <w:p>
      <w:r>
        <w:rPr>
          <w:rFonts w:ascii="Courier New" w:hAnsi="Courier New"/>
          <w:color w:val="555555"/>
          <w:sz w:val="20"/>
        </w:rPr>
        <w:t>[15]</w:t>
      </w:r>
    </w:p>
    <w:p>
      <w:r>
        <w:rPr>
          <w:rFonts w:ascii="Gentium Plus" w:hAnsi="Gentium Plus"/>
          <w:sz w:val="24"/>
        </w:rPr>
        <w:t>Ὦπις. πόλις καὶ γῆ. Ὤπασε. παρέσχεν, ἔδωκεν, ἐχαρίσατο. Ὤπαζε. κατόπιν ἐδίωκεν. Ὡπλίσατο. παρεσκευάσθη. Ὦπται. τεθέαται.</w:t>
      </w:r>
    </w:p>
    <w:p>
      <w:r>
        <w:rPr>
          <w:rFonts w:ascii="Courier New" w:hAnsi="Courier New"/>
          <w:color w:val="555555"/>
          <w:sz w:val="20"/>
        </w:rPr>
        <w:t>[20]</w:t>
      </w:r>
    </w:p>
    <w:p>
      <w:r>
        <w:rPr>
          <w:rFonts w:ascii="Gentium Plus" w:hAnsi="Gentium Plus"/>
          <w:sz w:val="24"/>
        </w:rPr>
        <w:t>Ὠπτῆσθαι. ὀπτηθῆναι δὲ, μικρόν. Ὤπυεν. ὡμίλει ἐν συνουσίᾳ. ἀπὸ τῆς ὀπός. ἢ παρὰ τὸ ἕπεσθαι ἀνδρί. καὶ γὰρ δάμαρ παρὰ τὸ δαμάζεσθαι καὶ ὑπεζεῦχθαι ἀνδρί. ἢ τροπῇ τοῦ π εἰς μ, ὤμυεν, ἀπὸ τοῦ ὁμοῦ ἰέναι.</w:t>
      </w:r>
    </w:p>
    <w:p>
      <w:r>
        <w:rPr>
          <w:rFonts w:ascii="Courier New" w:hAnsi="Courier New"/>
          <w:color w:val="555555"/>
          <w:sz w:val="20"/>
        </w:rPr>
        <w:t>[25]</w:t>
      </w:r>
    </w:p>
    <w:p>
      <w:r>
        <w:rPr>
          <w:rFonts w:ascii="Gentium Plus" w:hAnsi="Gentium Plus"/>
          <w:sz w:val="24"/>
        </w:rPr>
        <w:t>Ὠπώπει. εἶδεν. ὄπωπα δὲ, μικρὸν καὶ μέγα.</w:t>
      </w:r>
    </w:p>
    <w:p>
      <w:pPr>
        <w:jc w:val="center"/>
      </w:pPr>
      <w:r>
        <w:rPr>
          <w:rFonts w:ascii="Gentium Plus" w:hAnsi="Gentium Plus"/>
          <w:b/>
          <w:sz w:val="24"/>
        </w:rPr>
        <w:t>Τὸ Ω μετὰ τοῦ Ρ.</w:t>
      </w:r>
    </w:p>
    <w:p>
      <w:pPr>
        <w:jc w:val="center"/>
      </w:pPr>
      <w:r>
        <w:rPr>
          <w:rFonts w:ascii="Gentium Plus" w:hAnsi="Gentium Plus"/>
          <w:b/>
          <w:sz w:val="24"/>
        </w:rPr>
        <w:t>(Ἀρσενικόν.)</w:t>
      </w:r>
    </w:p>
    <w:p>
      <w:r>
        <w:rPr>
          <w:rFonts w:ascii="Courier New" w:hAnsi="Courier New"/>
          <w:color w:val="555555"/>
          <w:sz w:val="20"/>
        </w:rPr>
        <w:t>[3]</w:t>
      </w:r>
    </w:p>
    <w:p>
      <w:r>
        <w:rPr>
          <w:rFonts w:ascii="Gentium Plus" w:hAnsi="Gentium Plus"/>
          <w:sz w:val="24"/>
        </w:rPr>
        <w:t>Ὤρ· Ὠρασμάδης· Ὡράτιος· Ὠρήβ· Ὠρι‐ γένης· Ὠρικίων. ὀνόματα κύρια.</w:t>
      </w:r>
    </w:p>
    <w:p>
      <w:r>
        <w:rPr>
          <w:rFonts w:ascii="Courier New" w:hAnsi="Courier New"/>
          <w:color w:val="555555"/>
          <w:sz w:val="20"/>
        </w:rPr>
        <w:t>[5]</w:t>
      </w:r>
    </w:p>
    <w:p>
      <w:r>
        <w:rPr>
          <w:rFonts w:ascii="Gentium Plus" w:hAnsi="Gentium Plus"/>
          <w:sz w:val="24"/>
        </w:rPr>
        <w:t>Ὠρεός. τόπος καὶ πόλις. Ὠρεῖται. ἐθνικόν. Ὡρειάρειος. ....... Ὤριστος. ὁ ἄριστος. βοιωτικῶς ἐτράπη τὸ α εἰς ω. Ὅμηρος·</w:t>
      </w:r>
    </w:p>
    <w:p>
      <w:r>
        <w:rPr>
          <w:rFonts w:ascii="Courier New" w:hAnsi="Courier New"/>
          <w:color w:val="555555"/>
          <w:sz w:val="20"/>
        </w:rPr>
        <w:t>[10]</w:t>
      </w:r>
    </w:p>
    <w:p>
      <w:r>
        <w:rPr>
          <w:rFonts w:ascii="Gentium Plus" w:hAnsi="Gentium Plus"/>
          <w:sz w:val="24"/>
        </w:rPr>
        <w:t>οἴχετ’ ἀνὴρ ὤριστος—. Ὠρόψιος. κύριον. Ὡροσκόπος. ὁ σκοπεύων τὴν ὥραν. Ὧρος. ὁ καιρὸς, ἢ ὁ ἐνιαυτός. οἷον· ἐννέωρος βασίλευε.</w:t>
      </w:r>
    </w:p>
    <w:p>
      <w:r>
        <w:rPr>
          <w:rFonts w:ascii="Courier New" w:hAnsi="Courier New"/>
          <w:color w:val="555555"/>
          <w:sz w:val="20"/>
        </w:rPr>
        <w:t>[15]</w:t>
      </w:r>
    </w:p>
    <w:p>
      <w:r>
        <w:rPr>
          <w:rFonts w:ascii="Gentium Plus" w:hAnsi="Gentium Plus"/>
          <w:sz w:val="24"/>
        </w:rPr>
        <w:t>παρὰ τὰς ὥρας, ὅ ἐστι τὰς τροπὰς, ἃς περιέ‐ χει. τὸ δὲ ὥρα παρὰ τὸ ὡρεῖν, ἡ φυλάττουσα τεταγμένον τὸν ἴδιον καιρόν. ἢ παρὰ τὸ ὁρί‐ ζειν, ὅρα καὶ ὥρα ἐκτάσει τοῦ ο εἰς ω. καὶ Ὧραι αἱ πυλωροί. παρὰ τὸ ὡρεῖν καὶ φυλάσ‐</w:t>
      </w:r>
    </w:p>
    <w:p>
      <w:r>
        <w:rPr>
          <w:rFonts w:ascii="Courier New" w:hAnsi="Courier New"/>
          <w:color w:val="555555"/>
          <w:sz w:val="20"/>
        </w:rPr>
        <w:t>[20]</w:t>
      </w:r>
    </w:p>
    <w:p>
      <w:r>
        <w:rPr>
          <w:rFonts w:ascii="Gentium Plus" w:hAnsi="Gentium Plus"/>
          <w:sz w:val="24"/>
        </w:rPr>
        <w:t>σειν. Ὡραῖος. ὁ εὔμορφος. καὶ ὡραῖος ὁ ἀκμαῖος.</w:t>
      </w:r>
    </w:p>
    <w:p>
      <w:pPr>
        <w:jc w:val="center"/>
      </w:pPr>
      <w:r>
        <w:rPr>
          <w:rFonts w:ascii="Gentium Plus" w:hAnsi="Gentium Plus"/>
          <w:b/>
          <w:sz w:val="24"/>
        </w:rPr>
        <w:t>(Θηλυκόν.)</w:t>
      </w:r>
    </w:p>
    <w:p>
      <w:r>
        <w:rPr>
          <w:rFonts w:ascii="Courier New" w:hAnsi="Courier New"/>
          <w:color w:val="555555"/>
          <w:sz w:val="20"/>
        </w:rPr>
        <w:t>[23]</w:t>
      </w:r>
    </w:p>
    <w:p>
      <w:r>
        <w:rPr>
          <w:rFonts w:ascii="Gentium Plus" w:hAnsi="Gentium Plus"/>
          <w:sz w:val="24"/>
        </w:rPr>
        <w:t>Ὥρα. ἡ εὐμορφία, τὸ κάλλος. ἡ τροπή. ἡ</w:t>
      </w:r>
    </w:p>
    <w:p>
      <w:r>
        <w:rPr>
          <w:rFonts w:ascii="Courier New" w:hAnsi="Courier New"/>
          <w:color w:val="555555"/>
          <w:sz w:val="20"/>
        </w:rPr>
        <w:t>[omega 1891]</w:t>
      </w:r>
    </w:p>
    <w:p>
      <w:r>
        <w:rPr>
          <w:rFonts w:ascii="Gentium Plus" w:hAnsi="Gentium Plus"/>
          <w:sz w:val="24"/>
        </w:rPr>
        <w:t>φαίνουσα κατανόησις. ἢ καρπῶν διαφόρων συνδρομή. Ὤρεσι. γυναιξί. παρὰ τὸ ὁμοῦ ἀρηρέναι καὶ συνηρμόσθαι ἀνδρί. ὅθεν καὶ ξυνωρίς. παρὰ</w:t>
      </w:r>
    </w:p>
    <w:p>
      <w:r>
        <w:rPr>
          <w:rFonts w:ascii="Courier New" w:hAnsi="Courier New"/>
          <w:color w:val="555555"/>
          <w:sz w:val="20"/>
        </w:rPr>
        <w:t>[5]</w:t>
      </w:r>
    </w:p>
    <w:p>
      <w:r>
        <w:rPr>
          <w:rFonts w:ascii="Gentium Plus" w:hAnsi="Gentium Plus"/>
          <w:sz w:val="24"/>
        </w:rPr>
        <w:t>τὸ ξυνηρμόσθαι γίνεται ὄαρος, ἡ εὐθεῖα τῶν πληθυντικῶν ὄαροι, καὶ κατὰ μεταπλασμὸν ὄα‐ ρες, καὶ κατὰ συναίρεσιν ὦρες. [ὁ δὲ Μιλήσιος Ὦρος λέγει, ὅτι παρὰ τὸ ὁμοῦ ἀρηρέναι ὄαρ, καὶ καθ’ ὑπερβιβασμὸν ἄορ, καὶ κατὰ συναλοι‐</w:t>
      </w:r>
    </w:p>
    <w:p>
      <w:r>
        <w:rPr>
          <w:rFonts w:ascii="Courier New" w:hAnsi="Courier New"/>
          <w:color w:val="555555"/>
          <w:sz w:val="20"/>
        </w:rPr>
        <w:t>[10]</w:t>
      </w:r>
    </w:p>
    <w:p>
      <w:r>
        <w:rPr>
          <w:rFonts w:ascii="Gentium Plus" w:hAnsi="Gentium Plus"/>
          <w:sz w:val="24"/>
        </w:rPr>
        <w:t>φὴν ὦρ.] Ὠρείθυια. θεά. †Ὡρικημείραξ. ἡ εὔμορφος.† Ὠρικία. χώρα. Ὡρογραφίαι. αἱ κατ’ ἐνιαυτὸν ἀναγραφαὶ γι‐</w:t>
      </w:r>
    </w:p>
    <w:p>
      <w:r>
        <w:rPr>
          <w:rFonts w:ascii="Courier New" w:hAnsi="Courier New"/>
          <w:color w:val="555555"/>
          <w:sz w:val="20"/>
        </w:rPr>
        <w:t>[15]</w:t>
      </w:r>
    </w:p>
    <w:p>
      <w:r>
        <w:rPr>
          <w:rFonts w:ascii="Gentium Plus" w:hAnsi="Gentium Plus"/>
          <w:sz w:val="24"/>
        </w:rPr>
        <w:t>νόμεναι τῶν ἐν ταῖς πόλεσιν. ὧρος γὰρ ὁ ἐνι‐ αυτός. Ὠρωπία χώρα. καὶ Ὠροπὸς, πόλις. καὶ</w:t>
      </w:r>
    </w:p>
    <w:p>
      <w:pPr>
        <w:jc w:val="center"/>
      </w:pPr>
      <w:r>
        <w:rPr>
          <w:rFonts w:ascii="Gentium Plus" w:hAnsi="Gentium Plus"/>
          <w:b/>
          <w:sz w:val="24"/>
        </w:rPr>
        <w:t>(Οὐδέτερον.)</w:t>
      </w:r>
    </w:p>
    <w:p>
      <w:r>
        <w:rPr>
          <w:rFonts w:ascii="Courier New" w:hAnsi="Courier New"/>
          <w:color w:val="555555"/>
          <w:sz w:val="20"/>
        </w:rPr>
        <w:t>[2]</w:t>
      </w:r>
    </w:p>
    <w:p>
      <w:r>
        <w:rPr>
          <w:rFonts w:ascii="Gentium Plus" w:hAnsi="Gentium Plus"/>
          <w:sz w:val="24"/>
        </w:rPr>
        <w:t>Ὡραῖον. εὔμορφον. ἰστέον, ὅτι ὡραῖον καὶ κάλ‐ λος διαφέρει, ὅτι τὸ μὲν ὡραῖον λέγεται τὸ συμπεπληρωμένον εἰς τὸν ἐπιτήδειον καιρὸν</w:t>
      </w:r>
    </w:p>
    <w:p>
      <w:r>
        <w:rPr>
          <w:rFonts w:ascii="Courier New" w:hAnsi="Courier New"/>
          <w:color w:val="555555"/>
          <w:sz w:val="20"/>
        </w:rPr>
        <w:t>[5]</w:t>
      </w:r>
    </w:p>
    <w:p>
      <w:r>
        <w:rPr>
          <w:rFonts w:ascii="Gentium Plus" w:hAnsi="Gentium Plus"/>
          <w:sz w:val="24"/>
        </w:rPr>
        <w:t>πρὸς τὴν οἰκείαν ἀκμήν· καὶ ὡραῖος ὁ σῖτος ὁ ὥριμος ἤδη πρὸς θερισμόν· καὶ ὡραῖος ὁ καρ‐ πὸς τῆς ἀμπέλου, ὁ τὴν οἰκείαν πέψιν εἰς τε‐ λείωσιν ἑαυτοῦ διὰ τῆς τοῦ ἔτους ὥρας ἀπολαύων, καὶ ἐπιτήδειος εἰς ἀπόλαυσιν γεγονώς· κάλλος</w:t>
      </w:r>
    </w:p>
    <w:p>
      <w:r>
        <w:rPr>
          <w:rFonts w:ascii="Courier New" w:hAnsi="Courier New"/>
          <w:color w:val="555555"/>
          <w:sz w:val="20"/>
        </w:rPr>
        <w:t>[10]</w:t>
      </w:r>
    </w:p>
    <w:p>
      <w:r>
        <w:rPr>
          <w:rFonts w:ascii="Gentium Plus" w:hAnsi="Gentium Plus"/>
          <w:sz w:val="24"/>
        </w:rPr>
        <w:t>δὲ, τὸ ἐν τῇ θέσει τῶν μελῶν εὐάρμοστον, καὶ ἐπανθοῦσαν αὐτῷ τὴν χάριν ἔχον. Ὡρολογεῖον. λέγειν γὰρ τὸ μετρεῖν.</w:t>
      </w:r>
    </w:p>
    <w:p>
      <w:pPr>
        <w:jc w:val="center"/>
      </w:pPr>
      <w:r>
        <w:rPr>
          <w:rFonts w:ascii="Gentium Plus" w:hAnsi="Gentium Plus"/>
          <w:b/>
          <w:sz w:val="24"/>
        </w:rPr>
        <w:t>(Ῥῆμα.)</w:t>
      </w:r>
    </w:p>
    <w:p>
      <w:r>
        <w:rPr>
          <w:rFonts w:ascii="Courier New" w:hAnsi="Courier New"/>
          <w:color w:val="555555"/>
          <w:sz w:val="20"/>
        </w:rPr>
        <w:t>[14]</w:t>
      </w:r>
    </w:p>
    <w:p>
      <w:r>
        <w:rPr>
          <w:rFonts w:ascii="Gentium Plus" w:hAnsi="Gentium Plus"/>
          <w:sz w:val="24"/>
        </w:rPr>
        <w:t>Ὡρακίσας. ἐκκαυθείς. δειλιάσας. καὶ ὡρακί‐</w:t>
      </w:r>
    </w:p>
    <w:p>
      <w:r>
        <w:rPr>
          <w:rFonts w:ascii="Courier New" w:hAnsi="Courier New"/>
          <w:color w:val="555555"/>
          <w:sz w:val="20"/>
        </w:rPr>
        <w:t>[15]</w:t>
      </w:r>
    </w:p>
    <w:p>
      <w:r>
        <w:rPr>
          <w:rFonts w:ascii="Gentium Plus" w:hAnsi="Gentium Plus"/>
          <w:sz w:val="24"/>
        </w:rPr>
        <w:t>ζειν παρὰ τὸ αἰκίζεσθαι τὴν ὥραν, τουτέστι τὴν μορφὴν, ἀπὸ τοῦ ὠχριᾷν δηλονότι καὶ ἀπο‐</w:t>
      </w:r>
    </w:p>
    <w:p>
      <w:r>
        <w:rPr>
          <w:rFonts w:ascii="Courier New" w:hAnsi="Courier New"/>
          <w:color w:val="555555"/>
          <w:sz w:val="20"/>
        </w:rPr>
        <w:t>[omega 1893]</w:t>
      </w:r>
    </w:p>
    <w:p>
      <w:r>
        <w:rPr>
          <w:rFonts w:ascii="Gentium Plus" w:hAnsi="Gentium Plus"/>
          <w:sz w:val="24"/>
        </w:rPr>
        <w:t>Ὠρεχθήτην. ἐξετείνοντο. Ὡρισμένον. τὸ οἱονεὶ περιωρισμένον, καὶ μὴ εἰς πολλὰ ἐκτεινόμενον. οἷον λευκὸν χρῶμα, τρεῖς ἄνδρες ἢ τέσσαρες.</w:t>
      </w:r>
    </w:p>
    <w:p>
      <w:r>
        <w:rPr>
          <w:rFonts w:ascii="Courier New" w:hAnsi="Courier New"/>
          <w:color w:val="555555"/>
          <w:sz w:val="20"/>
        </w:rPr>
        <w:t>[5]</w:t>
      </w:r>
    </w:p>
    <w:p>
      <w:r>
        <w:rPr>
          <w:rFonts w:ascii="Gentium Plus" w:hAnsi="Gentium Plus"/>
          <w:sz w:val="24"/>
        </w:rPr>
        <w:t>Ὤρινε. διήγειρε. Ὡρίσθω. καὶ ὑπερωρίσθω. Ὠρίνθη. διηγέρθη. Ὤργων. ἐμαινόμην. Ὡρκωμότει. ἐπὶ παρατατικοῦ.</w:t>
      </w:r>
    </w:p>
    <w:p>
      <w:r>
        <w:rPr>
          <w:rFonts w:ascii="Courier New" w:hAnsi="Courier New"/>
          <w:color w:val="555555"/>
          <w:sz w:val="20"/>
        </w:rPr>
        <w:t>[10]</w:t>
      </w:r>
    </w:p>
    <w:p>
      <w:r>
        <w:rPr>
          <w:rFonts w:ascii="Gentium Plus" w:hAnsi="Gentium Plus"/>
          <w:sz w:val="24"/>
        </w:rPr>
        <w:t>Ὤρθρου. τρίτον πρόσωπον παρατατικοῦ. ὄρθρου δὲ, προστακτικὸς, μικρόν. Ὠρεῖν. ἀντὶ τοῦ φυλάσσειν. ὁρῇν δὲ, ἀντὶ τοῦ ὁρᾷν, μικρὸν καὶ η. Ὥρμει. ἐπὶ ἀψύχων. οἷον ὥρμει ἡ ναῦς. ὥρμη</w:t>
      </w:r>
    </w:p>
    <w:p>
      <w:r>
        <w:rPr>
          <w:rFonts w:ascii="Courier New" w:hAnsi="Courier New"/>
          <w:color w:val="555555"/>
          <w:sz w:val="20"/>
        </w:rPr>
        <w:t>[15]</w:t>
      </w:r>
    </w:p>
    <w:p>
      <w:r>
        <w:rPr>
          <w:rFonts w:ascii="Gentium Plus" w:hAnsi="Gentium Plus"/>
          <w:sz w:val="24"/>
        </w:rPr>
        <w:t>δὲ, ἐπὶ ἀνθρώπου καὶ λέοντος καὶ τῶν ἐμ‐ ψύχων, η. Ὡρμῆσθαι. παρακείμενος.</w:t>
      </w:r>
    </w:p>
    <w:p>
      <w:r>
        <w:rPr>
          <w:rFonts w:ascii="Courier New" w:hAnsi="Courier New"/>
          <w:color w:val="555555"/>
          <w:sz w:val="20"/>
        </w:rPr>
        <w:t>[omega 1894]</w:t>
      </w:r>
    </w:p>
    <w:p>
      <w:r>
        <w:rPr>
          <w:rFonts w:ascii="Gentium Plus" w:hAnsi="Gentium Plus"/>
          <w:sz w:val="24"/>
        </w:rPr>
        <w:t>Ὥρμενος. ὁρμώμενος. Ὤρνυτο. διηγείρετο. Ὠροφωμένος. ἐστεγασμένος. Ὤρορε. διετάραξεν. ἢ διήγειρεν. ἢ ἐκίνησεν.</w:t>
      </w:r>
    </w:p>
    <w:p>
      <w:r>
        <w:rPr>
          <w:rFonts w:ascii="Courier New" w:hAnsi="Courier New"/>
          <w:color w:val="555555"/>
          <w:sz w:val="20"/>
        </w:rPr>
        <w:t>[5]</w:t>
      </w:r>
    </w:p>
    <w:p>
      <w:r>
        <w:rPr>
          <w:rFonts w:ascii="Gentium Plus" w:hAnsi="Gentium Plus"/>
          <w:sz w:val="24"/>
        </w:rPr>
        <w:t>ἀπὸ τοῦ ὄρω, ὦρα, ὤρορεν. Ὦρσε. διήγειρεν. Ὠρύω. τὸ κλαίω. παρὰ τὸ αὔω, τὸ φωνῶ, γίνεται ἀωρύω, καὶ κατὰ κρᾶσιν τοῦ α καὶ ω ὠρύω. καὶ ὠρυομένων, ἀντὶ τοῦ βοώντων. κυ‐</w:t>
      </w:r>
    </w:p>
    <w:p>
      <w:r>
        <w:rPr>
          <w:rFonts w:ascii="Courier New" w:hAnsi="Courier New"/>
          <w:color w:val="555555"/>
          <w:sz w:val="20"/>
        </w:rPr>
        <w:t>[10]</w:t>
      </w:r>
    </w:p>
    <w:p>
      <w:r>
        <w:rPr>
          <w:rFonts w:ascii="Gentium Plus" w:hAnsi="Gentium Plus"/>
          <w:sz w:val="24"/>
        </w:rPr>
        <w:t>ρίως δὲ λέγεται ἐπὶ τῶν λεόντων καὶ λύκων. Ὡρικώς. ὁρίσας, *συναθροίσας.* Ὠρῶ. τὸ φυλάσσω.</w:t>
      </w:r>
    </w:p>
    <w:p>
      <w:pPr>
        <w:jc w:val="center"/>
      </w:pPr>
      <w:r>
        <w:rPr>
          <w:rFonts w:ascii="Gentium Plus" w:hAnsi="Gentium Plus"/>
          <w:b/>
          <w:sz w:val="24"/>
        </w:rPr>
        <w:t>Τὸ Ω μετὰ τοῦ Σ.</w:t>
      </w:r>
    </w:p>
    <w:p>
      <w:pPr>
        <w:jc w:val="center"/>
      </w:pPr>
      <w:r>
        <w:rPr>
          <w:rFonts w:ascii="Gentium Plus" w:hAnsi="Gentium Plus"/>
          <w:b/>
          <w:sz w:val="24"/>
        </w:rPr>
        <w:t>(Ἀρσενικόν.)</w:t>
      </w:r>
    </w:p>
    <w:p>
      <w:r>
        <w:rPr>
          <w:rFonts w:ascii="Courier New" w:hAnsi="Courier New"/>
          <w:color w:val="555555"/>
          <w:sz w:val="20"/>
        </w:rPr>
        <w:t>[15]</w:t>
      </w:r>
    </w:p>
    <w:p>
      <w:r>
        <w:rPr>
          <w:rFonts w:ascii="Gentium Plus" w:hAnsi="Gentium Plus"/>
          <w:sz w:val="24"/>
        </w:rPr>
        <w:t>Ὡσαννά. σῶσον δὴ ὁ ἐν τοῖς ὑψίστοις, *ἢ ἁπλῶς ὕμνος.*</w:t>
      </w:r>
    </w:p>
    <w:p>
      <w:r>
        <w:rPr>
          <w:rFonts w:ascii="Courier New" w:hAnsi="Courier New"/>
          <w:color w:val="555555"/>
          <w:sz w:val="20"/>
        </w:rPr>
        <w:t>[omega 1895]</w:t>
      </w:r>
    </w:p>
    <w:p>
      <w:r>
        <w:rPr>
          <w:rFonts w:ascii="Gentium Plus" w:hAnsi="Gentium Plus"/>
          <w:sz w:val="24"/>
        </w:rPr>
        <w:t>Ὠσμός. ὁ ὠθισμός. Ὠστεγανοί. ἐθνικόν. Ὠστέος. ἀποδιωκτέος. Ὦσχος. ὁ κλάδος.</w:t>
      </w:r>
    </w:p>
    <w:p>
      <w:pPr>
        <w:jc w:val="center"/>
      </w:pPr>
      <w:r>
        <w:rPr>
          <w:rFonts w:ascii="Gentium Plus" w:hAnsi="Gentium Plus"/>
          <w:b/>
          <w:sz w:val="24"/>
        </w:rPr>
        <w:t>(Θηλυκόν.)</w:t>
      </w:r>
    </w:p>
    <w:p>
      <w:r>
        <w:rPr>
          <w:rFonts w:ascii="Courier New" w:hAnsi="Courier New"/>
          <w:color w:val="555555"/>
          <w:sz w:val="20"/>
        </w:rPr>
        <w:t>[6]</w:t>
      </w:r>
    </w:p>
    <w:p>
      <w:r>
        <w:rPr>
          <w:rFonts w:ascii="Gentium Plus" w:hAnsi="Gentium Plus"/>
          <w:sz w:val="24"/>
        </w:rPr>
        <w:t>Ὦσις. ἡ δίωξις. καὶ Ὦσις, ὄνομα κύριον. Ὠστεία. [ὄνομα] νήσου. ὀστία δὲ, οἱ λιμένες, μικρὸν καὶ ι. καὶ ὀστία, ἡ θύρα, ὁμοίως.</w:t>
      </w:r>
    </w:p>
    <w:p>
      <w:pPr>
        <w:jc w:val="center"/>
      </w:pPr>
      <w:r>
        <w:rPr>
          <w:rFonts w:ascii="Gentium Plus" w:hAnsi="Gentium Plus"/>
          <w:b/>
          <w:sz w:val="24"/>
        </w:rPr>
        <w:t>(Οὐδέτερον.)</w:t>
      </w:r>
    </w:p>
    <w:p>
      <w:r>
        <w:rPr>
          <w:rFonts w:ascii="Courier New" w:hAnsi="Courier New"/>
          <w:color w:val="555555"/>
          <w:sz w:val="20"/>
        </w:rPr>
        <w:t>[10]</w:t>
      </w:r>
    </w:p>
    <w:p>
      <w:r>
        <w:rPr>
          <w:rFonts w:ascii="Gentium Plus" w:hAnsi="Gentium Plus"/>
          <w:sz w:val="24"/>
        </w:rPr>
        <w:t>Ὠσίν. ὠτίοις. ἡ εὐθεῖα τὸ οὖς, καὶ κλίνεται ὠτὸς, τὰ ὦτα, τοῖς ὠσίν. *Ὠσχοφορία. ἑορτή. παρὰ τὸ οἴχη, ὃ ση‐ μαίνει τὴν ἄμπελον.*</w:t>
      </w:r>
    </w:p>
    <w:p>
      <w:pPr>
        <w:jc w:val="center"/>
      </w:pPr>
      <w:r>
        <w:rPr>
          <w:rFonts w:ascii="Gentium Plus" w:hAnsi="Gentium Plus"/>
          <w:b/>
          <w:sz w:val="24"/>
        </w:rPr>
        <w:t>(Ῥῆμα.)</w:t>
      </w:r>
    </w:p>
    <w:p>
      <w:r>
        <w:rPr>
          <w:rFonts w:ascii="Courier New" w:hAnsi="Courier New"/>
          <w:color w:val="555555"/>
          <w:sz w:val="20"/>
        </w:rPr>
        <w:t>[15]</w:t>
      </w:r>
    </w:p>
    <w:p>
      <w:r>
        <w:rPr>
          <w:rFonts w:ascii="Gentium Plus" w:hAnsi="Gentium Plus"/>
          <w:sz w:val="24"/>
        </w:rPr>
        <w:t>Ὠσθῆναι. διωχθῆναι. Ὠσμένος. δεδιωγμένος.</w:t>
      </w:r>
    </w:p>
    <w:p>
      <w:r>
        <w:rPr>
          <w:rFonts w:ascii="Courier New" w:hAnsi="Courier New"/>
          <w:color w:val="555555"/>
          <w:sz w:val="20"/>
        </w:rPr>
        <w:t>[omega 1896]</w:t>
      </w:r>
    </w:p>
    <w:p>
      <w:r>
        <w:rPr>
          <w:rFonts w:ascii="Gentium Plus" w:hAnsi="Gentium Plus"/>
          <w:sz w:val="24"/>
        </w:rPr>
        <w:t>Ὡσεί. ἐπίῤῥημα παρέλκον, ἤτοι ἐπακολουθοῦν. προσέλαβε γὰρ τὸ τῆς παραβολῆς ὡς, καὶ τὸν εἰ σύνδεσμον συναπτικόν.</w:t>
      </w:r>
    </w:p>
    <w:p>
      <w:pPr>
        <w:jc w:val="center"/>
      </w:pPr>
      <w:r>
        <w:rPr>
          <w:rFonts w:ascii="Gentium Plus" w:hAnsi="Gentium Plus"/>
          <w:b/>
          <w:sz w:val="24"/>
        </w:rPr>
        <w:t>Τὸ Ω μετὰ τοῦ Τ.</w:t>
      </w:r>
    </w:p>
    <w:p>
      <w:pPr>
        <w:jc w:val="center"/>
      </w:pPr>
      <w:r>
        <w:rPr>
          <w:rFonts w:ascii="Gentium Plus" w:hAnsi="Gentium Plus"/>
          <w:b/>
          <w:sz w:val="24"/>
        </w:rPr>
        <w:t>(Ἀρσενικόν.)</w:t>
      </w:r>
    </w:p>
    <w:p>
      <w:r>
        <w:rPr>
          <w:rFonts w:ascii="Courier New" w:hAnsi="Courier New"/>
          <w:color w:val="555555"/>
          <w:sz w:val="20"/>
        </w:rPr>
        <w:t>[6]</w:t>
      </w:r>
    </w:p>
    <w:p>
      <w:r>
        <w:rPr>
          <w:rFonts w:ascii="Gentium Plus" w:hAnsi="Gentium Plus"/>
          <w:sz w:val="24"/>
        </w:rPr>
        <w:t>†Ὤτακος. ὁ ἄπορος.† Ὦ τάν. ὦ φίλε. ὦ σὺ ἑταῖρε. λέγεται καὶ ἐπὶ εἰρωνείας. ὡς παρὰ τὸ μέγιστος μεγιστὰν, καὶ Ἑρμῆς Ἑρμὰν, οὕτω καὶ παρὰ τὸ ἔτης, ὁ</w:t>
      </w:r>
    </w:p>
    <w:p>
      <w:r>
        <w:rPr>
          <w:rFonts w:ascii="Courier New" w:hAnsi="Courier New"/>
          <w:color w:val="555555"/>
          <w:sz w:val="20"/>
        </w:rPr>
        <w:t>[10]</w:t>
      </w:r>
    </w:p>
    <w:p>
      <w:r>
        <w:rPr>
          <w:rFonts w:ascii="Gentium Plus" w:hAnsi="Gentium Plus"/>
          <w:sz w:val="24"/>
        </w:rPr>
        <w:t>συνήθης, γίνεται ὦ ἐτὰν, καὶ κατὰ συναλοιφὴν ὦ τάν. Ὤτιος καὶ Ὦτος. κύρια. †Ὦτος. κύριον. καὶ τὸ ὄρνεον.† Ὠτόεις. ὁ ὦτα μεγάλα ἔχων.</w:t>
      </w:r>
    </w:p>
    <w:p>
      <w:r>
        <w:rPr>
          <w:rFonts w:ascii="Courier New" w:hAnsi="Courier New"/>
          <w:color w:val="555555"/>
          <w:sz w:val="20"/>
        </w:rPr>
        <w:t>[15]</w:t>
      </w:r>
    </w:p>
    <w:p>
      <w:r>
        <w:rPr>
          <w:rFonts w:ascii="Gentium Plus" w:hAnsi="Gentium Plus"/>
          <w:sz w:val="24"/>
        </w:rPr>
        <w:t>Ὠτάγρα. εἶδος ὀργάνου.</w:t>
      </w:r>
    </w:p>
    <w:p>
      <w:r>
        <w:rPr>
          <w:rFonts w:ascii="Courier New" w:hAnsi="Courier New"/>
          <w:color w:val="555555"/>
          <w:sz w:val="20"/>
        </w:rPr>
        <w:t>[omega 1897]</w:t>
      </w:r>
    </w:p>
    <w:p>
      <w:r>
        <w:rPr>
          <w:rFonts w:ascii="Gentium Plus" w:hAnsi="Gentium Plus"/>
          <w:sz w:val="24"/>
        </w:rPr>
        <w:t>Ὠτειλή. τὸ τραῦμα. ἡ οὐλή. παρὰ τὸν οὐτή‐ σω μέλλοντα, οὐτηλὴ καὶ ὠτειλὴ, τροπῇ τοῦ ου εἰς ω καὶ τοῦ η εἰς τὸν ει δίφθογγον βοιω‐ τικῶς.</w:t>
      </w:r>
    </w:p>
    <w:p>
      <w:r>
        <w:rPr>
          <w:rFonts w:ascii="Courier New" w:hAnsi="Courier New"/>
          <w:color w:val="555555"/>
          <w:sz w:val="20"/>
        </w:rPr>
        <w:t>[5]</w:t>
      </w:r>
    </w:p>
    <w:p>
      <w:r>
        <w:rPr>
          <w:rFonts w:ascii="Gentium Plus" w:hAnsi="Gentium Plus"/>
          <w:sz w:val="24"/>
        </w:rPr>
        <w:t>Ὦτα. τὰ ὦτα. Ἀπολλόδωρος παρὰ τὸ δέχε‐ σθαι τὴν ὄσσαν. οἱ δὲ, δι’ ὧν ὠθεῖται ἡ φωνή. οἱ δὲ κατὰ μετάθεσιν τοῦ π εἰς τ, ὦπα τινὰ ὄντα, παρὰ τὸ ὀπὰς τινὰ ἔχειν. Ὠτίδειον ὠόν. τὸ τῆς ὠτίδος. ὠτίδιον δὲ, ἡ</w:t>
      </w:r>
    </w:p>
    <w:p>
      <w:r>
        <w:rPr>
          <w:rFonts w:ascii="Courier New" w:hAnsi="Courier New"/>
          <w:color w:val="555555"/>
          <w:sz w:val="20"/>
        </w:rPr>
        <w:t>[10]</w:t>
      </w:r>
    </w:p>
    <w:p>
      <w:r>
        <w:rPr>
          <w:rFonts w:ascii="Gentium Plus" w:hAnsi="Gentium Plus"/>
          <w:sz w:val="24"/>
        </w:rPr>
        <w:t>μικρὰ ὠτὶς, ι. †Ὠτοκοπεῖ. ἐνοχλεῖ τὰ ὦτα.† Ὠτακουστεῖ. περιέργως ἀκούει. Ὠτοκωφεῖ. βαρέως ἀκούει.</w:t>
      </w:r>
    </w:p>
    <w:p>
      <w:pPr>
        <w:jc w:val="center"/>
      </w:pPr>
      <w:r>
        <w:rPr>
          <w:rFonts w:ascii="Gentium Plus" w:hAnsi="Gentium Plus"/>
          <w:b/>
          <w:sz w:val="24"/>
        </w:rPr>
        <w:t>Τὸ Ω μετὰ τοῦ Υ.</w:t>
      </w:r>
    </w:p>
    <w:p>
      <w:r>
        <w:rPr>
          <w:rFonts w:ascii="Courier New" w:hAnsi="Courier New"/>
          <w:color w:val="555555"/>
          <w:sz w:val="20"/>
        </w:rPr>
        <w:t>[15]</w:t>
      </w:r>
    </w:p>
    <w:p>
      <w:r>
        <w:rPr>
          <w:rFonts w:ascii="Gentium Plus" w:hAnsi="Gentium Plus"/>
          <w:sz w:val="24"/>
        </w:rPr>
        <w:t>Ὠϋτός. ὅ ἐστιν ὁ αὐτὸς, καὶ κράσει τοῦ ο καὶ α εἰς ω μέγα ὠϋτός.</w:t>
      </w:r>
    </w:p>
    <w:p>
      <w:pPr>
        <w:jc w:val="center"/>
      </w:pPr>
      <w:r>
        <w:rPr>
          <w:rFonts w:ascii="Gentium Plus" w:hAnsi="Gentium Plus"/>
          <w:b/>
          <w:sz w:val="24"/>
        </w:rPr>
        <w:t>Τὸ Ω μετὰ τοῦ Φ.</w:t>
      </w:r>
    </w:p>
    <w:p>
      <w:pPr>
        <w:jc w:val="center"/>
      </w:pPr>
      <w:r>
        <w:rPr>
          <w:rFonts w:ascii="Gentium Plus" w:hAnsi="Gentium Plus"/>
          <w:b/>
          <w:sz w:val="24"/>
        </w:rPr>
        <w:t>(Ἀρσενικόν.)</w:t>
      </w:r>
    </w:p>
    <w:p>
      <w:r>
        <w:rPr>
          <w:rFonts w:ascii="Courier New" w:hAnsi="Courier New"/>
          <w:color w:val="555555"/>
          <w:sz w:val="20"/>
        </w:rPr>
        <w:t>[19]</w:t>
      </w:r>
    </w:p>
    <w:p>
      <w:r>
        <w:rPr>
          <w:rFonts w:ascii="Gentium Plus" w:hAnsi="Gentium Plus"/>
          <w:sz w:val="24"/>
        </w:rPr>
        <w:t>Ὠφελιμώτατος.</w:t>
      </w:r>
    </w:p>
    <w:p>
      <w:r>
        <w:rPr>
          <w:rFonts w:ascii="Courier New" w:hAnsi="Courier New"/>
          <w:color w:val="555555"/>
          <w:sz w:val="20"/>
        </w:rPr>
        <w:t>[20]</w:t>
      </w:r>
    </w:p>
    <w:p>
      <w:r>
        <w:rPr>
          <w:rFonts w:ascii="Gentium Plus" w:hAnsi="Gentium Plus"/>
          <w:sz w:val="24"/>
        </w:rPr>
        <w:t>Ὠφέλεια. παρὰ δὲ τῷ Εὐριπίδῃ εὕρηται καὶ ὠφελία. Ὠφθίς. πόλις. ὀφθεὶς δὲ, ὁ φανεὶς, μικρὸν</w:t>
      </w:r>
    </w:p>
    <w:p>
      <w:r>
        <w:rPr>
          <w:rFonts w:ascii="Courier New" w:hAnsi="Courier New"/>
          <w:color w:val="555555"/>
          <w:sz w:val="20"/>
        </w:rPr>
        <w:t>[omega 1898]</w:t>
      </w:r>
    </w:p>
    <w:p>
      <w:r>
        <w:rPr>
          <w:rFonts w:ascii="Gentium Plus" w:hAnsi="Gentium Plus"/>
          <w:sz w:val="24"/>
        </w:rPr>
        <w:t>Ὠφελεῖσθαι. ἐπὶ ἐνεστῶτος. ὠφελῆσθαι δὲ, ἐπὶ παρακειμένου, η. Ὠφελούμενος· ὠφελημένος· ὤφελες καὶ ὤφελε. μεγάλα.</w:t>
      </w:r>
    </w:p>
    <w:p>
      <w:r>
        <w:rPr>
          <w:rFonts w:ascii="Courier New" w:hAnsi="Courier New"/>
          <w:color w:val="555555"/>
          <w:sz w:val="20"/>
        </w:rPr>
        <w:t>[5]</w:t>
      </w:r>
    </w:p>
    <w:p>
      <w:r>
        <w:rPr>
          <w:rFonts w:ascii="Gentium Plus" w:hAnsi="Gentium Plus"/>
          <w:sz w:val="24"/>
        </w:rPr>
        <w:t>Ὤφελον. μετὰ ἀπαρεμφάτου κείμενον διὰ τοῦ ω γράφεται. ὡς τὸ, ὤφελον ποιῆσαι τόδε. ὅταν δὲ παρῳχημένον ἢ εὐκτικὸν ἔχῃ ἔμπροσθεν, διὰ τοῦ ο μικροῦ. ὡς τὸ, ὄφελον ἐγένετο ταῦ‐ τα, καὶ ὄφελον κατευθυνθείησαν αἱ ὁδοί μου.</w:t>
      </w:r>
    </w:p>
    <w:p>
      <w:r>
        <w:rPr>
          <w:rFonts w:ascii="Courier New" w:hAnsi="Courier New"/>
          <w:color w:val="555555"/>
          <w:sz w:val="20"/>
        </w:rPr>
        <w:t>[10]</w:t>
      </w:r>
    </w:p>
    <w:p>
      <w:r>
        <w:rPr>
          <w:rFonts w:ascii="Gentium Plus" w:hAnsi="Gentium Plus"/>
          <w:sz w:val="24"/>
        </w:rPr>
        <w:t>Ὠφρυωμένος. ἐπῃρμένος.</w:t>
      </w:r>
    </w:p>
    <w:p>
      <w:pPr>
        <w:jc w:val="center"/>
      </w:pPr>
      <w:r>
        <w:rPr>
          <w:rFonts w:ascii="Gentium Plus" w:hAnsi="Gentium Plus"/>
          <w:b/>
          <w:sz w:val="24"/>
        </w:rPr>
        <w:t>Τὸ Ω μετὰ τοῦ Χ.</w:t>
      </w:r>
    </w:p>
    <w:p>
      <w:r>
        <w:rPr>
          <w:rFonts w:ascii="Courier New" w:hAnsi="Courier New"/>
          <w:color w:val="555555"/>
          <w:sz w:val="20"/>
        </w:rPr>
        <w:t>[12]</w:t>
      </w:r>
    </w:p>
    <w:p>
      <w:r>
        <w:rPr>
          <w:rFonts w:ascii="Gentium Plus" w:hAnsi="Gentium Plus"/>
          <w:sz w:val="24"/>
        </w:rPr>
        <w:t>(Ἀρσενικόν.) Ὦχρος καὶ ὠχρὸς διαφέρει. ὦχρος λέγεται αὐτὴ ἡ ὠχρίωσις. [ὠχρὸς δὲ] ὁ ἄνθρωπος ὁ</w:t>
      </w:r>
    </w:p>
    <w:p>
      <w:r>
        <w:rPr>
          <w:rFonts w:ascii="Courier New" w:hAnsi="Courier New"/>
          <w:color w:val="555555"/>
          <w:sz w:val="20"/>
        </w:rPr>
        <w:t>[15]</w:t>
      </w:r>
    </w:p>
    <w:p>
      <w:r>
        <w:rPr>
          <w:rFonts w:ascii="Gentium Plus" w:hAnsi="Gentium Plus"/>
          <w:sz w:val="24"/>
        </w:rPr>
        <w:t>μετεσχηκὼς τῆς ὠριάσεως. ἔστιν ἄχροος, παρὰ τὸ χροῦς, χροὸς, εἶτα καθ’ ὑπερβιβασμὸν ἄωχρος, κατὰ κρᾶσιν ὦχρος βαρυτόνως· τὰ γὰρ εἰς ος δισύλλαβα μονογενῆ ἀρχόμενα ἀπὸ τοῦ ω, μὴ ὑποκειμένου τοῦ ι, βαρύνονται. ὦμος,</w:t>
      </w:r>
    </w:p>
    <w:p>
      <w:r>
        <w:rPr>
          <w:rFonts w:ascii="Courier New" w:hAnsi="Courier New"/>
          <w:color w:val="555555"/>
          <w:sz w:val="20"/>
        </w:rPr>
        <w:t>[20]</w:t>
      </w:r>
    </w:p>
    <w:p>
      <w:r>
        <w:rPr>
          <w:rFonts w:ascii="Gentium Plus" w:hAnsi="Gentium Plus"/>
          <w:sz w:val="24"/>
        </w:rPr>
        <w:t>ὦρος. πρόσκειται μὴ ὑποκειμένου τοῦ ι, διὰ τοῦ ὠδός. —ὦχρος δέ μιν εἷλε παρειάς. καὶ ὦχροι ἐν τοῖς ὀσπρίοις χλωρὰ τινὰ εὑρί‐ σκεται, ἅπερ ἀπὸ τῆς χροιᾶς οὕτω λέγει. οὕ‐</w:t>
      </w:r>
    </w:p>
    <w:p>
      <w:r>
        <w:rPr>
          <w:rFonts w:ascii="Courier New" w:hAnsi="Courier New"/>
          <w:color w:val="555555"/>
          <w:sz w:val="20"/>
        </w:rPr>
        <w:t>[25]</w:t>
      </w:r>
    </w:p>
    <w:p>
      <w:r>
        <w:rPr>
          <w:rFonts w:ascii="Gentium Plus" w:hAnsi="Gentium Plus"/>
          <w:sz w:val="24"/>
        </w:rPr>
        <w:t>τως Ἡρακλείδης. ὠχρὸς ἦν αὐτοῦ ὁ χρώς.</w:t>
      </w:r>
    </w:p>
    <w:p>
      <w:r>
        <w:rPr>
          <w:rFonts w:ascii="Courier New" w:hAnsi="Courier New"/>
          <w:color w:val="555555"/>
          <w:sz w:val="20"/>
        </w:rPr>
        <w:t>[omega 1899]</w:t>
      </w:r>
    </w:p>
    <w:p>
      <w:r>
        <w:rPr>
          <w:rFonts w:ascii="Gentium Plus" w:hAnsi="Gentium Plus"/>
          <w:sz w:val="24"/>
        </w:rPr>
        <w:t>ἄωχρον ἦν αὐτοῦ τὸ σῶμα. ὁ χρὼς δέ σου ὠχρός ἐστι, μέγα καὶ μικρόν. Ὦχρος. εἶδος ὀσπρίου. τοῦ Ψελλοῦ· κογχύλια τὰ ὄστρεα, [ὦχρος εἶδος ὀσπρίου.]</w:t>
      </w:r>
    </w:p>
    <w:p>
      <w:r>
        <w:rPr>
          <w:rFonts w:ascii="Courier New" w:hAnsi="Courier New"/>
          <w:color w:val="555555"/>
          <w:sz w:val="20"/>
        </w:rPr>
        <w:t>[5]</w:t>
      </w:r>
    </w:p>
    <w:p>
      <w:r>
        <w:rPr>
          <w:rFonts w:ascii="Gentium Plus" w:hAnsi="Gentium Plus"/>
          <w:sz w:val="24"/>
        </w:rPr>
        <w:t>[Ὤχετο. ἐπορεύετο. καὶ ᾤχοντο.] Ὠχημένος. ἐκ τοῦ οἰχῶ. Ὠιχόμεθα. ἐπορεύθῃμεν. ᾠχόμεθ’ ἐς Θήβην ἰετίωνος.</w:t>
      </w:r>
    </w:p>
    <w:p>
      <w:r>
        <w:rPr>
          <w:rFonts w:ascii="Courier New" w:hAnsi="Courier New"/>
          <w:color w:val="555555"/>
          <w:sz w:val="20"/>
        </w:rPr>
        <w:t>[omega 1900]</w:t>
      </w:r>
    </w:p>
    <w:p>
      <w:r>
        <w:rPr>
          <w:rFonts w:ascii="Gentium Plus" w:hAnsi="Gentium Plus"/>
          <w:sz w:val="24"/>
        </w:rPr>
        <w:t>Ὤιχωκε καὶ ᾤχωκα. οἰχῶ, ᾤχηκα, τροπῇ τοῦ η εἰς ω ᾤχωκα καὶ τὸ τρίτον ᾤχωκε.</w:t>
      </w:r>
    </w:p>
    <w:p>
      <w:pPr>
        <w:jc w:val="center"/>
      </w:pPr>
      <w:r>
        <w:rPr>
          <w:rFonts w:ascii="Gentium Plus" w:hAnsi="Gentium Plus"/>
          <w:b/>
          <w:sz w:val="24"/>
        </w:rPr>
        <w:t>Τὸ Ω μετὰ τοῦ Ψ.</w:t>
      </w:r>
    </w:p>
    <w:p>
      <w:r>
        <w:rPr>
          <w:rFonts w:ascii="Courier New" w:hAnsi="Courier New"/>
          <w:color w:val="555555"/>
          <w:sz w:val="20"/>
        </w:rPr>
        <w:t>[4]</w:t>
      </w:r>
    </w:p>
    <w:p>
      <w:r>
        <w:rPr>
          <w:rFonts w:ascii="Gentium Plus" w:hAnsi="Gentium Plus"/>
          <w:sz w:val="24"/>
        </w:rPr>
        <w:t>Ὤψ. ὁ ὀφθαλμός. καὶ κλίνεται ὠκός. ὂψ δὲ, ἡ</w:t>
      </w:r>
    </w:p>
    <w:p>
      <w:r>
        <w:rPr>
          <w:rFonts w:ascii="Courier New" w:hAnsi="Courier New"/>
          <w:color w:val="555555"/>
          <w:sz w:val="20"/>
        </w:rPr>
        <w:t>[5]</w:t>
      </w:r>
    </w:p>
    <w:p>
      <w:r>
        <w:rPr>
          <w:rFonts w:ascii="Gentium Plus" w:hAnsi="Gentium Plus"/>
          <w:sz w:val="24"/>
        </w:rPr>
        <w:t>φωνὴ, μικρόν. Ὦψαν. εἶδον, ἔβλεψαν. Ὠψισμένον. βραδέως γινόμενον. Ὠψίσθη. ἐβράδυνεν.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